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768" w:rsidRDefault="00DD54CD">
      <w:pPr>
        <w:jc w:val="center"/>
      </w:pPr>
      <w:r>
        <w:rPr>
          <w:rFonts w:eastAsia="Times New Roman" w:cs="Times New Roman"/>
          <w:b/>
          <w:sz w:val="32"/>
        </w:rPr>
        <w:t>Астана қаласы бойынша дауыс беру күні азаматтардың тұрғылықты жері бойынша тіркелуін тексеруге арналған онлайн-сервисті іске қосу үшін сайлау учаскелері</w:t>
      </w:r>
    </w:p>
    <w:p w:rsidR="00BD6768" w:rsidRDefault="00BD6768">
      <w:pPr>
        <w:spacing w:after="40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880"/>
        <w:gridCol w:w="805"/>
        <w:gridCol w:w="2243"/>
        <w:gridCol w:w="3491"/>
        <w:gridCol w:w="6508"/>
      </w:tblGrid>
      <w:tr w:rsidR="00BD6768">
        <w:trPr>
          <w:tblHeader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keepNext/>
              <w:jc w:val="center"/>
            </w:pPr>
            <w:r>
              <w:rPr>
                <w:rFonts w:eastAsia="Times New Roman" w:cs="Times New Roman"/>
                <w:b/>
                <w:sz w:val="19"/>
              </w:rPr>
              <w:t>№ р/с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keepNext/>
              <w:jc w:val="center"/>
              <w:rPr>
                <w:lang w:val="ru-RU"/>
              </w:rPr>
            </w:pPr>
            <w:proofErr w:type="spellStart"/>
            <w:r w:rsidRPr="001F4837">
              <w:rPr>
                <w:rFonts w:eastAsia="Times New Roman" w:cs="Times New Roman"/>
                <w:b/>
                <w:sz w:val="19"/>
                <w:lang w:val="ru-RU"/>
              </w:rPr>
              <w:t>Облыстың</w:t>
            </w:r>
            <w:proofErr w:type="spellEnd"/>
            <w:r w:rsidRPr="001F4837">
              <w:rPr>
                <w:rFonts w:eastAsia="Times New Roman" w:cs="Times New Roman"/>
                <w:b/>
                <w:sz w:val="19"/>
                <w:lang w:val="ru-RU"/>
              </w:rPr>
              <w:t>/</w:t>
            </w:r>
            <w:proofErr w:type="spellStart"/>
            <w:r w:rsidRPr="001F4837">
              <w:rPr>
                <w:rFonts w:eastAsia="Times New Roman" w:cs="Times New Roman"/>
                <w:b/>
                <w:sz w:val="19"/>
                <w:lang w:val="ru-RU"/>
              </w:rPr>
              <w:t>республикалық</w:t>
            </w:r>
            <w:proofErr w:type="spellEnd"/>
            <w:r w:rsidRPr="001F4837">
              <w:rPr>
                <w:rFonts w:eastAsia="Times New Roman" w:cs="Times New Roman"/>
                <w:b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b/>
                <w:sz w:val="19"/>
                <w:lang w:val="ru-RU"/>
              </w:rPr>
              <w:t>маңызы</w:t>
            </w:r>
            <w:proofErr w:type="spellEnd"/>
            <w:r w:rsidRPr="001F4837">
              <w:rPr>
                <w:rFonts w:eastAsia="Times New Roman" w:cs="Times New Roman"/>
                <w:b/>
                <w:sz w:val="19"/>
                <w:lang w:val="ru-RU"/>
              </w:rPr>
              <w:t xml:space="preserve"> бар </w:t>
            </w:r>
            <w:proofErr w:type="spellStart"/>
            <w:r w:rsidRPr="001F4837">
              <w:rPr>
                <w:rFonts w:eastAsia="Times New Roman" w:cs="Times New Roman"/>
                <w:b/>
                <w:sz w:val="19"/>
                <w:lang w:val="ru-RU"/>
              </w:rPr>
              <w:t>қаланың</w:t>
            </w:r>
            <w:proofErr w:type="spellEnd"/>
            <w:r w:rsidRPr="001F4837">
              <w:rPr>
                <w:rFonts w:eastAsia="Times New Roman" w:cs="Times New Roman"/>
                <w:b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b/>
                <w:sz w:val="19"/>
                <w:lang w:val="ru-RU"/>
              </w:rPr>
              <w:t>атауы</w:t>
            </w:r>
            <w:proofErr w:type="spellEnd"/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keepNext/>
              <w:jc w:val="center"/>
            </w:pPr>
            <w:r>
              <w:rPr>
                <w:rFonts w:eastAsia="Times New Roman" w:cs="Times New Roman"/>
                <w:b/>
                <w:sz w:val="19"/>
              </w:rPr>
              <w:t>СУ №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keepNext/>
              <w:jc w:val="center"/>
            </w:pPr>
            <w:r>
              <w:rPr>
                <w:rFonts w:eastAsia="Times New Roman" w:cs="Times New Roman"/>
                <w:b/>
                <w:sz w:val="19"/>
              </w:rPr>
              <w:t>Елді мекен (қала, ауыл)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keepNext/>
              <w:jc w:val="center"/>
            </w:pPr>
            <w:r>
              <w:rPr>
                <w:rFonts w:eastAsia="Times New Roman" w:cs="Times New Roman"/>
                <w:b/>
                <w:sz w:val="19"/>
              </w:rPr>
              <w:t xml:space="preserve">Референдум </w:t>
            </w:r>
            <w:r>
              <w:rPr>
                <w:rFonts w:eastAsia="Times New Roman" w:cs="Times New Roman"/>
                <w:b/>
                <w:sz w:val="19"/>
              </w:rPr>
              <w:t>учаскесінің мекенжайы</w:t>
            </w:r>
            <w:r>
              <w:br/>
            </w:r>
            <w:r>
              <w:rPr>
                <w:rFonts w:eastAsia="Times New Roman" w:cs="Times New Roman"/>
                <w:b/>
                <w:sz w:val="19"/>
              </w:rPr>
              <w:t>(көше, үй №)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keepNext/>
              <w:jc w:val="center"/>
            </w:pPr>
            <w:r>
              <w:rPr>
                <w:rFonts w:eastAsia="Times New Roman" w:cs="Times New Roman"/>
                <w:b/>
                <w:sz w:val="19"/>
              </w:rPr>
              <w:t>Объектінің атауы (мектеп, мәдениет үйі, мемлекеттік мекеме және т.б.)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Қажымұқан көшесі, № 13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«Л.Н. Гумилев атындағы Еуразия ұлттық университеті» коммерциялық емес акционерлік </w:t>
            </w:r>
            <w:r>
              <w:rPr>
                <w:rFonts w:eastAsia="Times New Roman" w:cs="Times New Roman"/>
                <w:sz w:val="19"/>
              </w:rPr>
              <w:t>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Жұмабаев даңғылы, № 14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«Л.Н. Гумилев атындағы Еуразия ұлттық университеті» коммерциялық емес акционерлік қоғамы, Студенттер үйі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Жұмабаев даңғылы, № 14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«Л.Н. Гумилев атындағы </w:t>
            </w:r>
            <w:r>
              <w:rPr>
                <w:rFonts w:eastAsia="Times New Roman" w:cs="Times New Roman"/>
                <w:sz w:val="19"/>
              </w:rPr>
              <w:t>Еуразия ұлттық университеті» коммерциялық емес акционерлік қоғамы, Студенттер үйі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Аманат көшесі, № 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«Мұстафа Шоқай атындағы № 51 мектеп-гимназия» шаруашылық жүргізу құқығындағы мемлекеттік </w:t>
            </w:r>
            <w:r>
              <w:rPr>
                <w:rFonts w:eastAsia="Times New Roman" w:cs="Times New Roman"/>
                <w:sz w:val="19"/>
              </w:rPr>
              <w:t>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Майлин көшесі, № 12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«Қоғамдық тамақтандыру және сервис колледжі»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Майлин</w:t>
            </w:r>
            <w:r>
              <w:rPr>
                <w:rFonts w:eastAsia="Times New Roman" w:cs="Times New Roman"/>
                <w:sz w:val="19"/>
              </w:rPr>
              <w:t xml:space="preserve"> көшесі, № 12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«Қоғамдық тамақтандыру және сервис колледжі»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Майлин көшесі, № 12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«Қоғамдық тамақтандыру ж</w:t>
            </w:r>
            <w:r>
              <w:rPr>
                <w:rFonts w:eastAsia="Times New Roman" w:cs="Times New Roman"/>
                <w:sz w:val="19"/>
              </w:rPr>
              <w:t>әне сервис колледжі»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Петров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28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Петров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28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Қажымұқан көшесі, № 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10 </w:t>
            </w:r>
            <w:r>
              <w:rPr>
                <w:rFonts w:eastAsia="Times New Roman" w:cs="Times New Roman"/>
                <w:sz w:val="19"/>
              </w:rPr>
              <w:t>балалар мен жасөспірімдердің шайбалы хоккейден мамандандырылған спорт мектебі»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Петров көшесі,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30 мектеп-гимназия» шаруашылық жүргізу құқығындағы мемлек</w:t>
            </w:r>
            <w:r>
              <w:rPr>
                <w:rFonts w:eastAsia="Times New Roman" w:cs="Times New Roman"/>
                <w:sz w:val="19"/>
              </w:rPr>
              <w:t>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Петров көшесі,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30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Ж. Жирентаев көшесі, </w:t>
            </w:r>
            <w:r>
              <w:rPr>
                <w:rFonts w:eastAsia="Times New Roman" w:cs="Times New Roman"/>
                <w:sz w:val="19"/>
              </w:rPr>
              <w:t>№ 16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22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Жирентаев көшесі, № 16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22 мектеп-гимназия» шаруашылық жүргізу </w:t>
            </w:r>
            <w:r>
              <w:rPr>
                <w:rFonts w:eastAsia="Times New Roman" w:cs="Times New Roman"/>
                <w:sz w:val="19"/>
              </w:rPr>
              <w:t>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Жұмабаев даңғылы, № 4А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>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Еуразия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гуманитарлық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институты»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жоғары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беру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мекемесі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Жансүгірұлы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«Астана халықаралық </w:t>
            </w:r>
            <w:r>
              <w:rPr>
                <w:rFonts w:eastAsia="Times New Roman" w:cs="Times New Roman"/>
                <w:sz w:val="19"/>
              </w:rPr>
              <w:t>университетінің педагогикалық колледжі»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Жансүгірұлы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«Астана халықаралық университетінің педагогикалық колледжі»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18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Жансүгірұлы көшесі, № 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«№ 114 жалпы орта білім беретін мектеп» шаруашылық жүргізу құқығындағы мемлекеттік коммуналдық кәсіпорыны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Абылай хан даңғылы, № 25/3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32 мектеп-гимнази</w:t>
            </w:r>
            <w:r>
              <w:rPr>
                <w:rFonts w:eastAsia="Times New Roman" w:cs="Times New Roman"/>
                <w:sz w:val="19"/>
              </w:rPr>
              <w:t>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күйші Дина көшесі, № 44/3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«Сырбай Мәуленов атындағы № 37 мектеп-лицей» шаруашылық жүргізу құқығындағы мемлекеттік коммуналдық </w:t>
            </w:r>
            <w:r>
              <w:rPr>
                <w:rFonts w:eastAsia="Times New Roman" w:cs="Times New Roman"/>
                <w:sz w:val="19"/>
              </w:rPr>
              <w:t>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күйші Дина көшесі, № 44/3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«Сырбай Мәуленов атындағы № 37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күйші Дина </w:t>
            </w:r>
            <w:r>
              <w:rPr>
                <w:rFonts w:eastAsia="Times New Roman" w:cs="Times New Roman"/>
                <w:sz w:val="19"/>
              </w:rPr>
              <w:t>көшесі, № 44/3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«Сырбай Мәуленов атындағы № 37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Ғ. Мүсірепов көшесі, № 8/2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«Әлімхан Ермеков </w:t>
            </w:r>
            <w:r>
              <w:rPr>
                <w:rFonts w:eastAsia="Times New Roman" w:cs="Times New Roman"/>
                <w:sz w:val="19"/>
              </w:rPr>
              <w:t>атындағы № 38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Ғ. Мүсірепов көшесі, № 8/2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«Әлімхан Ермеков атындағы № 38 мектеп-лицей» шаруашылық жүргізу құқығындағы</w:t>
            </w:r>
            <w:r>
              <w:rPr>
                <w:rFonts w:eastAsia="Times New Roman" w:cs="Times New Roman"/>
                <w:sz w:val="19"/>
              </w:rPr>
              <w:t xml:space="preserve">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Ғ. Мүсірепов көшесі, № 8/2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«Әлімхан Ермеков атындағы № 38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Бурабай көшесі, № 38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«Бейімбет Майлин атындағы № 52 мектеп-гимназия» шаруашылық жүргізу 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«Железнодорожный»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М. Горький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</w:t>
            </w:r>
            <w:r w:rsidRPr="001F4837">
              <w:rPr>
                <w:rFonts w:eastAsia="Times New Roman" w:cs="Times New Roman"/>
                <w:sz w:val="19"/>
                <w:lang w:val="ru-RU"/>
              </w:rPr>
              <w:t>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22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«№ 29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жалпы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орта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беретін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мекемесі</w:t>
            </w:r>
            <w:proofErr w:type="spellEnd"/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«Железнодорожный»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Ж.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Жабаев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14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Әл-Фараби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оқушылар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сарайы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шаруашылық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жүргізу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құқығындағы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кәсіпорны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Петров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28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күйші Дина көшесі, № 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«Райымбек батыр атындағы № 50 «Қазғарыш»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Жирентаев көшесі, № 15/2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«Ахмет Байтұрсынұлы атындағы № 48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Жирентаев көшесі, № 15/2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«Ахмет Байтұрсынұлы атындағы</w:t>
            </w:r>
            <w:r>
              <w:rPr>
                <w:rFonts w:eastAsia="Times New Roman" w:cs="Times New Roman"/>
                <w:sz w:val="19"/>
              </w:rPr>
              <w:t xml:space="preserve"> № 48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Құдайбердіұлы даңғылы, № 16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«Жоғары медициналық колледж» шаруашылық жүргізу құқығындағы мемлекеттік коммуна</w:t>
            </w:r>
            <w:r>
              <w:rPr>
                <w:rFonts w:eastAsia="Times New Roman" w:cs="Times New Roman"/>
                <w:sz w:val="19"/>
              </w:rPr>
              <w:t>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Аманат көшесі, № 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«Мұстафа Шоқай атындағы № 51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35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Аманат көшесі, </w:t>
            </w:r>
            <w:r>
              <w:rPr>
                <w:rFonts w:eastAsia="Times New Roman" w:cs="Times New Roman"/>
                <w:sz w:val="19"/>
              </w:rPr>
              <w:t>№ 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«Мұстафа Шоқай атындағы № 51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Аманат көшесі, № 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«Мұстафа Шоқай атындағы № 51 </w:t>
            </w:r>
            <w:r>
              <w:rPr>
                <w:rFonts w:eastAsia="Times New Roman" w:cs="Times New Roman"/>
                <w:sz w:val="19"/>
              </w:rPr>
              <w:t>мектеп- 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Қарқабат көшесі, № 17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«Бауыржан Момышұлы атындағы № 53 мектеп-лицей» шаруашылық жүргізу құқығындағы мемлекеттік </w:t>
            </w:r>
            <w:r>
              <w:rPr>
                <w:rFonts w:eastAsia="Times New Roman" w:cs="Times New Roman"/>
                <w:sz w:val="19"/>
              </w:rPr>
              <w:t>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Қарқабат көшесі, № 17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«Бауыржан Момышұлы атындағы № 53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Қарқабат көшесі, № 17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«Бауыржан Момышұлы атындағы № 53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Ғ. Мүсірепов көшесі, № 15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</w:t>
            </w:r>
            <w:r>
              <w:rPr>
                <w:rFonts w:eastAsia="Times New Roman" w:cs="Times New Roman"/>
                <w:sz w:val="19"/>
              </w:rPr>
              <w:t>«Сұлтанбек Қожанов атындағы № 64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Ғ. Мүсірепов көшесі, № 15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«Сұлтанбек Қожанов атындағы № 64 мектеп-лицей» шаруашылық</w:t>
            </w:r>
            <w:r>
              <w:rPr>
                <w:rFonts w:eastAsia="Times New Roman" w:cs="Times New Roman"/>
                <w:sz w:val="19"/>
              </w:rPr>
              <w:t xml:space="preserve">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Ғ. Мүсірепов көшесі, № 15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«Сұлтанбек Қожанов атындағы № 64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Құдайбердіұлы даңғылы, № 25/3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«Орталықтандырылған кітапханалар жүйесі»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Лепсi көшесі, № 38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«Шерхан </w:t>
            </w:r>
            <w:r>
              <w:rPr>
                <w:rFonts w:eastAsia="Times New Roman" w:cs="Times New Roman"/>
                <w:sz w:val="19"/>
              </w:rPr>
              <w:t>Мұртаза атындағы № 63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Лепсi көшесі, № 38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«Шерхан Мұртаза атындағы № 63 мектеп-гимназия» шаруашылық жүргізу құқығы</w:t>
            </w:r>
            <w:r>
              <w:rPr>
                <w:rFonts w:eastAsia="Times New Roman" w:cs="Times New Roman"/>
                <w:sz w:val="19"/>
              </w:rPr>
              <w:t>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Аманжолов көшесі, № 34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«NURORDA» мектеп-лицейі»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Майқайың көшесі, № 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«Темірбек Жүргенов атындағы № 70 </w:t>
            </w:r>
            <w:r>
              <w:rPr>
                <w:rFonts w:eastAsia="Times New Roman" w:cs="Times New Roman"/>
                <w:sz w:val="19"/>
              </w:rPr>
              <w:t>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Майқайың көшесі, № 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«Темірбек Жүргенов атындағы № 70 мектеп-лицей» шаруашылық жүргізу құқығындағы мемлекеттік </w:t>
            </w:r>
            <w:r>
              <w:rPr>
                <w:rFonts w:eastAsia="Times New Roman" w:cs="Times New Roman"/>
                <w:sz w:val="19"/>
              </w:rPr>
              <w:t>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Аманжолов көшесі, № 34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«NURORDA» мектеп-лицейі»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Момышұлы даңғылы, № 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«Әл-Фараби атындағы оқушылар сарайы» шаруашылық </w:t>
            </w:r>
            <w:r>
              <w:rPr>
                <w:rFonts w:eastAsia="Times New Roman" w:cs="Times New Roman"/>
                <w:sz w:val="19"/>
              </w:rPr>
              <w:t>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51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Момышұлы даңғылы, № 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«Әл-Фараби атындағы оқушылар сарайы»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Төлебаев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«№ 116 жалпы орта білім беретін мектеп» шаруашылық жүргізу құқығындағы мемлекеттік коммуналдық кәсіпорыны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Абылай хан даңғылы, № 25/3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32 </w:t>
            </w:r>
            <w:r>
              <w:rPr>
                <w:rFonts w:eastAsia="Times New Roman" w:cs="Times New Roman"/>
                <w:sz w:val="19"/>
              </w:rPr>
              <w:t>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Бурабай көшесі, № 38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«Бейімбет Майлин атындағы № 52 мектеп-гимназия» шаруашылық жүргізу құқығындағы мемлекеттік </w:t>
            </w:r>
            <w:r>
              <w:rPr>
                <w:rFonts w:eastAsia="Times New Roman" w:cs="Times New Roman"/>
                <w:sz w:val="19"/>
              </w:rPr>
              <w:t>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Құдайбердіұлы даңғылы, № 25/3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«Орталықтандырылған кітапханалар жүйесі»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Ғ. Мүсірепов көшесі, № 15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«Сұлтанбек Қожанов атындағы № 64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Р. Қошқарбаев даңғылы,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«Spectrum» халықаралық мектебі»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А351 көше,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«Ақжан Әл-Машани атындағы № 92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Төлебаев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«№ 116 жалпы орта білі</w:t>
            </w:r>
            <w:r>
              <w:rPr>
                <w:rFonts w:eastAsia="Times New Roman" w:cs="Times New Roman"/>
                <w:sz w:val="19"/>
              </w:rPr>
              <w:t>м беретін мектеп» шаруашылық жүргізу құқығындағы мемлекеттік коммуналдық кәсіпорыны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Момышұлы даңғылы, № 26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«Қоғамдық келісім» коммуналдық мемлекеттік мекемесі, «Достық үйі» ғимараты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</w:t>
            </w:r>
            <w:r>
              <w:rPr>
                <w:rFonts w:eastAsia="Times New Roman" w:cs="Times New Roman"/>
                <w:sz w:val="19"/>
              </w:rPr>
              <w:t xml:space="preserve">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Аманжолов көшесі, № 34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«NURORDA» мектеп-лицейі»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Манас көшесі, № 23/2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«Астана қаласындағы Д.А. Қонаев атындағы колледж»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Р. Қошқарбаев </w:t>
            </w:r>
            <w:r>
              <w:rPr>
                <w:rFonts w:eastAsia="Times New Roman" w:cs="Times New Roman"/>
                <w:sz w:val="19"/>
              </w:rPr>
              <w:t>даңғылы,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«Spectrum» халықаралық мектебі»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күйші Дина көшесі, № 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«Райымбек батыр атындағы № 50 «Қазғарыш» мектеп-лицей» шаруашылық жүргізу құқығындағы мемлекеттік коммуналдық </w:t>
            </w:r>
            <w:r>
              <w:rPr>
                <w:rFonts w:eastAsia="Times New Roman" w:cs="Times New Roman"/>
                <w:sz w:val="19"/>
              </w:rPr>
              <w:t>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482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Жансүгірұлы көшесі, № 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114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483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Момышұлы даңғылы, № 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</w:t>
            </w:r>
            <w:r>
              <w:rPr>
                <w:rFonts w:eastAsia="Times New Roman" w:cs="Times New Roman"/>
                <w:sz w:val="19"/>
              </w:rPr>
              <w:t>әкімдігінің «Әл-Фараби атындағы Оқушылар сарайы»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484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Алматы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Төлебаев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116 жалпы орта білім беретін мектеп» коммуналдық мемл</w:t>
            </w:r>
            <w:r>
              <w:rPr>
                <w:rFonts w:eastAsia="Times New Roman" w:cs="Times New Roman"/>
                <w:sz w:val="19"/>
              </w:rPr>
              <w:t>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Айманов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«Жамбыл Жабаев атындағы № 4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69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Ш. </w:t>
            </w:r>
            <w:r>
              <w:rPr>
                <w:rFonts w:eastAsia="Times New Roman" w:cs="Times New Roman"/>
                <w:sz w:val="19"/>
              </w:rPr>
              <w:t>Айманов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«Жамбыл Жабаев атындағы № 4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Айманов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«Жамбыл Жабаев</w:t>
            </w:r>
            <w:r>
              <w:rPr>
                <w:rFonts w:eastAsia="Times New Roman" w:cs="Times New Roman"/>
                <w:sz w:val="19"/>
              </w:rPr>
              <w:t xml:space="preserve"> атындағы № 4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71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Айманов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«Роза Бағланова атындағы № 2 балалар музыка мектебі» шаруашылық жүргізу құ</w:t>
            </w:r>
            <w:r>
              <w:rPr>
                <w:rFonts w:eastAsia="Times New Roman" w:cs="Times New Roman"/>
                <w:sz w:val="19"/>
              </w:rPr>
              <w:t>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Абай даңғылы, № 47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«Астана Медицина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университеті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коммерциялық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емес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акционерлік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қоғамы</w:t>
            </w:r>
            <w:proofErr w:type="spellEnd"/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Абай даңғылы, № 47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«Астана Медицина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университеті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коммерциялық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емес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акционерлік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қоғамы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Кенесары көшесі, № 49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31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Кенесары </w:t>
            </w:r>
            <w:r>
              <w:rPr>
                <w:rFonts w:eastAsia="Times New Roman" w:cs="Times New Roman"/>
                <w:sz w:val="19"/>
              </w:rPr>
              <w:t>көшесі, № 49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31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Ғабдуллин көшесі, № 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«Жұмабек Тәшенев атындағы № 10 </w:t>
            </w:r>
            <w:r>
              <w:rPr>
                <w:rFonts w:eastAsia="Times New Roman" w:cs="Times New Roman"/>
                <w:sz w:val="19"/>
              </w:rPr>
              <w:t>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Иманбаева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«Ақселеу Сейдімбек атындағы № 54 мектеп-лицей» шаруашылық жүргізу құқығындағы мемлекет</w:t>
            </w:r>
            <w:r>
              <w:rPr>
                <w:rFonts w:eastAsia="Times New Roman" w:cs="Times New Roman"/>
                <w:sz w:val="19"/>
              </w:rPr>
              <w:t>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Ғабдуллин көшесі, № 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«Жұмабек Тәшенев атындағы № 10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79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</w:t>
            </w:r>
            <w:r>
              <w:rPr>
                <w:rFonts w:eastAsia="Times New Roman" w:cs="Times New Roman"/>
                <w:sz w:val="19"/>
              </w:rPr>
              <w:t xml:space="preserve">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Иманбаева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«Ақселеу Сейдімбек атындағы № 54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Тәшенев орамы, № 8/4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«Халықаралық үздіксіз </w:t>
            </w:r>
            <w:r>
              <w:rPr>
                <w:rFonts w:eastAsia="Times New Roman" w:cs="Times New Roman"/>
                <w:sz w:val="19"/>
              </w:rPr>
              <w:t>білім беру колледжі «Астаналық»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Таха Хусейн көшесі, № 5/1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«Қасым Қайсенов атындағы № 27 мектеп-лицей» шаруашылық жүргізу құқығындағы мемлекеттік коммуналдық</w:t>
            </w:r>
            <w:r>
              <w:rPr>
                <w:rFonts w:eastAsia="Times New Roman" w:cs="Times New Roman"/>
                <w:sz w:val="19"/>
              </w:rPr>
              <w:t xml:space="preserve">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Тәшенев көшесі, № 7/2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«Profi Consulting» жауапкершілігі шектеулі серіктестігі «KEMEL» жекеменшік мектебі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Таха Хусейн көшесі, № 5/1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«Қасым </w:t>
            </w:r>
            <w:r>
              <w:rPr>
                <w:rFonts w:eastAsia="Times New Roman" w:cs="Times New Roman"/>
                <w:sz w:val="19"/>
              </w:rPr>
              <w:t>Қайсенов атындағы № 27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Тархан көшесі, № 16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5 гимназия» шаруашылық жүргізу құқығындағы мемлекеттік </w:t>
            </w:r>
            <w:r>
              <w:rPr>
                <w:rFonts w:eastAsia="Times New Roman" w:cs="Times New Roman"/>
                <w:sz w:val="19"/>
              </w:rPr>
              <w:t>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Иманбаева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«Ақселеу Сейдімбек атындағы № 54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Байқоңыр </w:t>
            </w:r>
            <w:r>
              <w:rPr>
                <w:rFonts w:eastAsia="Times New Roman" w:cs="Times New Roman"/>
                <w:sz w:val="19"/>
              </w:rPr>
              <w:t>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Иманов көшесі, № 27А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119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С. Сейфуллин көшесі, № 50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8 мектеп-лицей» шаруашылық жүргізу</w:t>
            </w:r>
            <w:r>
              <w:rPr>
                <w:rFonts w:eastAsia="Times New Roman" w:cs="Times New Roman"/>
                <w:sz w:val="19"/>
              </w:rPr>
              <w:t xml:space="preserve">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С. Сейфуллин көшесі, № 50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89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С. Сейфуллин көшесі, № 59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«Технологиялық колледжі»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90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С. Сейфуллин көшесі, № 59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«Технологиялық колледжі»</w:t>
            </w:r>
            <w:r>
              <w:rPr>
                <w:rFonts w:eastAsia="Times New Roman" w:cs="Times New Roman"/>
                <w:sz w:val="19"/>
              </w:rPr>
              <w:t xml:space="preserve">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С. Сейфуллин көшесі, № 50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Иманов көшесі, № 27А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119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Иманов көшесі, № 27А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119 жалпы орта білім бе</w:t>
            </w:r>
            <w:r>
              <w:rPr>
                <w:rFonts w:eastAsia="Times New Roman" w:cs="Times New Roman"/>
                <w:sz w:val="19"/>
              </w:rPr>
              <w:t>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Иманов көшесі, № 37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«Абай Құнанбайұлы атындағы № 87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Жұбанов көшесі, № 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«Esil University»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Пушкин көшесі,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«Л.Н. Гумилев атындағы Еуразия ұлттық университеті» коммерциялық емес акционерлік 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Пушкин көшесі,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«Л.Н. Гумилев атындағы Еуразия ұлттық университеті» коммерциялық емес акционерлік 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Иманов көшесі, № 37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«Абай Құнанбайұлы атындағы № 87 </w:t>
            </w:r>
            <w:r>
              <w:rPr>
                <w:rFonts w:eastAsia="Times New Roman" w:cs="Times New Roman"/>
                <w:sz w:val="19"/>
              </w:rPr>
              <w:t>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99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Иманов көшесі, № 37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«Абай Құнанбайұлы атындағы № 87 мектеп-гимназия» шаруашылық жүргізу құқығындағы </w:t>
            </w:r>
            <w:r>
              <w:rPr>
                <w:rFonts w:eastAsia="Times New Roman" w:cs="Times New Roman"/>
                <w:sz w:val="19"/>
              </w:rPr>
              <w:t>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Абай даңғылы, № 103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«Астана су арнасы»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Кенесары </w:t>
            </w:r>
            <w:r>
              <w:rPr>
                <w:rFonts w:eastAsia="Times New Roman" w:cs="Times New Roman"/>
                <w:sz w:val="19"/>
              </w:rPr>
              <w:t>көшесі, № 81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«Төлеген Айбергенов атындағы № 16 жалпы орта білім беретін мектеп»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Кенесары көшесі, № 81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</w:t>
            </w:r>
            <w:r>
              <w:rPr>
                <w:rFonts w:eastAsia="Times New Roman" w:cs="Times New Roman"/>
                <w:sz w:val="19"/>
              </w:rPr>
              <w:t>әкімдігінің «Төлеген Айбергенов атындағы № 16 жалпы орта білім беретін мектеп»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Ақжол даңғылы, № 53/3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«Құрылыс-техникалық колле</w:t>
            </w:r>
            <w:r>
              <w:rPr>
                <w:rFonts w:eastAsia="Times New Roman" w:cs="Times New Roman"/>
                <w:sz w:val="19"/>
              </w:rPr>
              <w:t>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Досмұхамедұлы көшесі, № 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97 «Сәби әлемі» балабақшасы» 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Ақжол даңғылы, № 53/3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«Құрылыс-техникалық колледжі»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Қамысты көшесі, № 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</w:t>
            </w:r>
            <w:r>
              <w:rPr>
                <w:rFonts w:eastAsia="Times New Roman" w:cs="Times New Roman"/>
                <w:sz w:val="19"/>
              </w:rPr>
              <w:t>«№ 12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107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Тайбурыл көшесі, № 23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«Барлыбек Сырттанұлы атындағы № 34 жалпы орта білім беретін мектеп» коммуналдық мемлекеттік </w:t>
            </w:r>
            <w:r>
              <w:rPr>
                <w:rFonts w:eastAsia="Times New Roman" w:cs="Times New Roman"/>
                <w:sz w:val="19"/>
              </w:rPr>
              <w:t>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Тайбурыл көшесі, № 17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23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109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Кемеңгерұлы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</w:t>
            </w:r>
            <w:r>
              <w:rPr>
                <w:rFonts w:eastAsia="Times New Roman" w:cs="Times New Roman"/>
                <w:sz w:val="19"/>
              </w:rPr>
              <w:t>әкімдігінің «№ 21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Кемеңгерұлы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21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Сарыадыр орамы,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«Қошке Кемеңгерұлы атындағы № 49 мектеп-гимназия»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Сарыадыр орамы,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«Қошке </w:t>
            </w:r>
            <w:r>
              <w:rPr>
                <w:rFonts w:eastAsia="Times New Roman" w:cs="Times New Roman"/>
                <w:sz w:val="19"/>
              </w:rPr>
              <w:t>Кемеңгерұлы атындағы № 49 мектеп-гимназия»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Байқоңыр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Сарыадыр орамы,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«Қошке Кемеңгерұлы атындағы № 49 мектеп-гимназия»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«Астана» халықаралық университеті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«Пригородный»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Арнасай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127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Жүсіпбек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Аймауытұлы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№ 24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жалпы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орта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беретін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шаруашылық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жүргізу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құқығындағы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кәсіпорны</w:t>
            </w:r>
            <w:proofErr w:type="spellEnd"/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Түркістан көшесі, № 2/1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>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Республикалық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физика-математика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мектебі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коммерциялық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емес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акционерлік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қоғамы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Түркістан </w:t>
            </w:r>
            <w:r>
              <w:rPr>
                <w:rFonts w:eastAsia="Times New Roman" w:cs="Times New Roman"/>
                <w:sz w:val="19"/>
              </w:rPr>
              <w:t>көшесі, № 10/1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«Әлихан Бөкейхан атындағы № 76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Бөкейхан көшесі, № 12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«ҚазТрансГаз» акционерлік қоғамының «Болашақ»</w:t>
            </w:r>
            <w:r>
              <w:rPr>
                <w:rFonts w:eastAsia="Times New Roman" w:cs="Times New Roman"/>
                <w:sz w:val="19"/>
              </w:rPr>
              <w:t xml:space="preserve"> бизнес-орталығы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119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Д. Қонаев көшесі, № 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«Қазақстан темір жолы» ұлттық компаниясы» акционерлік 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Достық көшесі,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Ұлттық академиялық кітапхана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Д.</w:t>
            </w:r>
            <w:r>
              <w:rPr>
                <w:rFonts w:eastAsia="Times New Roman" w:cs="Times New Roman"/>
                <w:sz w:val="19"/>
              </w:rPr>
              <w:t xml:space="preserve"> Қонаев көшесі, № 33/1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«Дінмұхамед Қонаев атындағы № 66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Сауран көшесі, № 5/1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«Кәрім </w:t>
            </w:r>
            <w:r>
              <w:rPr>
                <w:rFonts w:eastAsia="Times New Roman" w:cs="Times New Roman"/>
                <w:sz w:val="19"/>
              </w:rPr>
              <w:t>Мыңбаев атындағы № 59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Сауран көшесі, № 5/1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«Кәрім Мыңбаев атындағы № 59 мектеп-лицей» шаруашылық жүргізу құқығындағы</w:t>
            </w:r>
            <w:r>
              <w:rPr>
                <w:rFonts w:eastAsia="Times New Roman" w:cs="Times New Roman"/>
                <w:sz w:val="19"/>
              </w:rPr>
              <w:t xml:space="preserve">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Сауран көшесі, № 12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«Қазақтелеком» акционерлік 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Ұлы Дала даңғылы, № 61/1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№ 82 «Дарын» мамандандырылған лицейі» </w:t>
            </w:r>
            <w:r>
              <w:rPr>
                <w:rFonts w:eastAsia="Times New Roman" w:cs="Times New Roman"/>
                <w:sz w:val="19"/>
              </w:rPr>
              <w:t>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Сарайшық көшесі, № 5а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«Alatau City Bank» акционерлік 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Түркістан көшесі, № 10/1 үй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«Әлихан Бөкейхан атындағы № 76 </w:t>
            </w:r>
            <w:r>
              <w:rPr>
                <w:rFonts w:eastAsia="Times New Roman" w:cs="Times New Roman"/>
                <w:sz w:val="19"/>
              </w:rPr>
              <w:t>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128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Сауран көшесі,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«Дулат Бабатайұлы атындағы № 89 мектеп-лицей» шаруашылық жүргізу құқығындағы мемлекеттік </w:t>
            </w:r>
            <w:r>
              <w:rPr>
                <w:rFonts w:eastAsia="Times New Roman" w:cs="Times New Roman"/>
                <w:sz w:val="19"/>
              </w:rPr>
              <w:t>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129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Мәңгілік Ел даңғылы, № 28/1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75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Ұшқыштар көшесі, № 8/1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«Абай атындағы Қазақ ұлттық педагогикалық университеттің коммерциялық емес акционерлік қоғамының білім институты», Заречное тұрғын алабы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Әл-Фараби даңғылы, № 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84 «Кәусар» балабақшасы» </w:t>
            </w:r>
            <w:r>
              <w:rPr>
                <w:rFonts w:eastAsia="Times New Roman" w:cs="Times New Roman"/>
                <w:sz w:val="19"/>
              </w:rPr>
              <w:t>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Мәңгілік Ел даңғылы, № 70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103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Е697 көше, № 5 үй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«ASPAN» спорт орталығы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38А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99 жалпы орта білім беретін мектеп»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Алматы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95 «Алматы» балабақшасы» 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Қайсенов көшесі, № 4/1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«№107 жалпы орта білім беретін мектеп» шаруашылық </w:t>
            </w:r>
            <w:r>
              <w:rPr>
                <w:rFonts w:eastAsia="Times New Roman" w:cs="Times New Roman"/>
                <w:sz w:val="19"/>
              </w:rPr>
              <w:t>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56/1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«Шейх Тәмим бен Хамад әл-Тәни атындағы № 85 мектеп-лицей» шаруашылық жүргізу құқығындағы мемлекеттік коммуналд</w:t>
            </w:r>
            <w:r>
              <w:rPr>
                <w:rFonts w:eastAsia="Times New Roman" w:cs="Times New Roman"/>
                <w:sz w:val="19"/>
              </w:rPr>
              <w:t>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Бөкейхан көшесі, № 34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«Astana Garden School»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139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Балауса көшесі,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«Қазақстан Жазушылар Одағы» Астана қалалық филиалы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Ұлы Дала даңғылы, </w:t>
            </w:r>
            <w:r>
              <w:rPr>
                <w:rFonts w:eastAsia="Times New Roman" w:cs="Times New Roman"/>
                <w:sz w:val="19"/>
              </w:rPr>
              <w:t>№ 43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«Астана Балет»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Мәңгілік Ел даңғылы, № 22/1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«Фариза Оңғарсынова атындағы № 77 мектеп-гимназия» шаруашылық жүргізу құқығындағы </w:t>
            </w:r>
            <w:r>
              <w:rPr>
                <w:rFonts w:eastAsia="Times New Roman" w:cs="Times New Roman"/>
                <w:sz w:val="19"/>
              </w:rPr>
              <w:t>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Сауран көшесі,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«Дулат Бабатайұлы атындағы № 89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Есіл </w:t>
            </w:r>
            <w:r>
              <w:rPr>
                <w:rFonts w:eastAsia="Times New Roman" w:cs="Times New Roman"/>
                <w:sz w:val="19"/>
              </w:rPr>
              <w:t>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Ұлы Дала даңғылы, № 41/7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«Шейх Халифа бен Заид әл-Нахаян атындағы № 84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Е117 көше, 40а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</w:t>
            </w:r>
            <w:r>
              <w:rPr>
                <w:rFonts w:eastAsia="Times New Roman" w:cs="Times New Roman"/>
                <w:sz w:val="19"/>
              </w:rPr>
              <w:t>әкімдігінің «№ 108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Т. Рысқұлов көшесі, № 14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«Білім-Инновация» мектеп-лицей»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56/1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</w:t>
            </w:r>
            <w:r>
              <w:rPr>
                <w:rFonts w:eastAsia="Times New Roman" w:cs="Times New Roman"/>
                <w:sz w:val="19"/>
              </w:rPr>
              <w:t xml:space="preserve"> әкімдігінің «Шейх Тәмим бен Хамад әл-Тәни атындағы № 85 мектеп-лицей» шаруашылық жүргізу 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147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Түркістан көшесі, № 2/1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>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Республикалық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физика-математика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мектебі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коммерциялық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емес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</w:t>
            </w:r>
            <w:r w:rsidRPr="001F4837">
              <w:rPr>
                <w:rFonts w:eastAsia="Times New Roman" w:cs="Times New Roman"/>
                <w:sz w:val="19"/>
                <w:lang w:val="ru-RU"/>
              </w:rPr>
              <w:t>кционерлік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қоғамы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Мәңгілік Ел даңғылы, № 30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«Astana Partners» бизнес-орталығы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149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Мәңгілік Ел даңғылы, № 22/1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«Фариза Оңғарсынова атындағы № 77 мектеп-гимназия» </w:t>
            </w:r>
            <w:r>
              <w:rPr>
                <w:rFonts w:eastAsia="Times New Roman" w:cs="Times New Roman"/>
                <w:sz w:val="19"/>
              </w:rPr>
              <w:t>шаруашылық жүргізу 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«Заречное»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Жошы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хан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16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«№ 104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жалпы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орта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беретін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мекемесі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«Нұржол» желекжолы, № 12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Ұлттық қолжазбалар мен сирек кездесетін кітаптар орталығы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Ұлы Дала даңғылы, № 61/1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82 «Дарын» мамандандырылған лицейі» коммуналдық </w:t>
            </w:r>
            <w:r>
              <w:rPr>
                <w:rFonts w:eastAsia="Times New Roman" w:cs="Times New Roman"/>
                <w:sz w:val="19"/>
              </w:rPr>
              <w:t>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Жиембет жырау көшесі, № 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«Астана» халықаралық университеті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Сауран көшесі, № 11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«Дулат Бабатайұлы атындағы № 89 мектеп-лицей» шаруашылық </w:t>
            </w:r>
            <w:r>
              <w:rPr>
                <w:rFonts w:eastAsia="Times New Roman" w:cs="Times New Roman"/>
                <w:sz w:val="19"/>
              </w:rPr>
              <w:t>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Түркістан көшесі, № 32/1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«Назарбаев Зияткерлік мектептері» дербес білім беру ұйымының «International Steppe School of Astana» филиалы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Есіл </w:t>
            </w:r>
            <w:r>
              <w:rPr>
                <w:rFonts w:eastAsia="Times New Roman" w:cs="Times New Roman"/>
                <w:sz w:val="19"/>
              </w:rPr>
              <w:t>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Түркістан көшесі, № 32/1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«Назарбаев Зияткерлік мектептері» дербес білім беру ұйымының «International Steppe School of Astana» филиалы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Ұлы Дала даңғылы, № 61/1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№ 82 «Дарын» мамандандырылған</w:t>
            </w:r>
            <w:r>
              <w:rPr>
                <w:rFonts w:eastAsia="Times New Roman" w:cs="Times New Roman"/>
                <w:sz w:val="19"/>
              </w:rPr>
              <w:t xml:space="preserve"> лицейі»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Ұлы Дала даңғылы, № 73/1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95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159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Мәңгілік</w:t>
            </w:r>
            <w:r>
              <w:rPr>
                <w:rFonts w:eastAsia="Times New Roman" w:cs="Times New Roman"/>
                <w:sz w:val="19"/>
              </w:rPr>
              <w:t xml:space="preserve"> Ел даңғылы, № 55а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«Бәйтерек» ұлттық басқарушы холдингі» акционерлік 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Т. Рысқұлов көшесі, № 9/1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«Quantum TECH School»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Т. Рысқұлов көшесі, № 9/1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«Quantum TECH School»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Е321 көше, № 18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«Қадыр Мырза Әлі атындағы № 88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Г. Әлиев көшесі, № 10а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96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Әл-Фараби даңғылы, № 40а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«BINOM EDUCATION» </w:t>
            </w:r>
            <w:r>
              <w:rPr>
                <w:rFonts w:eastAsia="Times New Roman" w:cs="Times New Roman"/>
                <w:sz w:val="19"/>
              </w:rPr>
              <w:t>жауапкершілігі шектеулі серіктестігінің Қ. Сәтпаев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Әл-Фараби даңғылы, № 40а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«BINOM EDUCATION» жауапкершілігі шектеулі серіктестігінің Қ. Сәтпаев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Д. Қонаев көшесі, № 33/1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«Дінмұхамед Қонаев атындағы № 66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Бөкейхан көшесі, № 1</w:t>
            </w:r>
            <w:r>
              <w:rPr>
                <w:rFonts w:eastAsia="Times New Roman" w:cs="Times New Roman"/>
                <w:sz w:val="19"/>
              </w:rPr>
              <w:t>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Қазақстан Республикасының Президенттік орталығы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168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Ұлы Дала даңғылы, № 41/7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«Шейх Халифа бен Заид әл-Нахаян атындағы № 84 мектеп-лицей» шаруашылық жүргізу құқығындағы мемлекеттік коммуналдық </w:t>
            </w:r>
            <w:r>
              <w:rPr>
                <w:rFonts w:eastAsia="Times New Roman" w:cs="Times New Roman"/>
                <w:sz w:val="19"/>
              </w:rPr>
              <w:t>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169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 669 көше, № 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109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Т. Рысқұлов көшесі, № 20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«BINOM EDUCATION» жауапкершілігі </w:t>
            </w:r>
            <w:r>
              <w:rPr>
                <w:rFonts w:eastAsia="Times New Roman" w:cs="Times New Roman"/>
                <w:sz w:val="19"/>
              </w:rPr>
              <w:t>шектеулі серіктестігінің «Әбіш Кекілбаев»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Әл-Фараби даңғылы, № 9/5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«BINOM EDUCATION» жауапкершілігі шектеулі серіктестігінің Қадыр Мырза Әлі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Г. Әлиев көшесі, № 10а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96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Мәңгілік Ел даңғылы, № 28/1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</w:t>
            </w:r>
            <w:r>
              <w:rPr>
                <w:rFonts w:eastAsia="Times New Roman" w:cs="Times New Roman"/>
                <w:sz w:val="19"/>
              </w:rPr>
              <w:t xml:space="preserve"> «№ 75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Бөкейхан көшесі, 25В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«Орталықтандырылған кітапханалар жүйесі»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Әл-Фараби даңғылы, № 40А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Арнасай көшесі, 127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«Жүсіпбек Аймауытұлы атындағы № 24 орта мектеп» шаруашылық жүргізу құқығындағы мемлекеттік </w:t>
            </w:r>
            <w:r>
              <w:rPr>
                <w:rFonts w:eastAsia="Times New Roman" w:cs="Times New Roman"/>
                <w:sz w:val="19"/>
              </w:rPr>
              <w:t>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38А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99 жалпы орта білім беретін мектеп»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485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Д. </w:t>
            </w:r>
            <w:r>
              <w:rPr>
                <w:rFonts w:eastAsia="Times New Roman" w:cs="Times New Roman"/>
                <w:sz w:val="19"/>
              </w:rPr>
              <w:t>Қонаев көшесі, № 33/1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«Дінмұхамед Қонаев атындағы № 66 мектеп-лицей» шаруашылық жүргізу 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179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486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«Заречное»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Жошы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хан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16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«№ 104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жалпы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орта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беретін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мекемесі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487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Қайсенов көшесі, № 4/1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107 жалпы орта білім беретін мектеп» шаруашылық жүргізу құқығындағы мемлекеттік </w:t>
            </w:r>
            <w:r>
              <w:rPr>
                <w:rFonts w:eastAsia="Times New Roman" w:cs="Times New Roman"/>
                <w:sz w:val="19"/>
              </w:rPr>
              <w:t>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488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 669 көше, № 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109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489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 117 көше, 40а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108 </w:t>
            </w:r>
            <w:r>
              <w:rPr>
                <w:rFonts w:eastAsia="Times New Roman" w:cs="Times New Roman"/>
                <w:sz w:val="19"/>
              </w:rPr>
              <w:t>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 321 көше, № 18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«Қадыр Мырза Әлі атындағы № 88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Т. Рысқұлов көшесі, № 14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«Білім-Инновация» мектеп-лицей»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Т. Рысқұлов көшесі, № 20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«BINOM EDUCATION» жауапкершілігі шектеулі серіктестігінің «Әбіш Кекілбаев» атындағы «Binom school» </w:t>
            </w:r>
            <w:r>
              <w:rPr>
                <w:rFonts w:eastAsia="Times New Roman" w:cs="Times New Roman"/>
                <w:sz w:val="19"/>
              </w:rPr>
              <w:t>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513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Әл-Фараби даңғылы, № 9/5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«BINOM EDUCATION» жауапкершілігі шектеулі серіктестігінің Қадыр Мырза Әлі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187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514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Түркістан көшесі, № 32/1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«Назарбаев</w:t>
            </w:r>
            <w:r>
              <w:rPr>
                <w:rFonts w:eastAsia="Times New Roman" w:cs="Times New Roman"/>
                <w:sz w:val="19"/>
              </w:rPr>
              <w:t xml:space="preserve"> Зияткерлік мектептері» дербес білім беру ұйымының «International Steppe School of Astana» филиалы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515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Есіл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Мәңгілік Ел даңғылы, № 70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103 жалпы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189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9/1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«Ақан Құрманов атындағы № 17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Қабанбай батыр </w:t>
            </w:r>
            <w:r>
              <w:rPr>
                <w:rFonts w:eastAsia="Times New Roman" w:cs="Times New Roman"/>
                <w:sz w:val="19"/>
              </w:rPr>
              <w:t>даңғылы, № 19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«ҚазМұнайГаз» ұлттық компаниясы» акционерлік 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Омаров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71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Күлтегін көшесі, № 18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115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Қашаубаев көшесі, № 28а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33 жалпы орта білім беретін </w:t>
            </w:r>
            <w:r>
              <w:rPr>
                <w:rFonts w:eastAsia="Times New Roman" w:cs="Times New Roman"/>
                <w:sz w:val="19"/>
              </w:rPr>
              <w:t>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Исатай батыр көшесі, № 141/1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«Кемел Ақышев атындағы № 69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Хусейн бен Талал көшесі, № 21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«Астана қаласының жаратылыстану-математика бағытындағы Назарбаев Зияткерлік мектебі» филиалы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Тұран даңғылы, № 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«ҚазМұнайГаз» өңдеу және маркетинг» акционерлік 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Қорғалжын тас жолы, № 22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«Кәсіптік-техникалық колледжі» шаруашылық жүргізу 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Домалақ ана көшесі, № 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«Астана –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Аймақтық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Электржелілік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Компаниясы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акционерлік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қоғамы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199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Нәрікбаев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79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Нұра </w:t>
            </w:r>
            <w:r>
              <w:rPr>
                <w:rFonts w:eastAsia="Times New Roman" w:cs="Times New Roman"/>
                <w:sz w:val="19"/>
              </w:rPr>
              <w:t>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Нәрікбаев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79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Сығанақ көшесі, № 17/41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«BIART» креативті индустриялар мектебі»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Нұршайықов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«Смағұл Сәдуақасұлы атындағы № 78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Нұршайықов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</w:t>
            </w:r>
            <w:r>
              <w:rPr>
                <w:rFonts w:eastAsia="Times New Roman" w:cs="Times New Roman"/>
                <w:sz w:val="19"/>
              </w:rPr>
              <w:t>на қаласы әкімдігінің «Смағұл Сәдуақасұлы атындағы № 78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Сығанақ көшесі, № 17М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«BI-Group» жауапкершілігі шектеулі серіктестігінің «GREEN </w:t>
            </w:r>
            <w:r>
              <w:rPr>
                <w:rFonts w:eastAsia="Times New Roman" w:cs="Times New Roman"/>
                <w:sz w:val="19"/>
              </w:rPr>
              <w:t>TOWER» бизнес-орталығы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Тұран даңғылы, № 59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>«</w:t>
            </w:r>
            <w:proofErr w:type="spellStart"/>
            <w:r>
              <w:rPr>
                <w:rFonts w:eastAsia="Times New Roman" w:cs="Times New Roman"/>
                <w:sz w:val="19"/>
              </w:rPr>
              <w:t>Qazaqstan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жеңіл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атлетика спорт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кешені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45А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«Сарыарқа» республикалық велотрегі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43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Жақсылық Үшкемпіров атындағы «Жекпе-жек сарайы» республикалық мемлекеттік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208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Қорғалжын тас жолы, № 22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«Кәсіптік-техникалық колледжі» шаруашылық </w:t>
            </w:r>
            <w:r>
              <w:rPr>
                <w:rFonts w:eastAsia="Times New Roman" w:cs="Times New Roman"/>
                <w:sz w:val="19"/>
              </w:rPr>
              <w:t>жүргізу 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209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Мұхамедханов көшесі, № 37Б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«Қ.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Құлажанов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Қазақ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технология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және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бизнес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университеті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акционерлік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қоғамы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Омаров көшесі,</w:t>
            </w:r>
            <w:r>
              <w:rPr>
                <w:rFonts w:eastAsia="Times New Roman" w:cs="Times New Roman"/>
                <w:sz w:val="19"/>
              </w:rPr>
              <w:t xml:space="preserve"> № 14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№ 81 «Astana English School» халықаралық мектеп» коммуналдық мемлекеттік мекемесі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Мұхамедханов көшесі, № 37Б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«Қ.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Құлажанов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Қазақ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технология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және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бизнес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университеті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акционерлік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қоғамы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Мұхамедханов көшесі, № 26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«TANYM» көпфункционалды кешені»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 899 көше,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 әкімдігінің «№ 117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Омаров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71 мектеп-лицей» шаруашылық жүргізу құқығындағы мемлекеттік коммуналдық </w:t>
            </w:r>
            <w:r>
              <w:rPr>
                <w:rFonts w:eastAsia="Times New Roman" w:cs="Times New Roman"/>
                <w:sz w:val="19"/>
              </w:rPr>
              <w:t>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Нұршайықов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«Смағұл Сәдуақасұлы атындағы № 78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Ә. </w:t>
            </w:r>
            <w:r>
              <w:rPr>
                <w:rFonts w:eastAsia="Times New Roman" w:cs="Times New Roman"/>
                <w:sz w:val="19"/>
              </w:rPr>
              <w:t>Нұршайықов көшесі, № 10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«Орталықтандырылған кітапханалар жүйесі» коммуналдық мемлекеттік мекемесінің № 2 филалы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42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«BINOM EDUCATION» жауапкершілігі шектеулі серіктестігінің Ы. </w:t>
            </w:r>
            <w:r>
              <w:rPr>
                <w:rFonts w:eastAsia="Times New Roman" w:cs="Times New Roman"/>
                <w:sz w:val="19"/>
              </w:rPr>
              <w:t>Алтынсарин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Бектұров көшесі, № 19/1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«International Future school»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219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42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«BINOM EDUCATION» </w:t>
            </w:r>
            <w:r>
              <w:rPr>
                <w:rFonts w:eastAsia="Times New Roman" w:cs="Times New Roman"/>
                <w:sz w:val="19"/>
              </w:rPr>
              <w:t>жауапкершілігі шектеулі серіктестігінің Ы. Алтынсарин атындағы «BINOM SCHOOL» мектеп-лицейі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Тұран даңғылы, № 59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>«</w:t>
            </w:r>
            <w:proofErr w:type="spellStart"/>
            <w:r>
              <w:rPr>
                <w:rFonts w:eastAsia="Times New Roman" w:cs="Times New Roman"/>
                <w:sz w:val="19"/>
              </w:rPr>
              <w:t>Qazaqstan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жеңіл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атлетика спорт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кешені</w:t>
            </w:r>
            <w:proofErr w:type="spellEnd"/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Тұран даңғылы, № 57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>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Барыс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-Арена»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көпфункционалды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мұз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сарайы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57а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101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Нәрікбаев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</w:t>
            </w:r>
            <w:r>
              <w:rPr>
                <w:rFonts w:eastAsia="Times New Roman" w:cs="Times New Roman"/>
                <w:sz w:val="19"/>
              </w:rPr>
              <w:t xml:space="preserve"> әкімдігінің «№ 79 мектеп-лицей» шаруашылық жүргізу 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Д. Қонаев көшесі, № 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«Астана Опера»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опера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және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балет театры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І. Омаров </w:t>
            </w:r>
            <w:r>
              <w:rPr>
                <w:rFonts w:eastAsia="Times New Roman" w:cs="Times New Roman"/>
                <w:sz w:val="19"/>
              </w:rPr>
              <w:t>көшесі, № 10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«EURO AST KZ2019» жауапкершілігі шектеулі серіктестігінің «NEOTECH DIGITAL SCHOOL» жекеменшік мектебі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Қашаубаев көшесі, № 28а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33 жалпы орта білім беретін мектеп» коммуналдық </w:t>
            </w:r>
            <w:r>
              <w:rPr>
                <w:rFonts w:eastAsia="Times New Roman" w:cs="Times New Roman"/>
                <w:sz w:val="19"/>
              </w:rPr>
              <w:t>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Е-899 көше, № 2 үй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«QUANTUM STEM» жауапкершілігі шектеулі серіктестігінің «Quantum STEM School» жекеменшік мектебі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228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Омаров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</w:t>
            </w:r>
            <w:r>
              <w:rPr>
                <w:rFonts w:eastAsia="Times New Roman" w:cs="Times New Roman"/>
                <w:sz w:val="19"/>
              </w:rPr>
              <w:t xml:space="preserve"> 71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229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45А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«Сарыарқа» республикалық велотрегі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Күлтегін көшесі, № 18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</w:t>
            </w:r>
            <w:r>
              <w:rPr>
                <w:rFonts w:eastAsia="Times New Roman" w:cs="Times New Roman"/>
                <w:sz w:val="19"/>
              </w:rPr>
              <w:t>әкімдігінің «№ 115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32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111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Қорғалжын тас жолы, № 22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«Кәсіптік-техникалық колледжі»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47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«Алау» мұзайдыны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42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«BINOM EDUCATION» жауапкершілігі шектеулі серіктестігінің Ы. Алтынсарин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25/2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45 жалпы</w:t>
            </w:r>
            <w:r>
              <w:rPr>
                <w:rFonts w:eastAsia="Times New Roman" w:cs="Times New Roman"/>
                <w:sz w:val="19"/>
              </w:rPr>
              <w:t xml:space="preserve">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57а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101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Ш. </w:t>
            </w:r>
            <w:r>
              <w:rPr>
                <w:rFonts w:eastAsia="Times New Roman" w:cs="Times New Roman"/>
                <w:sz w:val="19"/>
              </w:rPr>
              <w:t>Шөкин көшесі, № 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«BINOM EDUCATION» жауапкершілігі шектеулі серіктестігінің Ә. Бөкейхан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Нәрікбаев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79 мектеп-лицей» шаруашылық жүргізу </w:t>
            </w:r>
            <w:r>
              <w:rPr>
                <w:rFonts w:eastAsia="Times New Roman" w:cs="Times New Roman"/>
                <w:sz w:val="19"/>
              </w:rPr>
              <w:t>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239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Күлтегін көшесі, № 18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115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№ 201 көше, № 55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«Астана қаласы әкімдігінің «Тұрсынбек Кәкішұлы атындағы № 94 мектеп-лицей»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43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«Жақсылық Үшкемпіров атындағы «Жекпе-жек сарайы» республикалық мемлекеттік қазыналық</w:t>
            </w:r>
            <w:r>
              <w:rPr>
                <w:rFonts w:eastAsia="Times New Roman" w:cs="Times New Roman"/>
                <w:sz w:val="19"/>
              </w:rPr>
              <w:t xml:space="preserve">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Мұхамедханов көшесі, № 37Б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«Қ.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Құлажанов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Қазақ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технология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және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бизнес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университеті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акционерлік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қоғамы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32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111 жалпы </w:t>
            </w:r>
            <w:r>
              <w:rPr>
                <w:rFonts w:eastAsia="Times New Roman" w:cs="Times New Roman"/>
                <w:sz w:val="19"/>
              </w:rPr>
              <w:t>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Е-899 көше,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117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Қорғалжын </w:t>
            </w:r>
            <w:r>
              <w:rPr>
                <w:rFonts w:eastAsia="Times New Roman" w:cs="Times New Roman"/>
                <w:sz w:val="19"/>
              </w:rPr>
              <w:t>тас жолы, № 37/1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«Қайым Мұхамедханов атындағы № 90 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Күлтегін көшесі, № 12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«Школа Нового Поколения NGS» жауапкершілігі </w:t>
            </w:r>
            <w:r>
              <w:rPr>
                <w:rFonts w:eastAsia="Times New Roman" w:cs="Times New Roman"/>
                <w:sz w:val="19"/>
              </w:rPr>
              <w:t>шектеулі серіктестігінің «New Generation High School» жекеменшік мектебі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Айтматов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110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248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45А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«Сарыарқа» республикалық велотрегі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249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42/1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«International Future school-2»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Сығанақ көшесі, №</w:t>
            </w:r>
            <w:r>
              <w:rPr>
                <w:rFonts w:eastAsia="Times New Roman" w:cs="Times New Roman"/>
                <w:sz w:val="19"/>
              </w:rPr>
              <w:t xml:space="preserve"> 5а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«Qazbilim ұлттық лицейі»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Омаров көшесі, № 14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№ 81 «Astana English School» халықаралық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57а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101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Қорғалжын тас жолы,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«М.С. Нәрікбаев атындағы ҚАЗМЗУ Университеті» акционерлік 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Хусейн бен Талал көшесі, № 19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«Назарбаев Зияткерлік мектебі IB» дербес білім беру ұйымы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Шөкин көшесі, № 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«BINOM EDUCATION» жауапкершілігі шектеулі серіктестігінің Ә. Бөкейхан </w:t>
            </w:r>
            <w:r>
              <w:rPr>
                <w:rFonts w:eastAsia="Times New Roman" w:cs="Times New Roman"/>
                <w:sz w:val="19"/>
              </w:rPr>
              <w:t>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47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«Алау» мұзайдыны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Тұран даңғылы, № 57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>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Барыс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-Арена»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көпфункционалды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мұз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сарайы</w:t>
            </w:r>
            <w:proofErr w:type="spellEnd"/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Тұран </w:t>
            </w:r>
            <w:r>
              <w:rPr>
                <w:rFonts w:eastAsia="Times New Roman" w:cs="Times New Roman"/>
                <w:sz w:val="19"/>
              </w:rPr>
              <w:t>даңғылы, № 57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>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Барыс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-Арена»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көпфункционалды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мұз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сарайы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259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25/2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45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Ш. Шөкин </w:t>
            </w:r>
            <w:r>
              <w:rPr>
                <w:rFonts w:eastAsia="Times New Roman" w:cs="Times New Roman"/>
                <w:sz w:val="19"/>
              </w:rPr>
              <w:t>көшесі, № 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BINOM EDUCATION» жауапкершілігі шектеулі серіктестігінің Ә. Бөкейхан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Айтматов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110 жалпы орта білім беретін мектеп» коммуналдық </w:t>
            </w:r>
            <w:r>
              <w:rPr>
                <w:rFonts w:eastAsia="Times New Roman" w:cs="Times New Roman"/>
                <w:sz w:val="19"/>
              </w:rPr>
              <w:t>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Төле би көшесі, № 42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«BINOM EDUCATION» жауапкершілігі шектеулі серіктестігінің Ы. Алтынсарин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499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Қабанбай батыр даңғылы, № 47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«Алау» мұзайдыны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500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Е-899 көше,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117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516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Нұра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Айтматов көшесі, № 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</w:t>
            </w:r>
            <w:r>
              <w:rPr>
                <w:rFonts w:eastAsia="Times New Roman" w:cs="Times New Roman"/>
                <w:sz w:val="19"/>
              </w:rPr>
              <w:t>110 жалпы орта білім беретін мектеп» коммуналдық мемлекеттік мекемесі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«Промышленный»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Шарбақты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46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Мәшһүр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Жүсіп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№ 57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жалпы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орта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беретін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шаруашылық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жүргізу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құқығындағы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кәсіпорны</w:t>
            </w:r>
            <w:proofErr w:type="spellEnd"/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«Промышленный»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Шарбақты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46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Мәшһүр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Жүсіп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№ 57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жалпы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орта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беретін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шаруашылық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жүр</w:t>
            </w:r>
            <w:r w:rsidRPr="001F4837">
              <w:rPr>
                <w:rFonts w:eastAsia="Times New Roman" w:cs="Times New Roman"/>
                <w:sz w:val="19"/>
                <w:lang w:val="ru-RU"/>
              </w:rPr>
              <w:t>гізу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құқығындағы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кәсіпорны</w:t>
            </w:r>
            <w:proofErr w:type="spellEnd"/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«Промышленный»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Шарбақты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46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Мәшһүр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Жүсіп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№ 57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жалпы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орта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беретін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шаруашылық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жүргізу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құқығындағы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кәсіпорны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269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«Мичурино» тұрғын алабы, Бастау көшесі, № 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43 қосымша білім беру мектеп-орталығы» шаруашылық жүргізу құқығындағы мемлекеттік коммуналдық кәсі</w:t>
            </w:r>
            <w:r>
              <w:rPr>
                <w:rFonts w:eastAsia="Times New Roman" w:cs="Times New Roman"/>
                <w:sz w:val="19"/>
              </w:rPr>
              <w:t>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270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«Интернациональный»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Нұрлыжол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Рақымжан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Қошқарбаев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№ 44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жалпы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орта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беретін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шаруашылық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жүргізу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құқығындағы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кәсіпорны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«Күйгенжар» тұрғын алабы, Жаңатұрмыс көшесі, № 6/2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42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А. Байтұрсынұлы </w:t>
            </w:r>
            <w:r>
              <w:rPr>
                <w:rFonts w:eastAsia="Times New Roman" w:cs="Times New Roman"/>
                <w:sz w:val="19"/>
              </w:rPr>
              <w:t>көшесі, № 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102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Байтұрсынұлы көшесі, № 35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«Ыбырай Алтынсарин атындағы № 83 мектеп-гимназия» ш</w:t>
            </w:r>
            <w:r>
              <w:rPr>
                <w:rFonts w:eastAsia="Times New Roman" w:cs="Times New Roman"/>
                <w:sz w:val="19"/>
              </w:rPr>
              <w:t>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Байтұрсынұлы көшесі, № 25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72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bookmarkStart w:id="0" w:name="_GoBack"/>
            <w:r>
              <w:rPr>
                <w:rFonts w:eastAsia="Times New Roman" w:cs="Times New Roman"/>
                <w:sz w:val="19"/>
              </w:rPr>
              <w:t>277</w:t>
            </w:r>
            <w:bookmarkEnd w:id="0"/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Қуанышбаев көшесі, № 8/1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Қазақстан Республикасы Мәдениет және ақпарат министрлігі Мәдениет комитетінің «Қазақстан Республикасының Ұлттық мұражайы» республикалық мемлекеттік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Сарайшық </w:t>
            </w:r>
            <w:r>
              <w:rPr>
                <w:rFonts w:eastAsia="Times New Roman" w:cs="Times New Roman"/>
                <w:sz w:val="19"/>
              </w:rPr>
              <w:t>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№ А191 көше, № 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73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Т. Жүргенов көшесі, № 29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«Мұқағали Мақатаев атындағы № 7</w:t>
            </w:r>
            <w:r>
              <w:rPr>
                <w:rFonts w:eastAsia="Times New Roman" w:cs="Times New Roman"/>
                <w:sz w:val="19"/>
              </w:rPr>
              <w:t>4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Байтұрсынұлы көшесі, № 49А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«BINOM EDUCATION» жауапкершілігі шектеулі серіктестігінің «А. Байтұрсынұлы атындағы «Binom school» </w:t>
            </w:r>
            <w:r>
              <w:rPr>
                <w:rFonts w:eastAsia="Times New Roman" w:cs="Times New Roman"/>
                <w:sz w:val="19"/>
              </w:rPr>
              <w:t>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279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Нәжімеденов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98 мектеп-лицей» шаруашылық жүргізу құқығындағы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Тәуелсiздiк даңғылы, № 54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Қазақстан Республикасы Мәдениет және ақпарат министрлігі Мәдениет комитетінің «Қазақстан Республикасының Ұлттық мұражайы» республикалық мемлекеттік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Тәуелсіздік даңғылы, № 50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Күләш Байсейітова атынд</w:t>
            </w:r>
            <w:r>
              <w:rPr>
                <w:rFonts w:eastAsia="Times New Roman" w:cs="Times New Roman"/>
                <w:sz w:val="19"/>
              </w:rPr>
              <w:t>ағы Қазақ ұлттық өнер университеті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Қуанышбаев көшесі, № 8/1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Қазақстан Республикасы Мәдениет және ақпарат министрлігі Мәдениет комитетінің «Қалибек Қуанышбаев атындағы Мемлекеттік академиялық қазақ музыкалық-драма </w:t>
            </w:r>
            <w:r>
              <w:rPr>
                <w:rFonts w:eastAsia="Times New Roman" w:cs="Times New Roman"/>
                <w:sz w:val="19"/>
              </w:rPr>
              <w:t>театры» республикалық мемлекеттік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Бөлекпаев көшесі, № 20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«Мұхтар Әуезов атындағы № 86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Байтұрсынұлы көшесі, № 49А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«BINOM EDUCATION» жауапкершілігі шектеулі серіктестігінің «А. Байтұрсынұлы атындағы «Binom school» мектеп-лицейі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«Интернациональный»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Н</w:t>
            </w:r>
            <w:r w:rsidRPr="001F4837">
              <w:rPr>
                <w:rFonts w:eastAsia="Times New Roman" w:cs="Times New Roman"/>
                <w:sz w:val="19"/>
                <w:lang w:val="ru-RU"/>
              </w:rPr>
              <w:t>ұрлыжол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Рақымжан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Қошқарбаев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№ 44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жалпы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орта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беретін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шаруашылық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жүргізу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құқығындағы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кәсіпорны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Тәуелсіздік даңғылы, № 50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Күләш </w:t>
            </w:r>
            <w:r>
              <w:rPr>
                <w:rFonts w:eastAsia="Times New Roman" w:cs="Times New Roman"/>
                <w:sz w:val="19"/>
              </w:rPr>
              <w:t>Байсейітова атындағы Қазақ ұлттық өнер университеті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287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Храпатый көшесі, № 10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91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Т. Жүргенов көшесі, № 29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«Мұқағали Мақатаев атындағы № 74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289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Байтұрсынұлы көшесі, № 35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</w:t>
            </w:r>
            <w:r>
              <w:rPr>
                <w:rFonts w:eastAsia="Times New Roman" w:cs="Times New Roman"/>
                <w:sz w:val="19"/>
              </w:rPr>
              <w:t xml:space="preserve"> қаласы әкімдігінің «Ыбырай Алтынсарин атындағы № 83 мектеп-гимназия» шаруашылық жүргізу 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«Промышленный»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тұрғын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алабы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,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Шарбақты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көшесі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>, № 46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Астана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қаласы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әкімдігінің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r w:rsidRPr="001F4837">
              <w:rPr>
                <w:rFonts w:eastAsia="Times New Roman" w:cs="Times New Roman"/>
                <w:sz w:val="19"/>
                <w:lang w:val="ru-RU"/>
              </w:rPr>
              <w:t>«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Мәшһүр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Жүсіп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№ 57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жалпы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орта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білім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беретін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мектеп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шаруашылық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жүргізу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құқығындағы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коммуналдық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кәсіпорны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Тынышбайұлы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«Нұрлы жол» теміржол вокзалы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Сарайшық </w:t>
            </w:r>
            <w:r>
              <w:rPr>
                <w:rFonts w:eastAsia="Times New Roman" w:cs="Times New Roman"/>
                <w:sz w:val="19"/>
              </w:rPr>
              <w:t>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А102 көше, № 39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112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А102 көше, № 39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112 жалпы орта білім беретін мектеп» коммуналдық м</w:t>
            </w:r>
            <w:r>
              <w:rPr>
                <w:rFonts w:eastAsia="Times New Roman" w:cs="Times New Roman"/>
                <w:sz w:val="19"/>
              </w:rPr>
              <w:t>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Байтұрсынұлы көшесі, № 25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72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Т. Жүргенов </w:t>
            </w:r>
            <w:r>
              <w:rPr>
                <w:rFonts w:eastAsia="Times New Roman" w:cs="Times New Roman"/>
                <w:sz w:val="19"/>
              </w:rPr>
              <w:t>көшесі, № 29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«Мұқағали Мақатаев атындағы № 74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Нәжімеденов көшесі, № 24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93 </w:t>
            </w:r>
            <w:r>
              <w:rPr>
                <w:rFonts w:eastAsia="Times New Roman" w:cs="Times New Roman"/>
                <w:sz w:val="19"/>
              </w:rPr>
              <w:t>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Нәжімеденов көшесі, № 24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93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Тәуелсiздiк даңғылы, № 54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Қазақстан Республикасы Мәдениет және ақпарат министрлігі Мәдениет комитетінің «Қазақстан Республикасының Ұлттық мұражайы» республикалық мемлекеттік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299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Байтұрсынұлы көшесі, № 35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«Ыбырай Алтынсарин атындағы № 83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Храпатый көшесі, № 10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91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Нәжімеденов көшесі, № 24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93 мектеп-лицей» шаруашылық жүргізу құқығындағ</w:t>
            </w:r>
            <w:r>
              <w:rPr>
                <w:rFonts w:eastAsia="Times New Roman" w:cs="Times New Roman"/>
                <w:sz w:val="19"/>
              </w:rPr>
              <w:t>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Байтұрсынұлы көшесі, № 25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72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</w:t>
            </w:r>
            <w:r>
              <w:rPr>
                <w:rFonts w:eastAsia="Times New Roman" w:cs="Times New Roman"/>
                <w:sz w:val="19"/>
              </w:rPr>
              <w:t xml:space="preserve"> Байтұрсынұлы көшесі, № 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102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304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Нәжімеденов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98 мектеп-лицей» шаруашылық жүргізу </w:t>
            </w:r>
            <w:r>
              <w:rPr>
                <w:rFonts w:eastAsia="Times New Roman" w:cs="Times New Roman"/>
                <w:sz w:val="19"/>
              </w:rPr>
              <w:t>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Бөлекпаев көшесі, № 20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«Мұхтар Әуезов атындағы № 86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Бөлекпаев көшесі, № 20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«Мұхтар Әуезов атындағы № 86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Тынышбайұлы көшес</w:t>
            </w:r>
            <w:r>
              <w:rPr>
                <w:rFonts w:eastAsia="Times New Roman" w:cs="Times New Roman"/>
                <w:sz w:val="19"/>
              </w:rPr>
              <w:t>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«Нұрлы жол» теміржол вокзалы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Р. Қошқарбаев даңғылы, № 68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«Томирис» медициналық колледжі»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309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Байтұрсынұлы көшесі, № 49А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«BINOM </w:t>
            </w:r>
            <w:r>
              <w:rPr>
                <w:rFonts w:eastAsia="Times New Roman" w:cs="Times New Roman"/>
                <w:sz w:val="19"/>
              </w:rPr>
              <w:t>EDUCATION» жауапкершілігі шектеулі серіктестігінің «А. Байтұрсынұлы атындағы «Binom school» мектеп-лицейі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Байтұрсынұлы көшесі, № 35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«Ыбырай Алтынсарин атындағы № 83 мектеп-гимназия» </w:t>
            </w:r>
            <w:r>
              <w:rPr>
                <w:rFonts w:eastAsia="Times New Roman" w:cs="Times New Roman"/>
                <w:sz w:val="19"/>
              </w:rPr>
              <w:t>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502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А102 көше, № 39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«№112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503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Қ. Қуанышбаев көшесі, № 8/1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Қазақстан Республикасы Мәдениет және ақпарат министрлігі Мәдениет комитетінің «Қалибек Қуанышбаев атындағы Мемлекеттік академиялық қазақ музыкалық-драма театры» республикалық мемлекеттік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</w:t>
            </w:r>
            <w:r>
              <w:rPr>
                <w:rFonts w:eastAsia="Times New Roman" w:cs="Times New Roman"/>
                <w:sz w:val="19"/>
              </w:rPr>
              <w:t>04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Тынышбайұлы көшесі, №8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«Нұрлы жол» теміржол вокзалы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505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Қалдаяқов көшесі, 38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«№113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506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Қалдаяқов көшесі, 38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«№113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517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М. Тынышбайұлы көшесі, № 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«Нұрлы жол» теміржол вокзалы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518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№ А191 көше, № 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73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519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Сарайшық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Қалдаяқов көшесі, 38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«№113 жалпы орта </w:t>
            </w:r>
            <w:r>
              <w:rPr>
                <w:rFonts w:eastAsia="Times New Roman" w:cs="Times New Roman"/>
                <w:sz w:val="19"/>
              </w:rPr>
              <w:t>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Мәмбетов көшесі, № 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«Махамбет Өтемісұлы атындағы оқушылар сарайы» шаруашылық жүргізу құқығындағы мемлекеттік коммуналдық қазыналық </w:t>
            </w:r>
            <w:r>
              <w:rPr>
                <w:rFonts w:eastAsia="Times New Roman" w:cs="Times New Roman"/>
                <w:sz w:val="19"/>
              </w:rPr>
              <w:t>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Кенеcары көшесі, № 32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Е.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Рахмадиев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академиялық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филармонияның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концерт залы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Кенеcары көшесі, № 32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Е.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Рахмадиев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атындағы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Мемлекеттік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академиялық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филармонияның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концерт залы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Абай даңғылы, № 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«Өзбекәлі Жәнібеков атындағы № 11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323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319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Сарыарқа </w:t>
            </w:r>
            <w:r>
              <w:rPr>
                <w:rFonts w:eastAsia="Times New Roman" w:cs="Times New Roman"/>
                <w:sz w:val="19"/>
              </w:rPr>
              <w:t>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Т. Шевченко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«Шәкәрім атындағы № 56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Абай даңғылы, № 9/1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«Нәзір </w:t>
            </w:r>
            <w:r>
              <w:rPr>
                <w:rFonts w:eastAsia="Times New Roman" w:cs="Times New Roman"/>
                <w:sz w:val="19"/>
              </w:rPr>
              <w:t>Төреқұлов атындағы № 35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Сарыарқа даңғылы, № 20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15 мектеп-лицей» шаруашылық жүргізу құқығындағы мемлекеттік ко</w:t>
            </w:r>
            <w:r>
              <w:rPr>
                <w:rFonts w:eastAsia="Times New Roman" w:cs="Times New Roman"/>
                <w:sz w:val="19"/>
              </w:rPr>
              <w:t>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Ж. Омаров көшесі, № 47б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«Музыкалық жас көрермен театры» 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Республика даңғылы, № 35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 әкімдігінің «№ 3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С. Сейфуллин көшесі, № 19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«Ғафу Қайырбеков атындағы № 2 мектеп-гимназия» шаруашылық </w:t>
            </w:r>
            <w:r>
              <w:rPr>
                <w:rFonts w:eastAsia="Times New Roman" w:cs="Times New Roman"/>
                <w:sz w:val="19"/>
              </w:rPr>
              <w:t>жүргізу 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Сарыарқа даңғылы, № 33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«Астана Медицина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университеті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коммерциялық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емес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акционерлік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қоғамы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Бөгенбай батыр даңғылы, № 57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«Ғали Орманов атындағы № 7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Бейбітшілік көшесі, № 39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«ASTANA POLYTECHNIC» жоғары кол</w:t>
            </w:r>
            <w:r>
              <w:rPr>
                <w:rFonts w:eastAsia="Times New Roman" w:cs="Times New Roman"/>
                <w:sz w:val="19"/>
              </w:rPr>
              <w:t>леджі»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Жеңіс даңғылы, № 33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Қазақстан Республикасы Мәдениет және спорт министрлігі «Қазақ ұлттық өнер университеті» республикалық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329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Бөгенбай батыр даңғылы, № 17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18 орта мектеп»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Бөгенбай батыр даңғылы, № 17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 әкімдігінің «№ 18 орта мектеп»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Соқпақбаев көшесі, № 18/4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«Мағжан Жұмабаев атындағы № 65 мектеп-гимназия» шаруашылық </w:t>
            </w:r>
            <w:r>
              <w:rPr>
                <w:rFonts w:eastAsia="Times New Roman" w:cs="Times New Roman"/>
                <w:sz w:val="19"/>
              </w:rPr>
              <w:t>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Қосшығұлұлы көшесі, № 17/2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«Сәкен Сейфуллин атындағы № 80 мектеп-гимназия» шаруашылық жүргізу құқығындағы мемлекеттік коммуналдық </w:t>
            </w:r>
            <w:r>
              <w:rPr>
                <w:rFonts w:eastAsia="Times New Roman" w:cs="Times New Roman"/>
                <w:sz w:val="19"/>
              </w:rPr>
              <w:t>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Соқпақбаев көшесі, № 18/4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«Мағжан Жұмабаев атындағы № 65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Соқпақбаев көшесі, № 20/6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58 «Өркен» балабақшасы» 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Қосшығұлұлы көшесі, № 23/1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«Ілияс Есенберлин атындағы № 67 гим</w:t>
            </w:r>
            <w:r>
              <w:rPr>
                <w:rFonts w:eastAsia="Times New Roman" w:cs="Times New Roman"/>
                <w:sz w:val="19"/>
              </w:rPr>
              <w:t>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Соқпақбаев көшесі, № 17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«Дарынды қыз балаларға арналған «Білім-инновация» лицей-интернаты» коммуналдық мемлекеттік </w:t>
            </w:r>
            <w:r>
              <w:rPr>
                <w:rFonts w:eastAsia="Times New Roman" w:cs="Times New Roman"/>
                <w:sz w:val="19"/>
              </w:rPr>
              <w:t>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341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Бөгенбай батыр даңғылы, № 47/1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6 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Ы. Дүкенұлы көшесі, № 23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«Л.Н. </w:t>
            </w:r>
            <w:r>
              <w:rPr>
                <w:rFonts w:eastAsia="Times New Roman" w:cs="Times New Roman"/>
                <w:sz w:val="19"/>
              </w:rPr>
              <w:t>Гумилев атындағы Еуразия ұлттық университеті» коммерциялық емес акционерлік қоғамының спорт кешені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339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Бөгенбай батыр даңғылы, № 47/1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6 гимназия» шаруашылық жүргізу құқығындағы мемлекеттік ком</w:t>
            </w:r>
            <w:r>
              <w:rPr>
                <w:rFonts w:eastAsia="Times New Roman" w:cs="Times New Roman"/>
                <w:sz w:val="19"/>
              </w:rPr>
              <w:t>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Бейбітшілік көшесі, № 39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«ASTANA POLYTECHNIC» жоғары колледжі» шаруашылық жүргізу құқығындағы мемлекеттік коммуналдық кәсіпорны</w:t>
            </w:r>
          </w:p>
        </w:tc>
      </w:tr>
      <w:tr w:rsidR="00BD6768" w:rsidRPr="001F4837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Бейбітшілік көшесі, № 49а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Pr="001F4837" w:rsidRDefault="00DD54CD">
            <w:pPr>
              <w:rPr>
                <w:lang w:val="ru-RU"/>
              </w:rPr>
            </w:pPr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«Астана Медицина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университеті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»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коммерциялық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емес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акционерлік</w:t>
            </w:r>
            <w:proofErr w:type="spellEnd"/>
            <w:r w:rsidRPr="001F4837">
              <w:rPr>
                <w:rFonts w:eastAsia="Times New Roman" w:cs="Times New Roman"/>
                <w:sz w:val="19"/>
                <w:lang w:val="ru-RU"/>
              </w:rPr>
              <w:t xml:space="preserve"> </w:t>
            </w:r>
            <w:proofErr w:type="spellStart"/>
            <w:r w:rsidRPr="001F4837">
              <w:rPr>
                <w:rFonts w:eastAsia="Times New Roman" w:cs="Times New Roman"/>
                <w:sz w:val="19"/>
                <w:lang w:val="ru-RU"/>
              </w:rPr>
              <w:t>қоғамы</w:t>
            </w:r>
            <w:proofErr w:type="spellEnd"/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Жеңіс даңғылы, № 33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Қазақстан Республикасы Мәдениет және спорт министрлігінің «Қазақ ұлттық өнер университеті» </w:t>
            </w:r>
            <w:r>
              <w:rPr>
                <w:rFonts w:eastAsia="Times New Roman" w:cs="Times New Roman"/>
                <w:sz w:val="19"/>
              </w:rPr>
              <w:t>республикалық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Мәскеу көшесі, № 29/4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14 «Ақбөпе» балабақшасы» 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Мәскеу көшесі, № 23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14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Мәскеу көшесі, № 23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14 мектеп-гимназия» шаруашылық жүргізу құқығындағы мем</w:t>
            </w:r>
            <w:r>
              <w:rPr>
                <w:rFonts w:eastAsia="Times New Roman" w:cs="Times New Roman"/>
                <w:sz w:val="19"/>
              </w:rPr>
              <w:t>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Мәскеу көшесі, № 28а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51 «Алтын сандық» балабақшасы» 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Мәскеу көшесі, № 41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62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Ә. Молдағұлова көшесі, № 35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46 балабақша-мектеп- гимназия» кешені» </w:t>
            </w:r>
            <w:r>
              <w:rPr>
                <w:rFonts w:eastAsia="Times New Roman" w:cs="Times New Roman"/>
                <w:sz w:val="19"/>
              </w:rPr>
              <w:t>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349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Ы. Дүкенұлы көшесі, № 29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«Тұран-Астана» университеті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Ы. Дүкенұлы көшесі, № 29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«Тұран-Астана» университеті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Г. Потанин көшесі, № 16/1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«С. Сейфуллин атындағы Қазақ агротехникалық университеті» коммерциялық емес акционерлік қоғамының «Динамо» спорт кешені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Есенберлин көшесі, № 10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«Жастар театры» </w:t>
            </w:r>
            <w:r>
              <w:rPr>
                <w:rFonts w:eastAsia="Times New Roman" w:cs="Times New Roman"/>
                <w:sz w:val="19"/>
              </w:rPr>
              <w:t>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Жеңіс даңғылы, № 62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«С. Сейфуллин атындағы Қазақ агротехникалық университеті» коммерциялық емес акционерлік қоғамы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І. Есенберлин </w:t>
            </w:r>
            <w:r>
              <w:rPr>
                <w:rFonts w:eastAsia="Times New Roman" w:cs="Times New Roman"/>
                <w:sz w:val="19"/>
              </w:rPr>
              <w:t>көшесі, № 27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Мағжан Жұмабаев атындағы халықаралық колледж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И. Гете көшесі, № 10а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«М. Тынышбаев атындағы Қазақ көлік және коммуникациялар академиясы» акционерлік қоғамы, «Ақмола колледжі» жауапкершілігі шектеулі серікте</w:t>
            </w:r>
            <w:r>
              <w:rPr>
                <w:rFonts w:eastAsia="Times New Roman" w:cs="Times New Roman"/>
                <w:sz w:val="19"/>
              </w:rPr>
              <w:t>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А. Затаевич көшесі, № 12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«Жоғары көлік және коммуникация колледжі»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Қарасай батыр </w:t>
            </w:r>
            <w:r>
              <w:rPr>
                <w:rFonts w:eastAsia="Times New Roman" w:cs="Times New Roman"/>
                <w:sz w:val="19"/>
              </w:rPr>
              <w:t>көшесі, № 10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36 орта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362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І. Есенберлин көшесі, № 10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«Жастар театры» 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359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Қарасай батыр көшесі, № 10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36 орта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Конституция көшесі, № 33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«Қаныш Сәтбаев атындағы № 61 </w:t>
            </w:r>
            <w:r>
              <w:rPr>
                <w:rFonts w:eastAsia="Times New Roman" w:cs="Times New Roman"/>
                <w:sz w:val="19"/>
              </w:rPr>
              <w:t>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Конституция көшесі, № 24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26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Конституция көшесі, № 10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«Жоғары көлік және коммуникация колледжі»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Ақан сері көшесі, №</w:t>
            </w:r>
            <w:r>
              <w:rPr>
                <w:rFonts w:eastAsia="Times New Roman" w:cs="Times New Roman"/>
                <w:sz w:val="19"/>
              </w:rPr>
              <w:t xml:space="preserve"> 22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«Ілияс Жансүгіров атындағы № 58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Ақан сері көшесі, № 22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«Ілияс Жансүгіров </w:t>
            </w:r>
            <w:r>
              <w:rPr>
                <w:rFonts w:eastAsia="Times New Roman" w:cs="Times New Roman"/>
                <w:sz w:val="19"/>
              </w:rPr>
              <w:t>атындағы № 58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Конституция көшесі, № 10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«Жоғары көлік және коммуникация колледжі» шаруашылық жүргізу құқығында</w:t>
            </w:r>
            <w:r>
              <w:rPr>
                <w:rFonts w:eastAsia="Times New Roman" w:cs="Times New Roman"/>
                <w:sz w:val="19"/>
              </w:rPr>
              <w:t>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Қарталы көшесі, № 62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«Шәкен Айманов атындағы № 20 орта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Қарталы көшесі, № </w:t>
            </w:r>
            <w:r>
              <w:rPr>
                <w:rFonts w:eastAsia="Times New Roman" w:cs="Times New Roman"/>
                <w:sz w:val="19"/>
              </w:rPr>
              <w:t>62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«Шәкен Айманов атындағы № 20 орта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Ақан сері көшесі, № 22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«Ілияс Жансүгіров атындағы № 58 мектеп-гимназия» шаруашылық </w:t>
            </w:r>
            <w:r>
              <w:rPr>
                <w:rFonts w:eastAsia="Times New Roman" w:cs="Times New Roman"/>
                <w:sz w:val="19"/>
              </w:rPr>
              <w:t>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369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Бөкеев көшесі, № 50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19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Ш. </w:t>
            </w:r>
            <w:r>
              <w:rPr>
                <w:rFonts w:eastAsia="Times New Roman" w:cs="Times New Roman"/>
                <w:sz w:val="19"/>
              </w:rPr>
              <w:t>Бөкеев көшесі, № 50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19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Тамшалы көшесі, № 24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«Балалар мен жасөспірімдер туризмі және өлкетану орт</w:t>
            </w:r>
            <w:r>
              <w:rPr>
                <w:rFonts w:eastAsia="Times New Roman" w:cs="Times New Roman"/>
                <w:sz w:val="19"/>
              </w:rPr>
              <w:t>алығы» 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Д. Бабатайұлы көшесі, № 24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«Әлкей Марғұлан атындағы № 40 мектеп-лицей»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Сарыарқа </w:t>
            </w:r>
            <w:r>
              <w:rPr>
                <w:rFonts w:eastAsia="Times New Roman" w:cs="Times New Roman"/>
                <w:sz w:val="19"/>
              </w:rPr>
              <w:t>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Ардагерлер көшесі, № 1а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№ 41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Алмалық көшесі, № 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«Наз» мемлекеттік би театры» мемлекеттік </w:t>
            </w:r>
            <w:r>
              <w:rPr>
                <w:rFonts w:eastAsia="Times New Roman" w:cs="Times New Roman"/>
                <w:sz w:val="19"/>
              </w:rPr>
              <w:t>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С. Кубрин көшесі, № 21/1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шаруашылық жүргізу құқығындағы «№ 60 мектеп-лицей»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380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Б. </w:t>
            </w:r>
            <w:r>
              <w:rPr>
                <w:rFonts w:eastAsia="Times New Roman" w:cs="Times New Roman"/>
                <w:sz w:val="19"/>
              </w:rPr>
              <w:t>Соқпақбаев көшесі, 18/4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«Мағжан Жұмабаев атындағы № 65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Қосшығұлұлы көшесі, № 17/2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</w:t>
            </w:r>
            <w:r>
              <w:rPr>
                <w:rFonts w:eastAsia="Times New Roman" w:cs="Times New Roman"/>
                <w:sz w:val="19"/>
              </w:rPr>
              <w:t>әкімдігінің «Сәкен Сейфуллин атындағы № 80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Дәулеткерей көшесі, № 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«Urban college»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379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«Көктал-2» тұрғын алабы, Құсмұрын көшесі, № 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«Міржақып Дулатұлы атындағы № 68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«Көктал-2» тұрғын алабы, Құсмұрын көшесі, № 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«Міржақып Дулатұлы атындағы № 68 мектеп-гимназия»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Абай даңғылы, № 9/1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</w:t>
            </w:r>
            <w:r>
              <w:rPr>
                <w:rFonts w:eastAsia="Times New Roman" w:cs="Times New Roman"/>
                <w:sz w:val="19"/>
              </w:rPr>
              <w:t>асы әкімдігінің «Нәзір Төреқұлов атындағы № 35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Қосшығұлұлы көшесі, № 23/1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«Ілияс Есенберлин атындағы № 67 </w:t>
            </w:r>
            <w:r>
              <w:rPr>
                <w:rFonts w:eastAsia="Times New Roman" w:cs="Times New Roman"/>
                <w:sz w:val="19"/>
              </w:rPr>
              <w:t>гимназия»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«Көктал-2» тұрғын алабы, Құсмұрын көшесі, №2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«Міржақып Дулатұлы атындағы № 68 мектеп-гимназия» шаруашылық жүргізу құ</w:t>
            </w:r>
            <w:r>
              <w:rPr>
                <w:rFonts w:eastAsia="Times New Roman" w:cs="Times New Roman"/>
                <w:sz w:val="19"/>
              </w:rPr>
              <w:t>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Т. Шевченко көшесі, № 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«Шәкәрім атындағы № 56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С. Кубрин көшесі, № 21/1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60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Сарыарқа даңғылы, № 20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«№ 15 </w:t>
            </w:r>
            <w:r>
              <w:rPr>
                <w:rFonts w:eastAsia="Times New Roman" w:cs="Times New Roman"/>
                <w:sz w:val="19"/>
              </w:rPr>
              <w:t>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Ш. Қосшығұлұлы көшесі, 13/3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72 «Жанарым» балабақшасы» 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</w:t>
            </w:r>
            <w:r>
              <w:rPr>
                <w:rFonts w:eastAsia="Times New Roman" w:cs="Times New Roman"/>
                <w:sz w:val="19"/>
              </w:rPr>
              <w:t xml:space="preserve">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С. Кубрин көшесі, № 21/1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60 мектеп-лицей»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393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389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Жеңіс даңғылы, № 68а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«Менеджмент және бизнес колледжі</w:t>
            </w:r>
            <w:r>
              <w:rPr>
                <w:rFonts w:eastAsia="Times New Roman" w:cs="Times New Roman"/>
                <w:sz w:val="19"/>
              </w:rPr>
              <w:t>» жауапкершілігі шектеулі серіктестігі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394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390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Соқпақбаев көшесі, № 17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«Дарынды қыз балаларға арналған «Білім-инновация» лицей-интернаты»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395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391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Б. Соқпақбаев көшесі, № 19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«Техникалық колледжі» шаруашылық жүргізу құқығындағы мемлекеттік коммуналдық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396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392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Қараменде би Шақаұлы көшесі, № 5/1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 xml:space="preserve">Астана қаласы әкімдігінің </w:t>
            </w:r>
            <w:r>
              <w:rPr>
                <w:rFonts w:eastAsia="Times New Roman" w:cs="Times New Roman"/>
                <w:sz w:val="19"/>
              </w:rPr>
              <w:t>«№ 65 «Бал бала» балабақшасы» мемлекеттік коммуналдық қазыналық кәсіпорны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397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393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Ардагерлер көшесі, № 1а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41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lastRenderedPageBreak/>
              <w:t>398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394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Ұлытау көшесі, № 1/1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«Коktal-junior hall» балалар орталығы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399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395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Бейбарыс сұлтан көшесі, № 15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№106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400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 xml:space="preserve">Астана </w:t>
            </w:r>
            <w:r>
              <w:rPr>
                <w:rFonts w:eastAsia="Times New Roman" w:cs="Times New Roman"/>
                <w:sz w:val="19"/>
              </w:rPr>
              <w:t>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396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Бейбарыс сұлтан көшесі, № 15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№106 жалпы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401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507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Бейбарыс сұлтан көшесі, № 15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№106 жалп</w:t>
            </w:r>
            <w:r>
              <w:rPr>
                <w:rFonts w:eastAsia="Times New Roman" w:cs="Times New Roman"/>
                <w:sz w:val="19"/>
              </w:rPr>
              <w:t>ы орта білім беретін мектеп» коммуналдық мемлекеттік мекемесі</w:t>
            </w:r>
          </w:p>
        </w:tc>
      </w:tr>
      <w:tr w:rsidR="00BD6768">
        <w:trPr>
          <w:cantSplit/>
          <w:jc w:val="center"/>
        </w:trPr>
        <w:tc>
          <w:tcPr>
            <w:tcW w:w="90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402</w:t>
            </w:r>
          </w:p>
        </w:tc>
        <w:tc>
          <w:tcPr>
            <w:tcW w:w="1880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Астана қаласы</w:t>
            </w:r>
          </w:p>
        </w:tc>
        <w:tc>
          <w:tcPr>
            <w:tcW w:w="805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508</w:t>
            </w:r>
          </w:p>
        </w:tc>
        <w:tc>
          <w:tcPr>
            <w:tcW w:w="2243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pPr>
              <w:jc w:val="center"/>
            </w:pPr>
            <w:r>
              <w:rPr>
                <w:rFonts w:eastAsia="Times New Roman" w:cs="Times New Roman"/>
                <w:sz w:val="19"/>
              </w:rPr>
              <w:t>Сарыарқа ауданы</w:t>
            </w:r>
          </w:p>
        </w:tc>
        <w:tc>
          <w:tcPr>
            <w:tcW w:w="3491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Ұлытау көшесі, № 48</w:t>
            </w:r>
          </w:p>
        </w:tc>
        <w:tc>
          <w:tcPr>
            <w:tcW w:w="6508" w:type="dxa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:rsidR="00BD6768" w:rsidRDefault="00DD54CD">
            <w:r>
              <w:rPr>
                <w:rFonts w:eastAsia="Times New Roman" w:cs="Times New Roman"/>
                <w:sz w:val="19"/>
              </w:rPr>
              <w:t>Астана қаласы әкімдігінің «№ 105 жалпы орта білім беретін мектеп» коммуналдық мемлекеттік мекемесі</w:t>
            </w:r>
          </w:p>
        </w:tc>
      </w:tr>
    </w:tbl>
    <w:p w:rsidR="00DD54CD" w:rsidRDefault="00DD54CD"/>
    <w:sectPr w:rsidR="00DD54CD" w:rsidSect="00034616">
      <w:pgSz w:w="16838" w:h="11905" w:orient="landscape"/>
      <w:pgMar w:top="504" w:right="504" w:bottom="504" w:left="504" w:header="216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F4837"/>
    <w:rsid w:val="0029639D"/>
    <w:rsid w:val="00326F90"/>
    <w:rsid w:val="00AA1D8D"/>
    <w:rsid w:val="00B47730"/>
    <w:rsid w:val="00BD6768"/>
    <w:rsid w:val="00CB0664"/>
    <w:rsid w:val="00DD54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543A496-8A60-408D-8D33-4E93C3D9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CDB6C1-E944-4096-9786-DD5F9ED5E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10175</Words>
  <Characters>57998</Characters>
  <Application>Microsoft Office Word</Application>
  <DocSecurity>0</DocSecurity>
  <Lines>483</Lines>
  <Paragraphs>136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68037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2026-08-17T06:31:00Z</dcterms:created>
  <dcterms:modified xsi:type="dcterms:W3CDTF">2026-08-17T06:31:00Z</dcterms:modified>
  <cp:category/>
</cp:coreProperties>
</file>