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092F" w14:textId="77777777" w:rsidR="002E2790" w:rsidRDefault="00000000">
      <w:pPr>
        <w:jc w:val="center"/>
      </w:pPr>
      <w:r>
        <w:rPr>
          <w:rFonts w:ascii="Arial" w:hAnsi="Arial"/>
          <w:b/>
          <w:color w:val="2F5496"/>
          <w:sz w:val="28"/>
        </w:rPr>
        <w:t>Алматы облысы бойынша сайлау учаскелерінің тізілімі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3168"/>
        <w:gridCol w:w="1728"/>
        <w:gridCol w:w="3600"/>
        <w:gridCol w:w="6480"/>
      </w:tblGrid>
      <w:tr w:rsidR="002E2790" w14:paraId="629B5535" w14:textId="77777777">
        <w:tc>
          <w:tcPr>
            <w:tcW w:w="864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823FCB" w14:textId="77777777" w:rsidR="002E2790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Р/с №</w:t>
            </w:r>
          </w:p>
        </w:tc>
        <w:tc>
          <w:tcPr>
            <w:tcW w:w="3168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D621EA" w14:textId="77777777" w:rsidR="002E2790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Облыс/Республикалық маңызы бар қала атауы</w:t>
            </w:r>
          </w:p>
        </w:tc>
        <w:tc>
          <w:tcPr>
            <w:tcW w:w="1728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DFFFAD" w14:textId="77777777" w:rsidR="002E2790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Сайлау учаскесінің №</w:t>
            </w:r>
          </w:p>
        </w:tc>
        <w:tc>
          <w:tcPr>
            <w:tcW w:w="3600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605873" w14:textId="77777777" w:rsidR="002E2790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Елді мекен (қала, ауыл)</w:t>
            </w:r>
          </w:p>
        </w:tc>
        <w:tc>
          <w:tcPr>
            <w:tcW w:w="6480" w:type="dxa"/>
            <w:shd w:val="clear" w:color="auto" w:fill="2F549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2E345B" w14:textId="77777777" w:rsidR="002E2790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Сайлау учаскесінің мекенжайы (көшесі, үй №)</w:t>
            </w:r>
          </w:p>
        </w:tc>
      </w:tr>
      <w:tr w:rsidR="002E2790" w14:paraId="2DDF96D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0BD6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EE88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FAF08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A96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7366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1-шағын ауданы, № 44, «Гимназия №2 атындағы Ш.Уалиханова»</w:t>
            </w:r>
          </w:p>
        </w:tc>
      </w:tr>
      <w:tr w:rsidR="002E2790" w14:paraId="7AB1E79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991A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4FF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B5AF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DCB2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56DEE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1-шағын ауданы, Мемлекеттік коммуналдық қазыналық кәсіпорын «Балабақша «Гүлдер»»</w:t>
            </w:r>
          </w:p>
        </w:tc>
      </w:tr>
      <w:tr w:rsidR="002E2790" w14:paraId="5835B7E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E2AA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7155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9BDA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FDD22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75547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2-шағын ауданы, № 26, «Орта мектеп  № 3</w:t>
            </w:r>
          </w:p>
        </w:tc>
      </w:tr>
      <w:tr w:rsidR="002E2790" w14:paraId="49B4A73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C5FD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54EB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53D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92B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0CA7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3-шағын ауданы, № 9</w:t>
            </w:r>
          </w:p>
        </w:tc>
      </w:tr>
      <w:tr w:rsidR="002E2790" w14:paraId="611188A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02E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32AE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4177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A6BD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8BB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2-шағын ауданы, Мемлекеттік коммуналдық қазыналық кәсіпорын «Балабақша  «Искорка»</w:t>
            </w:r>
          </w:p>
        </w:tc>
      </w:tr>
      <w:tr w:rsidR="002E2790" w14:paraId="013B8F4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58B8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6675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8A3A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BB0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1007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Койчуманова, № 10 «А»</w:t>
            </w:r>
          </w:p>
        </w:tc>
      </w:tr>
      <w:tr w:rsidR="002E2790" w14:paraId="337D6E8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54E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FEA5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8EEC7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1922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0B9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«Ивушка», Мемлекеттік коммуналдық қазыналық кәсіпорын «Балабақша «Балауса»</w:t>
            </w:r>
          </w:p>
        </w:tc>
      </w:tr>
      <w:tr w:rsidR="002E2790" w14:paraId="30AE9A0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667F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CE71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7AE8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4F1DD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8FF8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Октябрьская, №24</w:t>
            </w:r>
          </w:p>
        </w:tc>
      </w:tr>
      <w:tr w:rsidR="002E2790" w14:paraId="2092101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7F82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7C2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B2D7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BDB7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019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Сейфуллина, № 1</w:t>
            </w:r>
          </w:p>
        </w:tc>
      </w:tr>
      <w:tr w:rsidR="002E2790" w14:paraId="1C9F73D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F0B7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7529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7F81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6768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D2A6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Конаева, № 2</w:t>
            </w:r>
          </w:p>
        </w:tc>
      </w:tr>
      <w:tr w:rsidR="002E2790" w14:paraId="00AD41B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C36E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32B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E53FC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C669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8C2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көшесіСейфуллина 28/1</w:t>
            </w:r>
          </w:p>
        </w:tc>
      </w:tr>
      <w:tr w:rsidR="002E2790" w14:paraId="6EA18E2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BF199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4B4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A169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A1CB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FFC7D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Құрама жем зауыты ЖШС «АгроФуд» көшесі Железнодорожная 25</w:t>
            </w:r>
          </w:p>
        </w:tc>
      </w:tr>
      <w:tr w:rsidR="002E2790" w14:paraId="1C76C05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6E68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568EC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12C6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26F9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8103A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көшесіСейфуллина, 62</w:t>
            </w:r>
          </w:p>
        </w:tc>
      </w:tr>
      <w:tr w:rsidR="002E2790" w14:paraId="7C3771E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CAD4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166E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E6408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752B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DFD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3-шағын ауданы, «Орта мектеп  №4 атындағы Касыма Кайсенова»</w:t>
            </w:r>
          </w:p>
        </w:tc>
      </w:tr>
      <w:tr w:rsidR="002E2790" w14:paraId="54B77F8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8E2F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C8E6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D51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C43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251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4-шағын ауданы, №61/1</w:t>
            </w:r>
          </w:p>
        </w:tc>
      </w:tr>
      <w:tr w:rsidR="002E2790" w14:paraId="591EA2D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A4483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734E9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9A737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D2F3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942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3-шағын ауданы, 25</w:t>
            </w:r>
          </w:p>
        </w:tc>
      </w:tr>
      <w:tr w:rsidR="002E2790" w14:paraId="55B04C2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9BEF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0C22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6497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DEDA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F387D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Жамбыла, № 13/1</w:t>
            </w:r>
          </w:p>
        </w:tc>
      </w:tr>
      <w:tr w:rsidR="002E2790" w14:paraId="0473CF1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7565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8AC2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094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759D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г.Кonaev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4F12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4 шағын ауданы 15</w:t>
            </w:r>
          </w:p>
        </w:tc>
      </w:tr>
      <w:tr w:rsidR="002E2790" w14:paraId="790CEA3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CF29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32BA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F54C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233F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4D8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10-шағын ауданы 1-ғимарат</w:t>
            </w:r>
          </w:p>
        </w:tc>
      </w:tr>
      <w:tr w:rsidR="002E2790" w14:paraId="6D661FD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201F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3482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4337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775F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613E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5-шағын ауданы</w:t>
            </w:r>
          </w:p>
        </w:tc>
      </w:tr>
      <w:tr w:rsidR="002E2790" w14:paraId="387C7C8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F76C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CB92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93AC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1F5F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қ., Шеңгелді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1695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Бахтыбай акына 7</w:t>
            </w:r>
          </w:p>
        </w:tc>
      </w:tr>
      <w:tr w:rsidR="002E2790" w14:paraId="36874D4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16E4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F841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B1C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38C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Қонаев қ., Кербұлақ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675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B.Момышулы 40</w:t>
            </w:r>
          </w:p>
        </w:tc>
      </w:tr>
      <w:tr w:rsidR="002E2790" w14:paraId="2A587F7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C799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23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1817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9012B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9B1B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93BA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«Ынтымак», көшесі Мангилик Ел № 45</w:t>
            </w:r>
          </w:p>
        </w:tc>
      </w:tr>
      <w:tr w:rsidR="002E2790" w14:paraId="2939774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F059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7753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C95BC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D2F17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5DB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«Жанадаур», көшесі Мира № 3</w:t>
            </w:r>
          </w:p>
        </w:tc>
      </w:tr>
      <w:tr w:rsidR="002E2790" w14:paraId="505FF03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296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BB1F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7A6A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11E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5DBE7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«Жанаталап», көшесі Есіл, № 2</w:t>
            </w:r>
          </w:p>
        </w:tc>
      </w:tr>
      <w:tr w:rsidR="002E2790" w14:paraId="7CCD815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FF8F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4E633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1D04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E0520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83B7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«Коянкус», көшесі Шиели 61</w:t>
            </w:r>
          </w:p>
        </w:tc>
      </w:tr>
      <w:tr w:rsidR="002E2790" w14:paraId="507DBF5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6F8D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4FFB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1C39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9BB6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7D4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«Ынтымак», көшесі Әл-Фараби № 2 А</w:t>
            </w:r>
          </w:p>
        </w:tc>
      </w:tr>
      <w:tr w:rsidR="002E2790" w14:paraId="354EE68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2F22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1ACA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A13C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5D39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261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«Жанадаур», көшесі Мира № 3</w:t>
            </w:r>
          </w:p>
        </w:tc>
      </w:tr>
      <w:tr w:rsidR="002E2790" w14:paraId="68A6F6F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F19A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79C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6E70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D98B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C5A7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«Коянкус», көшесі Абай № 2 Е</w:t>
            </w:r>
          </w:p>
        </w:tc>
      </w:tr>
      <w:tr w:rsidR="002E2790" w14:paraId="213BFEC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C453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7CAE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1140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B95A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B89A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«Жетыген», көшесі К.Калибекова, № 5</w:t>
            </w:r>
          </w:p>
        </w:tc>
      </w:tr>
      <w:tr w:rsidR="002E2790" w14:paraId="0668BA4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A7DA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3233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AF3F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EDFD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D23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«Енбек», көшесі Сарысу, № 41,</w:t>
            </w:r>
          </w:p>
        </w:tc>
      </w:tr>
      <w:tr w:rsidR="002E2790" w14:paraId="00B28D2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BEED2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D470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A278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ABC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64162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«Жетыген», «Дорожник», № 18 А</w:t>
            </w:r>
          </w:p>
        </w:tc>
      </w:tr>
      <w:tr w:rsidR="002E2790" w14:paraId="5D3CBFA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E6A8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9E1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498D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767F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C20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«Жетыген», көшесі Ыбырай Алтынсарин, № 7</w:t>
            </w:r>
          </w:p>
        </w:tc>
      </w:tr>
      <w:tr w:rsidR="002E2790" w14:paraId="1370779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90D9C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FBA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DE4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BEE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916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«Жетыген», көшесі Абылай хан, № 4</w:t>
            </w:r>
          </w:p>
        </w:tc>
      </w:tr>
      <w:tr w:rsidR="002E2790" w14:paraId="054C006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7FD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FFD7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C14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F254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5B34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«Жетыген», көшесі Жігер, № 86</w:t>
            </w:r>
          </w:p>
        </w:tc>
      </w:tr>
      <w:tr w:rsidR="002E2790" w14:paraId="4E089B3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8B6E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C9D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0F1B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86928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0786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«Жетыген», көшесі Жігер, № 86</w:t>
            </w:r>
          </w:p>
        </w:tc>
      </w:tr>
      <w:tr w:rsidR="002E2790" w14:paraId="7CA37AD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7F1A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3EC8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7C92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CD59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A64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«Жетыген», көшесі К.Калибекова, № 5</w:t>
            </w:r>
          </w:p>
        </w:tc>
      </w:tr>
      <w:tr w:rsidR="002E2790" w14:paraId="3F33D5A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AC31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EC3E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D7BB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892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EC67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7067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«Даулет», көшесіУшконыр 34</w:t>
            </w:r>
          </w:p>
        </w:tc>
      </w:tr>
      <w:tr w:rsidR="002E2790" w14:paraId="274F13A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988ED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C646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5D51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D647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42C9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«Заречный», көшесі Центральная, № 22</w:t>
            </w:r>
          </w:p>
        </w:tc>
      </w:tr>
      <w:tr w:rsidR="002E2790" w14:paraId="58E4C73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1474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9552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5710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DA6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3CD3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«Заречный», көшесі Дзержинского, № 3а</w:t>
            </w:r>
          </w:p>
        </w:tc>
      </w:tr>
      <w:tr w:rsidR="002E2790" w14:paraId="31C2BCE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B7C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9398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992E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1030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5CE0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DFD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«Коянкус», көшесі Абай № 2 Е</w:t>
            </w:r>
          </w:p>
        </w:tc>
      </w:tr>
      <w:tr w:rsidR="002E2790" w14:paraId="1568DDA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542C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0B9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19C5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1031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8716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94540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«Жанаталап», көшесі Конаева №1</w:t>
            </w:r>
          </w:p>
        </w:tc>
      </w:tr>
      <w:tr w:rsidR="002E2790" w14:paraId="6C5B895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AFC5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099A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3B77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15C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Бақбақты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6C9E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12</w:t>
            </w:r>
          </w:p>
        </w:tc>
      </w:tr>
      <w:tr w:rsidR="002E2790" w14:paraId="54157E8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FB47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AB944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30C4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9EB8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Бірлік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2CC88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Рыскулова 19</w:t>
            </w:r>
          </w:p>
        </w:tc>
      </w:tr>
      <w:tr w:rsidR="002E2790" w14:paraId="416399C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467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1E8F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BD3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67E3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Бақанас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74581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Алтынсарина 21</w:t>
            </w:r>
          </w:p>
        </w:tc>
      </w:tr>
      <w:tr w:rsidR="002E2790" w14:paraId="011FEA3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069E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C66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F337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7046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Бақанас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1950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Конаева 147</w:t>
            </w:r>
          </w:p>
        </w:tc>
      </w:tr>
      <w:tr w:rsidR="002E2790" w14:paraId="2815BCF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6824F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5E859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8258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4C26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Ақдала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3984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Конаева 16</w:t>
            </w:r>
          </w:p>
        </w:tc>
      </w:tr>
      <w:tr w:rsidR="002E2790" w14:paraId="4CA0F43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F8CD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B4C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D0BA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4381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Қараой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9B0D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Мектеп 37</w:t>
            </w:r>
          </w:p>
        </w:tc>
      </w:tr>
      <w:tr w:rsidR="002E2790" w14:paraId="50288CB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C5442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4A7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A7B5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CBA2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49A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батыр көшесі, 44</w:t>
            </w:r>
          </w:p>
        </w:tc>
      </w:tr>
      <w:tr w:rsidR="002E2790" w14:paraId="03EF19C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AB32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50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A6B5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9338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8A0A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9DA0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көшесі, 98</w:t>
            </w:r>
          </w:p>
        </w:tc>
      </w:tr>
      <w:tr w:rsidR="002E2790" w14:paraId="3281C66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BC1D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2E2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E6E0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EF754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731F3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көшесі, 138</w:t>
            </w:r>
          </w:p>
        </w:tc>
      </w:tr>
      <w:tr w:rsidR="002E2790" w14:paraId="23BF648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5C24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9E0B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FF4E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208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2A8F1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көшесі, 231</w:t>
            </w:r>
          </w:p>
        </w:tc>
      </w:tr>
      <w:tr w:rsidR="002E2790" w14:paraId="379A425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16C3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1182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957E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E314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5B5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көшесі, 318 А</w:t>
            </w:r>
          </w:p>
        </w:tc>
      </w:tr>
      <w:tr w:rsidR="002E2790" w14:paraId="2DA92D3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0C46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A618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B686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12F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1CE0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көшесі, 320</w:t>
            </w:r>
          </w:p>
        </w:tc>
      </w:tr>
      <w:tr w:rsidR="002E2790" w14:paraId="3979A6A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7A46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B5A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5C60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AD68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5E1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Марат Абдошұлы Ысқақ</w:t>
            </w:r>
          </w:p>
        </w:tc>
      </w:tr>
      <w:tr w:rsidR="002E2790" w14:paraId="7BE50E4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B076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786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C200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52A4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646E3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Уалиханов көшесі, 16Г</w:t>
            </w:r>
          </w:p>
        </w:tc>
      </w:tr>
      <w:tr w:rsidR="002E2790" w14:paraId="490282A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1423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4EC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5271E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921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B189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Астана көшесі, 1</w:t>
            </w:r>
          </w:p>
        </w:tc>
      </w:tr>
      <w:tr w:rsidR="002E2790" w14:paraId="79F772E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C2B2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1084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78F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870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C97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батыр көшесі, 44</w:t>
            </w:r>
          </w:p>
        </w:tc>
      </w:tr>
      <w:tr w:rsidR="002E2790" w14:paraId="2F9230D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FFD7F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C12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1ED88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529D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276B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көшесі, 231А</w:t>
            </w:r>
          </w:p>
        </w:tc>
      </w:tr>
      <w:tr w:rsidR="002E2790" w14:paraId="179E5DD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95FF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9313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BD7E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71E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 қаласы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B7D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Уалиханов көшесі, 16Г</w:t>
            </w:r>
          </w:p>
        </w:tc>
      </w:tr>
      <w:tr w:rsidR="002E2790" w14:paraId="7165342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82628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0AF76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2689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331C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Ават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E3A0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Абылайхан көшесі, 30</w:t>
            </w:r>
          </w:p>
        </w:tc>
      </w:tr>
      <w:tr w:rsidR="002E2790" w14:paraId="1617E51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8F72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18009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AA75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1DD2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Ақши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E6F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Бөлек батыр көшесі, 56 Б</w:t>
            </w:r>
          </w:p>
        </w:tc>
      </w:tr>
      <w:tr w:rsidR="002E2790" w14:paraId="1D34B49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BD41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3FCB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32FE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1A3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Қызылшарық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ADAB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Максутов көшесі, 15</w:t>
            </w:r>
          </w:p>
        </w:tc>
      </w:tr>
      <w:tr w:rsidR="002E2790" w14:paraId="02AFD4D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1854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224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C539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8F17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Асы ауылдық округі, Қайрат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1E9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Ж.Салиева көшесі, 2</w:t>
            </w:r>
          </w:p>
        </w:tc>
      </w:tr>
      <w:tr w:rsidR="002E2790" w14:paraId="1480279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83FEF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9F8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E91F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1CEB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Асысаға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478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К.Үшбаев көшесі, н/з</w:t>
            </w:r>
          </w:p>
        </w:tc>
      </w:tr>
      <w:tr w:rsidR="002E2790" w14:paraId="6C92B31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C941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4B13D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43FB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D6D4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Балтабай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62B2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Мектеп көшесі, 1 А</w:t>
            </w:r>
          </w:p>
        </w:tc>
      </w:tr>
      <w:tr w:rsidR="002E2790" w14:paraId="1243A6A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ED421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E14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159E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53E7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Ақтоғай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0986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Х.Абдуллин көшесі, 1</w:t>
            </w:r>
          </w:p>
        </w:tc>
      </w:tr>
      <w:tr w:rsidR="002E2790" w14:paraId="7632948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5CF21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12B2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0A71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630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Ақбастау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7819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Береке көшесі, 11</w:t>
            </w:r>
          </w:p>
        </w:tc>
      </w:tr>
      <w:tr w:rsidR="002E2790" w14:paraId="6A0ABDA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80A3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69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D4C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DC1B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E62A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Бөлек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C59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Достық көшесі, 16</w:t>
            </w:r>
          </w:p>
        </w:tc>
      </w:tr>
      <w:tr w:rsidR="002E2790" w14:paraId="61CB79D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9EF3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B7C2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7D11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C69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Аймен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DAB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Ленин көшесі, 2</w:t>
            </w:r>
          </w:p>
        </w:tc>
      </w:tr>
      <w:tr w:rsidR="002E2790" w14:paraId="59511DC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F01C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512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784D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F553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Қарасай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53F7A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Гагарин көшесі, 1</w:t>
            </w:r>
          </w:p>
        </w:tc>
      </w:tr>
      <w:tr w:rsidR="002E2790" w14:paraId="5B8B248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15B0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CEF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8A5C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B908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Бәйдібек би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3E2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Балағозов көшесі, 2 А</w:t>
            </w:r>
          </w:p>
        </w:tc>
      </w:tr>
      <w:tr w:rsidR="002E2790" w14:paraId="7DF2359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5B65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143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B71E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D16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Бәйдібек би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1F5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М.Байболов көшесі, 244 Б</w:t>
            </w:r>
          </w:p>
        </w:tc>
      </w:tr>
      <w:tr w:rsidR="002E2790" w14:paraId="0588F06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EC9E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594D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BCCB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69E67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Бәйдібек би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C515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Шевченко көшесі, 18 А</w:t>
            </w:r>
          </w:p>
        </w:tc>
      </w:tr>
      <w:tr w:rsidR="002E2790" w14:paraId="10348D9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ADCE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8988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139F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9329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Жаңашар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36826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Кузиев көшесі 69</w:t>
            </w:r>
          </w:p>
        </w:tc>
      </w:tr>
      <w:tr w:rsidR="002E2790" w14:paraId="06333F3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7D4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8063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3130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D72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Жаңашар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3F6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Кузиев көшесі 69</w:t>
            </w:r>
          </w:p>
        </w:tc>
      </w:tr>
      <w:tr w:rsidR="002E2790" w14:paraId="248291E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D68F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77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09DD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4910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ACBB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Космос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C42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Жастар көшесі № 13</w:t>
            </w:r>
          </w:p>
        </w:tc>
      </w:tr>
      <w:tr w:rsidR="002E2790" w14:paraId="2D97FA1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389C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A839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73D4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7A0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Ащыбұлақ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94980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 Бубенцов көшесі № 1 Б</w:t>
            </w:r>
          </w:p>
        </w:tc>
      </w:tr>
      <w:tr w:rsidR="002E2790" w14:paraId="5E2C854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1FFC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9E2A5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B3C8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DB04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Қазақстан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F83B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Ж.Қайыпов көшесі, 8 А</w:t>
            </w:r>
          </w:p>
        </w:tc>
      </w:tr>
      <w:tr w:rsidR="002E2790" w14:paraId="2E425A1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1DC6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1D6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7801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A39E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Ж. Қайыпов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BAE8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Мәметова көшесі, 26</w:t>
            </w:r>
          </w:p>
        </w:tc>
      </w:tr>
      <w:tr w:rsidR="002E2790" w14:paraId="1E2287E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5F16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BC5B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2D565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57B4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Қаражота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6642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А.Иманов көшесі, 2А</w:t>
            </w:r>
          </w:p>
        </w:tc>
      </w:tr>
      <w:tr w:rsidR="002E2790" w14:paraId="7097447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4112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3623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6B5EF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6660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Қаракемер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3B9A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А.Тастанбеков көшесі, 11</w:t>
            </w:r>
          </w:p>
        </w:tc>
      </w:tr>
      <w:tr w:rsidR="002E2790" w14:paraId="3B2299F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9830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94BD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48BAD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5C6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Қаракемер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0AB73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А.Тастанбеков көшесі, 5 А</w:t>
            </w:r>
          </w:p>
        </w:tc>
      </w:tr>
      <w:tr w:rsidR="002E2790" w14:paraId="48803DC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7A217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22ED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ACB85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27C1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Талдыбұлақ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F25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Жаманқараев көшесі, н/с</w:t>
            </w:r>
          </w:p>
        </w:tc>
      </w:tr>
      <w:tr w:rsidR="002E2790" w14:paraId="428F9B5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FC10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2C33E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01E8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2FF3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Достық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62ED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Т.Әубәкіров көшесі, 109 А</w:t>
            </w:r>
          </w:p>
        </w:tc>
      </w:tr>
      <w:tr w:rsidR="002E2790" w14:paraId="25D192F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80D8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C16F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8CAA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9458B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Қаратұрық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1C46B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Желтоқсан көшесі, 10 А</w:t>
            </w:r>
          </w:p>
        </w:tc>
      </w:tr>
      <w:tr w:rsidR="002E2790" w14:paraId="53583F8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0590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399E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466F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F24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Ащысай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5CF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Ш.Уәлиханов көшесі, 6 А</w:t>
            </w:r>
          </w:p>
        </w:tc>
      </w:tr>
      <w:tr w:rsidR="002E2790" w14:paraId="1DEE763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9AF5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18E7F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87A14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41E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Тауқаратұрық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4F2A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Самсыбеков көшесі, 1 В</w:t>
            </w:r>
          </w:p>
        </w:tc>
      </w:tr>
      <w:tr w:rsidR="002E2790" w14:paraId="0FE7D0F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B067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74945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BD0E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92A9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Көктөбе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2ECE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Нұрманбетов көшесі, 55 А</w:t>
            </w:r>
          </w:p>
        </w:tc>
      </w:tr>
      <w:tr w:rsidR="002E2790" w14:paraId="3F4D7A3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81BD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038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017C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DA23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Көктөбе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5A95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Сейфуллин көшесі, 5</w:t>
            </w:r>
          </w:p>
        </w:tc>
      </w:tr>
      <w:tr w:rsidR="002E2790" w14:paraId="517D125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772F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3454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E587D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81A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Қызылшар 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35800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Жандосов көшесі, 14</w:t>
            </w:r>
          </w:p>
        </w:tc>
      </w:tr>
      <w:tr w:rsidR="002E2790" w14:paraId="5C3C5A6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34606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2307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B480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666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Қызылшар 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E78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Жандосов көшесі, 14</w:t>
            </w:r>
          </w:p>
        </w:tc>
      </w:tr>
      <w:tr w:rsidR="002E2790" w14:paraId="6DCE3D7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4579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81FF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242C7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B790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Төле би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F9F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Пушкин көшесі № 100</w:t>
            </w:r>
          </w:p>
        </w:tc>
      </w:tr>
      <w:tr w:rsidR="002E2790" w14:paraId="2C168A2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7E08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0CA79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5B62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8CF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CA86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Шорманов көшесі, 2</w:t>
            </w:r>
          </w:p>
        </w:tc>
      </w:tr>
      <w:tr w:rsidR="002E2790" w14:paraId="4F48D6C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BF069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C6B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5B0B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9487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Қорам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D5A2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Зарватов көшесі, 46</w:t>
            </w:r>
          </w:p>
        </w:tc>
      </w:tr>
      <w:tr w:rsidR="002E2790" w14:paraId="585E591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652C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603C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EB64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739B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Қорам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667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Зарватов көшесі, 46</w:t>
            </w:r>
          </w:p>
        </w:tc>
      </w:tr>
      <w:tr w:rsidR="002E2790" w14:paraId="1162554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BD5C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48BF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A01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ADB1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Қырбалтабай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72EF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көшесі,  19</w:t>
            </w:r>
          </w:p>
        </w:tc>
      </w:tr>
      <w:tr w:rsidR="002E2790" w14:paraId="26A18D5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F82C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8E64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A737C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32B5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Қазтай Ұлтарақов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72EAA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Сәтпаев көшесі, 5 А</w:t>
            </w:r>
          </w:p>
        </w:tc>
      </w:tr>
      <w:tr w:rsidR="002E2790" w14:paraId="68526A0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B8401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8055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5DF05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D9FA5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Бәйтерек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5D9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Школьная көшесі, 51</w:t>
            </w:r>
          </w:p>
        </w:tc>
      </w:tr>
      <w:tr w:rsidR="002E2790" w14:paraId="77AA78D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9B8E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F738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21FE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E1AA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Бәйтерек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0AA8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Школьная көшесі, 51</w:t>
            </w:r>
          </w:p>
        </w:tc>
      </w:tr>
      <w:tr w:rsidR="002E2790" w14:paraId="096A79D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AF01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9019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8FAF6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945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Нұра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92CD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Еспергенов көшесі, 30а</w:t>
            </w:r>
          </w:p>
        </w:tc>
      </w:tr>
      <w:tr w:rsidR="002E2790" w14:paraId="2DF5E34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1145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6CC6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DB54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8182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Байсейіт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CEF5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Юнус Хамраев көшесі, 3</w:t>
            </w:r>
          </w:p>
        </w:tc>
      </w:tr>
      <w:tr w:rsidR="002E2790" w14:paraId="63F6461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1DB18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056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3006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461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Бижанов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E163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Шамсутдинов көшесі, н/з</w:t>
            </w:r>
          </w:p>
        </w:tc>
      </w:tr>
      <w:tr w:rsidR="002E2790" w14:paraId="25646DC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CD17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104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C1F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E46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B722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Малыбай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751A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Ж.Жұмабеков көшесі, 12</w:t>
            </w:r>
          </w:p>
        </w:tc>
      </w:tr>
      <w:tr w:rsidR="002E2790" w14:paraId="76DE425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52E5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E689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E2A5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0A1C4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Малыбай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B81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Розыбакиев көшесі, 39 А</w:t>
            </w:r>
          </w:p>
        </w:tc>
      </w:tr>
      <w:tr w:rsidR="002E2790" w14:paraId="1CAE71D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3493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3D6FF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D498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A57A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Саймасай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1372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А.Байтұрсынов көшесі, 26 А</w:t>
            </w:r>
          </w:p>
        </w:tc>
      </w:tr>
      <w:tr w:rsidR="002E2790" w14:paraId="2CBF492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243C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03BF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9053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AC9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Саймасай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DADB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А.Байтұрсынов көшесі, 26 А</w:t>
            </w:r>
          </w:p>
        </w:tc>
      </w:tr>
      <w:tr w:rsidR="002E2790" w14:paraId="40A45D3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67C6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EE1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33E3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5FA6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Амангелді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40D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Ушуров көшесі, 7</w:t>
            </w:r>
          </w:p>
        </w:tc>
      </w:tr>
      <w:tr w:rsidR="002E2790" w14:paraId="215610D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9167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FCD5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6459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9C0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Азат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F881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Бәйтерек көшесі № 10 А</w:t>
            </w:r>
          </w:p>
        </w:tc>
      </w:tr>
      <w:tr w:rsidR="002E2790" w14:paraId="54422FF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0BA1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F97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DF903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BC9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Азат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5266E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Школьный көшесі, 19 Г</w:t>
            </w:r>
          </w:p>
        </w:tc>
      </w:tr>
      <w:tr w:rsidR="002E2790" w14:paraId="7740B13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6E93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E2F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CB03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14A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Қайназар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9E1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көшесі, 71</w:t>
            </w:r>
          </w:p>
        </w:tc>
      </w:tr>
      <w:tr w:rsidR="002E2790" w14:paraId="1B4F730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BE7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F9C4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B8AF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EF5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Қайназар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9E271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көшесі, 70 Б</w:t>
            </w:r>
          </w:p>
        </w:tc>
      </w:tr>
      <w:tr w:rsidR="002E2790" w14:paraId="47BE134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CB82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247A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F3991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444BB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Рахат ауылдық округі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96E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Есік-Александровка тас жолы, 6 км, № 1</w:t>
            </w:r>
          </w:p>
        </w:tc>
      </w:tr>
      <w:tr w:rsidR="002E2790" w14:paraId="1BEE7DA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F5AD0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FCF4D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98E2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F7B4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Рахат ауылдық округі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86DF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Есік-Александровка тас жолы, 6 км, № 1</w:t>
            </w:r>
          </w:p>
        </w:tc>
      </w:tr>
      <w:tr w:rsidR="002E2790" w14:paraId="3D20BB6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77E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9656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9DAD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E1A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Рахат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5BBA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Ш.Құмарова көшесі, 16</w:t>
            </w:r>
          </w:p>
        </w:tc>
      </w:tr>
      <w:tr w:rsidR="002E2790" w14:paraId="5B8629D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202D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F389D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C86A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C684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Өрікті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EF47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Самұрық көшесі, 9 В</w:t>
            </w:r>
          </w:p>
        </w:tc>
      </w:tr>
      <w:tr w:rsidR="002E2790" w14:paraId="5DFFFFA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EF89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928AA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DD01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847DE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Өрікті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01E8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Самұрық көшесі, 9 В</w:t>
            </w:r>
          </w:p>
        </w:tc>
      </w:tr>
      <w:tr w:rsidR="002E2790" w14:paraId="0A44323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079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1DB5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7BEF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6E6D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Ташкенсаз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C1EA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З.Газамов көшесі, 41 А</w:t>
            </w:r>
          </w:p>
        </w:tc>
      </w:tr>
      <w:tr w:rsidR="002E2790" w14:paraId="6600CC6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46D20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F427E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C200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5E5E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Тескенсу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622A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Қалдыбаев көшесі, 1</w:t>
            </w:r>
          </w:p>
        </w:tc>
      </w:tr>
      <w:tr w:rsidR="002E2790" w14:paraId="44F5784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EDE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8916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48F7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FCCC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Түрген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EAE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Д.А.Қонаев көшесі, 2</w:t>
            </w:r>
          </w:p>
        </w:tc>
      </w:tr>
      <w:tr w:rsidR="002E2790" w14:paraId="5DF2475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1484A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32B9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1250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6844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Түрген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CCEE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К.Князбаев көшесі, 59</w:t>
            </w:r>
          </w:p>
        </w:tc>
      </w:tr>
      <w:tr w:rsidR="002E2790" w14:paraId="67F219F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729F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201B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095FB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8CD5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Түрген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A33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Желтоқсан көшесі, 97</w:t>
            </w:r>
          </w:p>
        </w:tc>
      </w:tr>
      <w:tr w:rsidR="002E2790" w14:paraId="25D886A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AA0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46A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E9F8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C09D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Түрген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15A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Құлмамбет көшесі, 49</w:t>
            </w:r>
          </w:p>
        </w:tc>
      </w:tr>
      <w:tr w:rsidR="002E2790" w14:paraId="6E49ABE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202B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E143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A92F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4F9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Түрген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4F1E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Құлмамбет көшесі, 45 Д</w:t>
            </w:r>
          </w:p>
        </w:tc>
      </w:tr>
      <w:tr w:rsidR="002E2790" w14:paraId="68F76F5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5F2B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D89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A5F14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714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AAEF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Х.Бижанов көшесі, 91</w:t>
            </w:r>
          </w:p>
        </w:tc>
      </w:tr>
      <w:tr w:rsidR="002E2790" w14:paraId="2B98AF1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7DB4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2468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C75F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759A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7475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Іле көшесі, 12</w:t>
            </w:r>
          </w:p>
        </w:tc>
      </w:tr>
      <w:tr w:rsidR="002E2790" w14:paraId="486D72C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2FBE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7676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685A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122A1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586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көшесі, 47</w:t>
            </w:r>
          </w:p>
        </w:tc>
      </w:tr>
      <w:tr w:rsidR="002E2790" w14:paraId="02CD231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D8BF1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26BE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F629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72EB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85B8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Т.Қабылов көшесі, 2</w:t>
            </w:r>
          </w:p>
        </w:tc>
      </w:tr>
      <w:tr w:rsidR="002E2790" w14:paraId="0DECE5A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7EE4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D6AE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BA8A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116B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E4D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Нұрғазин көшесі, 150</w:t>
            </w:r>
          </w:p>
        </w:tc>
      </w:tr>
      <w:tr w:rsidR="002E2790" w14:paraId="7E4DB60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2D3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E1A5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CF4B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41A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6A39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Т.Бокин көшесі, 40</w:t>
            </w:r>
          </w:p>
        </w:tc>
      </w:tr>
      <w:tr w:rsidR="002E2790" w14:paraId="2CB8932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C5DB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131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514F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24AD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E887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59C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Әбдікәрімов көшесі, 14 А</w:t>
            </w:r>
          </w:p>
        </w:tc>
      </w:tr>
      <w:tr w:rsidR="002E2790" w14:paraId="4A2282E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F3013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82429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4284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E62D0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9AB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Нұрғазин көшесі, 2 А</w:t>
            </w:r>
          </w:p>
        </w:tc>
      </w:tr>
      <w:tr w:rsidR="002E2790" w14:paraId="715598D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05381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4629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A9FE2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7FFF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72E8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Әбдікәрімов көшесі, 62 Г</w:t>
            </w:r>
          </w:p>
        </w:tc>
      </w:tr>
      <w:tr w:rsidR="002E2790" w14:paraId="2887F81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5F02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6A3BD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597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966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AE8D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Ақши 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2BD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Бөлек батыр көшесі, 56 Б</w:t>
            </w:r>
          </w:p>
        </w:tc>
      </w:tr>
      <w:tr w:rsidR="002E2790" w14:paraId="5C9D84F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45D1B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C26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7DE4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D760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Рахат ауылдық округі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BA7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«Есік-Александровка» тас жолы 8 км № 4</w:t>
            </w:r>
          </w:p>
        </w:tc>
      </w:tr>
      <w:tr w:rsidR="002E2790" w14:paraId="70365E8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02013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4A75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5909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1035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81F8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Бөлек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EF87B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Астана көшесі нөмірсіз құрылыс</w:t>
            </w:r>
          </w:p>
        </w:tc>
      </w:tr>
      <w:tr w:rsidR="002E2790" w14:paraId="099FB36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471B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ABD2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D7C5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1036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C875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Бәйтерек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467FB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Мира көшесі № 55 А</w:t>
            </w:r>
          </w:p>
        </w:tc>
      </w:tr>
      <w:tr w:rsidR="002E2790" w14:paraId="3D8659A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166C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C0D8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43676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1037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225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Рахат ауылдық округі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4F0C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«Есік-Александровка» тас жолы 8 км № 4</w:t>
            </w:r>
          </w:p>
        </w:tc>
      </w:tr>
      <w:tr w:rsidR="002E2790" w14:paraId="37306A4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99D6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139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88546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BDBE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1038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FDB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Шелек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57CC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Бижанов көшесі № 91</w:t>
            </w:r>
          </w:p>
        </w:tc>
      </w:tr>
      <w:tr w:rsidR="002E2790" w14:paraId="5DA2C31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6A286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9C752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7E19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1041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638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Ават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1D8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Ибдиминов көшесі, 15 А</w:t>
            </w:r>
          </w:p>
        </w:tc>
      </w:tr>
      <w:tr w:rsidR="002E2790" w14:paraId="6F8AE23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22F31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499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1F8B5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1042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0D9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Бәйтерек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3ED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Мира көшесі, 55 А</w:t>
            </w:r>
          </w:p>
        </w:tc>
      </w:tr>
      <w:tr w:rsidR="002E2790" w14:paraId="713083A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16852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FAD4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60F9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1043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02B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Тескенсу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6FB2F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Қалдыбаев көшесі, 1</w:t>
            </w:r>
          </w:p>
        </w:tc>
      </w:tr>
      <w:tr w:rsidR="002E2790" w14:paraId="6F7D04D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71E7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9A19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9D5C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EB3A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0558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Алтыбакан, 59</w:t>
            </w:r>
          </w:p>
        </w:tc>
      </w:tr>
      <w:tr w:rsidR="002E2790" w14:paraId="142FD1C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F70D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07CB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89C9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BFA0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6419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Суюнбая, 27</w:t>
            </w:r>
          </w:p>
        </w:tc>
      </w:tr>
      <w:tr w:rsidR="002E2790" w14:paraId="1208171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0543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C1C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EBB8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E139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1BD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Суюнбая, 27</w:t>
            </w:r>
          </w:p>
        </w:tc>
      </w:tr>
      <w:tr w:rsidR="002E2790" w14:paraId="3F301DB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A278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7AD7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9EE77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21B61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525FC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Алтыбакан, 59</w:t>
            </w:r>
          </w:p>
        </w:tc>
      </w:tr>
      <w:tr w:rsidR="002E2790" w14:paraId="7FD50EB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0F4E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14D8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8835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49D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DE2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Мажитова, 2</w:t>
            </w:r>
          </w:p>
        </w:tc>
      </w:tr>
      <w:tr w:rsidR="002E2790" w14:paraId="5DF5E6D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A188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1350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B841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826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9831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Мажитова, 2</w:t>
            </w:r>
          </w:p>
        </w:tc>
      </w:tr>
      <w:tr w:rsidR="002E2790" w14:paraId="0981CFE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57A6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149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5B9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590A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B75B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0C56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Байдибек би, 107</w:t>
            </w:r>
          </w:p>
        </w:tc>
      </w:tr>
      <w:tr w:rsidR="002E2790" w14:paraId="3DF1636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239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348F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CD2E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3F3A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976B0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Байдибек би, 107</w:t>
            </w:r>
          </w:p>
        </w:tc>
      </w:tr>
      <w:tr w:rsidR="002E2790" w14:paraId="71FF74F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7E3B6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AD7D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6DD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75AE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838F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Жандосова, 85</w:t>
            </w:r>
          </w:p>
        </w:tc>
      </w:tr>
      <w:tr w:rsidR="002E2790" w14:paraId="267FDD9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7EC6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4BA7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2C7C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778A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DA56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Карасай батыра, 6 г</w:t>
            </w:r>
          </w:p>
        </w:tc>
      </w:tr>
      <w:tr w:rsidR="002E2790" w14:paraId="4693A96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52DB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97BE5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DE8E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D6C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9B1C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Карасай батыра, 6 г</w:t>
            </w:r>
          </w:p>
        </w:tc>
      </w:tr>
      <w:tr w:rsidR="002E2790" w14:paraId="20C86A0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D6DF3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3CF7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E433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0C7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Жаңақұрылыс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A7C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Ынтымак, 22</w:t>
            </w:r>
          </w:p>
        </w:tc>
      </w:tr>
      <w:tr w:rsidR="002E2790" w14:paraId="1193BB4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97DD0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829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6B42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AB4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Жаңақұрылыс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7CB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Ынтымак, 22</w:t>
            </w:r>
          </w:p>
        </w:tc>
      </w:tr>
      <w:tr w:rsidR="002E2790" w14:paraId="25FD865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85864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D8E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C4D2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874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9DAD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Кумбел, 98</w:t>
            </w:r>
          </w:p>
        </w:tc>
      </w:tr>
      <w:tr w:rsidR="002E2790" w14:paraId="474E53B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73A0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90B0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C832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886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Ынтымақ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21232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Жексенбиева, 10</w:t>
            </w:r>
          </w:p>
        </w:tc>
      </w:tr>
      <w:tr w:rsidR="002E2790" w14:paraId="72D49D7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EEE82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158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4C00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BDF0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8EA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Ұзынағаш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A6A8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Кумбел, 98</w:t>
            </w:r>
          </w:p>
        </w:tc>
      </w:tr>
      <w:tr w:rsidR="002E2790" w14:paraId="667A907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A8FC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159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3E0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3AAE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5F31B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02E0E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А. Бейсеуова, 44</w:t>
            </w:r>
          </w:p>
        </w:tc>
      </w:tr>
      <w:tr w:rsidR="002E2790" w14:paraId="7A6621A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5FE2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F40E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D9AFB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76D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A504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А. Бейсеуова, 44</w:t>
            </w:r>
          </w:p>
        </w:tc>
      </w:tr>
      <w:tr w:rsidR="002E2790" w14:paraId="56E7B5D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62BE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E4E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DFB7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43D2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9C00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Досбергенова, 21 б</w:t>
            </w:r>
          </w:p>
        </w:tc>
      </w:tr>
      <w:tr w:rsidR="002E2790" w14:paraId="6673780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38AE6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7C4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560A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90C3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47040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Досбергенова, 21 б</w:t>
            </w:r>
          </w:p>
        </w:tc>
      </w:tr>
      <w:tr w:rsidR="002E2790" w14:paraId="67A118C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FC64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6A5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5D48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7613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384AF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Досымбетова, 4 б</w:t>
            </w:r>
          </w:p>
        </w:tc>
      </w:tr>
      <w:tr w:rsidR="002E2790" w14:paraId="58B10CE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19BB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FE6FC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1F72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43B4A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5BB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Досымбетова, 4 б</w:t>
            </w:r>
          </w:p>
        </w:tc>
      </w:tr>
      <w:tr w:rsidR="002E2790" w14:paraId="02B4D63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96E9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33FF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99C4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E31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936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Геологическая, 210</w:t>
            </w:r>
          </w:p>
        </w:tc>
      </w:tr>
      <w:tr w:rsidR="002E2790" w14:paraId="2B4F166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A7C8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7451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83822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255F2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0F3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Геологическая, 210</w:t>
            </w:r>
          </w:p>
        </w:tc>
      </w:tr>
      <w:tr w:rsidR="002E2790" w14:paraId="2ED69F5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AEF4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AD8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F9E0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F61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95E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 Геологическая, 18</w:t>
            </w:r>
          </w:p>
        </w:tc>
      </w:tr>
      <w:tr w:rsidR="002E2790" w14:paraId="0736398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B4F8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16CB1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A955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0E0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6BFF8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 А. Бейсеуова, 149 г</w:t>
            </w:r>
          </w:p>
        </w:tc>
      </w:tr>
      <w:tr w:rsidR="002E2790" w14:paraId="5B5318E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AC4D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6D63A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52D2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1F41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D84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Наурыз, 1 д</w:t>
            </w:r>
          </w:p>
        </w:tc>
      </w:tr>
      <w:tr w:rsidR="002E2790" w14:paraId="4F34B28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F249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BAA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5A47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40C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Қарғалы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400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Наурыз, 1 д</w:t>
            </w:r>
          </w:p>
        </w:tc>
      </w:tr>
      <w:tr w:rsidR="002E2790" w14:paraId="5CF0AF0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27B4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F30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A277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7823C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Ақсеңгір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110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Отан, 3 а</w:t>
            </w:r>
          </w:p>
        </w:tc>
      </w:tr>
      <w:tr w:rsidR="002E2790" w14:paraId="4A691FA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7750A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CBCA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D30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2BC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Жайсаң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2B2C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А. Курмангалиева, 1 v</w:t>
            </w:r>
          </w:p>
        </w:tc>
      </w:tr>
      <w:tr w:rsidR="002E2790" w14:paraId="0A8077B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F2EC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2EA4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2790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A46E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Б. Қыдырбекұлы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EF6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Жамбыла, 52 а</w:t>
            </w:r>
          </w:p>
        </w:tc>
      </w:tr>
      <w:tr w:rsidR="002E2790" w14:paraId="000D610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E5B2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7B208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B107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46F9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Жамбыл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9C81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Жамбыла, 59</w:t>
            </w:r>
          </w:p>
        </w:tc>
      </w:tr>
      <w:tr w:rsidR="002E2790" w14:paraId="4EA156A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071D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BD0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8CFF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4FA94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Сарыбай би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DBB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 Рахымбекова, 12</w:t>
            </w:r>
          </w:p>
        </w:tc>
      </w:tr>
      <w:tr w:rsidR="002E2790" w14:paraId="7A0EC85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71BB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E1D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E27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E01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Қайназар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438A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Шыгыс, 21</w:t>
            </w:r>
          </w:p>
        </w:tc>
      </w:tr>
      <w:tr w:rsidR="002E2790" w14:paraId="1E19D80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29AC9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F132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F2B3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8D7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Қайназар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5E9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Шыгыс, 21</w:t>
            </w:r>
          </w:p>
        </w:tc>
      </w:tr>
      <w:tr w:rsidR="002E2790" w14:paraId="735359C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100A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2A9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C8C9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AB5D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Қарақастек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F58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Мендикулова, 4</w:t>
            </w:r>
          </w:p>
        </w:tc>
      </w:tr>
      <w:tr w:rsidR="002E2790" w14:paraId="60F12C5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7DE9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179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322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A9AB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E379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Аққайнар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6B4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Жамбыла, 34 в</w:t>
            </w:r>
          </w:p>
        </w:tc>
      </w:tr>
      <w:tr w:rsidR="002E2790" w14:paraId="33D2660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F432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0DDF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4FB3D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3A6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Шиен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F58E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Абдикайыма, 2 а</w:t>
            </w:r>
          </w:p>
        </w:tc>
      </w:tr>
      <w:tr w:rsidR="002E2790" w14:paraId="5D6DFE1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087F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CC06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BE400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AB3C1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Самсы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DE9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Астана, 1 в</w:t>
            </w:r>
          </w:p>
        </w:tc>
      </w:tr>
      <w:tr w:rsidR="002E2790" w14:paraId="765EE99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BA66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40BB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2409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514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Беріктас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9475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Кармысова, 6</w:t>
            </w:r>
          </w:p>
        </w:tc>
      </w:tr>
      <w:tr w:rsidR="002E2790" w14:paraId="11DED72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3A42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CB6C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B83A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A71F8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Ақтерек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03C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Рыскельды, 27 а</w:t>
            </w:r>
          </w:p>
        </w:tc>
      </w:tr>
      <w:tr w:rsidR="002E2790" w14:paraId="7058472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012F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4388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8EEE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2E52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Қасымбек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E921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Тилеукеева, 10 а</w:t>
            </w:r>
          </w:p>
        </w:tc>
      </w:tr>
      <w:tr w:rsidR="002E2790" w14:paraId="7C4CB29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AEEDE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185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EA64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4466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AE31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Үмбеталы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09CD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Мусабаева, 44</w:t>
            </w:r>
          </w:p>
        </w:tc>
      </w:tr>
      <w:tr w:rsidR="002E2790" w14:paraId="1C879C6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C8C0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480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4ED9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4BDE7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Шолаққарғалы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2A45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Достык, 10 б</w:t>
            </w:r>
          </w:p>
        </w:tc>
      </w:tr>
      <w:tr w:rsidR="002E2790" w14:paraId="6190C86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8742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86B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014C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A71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Мыңбаев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EAFA4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Жибек жолы, 15</w:t>
            </w:r>
          </w:p>
        </w:tc>
      </w:tr>
      <w:tr w:rsidR="002E2790" w14:paraId="717547E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57B0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E74D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4609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3BA6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Мыңбаев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9F3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Жибек жолы, 13 а</w:t>
            </w:r>
          </w:p>
        </w:tc>
      </w:tr>
      <w:tr w:rsidR="002E2790" w14:paraId="2820E2A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4FDA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189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2DBA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2AC6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BDCF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Үңгіртас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9578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Шарипова, 4 6</w:t>
            </w:r>
          </w:p>
        </w:tc>
      </w:tr>
      <w:tr w:rsidR="002E2790" w14:paraId="684999E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37CE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C77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6F63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F9C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Үлкен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3F025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мкр 5 д.32</w:t>
            </w:r>
          </w:p>
        </w:tc>
      </w:tr>
      <w:tr w:rsidR="002E2790" w14:paraId="365AC11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2D62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FEE4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1A54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7F2C6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Қазыбек бек станциясы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826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Мусаева, 18</w:t>
            </w:r>
          </w:p>
        </w:tc>
      </w:tr>
      <w:tr w:rsidR="002E2790" w14:paraId="106C85F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F86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C2C8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75AF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8ABD4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D3D1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Бостанова №1</w:t>
            </w:r>
          </w:p>
        </w:tc>
      </w:tr>
      <w:tr w:rsidR="002E2790" w14:paraId="4AEB2CB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5B8DC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ABE3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13E2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F9E15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5AC2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Бостанова 7</w:t>
            </w:r>
          </w:p>
        </w:tc>
      </w:tr>
      <w:tr w:rsidR="002E2790" w14:paraId="71A0738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E3CD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018D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492D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2338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05B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Байзакова  №59</w:t>
            </w:r>
          </w:p>
        </w:tc>
      </w:tr>
      <w:tr w:rsidR="002E2790" w14:paraId="28480A1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C67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8AE8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022FC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FAAE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C2F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Аэродромная 4Г</w:t>
            </w:r>
          </w:p>
        </w:tc>
      </w:tr>
      <w:tr w:rsidR="002E2790" w14:paraId="503A9B9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7F08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2E1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EE4ED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288B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461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Чапаева 39</w:t>
            </w:r>
          </w:p>
        </w:tc>
      </w:tr>
      <w:tr w:rsidR="002E2790" w14:paraId="154F3BE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70074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459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855C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EC2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220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Водник-2 ш.а.  № 66 А</w:t>
            </w:r>
          </w:p>
        </w:tc>
      </w:tr>
      <w:tr w:rsidR="002E2790" w14:paraId="5734AAD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B9599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EE5C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B2AB2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E0F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80C5E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Водник-3, үйі40</w:t>
            </w:r>
          </w:p>
        </w:tc>
      </w:tr>
      <w:tr w:rsidR="002E2790" w14:paraId="7F5801A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8C0E3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199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95E3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F695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861B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3A0ED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Азербаева №1</w:t>
            </w:r>
          </w:p>
        </w:tc>
      </w:tr>
      <w:tr w:rsidR="002E2790" w14:paraId="301F278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462A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A35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FDBA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AAD7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DD4F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Бостанова №7</w:t>
            </w:r>
          </w:p>
        </w:tc>
      </w:tr>
      <w:tr w:rsidR="002E2790" w14:paraId="04CCEFF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C10D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5E63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ECB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44BA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8107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Водник 1,19Б</w:t>
            </w:r>
          </w:p>
        </w:tc>
      </w:tr>
      <w:tr w:rsidR="002E2790" w14:paraId="4357BFA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F847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9B4F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10BC4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967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4BB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Боралдай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785B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Байзакова,№59</w:t>
            </w:r>
          </w:p>
        </w:tc>
      </w:tr>
      <w:tr w:rsidR="002E2790" w14:paraId="2536274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607B2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263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BDCB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EE3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5CC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 Әжімұратов № 12,</w:t>
            </w:r>
          </w:p>
        </w:tc>
      </w:tr>
      <w:tr w:rsidR="002E2790" w14:paraId="790AB58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EBEE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F003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7CBF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9A7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88B1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 Әжімұратов көшесі № 8,</w:t>
            </w:r>
          </w:p>
        </w:tc>
      </w:tr>
      <w:tr w:rsidR="002E2790" w14:paraId="43A92C7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1DDB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3BD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7D3F5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2C35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CD4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Титов көшесі № 16,</w:t>
            </w:r>
          </w:p>
        </w:tc>
      </w:tr>
      <w:tr w:rsidR="002E2790" w14:paraId="5294B13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1BCEA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405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EA21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C73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ED2A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Титов көшесі        № 24</w:t>
            </w:r>
          </w:p>
        </w:tc>
      </w:tr>
      <w:tr w:rsidR="002E2790" w14:paraId="401F449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FE6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59E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8ECB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DF24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54B13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Титов көшесі        № 16 Д</w:t>
            </w:r>
          </w:p>
        </w:tc>
      </w:tr>
      <w:tr w:rsidR="002E2790" w14:paraId="499A921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9795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1E2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58C8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C5B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73E1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Титов көшесі        № 24</w:t>
            </w:r>
          </w:p>
        </w:tc>
      </w:tr>
      <w:tr w:rsidR="002E2790" w14:paraId="71B2D54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46C1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209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140E2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70509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0FAA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C1F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Қ. Рысқұлбеков көшесі № 38</w:t>
            </w:r>
          </w:p>
        </w:tc>
      </w:tr>
      <w:tr w:rsidR="002E2790" w14:paraId="250EB24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D100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C20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2E24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EE09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A8F7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Кенен Әзірбаев ауылы, Егемендік көшесі № 103 А,</w:t>
            </w:r>
          </w:p>
        </w:tc>
      </w:tr>
      <w:tr w:rsidR="002E2790" w14:paraId="12CB9D5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D9424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D06F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E21C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7195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1AB7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Кенен Әзірбаев ауылы, Алматы көшесі № 84,</w:t>
            </w:r>
          </w:p>
        </w:tc>
      </w:tr>
      <w:tr w:rsidR="002E2790" w14:paraId="7DD2E39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0EE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212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1C61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8AE2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7DF38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5127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ауылы,                     Қ. Рысқұлбеков көшесі № 38,</w:t>
            </w:r>
          </w:p>
        </w:tc>
      </w:tr>
      <w:tr w:rsidR="002E2790" w14:paraId="13D1494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292D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9154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3363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2BC0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37A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ауылы, Қ. Рысқұлбеков көшесі № 38, № 24 лицей ғимараты</w:t>
            </w:r>
          </w:p>
        </w:tc>
      </w:tr>
      <w:tr w:rsidR="002E2790" w14:paraId="4DA28BA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554A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E64E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2265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1045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5E6C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3D8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ауылы, Қ. Рысқұлбеков көшесі № 38, № 24 лицей ғимараты</w:t>
            </w:r>
          </w:p>
        </w:tc>
      </w:tr>
      <w:tr w:rsidR="002E2790" w14:paraId="1804E79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592E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72DD4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FA96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1046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2F90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8AA9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 ауылы, Титов көшесі № 6 Б,</w:t>
            </w:r>
          </w:p>
        </w:tc>
      </w:tr>
      <w:tr w:rsidR="002E2790" w14:paraId="7A0BE62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4DD4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8BAD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C494B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AC6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AF81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Көктем 39</w:t>
            </w:r>
          </w:p>
        </w:tc>
      </w:tr>
      <w:tr w:rsidR="002E2790" w14:paraId="623CD48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9BD5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2660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14B8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B2E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1E50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Бейбитшилик 14 Б левое крыло</w:t>
            </w:r>
          </w:p>
        </w:tc>
      </w:tr>
      <w:tr w:rsidR="002E2790" w14:paraId="161A1CD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12CD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2BF2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BFCB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B69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660B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Аркабая №271</w:t>
            </w:r>
          </w:p>
        </w:tc>
      </w:tr>
      <w:tr w:rsidR="002E2790" w14:paraId="538921C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1000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219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BE96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6303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3D0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CFD0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Бейбитшилик 14 Б левое крыло</w:t>
            </w:r>
          </w:p>
        </w:tc>
      </w:tr>
      <w:tr w:rsidR="002E2790" w14:paraId="6E37513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0E38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8644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DB0E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7F2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Әли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1996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 Бухар жырау №2</w:t>
            </w:r>
          </w:p>
        </w:tc>
      </w:tr>
      <w:tr w:rsidR="002E2790" w14:paraId="696CE40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32D55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2F2CE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B03B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2992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Коктерек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EE42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Шалкиіз жырау 11А</w:t>
            </w:r>
          </w:p>
        </w:tc>
      </w:tr>
      <w:tr w:rsidR="002E2790" w14:paraId="58DCE82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5B9A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07A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E7F4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6D25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028E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Аркабая №271</w:t>
            </w:r>
          </w:p>
        </w:tc>
      </w:tr>
      <w:tr w:rsidR="002E2790" w14:paraId="6A09DA0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1E9C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2E6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795A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57CF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8EBC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Бейбитшилик 14В</w:t>
            </w:r>
          </w:p>
        </w:tc>
      </w:tr>
      <w:tr w:rsidR="002E2790" w14:paraId="266C197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F1DB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4762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6CE7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B08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4C0B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көшесіАркабая 68А</w:t>
            </w:r>
          </w:p>
        </w:tc>
      </w:tr>
      <w:tr w:rsidR="002E2790" w14:paraId="1292324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A046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8E91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4191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33E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Байсерке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3495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  Байсерке 14В</w:t>
            </w:r>
          </w:p>
        </w:tc>
      </w:tr>
      <w:tr w:rsidR="002E2790" w14:paraId="787DDB5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092A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80D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A7581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ADD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Қосөзен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D74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Абая 1</w:t>
            </w:r>
          </w:p>
        </w:tc>
      </w:tr>
      <w:tr w:rsidR="002E2790" w14:paraId="132E3FF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52C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98B01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960A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D431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Н. Тілендиев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325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Ул.Алматы-32</w:t>
            </w:r>
          </w:p>
        </w:tc>
      </w:tr>
      <w:tr w:rsidR="002E2790" w14:paraId="3E062CE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91A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277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1240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50D23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Қараой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EBEB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 Даулбаева 1</w:t>
            </w:r>
          </w:p>
        </w:tc>
      </w:tr>
      <w:tr w:rsidR="002E2790" w14:paraId="5C36CBC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5278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229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B4EA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5FF6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968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370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Қосөзен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347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Ул.Бирлестик. №1Б</w:t>
            </w:r>
          </w:p>
        </w:tc>
      </w:tr>
      <w:tr w:rsidR="002E2790" w14:paraId="77AA358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3992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873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BFC2E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969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60B3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 Нұрғиса Тілендиев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80B6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Тұлпар 37</w:t>
            </w:r>
          </w:p>
        </w:tc>
      </w:tr>
      <w:tr w:rsidR="002E2790" w14:paraId="2630101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43D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5A9A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3E23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988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Қараой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FFB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С.Караой. Ул.Бейбітшілік. №10</w:t>
            </w:r>
          </w:p>
        </w:tc>
      </w:tr>
      <w:tr w:rsidR="002E2790" w14:paraId="3938CEC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59A0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37C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B1E0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CA85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Қараой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74219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С.Караой. Ул.Каратал 50</w:t>
            </w:r>
          </w:p>
        </w:tc>
      </w:tr>
      <w:tr w:rsidR="002E2790" w14:paraId="4A767C7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29CD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279C1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B790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F634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Ақсай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165A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с.Аксай, көшесіДостык, №12</w:t>
            </w:r>
          </w:p>
        </w:tc>
      </w:tr>
      <w:tr w:rsidR="002E2790" w14:paraId="6643C25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264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FEF1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31F0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9AD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Ақсай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EBCF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с.Аксай, көшесіДостык, №10</w:t>
            </w:r>
          </w:p>
        </w:tc>
      </w:tr>
      <w:tr w:rsidR="002E2790" w14:paraId="3DCFA59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289F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4DD0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D0CDE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902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Ақсай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665B7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с.Аксай, көшесіДостык, №10</w:t>
            </w:r>
          </w:p>
        </w:tc>
      </w:tr>
      <w:tr w:rsidR="002E2790" w14:paraId="5F63C57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0F948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0D0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58FA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49FB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Екпинды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0AD4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Екпинды, көшесі Шевченко, 3</w:t>
            </w:r>
          </w:p>
        </w:tc>
      </w:tr>
      <w:tr w:rsidR="002E2790" w14:paraId="65F7B8B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C712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EB59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977C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545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Екпинды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C91F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Екпенды ауылы, Қобыланды батыр 54</w:t>
            </w:r>
          </w:p>
        </w:tc>
      </w:tr>
      <w:tr w:rsidR="002E2790" w14:paraId="39847F9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55EF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238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C88B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A6788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9BD5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Екпинды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1696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Екпенды ауылы, Қобыланды батыр 54</w:t>
            </w:r>
          </w:p>
        </w:tc>
      </w:tr>
      <w:tr w:rsidR="002E2790" w14:paraId="468FC0B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0678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239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16AE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01D1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8625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117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Асубекова №1</w:t>
            </w:r>
          </w:p>
        </w:tc>
      </w:tr>
      <w:tr w:rsidR="002E2790" w14:paraId="6F50F0C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22EB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7C9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764B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FCD5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595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Асубекова №1</w:t>
            </w:r>
          </w:p>
        </w:tc>
      </w:tr>
      <w:tr w:rsidR="002E2790" w14:paraId="3A6EAB8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2A97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9AF3B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5B9D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7EDB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A823B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Школьная 4</w:t>
            </w:r>
          </w:p>
        </w:tc>
      </w:tr>
      <w:tr w:rsidR="002E2790" w14:paraId="7D92BC9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B611A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14BA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5020C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66D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AB4C1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Аитова 44</w:t>
            </w:r>
          </w:p>
        </w:tc>
      </w:tr>
      <w:tr w:rsidR="002E2790" w14:paraId="5CB6C49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9A31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D309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A7E9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6683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953F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Сейдалиева 117</w:t>
            </w:r>
          </w:p>
        </w:tc>
      </w:tr>
      <w:tr w:rsidR="002E2790" w14:paraId="5670598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0553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28E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B3F2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3A2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00D7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Сейдалиева 117</w:t>
            </w:r>
          </w:p>
        </w:tc>
      </w:tr>
      <w:tr w:rsidR="002E2790" w14:paraId="7B62CE2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267F3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AE9D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907C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4BA20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93A6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Школьная 4</w:t>
            </w:r>
          </w:p>
        </w:tc>
      </w:tr>
      <w:tr w:rsidR="002E2790" w14:paraId="706F7DD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B6BC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1D74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D9F6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92AF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Асқар Тоқпанов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29C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Сейдалиева 117</w:t>
            </w:r>
          </w:p>
        </w:tc>
      </w:tr>
      <w:tr w:rsidR="002E2790" w14:paraId="59CE4CC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C7C0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ECC0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5AD7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D7C3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М.Туймебаев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206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көшесіМолдагулова №14</w:t>
            </w:r>
          </w:p>
        </w:tc>
      </w:tr>
      <w:tr w:rsidR="002E2790" w14:paraId="5462111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4A89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38B9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EA2D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2A693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М.Туймебаев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139C5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көшесіМолдагулова №14</w:t>
            </w:r>
          </w:p>
        </w:tc>
      </w:tr>
      <w:tr w:rsidR="002E2790" w14:paraId="4E5B359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5BA5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249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AEE3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2179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E0B5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М.Туймебаев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19DA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Алматинская 189А</w:t>
            </w:r>
          </w:p>
        </w:tc>
      </w:tr>
      <w:tr w:rsidR="002E2790" w14:paraId="201D227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3B4B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9195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EDDC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FD33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М.Туймебаев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6EBB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Әскери бөлім 313/8</w:t>
            </w:r>
          </w:p>
        </w:tc>
      </w:tr>
      <w:tr w:rsidR="002E2790" w14:paraId="2D1E3F9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12E4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8AF2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4842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F62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Коккайнар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DE74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Астана №2</w:t>
            </w:r>
          </w:p>
        </w:tc>
      </w:tr>
      <w:tr w:rsidR="002E2790" w14:paraId="47D9DBA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9A76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7A1F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E27B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6C2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Жапек батыр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D4FC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көшесіАбая , 17</w:t>
            </w:r>
          </w:p>
        </w:tc>
      </w:tr>
      <w:tr w:rsidR="002E2790" w14:paraId="0C212BA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B6E3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F9C0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20A76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320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Жапек батыр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FACB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көшесіАбая , 17</w:t>
            </w:r>
          </w:p>
        </w:tc>
      </w:tr>
      <w:tr w:rsidR="002E2790" w14:paraId="4032CC0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3F98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D8D72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20F9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CDE5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М.Туймебаев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4A51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көшесіАкан серы, 17</w:t>
            </w:r>
          </w:p>
        </w:tc>
      </w:tr>
      <w:tr w:rsidR="002E2790" w14:paraId="04A10D3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AB68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8846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8B272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8BE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М.Туймебаев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8F5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көшесіЖелтоқсан №3А</w:t>
            </w:r>
          </w:p>
        </w:tc>
      </w:tr>
      <w:tr w:rsidR="002E2790" w14:paraId="3A38892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8505D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EFE6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2665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D2F4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Жапек батыр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AE9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көшесіАлтаева 138А</w:t>
            </w:r>
          </w:p>
        </w:tc>
      </w:tr>
      <w:tr w:rsidR="002E2790" w14:paraId="68E95C5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37A1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05A3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B0D15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5C7B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Коккайнар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66F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көшесіБайтерек №97А</w:t>
            </w:r>
          </w:p>
        </w:tc>
      </w:tr>
      <w:tr w:rsidR="002E2790" w14:paraId="4733F7C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7DD8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B5EA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7B5D9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1A4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Жапек батыр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547E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М.Өтемісұлы №703</w:t>
            </w:r>
          </w:p>
        </w:tc>
      </w:tr>
      <w:tr w:rsidR="002E2790" w14:paraId="18D1D29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B47F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259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024A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A7E6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0BCB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Коккайнар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C49D4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ул16, зд17А</w:t>
            </w:r>
          </w:p>
        </w:tc>
      </w:tr>
      <w:tr w:rsidR="002E2790" w14:paraId="5C281AE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85D4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FE4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9958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D9CB4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Коккайнар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5788C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көшесіБогенбай батыр №3156</w:t>
            </w:r>
          </w:p>
        </w:tc>
      </w:tr>
      <w:tr w:rsidR="002E2790" w14:paraId="27BA831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D08A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0D3D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CBB2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1047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946F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Жапек батыр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6D01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көшесіАлтаева 138А</w:t>
            </w:r>
          </w:p>
        </w:tc>
      </w:tr>
      <w:tr w:rsidR="002E2790" w14:paraId="035FC11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2BBD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C84A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E94C2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ABC4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Коккайнар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58FF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Бәйтерек № 97 А</w:t>
            </w:r>
          </w:p>
        </w:tc>
      </w:tr>
      <w:tr w:rsidR="002E2790" w14:paraId="7AEC96E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FF74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D7F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64FD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15A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Байкент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762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с.Байкент, шағын ауданы3, №13</w:t>
            </w:r>
          </w:p>
        </w:tc>
      </w:tr>
      <w:tr w:rsidR="002E2790" w14:paraId="0781B67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6612F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2F2C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8ED6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9315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Байкент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76A3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с.Байкент, шағын ауданы2, №1</w:t>
            </w:r>
          </w:p>
        </w:tc>
      </w:tr>
      <w:tr w:rsidR="002E2790" w14:paraId="7C0C773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2B2D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3A0A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643B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102B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Байкент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2C56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с.Байкент, шағын ауданыДоскеева, №170 Б</w:t>
            </w:r>
          </w:p>
        </w:tc>
      </w:tr>
      <w:tr w:rsidR="002E2790" w14:paraId="2C0F339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6F8B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266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035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9478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1060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AF48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Байкент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A355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с.Байкент, шағын ауданы3, №13</w:t>
            </w:r>
          </w:p>
        </w:tc>
      </w:tr>
      <w:tr w:rsidR="002E2790" w14:paraId="692FCC5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3B216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CC4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90436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5D9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Ақши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332C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 Қонаев, 13А</w:t>
            </w:r>
          </w:p>
        </w:tc>
      </w:tr>
      <w:tr w:rsidR="002E2790" w14:paraId="1976088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013C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3AD2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5C42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2B4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Ақши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861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 Қонаев, 11</w:t>
            </w:r>
          </w:p>
        </w:tc>
      </w:tr>
      <w:tr w:rsidR="002E2790" w14:paraId="664D8EE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0D40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269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27C2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2218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C78A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DD85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Алимкулова №86</w:t>
            </w:r>
          </w:p>
        </w:tc>
      </w:tr>
      <w:tr w:rsidR="002E2790" w14:paraId="20B4030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70765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9689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F038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286B7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F07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Т.Бокина,№ 68</w:t>
            </w:r>
          </w:p>
        </w:tc>
      </w:tr>
      <w:tr w:rsidR="002E2790" w14:paraId="0CF6854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E3D7D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B24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26393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D441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D971F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Абылайхана, №211А</w:t>
            </w:r>
          </w:p>
        </w:tc>
      </w:tr>
      <w:tr w:rsidR="002E2790" w14:paraId="34F2D93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489A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1AB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5D32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2CE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9E7E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Карасай батыра, №10</w:t>
            </w:r>
          </w:p>
        </w:tc>
      </w:tr>
      <w:tr w:rsidR="002E2790" w14:paraId="4DAD016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411A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746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209F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50F7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F0DB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А.Байгазиева,№ 91</w:t>
            </w:r>
          </w:p>
        </w:tc>
      </w:tr>
      <w:tr w:rsidR="002E2790" w14:paraId="5C60DA1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B14C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7BE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F890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8AC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30E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Умиралиев,№84</w:t>
            </w:r>
          </w:p>
        </w:tc>
      </w:tr>
      <w:tr w:rsidR="002E2790" w14:paraId="555CE30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9B1AF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741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37E4E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4F63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576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Барибаева,№ 48</w:t>
            </w:r>
          </w:p>
        </w:tc>
      </w:tr>
      <w:tr w:rsidR="002E2790" w14:paraId="53A407C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F7ED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176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A3187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DDDC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2DC2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Барибаева, №48</w:t>
            </w:r>
          </w:p>
        </w:tc>
      </w:tr>
      <w:tr w:rsidR="002E2790" w14:paraId="4CCD20C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B27B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EBFA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BBB1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D555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DB17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Бейсебаева, №147</w:t>
            </w:r>
          </w:p>
        </w:tc>
      </w:tr>
      <w:tr w:rsidR="002E2790" w14:paraId="1A70E25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E6AB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020B0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E36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1A61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D62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Макашева, №12 В</w:t>
            </w:r>
          </w:p>
        </w:tc>
      </w:tr>
      <w:tr w:rsidR="002E2790" w14:paraId="3FFDF94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A6F5B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279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C975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B5B66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2334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E97A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Аблайхана,№40</w:t>
            </w:r>
          </w:p>
        </w:tc>
      </w:tr>
      <w:tr w:rsidR="002E2790" w14:paraId="376EB0E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0F76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0FA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D21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EA95D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24A7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Д.Богенбай,№1А</w:t>
            </w:r>
          </w:p>
        </w:tc>
      </w:tr>
      <w:tr w:rsidR="002E2790" w14:paraId="6F6DE4B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4B42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0252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DC2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2DC5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C82A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Алтын ауыл №25</w:t>
            </w:r>
          </w:p>
        </w:tc>
      </w:tr>
      <w:tr w:rsidR="002E2790" w14:paraId="3AF7D71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D01D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6CBDE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EC3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64B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A0AC1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шағын ауданы Алтын ауыл №25</w:t>
            </w:r>
          </w:p>
        </w:tc>
      </w:tr>
      <w:tr w:rsidR="002E2790" w14:paraId="6561296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2447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9B09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9955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3BC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07CD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Кастеева, №49</w:t>
            </w:r>
          </w:p>
        </w:tc>
      </w:tr>
      <w:tr w:rsidR="002E2790" w14:paraId="68E77C9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D44B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19E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44B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12AD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6577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,№26</w:t>
            </w:r>
          </w:p>
        </w:tc>
      </w:tr>
      <w:tr w:rsidR="002E2790" w14:paraId="4F4021B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3F54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5ED7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733F4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E585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0A0A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А.Байгазиева, №158</w:t>
            </w:r>
          </w:p>
        </w:tc>
      </w:tr>
      <w:tr w:rsidR="002E2790" w14:paraId="41EF395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9B3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C2A8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797F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DB7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DAC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А.Байгазиева, №158</w:t>
            </w:r>
          </w:p>
        </w:tc>
      </w:tr>
      <w:tr w:rsidR="002E2790" w14:paraId="244DC5A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8930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C6E9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C9AC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69EBE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AE3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Қайназар батыр,№34</w:t>
            </w:r>
          </w:p>
        </w:tc>
      </w:tr>
      <w:tr w:rsidR="002E2790" w14:paraId="660B66C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58FE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DAB9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D900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C6A1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FAC2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Қайназар батыр,№34</w:t>
            </w:r>
          </w:p>
        </w:tc>
      </w:tr>
      <w:tr w:rsidR="002E2790" w14:paraId="0D2DB5A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28C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289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C4B2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CA67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BB2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1F48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Жангозина, 48</w:t>
            </w:r>
          </w:p>
        </w:tc>
      </w:tr>
      <w:tr w:rsidR="002E2790" w14:paraId="0C927FC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DC73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162A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16A7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D547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DECE0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Жайыкты,№ 2А</w:t>
            </w:r>
          </w:p>
        </w:tc>
      </w:tr>
      <w:tr w:rsidR="002E2790" w14:paraId="218DD0D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3C55E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82E4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D4057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2EF3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EE46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Жангозина,№112</w:t>
            </w:r>
          </w:p>
        </w:tc>
      </w:tr>
      <w:tr w:rsidR="002E2790" w14:paraId="56F5B5E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268A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5BB9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B53E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8F4F1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8F9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А.Болашақ,№ 3</w:t>
            </w:r>
          </w:p>
        </w:tc>
      </w:tr>
      <w:tr w:rsidR="002E2790" w14:paraId="0F04367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1128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293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F845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C45D7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254A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B579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Қастеева,№49</w:t>
            </w:r>
          </w:p>
        </w:tc>
      </w:tr>
      <w:tr w:rsidR="002E2790" w14:paraId="36E43B3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A47D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9246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E65A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EDE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4949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Жангозина,№47</w:t>
            </w:r>
          </w:p>
        </w:tc>
      </w:tr>
      <w:tr w:rsidR="002E2790" w14:paraId="4686112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0A43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7C5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797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999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A7CE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77A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учетный  орам 203,1394/1</w:t>
            </w:r>
          </w:p>
        </w:tc>
      </w:tr>
      <w:tr w:rsidR="002E2790" w14:paraId="5DE4E30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4CBE0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35A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4C1F8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1023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34D6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Қаскелең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9E02F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Абылайхана, строение, 4Б</w:t>
            </w:r>
          </w:p>
        </w:tc>
      </w:tr>
      <w:tr w:rsidR="002E2790" w14:paraId="4FC65C8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E62B7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EE0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3BDA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EF77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Әйтей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8ADF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Наурыз,№ 4</w:t>
            </w:r>
          </w:p>
        </w:tc>
      </w:tr>
      <w:tr w:rsidR="002E2790" w14:paraId="118CF68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7AC2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47EE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648B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0E08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Әйтей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1CC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 4</w:t>
            </w:r>
          </w:p>
        </w:tc>
      </w:tr>
      <w:tr w:rsidR="002E2790" w14:paraId="730F06C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9521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299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FCC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973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89C8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Еңбекші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AB7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,2А</w:t>
            </w:r>
          </w:p>
        </w:tc>
      </w:tr>
      <w:tr w:rsidR="002E2790" w14:paraId="61CAA58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50D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52214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D4A40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5493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Еңбекші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F7281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,2А</w:t>
            </w:r>
          </w:p>
        </w:tc>
      </w:tr>
      <w:tr w:rsidR="002E2790" w14:paraId="77F1647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DAA8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2C4A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FEC71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936A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Еңбекші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217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Райымбек, 2А</w:t>
            </w:r>
          </w:p>
        </w:tc>
      </w:tr>
      <w:tr w:rsidR="002E2790" w14:paraId="0773A2F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A7EF1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B1DB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00CF3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9CBE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Арайлым саяжайы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FC70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Доспанбет жырау,б/н</w:t>
            </w:r>
          </w:p>
        </w:tc>
      </w:tr>
      <w:tr w:rsidR="002E2790" w14:paraId="204AB52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400A3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4BF1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2B5F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C50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Іргелі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B44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 Рахметова №24</w:t>
            </w:r>
          </w:p>
        </w:tc>
      </w:tr>
      <w:tr w:rsidR="002E2790" w14:paraId="1341211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5576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65B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616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B3B4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Іргелі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D11D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М. Рахметова №24</w:t>
            </w:r>
          </w:p>
        </w:tc>
      </w:tr>
      <w:tr w:rsidR="002E2790" w14:paraId="39EE40A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F68F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A9E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C50C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38F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Кемертоған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6E2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орам-8 № 269</w:t>
            </w:r>
          </w:p>
        </w:tc>
      </w:tr>
      <w:tr w:rsidR="002E2790" w14:paraId="6818AC1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20F9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E03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38972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0B6BA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Іргелі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E30F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 Конаева №80</w:t>
            </w:r>
          </w:p>
        </w:tc>
      </w:tr>
      <w:tr w:rsidR="002E2790" w14:paraId="727EAEA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F226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27DC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4AA7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D68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Іргелі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6C5C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 Конаева №80</w:t>
            </w:r>
          </w:p>
        </w:tc>
      </w:tr>
      <w:tr w:rsidR="002E2790" w14:paraId="18FFEB4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EEF1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74F0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0E805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5DE6D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Іргелі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D95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Асыл Арман № 10</w:t>
            </w:r>
          </w:p>
        </w:tc>
      </w:tr>
      <w:tr w:rsidR="002E2790" w14:paraId="768D75A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21B8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5B80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16C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5F4E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Іргелі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0738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Асыл Арман № 12</w:t>
            </w:r>
          </w:p>
        </w:tc>
      </w:tr>
      <w:tr w:rsidR="002E2790" w14:paraId="6801788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6B57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CB2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F840D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CCB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Көксай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76F0D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Наурызбай батыра № 108</w:t>
            </w:r>
          </w:p>
        </w:tc>
      </w:tr>
      <w:tr w:rsidR="002E2790" w14:paraId="6A7879B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A0E3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023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9744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F23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Көксай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9E35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Наурызбай батыра № 108</w:t>
            </w:r>
          </w:p>
        </w:tc>
      </w:tr>
      <w:tr w:rsidR="002E2790" w14:paraId="5E86B50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192F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CF8D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339E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27C9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Көксай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25C9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К.Кожабекова № 1</w:t>
            </w:r>
          </w:p>
        </w:tc>
      </w:tr>
      <w:tr w:rsidR="002E2790" w14:paraId="78C529A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B421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82DB2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D16C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03E1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Көксай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BCC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орам-8 № 269</w:t>
            </w:r>
          </w:p>
        </w:tc>
      </w:tr>
      <w:tr w:rsidR="002E2790" w14:paraId="0911F9A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ADEB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F6C4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A7A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0D20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Көксай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AC34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Наурызбай батыра № 108</w:t>
            </w:r>
          </w:p>
        </w:tc>
      </w:tr>
      <w:tr w:rsidR="002E2790" w14:paraId="5723B08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3F98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A872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91C9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1026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B430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Көксай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5FE9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Наурызбай батыр 109/1</w:t>
            </w:r>
          </w:p>
        </w:tc>
      </w:tr>
      <w:tr w:rsidR="002E2790" w14:paraId="490E48A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9140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C2EFB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42EA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1027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2DB1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Кемертоған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BD5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Центральная №22а</w:t>
            </w:r>
          </w:p>
        </w:tc>
      </w:tr>
      <w:tr w:rsidR="002E2790" w14:paraId="1C037D3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591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3E2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B1CE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D083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5312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 Байтурсынова ,№38</w:t>
            </w:r>
          </w:p>
        </w:tc>
      </w:tr>
      <w:tr w:rsidR="002E2790" w14:paraId="77D5745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7473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34D6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DA5D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FE3C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4205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Н. Әділбеков, №1</w:t>
            </w:r>
          </w:p>
        </w:tc>
      </w:tr>
      <w:tr w:rsidR="002E2790" w14:paraId="1BE562B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DE05F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319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81A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7ADF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9B1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0194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Өтеген батыра,№ 40</w:t>
            </w:r>
          </w:p>
        </w:tc>
      </w:tr>
      <w:tr w:rsidR="002E2790" w14:paraId="6A820E6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92F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320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FA1E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3D98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4C5D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4C7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Т. Рыскулова,№ 58А</w:t>
            </w:r>
          </w:p>
        </w:tc>
      </w:tr>
      <w:tr w:rsidR="002E2790" w14:paraId="771B629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0A0A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EEDF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C26C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75DB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2A6F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Жибек жолы,№ 83</w:t>
            </w:r>
          </w:p>
        </w:tc>
      </w:tr>
      <w:tr w:rsidR="002E2790" w14:paraId="37BB1B7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2EC8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A2DC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9E5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E2B1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8F9F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жолы,№ 76</w:t>
            </w:r>
          </w:p>
        </w:tc>
      </w:tr>
      <w:tr w:rsidR="002E2790" w14:paraId="288F605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901F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E205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DCD81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9F23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AF2E4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Наурыз,№ 62</w:t>
            </w:r>
          </w:p>
        </w:tc>
      </w:tr>
      <w:tr w:rsidR="002E2790" w14:paraId="6E50CF4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70B2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75A1C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CD6D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9E33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FC1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Наурыз 62</w:t>
            </w:r>
          </w:p>
        </w:tc>
      </w:tr>
      <w:tr w:rsidR="002E2790" w14:paraId="2906E7A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CAAC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A0D2B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F727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738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Шамалған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C62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Жибек Жолы,№ 54</w:t>
            </w:r>
          </w:p>
        </w:tc>
      </w:tr>
      <w:tr w:rsidR="002E2790" w14:paraId="455A32E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19EE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6AB8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232F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B5C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Бекболат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0831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Боздақова,№ 3Б</w:t>
            </w:r>
          </w:p>
        </w:tc>
      </w:tr>
      <w:tr w:rsidR="002E2790" w14:paraId="604AB04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F55E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064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A2ED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3E73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Бекболат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90AA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ул: Боздақова 3Б</w:t>
            </w:r>
          </w:p>
        </w:tc>
      </w:tr>
      <w:tr w:rsidR="002E2790" w14:paraId="4539C50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59D7E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BBBA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0C40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D2F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BEF5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Боброва,№3</w:t>
            </w:r>
          </w:p>
        </w:tc>
      </w:tr>
      <w:tr w:rsidR="002E2790" w14:paraId="34BAEE8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98BD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329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879F1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DF3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E2C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Жандосов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68B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Б.Т.Темірбеков №16</w:t>
            </w:r>
          </w:p>
        </w:tc>
      </w:tr>
      <w:tr w:rsidR="002E2790" w14:paraId="47E8917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C832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F990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3D733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8CF4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Жандосов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4C4A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Б.Т.Темірбеков №16</w:t>
            </w:r>
          </w:p>
        </w:tc>
      </w:tr>
      <w:tr w:rsidR="002E2790" w14:paraId="273ECF3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2830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9631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AF7A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C29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Шалқар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5475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Орам 4 Құрылыс 69А</w:t>
            </w:r>
          </w:p>
        </w:tc>
      </w:tr>
      <w:tr w:rsidR="002E2790" w14:paraId="0254B4E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9F449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1670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A9C6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03C0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Шалқар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8B62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Абая 9</w:t>
            </w:r>
          </w:p>
        </w:tc>
      </w:tr>
      <w:tr w:rsidR="002E2790" w14:paraId="7366578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BDA2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CEF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E7551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8199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Тұрар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A9EA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С.Копбаева № 21</w:t>
            </w:r>
          </w:p>
        </w:tc>
      </w:tr>
      <w:tr w:rsidR="002E2790" w14:paraId="7C2B6C8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963A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02CA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E8EC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7A53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Тұрар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AB2D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С.Копбаева № 21</w:t>
            </w:r>
          </w:p>
        </w:tc>
      </w:tr>
      <w:tr w:rsidR="002E2790" w14:paraId="1969E1A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F0DA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C53E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CA02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82E1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Қолащы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C035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Р.Байжарасова № 2</w:t>
            </w:r>
          </w:p>
        </w:tc>
      </w:tr>
      <w:tr w:rsidR="002E2790" w14:paraId="1BEE7A0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369F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5D4F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8019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F0D87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E11D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Ж.Дуйсекова  №47 А</w:t>
            </w:r>
          </w:p>
        </w:tc>
      </w:tr>
      <w:tr w:rsidR="002E2790" w14:paraId="540A37F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CC6F7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C9A3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5317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72A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81CE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Ж.Дуйсекова № 47а</w:t>
            </w:r>
          </w:p>
        </w:tc>
      </w:tr>
      <w:tr w:rsidR="002E2790" w14:paraId="169FE46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1DB6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1B65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D195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626E3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BB3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Д.Кунаева № 2</w:t>
            </w:r>
          </w:p>
        </w:tc>
      </w:tr>
      <w:tr w:rsidR="002E2790" w14:paraId="4872BAF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90E7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339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CD2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925ED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D21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B582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Д.Кунаева № 2</w:t>
            </w:r>
          </w:p>
        </w:tc>
      </w:tr>
      <w:tr w:rsidR="002E2790" w14:paraId="0462B52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7BA94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962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670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FB59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5ED0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Д.Кунаева № 2</w:t>
            </w:r>
          </w:p>
        </w:tc>
      </w:tr>
      <w:tr w:rsidR="002E2790" w14:paraId="47DA29A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B846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A4812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C4F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85851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03A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Карасу № 110а</w:t>
            </w:r>
          </w:p>
        </w:tc>
      </w:tr>
      <w:tr w:rsidR="002E2790" w14:paraId="3761FC4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C47D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D56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6EF4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743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6060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Карасу № 110а</w:t>
            </w:r>
          </w:p>
        </w:tc>
      </w:tr>
      <w:tr w:rsidR="002E2790" w14:paraId="23C6F41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72EE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FB70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D503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B7B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CA3D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Суюнбая  75</w:t>
            </w:r>
          </w:p>
        </w:tc>
      </w:tr>
      <w:tr w:rsidR="002E2790" w14:paraId="205128A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E963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253B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B477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D0B9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8235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Суюнбая  75</w:t>
            </w:r>
          </w:p>
        </w:tc>
      </w:tr>
      <w:tr w:rsidR="002E2790" w14:paraId="6E41628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1A3A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F0E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29F0A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3061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Қолащы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EB4F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Самал .95б</w:t>
            </w:r>
          </w:p>
        </w:tc>
      </w:tr>
      <w:tr w:rsidR="002E2790" w14:paraId="773F023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E16C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6DD28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32C6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B93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Жібек жолы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480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Карасу № 110А</w:t>
            </w:r>
          </w:p>
        </w:tc>
      </w:tr>
      <w:tr w:rsidR="002E2790" w14:paraId="3065DF5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4587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347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1888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01DC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2461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Қошмамбет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887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Маметова,№2А</w:t>
            </w:r>
          </w:p>
        </w:tc>
      </w:tr>
      <w:tr w:rsidR="002E2790" w14:paraId="27FE5FB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366E7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7AA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F65E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66B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Қошмамбет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43E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Маметова,№2А</w:t>
            </w:r>
          </w:p>
        </w:tc>
      </w:tr>
      <w:tr w:rsidR="002E2790" w14:paraId="221DBEA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B81B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349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C423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41D2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03D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Батан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90FB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Саламато,№в1А</w:t>
            </w:r>
          </w:p>
        </w:tc>
      </w:tr>
      <w:tr w:rsidR="002E2790" w14:paraId="718ABBD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88D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45AE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DFAD7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0DFF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Жамбыл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757A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Жамбыл,№ 24</w:t>
            </w:r>
          </w:p>
        </w:tc>
      </w:tr>
      <w:tr w:rsidR="002E2790" w14:paraId="00110E1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62CC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1D0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9334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5065A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Жамбыл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7DEF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Аксай,№ 40</w:t>
            </w:r>
          </w:p>
        </w:tc>
      </w:tr>
      <w:tr w:rsidR="002E2790" w14:paraId="2290ACC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614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5D26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ABE07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F80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Ұлан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953C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Тегис ,№14</w:t>
            </w:r>
          </w:p>
        </w:tc>
      </w:tr>
      <w:tr w:rsidR="002E2790" w14:paraId="5E8CC74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1F9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0708F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F08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979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E4A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Жамбыл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89E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Жамбыл,№ 24</w:t>
            </w:r>
          </w:p>
        </w:tc>
      </w:tr>
      <w:tr w:rsidR="002E2790" w14:paraId="0DC14DF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542C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0E7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DDED5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1029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E72CB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Жамбыл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A9FC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Шаган,№ 58/1</w:t>
            </w:r>
          </w:p>
        </w:tc>
      </w:tr>
      <w:tr w:rsidR="002E2790" w14:paraId="0DA6ADD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8FC6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80F6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3B24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BB2D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Алмалыбақ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9135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Хабибуллина,№9</w:t>
            </w:r>
          </w:p>
        </w:tc>
      </w:tr>
      <w:tr w:rsidR="002E2790" w14:paraId="5514829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68F44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FAD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55DB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9405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Алмалыбақ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579F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Хабибуллина,№ 9</w:t>
            </w:r>
          </w:p>
        </w:tc>
      </w:tr>
      <w:tr w:rsidR="002E2790" w14:paraId="244F53B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E3E6B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6522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B201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B4F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Жалпақсай к.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4940F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Т.Сарбасов,№ 33</w:t>
            </w:r>
          </w:p>
        </w:tc>
      </w:tr>
      <w:tr w:rsidR="002E2790" w14:paraId="5CD34AC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AC46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E97F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896B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A452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Жалпақсай к.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C4A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Т.Сарбасов,№ 33</w:t>
            </w:r>
          </w:p>
        </w:tc>
      </w:tr>
      <w:tr w:rsidR="002E2790" w14:paraId="0ED8289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E9791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359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7EA7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A68B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9F0E2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Мерей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EE4B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Мекетп,№ 1</w:t>
            </w:r>
          </w:p>
        </w:tc>
      </w:tr>
      <w:tr w:rsidR="002E2790" w14:paraId="6D57FD7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9AA0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DB15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28BFF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9B93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Мерей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2E27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Мекетп,№ 1</w:t>
            </w:r>
          </w:p>
        </w:tc>
      </w:tr>
      <w:tr w:rsidR="002E2790" w14:paraId="63ADE10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3F4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A1BE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E054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1002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E294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Алмалыбақ к.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2352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И.Абиров,№ 16</w:t>
            </w:r>
          </w:p>
        </w:tc>
      </w:tr>
      <w:tr w:rsidR="002E2790" w14:paraId="31DA1E3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E847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B8DA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8759F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398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Береке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8AC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Алтынсарина № 1</w:t>
            </w:r>
          </w:p>
        </w:tc>
      </w:tr>
      <w:tr w:rsidR="002E2790" w14:paraId="3212D36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706E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129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7E51E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9AE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Береке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387CA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Астана №40</w:t>
            </w:r>
          </w:p>
        </w:tc>
      </w:tr>
      <w:tr w:rsidR="002E2790" w14:paraId="57384D4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45143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5A7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A763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5DE3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Исаев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AD3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Сүйінбай №203</w:t>
            </w:r>
          </w:p>
        </w:tc>
      </w:tr>
      <w:tr w:rsidR="002E2790" w14:paraId="1FAE6B4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948B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6E5C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ABD1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5107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Жармұхамбет к.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5A1D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Наурызбай батыра № 23</w:t>
            </w:r>
          </w:p>
        </w:tc>
      </w:tr>
      <w:tr w:rsidR="002E2790" w14:paraId="6630B47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6693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F6E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A5FB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648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Көкөзек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A5FEE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Акымжанова №16</w:t>
            </w:r>
          </w:p>
        </w:tc>
      </w:tr>
      <w:tr w:rsidR="002E2790" w14:paraId="573EE58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81D2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479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4FA75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2D6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Көкөзек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032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Акымжанова №16</w:t>
            </w:r>
          </w:p>
        </w:tc>
      </w:tr>
      <w:tr w:rsidR="002E2790" w14:paraId="236298A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8ADA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2AED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C27E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311D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Елтай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9078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Тамабай б/н</w:t>
            </w:r>
          </w:p>
        </w:tc>
      </w:tr>
      <w:tr w:rsidR="002E2790" w14:paraId="0409C36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7113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369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D317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EA58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1E27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CA040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Ы. Алтынсарина №30</w:t>
            </w:r>
          </w:p>
        </w:tc>
      </w:tr>
      <w:tr w:rsidR="002E2790" w14:paraId="0F21174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B3E0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7A86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F435A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BC52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ABDB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Макатаева № 96</w:t>
            </w:r>
          </w:p>
        </w:tc>
      </w:tr>
      <w:tr w:rsidR="002E2790" w14:paraId="6409430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69BC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379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A5ED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5A21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A939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Алатау №23Б</w:t>
            </w:r>
          </w:p>
        </w:tc>
      </w:tr>
      <w:tr w:rsidR="002E2790" w14:paraId="2F71DB4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D328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7DD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971EA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0911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BDD3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Туркистан №4</w:t>
            </w:r>
          </w:p>
        </w:tc>
      </w:tr>
      <w:tr w:rsidR="002E2790" w14:paraId="1F51898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6D06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6829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CE6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EAC9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0142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Туркистан №4</w:t>
            </w:r>
          </w:p>
        </w:tc>
      </w:tr>
      <w:tr w:rsidR="002E2790" w14:paraId="54C711B1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537B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374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081C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F5DE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3163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Райымбек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7893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Суйнбай №</w:t>
            </w:r>
          </w:p>
        </w:tc>
      </w:tr>
      <w:tr w:rsidR="002E2790" w14:paraId="7C6A542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EA11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60D5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AF90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173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Бұлақты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ECD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 №13</w:t>
            </w:r>
          </w:p>
        </w:tc>
      </w:tr>
      <w:tr w:rsidR="002E2790" w14:paraId="54F0B50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C8DA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22B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73CE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8056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Бұлақты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34A6D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 №13</w:t>
            </w:r>
          </w:p>
        </w:tc>
      </w:tr>
      <w:tr w:rsidR="002E2790" w14:paraId="0876507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DDF9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70B4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88CD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F08A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Долан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C3A5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Достык №1\29</w:t>
            </w:r>
          </w:p>
        </w:tc>
      </w:tr>
      <w:tr w:rsidR="002E2790" w14:paraId="529ACC4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944D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39A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D385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70C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Қырғауылды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D679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Инкарбекова №49</w:t>
            </w:r>
          </w:p>
        </w:tc>
      </w:tr>
      <w:tr w:rsidR="002E2790" w14:paraId="40B3D27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9B151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379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4B2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90E7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D95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Қырғауылды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CAE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 №49А</w:t>
            </w:r>
          </w:p>
        </w:tc>
      </w:tr>
      <w:tr w:rsidR="002E2790" w14:paraId="6357C38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ED7D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AD8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922F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E93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Қырғауылды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808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Наурыз №49</w:t>
            </w:r>
          </w:p>
        </w:tc>
      </w:tr>
      <w:tr w:rsidR="002E2790" w14:paraId="64DFA53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F4863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D5E4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A64DB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FF43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Жаңатұрмыс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B307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Алтынсарина №37</w:t>
            </w:r>
          </w:p>
        </w:tc>
      </w:tr>
      <w:tr w:rsidR="002E2790" w14:paraId="699995A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11FB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AA44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3DB1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519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1B0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Жаңатұрмыс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472D1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Нурпеисова,№ 19</w:t>
            </w:r>
          </w:p>
        </w:tc>
      </w:tr>
      <w:tr w:rsidR="002E2790" w14:paraId="773F6A2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03B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B8B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DAB9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557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6D252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Кеген ауданы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3682A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Б. Момышулы № 13</w:t>
            </w:r>
          </w:p>
        </w:tc>
      </w:tr>
      <w:tr w:rsidR="002E2790" w14:paraId="0DDAFA8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D8556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208C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8378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558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7F3F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Кеген ауданы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7191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Б.Атыханулы №13</w:t>
            </w:r>
          </w:p>
        </w:tc>
      </w:tr>
      <w:tr w:rsidR="002E2790" w14:paraId="7BF0E22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C8C43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D136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F307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559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20B7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Кеген ауданы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F62D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М. Лебаева № 40</w:t>
            </w:r>
          </w:p>
        </w:tc>
      </w:tr>
      <w:tr w:rsidR="002E2790" w14:paraId="4DD0E06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09D4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D8B2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0F88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565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BB3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Кеген ауданы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B4C40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Райымбека № 27</w:t>
            </w:r>
          </w:p>
        </w:tc>
      </w:tr>
      <w:tr w:rsidR="002E2790" w14:paraId="3368183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D175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676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AD2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581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9D1F4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Кеген ауданы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4CF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Райымбека № 27</w:t>
            </w:r>
          </w:p>
        </w:tc>
      </w:tr>
      <w:tr w:rsidR="002E2790" w14:paraId="2007273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5231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0C7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154C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762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CE375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Нарынқол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2D4D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көшесіТөле би, 44</w:t>
            </w:r>
          </w:p>
        </w:tc>
      </w:tr>
      <w:tr w:rsidR="002E2790" w14:paraId="3C8BB51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88F8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389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27BF8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B9DC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763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1169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Нарынқол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02D3F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Узак, 69</w:t>
            </w:r>
          </w:p>
        </w:tc>
      </w:tr>
      <w:tr w:rsidR="002E2790" w14:paraId="45C7868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E992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5712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31A7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764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C437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Нарынқол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622F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Абая, 100</w:t>
            </w:r>
          </w:p>
        </w:tc>
      </w:tr>
      <w:tr w:rsidR="002E2790" w14:paraId="47D7688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803F5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98CD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E125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768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175F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Текес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D70B4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көшесіДембаева, 14</w:t>
            </w:r>
          </w:p>
        </w:tc>
      </w:tr>
      <w:tr w:rsidR="002E2790" w14:paraId="3BB2DAE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1A11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DC2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DBF9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773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3B1A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Қайнар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938C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көшесіОмар, 31</w:t>
            </w:r>
          </w:p>
        </w:tc>
      </w:tr>
      <w:tr w:rsidR="002E2790" w14:paraId="3ADF6AD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43F0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4015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30BE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774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BFBA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Сарыжаз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81F6A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көшесіЖапар, 20</w:t>
            </w:r>
          </w:p>
        </w:tc>
      </w:tr>
      <w:tr w:rsidR="002E2790" w14:paraId="78104E9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12603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315D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8F75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779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E5036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Қарасаз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0F8A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А.Доненбаева, 10</w:t>
            </w:r>
          </w:p>
        </w:tc>
      </w:tr>
      <w:tr w:rsidR="002E2790" w14:paraId="059935C9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4304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DE9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4F7EF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781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C78B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Сарыбастау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47191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көшесіНурасыл, 26</w:t>
            </w:r>
          </w:p>
        </w:tc>
      </w:tr>
      <w:tr w:rsidR="002E2790" w14:paraId="45F1BCE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1119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FDE40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22475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782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7000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Сүмбе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84A2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М.Ауезова, 42</w:t>
            </w:r>
          </w:p>
        </w:tc>
      </w:tr>
      <w:tr w:rsidR="002E2790" w14:paraId="47F7F0C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95BC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314B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FBE5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819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649C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2A25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көшесіГагарина 31</w:t>
            </w:r>
          </w:p>
        </w:tc>
      </w:tr>
      <w:tr w:rsidR="002E2790" w14:paraId="6567252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CBF9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EA74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4E53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ABB0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52C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көшесіГагарина 31</w:t>
            </w:r>
          </w:p>
        </w:tc>
      </w:tr>
      <w:tr w:rsidR="002E2790" w14:paraId="596A982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82CB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399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85E7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DE4D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0B04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8232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көшесіГагарина 31</w:t>
            </w:r>
          </w:p>
        </w:tc>
      </w:tr>
      <w:tr w:rsidR="002E2790" w14:paraId="746EDA5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C782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A0B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76D0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EAE4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113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көшесіГагарина 59</w:t>
            </w:r>
          </w:p>
        </w:tc>
      </w:tr>
      <w:tr w:rsidR="002E2790" w14:paraId="02012D3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C677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401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D960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535E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1CD4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D58B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көшесіАбылайхана 55</w:t>
            </w:r>
          </w:p>
        </w:tc>
      </w:tr>
      <w:tr w:rsidR="002E2790" w14:paraId="7255D06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313EF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8B63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22BF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DA7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7B54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көшесіПушкина 28</w:t>
            </w:r>
          </w:p>
        </w:tc>
      </w:tr>
      <w:tr w:rsidR="002E2790" w14:paraId="16F00F7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9967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7D483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49282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6FBE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B61B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көшесіРыскулова 68</w:t>
            </w:r>
          </w:p>
        </w:tc>
      </w:tr>
      <w:tr w:rsidR="002E2790" w14:paraId="62B24F5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8EBA7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94972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7EC9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D326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289E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көшесіСевостопольская 2</w:t>
            </w:r>
          </w:p>
        </w:tc>
      </w:tr>
      <w:tr w:rsidR="002E2790" w14:paraId="13F52DA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BB62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874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932A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A063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7C5C7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көшесіРыскулова 183 б</w:t>
            </w:r>
          </w:p>
        </w:tc>
      </w:tr>
      <w:tr w:rsidR="002E2790" w14:paraId="7487BB62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6593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FA114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760A1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DF5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7A2FC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көшесіРыскулова 183 б</w:t>
            </w:r>
          </w:p>
        </w:tc>
      </w:tr>
      <w:tr w:rsidR="002E2790" w14:paraId="32FCCAD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C937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230A0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44DD2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829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3F70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87CE2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көшесіА.Шевцова 8а</w:t>
            </w:r>
          </w:p>
        </w:tc>
      </w:tr>
      <w:tr w:rsidR="002E2790" w14:paraId="72557A3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E93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BC6E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AE88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693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4776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көшесіКарасай батыра 34/1</w:t>
            </w:r>
          </w:p>
        </w:tc>
      </w:tr>
      <w:tr w:rsidR="002E2790" w14:paraId="0F9CD1C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E7AF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409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0B15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A065B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B1B4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298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Карасай батыра 34/1</w:t>
            </w:r>
          </w:p>
        </w:tc>
      </w:tr>
      <w:tr w:rsidR="002E2790" w14:paraId="6AAE5DF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8818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E07C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C970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BA19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D003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көшесіҚонаева үйі 97/1</w:t>
            </w:r>
          </w:p>
        </w:tc>
      </w:tr>
      <w:tr w:rsidR="002E2790" w14:paraId="46296C3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72BE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C746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B007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EB0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6DAE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көшесіАбая б/н</w:t>
            </w:r>
          </w:p>
        </w:tc>
      </w:tr>
      <w:tr w:rsidR="002E2790" w14:paraId="7CE0CCB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8998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7727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F1A9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7B16A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1FCBF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көшесіД.Кунаева 201 А</w:t>
            </w:r>
          </w:p>
        </w:tc>
      </w:tr>
      <w:tr w:rsidR="002E2790" w14:paraId="38954D0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1BAB8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13D4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8ACB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363C0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AA7D4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көшесіД.Кунаева 209 А</w:t>
            </w:r>
          </w:p>
        </w:tc>
      </w:tr>
      <w:tr w:rsidR="002E2790" w14:paraId="53B9414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A15B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0AC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4A91F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DD05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BFB61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көшесіА.Пугачева 1</w:t>
            </w:r>
          </w:p>
        </w:tc>
      </w:tr>
      <w:tr w:rsidR="002E2790" w14:paraId="5D7C069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A587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FFF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64FD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A2C8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70A1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көшесіАбая 89</w:t>
            </w:r>
          </w:p>
        </w:tc>
      </w:tr>
      <w:tr w:rsidR="002E2790" w14:paraId="3C2AD00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52D8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FDAF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F668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D497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8672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көшесіГ.Мусирепова 57</w:t>
            </w:r>
          </w:p>
        </w:tc>
      </w:tr>
      <w:tr w:rsidR="002E2790" w14:paraId="7477185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7AD27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7FA3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7D10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839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9B9FE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387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көшесіНаурызбай батыра 28</w:t>
            </w:r>
          </w:p>
        </w:tc>
      </w:tr>
      <w:tr w:rsidR="002E2790" w14:paraId="0835202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D36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0053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4DD0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840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1464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189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көшесіПавлова 24 а</w:t>
            </w:r>
          </w:p>
        </w:tc>
      </w:tr>
      <w:tr w:rsidR="002E2790" w14:paraId="4216ABF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FC7A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419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3ADD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AD2C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843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543F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Қызылқайрат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DE1A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Маметова 101</w:t>
            </w:r>
          </w:p>
        </w:tc>
      </w:tr>
      <w:tr w:rsidR="002E2790" w14:paraId="3DC9882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01CE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306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A566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844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251C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Қызылқайрат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F8831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Маметова 101</w:t>
            </w:r>
          </w:p>
        </w:tc>
      </w:tr>
      <w:tr w:rsidR="002E2790" w14:paraId="00ABF52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943F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3147F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3155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845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77EF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Қызылқайрат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D61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А. Малькеева 37/1</w:t>
            </w:r>
          </w:p>
        </w:tc>
      </w:tr>
      <w:tr w:rsidR="002E2790" w14:paraId="797B64A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E9341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0E69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A508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846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FE43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Алмалық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3136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Абая №6</w:t>
            </w:r>
          </w:p>
        </w:tc>
      </w:tr>
      <w:tr w:rsidR="002E2790" w14:paraId="55D8D26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2250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351D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765D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848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AE6E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Рысқұлов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9518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көшесіБокина 2</w:t>
            </w:r>
          </w:p>
        </w:tc>
      </w:tr>
      <w:tr w:rsidR="002E2790" w14:paraId="5D78BDD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C7BA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0A5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059A3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9DB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Белбұлақ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757E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С.Алиева,54</w:t>
            </w:r>
          </w:p>
        </w:tc>
      </w:tr>
      <w:tr w:rsidR="002E2790" w14:paraId="5684FE2B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850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C85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75F0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46364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Белбұлақ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E64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С.Алиева,54</w:t>
            </w:r>
          </w:p>
        </w:tc>
      </w:tr>
      <w:tr w:rsidR="002E2790" w14:paraId="790053A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79C4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D21AE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F70C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660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Белбұлақ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48F0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С. Алиева 54</w:t>
            </w:r>
          </w:p>
        </w:tc>
      </w:tr>
      <w:tr w:rsidR="002E2790" w14:paraId="16E38DA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6833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4A28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C152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503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Бірлік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B547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М. Маметовой 1</w:t>
            </w:r>
          </w:p>
        </w:tc>
      </w:tr>
      <w:tr w:rsidR="002E2790" w14:paraId="676192D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BD28D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428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481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0F52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78FFD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Талдыбұлақ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C3A9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Бирлик</w:t>
            </w:r>
          </w:p>
        </w:tc>
      </w:tr>
      <w:tr w:rsidR="002E2790" w14:paraId="61CA79A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C35D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429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B9C98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50CC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7BB6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Бірлік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D567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М. Маметовой 2</w:t>
            </w:r>
          </w:p>
        </w:tc>
      </w:tr>
      <w:tr w:rsidR="002E2790" w14:paraId="32C8E12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AE46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7FA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D74B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12842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Тұздыбастау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642A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көшесіЖылкыбая 153</w:t>
            </w:r>
          </w:p>
        </w:tc>
      </w:tr>
      <w:tr w:rsidR="002E2790" w14:paraId="7DB23F1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1F04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CAC1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2BA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32F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Тұздыбастау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C205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көшесіЖылкыбая 153</w:t>
            </w:r>
          </w:p>
        </w:tc>
      </w:tr>
      <w:tr w:rsidR="002E2790" w14:paraId="41207C1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A3A4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09A9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2184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2AE48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Тұздыбастау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D77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көшесіЖылкыбая 153</w:t>
            </w:r>
          </w:p>
        </w:tc>
      </w:tr>
      <w:tr w:rsidR="002E2790" w14:paraId="65C50E9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55A4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5C4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54B1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859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DCA5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Тұздыбастау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7DB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көшесіКазыбекби 1</w:t>
            </w:r>
          </w:p>
        </w:tc>
      </w:tr>
      <w:tr w:rsidR="002E2790" w14:paraId="06E5F34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C99A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F98B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2D11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1D328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Тұздыбастау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9567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көшесіКазыбекби 1</w:t>
            </w:r>
          </w:p>
        </w:tc>
      </w:tr>
      <w:tr w:rsidR="002E2790" w14:paraId="2BEBD95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20C6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201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1853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05B6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Тұздыбастау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F891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көшесіКазыбекби 1</w:t>
            </w:r>
          </w:p>
        </w:tc>
      </w:tr>
      <w:tr w:rsidR="002E2790" w14:paraId="683B32A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D436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FC91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26F2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8F891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Бесқайнар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8BAB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көшесіМичурина 34</w:t>
            </w:r>
          </w:p>
        </w:tc>
      </w:tr>
      <w:tr w:rsidR="002E2790" w14:paraId="1DAB2855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43A1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662D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BD3E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D75B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B140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көшесіЛомоносова 7б</w:t>
            </w:r>
          </w:p>
        </w:tc>
      </w:tr>
      <w:tr w:rsidR="002E2790" w14:paraId="3DD3B7DE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700A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19E6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5A53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5EF3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F0FF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көшесіЛомоносова 7б</w:t>
            </w:r>
          </w:p>
        </w:tc>
      </w:tr>
      <w:tr w:rsidR="002E2790" w14:paraId="5C140EA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18A5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439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57C3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ACB1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E9A1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9F83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көшесіКудайбердиева 149</w:t>
            </w:r>
          </w:p>
        </w:tc>
      </w:tr>
      <w:tr w:rsidR="002E2790" w14:paraId="3221191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81F64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D0E53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F570E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826C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38A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көшесіКудайбердиева 149</w:t>
            </w:r>
          </w:p>
        </w:tc>
      </w:tr>
      <w:tr w:rsidR="002E2790" w14:paraId="391B33C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C64C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4386A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0A1E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F3B4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3283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көшесіХамраева 30</w:t>
            </w:r>
          </w:p>
        </w:tc>
      </w:tr>
      <w:tr w:rsidR="002E2790" w14:paraId="3CBE1EB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9F2D8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A300D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32B2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7BD0F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D2E8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көшесіХамраева 30</w:t>
            </w:r>
          </w:p>
        </w:tc>
      </w:tr>
      <w:tr w:rsidR="002E2790" w14:paraId="4671956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C7AF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F6299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A5D00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869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2B994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Кеңдала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3293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Кабанбай батыра 2</w:t>
            </w:r>
          </w:p>
        </w:tc>
      </w:tr>
      <w:tr w:rsidR="002E2790" w14:paraId="6C6B731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C4EA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241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A188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BC0F6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Кеңдала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A8590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А.И.Смыков 11</w:t>
            </w:r>
          </w:p>
        </w:tc>
      </w:tr>
      <w:tr w:rsidR="002E2790" w14:paraId="188B3A0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2B80F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EFD8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50619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C66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Ақдала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B6E56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Хантанири 3</w:t>
            </w:r>
          </w:p>
        </w:tc>
      </w:tr>
      <w:tr w:rsidR="002E2790" w14:paraId="66E0BE3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E967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1FC86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7B11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2B16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Ақтас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CD812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Новостройка 70</w:t>
            </w:r>
          </w:p>
        </w:tc>
      </w:tr>
      <w:tr w:rsidR="002E2790" w14:paraId="6B2E3834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EDFFE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7FF20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4C29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A291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Ақтас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667F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Новостройка 71</w:t>
            </w:r>
          </w:p>
        </w:tc>
      </w:tr>
      <w:tr w:rsidR="002E2790" w14:paraId="793E246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F10C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4C1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DC54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5A37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Ақтас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DA77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 Новостройка 70</w:t>
            </w:r>
          </w:p>
        </w:tc>
      </w:tr>
      <w:tr w:rsidR="002E2790" w14:paraId="1EAAB42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812C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449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665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E7C8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B8CF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Еңбекші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0C0F1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Болашак 62</w:t>
            </w:r>
          </w:p>
        </w:tc>
      </w:tr>
      <w:tr w:rsidR="002E2790" w14:paraId="23262A5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CE0B3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12F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5BE3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E1C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Панфилов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5EF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Томаровского9</w:t>
            </w:r>
          </w:p>
        </w:tc>
      </w:tr>
      <w:tr w:rsidR="002E2790" w14:paraId="6D4849F3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2B83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D154A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908C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33F3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Панфилов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5C26C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Томаровского 9</w:t>
            </w:r>
          </w:p>
        </w:tc>
      </w:tr>
      <w:tr w:rsidR="002E2790" w14:paraId="04DB9D6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9EF2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993F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D9BC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D2A3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Панфилов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A019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Уалиханова 8</w:t>
            </w:r>
          </w:p>
        </w:tc>
      </w:tr>
      <w:tr w:rsidR="002E2790" w14:paraId="224210AA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323DF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F82B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C5C46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879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0C5F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Панфилов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471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Уалиханова 8</w:t>
            </w:r>
          </w:p>
        </w:tc>
      </w:tr>
      <w:tr w:rsidR="002E2790" w14:paraId="48EA7463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61E3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417F9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7ACE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3FE6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Қарабұлақ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D5B0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Н. Тлендиева 1</w:t>
            </w:r>
          </w:p>
        </w:tc>
      </w:tr>
      <w:tr w:rsidR="002E2790" w14:paraId="3F41D85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FD29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455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DE9A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A8C5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A7584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Қарабұлақ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3424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көшесіН.Тлендиева</w:t>
            </w:r>
          </w:p>
        </w:tc>
      </w:tr>
      <w:tr w:rsidR="002E2790" w14:paraId="3BC0D1A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15268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4916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A7C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9E5A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Төңкеріс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CE24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көшесіМ.Макатаева 30</w:t>
            </w:r>
          </w:p>
        </w:tc>
      </w:tr>
      <w:tr w:rsidR="002E2790" w14:paraId="3857A1E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8894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741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473F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0EB4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Қызылту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EA68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К. Тарпанова 21</w:t>
            </w:r>
          </w:p>
        </w:tc>
      </w:tr>
      <w:tr w:rsidR="002E2790" w14:paraId="7B48923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EABD0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1E85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1C348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187C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Қызылту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E448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К. Тарпанова 21</w:t>
            </w:r>
          </w:p>
        </w:tc>
      </w:tr>
      <w:tr w:rsidR="002E2790" w14:paraId="63E4FCB6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E1C4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459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F90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CB68B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D2F9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Кіші Байсерке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7780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Абая 170а</w:t>
            </w:r>
          </w:p>
        </w:tc>
      </w:tr>
      <w:tr w:rsidR="002E2790" w14:paraId="4BF3582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BFAD3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6585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BE796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352F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Гүлдала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351B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Кичикова 86</w:t>
            </w:r>
          </w:p>
        </w:tc>
      </w:tr>
      <w:tr w:rsidR="002E2790" w14:paraId="04267F1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A05F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2E1B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A0A4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9867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Гүлдала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72A1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Кичикова 87</w:t>
            </w:r>
          </w:p>
        </w:tc>
      </w:tr>
      <w:tr w:rsidR="002E2790" w14:paraId="45D7E89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54B6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B5A6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912E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6820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Гүлдала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63DA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Жибек Жолы 1б</w:t>
            </w:r>
          </w:p>
        </w:tc>
      </w:tr>
      <w:tr w:rsidR="002E2790" w14:paraId="7D9A122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3AAA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B767F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B722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889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60CD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Еркін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77E6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көшесіКирова 24</w:t>
            </w:r>
          </w:p>
        </w:tc>
      </w:tr>
      <w:tr w:rsidR="002E2790" w14:paraId="05EFD887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B689F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81DC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A381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890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6FFC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Еркін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CE85C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көшесіКирова 24</w:t>
            </w:r>
          </w:p>
        </w:tc>
      </w:tr>
      <w:tr w:rsidR="002E2790" w14:paraId="45D524D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2585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4866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60EF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891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8EDE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с.Кайнар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3A838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Х. Омарова  13</w:t>
            </w:r>
          </w:p>
        </w:tc>
      </w:tr>
      <w:tr w:rsidR="002E2790" w14:paraId="2A7CEA9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23E0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2F6D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4CE4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893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A65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Жалғамыс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EE03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Школьная  2</w:t>
            </w:r>
          </w:p>
        </w:tc>
      </w:tr>
      <w:tr w:rsidR="002E2790" w14:paraId="1F0FC0A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413ED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45B4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FD995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894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0787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Жалғамыс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9961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Школьная  2</w:t>
            </w:r>
          </w:p>
        </w:tc>
      </w:tr>
      <w:tr w:rsidR="002E2790" w14:paraId="60C78BC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FA24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0B00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CD74D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983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7A7A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Жаңақуат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7C32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2, 8 б</w:t>
            </w:r>
          </w:p>
        </w:tc>
      </w:tr>
      <w:tr w:rsidR="002E2790" w14:paraId="20A8AE0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B64C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469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62BA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5FEE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984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30140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с.Кайнар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7DDD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Х. Омарова  13</w:t>
            </w:r>
          </w:p>
        </w:tc>
      </w:tr>
      <w:tr w:rsidR="002E2790" w14:paraId="3621F505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A2E6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2B4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CD9F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1050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13260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Еламан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6F56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Зеленая 12</w:t>
            </w:r>
          </w:p>
        </w:tc>
      </w:tr>
      <w:tr w:rsidR="002E2790" w14:paraId="636D88B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190E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1418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B3CF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1051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7FC68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Нұра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FCB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көшесіИнкарбек 70</w:t>
            </w:r>
          </w:p>
        </w:tc>
      </w:tr>
      <w:tr w:rsidR="002E2790" w14:paraId="222AFAC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20E9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95E52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86168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A82A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Нұра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2D2B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көшесіИнкарбек 70</w:t>
            </w:r>
          </w:p>
        </w:tc>
      </w:tr>
      <w:tr w:rsidR="002E2790" w14:paraId="0A4CC5A2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413B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D42DE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14D5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30970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Туғанбай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00AD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көшесіЧаймерденова 45</w:t>
            </w:r>
          </w:p>
        </w:tc>
      </w:tr>
      <w:tr w:rsidR="002E2790" w14:paraId="4B605F54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67E1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F1E1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1BF2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1054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0205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Өстемір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5F1F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көшесіЛенина 30 а</w:t>
            </w:r>
          </w:p>
        </w:tc>
      </w:tr>
      <w:tr w:rsidR="002E2790" w14:paraId="53124D1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36081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1F7E8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F0620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1010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DDCB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Талғар қ.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3861F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Г. Мусрепова 57</w:t>
            </w:r>
          </w:p>
        </w:tc>
      </w:tr>
      <w:tr w:rsidR="002E2790" w14:paraId="58AE83FD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5475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E034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1C47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1011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1AFE7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Тұздыбастау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20BE0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көшесіЖылкыбай 146</w:t>
            </w:r>
          </w:p>
        </w:tc>
      </w:tr>
      <w:tr w:rsidR="002E2790" w14:paraId="3A038FA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A653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AB75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776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1012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2DDB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 а.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16D1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Байтурсынова, 1в</w:t>
            </w:r>
          </w:p>
        </w:tc>
      </w:tr>
      <w:tr w:rsidR="002E2790" w14:paraId="52FC138F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AAFA9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D70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AD82DF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1013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2770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Бесағаш а.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E505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көшесі Байтурсынова, 1в</w:t>
            </w:r>
          </w:p>
        </w:tc>
      </w:tr>
      <w:tr w:rsidR="002E2790" w14:paraId="085AA0DD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87308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479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5CEA1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CEEF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899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82A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Қырғызсай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821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Кыргызсай, көшесі Жандосова, 13</w:t>
            </w:r>
          </w:p>
        </w:tc>
      </w:tr>
      <w:tr w:rsidR="002E2790" w14:paraId="3BED02D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9FD8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FE33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C46D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902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57C3D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Үлкен Ақсу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C38D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Большой Аксу, көшесі Тохнияз, 27</w:t>
            </w:r>
          </w:p>
        </w:tc>
      </w:tr>
      <w:tr w:rsidR="002E2790" w14:paraId="3F4B0C37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2EC8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93C5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C465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903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28F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Үлкен Ақсу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C922D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Большой Аксу, көшесі К.Юсупова, 3</w:t>
            </w:r>
          </w:p>
        </w:tc>
      </w:tr>
      <w:tr w:rsidR="002E2790" w14:paraId="1B0874B9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207FF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lastRenderedPageBreak/>
              <w:t>482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9C7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6554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905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198D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Ават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093F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Ават, көшесі Хапиз Амет, 25</w:t>
            </w:r>
          </w:p>
        </w:tc>
      </w:tr>
      <w:tr w:rsidR="002E2790" w14:paraId="78FE01D1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28D76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9C0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68FFA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906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E4E7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Тиірмен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469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Тиирмен, көшесі М. Насировой, 27</w:t>
            </w:r>
          </w:p>
        </w:tc>
      </w:tr>
      <w:tr w:rsidR="002E2790" w14:paraId="78EC2C9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98B31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BAFC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456F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908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FA09F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Ақтам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E263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Актам, көшесі Н.Тунгышбаева, 3</w:t>
            </w:r>
          </w:p>
        </w:tc>
      </w:tr>
      <w:tr w:rsidR="002E2790" w14:paraId="40AC4AAC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7BAA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40872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8F133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913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098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Кетпен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1801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Кетпен, көшесі М.Жалилова, 11</w:t>
            </w:r>
          </w:p>
        </w:tc>
      </w:tr>
      <w:tr w:rsidR="002E2790" w14:paraId="114F9DDB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B9918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1019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61ED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917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A3863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Қалжат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1E15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Калжат, көшесі А.Розбакиева, 32</w:t>
            </w:r>
          </w:p>
        </w:tc>
      </w:tr>
      <w:tr w:rsidR="002E2790" w14:paraId="7639DDC0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6791B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D9A9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0FB9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918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3063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Шарын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6E1C2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Шарын, көшесі М.Хамраева, 62</w:t>
            </w:r>
          </w:p>
        </w:tc>
      </w:tr>
      <w:tr w:rsidR="002E2790" w14:paraId="3F08F4F0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FCFEB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488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3B48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16BEC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919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5FE2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Шарын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3C13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Шарын, көшесі А. Касымова, 25</w:t>
            </w:r>
          </w:p>
        </w:tc>
      </w:tr>
      <w:tr w:rsidR="002E2790" w14:paraId="03795CEF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9625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489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F9F6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039B98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920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74FA3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Тасқарасу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12F8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Таскарасу, көшесі С.Сейфуллина, 27</w:t>
            </w:r>
          </w:p>
        </w:tc>
      </w:tr>
      <w:tr w:rsidR="002E2790" w14:paraId="28DCFAAC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EFF3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490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191E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7629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921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D6D7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Бахар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3CE2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Бахар, көшесі Достык, 24</w:t>
            </w:r>
          </w:p>
        </w:tc>
      </w:tr>
      <w:tr w:rsidR="002E2790" w14:paraId="442A1F5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96E81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491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61126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C7E9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923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62550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Шонжы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4E17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Чунджа, көшесі М.Таипова, 84</w:t>
            </w:r>
          </w:p>
        </w:tc>
      </w:tr>
      <w:tr w:rsidR="002E2790" w14:paraId="761F97D6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0144A5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492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B320F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049853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924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44D8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Шонжы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F997A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Чунджа, көшесі А. Кадырова, 17</w:t>
            </w:r>
          </w:p>
        </w:tc>
      </w:tr>
      <w:tr w:rsidR="002E2790" w14:paraId="562B5A8E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0E7A0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493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2BAC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13E2A4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925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AADE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Шонжы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1F6325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Чунджа, көшесі Е.Джувашева, 49</w:t>
            </w:r>
          </w:p>
        </w:tc>
      </w:tr>
      <w:tr w:rsidR="002E2790" w14:paraId="139447BA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DEAC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494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5A5EB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9B1459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926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6843FE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Шонжы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540CF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Чунджа, көшесі Бес арыс, 12</w:t>
            </w:r>
          </w:p>
        </w:tc>
      </w:tr>
      <w:tr w:rsidR="002E2790" w14:paraId="288449E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06E3B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495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1A8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FA98AE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927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01DA2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Шонжы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DA23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Чунджа, көшесі Әл-Фараби, 61</w:t>
            </w:r>
          </w:p>
        </w:tc>
      </w:tr>
      <w:tr w:rsidR="002E2790" w14:paraId="1D0395A8" w14:textId="77777777">
        <w:tc>
          <w:tcPr>
            <w:tcW w:w="8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418C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496</w:t>
            </w:r>
          </w:p>
        </w:tc>
        <w:tc>
          <w:tcPr>
            <w:tcW w:w="316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077FC7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DEE4D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928</w:t>
            </w:r>
          </w:p>
        </w:tc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6BE74C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Шонжы ауылы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953AF4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Чунджа, көшесі А.Арзиева, 156</w:t>
            </w:r>
          </w:p>
        </w:tc>
      </w:tr>
      <w:tr w:rsidR="002E2790" w14:paraId="11715428" w14:textId="77777777">
        <w:tc>
          <w:tcPr>
            <w:tcW w:w="8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120E7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497</w:t>
            </w:r>
          </w:p>
        </w:tc>
        <w:tc>
          <w:tcPr>
            <w:tcW w:w="31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813B6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Алматы облысы</w:t>
            </w:r>
          </w:p>
        </w:tc>
        <w:tc>
          <w:tcPr>
            <w:tcW w:w="172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90622" w14:textId="77777777" w:rsidR="002E2790" w:rsidRDefault="00000000">
            <w:pPr>
              <w:jc w:val="center"/>
            </w:pPr>
            <w:r>
              <w:rPr>
                <w:rFonts w:ascii="Arial" w:hAnsi="Arial"/>
                <w:color w:val="000000"/>
                <w:sz w:val="18"/>
              </w:rPr>
              <w:t>929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D1819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Шонжы ауылы</w:t>
            </w:r>
          </w:p>
        </w:tc>
        <w:tc>
          <w:tcPr>
            <w:tcW w:w="64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25771" w14:textId="77777777" w:rsidR="002E2790" w:rsidRDefault="00000000">
            <w:r>
              <w:rPr>
                <w:rFonts w:ascii="Arial" w:hAnsi="Arial"/>
                <w:color w:val="000000"/>
                <w:sz w:val="18"/>
              </w:rPr>
              <w:t>ауылы Чунджа, көшесі И.Искандерова, 147</w:t>
            </w:r>
          </w:p>
        </w:tc>
      </w:tr>
    </w:tbl>
    <w:p w14:paraId="43B64EA9" w14:textId="77777777" w:rsidR="00B9384D" w:rsidRDefault="00B9384D"/>
    <w:sectPr w:rsidR="00B9384D" w:rsidSect="00034616">
      <w:pgSz w:w="16834" w:h="1190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2240749">
    <w:abstractNumId w:val="8"/>
  </w:num>
  <w:num w:numId="2" w16cid:durableId="1229223189">
    <w:abstractNumId w:val="6"/>
  </w:num>
  <w:num w:numId="3" w16cid:durableId="1778520806">
    <w:abstractNumId w:val="5"/>
  </w:num>
  <w:num w:numId="4" w16cid:durableId="221527430">
    <w:abstractNumId w:val="4"/>
  </w:num>
  <w:num w:numId="5" w16cid:durableId="2119375039">
    <w:abstractNumId w:val="7"/>
  </w:num>
  <w:num w:numId="6" w16cid:durableId="760568674">
    <w:abstractNumId w:val="3"/>
  </w:num>
  <w:num w:numId="7" w16cid:durableId="579947032">
    <w:abstractNumId w:val="2"/>
  </w:num>
  <w:num w:numId="8" w16cid:durableId="1305937022">
    <w:abstractNumId w:val="1"/>
  </w:num>
  <w:num w:numId="9" w16cid:durableId="47784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2790"/>
    <w:rsid w:val="002F2F82"/>
    <w:rsid w:val="00326F90"/>
    <w:rsid w:val="004E25ED"/>
    <w:rsid w:val="00AA1D8D"/>
    <w:rsid w:val="00B47730"/>
    <w:rsid w:val="00B9384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5FCBB"/>
  <w14:defaultImageDpi w14:val="300"/>
  <w15:docId w15:val="{69D9FAD1-B195-44A3-88DC-EE91E553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4300</Words>
  <Characters>24511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Строй Отдел</cp:lastModifiedBy>
  <cp:revision>2</cp:revision>
  <dcterms:created xsi:type="dcterms:W3CDTF">2026-08-18T06:57:00Z</dcterms:created>
  <dcterms:modified xsi:type="dcterms:W3CDTF">2026-08-18T06:57:00Z</dcterms:modified>
  <cp:category/>
</cp:coreProperties>
</file>