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AD" w:rsidRDefault="003918AD" w:rsidP="00CA34FF">
      <w:pPr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CA34FF">
        <w:rPr>
          <w:b/>
          <w:sz w:val="28"/>
          <w:szCs w:val="28"/>
        </w:rPr>
        <w:t>ХАБАРЛАНДЫРУ</w:t>
      </w:r>
    </w:p>
    <w:p w:rsidR="00CA34FF" w:rsidRPr="00CA34FF" w:rsidRDefault="00CA34FF" w:rsidP="00CA34FF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1531A4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r w:rsidRPr="00CA34FF">
        <w:rPr>
          <w:sz w:val="28"/>
          <w:szCs w:val="28"/>
        </w:rPr>
        <w:t>«</w:t>
      </w:r>
      <w:proofErr w:type="spellStart"/>
      <w:r w:rsidRPr="00CA34FF">
        <w:rPr>
          <w:sz w:val="28"/>
          <w:szCs w:val="28"/>
        </w:rPr>
        <w:t>Марат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Оспанов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Батыс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Қазақстан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медицина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универс</w:t>
      </w:r>
      <w:r w:rsidR="00CA34FF">
        <w:rPr>
          <w:sz w:val="28"/>
          <w:szCs w:val="28"/>
        </w:rPr>
        <w:t>итеті</w:t>
      </w:r>
      <w:proofErr w:type="spellEnd"/>
      <w:r w:rsidR="00CA34FF">
        <w:rPr>
          <w:sz w:val="28"/>
          <w:szCs w:val="28"/>
        </w:rPr>
        <w:t xml:space="preserve">» </w:t>
      </w:r>
      <w:proofErr w:type="spellStart"/>
      <w:r w:rsidR="00CA34FF">
        <w:rPr>
          <w:sz w:val="28"/>
          <w:szCs w:val="28"/>
        </w:rPr>
        <w:t>КеАҚ</w:t>
      </w:r>
      <w:proofErr w:type="spellEnd"/>
      <w:r w:rsidR="00CA34FF">
        <w:rPr>
          <w:sz w:val="28"/>
          <w:szCs w:val="28"/>
        </w:rPr>
        <w:t xml:space="preserve"> </w:t>
      </w:r>
      <w:proofErr w:type="spellStart"/>
      <w:r w:rsidR="00CA34FF">
        <w:rPr>
          <w:sz w:val="28"/>
          <w:szCs w:val="28"/>
        </w:rPr>
        <w:t>жанындағы</w:t>
      </w:r>
      <w:proofErr w:type="spellEnd"/>
      <w:r w:rsidR="00CA34FF">
        <w:rPr>
          <w:sz w:val="28"/>
          <w:szCs w:val="28"/>
        </w:rPr>
        <w:t xml:space="preserve"> 6D110100 </w:t>
      </w:r>
      <w:r w:rsidR="00CA34FF">
        <w:rPr>
          <w:sz w:val="28"/>
          <w:szCs w:val="28"/>
          <w:lang w:val="kk-KZ"/>
        </w:rPr>
        <w:t>–</w:t>
      </w:r>
      <w:r w:rsidRPr="00CA34FF">
        <w:rPr>
          <w:sz w:val="28"/>
          <w:szCs w:val="28"/>
        </w:rPr>
        <w:t xml:space="preserve"> 8D10102 «</w:t>
      </w:r>
      <w:proofErr w:type="spellStart"/>
      <w:r w:rsidRPr="00CA34FF">
        <w:rPr>
          <w:sz w:val="28"/>
          <w:szCs w:val="28"/>
        </w:rPr>
        <w:t>Медицина</w:t>
      </w:r>
      <w:proofErr w:type="spellEnd"/>
      <w:r w:rsidRPr="00CA34FF">
        <w:rPr>
          <w:sz w:val="28"/>
          <w:szCs w:val="28"/>
        </w:rPr>
        <w:t xml:space="preserve">» </w:t>
      </w:r>
      <w:proofErr w:type="spellStart"/>
      <w:r w:rsidRPr="00CA34FF">
        <w:rPr>
          <w:sz w:val="28"/>
          <w:szCs w:val="28"/>
        </w:rPr>
        <w:t>б</w:t>
      </w:r>
      <w:r w:rsidR="00CA34FF">
        <w:rPr>
          <w:sz w:val="28"/>
          <w:szCs w:val="28"/>
        </w:rPr>
        <w:t>ілім</w:t>
      </w:r>
      <w:proofErr w:type="spellEnd"/>
      <w:r w:rsidR="00CA34FF">
        <w:rPr>
          <w:sz w:val="28"/>
          <w:szCs w:val="28"/>
        </w:rPr>
        <w:t xml:space="preserve"> </w:t>
      </w:r>
      <w:proofErr w:type="spellStart"/>
      <w:r w:rsidR="00CA34FF">
        <w:rPr>
          <w:sz w:val="28"/>
          <w:szCs w:val="28"/>
        </w:rPr>
        <w:t>беру</w:t>
      </w:r>
      <w:proofErr w:type="spellEnd"/>
      <w:r w:rsidR="00CA34FF">
        <w:rPr>
          <w:sz w:val="28"/>
          <w:szCs w:val="28"/>
        </w:rPr>
        <w:t xml:space="preserve"> </w:t>
      </w:r>
      <w:proofErr w:type="spellStart"/>
      <w:r w:rsidR="00CA34FF">
        <w:rPr>
          <w:sz w:val="28"/>
          <w:szCs w:val="28"/>
        </w:rPr>
        <w:t>бағдарламасы</w:t>
      </w:r>
      <w:proofErr w:type="spellEnd"/>
      <w:r w:rsidR="00CA34FF">
        <w:rPr>
          <w:sz w:val="28"/>
          <w:szCs w:val="28"/>
        </w:rPr>
        <w:t xml:space="preserve"> </w:t>
      </w:r>
      <w:proofErr w:type="spellStart"/>
      <w:r w:rsidR="00CA34FF">
        <w:rPr>
          <w:sz w:val="28"/>
          <w:szCs w:val="28"/>
        </w:rPr>
        <w:t>бойынша</w:t>
      </w:r>
      <w:proofErr w:type="spellEnd"/>
      <w:r w:rsidR="00CA34FF">
        <w:rPr>
          <w:sz w:val="28"/>
          <w:szCs w:val="28"/>
        </w:rPr>
        <w:t xml:space="preserve"> </w:t>
      </w:r>
      <w:r w:rsidR="00CA34FF">
        <w:rPr>
          <w:sz w:val="28"/>
          <w:szCs w:val="28"/>
          <w:lang w:val="kk-KZ"/>
        </w:rPr>
        <w:t>д</w:t>
      </w:r>
      <w:proofErr w:type="spellStart"/>
      <w:r w:rsidRPr="00CA34FF">
        <w:rPr>
          <w:sz w:val="28"/>
          <w:szCs w:val="28"/>
        </w:rPr>
        <w:t>иссертациялық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кеңес</w:t>
      </w:r>
      <w:proofErr w:type="spellEnd"/>
      <w:r w:rsidR="00CA34FF">
        <w:rPr>
          <w:sz w:val="28"/>
          <w:szCs w:val="28"/>
          <w:lang w:val="kk-KZ"/>
        </w:rPr>
        <w:t>те</w:t>
      </w:r>
      <w:r w:rsidRPr="00CA34FF">
        <w:rPr>
          <w:sz w:val="28"/>
          <w:szCs w:val="28"/>
        </w:rPr>
        <w:t xml:space="preserve"> </w:t>
      </w:r>
      <w:r w:rsidR="00CA34FF" w:rsidRPr="00CA34FF">
        <w:rPr>
          <w:sz w:val="28"/>
          <w:szCs w:val="28"/>
        </w:rPr>
        <w:t>8D10102 «</w:t>
      </w:r>
      <w:proofErr w:type="spellStart"/>
      <w:r w:rsidR="00CA34FF" w:rsidRPr="00CA34FF">
        <w:rPr>
          <w:sz w:val="28"/>
          <w:szCs w:val="28"/>
        </w:rPr>
        <w:t>Медицина</w:t>
      </w:r>
      <w:proofErr w:type="spellEnd"/>
      <w:r w:rsidR="00CA34FF" w:rsidRPr="00CA34FF">
        <w:rPr>
          <w:sz w:val="28"/>
          <w:szCs w:val="28"/>
        </w:rPr>
        <w:t xml:space="preserve">» </w:t>
      </w:r>
      <w:proofErr w:type="spellStart"/>
      <w:r w:rsidR="00CA34FF" w:rsidRPr="00CA34FF">
        <w:rPr>
          <w:sz w:val="28"/>
          <w:szCs w:val="28"/>
        </w:rPr>
        <w:t>білім</w:t>
      </w:r>
      <w:proofErr w:type="spellEnd"/>
      <w:r w:rsidR="00CA34FF" w:rsidRPr="00CA34FF">
        <w:rPr>
          <w:sz w:val="28"/>
          <w:szCs w:val="28"/>
        </w:rPr>
        <w:t xml:space="preserve"> </w:t>
      </w:r>
      <w:proofErr w:type="spellStart"/>
      <w:r w:rsidR="00CA34FF" w:rsidRPr="00CA34FF">
        <w:rPr>
          <w:sz w:val="28"/>
          <w:szCs w:val="28"/>
        </w:rPr>
        <w:t>беру</w:t>
      </w:r>
      <w:proofErr w:type="spellEnd"/>
      <w:r w:rsidR="00CA34FF" w:rsidRPr="00CA34FF">
        <w:rPr>
          <w:sz w:val="28"/>
          <w:szCs w:val="28"/>
        </w:rPr>
        <w:t xml:space="preserve"> </w:t>
      </w:r>
      <w:proofErr w:type="spellStart"/>
      <w:r w:rsidR="00CA34FF" w:rsidRPr="00CA34FF">
        <w:rPr>
          <w:sz w:val="28"/>
          <w:szCs w:val="28"/>
        </w:rPr>
        <w:t>бағдарламасы</w:t>
      </w:r>
      <w:proofErr w:type="spellEnd"/>
      <w:r w:rsidR="00CA34FF" w:rsidRPr="00CA34FF">
        <w:rPr>
          <w:sz w:val="28"/>
          <w:szCs w:val="28"/>
        </w:rPr>
        <w:t xml:space="preserve"> </w:t>
      </w:r>
      <w:proofErr w:type="spellStart"/>
      <w:r w:rsidR="00CA34FF" w:rsidRPr="00CA34FF">
        <w:rPr>
          <w:sz w:val="28"/>
          <w:szCs w:val="28"/>
        </w:rPr>
        <w:t>бойынша</w:t>
      </w:r>
      <w:proofErr w:type="spellEnd"/>
      <w:r w:rsidR="00CA34FF"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Философия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докторы</w:t>
      </w:r>
      <w:proofErr w:type="spellEnd"/>
      <w:r w:rsidRPr="00CA34FF">
        <w:rPr>
          <w:sz w:val="28"/>
          <w:szCs w:val="28"/>
        </w:rPr>
        <w:t xml:space="preserve"> (PhD) </w:t>
      </w:r>
      <w:proofErr w:type="spellStart"/>
      <w:r w:rsidRPr="00CA34FF">
        <w:rPr>
          <w:sz w:val="28"/>
          <w:szCs w:val="28"/>
        </w:rPr>
        <w:t>дәрежесін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алу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үшін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</w:rPr>
        <w:t>Тлеумагамбетова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</w:rPr>
        <w:t>Бибиг</w:t>
      </w:r>
      <w:proofErr w:type="spellEnd"/>
      <w:r w:rsidR="00B9262B" w:rsidRPr="00CA34FF">
        <w:rPr>
          <w:b/>
          <w:bCs/>
          <w:sz w:val="28"/>
          <w:szCs w:val="28"/>
          <w:lang w:val="ru-RU"/>
        </w:rPr>
        <w:t>у</w:t>
      </w:r>
      <w:r w:rsidRPr="00CA34FF">
        <w:rPr>
          <w:b/>
          <w:bCs/>
          <w:sz w:val="28"/>
          <w:szCs w:val="28"/>
        </w:rPr>
        <w:t>л</w:t>
      </w:r>
      <w:r w:rsidR="00B9262B" w:rsidRPr="00CA34FF">
        <w:rPr>
          <w:b/>
          <w:bCs/>
          <w:sz w:val="28"/>
          <w:szCs w:val="28"/>
          <w:lang w:val="ru-RU"/>
        </w:rPr>
        <w:t>ь</w:t>
      </w:r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</w:rPr>
        <w:t>Биболат</w:t>
      </w:r>
      <w:proofErr w:type="spellEnd"/>
      <w:r w:rsidR="00B9262B" w:rsidRPr="00CA34FF">
        <w:rPr>
          <w:b/>
          <w:bCs/>
          <w:sz w:val="28"/>
          <w:szCs w:val="28"/>
          <w:lang w:val="ru-RU"/>
        </w:rPr>
        <w:t>овна</w:t>
      </w:r>
      <w:proofErr w:type="spellStart"/>
      <w:r w:rsidRPr="00CA34FF">
        <w:rPr>
          <w:b/>
          <w:bCs/>
          <w:sz w:val="28"/>
          <w:szCs w:val="28"/>
        </w:rPr>
        <w:t>ның</w:t>
      </w:r>
      <w:proofErr w:type="spellEnd"/>
      <w:r w:rsidRPr="00CA34FF">
        <w:rPr>
          <w:sz w:val="28"/>
          <w:szCs w:val="28"/>
        </w:rPr>
        <w:t xml:space="preserve"> «</w:t>
      </w:r>
      <w:proofErr w:type="spellStart"/>
      <w:r w:rsidRPr="00CA34FF">
        <w:rPr>
          <w:sz w:val="28"/>
          <w:szCs w:val="28"/>
        </w:rPr>
        <w:t>Қазақ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популяциясында</w:t>
      </w:r>
      <w:proofErr w:type="spellEnd"/>
      <w:r w:rsidRPr="00CA34FF">
        <w:rPr>
          <w:sz w:val="28"/>
          <w:szCs w:val="28"/>
        </w:rPr>
        <w:t xml:space="preserve"> 2 </w:t>
      </w:r>
      <w:proofErr w:type="spellStart"/>
      <w:r w:rsidRPr="00CA34FF">
        <w:rPr>
          <w:sz w:val="28"/>
          <w:szCs w:val="28"/>
        </w:rPr>
        <w:t>типті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қант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диабетінің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гетерогенділігінің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клинико-иммунологиялық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аспектілері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және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ересектердегі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аутоиммундық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диабетті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диагностикалауда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қауіп-қатер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кластарын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</w:rPr>
        <w:t>қалыптастыру</w:t>
      </w:r>
      <w:proofErr w:type="spellEnd"/>
      <w:r w:rsidRPr="00CA34FF">
        <w:rPr>
          <w:sz w:val="28"/>
          <w:szCs w:val="28"/>
        </w:rPr>
        <w:t xml:space="preserve">» </w:t>
      </w:r>
      <w:proofErr w:type="spellStart"/>
      <w:r w:rsidRPr="00CA34FF">
        <w:rPr>
          <w:sz w:val="28"/>
          <w:szCs w:val="28"/>
        </w:rPr>
        <w:t>тақырыбы</w:t>
      </w:r>
      <w:r w:rsidR="00CA34FF">
        <w:rPr>
          <w:sz w:val="28"/>
          <w:szCs w:val="28"/>
        </w:rPr>
        <w:t>ндағы</w:t>
      </w:r>
      <w:proofErr w:type="spellEnd"/>
      <w:r w:rsidR="00CA34FF">
        <w:rPr>
          <w:sz w:val="28"/>
          <w:szCs w:val="28"/>
        </w:rPr>
        <w:t xml:space="preserve"> </w:t>
      </w:r>
      <w:proofErr w:type="spellStart"/>
      <w:r w:rsidR="00CA34FF">
        <w:rPr>
          <w:sz w:val="28"/>
          <w:szCs w:val="28"/>
        </w:rPr>
        <w:t>диссертациясын</w:t>
      </w:r>
      <w:proofErr w:type="spellEnd"/>
      <w:r w:rsidR="00CA34FF">
        <w:rPr>
          <w:sz w:val="28"/>
          <w:szCs w:val="28"/>
          <w:lang w:val="kk-KZ"/>
        </w:rPr>
        <w:t>ың</w:t>
      </w:r>
      <w:r w:rsidR="00CA34FF">
        <w:rPr>
          <w:sz w:val="28"/>
          <w:szCs w:val="28"/>
        </w:rPr>
        <w:t xml:space="preserve"> </w:t>
      </w:r>
      <w:proofErr w:type="spellStart"/>
      <w:r w:rsidR="00CA34FF">
        <w:rPr>
          <w:sz w:val="28"/>
          <w:szCs w:val="28"/>
        </w:rPr>
        <w:t>қорға</w:t>
      </w:r>
      <w:proofErr w:type="spellEnd"/>
      <w:r w:rsidR="00CA34FF">
        <w:rPr>
          <w:sz w:val="28"/>
          <w:szCs w:val="28"/>
          <w:lang w:val="kk-KZ"/>
        </w:rPr>
        <w:t>уы өтеді</w:t>
      </w:r>
      <w:r w:rsidRPr="00CA34FF">
        <w:rPr>
          <w:sz w:val="28"/>
          <w:szCs w:val="28"/>
        </w:rPr>
        <w:t>.</w:t>
      </w:r>
    </w:p>
    <w:p w:rsidR="00AC3CD5" w:rsidRPr="00CA34FF" w:rsidRDefault="00AC3CD5" w:rsidP="00CA34F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A34FF">
        <w:rPr>
          <w:sz w:val="28"/>
          <w:szCs w:val="28"/>
          <w:lang w:val="ru-RU"/>
        </w:rPr>
        <w:t>Диссертациялық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жұмыс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Марат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Оспанов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Батыс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университетінің</w:t>
      </w:r>
      <w:proofErr w:type="spellEnd"/>
      <w:r w:rsidRPr="00CA34FF">
        <w:rPr>
          <w:sz w:val="28"/>
          <w:szCs w:val="28"/>
        </w:rPr>
        <w:t xml:space="preserve"> №1 </w:t>
      </w:r>
      <w:proofErr w:type="spellStart"/>
      <w:r w:rsidRPr="00CA34FF">
        <w:rPr>
          <w:sz w:val="28"/>
          <w:szCs w:val="28"/>
          <w:lang w:val="ru-RU"/>
        </w:rPr>
        <w:t>ішкі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аурулар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кафедрасында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орындалды</w:t>
      </w:r>
      <w:proofErr w:type="spellEnd"/>
      <w:r w:rsidRPr="00CA34FF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Ақтөбе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A34FF">
        <w:rPr>
          <w:sz w:val="28"/>
          <w:szCs w:val="28"/>
          <w:lang w:val="ru-RU"/>
        </w:rPr>
        <w:t>Қорғау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нысаны</w:t>
      </w:r>
      <w:proofErr w:type="spellEnd"/>
      <w:r w:rsidRPr="00CA34FF">
        <w:rPr>
          <w:sz w:val="28"/>
          <w:szCs w:val="28"/>
        </w:rPr>
        <w:t xml:space="preserve"> – </w:t>
      </w:r>
      <w:proofErr w:type="spellStart"/>
      <w:r w:rsidRPr="00CA34FF">
        <w:rPr>
          <w:sz w:val="28"/>
          <w:szCs w:val="28"/>
          <w:lang w:val="ru-RU"/>
        </w:rPr>
        <w:t>диссертациялық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жұмыс</w:t>
      </w:r>
      <w:proofErr w:type="spellEnd"/>
      <w:r w:rsidRPr="00CA34FF">
        <w:rPr>
          <w:sz w:val="28"/>
          <w:szCs w:val="28"/>
        </w:rPr>
        <w:t>.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A34FF">
        <w:rPr>
          <w:sz w:val="28"/>
          <w:szCs w:val="28"/>
          <w:lang w:val="ru-RU"/>
        </w:rPr>
        <w:t>Қорғау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тілі</w:t>
      </w:r>
      <w:proofErr w:type="spellEnd"/>
      <w:r w:rsidRPr="00CA34FF">
        <w:rPr>
          <w:sz w:val="28"/>
          <w:szCs w:val="28"/>
        </w:rPr>
        <w:t xml:space="preserve"> – </w:t>
      </w:r>
      <w:proofErr w:type="spellStart"/>
      <w:r w:rsidRPr="00CA34FF">
        <w:rPr>
          <w:sz w:val="28"/>
          <w:szCs w:val="28"/>
          <w:lang w:val="ru-RU"/>
        </w:rPr>
        <w:t>орыс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тілі</w:t>
      </w:r>
      <w:proofErr w:type="spellEnd"/>
      <w:r w:rsidRPr="00CA34FF">
        <w:rPr>
          <w:sz w:val="28"/>
          <w:szCs w:val="28"/>
        </w:rPr>
        <w:t>.</w:t>
      </w:r>
    </w:p>
    <w:p w:rsidR="00AC3CD5" w:rsidRPr="00CA34FF" w:rsidRDefault="00AC3CD5" w:rsidP="00CA34F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CA34FF">
        <w:rPr>
          <w:b/>
          <w:bCs/>
          <w:sz w:val="28"/>
          <w:szCs w:val="28"/>
          <w:lang w:val="ru-RU"/>
        </w:rPr>
        <w:t>Ғылыми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кеңесшілер</w:t>
      </w:r>
      <w:proofErr w:type="spellEnd"/>
      <w:r w:rsidRPr="00CA34FF">
        <w:rPr>
          <w:b/>
          <w:bCs/>
          <w:sz w:val="28"/>
          <w:szCs w:val="28"/>
        </w:rPr>
        <w:t>: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r w:rsidRPr="00CA34FF">
        <w:rPr>
          <w:b/>
          <w:bCs/>
          <w:sz w:val="28"/>
          <w:szCs w:val="28"/>
        </w:rPr>
        <w:t>1.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Кудабаева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Хатим</w:t>
      </w:r>
      <w:r w:rsidR="001531A4" w:rsidRPr="00CA34FF">
        <w:rPr>
          <w:b/>
          <w:bCs/>
          <w:sz w:val="28"/>
          <w:szCs w:val="28"/>
          <w:lang w:val="ru-RU"/>
        </w:rPr>
        <w:t>я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Ильяс</w:t>
      </w:r>
      <w:r w:rsidR="001531A4" w:rsidRPr="00CA34FF">
        <w:rPr>
          <w:b/>
          <w:bCs/>
          <w:sz w:val="28"/>
          <w:szCs w:val="28"/>
          <w:lang w:val="ru-RU"/>
        </w:rPr>
        <w:t>овна</w:t>
      </w:r>
      <w:proofErr w:type="spellEnd"/>
      <w:r w:rsidRPr="00CA34FF">
        <w:rPr>
          <w:sz w:val="28"/>
          <w:szCs w:val="28"/>
        </w:rPr>
        <w:t xml:space="preserve"> –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ғылымдарының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кандидаты</w:t>
      </w:r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Марат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Оспанов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Батыс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университетінің</w:t>
      </w:r>
      <w:proofErr w:type="spellEnd"/>
      <w:r w:rsidRPr="00CA34FF">
        <w:rPr>
          <w:sz w:val="28"/>
          <w:szCs w:val="28"/>
        </w:rPr>
        <w:t xml:space="preserve"> №1 </w:t>
      </w:r>
      <w:proofErr w:type="spellStart"/>
      <w:r w:rsidRPr="00CA34FF">
        <w:rPr>
          <w:sz w:val="28"/>
          <w:szCs w:val="28"/>
          <w:lang w:val="ru-RU"/>
        </w:rPr>
        <w:t>ішкі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аурулар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кафедрасының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профессоры</w:t>
      </w:r>
      <w:r w:rsidRPr="00CA34FF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Ақтөбе</w:t>
      </w:r>
      <w:proofErr w:type="spellEnd"/>
      <w:r w:rsidRPr="00CA34FF">
        <w:rPr>
          <w:sz w:val="28"/>
          <w:szCs w:val="28"/>
        </w:rPr>
        <w:t xml:space="preserve"> </w:t>
      </w:r>
      <w:proofErr w:type="gramStart"/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.,</w:t>
      </w:r>
      <w:proofErr w:type="gram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Республикасы</w:t>
      </w:r>
      <w:proofErr w:type="spellEnd"/>
      <w:r w:rsidRPr="00CA34FF">
        <w:rPr>
          <w:sz w:val="28"/>
          <w:szCs w:val="28"/>
        </w:rPr>
        <w:t>.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r w:rsidRPr="00CA34FF">
        <w:rPr>
          <w:b/>
          <w:bCs/>
          <w:sz w:val="28"/>
          <w:szCs w:val="28"/>
        </w:rPr>
        <w:t xml:space="preserve">2. </w:t>
      </w:r>
      <w:proofErr w:type="spellStart"/>
      <w:r w:rsidRPr="00CA34FF">
        <w:rPr>
          <w:b/>
          <w:bCs/>
          <w:sz w:val="28"/>
          <w:szCs w:val="28"/>
          <w:lang w:val="ru-RU"/>
        </w:rPr>
        <w:t>Базаргалиев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Ерлан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Шаймерденович</w:t>
      </w:r>
      <w:proofErr w:type="spellEnd"/>
      <w:r w:rsidRPr="00CA34FF">
        <w:rPr>
          <w:sz w:val="28"/>
          <w:szCs w:val="28"/>
        </w:rPr>
        <w:t xml:space="preserve"> –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ғылымдарының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кандидаты</w:t>
      </w:r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профессор</w:t>
      </w:r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Марат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Оспанов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Батыс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университетінің</w:t>
      </w:r>
      <w:proofErr w:type="spellEnd"/>
      <w:r w:rsidRPr="00CA34FF">
        <w:rPr>
          <w:sz w:val="28"/>
          <w:szCs w:val="28"/>
        </w:rPr>
        <w:t xml:space="preserve"> №1 </w:t>
      </w:r>
      <w:proofErr w:type="spellStart"/>
      <w:r w:rsidRPr="00CA34FF">
        <w:rPr>
          <w:sz w:val="28"/>
          <w:szCs w:val="28"/>
          <w:lang w:val="ru-RU"/>
        </w:rPr>
        <w:t>ішкі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аурулар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кафедрасының</w:t>
      </w:r>
      <w:proofErr w:type="spellEnd"/>
      <w:r w:rsidRPr="00CA34FF">
        <w:rPr>
          <w:sz w:val="28"/>
          <w:szCs w:val="28"/>
        </w:rPr>
        <w:t xml:space="preserve"> </w:t>
      </w:r>
      <w:r w:rsidR="000D4CD2" w:rsidRPr="00CA34FF">
        <w:rPr>
          <w:sz w:val="28"/>
          <w:szCs w:val="28"/>
          <w:lang w:val="kk-KZ"/>
        </w:rPr>
        <w:t>жетекшісі</w:t>
      </w:r>
      <w:r w:rsidRPr="00CA34FF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Ақтөбе</w:t>
      </w:r>
      <w:proofErr w:type="spellEnd"/>
      <w:r w:rsidRPr="00CA34FF">
        <w:rPr>
          <w:sz w:val="28"/>
          <w:szCs w:val="28"/>
        </w:rPr>
        <w:t xml:space="preserve"> </w:t>
      </w:r>
      <w:proofErr w:type="gramStart"/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.,</w:t>
      </w:r>
      <w:proofErr w:type="gram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Республикасы</w:t>
      </w:r>
      <w:proofErr w:type="spellEnd"/>
      <w:r w:rsidRPr="00CA34FF">
        <w:rPr>
          <w:sz w:val="28"/>
          <w:szCs w:val="28"/>
        </w:rPr>
        <w:t>.</w:t>
      </w:r>
    </w:p>
    <w:p w:rsidR="00AC3CD5" w:rsidRPr="00CA34FF" w:rsidRDefault="00AC3CD5" w:rsidP="00CA34F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CA34FF">
        <w:rPr>
          <w:b/>
          <w:bCs/>
          <w:sz w:val="28"/>
          <w:szCs w:val="28"/>
          <w:lang w:val="ru-RU"/>
        </w:rPr>
        <w:t>Шетелдік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кеңесшілер</w:t>
      </w:r>
      <w:proofErr w:type="spellEnd"/>
      <w:r w:rsidRPr="00CA34FF">
        <w:rPr>
          <w:b/>
          <w:bCs/>
          <w:sz w:val="28"/>
          <w:szCs w:val="28"/>
        </w:rPr>
        <w:t>: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r w:rsidRPr="00CA34FF">
        <w:rPr>
          <w:b/>
          <w:bCs/>
          <w:sz w:val="28"/>
          <w:szCs w:val="28"/>
        </w:rPr>
        <w:t>1.</w:t>
      </w:r>
      <w:r w:rsidRPr="00CA34FF">
        <w:rPr>
          <w:sz w:val="28"/>
          <w:szCs w:val="28"/>
        </w:rPr>
        <w:t xml:space="preserve"> </w:t>
      </w:r>
      <w:proofErr w:type="spellStart"/>
      <w:r w:rsidR="00AC3CD5" w:rsidRPr="00CA34FF">
        <w:rPr>
          <w:b/>
          <w:bCs/>
          <w:sz w:val="28"/>
          <w:szCs w:val="28"/>
        </w:rPr>
        <w:t>Vudu</w:t>
      </w:r>
      <w:proofErr w:type="spellEnd"/>
      <w:r w:rsidR="00AC3CD5" w:rsidRPr="00CA34FF">
        <w:rPr>
          <w:b/>
          <w:bCs/>
          <w:sz w:val="28"/>
          <w:szCs w:val="28"/>
        </w:rPr>
        <w:t xml:space="preserve"> </w:t>
      </w:r>
      <w:proofErr w:type="spellStart"/>
      <w:r w:rsidR="00AC3CD5" w:rsidRPr="00CA34FF">
        <w:rPr>
          <w:b/>
          <w:bCs/>
          <w:sz w:val="28"/>
          <w:szCs w:val="28"/>
        </w:rPr>
        <w:t>Lorina</w:t>
      </w:r>
      <w:proofErr w:type="spellEnd"/>
      <w:r w:rsidRPr="00CA34FF">
        <w:rPr>
          <w:sz w:val="28"/>
          <w:szCs w:val="28"/>
        </w:rPr>
        <w:t xml:space="preserve"> –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ғылымдарының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кандидаты</w:t>
      </w:r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доцент</w:t>
      </w:r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Молдова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Республикасы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Денсаулық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сақтау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министрлігінің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Николае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Тестемицану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Мемлекеттік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және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фармакология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университетінің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эндо</w:t>
      </w:r>
      <w:r w:rsidR="007B5F3C" w:rsidRPr="00CA34FF">
        <w:rPr>
          <w:sz w:val="28"/>
          <w:szCs w:val="28"/>
          <w:lang w:val="ru-RU"/>
        </w:rPr>
        <w:t>кринология</w:t>
      </w:r>
      <w:r w:rsidR="007B5F3C" w:rsidRPr="00CA34FF">
        <w:rPr>
          <w:sz w:val="28"/>
          <w:szCs w:val="28"/>
        </w:rPr>
        <w:t xml:space="preserve"> </w:t>
      </w:r>
      <w:proofErr w:type="spellStart"/>
      <w:r w:rsidR="007B5F3C" w:rsidRPr="00CA34FF">
        <w:rPr>
          <w:sz w:val="28"/>
          <w:szCs w:val="28"/>
          <w:lang w:val="ru-RU"/>
        </w:rPr>
        <w:t>кафедрасының</w:t>
      </w:r>
      <w:proofErr w:type="spellEnd"/>
      <w:r w:rsidR="007B5F3C" w:rsidRPr="00CA34FF">
        <w:rPr>
          <w:sz w:val="28"/>
          <w:szCs w:val="28"/>
        </w:rPr>
        <w:t xml:space="preserve"> </w:t>
      </w:r>
      <w:proofErr w:type="spellStart"/>
      <w:r w:rsidR="007B5F3C" w:rsidRPr="00CA34FF">
        <w:rPr>
          <w:sz w:val="28"/>
          <w:szCs w:val="28"/>
          <w:lang w:val="ru-RU"/>
        </w:rPr>
        <w:t>жетекш</w:t>
      </w:r>
      <w:r w:rsidRPr="00CA34FF">
        <w:rPr>
          <w:sz w:val="28"/>
          <w:szCs w:val="28"/>
          <w:lang w:val="ru-RU"/>
        </w:rPr>
        <w:t>ісі</w:t>
      </w:r>
      <w:proofErr w:type="spellEnd"/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эндокринология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зертханасының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ғылыми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қызметкер</w:t>
      </w:r>
      <w:proofErr w:type="spellEnd"/>
      <w:r w:rsidRPr="00CA34FF">
        <w:rPr>
          <w:sz w:val="28"/>
          <w:szCs w:val="28"/>
        </w:rPr>
        <w:t>-</w:t>
      </w:r>
      <w:proofErr w:type="spellStart"/>
      <w:r w:rsidRPr="00CA34FF">
        <w:rPr>
          <w:sz w:val="28"/>
          <w:szCs w:val="28"/>
          <w:lang w:val="ru-RU"/>
        </w:rPr>
        <w:t>үйлестірушісі</w:t>
      </w:r>
      <w:proofErr w:type="spellEnd"/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Кишинев</w:t>
      </w:r>
      <w:r w:rsidRPr="00CA34FF">
        <w:rPr>
          <w:sz w:val="28"/>
          <w:szCs w:val="28"/>
        </w:rPr>
        <w:t xml:space="preserve"> </w:t>
      </w:r>
      <w:proofErr w:type="gramStart"/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.,</w:t>
      </w:r>
      <w:proofErr w:type="gram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Молдова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Республикасы</w:t>
      </w:r>
      <w:proofErr w:type="spellEnd"/>
      <w:r w:rsidRPr="00CA34FF">
        <w:rPr>
          <w:sz w:val="28"/>
          <w:szCs w:val="28"/>
        </w:rPr>
        <w:t>.</w:t>
      </w:r>
    </w:p>
    <w:p w:rsidR="00AC3CD5" w:rsidRPr="00CA34FF" w:rsidRDefault="00AC3CD5" w:rsidP="00CA34F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CA34FF">
        <w:rPr>
          <w:b/>
          <w:bCs/>
          <w:sz w:val="28"/>
          <w:szCs w:val="28"/>
          <w:lang w:val="ru-RU"/>
        </w:rPr>
        <w:t>Ресми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="001531A4" w:rsidRPr="00CA34FF">
        <w:rPr>
          <w:b/>
          <w:bCs/>
          <w:sz w:val="28"/>
          <w:szCs w:val="28"/>
          <w:lang w:val="ru-RU"/>
        </w:rPr>
        <w:t>рецензенттер</w:t>
      </w:r>
      <w:proofErr w:type="spellEnd"/>
      <w:r w:rsidRPr="00CA34FF">
        <w:rPr>
          <w:b/>
          <w:bCs/>
          <w:sz w:val="28"/>
          <w:szCs w:val="28"/>
        </w:rPr>
        <w:t>: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r w:rsidRPr="00CA34FF">
        <w:rPr>
          <w:b/>
          <w:bCs/>
          <w:sz w:val="28"/>
          <w:szCs w:val="28"/>
        </w:rPr>
        <w:t xml:space="preserve">1. </w:t>
      </w:r>
      <w:proofErr w:type="spellStart"/>
      <w:r w:rsidRPr="00CA34FF">
        <w:rPr>
          <w:b/>
          <w:bCs/>
          <w:sz w:val="28"/>
          <w:szCs w:val="28"/>
          <w:lang w:val="ru-RU"/>
        </w:rPr>
        <w:t>Оша</w:t>
      </w:r>
      <w:r w:rsidR="001531A4" w:rsidRPr="00CA34FF">
        <w:rPr>
          <w:b/>
          <w:bCs/>
          <w:sz w:val="28"/>
          <w:szCs w:val="28"/>
          <w:lang w:val="ru-RU"/>
        </w:rPr>
        <w:t>к</w:t>
      </w:r>
      <w:r w:rsidRPr="00CA34FF">
        <w:rPr>
          <w:b/>
          <w:bCs/>
          <w:sz w:val="28"/>
          <w:szCs w:val="28"/>
          <w:lang w:val="ru-RU"/>
        </w:rPr>
        <w:t>баев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="001531A4" w:rsidRPr="00CA34FF">
        <w:rPr>
          <w:b/>
          <w:bCs/>
          <w:sz w:val="28"/>
          <w:szCs w:val="28"/>
          <w:lang w:val="ru-RU"/>
        </w:rPr>
        <w:t>Ку</w:t>
      </w:r>
      <w:r w:rsidRPr="00CA34FF">
        <w:rPr>
          <w:b/>
          <w:bCs/>
          <w:sz w:val="28"/>
          <w:szCs w:val="28"/>
          <w:lang w:val="ru-RU"/>
        </w:rPr>
        <w:t>ат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Пернек</w:t>
      </w:r>
      <w:r w:rsidR="001531A4" w:rsidRPr="00CA34FF">
        <w:rPr>
          <w:b/>
          <w:bCs/>
          <w:sz w:val="28"/>
          <w:szCs w:val="28"/>
          <w:lang w:val="ru-RU"/>
        </w:rPr>
        <w:t>улович</w:t>
      </w:r>
      <w:proofErr w:type="spellEnd"/>
      <w:r w:rsidRPr="00CA34FF">
        <w:rPr>
          <w:sz w:val="28"/>
          <w:szCs w:val="28"/>
        </w:rPr>
        <w:t xml:space="preserve"> –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ғылымдарының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докторы</w:t>
      </w:r>
      <w:proofErr w:type="spellEnd"/>
      <w:r w:rsidRPr="00CA34FF">
        <w:rPr>
          <w:sz w:val="28"/>
          <w:szCs w:val="28"/>
        </w:rPr>
        <w:t xml:space="preserve">, University Medical Center </w:t>
      </w:r>
      <w:r w:rsidRPr="00CA34FF">
        <w:rPr>
          <w:sz w:val="28"/>
          <w:szCs w:val="28"/>
          <w:lang w:val="ru-RU"/>
        </w:rPr>
        <w:t>профессоры</w:t>
      </w:r>
      <w:r w:rsidRPr="00CA34FF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ғылым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және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білім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жөніндегі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директордың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орынбасары</w:t>
      </w:r>
      <w:proofErr w:type="spellEnd"/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Астана</w:t>
      </w:r>
      <w:r w:rsidRPr="00CA34FF">
        <w:rPr>
          <w:sz w:val="28"/>
          <w:szCs w:val="28"/>
        </w:rPr>
        <w:t xml:space="preserve"> </w:t>
      </w:r>
      <w:proofErr w:type="gramStart"/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.,</w:t>
      </w:r>
      <w:proofErr w:type="gram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>.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r w:rsidRPr="00CA34FF">
        <w:rPr>
          <w:b/>
          <w:bCs/>
          <w:sz w:val="28"/>
          <w:szCs w:val="28"/>
        </w:rPr>
        <w:t xml:space="preserve">2. </w:t>
      </w:r>
      <w:proofErr w:type="spellStart"/>
      <w:r w:rsidRPr="00CA34FF">
        <w:rPr>
          <w:b/>
          <w:bCs/>
          <w:sz w:val="28"/>
          <w:szCs w:val="28"/>
          <w:lang w:val="ru-RU"/>
        </w:rPr>
        <w:t>Аканов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Жанай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r w:rsidRPr="00CA34FF">
        <w:rPr>
          <w:b/>
          <w:bCs/>
          <w:sz w:val="28"/>
          <w:szCs w:val="28"/>
          <w:lang w:val="ru-RU"/>
        </w:rPr>
        <w:t>А</w:t>
      </w:r>
      <w:r w:rsidR="005F21CD" w:rsidRPr="00CA34FF">
        <w:rPr>
          <w:b/>
          <w:bCs/>
          <w:sz w:val="28"/>
          <w:szCs w:val="28"/>
        </w:rPr>
        <w:t>й</w:t>
      </w:r>
      <w:proofErr w:type="spellStart"/>
      <w:r w:rsidRPr="00CA34FF">
        <w:rPr>
          <w:b/>
          <w:bCs/>
          <w:sz w:val="28"/>
          <w:szCs w:val="28"/>
          <w:lang w:val="ru-RU"/>
        </w:rPr>
        <w:t>ка</w:t>
      </w:r>
      <w:r w:rsidR="001531A4" w:rsidRPr="00CA34FF">
        <w:rPr>
          <w:b/>
          <w:bCs/>
          <w:sz w:val="28"/>
          <w:szCs w:val="28"/>
          <w:lang w:val="ru-RU"/>
        </w:rPr>
        <w:t>нович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r w:rsidRPr="00CA34FF">
        <w:rPr>
          <w:sz w:val="28"/>
          <w:szCs w:val="28"/>
        </w:rPr>
        <w:t xml:space="preserve">–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ғылымдарының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кандидаты</w:t>
      </w:r>
      <w:r w:rsidRPr="00CA34FF">
        <w:rPr>
          <w:sz w:val="28"/>
          <w:szCs w:val="28"/>
        </w:rPr>
        <w:t>, «</w:t>
      </w:r>
      <w:proofErr w:type="spellStart"/>
      <w:r w:rsidRPr="00CA34FF">
        <w:rPr>
          <w:sz w:val="28"/>
          <w:szCs w:val="28"/>
          <w:lang w:val="ru-RU"/>
        </w:rPr>
        <w:t>Диабеттік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Орталық</w:t>
      </w:r>
      <w:proofErr w:type="spellEnd"/>
      <w:r w:rsidRPr="00CA34FF">
        <w:rPr>
          <w:sz w:val="28"/>
          <w:szCs w:val="28"/>
        </w:rPr>
        <w:t xml:space="preserve">» </w:t>
      </w:r>
      <w:r w:rsidRPr="00CA34FF">
        <w:rPr>
          <w:sz w:val="28"/>
          <w:szCs w:val="28"/>
          <w:lang w:val="ru-RU"/>
        </w:rPr>
        <w:t>ЖШС</w:t>
      </w:r>
      <w:r w:rsidRPr="00CA34FF">
        <w:rPr>
          <w:sz w:val="28"/>
          <w:szCs w:val="28"/>
        </w:rPr>
        <w:t>-</w:t>
      </w:r>
      <w:proofErr w:type="spellStart"/>
      <w:r w:rsidRPr="00CA34FF">
        <w:rPr>
          <w:sz w:val="28"/>
          <w:szCs w:val="28"/>
          <w:lang w:val="ru-RU"/>
        </w:rPr>
        <w:t>ның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бас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кеңесшісі</w:t>
      </w:r>
      <w:proofErr w:type="spellEnd"/>
      <w:r w:rsidR="000D23A6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Диабетті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зерттеу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жөніндегі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Азия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қауымдастығының</w:t>
      </w:r>
      <w:proofErr w:type="spellEnd"/>
      <w:r w:rsidR="000D23A6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Pr="00CA34FF">
        <w:rPr>
          <w:sz w:val="28"/>
          <w:szCs w:val="28"/>
          <w:lang w:val="ru-RU"/>
        </w:rPr>
        <w:t>сарапшысы</w:t>
      </w:r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Алматы</w:t>
      </w:r>
      <w:r w:rsidRPr="00CA34FF">
        <w:rPr>
          <w:sz w:val="28"/>
          <w:szCs w:val="28"/>
        </w:rPr>
        <w:t xml:space="preserve"> </w:t>
      </w:r>
      <w:proofErr w:type="gramStart"/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.,</w:t>
      </w:r>
      <w:proofErr w:type="gram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>.</w:t>
      </w:r>
    </w:p>
    <w:p w:rsidR="00AC3CD5" w:rsidRPr="00CA34FF" w:rsidRDefault="00AC3CD5" w:rsidP="00CA34F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CA34FF">
        <w:rPr>
          <w:b/>
          <w:bCs/>
          <w:sz w:val="28"/>
          <w:szCs w:val="28"/>
          <w:lang w:val="ru-RU"/>
        </w:rPr>
        <w:lastRenderedPageBreak/>
        <w:t>Диссертациялық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кеңестің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уақытша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мүшелері</w:t>
      </w:r>
      <w:proofErr w:type="spellEnd"/>
      <w:r w:rsidRPr="00CA34FF">
        <w:rPr>
          <w:b/>
          <w:bCs/>
          <w:sz w:val="28"/>
          <w:szCs w:val="28"/>
        </w:rPr>
        <w:t>: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r w:rsidRPr="00CA34FF">
        <w:rPr>
          <w:b/>
          <w:bCs/>
          <w:sz w:val="28"/>
          <w:szCs w:val="28"/>
        </w:rPr>
        <w:t xml:space="preserve">1. </w:t>
      </w:r>
      <w:r w:rsidRPr="00CA34FF">
        <w:rPr>
          <w:b/>
          <w:bCs/>
          <w:sz w:val="28"/>
          <w:szCs w:val="28"/>
          <w:lang w:val="ru-RU"/>
        </w:rPr>
        <w:t>Алиева</w:t>
      </w:r>
      <w:r w:rsidRPr="00CA34FF">
        <w:rPr>
          <w:b/>
          <w:bCs/>
          <w:sz w:val="28"/>
          <w:szCs w:val="28"/>
        </w:rPr>
        <w:t xml:space="preserve"> </w:t>
      </w:r>
      <w:r w:rsidRPr="00CA34FF">
        <w:rPr>
          <w:b/>
          <w:bCs/>
          <w:sz w:val="28"/>
          <w:szCs w:val="28"/>
          <w:lang w:val="ru-RU"/>
        </w:rPr>
        <w:t>Анна</w:t>
      </w:r>
      <w:r w:rsidRPr="00CA34FF">
        <w:rPr>
          <w:b/>
          <w:bCs/>
          <w:sz w:val="28"/>
          <w:szCs w:val="28"/>
        </w:rPr>
        <w:t xml:space="preserve"> </w:t>
      </w:r>
      <w:r w:rsidRPr="00CA34FF">
        <w:rPr>
          <w:b/>
          <w:bCs/>
          <w:sz w:val="28"/>
          <w:szCs w:val="28"/>
          <w:lang w:val="ru-RU"/>
        </w:rPr>
        <w:t>Валерьевна</w:t>
      </w:r>
      <w:r w:rsidRPr="00CA34FF">
        <w:rPr>
          <w:sz w:val="28"/>
          <w:szCs w:val="28"/>
        </w:rPr>
        <w:t xml:space="preserve"> –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ғылымдарының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докторы</w:t>
      </w:r>
      <w:proofErr w:type="spellEnd"/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академик</w:t>
      </w:r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Ё</w:t>
      </w:r>
      <w:r w:rsidRPr="00CA34FF">
        <w:rPr>
          <w:sz w:val="28"/>
          <w:szCs w:val="28"/>
        </w:rPr>
        <w:t>.</w:t>
      </w:r>
      <w:r w:rsidRPr="00CA34FF">
        <w:rPr>
          <w:sz w:val="28"/>
          <w:szCs w:val="28"/>
          <w:lang w:val="ru-RU"/>
        </w:rPr>
        <w:t>Х</w:t>
      </w:r>
      <w:r w:rsidRPr="00CA34FF">
        <w:rPr>
          <w:sz w:val="28"/>
          <w:szCs w:val="28"/>
        </w:rPr>
        <w:t xml:space="preserve">. </w:t>
      </w:r>
      <w:proofErr w:type="spellStart"/>
      <w:r w:rsidRPr="00CA34FF">
        <w:rPr>
          <w:sz w:val="28"/>
          <w:szCs w:val="28"/>
          <w:lang w:val="ru-RU"/>
        </w:rPr>
        <w:t>Тұрақұлов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Республикалық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мамандандырылған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эндокринология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ғылыми</w:t>
      </w:r>
      <w:proofErr w:type="spellEnd"/>
      <w:r w:rsidRPr="00CA34FF">
        <w:rPr>
          <w:sz w:val="28"/>
          <w:szCs w:val="28"/>
        </w:rPr>
        <w:t>-</w:t>
      </w:r>
      <w:proofErr w:type="spellStart"/>
      <w:r w:rsidRPr="00CA34FF">
        <w:rPr>
          <w:sz w:val="28"/>
          <w:szCs w:val="28"/>
          <w:lang w:val="ru-RU"/>
        </w:rPr>
        <w:t>практикалық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медициналық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орталығының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эндокриндік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аурулар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эпидемиологиясы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ғылыми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зертханасының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="002C6A00" w:rsidRPr="00CA34FF">
        <w:rPr>
          <w:sz w:val="28"/>
          <w:szCs w:val="28"/>
          <w:lang w:val="ru-RU"/>
        </w:rPr>
        <w:t>жетекшісі</w:t>
      </w:r>
      <w:proofErr w:type="spellEnd"/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Ташкент</w:t>
      </w:r>
      <w:r w:rsidRPr="00CA34FF">
        <w:rPr>
          <w:sz w:val="28"/>
          <w:szCs w:val="28"/>
        </w:rPr>
        <w:t xml:space="preserve"> </w:t>
      </w:r>
      <w:proofErr w:type="gramStart"/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.,</w:t>
      </w:r>
      <w:proofErr w:type="gram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Өзбекстан</w:t>
      </w:r>
      <w:proofErr w:type="spellEnd"/>
      <w:r w:rsidRPr="00CA34FF">
        <w:rPr>
          <w:sz w:val="28"/>
          <w:szCs w:val="28"/>
        </w:rPr>
        <w:t>.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r w:rsidRPr="00CA34FF">
        <w:rPr>
          <w:b/>
          <w:bCs/>
          <w:sz w:val="28"/>
          <w:szCs w:val="28"/>
        </w:rPr>
        <w:t xml:space="preserve">2. </w:t>
      </w:r>
      <w:r w:rsidRPr="00CA34FF">
        <w:rPr>
          <w:b/>
          <w:bCs/>
          <w:sz w:val="28"/>
          <w:szCs w:val="28"/>
          <w:lang w:val="ru-RU"/>
        </w:rPr>
        <w:t>Большакова</w:t>
      </w:r>
      <w:r w:rsidRPr="00CA34FF">
        <w:rPr>
          <w:b/>
          <w:bCs/>
          <w:sz w:val="28"/>
          <w:szCs w:val="28"/>
        </w:rPr>
        <w:t xml:space="preserve"> </w:t>
      </w:r>
      <w:r w:rsidRPr="00CA34FF">
        <w:rPr>
          <w:b/>
          <w:bCs/>
          <w:sz w:val="28"/>
          <w:szCs w:val="28"/>
          <w:lang w:val="ru-RU"/>
        </w:rPr>
        <w:t>Светлана</w:t>
      </w:r>
      <w:r w:rsidRPr="00CA34FF">
        <w:rPr>
          <w:b/>
          <w:bCs/>
          <w:sz w:val="28"/>
          <w:szCs w:val="28"/>
        </w:rPr>
        <w:t xml:space="preserve"> </w:t>
      </w:r>
      <w:r w:rsidRPr="00CA34FF">
        <w:rPr>
          <w:b/>
          <w:bCs/>
          <w:sz w:val="28"/>
          <w:szCs w:val="28"/>
          <w:lang w:val="ru-RU"/>
        </w:rPr>
        <w:t>Викторовна</w:t>
      </w:r>
      <w:r w:rsidRPr="00CA34FF">
        <w:rPr>
          <w:sz w:val="28"/>
          <w:szCs w:val="28"/>
        </w:rPr>
        <w:t xml:space="preserve"> –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ғылымдарының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кандидаты</w:t>
      </w:r>
      <w:r w:rsidRPr="00CA34FF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қауымдастырылған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профессор</w:t>
      </w:r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С</w:t>
      </w:r>
      <w:r w:rsidRPr="00CA34FF">
        <w:rPr>
          <w:sz w:val="28"/>
          <w:szCs w:val="28"/>
        </w:rPr>
        <w:t>.</w:t>
      </w:r>
      <w:r w:rsidRPr="00CA34FF">
        <w:rPr>
          <w:sz w:val="28"/>
          <w:szCs w:val="28"/>
          <w:lang w:val="ru-RU"/>
        </w:rPr>
        <w:t>Д</w:t>
      </w:r>
      <w:r w:rsidRPr="00CA34FF">
        <w:rPr>
          <w:sz w:val="28"/>
          <w:szCs w:val="28"/>
        </w:rPr>
        <w:t xml:space="preserve">. </w:t>
      </w:r>
      <w:proofErr w:type="spellStart"/>
      <w:r w:rsidRPr="00CA34FF">
        <w:rPr>
          <w:sz w:val="28"/>
          <w:szCs w:val="28"/>
          <w:lang w:val="ru-RU"/>
        </w:rPr>
        <w:t>Асфендияров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ұлттық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университетінің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эндокринология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кафедрасының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="002C6A00" w:rsidRPr="00CA34FF">
        <w:rPr>
          <w:sz w:val="28"/>
          <w:szCs w:val="28"/>
          <w:lang w:val="ru-RU"/>
        </w:rPr>
        <w:t>жетекшісі</w:t>
      </w:r>
      <w:proofErr w:type="spellEnd"/>
      <w:r w:rsidRPr="00CA34FF">
        <w:rPr>
          <w:sz w:val="28"/>
          <w:szCs w:val="28"/>
        </w:rPr>
        <w:t xml:space="preserve">, </w:t>
      </w:r>
      <w:r w:rsidRPr="00CA34FF">
        <w:rPr>
          <w:sz w:val="28"/>
          <w:szCs w:val="28"/>
          <w:lang w:val="ru-RU"/>
        </w:rPr>
        <w:t>Алматы</w:t>
      </w:r>
      <w:r w:rsidRPr="00CA34FF">
        <w:rPr>
          <w:sz w:val="28"/>
          <w:szCs w:val="28"/>
        </w:rPr>
        <w:t xml:space="preserve"> </w:t>
      </w:r>
      <w:proofErr w:type="gramStart"/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.,</w:t>
      </w:r>
      <w:proofErr w:type="gram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>.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1" w:name="OLE_LINK13"/>
      <w:r w:rsidRPr="00CA34FF">
        <w:rPr>
          <w:b/>
          <w:bCs/>
          <w:sz w:val="28"/>
          <w:szCs w:val="28"/>
        </w:rPr>
        <w:t xml:space="preserve">3. </w:t>
      </w:r>
      <w:r w:rsidRPr="00CA34FF">
        <w:rPr>
          <w:b/>
          <w:bCs/>
          <w:sz w:val="28"/>
          <w:szCs w:val="28"/>
          <w:lang w:val="ru-RU"/>
        </w:rPr>
        <w:t>Сады</w:t>
      </w:r>
      <w:r w:rsidR="001531A4" w:rsidRPr="00CA34FF">
        <w:rPr>
          <w:b/>
          <w:bCs/>
          <w:sz w:val="28"/>
          <w:szCs w:val="28"/>
          <w:lang w:val="ru-RU"/>
        </w:rPr>
        <w:t>к</w:t>
      </w:r>
      <w:r w:rsidRPr="00CA34FF">
        <w:rPr>
          <w:b/>
          <w:bCs/>
          <w:sz w:val="28"/>
          <w:szCs w:val="28"/>
          <w:lang w:val="ru-RU"/>
        </w:rPr>
        <w:t>ова</w:t>
      </w:r>
      <w:r w:rsidRPr="00CA34FF">
        <w:rPr>
          <w:b/>
          <w:bCs/>
          <w:sz w:val="28"/>
          <w:szCs w:val="28"/>
        </w:rPr>
        <w:t xml:space="preserve"> </w:t>
      </w:r>
      <w:proofErr w:type="spellStart"/>
      <w:r w:rsidR="001531A4" w:rsidRPr="00CA34FF">
        <w:rPr>
          <w:b/>
          <w:bCs/>
          <w:sz w:val="28"/>
          <w:szCs w:val="28"/>
          <w:lang w:val="ru-RU"/>
        </w:rPr>
        <w:t>К</w:t>
      </w:r>
      <w:r w:rsidRPr="00CA34FF">
        <w:rPr>
          <w:b/>
          <w:bCs/>
          <w:sz w:val="28"/>
          <w:szCs w:val="28"/>
          <w:lang w:val="ru-RU"/>
        </w:rPr>
        <w:t>арлы</w:t>
      </w:r>
      <w:r w:rsidR="00B745EA" w:rsidRPr="00CA34FF">
        <w:rPr>
          <w:b/>
          <w:bCs/>
          <w:sz w:val="28"/>
          <w:szCs w:val="28"/>
          <w:lang w:val="ru-RU"/>
        </w:rPr>
        <w:t>г</w:t>
      </w:r>
      <w:r w:rsidRPr="00CA34FF">
        <w:rPr>
          <w:b/>
          <w:bCs/>
          <w:sz w:val="28"/>
          <w:szCs w:val="28"/>
          <w:lang w:val="ru-RU"/>
        </w:rPr>
        <w:t>аш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Жарыл</w:t>
      </w:r>
      <w:r w:rsidR="001531A4" w:rsidRPr="00CA34FF">
        <w:rPr>
          <w:b/>
          <w:bCs/>
          <w:sz w:val="28"/>
          <w:szCs w:val="28"/>
          <w:lang w:val="ru-RU"/>
        </w:rPr>
        <w:t>к</w:t>
      </w:r>
      <w:r w:rsidRPr="00CA34FF">
        <w:rPr>
          <w:b/>
          <w:bCs/>
          <w:sz w:val="28"/>
          <w:szCs w:val="28"/>
          <w:lang w:val="ru-RU"/>
        </w:rPr>
        <w:t>асын</w:t>
      </w:r>
      <w:r w:rsidR="001531A4" w:rsidRPr="00CA34FF">
        <w:rPr>
          <w:b/>
          <w:bCs/>
          <w:sz w:val="28"/>
          <w:szCs w:val="28"/>
          <w:lang w:val="ru-RU"/>
        </w:rPr>
        <w:t>овна</w:t>
      </w:r>
      <w:proofErr w:type="spellEnd"/>
      <w:r w:rsidRPr="00CA34FF">
        <w:rPr>
          <w:sz w:val="28"/>
          <w:szCs w:val="28"/>
        </w:rPr>
        <w:t xml:space="preserve"> – </w:t>
      </w:r>
      <w:r w:rsidR="00AC3CD5" w:rsidRPr="00CA34FF">
        <w:rPr>
          <w:sz w:val="28"/>
          <w:szCs w:val="28"/>
        </w:rPr>
        <w:t xml:space="preserve">PhD, </w:t>
      </w:r>
      <w:proofErr w:type="spellStart"/>
      <w:r w:rsidRPr="00CA34FF">
        <w:rPr>
          <w:sz w:val="28"/>
          <w:szCs w:val="28"/>
          <w:lang w:val="ru-RU"/>
        </w:rPr>
        <w:t>қауымдастырылған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профессор</w:t>
      </w:r>
      <w:r w:rsidRPr="00CA34FF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Қожа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Ахмет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Ясауи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Халықаралық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</w:t>
      </w:r>
      <w:proofErr w:type="spellEnd"/>
      <w:r w:rsidRPr="00CA34FF">
        <w:rPr>
          <w:sz w:val="28"/>
          <w:szCs w:val="28"/>
        </w:rPr>
        <w:t>-</w:t>
      </w:r>
      <w:proofErr w:type="spellStart"/>
      <w:r w:rsidRPr="00CA34FF">
        <w:rPr>
          <w:sz w:val="28"/>
          <w:szCs w:val="28"/>
          <w:lang w:val="ru-RU"/>
        </w:rPr>
        <w:t>түрік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университетінің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="00AC3CD5" w:rsidRPr="00CA34FF">
        <w:rPr>
          <w:sz w:val="28"/>
          <w:szCs w:val="28"/>
          <w:lang w:val="ru-RU"/>
        </w:rPr>
        <w:t>а</w:t>
      </w:r>
      <w:r w:rsidRPr="00CA34FF">
        <w:rPr>
          <w:sz w:val="28"/>
          <w:szCs w:val="28"/>
          <w:lang w:val="ru-RU"/>
        </w:rPr>
        <w:t>рнайы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клиникалық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пәндер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="00AC3CD5" w:rsidRPr="00CA34FF">
        <w:rPr>
          <w:sz w:val="28"/>
          <w:szCs w:val="28"/>
          <w:lang w:val="ru-RU"/>
        </w:rPr>
        <w:t>кафедрасының</w:t>
      </w:r>
      <w:proofErr w:type="spellEnd"/>
      <w:r w:rsidR="00AC3CD5" w:rsidRPr="00CA34FF">
        <w:rPr>
          <w:sz w:val="28"/>
          <w:szCs w:val="28"/>
        </w:rPr>
        <w:t xml:space="preserve"> </w:t>
      </w:r>
      <w:proofErr w:type="spellStart"/>
      <w:r w:rsidR="002C6A00" w:rsidRPr="00CA34FF">
        <w:rPr>
          <w:sz w:val="28"/>
          <w:szCs w:val="28"/>
          <w:lang w:val="ru-RU"/>
        </w:rPr>
        <w:t>жетекшісі</w:t>
      </w:r>
      <w:proofErr w:type="spellEnd"/>
      <w:r w:rsidRPr="00CA34FF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Түркістан</w:t>
      </w:r>
      <w:proofErr w:type="spellEnd"/>
      <w:r w:rsidRPr="00CA34FF">
        <w:rPr>
          <w:sz w:val="28"/>
          <w:szCs w:val="28"/>
        </w:rPr>
        <w:t xml:space="preserve"> </w:t>
      </w:r>
      <w:proofErr w:type="gramStart"/>
      <w:r w:rsidRPr="00CA34FF">
        <w:rPr>
          <w:sz w:val="28"/>
          <w:szCs w:val="28"/>
          <w:lang w:val="ru-RU"/>
        </w:rPr>
        <w:t>қ</w:t>
      </w:r>
      <w:r w:rsidRPr="00CA34FF">
        <w:rPr>
          <w:sz w:val="28"/>
          <w:szCs w:val="28"/>
        </w:rPr>
        <w:t>.,</w:t>
      </w:r>
      <w:proofErr w:type="gram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Қазақстан</w:t>
      </w:r>
      <w:proofErr w:type="spellEnd"/>
      <w:r w:rsidRPr="00CA34FF">
        <w:rPr>
          <w:sz w:val="28"/>
          <w:szCs w:val="28"/>
        </w:rPr>
        <w:t>.</w:t>
      </w:r>
    </w:p>
    <w:bookmarkEnd w:id="1"/>
    <w:p w:rsidR="00AC3CD5" w:rsidRPr="00CA34FF" w:rsidRDefault="00AC3CD5" w:rsidP="00CA34F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A34FF">
        <w:rPr>
          <w:b/>
          <w:bCs/>
          <w:sz w:val="28"/>
          <w:szCs w:val="28"/>
          <w:lang w:val="ru-RU"/>
        </w:rPr>
        <w:t>Қорғау</w:t>
      </w:r>
      <w:proofErr w:type="spellEnd"/>
      <w:r w:rsidRPr="00CA34FF">
        <w:rPr>
          <w:b/>
          <w:bCs/>
          <w:sz w:val="28"/>
          <w:szCs w:val="28"/>
        </w:rPr>
        <w:t xml:space="preserve"> 2026 </w:t>
      </w:r>
      <w:proofErr w:type="spellStart"/>
      <w:r w:rsidRPr="00CA34FF">
        <w:rPr>
          <w:b/>
          <w:bCs/>
          <w:sz w:val="28"/>
          <w:szCs w:val="28"/>
          <w:lang w:val="ru-RU"/>
        </w:rPr>
        <w:t>жылғы</w:t>
      </w:r>
      <w:proofErr w:type="spellEnd"/>
      <w:r w:rsidRPr="00CA34FF">
        <w:rPr>
          <w:b/>
          <w:bCs/>
          <w:sz w:val="28"/>
          <w:szCs w:val="28"/>
        </w:rPr>
        <w:t xml:space="preserve"> 23 </w:t>
      </w:r>
      <w:proofErr w:type="spellStart"/>
      <w:r w:rsidRPr="00CA34FF">
        <w:rPr>
          <w:b/>
          <w:bCs/>
          <w:sz w:val="28"/>
          <w:szCs w:val="28"/>
          <w:lang w:val="ru-RU"/>
        </w:rPr>
        <w:t>қыркүйек</w:t>
      </w:r>
      <w:proofErr w:type="spellEnd"/>
      <w:r w:rsidRPr="00CA34FF">
        <w:rPr>
          <w:b/>
          <w:bCs/>
          <w:sz w:val="28"/>
          <w:szCs w:val="28"/>
        </w:rPr>
        <w:t xml:space="preserve"> </w:t>
      </w:r>
      <w:proofErr w:type="spellStart"/>
      <w:r w:rsidRPr="00CA34FF">
        <w:rPr>
          <w:b/>
          <w:bCs/>
          <w:sz w:val="28"/>
          <w:szCs w:val="28"/>
          <w:lang w:val="ru-RU"/>
        </w:rPr>
        <w:t>сағат</w:t>
      </w:r>
      <w:proofErr w:type="spellEnd"/>
      <w:r w:rsidRPr="00CA34FF">
        <w:rPr>
          <w:b/>
          <w:bCs/>
          <w:sz w:val="28"/>
          <w:szCs w:val="28"/>
        </w:rPr>
        <w:t xml:space="preserve"> 12:00-</w:t>
      </w:r>
      <w:r w:rsidRPr="00CA34FF">
        <w:rPr>
          <w:b/>
          <w:bCs/>
          <w:sz w:val="28"/>
          <w:szCs w:val="28"/>
          <w:lang w:val="ru-RU"/>
        </w:rPr>
        <w:t>де</w:t>
      </w:r>
      <w:r w:rsidRPr="00CA34FF">
        <w:rPr>
          <w:sz w:val="28"/>
          <w:szCs w:val="28"/>
        </w:rPr>
        <w:t xml:space="preserve"> «</w:t>
      </w:r>
      <w:r w:rsidRPr="00CA34FF">
        <w:rPr>
          <w:sz w:val="28"/>
          <w:szCs w:val="28"/>
          <w:lang w:val="ru-RU"/>
        </w:rPr>
        <w:t>Марат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Оспанов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атындағы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БҚМУ</w:t>
      </w:r>
      <w:r w:rsidRPr="00CA34FF">
        <w:rPr>
          <w:sz w:val="28"/>
          <w:szCs w:val="28"/>
        </w:rPr>
        <w:t xml:space="preserve">» </w:t>
      </w:r>
      <w:proofErr w:type="spellStart"/>
      <w:r w:rsidRPr="00CA34FF">
        <w:rPr>
          <w:sz w:val="28"/>
          <w:szCs w:val="28"/>
          <w:lang w:val="ru-RU"/>
        </w:rPr>
        <w:t>КеАҚ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жанындағы</w:t>
      </w:r>
      <w:proofErr w:type="spellEnd"/>
      <w:r w:rsidRPr="00CA34FF">
        <w:rPr>
          <w:sz w:val="28"/>
          <w:szCs w:val="28"/>
        </w:rPr>
        <w:t xml:space="preserve"> </w:t>
      </w:r>
      <w:r w:rsidR="007F03EE" w:rsidRPr="00CA34FF">
        <w:rPr>
          <w:sz w:val="28"/>
          <w:szCs w:val="28"/>
        </w:rPr>
        <w:t xml:space="preserve">6D110100 - </w:t>
      </w:r>
      <w:r w:rsidRPr="00CA34FF">
        <w:rPr>
          <w:sz w:val="28"/>
          <w:szCs w:val="28"/>
        </w:rPr>
        <w:t>8D10102 «</w:t>
      </w:r>
      <w:r w:rsidRPr="00CA34FF">
        <w:rPr>
          <w:sz w:val="28"/>
          <w:szCs w:val="28"/>
          <w:lang w:val="ru-RU"/>
        </w:rPr>
        <w:t>Медицина</w:t>
      </w:r>
      <w:r w:rsidRPr="00CA34FF">
        <w:rPr>
          <w:sz w:val="28"/>
          <w:szCs w:val="28"/>
        </w:rPr>
        <w:t xml:space="preserve">» </w:t>
      </w:r>
      <w:proofErr w:type="spellStart"/>
      <w:r w:rsidRPr="00CA34FF">
        <w:rPr>
          <w:sz w:val="28"/>
          <w:szCs w:val="28"/>
          <w:lang w:val="ru-RU"/>
        </w:rPr>
        <w:t>мамандығы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бойынша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диссертациялық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кеңесте</w:t>
      </w:r>
      <w:proofErr w:type="spellEnd"/>
      <w:r w:rsidRPr="00CA34FF">
        <w:rPr>
          <w:sz w:val="28"/>
          <w:szCs w:val="28"/>
        </w:rPr>
        <w:t xml:space="preserve">, 030019, </w:t>
      </w:r>
      <w:proofErr w:type="spellStart"/>
      <w:r w:rsidRPr="00CA34FF">
        <w:rPr>
          <w:sz w:val="28"/>
          <w:szCs w:val="28"/>
          <w:lang w:val="ru-RU"/>
        </w:rPr>
        <w:t>Ақтөбе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қаласы</w:t>
      </w:r>
      <w:proofErr w:type="spellEnd"/>
      <w:r w:rsidRPr="00CA34FF">
        <w:rPr>
          <w:sz w:val="28"/>
          <w:szCs w:val="28"/>
        </w:rPr>
        <w:t xml:space="preserve">, </w:t>
      </w:r>
      <w:proofErr w:type="spellStart"/>
      <w:r w:rsidRPr="00CA34FF">
        <w:rPr>
          <w:sz w:val="28"/>
          <w:szCs w:val="28"/>
          <w:lang w:val="ru-RU"/>
        </w:rPr>
        <w:t>Маресьев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көшесі</w:t>
      </w:r>
      <w:proofErr w:type="spellEnd"/>
      <w:r w:rsidRPr="00CA34FF">
        <w:rPr>
          <w:sz w:val="28"/>
          <w:szCs w:val="28"/>
        </w:rPr>
        <w:t xml:space="preserve">, 68, </w:t>
      </w:r>
      <w:proofErr w:type="spellStart"/>
      <w:r w:rsidRPr="00CA34FF">
        <w:rPr>
          <w:sz w:val="28"/>
          <w:szCs w:val="28"/>
          <w:lang w:val="ru-RU"/>
        </w:rPr>
        <w:t>конференц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залында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өтеді</w:t>
      </w:r>
      <w:proofErr w:type="spellEnd"/>
      <w:r w:rsidRPr="00CA34FF">
        <w:rPr>
          <w:sz w:val="28"/>
          <w:szCs w:val="28"/>
        </w:rPr>
        <w:t>.</w:t>
      </w:r>
    </w:p>
    <w:p w:rsidR="003C74AD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A34FF">
        <w:rPr>
          <w:sz w:val="28"/>
          <w:szCs w:val="28"/>
          <w:lang w:val="ru-RU"/>
        </w:rPr>
        <w:t>Хабарландыру</w:t>
      </w:r>
      <w:proofErr w:type="spellEnd"/>
      <w:r w:rsidRPr="00CA34FF">
        <w:rPr>
          <w:sz w:val="28"/>
          <w:szCs w:val="28"/>
        </w:rPr>
        <w:t xml:space="preserve"> </w:t>
      </w:r>
      <w:r w:rsidRPr="00CA34FF">
        <w:rPr>
          <w:sz w:val="28"/>
          <w:szCs w:val="28"/>
          <w:lang w:val="ru-RU"/>
        </w:rPr>
        <w:t>мен</w:t>
      </w:r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қосымшаның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мәтіні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орналастырылған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диссертациялық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кеңес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сайтының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мекен</w:t>
      </w:r>
      <w:proofErr w:type="spellEnd"/>
      <w:r w:rsidRPr="00CA34FF">
        <w:rPr>
          <w:sz w:val="28"/>
          <w:szCs w:val="28"/>
        </w:rPr>
        <w:t>-</w:t>
      </w:r>
      <w:proofErr w:type="spellStart"/>
      <w:r w:rsidRPr="00CA34FF">
        <w:rPr>
          <w:sz w:val="28"/>
          <w:szCs w:val="28"/>
          <w:lang w:val="ru-RU"/>
        </w:rPr>
        <w:t>жайы</w:t>
      </w:r>
      <w:proofErr w:type="spellEnd"/>
      <w:r w:rsidRPr="00CA34FF">
        <w:rPr>
          <w:sz w:val="28"/>
          <w:szCs w:val="28"/>
        </w:rPr>
        <w:t xml:space="preserve">: </w:t>
      </w:r>
      <w:hyperlink r:id="rId8" w:history="1">
        <w:r w:rsidR="00AF080A" w:rsidRPr="00CA34FF">
          <w:rPr>
            <w:rStyle w:val="aff8"/>
            <w:sz w:val="28"/>
            <w:szCs w:val="28"/>
          </w:rPr>
          <w:t>https://ospanov.university/</w:t>
        </w:r>
      </w:hyperlink>
    </w:p>
    <w:p w:rsidR="001B74E4" w:rsidRPr="00CA34FF" w:rsidRDefault="003918AD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CA34FF">
        <w:rPr>
          <w:sz w:val="28"/>
          <w:szCs w:val="28"/>
          <w:lang w:val="ru-RU"/>
        </w:rPr>
        <w:t>Диссертациялық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Кеңестің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отырысына</w:t>
      </w:r>
      <w:proofErr w:type="spellEnd"/>
      <w:r w:rsidRPr="00CA34FF">
        <w:rPr>
          <w:sz w:val="28"/>
          <w:szCs w:val="28"/>
        </w:rPr>
        <w:t xml:space="preserve"> online (</w:t>
      </w:r>
      <w:r w:rsidRPr="00CA34FF">
        <w:rPr>
          <w:sz w:val="28"/>
          <w:szCs w:val="28"/>
          <w:lang w:val="ru-RU"/>
        </w:rPr>
        <w:t>онлайн</w:t>
      </w:r>
      <w:r w:rsidRPr="00CA34FF">
        <w:rPr>
          <w:sz w:val="28"/>
          <w:szCs w:val="28"/>
        </w:rPr>
        <w:t xml:space="preserve">) </w:t>
      </w:r>
      <w:proofErr w:type="spellStart"/>
      <w:r w:rsidRPr="00CA34FF">
        <w:rPr>
          <w:sz w:val="28"/>
          <w:szCs w:val="28"/>
          <w:lang w:val="ru-RU"/>
        </w:rPr>
        <w:t>режимде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қатысу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үшін</w:t>
      </w:r>
      <w:proofErr w:type="spellEnd"/>
      <w:r w:rsidRPr="00CA34FF">
        <w:rPr>
          <w:sz w:val="28"/>
          <w:szCs w:val="28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сілтеме</w:t>
      </w:r>
      <w:proofErr w:type="spellEnd"/>
      <w:r w:rsidRPr="00CA34FF">
        <w:rPr>
          <w:sz w:val="28"/>
          <w:szCs w:val="28"/>
        </w:rPr>
        <w:t xml:space="preserve">: </w:t>
      </w:r>
    </w:p>
    <w:p w:rsidR="001B74E4" w:rsidRPr="00CA34FF" w:rsidRDefault="002811D2" w:rsidP="00CA34FF">
      <w:pPr>
        <w:spacing w:after="0" w:line="240" w:lineRule="auto"/>
        <w:ind w:firstLine="709"/>
        <w:jc w:val="both"/>
        <w:rPr>
          <w:sz w:val="28"/>
          <w:szCs w:val="28"/>
        </w:rPr>
      </w:pPr>
      <w:hyperlink r:id="rId9" w:history="1">
        <w:r w:rsidR="001B74E4" w:rsidRPr="00CA34FF">
          <w:rPr>
            <w:rStyle w:val="aff8"/>
            <w:sz w:val="28"/>
            <w:szCs w:val="28"/>
          </w:rPr>
          <w:t>https://zoom.us/j/4740296638?pwd=k9yeQF8PaQCltjnrSOh2KEJFcwb2PV.1&amp;omn=94344160738</w:t>
        </w:r>
      </w:hyperlink>
    </w:p>
    <w:p w:rsidR="001B74E4" w:rsidRPr="00CA34FF" w:rsidRDefault="009A2313" w:rsidP="00CA34FF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CA34FF">
        <w:rPr>
          <w:sz w:val="28"/>
          <w:szCs w:val="28"/>
          <w:lang w:val="ru-RU"/>
        </w:rPr>
        <w:t xml:space="preserve">Чат </w:t>
      </w:r>
      <w:proofErr w:type="spellStart"/>
      <w:r w:rsidRPr="00CA34FF">
        <w:rPr>
          <w:sz w:val="28"/>
          <w:szCs w:val="28"/>
          <w:lang w:val="ru-RU"/>
        </w:rPr>
        <w:t>конференциясына</w:t>
      </w:r>
      <w:proofErr w:type="spellEnd"/>
      <w:r w:rsidRPr="00CA34FF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CA34FF">
        <w:rPr>
          <w:sz w:val="28"/>
          <w:szCs w:val="28"/>
          <w:lang w:val="ru-RU"/>
        </w:rPr>
        <w:t>сілтеме</w:t>
      </w:r>
      <w:proofErr w:type="spellEnd"/>
      <w:r w:rsidRPr="00CA34FF">
        <w:rPr>
          <w:sz w:val="28"/>
          <w:szCs w:val="28"/>
          <w:lang w:val="ru-RU"/>
        </w:rPr>
        <w:t xml:space="preserve">  </w:t>
      </w:r>
      <w:hyperlink r:id="rId10" w:history="1">
        <w:r w:rsidR="001B74E4" w:rsidRPr="00CA34FF">
          <w:rPr>
            <w:rStyle w:val="aff8"/>
            <w:sz w:val="28"/>
            <w:szCs w:val="28"/>
          </w:rPr>
          <w:t>https</w:t>
        </w:r>
        <w:r w:rsidR="001B74E4" w:rsidRPr="00CA34FF">
          <w:rPr>
            <w:rStyle w:val="aff8"/>
            <w:sz w:val="28"/>
            <w:szCs w:val="28"/>
            <w:lang w:val="ru-RU"/>
          </w:rPr>
          <w:t>://</w:t>
        </w:r>
        <w:r w:rsidR="001B74E4" w:rsidRPr="00CA34FF">
          <w:rPr>
            <w:rStyle w:val="aff8"/>
            <w:sz w:val="28"/>
            <w:szCs w:val="28"/>
          </w:rPr>
          <w:t>zoom</w:t>
        </w:r>
        <w:r w:rsidR="001B74E4" w:rsidRPr="00CA34FF">
          <w:rPr>
            <w:rStyle w:val="aff8"/>
            <w:sz w:val="28"/>
            <w:szCs w:val="28"/>
            <w:lang w:val="ru-RU"/>
          </w:rPr>
          <w:t>.</w:t>
        </w:r>
        <w:r w:rsidR="001B74E4" w:rsidRPr="00CA34FF">
          <w:rPr>
            <w:rStyle w:val="aff8"/>
            <w:sz w:val="28"/>
            <w:szCs w:val="28"/>
          </w:rPr>
          <w:t>us</w:t>
        </w:r>
        <w:r w:rsidR="001B74E4" w:rsidRPr="00CA34FF">
          <w:rPr>
            <w:rStyle w:val="aff8"/>
            <w:sz w:val="28"/>
            <w:szCs w:val="28"/>
            <w:lang w:val="ru-RU"/>
          </w:rPr>
          <w:t>/</w:t>
        </w:r>
        <w:r w:rsidR="001B74E4" w:rsidRPr="00CA34FF">
          <w:rPr>
            <w:rStyle w:val="aff8"/>
            <w:sz w:val="28"/>
            <w:szCs w:val="28"/>
          </w:rPr>
          <w:t>launch</w:t>
        </w:r>
        <w:r w:rsidR="001B74E4" w:rsidRPr="00CA34FF">
          <w:rPr>
            <w:rStyle w:val="aff8"/>
            <w:sz w:val="28"/>
            <w:szCs w:val="28"/>
            <w:lang w:val="ru-RU"/>
          </w:rPr>
          <w:t>/</w:t>
        </w:r>
        <w:proofErr w:type="spellStart"/>
        <w:r w:rsidR="001B74E4" w:rsidRPr="00CA34FF">
          <w:rPr>
            <w:rStyle w:val="aff8"/>
            <w:sz w:val="28"/>
            <w:szCs w:val="28"/>
          </w:rPr>
          <w:t>jc</w:t>
        </w:r>
        <w:proofErr w:type="spellEnd"/>
        <w:r w:rsidR="001B74E4" w:rsidRPr="00CA34FF">
          <w:rPr>
            <w:rStyle w:val="aff8"/>
            <w:sz w:val="28"/>
            <w:szCs w:val="28"/>
            <w:lang w:val="ru-RU"/>
          </w:rPr>
          <w:t>/94344160738</w:t>
        </w:r>
        <w:proofErr w:type="gramEnd"/>
      </w:hyperlink>
    </w:p>
    <w:p w:rsidR="001B74E4" w:rsidRPr="00CA34FF" w:rsidRDefault="00AF080A" w:rsidP="00CA34FF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CA34FF">
        <w:rPr>
          <w:sz w:val="28"/>
          <w:szCs w:val="28"/>
          <w:lang w:val="ru-RU"/>
        </w:rPr>
        <w:t>Конференция и</w:t>
      </w:r>
      <w:r w:rsidR="001B74E4" w:rsidRPr="00CA34FF">
        <w:rPr>
          <w:sz w:val="28"/>
          <w:szCs w:val="28"/>
          <w:lang w:val="ru-RU"/>
        </w:rPr>
        <w:t>дентификатор</w:t>
      </w:r>
      <w:r w:rsidRPr="00CA34FF">
        <w:rPr>
          <w:sz w:val="28"/>
          <w:szCs w:val="28"/>
          <w:lang w:val="ru-RU"/>
        </w:rPr>
        <w:t>ы</w:t>
      </w:r>
      <w:r w:rsidR="001B74E4" w:rsidRPr="00CA34FF">
        <w:rPr>
          <w:sz w:val="28"/>
          <w:szCs w:val="28"/>
          <w:lang w:val="ru-RU"/>
        </w:rPr>
        <w:t xml:space="preserve">: 474 029 6638 </w:t>
      </w:r>
    </w:p>
    <w:p w:rsidR="003C74AD" w:rsidRPr="00CA34FF" w:rsidRDefault="00AF080A" w:rsidP="00CA34FF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CA34FF">
        <w:rPr>
          <w:sz w:val="28"/>
          <w:szCs w:val="28"/>
          <w:lang w:val="kk-KZ"/>
        </w:rPr>
        <w:t>Кіру к</w:t>
      </w:r>
      <w:r w:rsidRPr="00CA34FF">
        <w:rPr>
          <w:sz w:val="28"/>
          <w:szCs w:val="28"/>
          <w:lang w:val="ru-RU"/>
        </w:rPr>
        <w:t>оды</w:t>
      </w:r>
      <w:r w:rsidR="001B74E4" w:rsidRPr="00CA34FF">
        <w:rPr>
          <w:sz w:val="28"/>
          <w:szCs w:val="28"/>
          <w:lang w:val="ru-RU"/>
        </w:rPr>
        <w:t>: 19882026</w:t>
      </w:r>
    </w:p>
    <w:p w:rsidR="003C74AD" w:rsidRPr="00CA34FF" w:rsidRDefault="003C74AD" w:rsidP="00CA34FF">
      <w:pPr>
        <w:spacing w:after="0" w:line="240" w:lineRule="auto"/>
        <w:ind w:firstLine="709"/>
        <w:rPr>
          <w:sz w:val="28"/>
          <w:szCs w:val="28"/>
          <w:lang w:val="ru-RU"/>
        </w:rPr>
      </w:pPr>
    </w:p>
    <w:p w:rsidR="003C74AD" w:rsidRPr="00CA34FF" w:rsidRDefault="003918AD" w:rsidP="00CA34FF">
      <w:pPr>
        <w:spacing w:after="0" w:line="240" w:lineRule="auto"/>
        <w:ind w:firstLine="709"/>
        <w:rPr>
          <w:sz w:val="28"/>
          <w:szCs w:val="28"/>
          <w:lang w:val="ru-RU"/>
        </w:rPr>
      </w:pPr>
      <w:proofErr w:type="spellStart"/>
      <w:r w:rsidRPr="00CA34FF">
        <w:rPr>
          <w:sz w:val="28"/>
          <w:szCs w:val="28"/>
          <w:lang w:val="ru-RU"/>
        </w:rPr>
        <w:t>Ғылыми</w:t>
      </w:r>
      <w:proofErr w:type="spellEnd"/>
      <w:r w:rsidRPr="00CA34FF">
        <w:rPr>
          <w:sz w:val="28"/>
          <w:szCs w:val="28"/>
          <w:lang w:val="ru-RU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хатшы</w:t>
      </w:r>
      <w:proofErr w:type="spellEnd"/>
      <w:r w:rsidRPr="00CA34FF">
        <w:rPr>
          <w:sz w:val="28"/>
          <w:szCs w:val="28"/>
          <w:lang w:val="ru-RU"/>
        </w:rPr>
        <w:t xml:space="preserve">: Мусина </w:t>
      </w:r>
      <w:proofErr w:type="spellStart"/>
      <w:r w:rsidRPr="00CA34FF">
        <w:rPr>
          <w:sz w:val="28"/>
          <w:szCs w:val="28"/>
          <w:lang w:val="ru-RU"/>
        </w:rPr>
        <w:t>Айгүл</w:t>
      </w:r>
      <w:proofErr w:type="spellEnd"/>
      <w:r w:rsidRPr="00CA34FF">
        <w:rPr>
          <w:sz w:val="28"/>
          <w:szCs w:val="28"/>
          <w:lang w:val="ru-RU"/>
        </w:rPr>
        <w:t xml:space="preserve"> </w:t>
      </w:r>
      <w:proofErr w:type="spellStart"/>
      <w:r w:rsidRPr="00CA34FF">
        <w:rPr>
          <w:sz w:val="28"/>
          <w:szCs w:val="28"/>
          <w:lang w:val="ru-RU"/>
        </w:rPr>
        <w:t>Зака</w:t>
      </w:r>
      <w:r w:rsidR="007559B9" w:rsidRPr="00CA34FF">
        <w:rPr>
          <w:sz w:val="28"/>
          <w:szCs w:val="28"/>
          <w:lang w:val="ru-RU"/>
        </w:rPr>
        <w:t>риевна</w:t>
      </w:r>
      <w:proofErr w:type="spellEnd"/>
      <w:r w:rsidRPr="00CA34FF">
        <w:rPr>
          <w:sz w:val="28"/>
          <w:szCs w:val="28"/>
          <w:lang w:val="ru-RU"/>
        </w:rPr>
        <w:t>,</w:t>
      </w:r>
      <w:r w:rsidR="005632A6" w:rsidRPr="00CA34FF">
        <w:rPr>
          <w:sz w:val="28"/>
          <w:szCs w:val="28"/>
          <w:lang w:val="ru-RU"/>
        </w:rPr>
        <w:t xml:space="preserve"> </w:t>
      </w:r>
      <w:r w:rsidRPr="00CA34FF">
        <w:rPr>
          <w:sz w:val="28"/>
          <w:szCs w:val="28"/>
          <w:lang w:val="ru-RU"/>
        </w:rPr>
        <w:t>(</w:t>
      </w:r>
      <w:proofErr w:type="spellStart"/>
      <w:r w:rsidRPr="00CA34FF">
        <w:rPr>
          <w:sz w:val="28"/>
          <w:szCs w:val="28"/>
          <w:lang w:val="ru-RU"/>
        </w:rPr>
        <w:t>ұялы</w:t>
      </w:r>
      <w:proofErr w:type="spellEnd"/>
      <w:r w:rsidRPr="00CA34FF">
        <w:rPr>
          <w:sz w:val="28"/>
          <w:szCs w:val="28"/>
          <w:lang w:val="ru-RU"/>
        </w:rPr>
        <w:t xml:space="preserve"> телефон </w:t>
      </w:r>
      <w:proofErr w:type="spellStart"/>
      <w:r w:rsidRPr="00CA34FF">
        <w:rPr>
          <w:sz w:val="28"/>
          <w:szCs w:val="28"/>
          <w:lang w:val="ru-RU"/>
        </w:rPr>
        <w:t>нөмірі</w:t>
      </w:r>
      <w:proofErr w:type="spellEnd"/>
      <w:r w:rsidRPr="00CA34FF">
        <w:rPr>
          <w:sz w:val="28"/>
          <w:szCs w:val="28"/>
          <w:lang w:val="ru-RU"/>
        </w:rPr>
        <w:t xml:space="preserve">) +7 777 965 01 49; </w:t>
      </w:r>
      <w:r w:rsidRPr="00CA34FF">
        <w:rPr>
          <w:sz w:val="28"/>
          <w:szCs w:val="28"/>
        </w:rPr>
        <w:t>e</w:t>
      </w:r>
      <w:r w:rsidRPr="00CA34FF">
        <w:rPr>
          <w:sz w:val="28"/>
          <w:szCs w:val="28"/>
          <w:lang w:val="ru-RU"/>
        </w:rPr>
        <w:t>-</w:t>
      </w:r>
      <w:r w:rsidRPr="00CA34FF">
        <w:rPr>
          <w:sz w:val="28"/>
          <w:szCs w:val="28"/>
        </w:rPr>
        <w:t>mail</w:t>
      </w:r>
      <w:r w:rsidRPr="00CA34FF">
        <w:rPr>
          <w:sz w:val="28"/>
          <w:szCs w:val="28"/>
          <w:lang w:val="ru-RU"/>
        </w:rPr>
        <w:t xml:space="preserve">: </w:t>
      </w:r>
      <w:r w:rsidRPr="00CA34FF">
        <w:rPr>
          <w:sz w:val="28"/>
          <w:szCs w:val="28"/>
        </w:rPr>
        <w:t>ds</w:t>
      </w:r>
      <w:r w:rsidRPr="00CA34FF">
        <w:rPr>
          <w:sz w:val="28"/>
          <w:szCs w:val="28"/>
          <w:lang w:val="ru-RU"/>
        </w:rPr>
        <w:t>@</w:t>
      </w:r>
      <w:proofErr w:type="spellStart"/>
      <w:r w:rsidRPr="00CA34FF">
        <w:rPr>
          <w:sz w:val="28"/>
          <w:szCs w:val="28"/>
        </w:rPr>
        <w:t>zkmu</w:t>
      </w:r>
      <w:proofErr w:type="spellEnd"/>
      <w:r w:rsidRPr="00CA34FF">
        <w:rPr>
          <w:sz w:val="28"/>
          <w:szCs w:val="28"/>
          <w:lang w:val="ru-RU"/>
        </w:rPr>
        <w:t>.</w:t>
      </w:r>
      <w:proofErr w:type="spellStart"/>
      <w:r w:rsidRPr="00CA34FF">
        <w:rPr>
          <w:sz w:val="28"/>
          <w:szCs w:val="28"/>
        </w:rPr>
        <w:t>kz</w:t>
      </w:r>
      <w:proofErr w:type="spellEnd"/>
      <w:r w:rsidRPr="00CA34FF">
        <w:rPr>
          <w:sz w:val="28"/>
          <w:szCs w:val="28"/>
          <w:lang w:val="ru-RU"/>
        </w:rPr>
        <w:t xml:space="preserve">; </w:t>
      </w:r>
      <w:r w:rsidRPr="00CA34FF">
        <w:rPr>
          <w:sz w:val="28"/>
          <w:szCs w:val="28"/>
        </w:rPr>
        <w:t>info</w:t>
      </w:r>
      <w:r w:rsidRPr="00CA34FF">
        <w:rPr>
          <w:sz w:val="28"/>
          <w:szCs w:val="28"/>
          <w:lang w:val="ru-RU"/>
        </w:rPr>
        <w:t>@</w:t>
      </w:r>
      <w:proofErr w:type="spellStart"/>
      <w:r w:rsidRPr="00CA34FF">
        <w:rPr>
          <w:sz w:val="28"/>
          <w:szCs w:val="28"/>
        </w:rPr>
        <w:t>zkmu</w:t>
      </w:r>
      <w:proofErr w:type="spellEnd"/>
      <w:r w:rsidRPr="00CA34FF">
        <w:rPr>
          <w:sz w:val="28"/>
          <w:szCs w:val="28"/>
          <w:lang w:val="ru-RU"/>
        </w:rPr>
        <w:t>.</w:t>
      </w:r>
      <w:proofErr w:type="spellStart"/>
      <w:r w:rsidRPr="00CA34FF">
        <w:rPr>
          <w:sz w:val="28"/>
          <w:szCs w:val="28"/>
        </w:rPr>
        <w:t>kz</w:t>
      </w:r>
      <w:proofErr w:type="spellEnd"/>
      <w:r w:rsidRPr="00CA34FF">
        <w:rPr>
          <w:sz w:val="28"/>
          <w:szCs w:val="28"/>
          <w:lang w:val="ru-RU"/>
        </w:rPr>
        <w:t>.</w:t>
      </w:r>
    </w:p>
    <w:sectPr w:rsidR="003C74AD" w:rsidRPr="00CA34FF" w:rsidSect="00CA34FF">
      <w:headerReference w:type="default" r:id="rId11"/>
      <w:pgSz w:w="12240" w:h="15840"/>
      <w:pgMar w:top="1418" w:right="851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1D2" w:rsidRDefault="002811D2" w:rsidP="00FB1918">
      <w:pPr>
        <w:spacing w:after="0" w:line="240" w:lineRule="auto"/>
      </w:pPr>
      <w:r>
        <w:separator/>
      </w:r>
    </w:p>
  </w:endnote>
  <w:endnote w:type="continuationSeparator" w:id="0">
    <w:p w:rsidR="002811D2" w:rsidRDefault="002811D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1D2" w:rsidRDefault="002811D2" w:rsidP="00FB1918">
      <w:pPr>
        <w:spacing w:after="0" w:line="240" w:lineRule="auto"/>
      </w:pPr>
      <w:r>
        <w:separator/>
      </w:r>
    </w:p>
  </w:footnote>
  <w:footnote w:type="continuationSeparator" w:id="0">
    <w:p w:rsidR="002811D2" w:rsidRDefault="002811D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5355375"/>
      <w:docPartObj>
        <w:docPartGallery w:val="Page Numbers (Top of Page)"/>
        <w:docPartUnique/>
      </w:docPartObj>
    </w:sdtPr>
    <w:sdtContent>
      <w:p w:rsidR="00CA34FF" w:rsidRDefault="00CA34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A34FF">
          <w:rPr>
            <w:noProof/>
            <w:lang w:val="ru-RU"/>
          </w:rPr>
          <w:t>2</w:t>
        </w:r>
        <w:r>
          <w:fldChar w:fldCharType="end"/>
        </w:r>
      </w:p>
    </w:sdtContent>
  </w:sdt>
  <w:p w:rsidR="00CA34FF" w:rsidRDefault="00CA34F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23A6"/>
    <w:rsid w:val="000D4CD2"/>
    <w:rsid w:val="0015074B"/>
    <w:rsid w:val="001531A4"/>
    <w:rsid w:val="00156C67"/>
    <w:rsid w:val="001B74E4"/>
    <w:rsid w:val="002811D2"/>
    <w:rsid w:val="0029639D"/>
    <w:rsid w:val="002C6A00"/>
    <w:rsid w:val="00326F90"/>
    <w:rsid w:val="00331D72"/>
    <w:rsid w:val="003918AD"/>
    <w:rsid w:val="003C74AD"/>
    <w:rsid w:val="005632A6"/>
    <w:rsid w:val="005F21CD"/>
    <w:rsid w:val="007559B9"/>
    <w:rsid w:val="007A6365"/>
    <w:rsid w:val="007B5F3C"/>
    <w:rsid w:val="007F03EE"/>
    <w:rsid w:val="007F1DE7"/>
    <w:rsid w:val="00963CF6"/>
    <w:rsid w:val="009A2313"/>
    <w:rsid w:val="00AA1D8D"/>
    <w:rsid w:val="00AC3CD5"/>
    <w:rsid w:val="00AF080A"/>
    <w:rsid w:val="00B47730"/>
    <w:rsid w:val="00B745EA"/>
    <w:rsid w:val="00B9262B"/>
    <w:rsid w:val="00CA34F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2BCF2908-CFD9-4F40-A8FE-611E0A23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1B74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panov.universit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zoom.us/launch/jc/943441607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oom.us/j/4740296638?pwd=k9yeQF8PaQCltjnrSOh2KEJFcwb2PV.1&amp;omn=943441607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E20BED-D9A7-497D-90DF-5A71FCE9F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Сатаева Жайна</cp:lastModifiedBy>
  <cp:revision>20</cp:revision>
  <dcterms:created xsi:type="dcterms:W3CDTF">2026-07-28T13:28:00Z</dcterms:created>
  <dcterms:modified xsi:type="dcterms:W3CDTF">2026-08-17T11:52:00Z</dcterms:modified>
  <cp:category/>
</cp:coreProperties>
</file>