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BC9" w:rsidRDefault="003D1BC9">
      <w:pPr>
        <w:pStyle w:val="aa"/>
      </w:pPr>
      <w:r>
        <w:rPr>
          <w:b/>
          <w:noProof/>
          <w:color w:val="242021"/>
          <w:sz w:val="28"/>
          <w:szCs w:val="28"/>
          <w:lang w:val="ru-RU" w:eastAsia="ru-RU"/>
        </w:rPr>
        <w:drawing>
          <wp:inline distT="0" distB="0" distL="0" distR="0">
            <wp:extent cx="5937885" cy="1125855"/>
            <wp:effectExtent l="0" t="0" r="5715" b="0"/>
            <wp:docPr id="1" name="Рисунок 1" descr="фирм бланк Алтай меди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ирм бланк Алтай меди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885" cy="1125855"/>
                    </a:xfrm>
                    <a:prstGeom prst="rect">
                      <a:avLst/>
                    </a:prstGeom>
                    <a:noFill/>
                    <a:ln>
                      <a:noFill/>
                    </a:ln>
                  </pic:spPr>
                </pic:pic>
              </a:graphicData>
            </a:graphic>
          </wp:inline>
        </w:drawing>
      </w:r>
    </w:p>
    <w:p w:rsidR="003D1BC9" w:rsidRPr="003D1BC9" w:rsidRDefault="003D1BC9" w:rsidP="003D1BC9"/>
    <w:p w:rsidR="003B548C" w:rsidRDefault="008B2EAD">
      <w:pPr>
        <w:pStyle w:val="aa"/>
      </w:pPr>
      <w:r>
        <w:t>АҚПАРАТТЫҚ ХАБАРЛАМА</w:t>
      </w:r>
    </w:p>
    <w:p w:rsidR="003B548C" w:rsidRDefault="008B2EAD">
      <w:r>
        <w:t>2026 жылғы 29 қарашаға тағайындалған мәслихаттар депутаттарының кезектен тыс сайлауында блогер Асқар Бековтің әлеуметтік желілерінде сайлауалды үгіт материалдарын орналастыру шарттары мен ақы мөлшері туралы</w:t>
      </w:r>
    </w:p>
    <w:p w:rsidR="003B548C" w:rsidRDefault="008B2EAD">
      <w:r>
        <w:t>Мен, Асқар Беков, онлайн-платформаларды пайдаланушы және төменде көрсетілген аккаунттар мен Facebook топтарының иесі ретінде, «Қазақстан Республикасындағы сайлау туралы» Қазақстан Республикасы Конституциялық заңының 28-бабының 3-тармағына сәйкес кандидаттар мен партиялық тізімдерін ұсынған саяси партиялардың сайлауалды үгіт материалдарын шарт негізінде орналастыруға арналған тарифтер мен шарттарды жариялаймын.</w:t>
      </w:r>
    </w:p>
    <w:p w:rsidR="003B548C" w:rsidRDefault="008B2EAD">
      <w:pPr>
        <w:pStyle w:val="1"/>
      </w:pPr>
      <w:r>
        <w:t>Жеке аккаунттар</w:t>
      </w:r>
    </w:p>
    <w:p w:rsidR="003B548C" w:rsidRDefault="008B2EAD">
      <w:r>
        <w:t>Facebook — https://www.facebook.com/profile.php?id=61568632417967</w:t>
      </w:r>
    </w:p>
    <w:p w:rsidR="003B548C" w:rsidRDefault="008B2EAD">
      <w:r>
        <w:t>Instagram — https://www.instagram.com/bekov_askar/</w:t>
      </w:r>
    </w:p>
    <w:p w:rsidR="003B548C" w:rsidRDefault="008B2EAD">
      <w:r>
        <w:t>TikTok — https://www.tiktok.com/@bekov_askar</w:t>
      </w:r>
    </w:p>
    <w:p w:rsidR="003B548C" w:rsidRDefault="008B2EAD">
      <w:pPr>
        <w:pStyle w:val="1"/>
      </w:pPr>
      <w:r>
        <w:t>Facebook топтары</w:t>
      </w:r>
    </w:p>
    <w:p w:rsidR="003B548C" w:rsidRDefault="008B2EAD">
      <w:r>
        <w:t>1. https://www.facebook.com/groups/1925588201011756</w:t>
      </w:r>
    </w:p>
    <w:p w:rsidR="003B548C" w:rsidRDefault="008B2EAD">
      <w:r>
        <w:t>2. https://www.facebook.com/groups/931413174180433</w:t>
      </w:r>
    </w:p>
    <w:p w:rsidR="003B548C" w:rsidRDefault="008B2EAD">
      <w:r>
        <w:t>3. https://www.facebook.com/groups/663844461373451</w:t>
      </w:r>
    </w:p>
    <w:p w:rsidR="003B548C" w:rsidRDefault="008B2EAD">
      <w:r>
        <w:t>4. https://www.facebook.com/groups/1033574773670381</w:t>
      </w:r>
    </w:p>
    <w:p w:rsidR="003B548C" w:rsidRDefault="008B2EAD">
      <w:pPr>
        <w:pStyle w:val="1"/>
      </w:pPr>
      <w:r>
        <w:t>Жариялау тарифтері</w:t>
      </w:r>
    </w:p>
    <w:tbl>
      <w:tblPr>
        <w:tblW w:w="0" w:type="auto"/>
        <w:tblLayout w:type="fixed"/>
        <w:tblLook w:val="04A0" w:firstRow="1" w:lastRow="0" w:firstColumn="1" w:lastColumn="0" w:noHBand="0" w:noVBand="1"/>
      </w:tblPr>
      <w:tblGrid>
        <w:gridCol w:w="6803"/>
        <w:gridCol w:w="4819"/>
      </w:tblGrid>
      <w:tr w:rsidR="003B548C">
        <w:tc>
          <w:tcPr>
            <w:tcW w:w="4819" w:type="dxa"/>
            <w:tcBorders>
              <w:top w:val="single" w:sz="4" w:space="0" w:color="D9D9D9"/>
              <w:left w:val="single" w:sz="4" w:space="0" w:color="D9D9D9"/>
              <w:bottom w:val="single" w:sz="4" w:space="0" w:color="D9D9D9"/>
              <w:right w:val="single" w:sz="4" w:space="0" w:color="D9D9D9"/>
            </w:tcBorders>
            <w:shd w:val="clear" w:color="auto" w:fill="EEEEEE"/>
          </w:tcPr>
          <w:p w:rsidR="003B548C" w:rsidRDefault="008B2EAD">
            <w:pPr>
              <w:spacing w:before="80" w:after="80"/>
            </w:pPr>
            <w:r>
              <w:rPr>
                <w:sz w:val="20"/>
              </w:rPr>
              <w:t>Қызмет</w:t>
            </w:r>
          </w:p>
        </w:tc>
        <w:tc>
          <w:tcPr>
            <w:tcW w:w="4819" w:type="dxa"/>
            <w:tcBorders>
              <w:top w:val="single" w:sz="4" w:space="0" w:color="D9D9D9"/>
              <w:left w:val="single" w:sz="4" w:space="0" w:color="D9D9D9"/>
              <w:bottom w:val="single" w:sz="4" w:space="0" w:color="D9D9D9"/>
              <w:right w:val="single" w:sz="4" w:space="0" w:color="D9D9D9"/>
            </w:tcBorders>
            <w:shd w:val="clear" w:color="auto" w:fill="EEEEEE"/>
          </w:tcPr>
          <w:p w:rsidR="003B548C" w:rsidRDefault="008B2EAD">
            <w:pPr>
              <w:spacing w:before="80" w:after="80"/>
            </w:pPr>
            <w:r>
              <w:rPr>
                <w:sz w:val="20"/>
              </w:rPr>
              <w:t>Құны</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Дайын Reels форматындағы видео — Instagram, TikTok, Facebook</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250 000 теңгеден</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Карусель пост — Instagram</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250 000 теңгеден</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Пост — Facebook</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250 000 теңгеден</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Stories — 1–3 шығарылым</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200 000 теңгеден</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Пост және фото — төрт Facebook тобына бірден</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150 000 теңге</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Видео және мәтін — төрт Facebook тобына бірден</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150 000 теңге</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Науқандық пакет — төрт Facebook тобында күн сайын 1–3 пост</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2 000 000 теңге</w:t>
            </w:r>
          </w:p>
        </w:tc>
      </w:tr>
    </w:tbl>
    <w:p w:rsidR="003B548C" w:rsidRDefault="008B2EAD">
      <w:r>
        <w:t>Жеке аккаунттарға арналған бастапқы тарифтер бойынша нақты көлем, платформа саны, жарияланым саны және түпкілікті баға шартта бекітіледі. Reels тарифі дайын видеоны орналастыруға қатысты. Топтарға арналған 150 000 теңгелік тариф бір материалды төрт топқа бірден жариялауды қамтиды.</w:t>
      </w:r>
    </w:p>
    <w:p w:rsidR="003B548C" w:rsidRDefault="008B2EAD">
      <w:r>
        <w:br w:type="page"/>
      </w:r>
    </w:p>
    <w:p w:rsidR="003B548C" w:rsidRDefault="008B2EAD">
      <w:pPr>
        <w:pStyle w:val="1"/>
      </w:pPr>
      <w:r>
        <w:lastRenderedPageBreak/>
        <w:t>Орналастыру және төлеу шарттары</w:t>
      </w:r>
    </w:p>
    <w:p w:rsidR="003B548C" w:rsidRDefault="008B2EAD">
      <w:r>
        <w:t>1. Үгіт материалдары 2026 жылғы 1 қараша сағат 18:00-ден кейін 2026 жылғы 28 қараша сағат 00:00-ге дейін ғана жарияланады. 28 және 29 қарашада жаңа үгіт материалдарын жариялау және бұрынғы материалдарды қайта тарату жүргізілмейді.</w:t>
      </w:r>
    </w:p>
    <w:p w:rsidR="003B548C" w:rsidRDefault="008B2EAD">
      <w:r>
        <w:t>2. 2 000 000 теңгелік пакет бір реттік төлеммен заңда белгіленген бүкіл үгіт кезеңінде төрт Facebook тобының әрқайсысында күн сайын 1–3 үгіт постын жариялауды қамтиды. Бұл пакет үгіт кезеңінен тыс жариялауға құқық бермейді. Нақты басталу күні, кесте және материалдарды ұсыну тәртібі шартта белгіленеді.</w:t>
      </w:r>
    </w:p>
    <w:p w:rsidR="003B548C" w:rsidRDefault="008B2EAD">
      <w:r>
        <w:t>3. Қызметтер кандидаттың, саяси партияның немесе олардың уәкілетті өкілінің жазбаша өтініші және Асқар Бековтің ЖК деректемелері бойынша жасалған шарт негізінде көрсетіледі. Өтініште аккаунттар немесе топтар, материал түрі, саны, көлемі және жариялау мерзімі көрсетіледі.</w:t>
      </w:r>
    </w:p>
    <w:p w:rsidR="003B548C" w:rsidRDefault="008B2EAD">
      <w:r>
        <w:t>4. Өтініш беруші кандидаттың не партиялық тізімнің тіркелгенін растайтын құжатты, өкіл арқылы жүгінсе оның өкілеттігін растайтын құжатты және шарт жасауға қажетті деректемелерді ұсынады. Өтініштер келіп түсу ретімен тіркеледі; бір мезгілде түскен өтініштер бойынша кесте тараптармен келісіледі.</w:t>
      </w:r>
    </w:p>
    <w:p w:rsidR="003B548C" w:rsidRDefault="008B2EAD">
      <w:r>
        <w:t>5. Дайын материалдар жарияланатын күннен кемінде бір жұмыс күні бұрын ұсынылады. Материалдардың мазмұны, техникалық форматы және орналастыру кестесі алдын ала келісіледі.</w:t>
      </w:r>
    </w:p>
    <w:p w:rsidR="003B548C" w:rsidRDefault="008B2EAD">
      <w:r>
        <w:t>6. Ақылы үгіт материалдары тиісті кандидаттың немесе саяси партияның сайлау қорының қаражатынан, ЖК ұсынған төлем шоты негізінде төленеді. Төлем мерзімі мен тәртібі шартта белгіленеді; жариялау төлем түскеннен кейін жүзеге асырылады.</w:t>
      </w:r>
    </w:p>
    <w:p w:rsidR="003B548C" w:rsidRDefault="008B2EAD">
      <w:r>
        <w:t>7. Материалдарда тапсырыс беруші, қаржыландыру көзі және заңнама талап ететін өзге де мәліметтер көрсетіледі. Жарияланымға «Сайлауалды үгіт материалы» деген белгі және тиісті сайлау қорының қаражатынан төленгені туралы мәлімет қосылады.</w:t>
      </w:r>
    </w:p>
    <w:p w:rsidR="003B548C" w:rsidRPr="008B2EAD" w:rsidRDefault="008B2EAD">
      <w:pPr>
        <w:rPr>
          <w:lang w:val="ru-RU"/>
        </w:rPr>
      </w:pPr>
      <w:r w:rsidRPr="008B2EAD">
        <w:rPr>
          <w:lang w:val="ru-RU"/>
        </w:rPr>
        <w:t xml:space="preserve">8. </w:t>
      </w:r>
      <w:proofErr w:type="spellStart"/>
      <w:r w:rsidRPr="008B2EAD">
        <w:rPr>
          <w:lang w:val="ru-RU"/>
        </w:rPr>
        <w:t>Кандидаттар</w:t>
      </w:r>
      <w:proofErr w:type="spellEnd"/>
      <w:r w:rsidRPr="008B2EAD">
        <w:rPr>
          <w:lang w:val="ru-RU"/>
        </w:rPr>
        <w:t xml:space="preserve"> мен </w:t>
      </w:r>
      <w:proofErr w:type="spellStart"/>
      <w:r w:rsidRPr="008B2EAD">
        <w:rPr>
          <w:lang w:val="ru-RU"/>
        </w:rPr>
        <w:t>саяси</w:t>
      </w:r>
      <w:proofErr w:type="spellEnd"/>
      <w:r w:rsidRPr="008B2EAD">
        <w:rPr>
          <w:lang w:val="ru-RU"/>
        </w:rPr>
        <w:t xml:space="preserve"> </w:t>
      </w:r>
      <w:proofErr w:type="spellStart"/>
      <w:r w:rsidRPr="008B2EAD">
        <w:rPr>
          <w:lang w:val="ru-RU"/>
        </w:rPr>
        <w:t>партияларға</w:t>
      </w:r>
      <w:proofErr w:type="spellEnd"/>
      <w:r w:rsidRPr="008B2EAD">
        <w:rPr>
          <w:lang w:val="ru-RU"/>
        </w:rPr>
        <w:t xml:space="preserve"> </w:t>
      </w:r>
      <w:proofErr w:type="spellStart"/>
      <w:r w:rsidRPr="008B2EAD">
        <w:rPr>
          <w:lang w:val="ru-RU"/>
        </w:rPr>
        <w:t>тең</w:t>
      </w:r>
      <w:proofErr w:type="spellEnd"/>
      <w:r w:rsidRPr="008B2EAD">
        <w:rPr>
          <w:lang w:val="ru-RU"/>
        </w:rPr>
        <w:t xml:space="preserve"> </w:t>
      </w:r>
      <w:proofErr w:type="spellStart"/>
      <w:r w:rsidRPr="008B2EAD">
        <w:rPr>
          <w:lang w:val="ru-RU"/>
        </w:rPr>
        <w:t>шарттар</w:t>
      </w:r>
      <w:proofErr w:type="spellEnd"/>
      <w:r w:rsidRPr="008B2EAD">
        <w:rPr>
          <w:lang w:val="ru-RU"/>
        </w:rPr>
        <w:t xml:space="preserve"> </w:t>
      </w:r>
      <w:proofErr w:type="spellStart"/>
      <w:r w:rsidRPr="008B2EAD">
        <w:rPr>
          <w:lang w:val="ru-RU"/>
        </w:rPr>
        <w:t>ұсынылады</w:t>
      </w:r>
      <w:proofErr w:type="spellEnd"/>
      <w:r w:rsidRPr="008B2EAD">
        <w:rPr>
          <w:lang w:val="ru-RU"/>
        </w:rPr>
        <w:t>. «</w:t>
      </w:r>
      <w:proofErr w:type="spellStart"/>
      <w:r w:rsidRPr="008B2EAD">
        <w:rPr>
          <w:lang w:val="ru-RU"/>
        </w:rPr>
        <w:t>Теңгеден</w:t>
      </w:r>
      <w:proofErr w:type="spellEnd"/>
      <w:r w:rsidRPr="008B2EAD">
        <w:rPr>
          <w:lang w:val="ru-RU"/>
        </w:rPr>
        <w:t xml:space="preserve"> </w:t>
      </w:r>
      <w:proofErr w:type="spellStart"/>
      <w:r w:rsidRPr="008B2EAD">
        <w:rPr>
          <w:lang w:val="ru-RU"/>
        </w:rPr>
        <w:t>басталады</w:t>
      </w:r>
      <w:proofErr w:type="spellEnd"/>
      <w:r w:rsidRPr="008B2EAD">
        <w:rPr>
          <w:lang w:val="ru-RU"/>
        </w:rPr>
        <w:t xml:space="preserve">» </w:t>
      </w:r>
      <w:proofErr w:type="spellStart"/>
      <w:r w:rsidRPr="008B2EAD">
        <w:rPr>
          <w:lang w:val="ru-RU"/>
        </w:rPr>
        <w:t>деп</w:t>
      </w:r>
      <w:proofErr w:type="spellEnd"/>
      <w:r w:rsidRPr="008B2EAD">
        <w:rPr>
          <w:lang w:val="ru-RU"/>
        </w:rPr>
        <w:t xml:space="preserve"> </w:t>
      </w:r>
      <w:proofErr w:type="spellStart"/>
      <w:r w:rsidRPr="008B2EAD">
        <w:rPr>
          <w:lang w:val="ru-RU"/>
        </w:rPr>
        <w:t>көрсетілген</w:t>
      </w:r>
      <w:proofErr w:type="spellEnd"/>
      <w:r w:rsidRPr="008B2EAD">
        <w:rPr>
          <w:lang w:val="ru-RU"/>
        </w:rPr>
        <w:t xml:space="preserve"> </w:t>
      </w:r>
      <w:proofErr w:type="spellStart"/>
      <w:r w:rsidRPr="008B2EAD">
        <w:rPr>
          <w:lang w:val="ru-RU"/>
        </w:rPr>
        <w:t>қызметтердің</w:t>
      </w:r>
      <w:proofErr w:type="spellEnd"/>
      <w:r w:rsidRPr="008B2EAD">
        <w:rPr>
          <w:lang w:val="ru-RU"/>
        </w:rPr>
        <w:t xml:space="preserve"> </w:t>
      </w:r>
      <w:proofErr w:type="spellStart"/>
      <w:r w:rsidRPr="008B2EAD">
        <w:rPr>
          <w:lang w:val="ru-RU"/>
        </w:rPr>
        <w:t>түпкілікті</w:t>
      </w:r>
      <w:proofErr w:type="spellEnd"/>
      <w:r w:rsidRPr="008B2EAD">
        <w:rPr>
          <w:lang w:val="ru-RU"/>
        </w:rPr>
        <w:t xml:space="preserve"> </w:t>
      </w:r>
      <w:proofErr w:type="spellStart"/>
      <w:r w:rsidRPr="008B2EAD">
        <w:rPr>
          <w:lang w:val="ru-RU"/>
        </w:rPr>
        <w:t>бағасы</w:t>
      </w:r>
      <w:proofErr w:type="spellEnd"/>
      <w:r w:rsidRPr="008B2EAD">
        <w:rPr>
          <w:lang w:val="ru-RU"/>
        </w:rPr>
        <w:t xml:space="preserve"> </w:t>
      </w:r>
      <w:proofErr w:type="spellStart"/>
      <w:r w:rsidRPr="008B2EAD">
        <w:rPr>
          <w:lang w:val="ru-RU"/>
        </w:rPr>
        <w:t>бірдей</w:t>
      </w:r>
      <w:proofErr w:type="spellEnd"/>
      <w:r w:rsidRPr="008B2EAD">
        <w:rPr>
          <w:lang w:val="ru-RU"/>
        </w:rPr>
        <w:t xml:space="preserve"> </w:t>
      </w:r>
      <w:proofErr w:type="spellStart"/>
      <w:r w:rsidRPr="008B2EAD">
        <w:rPr>
          <w:lang w:val="ru-RU"/>
        </w:rPr>
        <w:t>көлемдегі</w:t>
      </w:r>
      <w:proofErr w:type="spellEnd"/>
      <w:r w:rsidRPr="008B2EAD">
        <w:rPr>
          <w:lang w:val="ru-RU"/>
        </w:rPr>
        <w:t xml:space="preserve"> </w:t>
      </w:r>
      <w:proofErr w:type="spellStart"/>
      <w:r w:rsidRPr="008B2EAD">
        <w:rPr>
          <w:lang w:val="ru-RU"/>
        </w:rPr>
        <w:t>және</w:t>
      </w:r>
      <w:proofErr w:type="spellEnd"/>
      <w:r w:rsidRPr="008B2EAD">
        <w:rPr>
          <w:lang w:val="ru-RU"/>
        </w:rPr>
        <w:t xml:space="preserve"> </w:t>
      </w:r>
      <w:proofErr w:type="spellStart"/>
      <w:r w:rsidRPr="008B2EAD">
        <w:rPr>
          <w:lang w:val="ru-RU"/>
        </w:rPr>
        <w:t>форматтағы</w:t>
      </w:r>
      <w:proofErr w:type="spellEnd"/>
      <w:r w:rsidRPr="008B2EAD">
        <w:rPr>
          <w:lang w:val="ru-RU"/>
        </w:rPr>
        <w:t xml:space="preserve"> </w:t>
      </w:r>
      <w:proofErr w:type="spellStart"/>
      <w:r w:rsidRPr="008B2EAD">
        <w:rPr>
          <w:lang w:val="ru-RU"/>
        </w:rPr>
        <w:t>қызметтерге</w:t>
      </w:r>
      <w:proofErr w:type="spellEnd"/>
      <w:r w:rsidRPr="008B2EAD">
        <w:rPr>
          <w:lang w:val="ru-RU"/>
        </w:rPr>
        <w:t xml:space="preserve"> </w:t>
      </w:r>
      <w:proofErr w:type="spellStart"/>
      <w:r w:rsidRPr="008B2EAD">
        <w:rPr>
          <w:lang w:val="ru-RU"/>
        </w:rPr>
        <w:t>бірдей</w:t>
      </w:r>
      <w:proofErr w:type="spellEnd"/>
      <w:r w:rsidRPr="008B2EAD">
        <w:rPr>
          <w:lang w:val="ru-RU"/>
        </w:rPr>
        <w:t xml:space="preserve"> </w:t>
      </w:r>
      <w:proofErr w:type="spellStart"/>
      <w:r w:rsidRPr="008B2EAD">
        <w:rPr>
          <w:lang w:val="ru-RU"/>
        </w:rPr>
        <w:t>өлшемдер</w:t>
      </w:r>
      <w:proofErr w:type="spellEnd"/>
      <w:r w:rsidRPr="008B2EAD">
        <w:rPr>
          <w:lang w:val="ru-RU"/>
        </w:rPr>
        <w:t xml:space="preserve"> </w:t>
      </w:r>
      <w:proofErr w:type="spellStart"/>
      <w:r w:rsidRPr="008B2EAD">
        <w:rPr>
          <w:lang w:val="ru-RU"/>
        </w:rPr>
        <w:t>бойынша</w:t>
      </w:r>
      <w:proofErr w:type="spellEnd"/>
      <w:r w:rsidRPr="008B2EAD">
        <w:rPr>
          <w:lang w:val="ru-RU"/>
        </w:rPr>
        <w:t xml:space="preserve"> </w:t>
      </w:r>
      <w:proofErr w:type="spellStart"/>
      <w:r w:rsidRPr="008B2EAD">
        <w:rPr>
          <w:lang w:val="ru-RU"/>
        </w:rPr>
        <w:t>белгіленеді</w:t>
      </w:r>
      <w:proofErr w:type="spellEnd"/>
      <w:r w:rsidRPr="008B2EAD">
        <w:rPr>
          <w:lang w:val="ru-RU"/>
        </w:rPr>
        <w:t>.</w:t>
      </w:r>
    </w:p>
    <w:p w:rsidR="003B548C" w:rsidRPr="008B2EAD" w:rsidRDefault="008B2EAD">
      <w:pPr>
        <w:rPr>
          <w:lang w:val="ru-RU"/>
        </w:rPr>
      </w:pPr>
      <w:r w:rsidRPr="008B2EAD">
        <w:rPr>
          <w:lang w:val="ru-RU"/>
        </w:rPr>
        <w:t xml:space="preserve">9. </w:t>
      </w:r>
      <w:proofErr w:type="spellStart"/>
      <w:r w:rsidRPr="008B2EAD">
        <w:rPr>
          <w:lang w:val="ru-RU"/>
        </w:rPr>
        <w:t>Тапсырыс</w:t>
      </w:r>
      <w:proofErr w:type="spellEnd"/>
      <w:r w:rsidRPr="008B2EAD">
        <w:rPr>
          <w:lang w:val="ru-RU"/>
        </w:rPr>
        <w:t xml:space="preserve"> </w:t>
      </w:r>
      <w:proofErr w:type="spellStart"/>
      <w:r w:rsidRPr="008B2EAD">
        <w:rPr>
          <w:lang w:val="ru-RU"/>
        </w:rPr>
        <w:t>беруші</w:t>
      </w:r>
      <w:proofErr w:type="spellEnd"/>
      <w:r w:rsidRPr="008B2EAD">
        <w:rPr>
          <w:lang w:val="ru-RU"/>
        </w:rPr>
        <w:t xml:space="preserve"> </w:t>
      </w:r>
      <w:proofErr w:type="spellStart"/>
      <w:r w:rsidRPr="008B2EAD">
        <w:rPr>
          <w:lang w:val="ru-RU"/>
        </w:rPr>
        <w:t>ұсынылған</w:t>
      </w:r>
      <w:proofErr w:type="spellEnd"/>
      <w:r w:rsidRPr="008B2EAD">
        <w:rPr>
          <w:lang w:val="ru-RU"/>
        </w:rPr>
        <w:t xml:space="preserve"> </w:t>
      </w:r>
      <w:proofErr w:type="spellStart"/>
      <w:r w:rsidRPr="008B2EAD">
        <w:rPr>
          <w:lang w:val="ru-RU"/>
        </w:rPr>
        <w:t>мәліметтердің</w:t>
      </w:r>
      <w:proofErr w:type="spellEnd"/>
      <w:r w:rsidRPr="008B2EAD">
        <w:rPr>
          <w:lang w:val="ru-RU"/>
        </w:rPr>
        <w:t xml:space="preserve"> </w:t>
      </w:r>
      <w:proofErr w:type="spellStart"/>
      <w:r w:rsidRPr="008B2EAD">
        <w:rPr>
          <w:lang w:val="ru-RU"/>
        </w:rPr>
        <w:t>дұрыстығын</w:t>
      </w:r>
      <w:proofErr w:type="spellEnd"/>
      <w:r w:rsidRPr="008B2EAD">
        <w:rPr>
          <w:lang w:val="ru-RU"/>
        </w:rPr>
        <w:t xml:space="preserve">, </w:t>
      </w:r>
      <w:proofErr w:type="spellStart"/>
      <w:r w:rsidRPr="008B2EAD">
        <w:rPr>
          <w:lang w:val="ru-RU"/>
        </w:rPr>
        <w:t>материалдарды</w:t>
      </w:r>
      <w:proofErr w:type="spellEnd"/>
      <w:r w:rsidRPr="008B2EAD">
        <w:rPr>
          <w:lang w:val="ru-RU"/>
        </w:rPr>
        <w:t xml:space="preserve"> </w:t>
      </w:r>
      <w:proofErr w:type="spellStart"/>
      <w:r w:rsidRPr="008B2EAD">
        <w:rPr>
          <w:lang w:val="ru-RU"/>
        </w:rPr>
        <w:t>пайдалануға</w:t>
      </w:r>
      <w:proofErr w:type="spellEnd"/>
      <w:r w:rsidRPr="008B2EAD">
        <w:rPr>
          <w:lang w:val="ru-RU"/>
        </w:rPr>
        <w:t xml:space="preserve"> </w:t>
      </w:r>
      <w:proofErr w:type="spellStart"/>
      <w:r w:rsidRPr="008B2EAD">
        <w:rPr>
          <w:lang w:val="ru-RU"/>
        </w:rPr>
        <w:t>қажетті</w:t>
      </w:r>
      <w:proofErr w:type="spellEnd"/>
      <w:r w:rsidRPr="008B2EAD">
        <w:rPr>
          <w:lang w:val="ru-RU"/>
        </w:rPr>
        <w:t xml:space="preserve"> </w:t>
      </w:r>
      <w:proofErr w:type="spellStart"/>
      <w:r w:rsidRPr="008B2EAD">
        <w:rPr>
          <w:lang w:val="ru-RU"/>
        </w:rPr>
        <w:t>құқықтардың</w:t>
      </w:r>
      <w:proofErr w:type="spellEnd"/>
      <w:r w:rsidRPr="008B2EAD">
        <w:rPr>
          <w:lang w:val="ru-RU"/>
        </w:rPr>
        <w:t xml:space="preserve"> </w:t>
      </w:r>
      <w:proofErr w:type="spellStart"/>
      <w:r w:rsidRPr="008B2EAD">
        <w:rPr>
          <w:lang w:val="ru-RU"/>
        </w:rPr>
        <w:t>болуын</w:t>
      </w:r>
      <w:proofErr w:type="spellEnd"/>
      <w:r w:rsidRPr="008B2EAD">
        <w:rPr>
          <w:lang w:val="ru-RU"/>
        </w:rPr>
        <w:t xml:space="preserve"> </w:t>
      </w:r>
      <w:proofErr w:type="spellStart"/>
      <w:r w:rsidRPr="008B2EAD">
        <w:rPr>
          <w:lang w:val="ru-RU"/>
        </w:rPr>
        <w:t>және</w:t>
      </w:r>
      <w:proofErr w:type="spellEnd"/>
      <w:r w:rsidRPr="008B2EAD">
        <w:rPr>
          <w:lang w:val="ru-RU"/>
        </w:rPr>
        <w:t xml:space="preserve"> </w:t>
      </w:r>
      <w:proofErr w:type="spellStart"/>
      <w:r w:rsidRPr="008B2EAD">
        <w:rPr>
          <w:lang w:val="ru-RU"/>
        </w:rPr>
        <w:t>олардың</w:t>
      </w:r>
      <w:proofErr w:type="spellEnd"/>
      <w:r w:rsidRPr="008B2EAD">
        <w:rPr>
          <w:lang w:val="ru-RU"/>
        </w:rPr>
        <w:t xml:space="preserve"> </w:t>
      </w:r>
      <w:proofErr w:type="spellStart"/>
      <w:r w:rsidRPr="008B2EAD">
        <w:rPr>
          <w:lang w:val="ru-RU"/>
        </w:rPr>
        <w:t>заңнамаға</w:t>
      </w:r>
      <w:proofErr w:type="spellEnd"/>
      <w:r w:rsidRPr="008B2EAD">
        <w:rPr>
          <w:lang w:val="ru-RU"/>
        </w:rPr>
        <w:t xml:space="preserve"> </w:t>
      </w:r>
      <w:proofErr w:type="spellStart"/>
      <w:r w:rsidRPr="008B2EAD">
        <w:rPr>
          <w:lang w:val="ru-RU"/>
        </w:rPr>
        <w:t>сәйкестігін</w:t>
      </w:r>
      <w:proofErr w:type="spellEnd"/>
      <w:r w:rsidRPr="008B2EAD">
        <w:rPr>
          <w:lang w:val="ru-RU"/>
        </w:rPr>
        <w:t xml:space="preserve"> </w:t>
      </w:r>
      <w:proofErr w:type="spellStart"/>
      <w:r w:rsidRPr="008B2EAD">
        <w:rPr>
          <w:lang w:val="ru-RU"/>
        </w:rPr>
        <w:t>қамтамасыз</w:t>
      </w:r>
      <w:proofErr w:type="spellEnd"/>
      <w:r w:rsidRPr="008B2EAD">
        <w:rPr>
          <w:lang w:val="ru-RU"/>
        </w:rPr>
        <w:t xml:space="preserve"> </w:t>
      </w:r>
      <w:proofErr w:type="spellStart"/>
      <w:r w:rsidRPr="008B2EAD">
        <w:rPr>
          <w:lang w:val="ru-RU"/>
        </w:rPr>
        <w:t>етеді</w:t>
      </w:r>
      <w:proofErr w:type="spellEnd"/>
      <w:r w:rsidRPr="008B2EAD">
        <w:rPr>
          <w:lang w:val="ru-RU"/>
        </w:rPr>
        <w:t xml:space="preserve">. </w:t>
      </w:r>
      <w:proofErr w:type="spellStart"/>
      <w:r w:rsidRPr="008B2EAD">
        <w:rPr>
          <w:lang w:val="ru-RU"/>
        </w:rPr>
        <w:t>Бұл</w:t>
      </w:r>
      <w:proofErr w:type="spellEnd"/>
      <w:r w:rsidRPr="008B2EAD">
        <w:rPr>
          <w:lang w:val="ru-RU"/>
        </w:rPr>
        <w:t xml:space="preserve"> </w:t>
      </w:r>
      <w:proofErr w:type="spellStart"/>
      <w:r w:rsidRPr="008B2EAD">
        <w:rPr>
          <w:lang w:val="ru-RU"/>
        </w:rPr>
        <w:t>шарт</w:t>
      </w:r>
      <w:proofErr w:type="spellEnd"/>
      <w:r w:rsidRPr="008B2EAD">
        <w:rPr>
          <w:lang w:val="ru-RU"/>
        </w:rPr>
        <w:t xml:space="preserve"> </w:t>
      </w:r>
      <w:proofErr w:type="spellStart"/>
      <w:r w:rsidRPr="008B2EAD">
        <w:rPr>
          <w:lang w:val="ru-RU"/>
        </w:rPr>
        <w:t>жариялаушыны</w:t>
      </w:r>
      <w:proofErr w:type="spellEnd"/>
      <w:r w:rsidRPr="008B2EAD">
        <w:rPr>
          <w:lang w:val="ru-RU"/>
        </w:rPr>
        <w:t xml:space="preserve"> </w:t>
      </w:r>
      <w:proofErr w:type="spellStart"/>
      <w:r w:rsidRPr="008B2EAD">
        <w:rPr>
          <w:lang w:val="ru-RU"/>
        </w:rPr>
        <w:t>заңда</w:t>
      </w:r>
      <w:proofErr w:type="spellEnd"/>
      <w:r w:rsidRPr="008B2EAD">
        <w:rPr>
          <w:lang w:val="ru-RU"/>
        </w:rPr>
        <w:t xml:space="preserve"> </w:t>
      </w:r>
      <w:proofErr w:type="spellStart"/>
      <w:r w:rsidRPr="008B2EAD">
        <w:rPr>
          <w:lang w:val="ru-RU"/>
        </w:rPr>
        <w:t>көзделген</w:t>
      </w:r>
      <w:proofErr w:type="spellEnd"/>
      <w:r w:rsidRPr="008B2EAD">
        <w:rPr>
          <w:lang w:val="ru-RU"/>
        </w:rPr>
        <w:t xml:space="preserve"> </w:t>
      </w:r>
      <w:proofErr w:type="spellStart"/>
      <w:r w:rsidRPr="008B2EAD">
        <w:rPr>
          <w:lang w:val="ru-RU"/>
        </w:rPr>
        <w:t>жауаптылықтан</w:t>
      </w:r>
      <w:proofErr w:type="spellEnd"/>
      <w:r w:rsidRPr="008B2EAD">
        <w:rPr>
          <w:lang w:val="ru-RU"/>
        </w:rPr>
        <w:t xml:space="preserve"> </w:t>
      </w:r>
      <w:proofErr w:type="spellStart"/>
      <w:r w:rsidRPr="008B2EAD">
        <w:rPr>
          <w:lang w:val="ru-RU"/>
        </w:rPr>
        <w:t>босатпайды</w:t>
      </w:r>
      <w:proofErr w:type="spellEnd"/>
      <w:r w:rsidRPr="008B2EAD">
        <w:rPr>
          <w:lang w:val="ru-RU"/>
        </w:rPr>
        <w:t>.</w:t>
      </w:r>
    </w:p>
    <w:p w:rsidR="003B548C" w:rsidRPr="008B2EAD" w:rsidRDefault="008B2EAD">
      <w:pPr>
        <w:rPr>
          <w:lang w:val="ru-RU"/>
        </w:rPr>
      </w:pPr>
      <w:r w:rsidRPr="008B2EAD">
        <w:rPr>
          <w:lang w:val="ru-RU"/>
        </w:rPr>
        <w:t xml:space="preserve">10. </w:t>
      </w:r>
      <w:proofErr w:type="spellStart"/>
      <w:r w:rsidRPr="008B2EAD">
        <w:rPr>
          <w:lang w:val="ru-RU"/>
        </w:rPr>
        <w:t>Заңнамаға</w:t>
      </w:r>
      <w:proofErr w:type="spellEnd"/>
      <w:r w:rsidRPr="008B2EAD">
        <w:rPr>
          <w:lang w:val="ru-RU"/>
        </w:rPr>
        <w:t xml:space="preserve"> </w:t>
      </w:r>
      <w:proofErr w:type="spellStart"/>
      <w:r w:rsidRPr="008B2EAD">
        <w:rPr>
          <w:lang w:val="ru-RU"/>
        </w:rPr>
        <w:t>қайшы</w:t>
      </w:r>
      <w:proofErr w:type="spellEnd"/>
      <w:r w:rsidRPr="008B2EAD">
        <w:rPr>
          <w:lang w:val="ru-RU"/>
        </w:rPr>
        <w:t xml:space="preserve">, </w:t>
      </w:r>
      <w:proofErr w:type="spellStart"/>
      <w:r w:rsidRPr="008B2EAD">
        <w:rPr>
          <w:lang w:val="ru-RU"/>
        </w:rPr>
        <w:t>анонимді</w:t>
      </w:r>
      <w:proofErr w:type="spellEnd"/>
      <w:r w:rsidRPr="008B2EAD">
        <w:rPr>
          <w:lang w:val="ru-RU"/>
        </w:rPr>
        <w:t xml:space="preserve"> </w:t>
      </w:r>
      <w:proofErr w:type="spellStart"/>
      <w:r w:rsidRPr="008B2EAD">
        <w:rPr>
          <w:lang w:val="ru-RU"/>
        </w:rPr>
        <w:t>немесе</w:t>
      </w:r>
      <w:proofErr w:type="spellEnd"/>
      <w:r w:rsidRPr="008B2EAD">
        <w:rPr>
          <w:lang w:val="ru-RU"/>
        </w:rPr>
        <w:t xml:space="preserve"> </w:t>
      </w:r>
      <w:proofErr w:type="spellStart"/>
      <w:r w:rsidRPr="008B2EAD">
        <w:rPr>
          <w:lang w:val="ru-RU"/>
        </w:rPr>
        <w:t>міндетті</w:t>
      </w:r>
      <w:proofErr w:type="spellEnd"/>
      <w:r w:rsidRPr="008B2EAD">
        <w:rPr>
          <w:lang w:val="ru-RU"/>
        </w:rPr>
        <w:t xml:space="preserve"> </w:t>
      </w:r>
      <w:proofErr w:type="spellStart"/>
      <w:r w:rsidRPr="008B2EAD">
        <w:rPr>
          <w:lang w:val="ru-RU"/>
        </w:rPr>
        <w:t>деректері</w:t>
      </w:r>
      <w:proofErr w:type="spellEnd"/>
      <w:r w:rsidRPr="008B2EAD">
        <w:rPr>
          <w:lang w:val="ru-RU"/>
        </w:rPr>
        <w:t xml:space="preserve"> </w:t>
      </w:r>
      <w:proofErr w:type="spellStart"/>
      <w:r w:rsidRPr="008B2EAD">
        <w:rPr>
          <w:lang w:val="ru-RU"/>
        </w:rPr>
        <w:t>жоқ</w:t>
      </w:r>
      <w:proofErr w:type="spellEnd"/>
      <w:r w:rsidRPr="008B2EAD">
        <w:rPr>
          <w:lang w:val="ru-RU"/>
        </w:rPr>
        <w:t xml:space="preserve"> </w:t>
      </w:r>
      <w:proofErr w:type="spellStart"/>
      <w:r w:rsidRPr="008B2EAD">
        <w:rPr>
          <w:lang w:val="ru-RU"/>
        </w:rPr>
        <w:t>материалдар</w:t>
      </w:r>
      <w:proofErr w:type="spellEnd"/>
      <w:r w:rsidRPr="008B2EAD">
        <w:rPr>
          <w:lang w:val="ru-RU"/>
        </w:rPr>
        <w:t xml:space="preserve"> </w:t>
      </w:r>
      <w:proofErr w:type="spellStart"/>
      <w:r w:rsidRPr="008B2EAD">
        <w:rPr>
          <w:lang w:val="ru-RU"/>
        </w:rPr>
        <w:t>жарияланбайды</w:t>
      </w:r>
      <w:proofErr w:type="spellEnd"/>
      <w:r w:rsidRPr="008B2EAD">
        <w:rPr>
          <w:lang w:val="ru-RU"/>
        </w:rPr>
        <w:t xml:space="preserve">. </w:t>
      </w:r>
      <w:proofErr w:type="spellStart"/>
      <w:r w:rsidRPr="008B2EAD">
        <w:rPr>
          <w:lang w:val="ru-RU"/>
        </w:rPr>
        <w:t>Кемшіліктерді</w:t>
      </w:r>
      <w:proofErr w:type="spellEnd"/>
      <w:r w:rsidRPr="008B2EAD">
        <w:rPr>
          <w:lang w:val="ru-RU"/>
        </w:rPr>
        <w:t xml:space="preserve"> </w:t>
      </w:r>
      <w:proofErr w:type="spellStart"/>
      <w:r w:rsidRPr="008B2EAD">
        <w:rPr>
          <w:lang w:val="ru-RU"/>
        </w:rPr>
        <w:t>түзету</w:t>
      </w:r>
      <w:proofErr w:type="spellEnd"/>
      <w:r w:rsidRPr="008B2EAD">
        <w:rPr>
          <w:lang w:val="ru-RU"/>
        </w:rPr>
        <w:t xml:space="preserve"> </w:t>
      </w:r>
      <w:proofErr w:type="spellStart"/>
      <w:r w:rsidRPr="008B2EAD">
        <w:rPr>
          <w:lang w:val="ru-RU"/>
        </w:rPr>
        <w:t>үшін</w:t>
      </w:r>
      <w:proofErr w:type="spellEnd"/>
      <w:r w:rsidRPr="008B2EAD">
        <w:rPr>
          <w:lang w:val="ru-RU"/>
        </w:rPr>
        <w:t xml:space="preserve"> материал </w:t>
      </w:r>
      <w:proofErr w:type="spellStart"/>
      <w:r w:rsidRPr="008B2EAD">
        <w:rPr>
          <w:lang w:val="ru-RU"/>
        </w:rPr>
        <w:t>тапсырыс</w:t>
      </w:r>
      <w:proofErr w:type="spellEnd"/>
      <w:r w:rsidRPr="008B2EAD">
        <w:rPr>
          <w:lang w:val="ru-RU"/>
        </w:rPr>
        <w:t xml:space="preserve"> </w:t>
      </w:r>
      <w:proofErr w:type="spellStart"/>
      <w:r w:rsidRPr="008B2EAD">
        <w:rPr>
          <w:lang w:val="ru-RU"/>
        </w:rPr>
        <w:t>берушіге</w:t>
      </w:r>
      <w:proofErr w:type="spellEnd"/>
      <w:r w:rsidRPr="008B2EAD">
        <w:rPr>
          <w:lang w:val="ru-RU"/>
        </w:rPr>
        <w:t xml:space="preserve"> </w:t>
      </w:r>
      <w:proofErr w:type="spellStart"/>
      <w:r w:rsidRPr="008B2EAD">
        <w:rPr>
          <w:lang w:val="ru-RU"/>
        </w:rPr>
        <w:t>қайтарылады</w:t>
      </w:r>
      <w:proofErr w:type="spellEnd"/>
      <w:r w:rsidRPr="008B2EAD">
        <w:rPr>
          <w:lang w:val="ru-RU"/>
        </w:rPr>
        <w:t xml:space="preserve">. </w:t>
      </w:r>
      <w:proofErr w:type="spellStart"/>
      <w:r w:rsidRPr="008B2EAD">
        <w:rPr>
          <w:lang w:val="ru-RU"/>
        </w:rPr>
        <w:t>Жариялаудан</w:t>
      </w:r>
      <w:proofErr w:type="spellEnd"/>
      <w:r w:rsidRPr="008B2EAD">
        <w:rPr>
          <w:lang w:val="ru-RU"/>
        </w:rPr>
        <w:t xml:space="preserve"> бас </w:t>
      </w:r>
      <w:proofErr w:type="spellStart"/>
      <w:r w:rsidRPr="008B2EAD">
        <w:rPr>
          <w:lang w:val="ru-RU"/>
        </w:rPr>
        <w:t>тарту</w:t>
      </w:r>
      <w:proofErr w:type="spellEnd"/>
      <w:r w:rsidRPr="008B2EAD">
        <w:rPr>
          <w:lang w:val="ru-RU"/>
        </w:rPr>
        <w:t xml:space="preserve"> </w:t>
      </w:r>
      <w:proofErr w:type="spellStart"/>
      <w:r w:rsidRPr="008B2EAD">
        <w:rPr>
          <w:lang w:val="ru-RU"/>
        </w:rPr>
        <w:t>заң</w:t>
      </w:r>
      <w:proofErr w:type="spellEnd"/>
      <w:r w:rsidRPr="008B2EAD">
        <w:rPr>
          <w:lang w:val="ru-RU"/>
        </w:rPr>
        <w:t xml:space="preserve"> </w:t>
      </w:r>
      <w:proofErr w:type="spellStart"/>
      <w:r w:rsidRPr="008B2EAD">
        <w:rPr>
          <w:lang w:val="ru-RU"/>
        </w:rPr>
        <w:t>талаптарына</w:t>
      </w:r>
      <w:proofErr w:type="spellEnd"/>
      <w:r w:rsidRPr="008B2EAD">
        <w:rPr>
          <w:lang w:val="ru-RU"/>
        </w:rPr>
        <w:t xml:space="preserve"> </w:t>
      </w:r>
      <w:proofErr w:type="spellStart"/>
      <w:r w:rsidRPr="008B2EAD">
        <w:rPr>
          <w:lang w:val="ru-RU"/>
        </w:rPr>
        <w:t>және</w:t>
      </w:r>
      <w:proofErr w:type="spellEnd"/>
      <w:r w:rsidRPr="008B2EAD">
        <w:rPr>
          <w:lang w:val="ru-RU"/>
        </w:rPr>
        <w:t xml:space="preserve"> </w:t>
      </w:r>
      <w:proofErr w:type="spellStart"/>
      <w:r w:rsidRPr="008B2EAD">
        <w:rPr>
          <w:lang w:val="ru-RU"/>
        </w:rPr>
        <w:t>барлық</w:t>
      </w:r>
      <w:proofErr w:type="spellEnd"/>
      <w:r w:rsidRPr="008B2EAD">
        <w:rPr>
          <w:lang w:val="ru-RU"/>
        </w:rPr>
        <w:t xml:space="preserve"> </w:t>
      </w:r>
      <w:proofErr w:type="spellStart"/>
      <w:r w:rsidRPr="008B2EAD">
        <w:rPr>
          <w:lang w:val="ru-RU"/>
        </w:rPr>
        <w:t>тапсырыс</w:t>
      </w:r>
      <w:proofErr w:type="spellEnd"/>
      <w:r w:rsidRPr="008B2EAD">
        <w:rPr>
          <w:lang w:val="ru-RU"/>
        </w:rPr>
        <w:t xml:space="preserve"> </w:t>
      </w:r>
      <w:proofErr w:type="spellStart"/>
      <w:r w:rsidRPr="008B2EAD">
        <w:rPr>
          <w:lang w:val="ru-RU"/>
        </w:rPr>
        <w:t>берушілерге</w:t>
      </w:r>
      <w:proofErr w:type="spellEnd"/>
      <w:r w:rsidRPr="008B2EAD">
        <w:rPr>
          <w:lang w:val="ru-RU"/>
        </w:rPr>
        <w:t xml:space="preserve"> </w:t>
      </w:r>
      <w:proofErr w:type="spellStart"/>
      <w:r w:rsidRPr="008B2EAD">
        <w:rPr>
          <w:lang w:val="ru-RU"/>
        </w:rPr>
        <w:t>бірдей</w:t>
      </w:r>
      <w:proofErr w:type="spellEnd"/>
      <w:r w:rsidRPr="008B2EAD">
        <w:rPr>
          <w:lang w:val="ru-RU"/>
        </w:rPr>
        <w:t xml:space="preserve"> </w:t>
      </w:r>
      <w:proofErr w:type="spellStart"/>
      <w:r w:rsidRPr="008B2EAD">
        <w:rPr>
          <w:lang w:val="ru-RU"/>
        </w:rPr>
        <w:t>қолданылатын</w:t>
      </w:r>
      <w:proofErr w:type="spellEnd"/>
      <w:r w:rsidRPr="008B2EAD">
        <w:rPr>
          <w:lang w:val="ru-RU"/>
        </w:rPr>
        <w:t xml:space="preserve"> </w:t>
      </w:r>
      <w:proofErr w:type="spellStart"/>
      <w:r w:rsidRPr="008B2EAD">
        <w:rPr>
          <w:lang w:val="ru-RU"/>
        </w:rPr>
        <w:t>шарттарға</w:t>
      </w:r>
      <w:proofErr w:type="spellEnd"/>
      <w:r w:rsidRPr="008B2EAD">
        <w:rPr>
          <w:lang w:val="ru-RU"/>
        </w:rPr>
        <w:t xml:space="preserve"> </w:t>
      </w:r>
      <w:proofErr w:type="spellStart"/>
      <w:r w:rsidRPr="008B2EAD">
        <w:rPr>
          <w:lang w:val="ru-RU"/>
        </w:rPr>
        <w:t>негізделеді</w:t>
      </w:r>
      <w:proofErr w:type="spellEnd"/>
      <w:r w:rsidRPr="008B2EAD">
        <w:rPr>
          <w:lang w:val="ru-RU"/>
        </w:rPr>
        <w:t>.</w:t>
      </w:r>
    </w:p>
    <w:p w:rsidR="003B548C" w:rsidRDefault="008B2EAD">
      <w:pPr>
        <w:rPr>
          <w:lang w:val="ru-RU"/>
        </w:rPr>
      </w:pPr>
      <w:r w:rsidRPr="008B2EAD">
        <w:rPr>
          <w:lang w:val="ru-RU"/>
        </w:rPr>
        <w:t xml:space="preserve">11. </w:t>
      </w:r>
      <w:proofErr w:type="spellStart"/>
      <w:r w:rsidRPr="008B2EAD">
        <w:rPr>
          <w:lang w:val="ru-RU"/>
        </w:rPr>
        <w:t>Өтініштерді</w:t>
      </w:r>
      <w:proofErr w:type="spellEnd"/>
      <w:r w:rsidRPr="008B2EAD">
        <w:rPr>
          <w:lang w:val="ru-RU"/>
        </w:rPr>
        <w:t xml:space="preserve"> </w:t>
      </w:r>
      <w:proofErr w:type="spellStart"/>
      <w:r w:rsidRPr="008B2EAD">
        <w:rPr>
          <w:lang w:val="ru-RU"/>
        </w:rPr>
        <w:t>қабылдау</w:t>
      </w:r>
      <w:proofErr w:type="spellEnd"/>
      <w:r w:rsidRPr="008B2EAD">
        <w:rPr>
          <w:lang w:val="ru-RU"/>
        </w:rPr>
        <w:t xml:space="preserve">, </w:t>
      </w:r>
      <w:proofErr w:type="spellStart"/>
      <w:r w:rsidRPr="008B2EAD">
        <w:rPr>
          <w:lang w:val="ru-RU"/>
        </w:rPr>
        <w:t>шарт</w:t>
      </w:r>
      <w:proofErr w:type="spellEnd"/>
      <w:r w:rsidRPr="008B2EAD">
        <w:rPr>
          <w:lang w:val="ru-RU"/>
        </w:rPr>
        <w:t xml:space="preserve"> </w:t>
      </w:r>
      <w:proofErr w:type="spellStart"/>
      <w:r w:rsidRPr="008B2EAD">
        <w:rPr>
          <w:lang w:val="ru-RU"/>
        </w:rPr>
        <w:t>жасасу</w:t>
      </w:r>
      <w:proofErr w:type="spellEnd"/>
      <w:r w:rsidRPr="008B2EAD">
        <w:rPr>
          <w:lang w:val="ru-RU"/>
        </w:rPr>
        <w:t xml:space="preserve"> </w:t>
      </w:r>
      <w:proofErr w:type="spellStart"/>
      <w:r w:rsidRPr="008B2EAD">
        <w:rPr>
          <w:lang w:val="ru-RU"/>
        </w:rPr>
        <w:t>және</w:t>
      </w:r>
      <w:proofErr w:type="spellEnd"/>
      <w:r w:rsidRPr="008B2EAD">
        <w:rPr>
          <w:lang w:val="ru-RU"/>
        </w:rPr>
        <w:t xml:space="preserve"> </w:t>
      </w:r>
      <w:proofErr w:type="spellStart"/>
      <w:r w:rsidRPr="008B2EAD">
        <w:rPr>
          <w:lang w:val="ru-RU"/>
        </w:rPr>
        <w:t>байланыс</w:t>
      </w:r>
      <w:proofErr w:type="spellEnd"/>
      <w:r w:rsidRPr="008B2EAD">
        <w:rPr>
          <w:lang w:val="ru-RU"/>
        </w:rPr>
        <w:t xml:space="preserve"> </w:t>
      </w:r>
      <w:proofErr w:type="spellStart"/>
      <w:r w:rsidRPr="008B2EAD">
        <w:rPr>
          <w:lang w:val="ru-RU"/>
        </w:rPr>
        <w:t>деректері</w:t>
      </w:r>
      <w:proofErr w:type="spellEnd"/>
      <w:r w:rsidRPr="008B2EAD">
        <w:rPr>
          <w:lang w:val="ru-RU"/>
        </w:rPr>
        <w:t xml:space="preserve"> </w:t>
      </w:r>
      <w:proofErr w:type="spellStart"/>
      <w:r w:rsidRPr="008B2EAD">
        <w:rPr>
          <w:lang w:val="ru-RU"/>
        </w:rPr>
        <w:t>төменде</w:t>
      </w:r>
      <w:proofErr w:type="spellEnd"/>
      <w:r w:rsidRPr="008B2EAD">
        <w:rPr>
          <w:lang w:val="ru-RU"/>
        </w:rPr>
        <w:t xml:space="preserve"> </w:t>
      </w:r>
      <w:proofErr w:type="spellStart"/>
      <w:r w:rsidRPr="008B2EAD">
        <w:rPr>
          <w:lang w:val="ru-RU"/>
        </w:rPr>
        <w:t>көрсетіледі</w:t>
      </w:r>
      <w:proofErr w:type="spellEnd"/>
      <w:r w:rsidRPr="008B2EAD">
        <w:rPr>
          <w:lang w:val="ru-RU"/>
        </w:rPr>
        <w:t xml:space="preserve">. ЖК </w:t>
      </w:r>
      <w:proofErr w:type="spellStart"/>
      <w:r w:rsidRPr="008B2EAD">
        <w:rPr>
          <w:lang w:val="ru-RU"/>
        </w:rPr>
        <w:t>деректемелері</w:t>
      </w:r>
      <w:proofErr w:type="spellEnd"/>
      <w:r w:rsidRPr="008B2EAD">
        <w:rPr>
          <w:lang w:val="ru-RU"/>
        </w:rPr>
        <w:t xml:space="preserve"> </w:t>
      </w:r>
      <w:proofErr w:type="spellStart"/>
      <w:r w:rsidRPr="008B2EAD">
        <w:rPr>
          <w:lang w:val="ru-RU"/>
        </w:rPr>
        <w:t>шартта</w:t>
      </w:r>
      <w:proofErr w:type="spellEnd"/>
      <w:r w:rsidRPr="008B2EAD">
        <w:rPr>
          <w:lang w:val="ru-RU"/>
        </w:rPr>
        <w:t xml:space="preserve"> </w:t>
      </w:r>
      <w:proofErr w:type="spellStart"/>
      <w:r w:rsidRPr="008B2EAD">
        <w:rPr>
          <w:lang w:val="ru-RU"/>
        </w:rPr>
        <w:t>және</w:t>
      </w:r>
      <w:proofErr w:type="spellEnd"/>
      <w:r w:rsidRPr="008B2EAD">
        <w:rPr>
          <w:lang w:val="ru-RU"/>
        </w:rPr>
        <w:t xml:space="preserve"> </w:t>
      </w:r>
      <w:proofErr w:type="spellStart"/>
      <w:r w:rsidRPr="008B2EAD">
        <w:rPr>
          <w:lang w:val="ru-RU"/>
        </w:rPr>
        <w:t>төлем</w:t>
      </w:r>
      <w:proofErr w:type="spellEnd"/>
      <w:r w:rsidRPr="008B2EAD">
        <w:rPr>
          <w:lang w:val="ru-RU"/>
        </w:rPr>
        <w:t xml:space="preserve"> </w:t>
      </w:r>
      <w:proofErr w:type="spellStart"/>
      <w:r w:rsidRPr="008B2EAD">
        <w:rPr>
          <w:lang w:val="ru-RU"/>
        </w:rPr>
        <w:t>шотында</w:t>
      </w:r>
      <w:proofErr w:type="spellEnd"/>
      <w:r w:rsidRPr="008B2EAD">
        <w:rPr>
          <w:lang w:val="ru-RU"/>
        </w:rPr>
        <w:t xml:space="preserve"> </w:t>
      </w:r>
      <w:proofErr w:type="spellStart"/>
      <w:r w:rsidRPr="008B2EAD">
        <w:rPr>
          <w:lang w:val="ru-RU"/>
        </w:rPr>
        <w:t>беріледі</w:t>
      </w:r>
      <w:proofErr w:type="spellEnd"/>
      <w:r w:rsidRPr="008B2EAD">
        <w:rPr>
          <w:lang w:val="ru-RU"/>
        </w:rPr>
        <w:t>.</w:t>
      </w:r>
    </w:p>
    <w:p w:rsidR="008B2EAD" w:rsidRPr="008B2EAD" w:rsidRDefault="008B2EAD">
      <w:pPr>
        <w:rPr>
          <w:lang w:val="ru-RU"/>
        </w:rPr>
      </w:pPr>
    </w:p>
    <w:p w:rsidR="008B2EAD" w:rsidRDefault="008B2EAD">
      <w:pPr>
        <w:rPr>
          <w:lang w:val="ru-RU"/>
        </w:rPr>
      </w:pPr>
    </w:p>
    <w:p w:rsidR="008B2EAD" w:rsidRDefault="008B2EAD">
      <w:pPr>
        <w:rPr>
          <w:lang w:val="ru-RU"/>
        </w:rPr>
      </w:pPr>
      <w:r w:rsidRPr="008B2EAD">
        <w:rPr>
          <w:lang w:val="ru-RU"/>
        </w:rPr>
        <w:t xml:space="preserve">Телефон: </w:t>
      </w:r>
      <w:r>
        <w:rPr>
          <w:lang w:val="ru-RU"/>
        </w:rPr>
        <w:t>+ 7 701 933 85 20</w:t>
      </w:r>
      <w:r w:rsidRPr="008B2EAD">
        <w:rPr>
          <w:lang w:val="ru-RU"/>
        </w:rPr>
        <w:t xml:space="preserve">   </w:t>
      </w:r>
    </w:p>
    <w:p w:rsidR="003B548C" w:rsidRPr="003D1BC9" w:rsidRDefault="008B2EAD">
      <w:pPr>
        <w:rPr>
          <w:lang w:val="ru-RU"/>
        </w:rPr>
      </w:pPr>
      <w:r>
        <w:t>Email</w:t>
      </w:r>
      <w:r w:rsidRPr="003D1BC9">
        <w:rPr>
          <w:lang w:val="ru-RU"/>
        </w:rPr>
        <w:t xml:space="preserve">: </w:t>
      </w:r>
      <w:proofErr w:type="spellStart"/>
      <w:r>
        <w:t>askar</w:t>
      </w:r>
      <w:proofErr w:type="spellEnd"/>
      <w:r w:rsidRPr="003D1BC9">
        <w:rPr>
          <w:lang w:val="ru-RU"/>
        </w:rPr>
        <w:t>.</w:t>
      </w:r>
      <w:proofErr w:type="spellStart"/>
      <w:r>
        <w:t>altai</w:t>
      </w:r>
      <w:proofErr w:type="spellEnd"/>
      <w:r w:rsidRPr="003D1BC9">
        <w:rPr>
          <w:lang w:val="ru-RU"/>
        </w:rPr>
        <w:t>@</w:t>
      </w:r>
      <w:proofErr w:type="spellStart"/>
      <w:r>
        <w:t>gmail</w:t>
      </w:r>
      <w:proofErr w:type="spellEnd"/>
      <w:r w:rsidRPr="003D1BC9">
        <w:rPr>
          <w:lang w:val="ru-RU"/>
        </w:rPr>
        <w:t>.</w:t>
      </w:r>
      <w:r>
        <w:t>com</w:t>
      </w:r>
    </w:p>
    <w:p w:rsidR="003B548C" w:rsidRPr="008B2EAD" w:rsidRDefault="008B2EAD">
      <w:pPr>
        <w:rPr>
          <w:lang w:val="kk-KZ"/>
        </w:rPr>
      </w:pPr>
      <w:r w:rsidRPr="008B2EAD">
        <w:rPr>
          <w:lang w:val="ru-RU"/>
        </w:rPr>
        <w:t xml:space="preserve">ЖК </w:t>
      </w:r>
      <w:proofErr w:type="spellStart"/>
      <w:r w:rsidRPr="008B2EAD">
        <w:rPr>
          <w:lang w:val="ru-RU"/>
        </w:rPr>
        <w:t>атауы</w:t>
      </w:r>
      <w:proofErr w:type="spellEnd"/>
      <w:r w:rsidRPr="008B2EAD">
        <w:rPr>
          <w:lang w:val="ru-RU"/>
        </w:rPr>
        <w:t xml:space="preserve">: </w:t>
      </w:r>
      <w:r>
        <w:rPr>
          <w:lang w:val="ru-RU"/>
        </w:rPr>
        <w:t>«</w:t>
      </w:r>
      <w:r>
        <w:rPr>
          <w:lang w:val="kk-KZ"/>
        </w:rPr>
        <w:t>Алтай медиа»</w:t>
      </w:r>
    </w:p>
    <w:p w:rsidR="008B2EAD" w:rsidRPr="008B2EAD" w:rsidRDefault="008B2EAD">
      <w:pPr>
        <w:rPr>
          <w:lang w:val="ru-RU"/>
        </w:rPr>
      </w:pPr>
    </w:p>
    <w:p w:rsidR="008B2EAD" w:rsidRDefault="008B2EAD">
      <w:pPr>
        <w:rPr>
          <w:lang w:val="ru-RU"/>
        </w:rPr>
      </w:pPr>
      <w:proofErr w:type="spellStart"/>
      <w:r w:rsidRPr="008B2EAD">
        <w:rPr>
          <w:lang w:val="ru-RU"/>
        </w:rPr>
        <w:t>Асқар</w:t>
      </w:r>
      <w:proofErr w:type="spellEnd"/>
      <w:r w:rsidRPr="008B2EAD">
        <w:rPr>
          <w:lang w:val="ru-RU"/>
        </w:rPr>
        <w:t xml:space="preserve"> Беков   </w:t>
      </w:r>
    </w:p>
    <w:p w:rsidR="003B548C" w:rsidRPr="008B2EAD" w:rsidRDefault="008B2EAD">
      <w:pPr>
        <w:rPr>
          <w:lang w:val="ru-RU"/>
        </w:rPr>
      </w:pPr>
      <w:proofErr w:type="spellStart"/>
      <w:r w:rsidRPr="008B2EAD">
        <w:rPr>
          <w:lang w:val="ru-RU"/>
        </w:rPr>
        <w:t>Қолы</w:t>
      </w:r>
      <w:proofErr w:type="spellEnd"/>
      <w:r w:rsidRPr="008B2EAD">
        <w:rPr>
          <w:lang w:val="ru-RU"/>
        </w:rPr>
        <w:t xml:space="preserve">: ______________   </w:t>
      </w:r>
      <w:proofErr w:type="spellStart"/>
      <w:r w:rsidRPr="008B2EAD">
        <w:rPr>
          <w:lang w:val="ru-RU"/>
        </w:rPr>
        <w:t>Күні</w:t>
      </w:r>
      <w:proofErr w:type="spellEnd"/>
      <w:r w:rsidRPr="008B2EAD">
        <w:rPr>
          <w:lang w:val="ru-RU"/>
        </w:rPr>
        <w:t>: ______________</w:t>
      </w:r>
    </w:p>
    <w:p w:rsidR="003B548C" w:rsidRPr="008B2EAD" w:rsidRDefault="008B2EAD">
      <w:pPr>
        <w:rPr>
          <w:lang w:val="ru-RU"/>
        </w:rPr>
      </w:pPr>
      <w:r w:rsidRPr="008B2EAD">
        <w:rPr>
          <w:lang w:val="ru-RU"/>
        </w:rPr>
        <w:br w:type="page"/>
      </w:r>
    </w:p>
    <w:p w:rsidR="003D1BC9" w:rsidRDefault="003D1BC9">
      <w:pPr>
        <w:pStyle w:val="aa"/>
        <w:rPr>
          <w:lang w:val="ru-RU"/>
        </w:rPr>
      </w:pPr>
      <w:r>
        <w:rPr>
          <w:b/>
          <w:noProof/>
          <w:color w:val="242021"/>
          <w:sz w:val="28"/>
          <w:szCs w:val="28"/>
          <w:lang w:val="ru-RU" w:eastAsia="ru-RU"/>
        </w:rPr>
        <w:lastRenderedPageBreak/>
        <w:drawing>
          <wp:inline distT="0" distB="0" distL="0" distR="0">
            <wp:extent cx="5937885" cy="1125855"/>
            <wp:effectExtent l="0" t="0" r="5715" b="0"/>
            <wp:docPr id="2" name="Рисунок 2" descr="фирм бланк Алтай меди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ирм бланк Алтай меди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885" cy="1125855"/>
                    </a:xfrm>
                    <a:prstGeom prst="rect">
                      <a:avLst/>
                    </a:prstGeom>
                    <a:noFill/>
                    <a:ln>
                      <a:noFill/>
                    </a:ln>
                  </pic:spPr>
                </pic:pic>
              </a:graphicData>
            </a:graphic>
          </wp:inline>
        </w:drawing>
      </w:r>
    </w:p>
    <w:p w:rsidR="003D1BC9" w:rsidRDefault="003D1BC9">
      <w:pPr>
        <w:pStyle w:val="aa"/>
        <w:rPr>
          <w:lang w:val="ru-RU"/>
        </w:rPr>
      </w:pPr>
    </w:p>
    <w:p w:rsidR="003D1BC9" w:rsidRDefault="003D1BC9">
      <w:pPr>
        <w:pStyle w:val="aa"/>
        <w:rPr>
          <w:lang w:val="ru-RU"/>
        </w:rPr>
      </w:pPr>
    </w:p>
    <w:p w:rsidR="003B548C" w:rsidRPr="008B2EAD" w:rsidRDefault="008B2EAD">
      <w:pPr>
        <w:pStyle w:val="aa"/>
        <w:rPr>
          <w:lang w:val="ru-RU"/>
        </w:rPr>
      </w:pPr>
      <w:r w:rsidRPr="008B2EAD">
        <w:rPr>
          <w:lang w:val="ru-RU"/>
        </w:rPr>
        <w:t>ИНФОРМАЦИОННОЕ СООБЩЕНИЕ</w:t>
      </w:r>
    </w:p>
    <w:p w:rsidR="003B548C" w:rsidRPr="008B2EAD" w:rsidRDefault="008B2EAD">
      <w:pPr>
        <w:rPr>
          <w:lang w:val="ru-RU"/>
        </w:rPr>
      </w:pPr>
      <w:r w:rsidRPr="008B2EAD">
        <w:rPr>
          <w:lang w:val="ru-RU"/>
        </w:rPr>
        <w:t xml:space="preserve">Об условиях и стоимости размещения предвыборных агитационных материалов в социальных сетях </w:t>
      </w:r>
      <w:proofErr w:type="spellStart"/>
      <w:r w:rsidRPr="008B2EAD">
        <w:rPr>
          <w:lang w:val="ru-RU"/>
        </w:rPr>
        <w:t>блогера</w:t>
      </w:r>
      <w:proofErr w:type="spellEnd"/>
      <w:r w:rsidRPr="008B2EAD">
        <w:rPr>
          <w:lang w:val="ru-RU"/>
        </w:rPr>
        <w:t xml:space="preserve"> Аскара Бекова на внеочередных выборах депутатов </w:t>
      </w:r>
      <w:proofErr w:type="spellStart"/>
      <w:r w:rsidRPr="008B2EAD">
        <w:rPr>
          <w:lang w:val="ru-RU"/>
        </w:rPr>
        <w:t>маслихатов</w:t>
      </w:r>
      <w:proofErr w:type="spellEnd"/>
      <w:r w:rsidRPr="008B2EAD">
        <w:rPr>
          <w:lang w:val="ru-RU"/>
        </w:rPr>
        <w:t>, назначенных на 29 ноября 2026 года</w:t>
      </w:r>
    </w:p>
    <w:p w:rsidR="003B548C" w:rsidRPr="008B2EAD" w:rsidRDefault="008B2EAD">
      <w:pPr>
        <w:rPr>
          <w:lang w:val="ru-RU"/>
        </w:rPr>
      </w:pPr>
      <w:r w:rsidRPr="008B2EAD">
        <w:rPr>
          <w:lang w:val="ru-RU"/>
        </w:rPr>
        <w:t xml:space="preserve">Я, Аскар Беков, как пользователь онлайн-платформ и владелец перечисленных ниже аккаунтов и групп </w:t>
      </w:r>
      <w:r>
        <w:t>Facebook</w:t>
      </w:r>
      <w:r w:rsidRPr="008B2EAD">
        <w:rPr>
          <w:lang w:val="ru-RU"/>
        </w:rPr>
        <w:t>, в соответствии с пунктом 3 статьи 28 Конституционного закона Республики Казахстан «О выборах в Республике Казахстан» публикую тарифы и условия договорного размещения предвыборных агитационных материалов кандидатов и политических партий, выдвинувших партийные списки.</w:t>
      </w:r>
    </w:p>
    <w:p w:rsidR="003B548C" w:rsidRPr="008B2EAD" w:rsidRDefault="008B2EAD">
      <w:pPr>
        <w:pStyle w:val="1"/>
        <w:rPr>
          <w:lang w:val="ru-RU"/>
        </w:rPr>
      </w:pPr>
      <w:r w:rsidRPr="008B2EAD">
        <w:rPr>
          <w:lang w:val="ru-RU"/>
        </w:rPr>
        <w:t>Личные аккаунты</w:t>
      </w:r>
    </w:p>
    <w:p w:rsidR="003B548C" w:rsidRPr="008B2EAD" w:rsidRDefault="008B2EAD">
      <w:pPr>
        <w:rPr>
          <w:lang w:val="ru-RU"/>
        </w:rPr>
      </w:pPr>
      <w:r>
        <w:t>Facebook</w:t>
      </w:r>
      <w:r w:rsidRPr="008B2EAD">
        <w:rPr>
          <w:lang w:val="ru-RU"/>
        </w:rPr>
        <w:t xml:space="preserve"> — </w:t>
      </w:r>
      <w:r>
        <w:t>https</w:t>
      </w:r>
      <w:r w:rsidRPr="008B2EAD">
        <w:rPr>
          <w:lang w:val="ru-RU"/>
        </w:rPr>
        <w:t>://</w:t>
      </w:r>
      <w:r>
        <w:t>www</w:t>
      </w:r>
      <w:r w:rsidRPr="008B2EAD">
        <w:rPr>
          <w:lang w:val="ru-RU"/>
        </w:rPr>
        <w:t>.</w:t>
      </w:r>
      <w:proofErr w:type="spellStart"/>
      <w:r>
        <w:t>facebook</w:t>
      </w:r>
      <w:proofErr w:type="spellEnd"/>
      <w:r w:rsidRPr="008B2EAD">
        <w:rPr>
          <w:lang w:val="ru-RU"/>
        </w:rPr>
        <w:t>.</w:t>
      </w:r>
      <w:r>
        <w:t>com</w:t>
      </w:r>
      <w:r w:rsidRPr="008B2EAD">
        <w:rPr>
          <w:lang w:val="ru-RU"/>
        </w:rPr>
        <w:t>/</w:t>
      </w:r>
      <w:r>
        <w:t>profile</w:t>
      </w:r>
      <w:r w:rsidRPr="008B2EAD">
        <w:rPr>
          <w:lang w:val="ru-RU"/>
        </w:rPr>
        <w:t>.</w:t>
      </w:r>
      <w:proofErr w:type="spellStart"/>
      <w:r>
        <w:t>php</w:t>
      </w:r>
      <w:proofErr w:type="spellEnd"/>
      <w:r w:rsidRPr="008B2EAD">
        <w:rPr>
          <w:lang w:val="ru-RU"/>
        </w:rPr>
        <w:t>?</w:t>
      </w:r>
      <w:r>
        <w:t>id</w:t>
      </w:r>
      <w:r w:rsidRPr="008B2EAD">
        <w:rPr>
          <w:lang w:val="ru-RU"/>
        </w:rPr>
        <w:t>=61568632417967</w:t>
      </w:r>
    </w:p>
    <w:p w:rsidR="003B548C" w:rsidRDefault="008B2EAD">
      <w:r>
        <w:t>Instagram — https://www.instagram.com/bekov_askar/</w:t>
      </w:r>
    </w:p>
    <w:p w:rsidR="003B548C" w:rsidRDefault="008B2EAD">
      <w:r>
        <w:t>TikTok — https://www.tiktok.com/@bekov_askar</w:t>
      </w:r>
    </w:p>
    <w:p w:rsidR="003B548C" w:rsidRPr="008B2EAD" w:rsidRDefault="008B2EAD">
      <w:pPr>
        <w:pStyle w:val="1"/>
        <w:rPr>
          <w:lang w:val="ru-RU"/>
        </w:rPr>
      </w:pPr>
      <w:r w:rsidRPr="008B2EAD">
        <w:rPr>
          <w:lang w:val="ru-RU"/>
        </w:rPr>
        <w:t xml:space="preserve">Группы </w:t>
      </w:r>
      <w:r>
        <w:t>Facebook</w:t>
      </w:r>
    </w:p>
    <w:p w:rsidR="003B548C" w:rsidRPr="008B2EAD" w:rsidRDefault="008B2EAD">
      <w:pPr>
        <w:rPr>
          <w:lang w:val="ru-RU"/>
        </w:rPr>
      </w:pPr>
      <w:r w:rsidRPr="008B2EAD">
        <w:rPr>
          <w:lang w:val="ru-RU"/>
        </w:rPr>
        <w:t xml:space="preserve">1. </w:t>
      </w:r>
      <w:r>
        <w:t>https</w:t>
      </w:r>
      <w:r w:rsidRPr="008B2EAD">
        <w:rPr>
          <w:lang w:val="ru-RU"/>
        </w:rPr>
        <w:t>://</w:t>
      </w:r>
      <w:r>
        <w:t>www</w:t>
      </w:r>
      <w:r w:rsidRPr="008B2EAD">
        <w:rPr>
          <w:lang w:val="ru-RU"/>
        </w:rPr>
        <w:t>.</w:t>
      </w:r>
      <w:proofErr w:type="spellStart"/>
      <w:r>
        <w:t>facebook</w:t>
      </w:r>
      <w:proofErr w:type="spellEnd"/>
      <w:r w:rsidRPr="008B2EAD">
        <w:rPr>
          <w:lang w:val="ru-RU"/>
        </w:rPr>
        <w:t>.</w:t>
      </w:r>
      <w:r>
        <w:t>com</w:t>
      </w:r>
      <w:r w:rsidRPr="008B2EAD">
        <w:rPr>
          <w:lang w:val="ru-RU"/>
        </w:rPr>
        <w:t>/</w:t>
      </w:r>
      <w:r>
        <w:t>groups</w:t>
      </w:r>
      <w:r w:rsidRPr="008B2EAD">
        <w:rPr>
          <w:lang w:val="ru-RU"/>
        </w:rPr>
        <w:t>/1925588201011756</w:t>
      </w:r>
    </w:p>
    <w:p w:rsidR="003B548C" w:rsidRPr="008B2EAD" w:rsidRDefault="008B2EAD">
      <w:pPr>
        <w:rPr>
          <w:lang w:val="ru-RU"/>
        </w:rPr>
      </w:pPr>
      <w:r w:rsidRPr="008B2EAD">
        <w:rPr>
          <w:lang w:val="ru-RU"/>
        </w:rPr>
        <w:t xml:space="preserve">2. </w:t>
      </w:r>
      <w:r>
        <w:t>https</w:t>
      </w:r>
      <w:r w:rsidRPr="008B2EAD">
        <w:rPr>
          <w:lang w:val="ru-RU"/>
        </w:rPr>
        <w:t>://</w:t>
      </w:r>
      <w:r>
        <w:t>www</w:t>
      </w:r>
      <w:r w:rsidRPr="008B2EAD">
        <w:rPr>
          <w:lang w:val="ru-RU"/>
        </w:rPr>
        <w:t>.</w:t>
      </w:r>
      <w:proofErr w:type="spellStart"/>
      <w:r>
        <w:t>facebook</w:t>
      </w:r>
      <w:proofErr w:type="spellEnd"/>
      <w:r w:rsidRPr="008B2EAD">
        <w:rPr>
          <w:lang w:val="ru-RU"/>
        </w:rPr>
        <w:t>.</w:t>
      </w:r>
      <w:r>
        <w:t>com</w:t>
      </w:r>
      <w:r w:rsidRPr="008B2EAD">
        <w:rPr>
          <w:lang w:val="ru-RU"/>
        </w:rPr>
        <w:t>/</w:t>
      </w:r>
      <w:r>
        <w:t>groups</w:t>
      </w:r>
      <w:r w:rsidRPr="008B2EAD">
        <w:rPr>
          <w:lang w:val="ru-RU"/>
        </w:rPr>
        <w:t>/931413174180433</w:t>
      </w:r>
    </w:p>
    <w:p w:rsidR="003B548C" w:rsidRPr="008B2EAD" w:rsidRDefault="008B2EAD">
      <w:pPr>
        <w:rPr>
          <w:lang w:val="ru-RU"/>
        </w:rPr>
      </w:pPr>
      <w:r w:rsidRPr="008B2EAD">
        <w:rPr>
          <w:lang w:val="ru-RU"/>
        </w:rPr>
        <w:t xml:space="preserve">3. </w:t>
      </w:r>
      <w:r>
        <w:t>https</w:t>
      </w:r>
      <w:r w:rsidRPr="008B2EAD">
        <w:rPr>
          <w:lang w:val="ru-RU"/>
        </w:rPr>
        <w:t>://</w:t>
      </w:r>
      <w:r>
        <w:t>www</w:t>
      </w:r>
      <w:r w:rsidRPr="008B2EAD">
        <w:rPr>
          <w:lang w:val="ru-RU"/>
        </w:rPr>
        <w:t>.</w:t>
      </w:r>
      <w:proofErr w:type="spellStart"/>
      <w:r>
        <w:t>facebook</w:t>
      </w:r>
      <w:proofErr w:type="spellEnd"/>
      <w:r w:rsidRPr="008B2EAD">
        <w:rPr>
          <w:lang w:val="ru-RU"/>
        </w:rPr>
        <w:t>.</w:t>
      </w:r>
      <w:r>
        <w:t>com</w:t>
      </w:r>
      <w:r w:rsidRPr="008B2EAD">
        <w:rPr>
          <w:lang w:val="ru-RU"/>
        </w:rPr>
        <w:t>/</w:t>
      </w:r>
      <w:r>
        <w:t>groups</w:t>
      </w:r>
      <w:r w:rsidRPr="008B2EAD">
        <w:rPr>
          <w:lang w:val="ru-RU"/>
        </w:rPr>
        <w:t>/663844461373451</w:t>
      </w:r>
    </w:p>
    <w:p w:rsidR="003B548C" w:rsidRPr="008B2EAD" w:rsidRDefault="008B2EAD">
      <w:pPr>
        <w:rPr>
          <w:lang w:val="ru-RU"/>
        </w:rPr>
      </w:pPr>
      <w:r w:rsidRPr="008B2EAD">
        <w:rPr>
          <w:lang w:val="ru-RU"/>
        </w:rPr>
        <w:t xml:space="preserve">4. </w:t>
      </w:r>
      <w:r>
        <w:t>https</w:t>
      </w:r>
      <w:r w:rsidRPr="008B2EAD">
        <w:rPr>
          <w:lang w:val="ru-RU"/>
        </w:rPr>
        <w:t>://</w:t>
      </w:r>
      <w:r>
        <w:t>www</w:t>
      </w:r>
      <w:r w:rsidRPr="008B2EAD">
        <w:rPr>
          <w:lang w:val="ru-RU"/>
        </w:rPr>
        <w:t>.</w:t>
      </w:r>
      <w:proofErr w:type="spellStart"/>
      <w:r>
        <w:t>facebook</w:t>
      </w:r>
      <w:proofErr w:type="spellEnd"/>
      <w:r w:rsidRPr="008B2EAD">
        <w:rPr>
          <w:lang w:val="ru-RU"/>
        </w:rPr>
        <w:t>.</w:t>
      </w:r>
      <w:r>
        <w:t>com</w:t>
      </w:r>
      <w:r w:rsidRPr="008B2EAD">
        <w:rPr>
          <w:lang w:val="ru-RU"/>
        </w:rPr>
        <w:t>/</w:t>
      </w:r>
      <w:r>
        <w:t>groups</w:t>
      </w:r>
      <w:r w:rsidRPr="008B2EAD">
        <w:rPr>
          <w:lang w:val="ru-RU"/>
        </w:rPr>
        <w:t>/1033574773670381</w:t>
      </w:r>
    </w:p>
    <w:p w:rsidR="003B548C" w:rsidRDefault="008B2EAD">
      <w:pPr>
        <w:pStyle w:val="1"/>
      </w:pPr>
      <w:r>
        <w:t>Тарифы на размещение</w:t>
      </w:r>
    </w:p>
    <w:tbl>
      <w:tblPr>
        <w:tblW w:w="0" w:type="auto"/>
        <w:tblLayout w:type="fixed"/>
        <w:tblLook w:val="04A0" w:firstRow="1" w:lastRow="0" w:firstColumn="1" w:lastColumn="0" w:noHBand="0" w:noVBand="1"/>
      </w:tblPr>
      <w:tblGrid>
        <w:gridCol w:w="6803"/>
        <w:gridCol w:w="4819"/>
      </w:tblGrid>
      <w:tr w:rsidR="003B548C">
        <w:tc>
          <w:tcPr>
            <w:tcW w:w="4819" w:type="dxa"/>
            <w:tcBorders>
              <w:top w:val="single" w:sz="4" w:space="0" w:color="D9D9D9"/>
              <w:left w:val="single" w:sz="4" w:space="0" w:color="D9D9D9"/>
              <w:bottom w:val="single" w:sz="4" w:space="0" w:color="D9D9D9"/>
              <w:right w:val="single" w:sz="4" w:space="0" w:color="D9D9D9"/>
            </w:tcBorders>
            <w:shd w:val="clear" w:color="auto" w:fill="EEEEEE"/>
          </w:tcPr>
          <w:p w:rsidR="003B548C" w:rsidRDefault="008B2EAD">
            <w:pPr>
              <w:spacing w:before="80" w:after="80"/>
            </w:pPr>
            <w:r>
              <w:rPr>
                <w:sz w:val="20"/>
              </w:rPr>
              <w:t>Услуга</w:t>
            </w:r>
          </w:p>
        </w:tc>
        <w:tc>
          <w:tcPr>
            <w:tcW w:w="4819" w:type="dxa"/>
            <w:tcBorders>
              <w:top w:val="single" w:sz="4" w:space="0" w:color="D9D9D9"/>
              <w:left w:val="single" w:sz="4" w:space="0" w:color="D9D9D9"/>
              <w:bottom w:val="single" w:sz="4" w:space="0" w:color="D9D9D9"/>
              <w:right w:val="single" w:sz="4" w:space="0" w:color="D9D9D9"/>
            </w:tcBorders>
            <w:shd w:val="clear" w:color="auto" w:fill="EEEEEE"/>
          </w:tcPr>
          <w:p w:rsidR="003B548C" w:rsidRDefault="008B2EAD">
            <w:pPr>
              <w:spacing w:before="80" w:after="80"/>
            </w:pPr>
            <w:r>
              <w:rPr>
                <w:sz w:val="20"/>
              </w:rPr>
              <w:t>Стоимость</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Готовое видео в формате Reels — Instagram, TikTok, Facebook</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от 250 000 тенге</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Пост карусель — Instagram</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от 250 000 тенге</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Пост — Facebook</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от 250 000 тенге</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Stories — 1–3 выхода</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от 200 000 тенге</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Pr="008B2EAD" w:rsidRDefault="008B2EAD">
            <w:pPr>
              <w:spacing w:before="80" w:after="80"/>
              <w:rPr>
                <w:lang w:val="ru-RU"/>
              </w:rPr>
            </w:pPr>
            <w:r w:rsidRPr="008B2EAD">
              <w:rPr>
                <w:sz w:val="20"/>
                <w:lang w:val="ru-RU"/>
              </w:rPr>
              <w:t xml:space="preserve">Пост и фото — одновременно в четырёх группах </w:t>
            </w:r>
            <w:r>
              <w:rPr>
                <w:sz w:val="20"/>
              </w:rPr>
              <w:t>Facebook</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150 000 тенге</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Pr="008B2EAD" w:rsidRDefault="008B2EAD">
            <w:pPr>
              <w:spacing w:before="80" w:after="80"/>
              <w:rPr>
                <w:lang w:val="ru-RU"/>
              </w:rPr>
            </w:pPr>
            <w:r w:rsidRPr="008B2EAD">
              <w:rPr>
                <w:sz w:val="20"/>
                <w:lang w:val="ru-RU"/>
              </w:rPr>
              <w:t xml:space="preserve">Видео и текст — одновременно в четырёх группах </w:t>
            </w:r>
            <w:r>
              <w:rPr>
                <w:sz w:val="20"/>
              </w:rPr>
              <w:t>Facebook</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150 000 тенге</w:t>
            </w:r>
          </w:p>
        </w:tc>
      </w:tr>
      <w:tr w:rsidR="003B548C">
        <w:tc>
          <w:tcPr>
            <w:tcW w:w="6803" w:type="dxa"/>
            <w:tcBorders>
              <w:top w:val="single" w:sz="4" w:space="0" w:color="D9D9D9"/>
              <w:left w:val="single" w:sz="4" w:space="0" w:color="D9D9D9"/>
              <w:bottom w:val="single" w:sz="4" w:space="0" w:color="D9D9D9"/>
              <w:right w:val="single" w:sz="4" w:space="0" w:color="D9D9D9"/>
            </w:tcBorders>
          </w:tcPr>
          <w:p w:rsidR="003B548C" w:rsidRPr="008B2EAD" w:rsidRDefault="008B2EAD">
            <w:pPr>
              <w:spacing w:before="80" w:after="80"/>
              <w:rPr>
                <w:lang w:val="ru-RU"/>
              </w:rPr>
            </w:pPr>
            <w:r w:rsidRPr="008B2EAD">
              <w:rPr>
                <w:sz w:val="20"/>
                <w:lang w:val="ru-RU"/>
              </w:rPr>
              <w:t xml:space="preserve">Пакет на кампанию — ежедневно 1–3 поста в четырёх группах </w:t>
            </w:r>
            <w:r>
              <w:rPr>
                <w:sz w:val="20"/>
              </w:rPr>
              <w:t>Facebook</w:t>
            </w:r>
          </w:p>
        </w:tc>
        <w:tc>
          <w:tcPr>
            <w:tcW w:w="2835" w:type="dxa"/>
            <w:tcBorders>
              <w:top w:val="single" w:sz="4" w:space="0" w:color="D9D9D9"/>
              <w:left w:val="single" w:sz="4" w:space="0" w:color="D9D9D9"/>
              <w:bottom w:val="single" w:sz="4" w:space="0" w:color="D9D9D9"/>
              <w:right w:val="single" w:sz="4" w:space="0" w:color="D9D9D9"/>
            </w:tcBorders>
          </w:tcPr>
          <w:p w:rsidR="003B548C" w:rsidRDefault="008B2EAD">
            <w:pPr>
              <w:spacing w:before="80" w:after="80"/>
            </w:pPr>
            <w:r>
              <w:rPr>
                <w:sz w:val="20"/>
              </w:rPr>
              <w:t>2 000 000 тенге</w:t>
            </w:r>
          </w:p>
        </w:tc>
      </w:tr>
    </w:tbl>
    <w:p w:rsidR="003B548C" w:rsidRPr="008B2EAD" w:rsidRDefault="008B2EAD">
      <w:pPr>
        <w:rPr>
          <w:lang w:val="ru-RU"/>
        </w:rPr>
      </w:pPr>
      <w:r w:rsidRPr="008B2EAD">
        <w:rPr>
          <w:lang w:val="ru-RU"/>
        </w:rPr>
        <w:t xml:space="preserve">Для начальных тарифов личных аккаунтов конкретный объём, число платформ и публикаций, окончательная стоимость закрепляются в договоре. Тариф </w:t>
      </w:r>
      <w:r>
        <w:t>Reels</w:t>
      </w:r>
      <w:r w:rsidRPr="008B2EAD">
        <w:rPr>
          <w:lang w:val="ru-RU"/>
        </w:rPr>
        <w:t xml:space="preserve"> относится к размещению готового видео. Тариф 150 000 тенге для групп включает размещение одного материала сразу в четырёх группах.</w:t>
      </w:r>
      <w:bookmarkStart w:id="0" w:name="_GoBack"/>
      <w:bookmarkEnd w:id="0"/>
      <w:r w:rsidRPr="008B2EAD">
        <w:rPr>
          <w:lang w:val="ru-RU"/>
        </w:rPr>
        <w:br w:type="page"/>
      </w:r>
    </w:p>
    <w:p w:rsidR="003B548C" w:rsidRPr="008B2EAD" w:rsidRDefault="008B2EAD">
      <w:pPr>
        <w:pStyle w:val="1"/>
        <w:rPr>
          <w:lang w:val="ru-RU"/>
        </w:rPr>
      </w:pPr>
      <w:r w:rsidRPr="008B2EAD">
        <w:rPr>
          <w:lang w:val="ru-RU"/>
        </w:rPr>
        <w:lastRenderedPageBreak/>
        <w:t>Условия размещения и оплаты</w:t>
      </w:r>
    </w:p>
    <w:p w:rsidR="003B548C" w:rsidRPr="008B2EAD" w:rsidRDefault="008B2EAD">
      <w:pPr>
        <w:rPr>
          <w:lang w:val="ru-RU"/>
        </w:rPr>
      </w:pPr>
      <w:r w:rsidRPr="008B2EAD">
        <w:rPr>
          <w:lang w:val="ru-RU"/>
        </w:rPr>
        <w:t>1. Агитационные материалы публикуются только после 18:00 часов 1 ноября 2026 года и до 00:00 часов 28 ноября 2026 года. 28 и 29 ноября новые агитационные материалы не размещаются, ранее опубликованные не распространяются повторно.</w:t>
      </w:r>
    </w:p>
    <w:p w:rsidR="003B548C" w:rsidRPr="008B2EAD" w:rsidRDefault="008B2EAD">
      <w:pPr>
        <w:rPr>
          <w:lang w:val="ru-RU"/>
        </w:rPr>
      </w:pPr>
      <w:r w:rsidRPr="008B2EAD">
        <w:rPr>
          <w:lang w:val="ru-RU"/>
        </w:rPr>
        <w:t xml:space="preserve">2. Пакет стоимостью 2 000 000 тенге предусматривает разовую оплату за ежедневное размещение 1–3 агитационных постов в каждой из четырёх групп </w:t>
      </w:r>
      <w:r>
        <w:t>Facebook</w:t>
      </w:r>
      <w:r w:rsidRPr="008B2EAD">
        <w:rPr>
          <w:lang w:val="ru-RU"/>
        </w:rPr>
        <w:t xml:space="preserve"> в течение всего установленного законом агитационного периода. Пакет не даёт права на публикации вне этого периода. Дата начала, график и порядок предоставления материалов закрепляются в договоре.</w:t>
      </w:r>
    </w:p>
    <w:p w:rsidR="003B548C" w:rsidRPr="008B2EAD" w:rsidRDefault="008B2EAD">
      <w:pPr>
        <w:rPr>
          <w:lang w:val="ru-RU"/>
        </w:rPr>
      </w:pPr>
      <w:r w:rsidRPr="008B2EAD">
        <w:rPr>
          <w:lang w:val="ru-RU"/>
        </w:rPr>
        <w:t>3. Услуги предоставляются на основании письменного обращения кандидата, политической партии или их уполномоченного представителя и договора по реквизитам ИП Аскара Бекова. В обращении указываются аккаунты или группы, вид, количество, объём материалов и сроки публикации.</w:t>
      </w:r>
    </w:p>
    <w:p w:rsidR="003B548C" w:rsidRPr="008B2EAD" w:rsidRDefault="008B2EAD">
      <w:pPr>
        <w:rPr>
          <w:lang w:val="ru-RU"/>
        </w:rPr>
      </w:pPr>
      <w:r w:rsidRPr="008B2EAD">
        <w:rPr>
          <w:lang w:val="ru-RU"/>
        </w:rPr>
        <w:t>4. Заявитель предоставляет документ о регистрации кандидата или партийного списка, документ о полномочиях представителя при обращении через него и реквизиты для заключения договора. Обращения регистрируются в порядке поступления; при одновременном поступлении график согласовывается со сторонами.</w:t>
      </w:r>
    </w:p>
    <w:p w:rsidR="003B548C" w:rsidRPr="008B2EAD" w:rsidRDefault="008B2EAD">
      <w:pPr>
        <w:rPr>
          <w:lang w:val="ru-RU"/>
        </w:rPr>
      </w:pPr>
      <w:r w:rsidRPr="008B2EAD">
        <w:rPr>
          <w:lang w:val="ru-RU"/>
        </w:rPr>
        <w:t>5. Готовые материалы предоставляются не позднее чем за один рабочий день до публикации. Содержание, технический формат и график размещения согласовываются заранее.</w:t>
      </w:r>
    </w:p>
    <w:p w:rsidR="003B548C" w:rsidRPr="008B2EAD" w:rsidRDefault="008B2EAD">
      <w:pPr>
        <w:rPr>
          <w:lang w:val="ru-RU"/>
        </w:rPr>
      </w:pPr>
      <w:r w:rsidRPr="008B2EAD">
        <w:rPr>
          <w:lang w:val="ru-RU"/>
        </w:rPr>
        <w:t>6. Платные агитационные материалы оплачиваются из средств избирательного фонда соответствующего кандидата или политической партии на основании счёта, выставленного ИП. Сроки и порядок оплаты определяются договором; размещение производится после поступления оплаты.</w:t>
      </w:r>
    </w:p>
    <w:p w:rsidR="003B548C" w:rsidRPr="008B2EAD" w:rsidRDefault="008B2EAD">
      <w:pPr>
        <w:rPr>
          <w:lang w:val="ru-RU"/>
        </w:rPr>
      </w:pPr>
      <w:r w:rsidRPr="008B2EAD">
        <w:rPr>
          <w:lang w:val="ru-RU"/>
        </w:rPr>
        <w:t>7. Материалы содержат сведения о заказчике, источнике финансирования и иные обязательные сведения. Публикации сопровождаются пометкой «Предвыборный агитационный материал» и указанием на оплату из средств соответствующего избирательного фонда.</w:t>
      </w:r>
    </w:p>
    <w:p w:rsidR="003B548C" w:rsidRPr="008B2EAD" w:rsidRDefault="008B2EAD">
      <w:pPr>
        <w:rPr>
          <w:lang w:val="ru-RU"/>
        </w:rPr>
      </w:pPr>
      <w:r w:rsidRPr="008B2EAD">
        <w:rPr>
          <w:lang w:val="ru-RU"/>
        </w:rPr>
        <w:t>8. Кандидатам и политическим партиям предоставляются равные условия. Окончательная стоимость услуг с начальными тарифами «от» определяется по единым критериям для одинаковых объёмов и форматов.</w:t>
      </w:r>
    </w:p>
    <w:p w:rsidR="003B548C" w:rsidRPr="008B2EAD" w:rsidRDefault="008B2EAD">
      <w:pPr>
        <w:rPr>
          <w:lang w:val="ru-RU"/>
        </w:rPr>
      </w:pPr>
      <w:r w:rsidRPr="008B2EAD">
        <w:rPr>
          <w:lang w:val="ru-RU"/>
        </w:rPr>
        <w:t>9. Заказчик обеспечивает достоверность представленных сведений, наличие необходимых прав на использование материалов и их соответствие законодательству. Это условие не освобождает распространителя от предусмотренной законом ответственности.</w:t>
      </w:r>
    </w:p>
    <w:p w:rsidR="003B548C" w:rsidRPr="008B2EAD" w:rsidRDefault="008B2EAD">
      <w:pPr>
        <w:rPr>
          <w:lang w:val="ru-RU"/>
        </w:rPr>
      </w:pPr>
      <w:r w:rsidRPr="008B2EAD">
        <w:rPr>
          <w:lang w:val="ru-RU"/>
        </w:rPr>
        <w:t>10. Противоречащие законодательству, анонимные материалы и материалы без обязательных сведений не публикуются. Для устранения недостатков материалы возвращаются заказчику. Отказ в размещении основывается на требованиях закона и единых для всех заказчиков условиях.</w:t>
      </w:r>
    </w:p>
    <w:p w:rsidR="003B548C" w:rsidRDefault="008B2EAD">
      <w:pPr>
        <w:rPr>
          <w:lang w:val="ru-RU"/>
        </w:rPr>
      </w:pPr>
      <w:r w:rsidRPr="008B2EAD">
        <w:rPr>
          <w:lang w:val="ru-RU"/>
        </w:rPr>
        <w:t>11. Контакты для приёма обращений и заключения договоров указываются ниже. Реквизиты ИП приводятся в договоре и счёте на оплату.</w:t>
      </w:r>
    </w:p>
    <w:p w:rsidR="008B2EAD" w:rsidRDefault="008B2EAD">
      <w:pPr>
        <w:rPr>
          <w:lang w:val="ru-RU"/>
        </w:rPr>
      </w:pPr>
    </w:p>
    <w:p w:rsidR="008B2EAD" w:rsidRPr="008B2EAD" w:rsidRDefault="008B2EAD">
      <w:pPr>
        <w:rPr>
          <w:lang w:val="ru-RU"/>
        </w:rPr>
      </w:pPr>
    </w:p>
    <w:p w:rsidR="008B2EAD" w:rsidRDefault="008B2EAD" w:rsidP="008B2EAD">
      <w:pPr>
        <w:rPr>
          <w:lang w:val="ru-RU"/>
        </w:rPr>
      </w:pPr>
      <w:r w:rsidRPr="008B2EAD">
        <w:rPr>
          <w:lang w:val="ru-RU"/>
        </w:rPr>
        <w:t xml:space="preserve">Телефон: </w:t>
      </w:r>
      <w:r>
        <w:rPr>
          <w:lang w:val="ru-RU"/>
        </w:rPr>
        <w:t>+ 7 701 933 85 20</w:t>
      </w:r>
      <w:r w:rsidRPr="008B2EAD">
        <w:rPr>
          <w:lang w:val="ru-RU"/>
        </w:rPr>
        <w:t xml:space="preserve">   </w:t>
      </w:r>
    </w:p>
    <w:p w:rsidR="008B2EAD" w:rsidRDefault="008B2EAD">
      <w:pPr>
        <w:rPr>
          <w:lang w:val="ru-RU"/>
        </w:rPr>
      </w:pPr>
      <w:r>
        <w:t>Email</w:t>
      </w:r>
      <w:r w:rsidRPr="008B2EAD">
        <w:rPr>
          <w:lang w:val="ru-RU"/>
        </w:rPr>
        <w:t xml:space="preserve">: </w:t>
      </w:r>
      <w:proofErr w:type="spellStart"/>
      <w:r>
        <w:t>askar</w:t>
      </w:r>
      <w:proofErr w:type="spellEnd"/>
      <w:r w:rsidRPr="008B2EAD">
        <w:rPr>
          <w:lang w:val="ru-RU"/>
        </w:rPr>
        <w:t>.</w:t>
      </w:r>
      <w:proofErr w:type="spellStart"/>
      <w:r>
        <w:t>altai</w:t>
      </w:r>
      <w:proofErr w:type="spellEnd"/>
      <w:r w:rsidRPr="008B2EAD">
        <w:rPr>
          <w:lang w:val="ru-RU"/>
        </w:rPr>
        <w:t>@</w:t>
      </w:r>
      <w:proofErr w:type="spellStart"/>
      <w:r>
        <w:t>gmail</w:t>
      </w:r>
      <w:proofErr w:type="spellEnd"/>
      <w:r w:rsidRPr="008B2EAD">
        <w:rPr>
          <w:lang w:val="ru-RU"/>
        </w:rPr>
        <w:t>.</w:t>
      </w:r>
      <w:r>
        <w:t>com</w:t>
      </w:r>
    </w:p>
    <w:p w:rsidR="003B548C" w:rsidRPr="008B2EAD" w:rsidRDefault="008B2EAD">
      <w:pPr>
        <w:rPr>
          <w:lang w:val="ru-RU"/>
        </w:rPr>
      </w:pPr>
      <w:r w:rsidRPr="008B2EAD">
        <w:rPr>
          <w:lang w:val="ru-RU"/>
        </w:rPr>
        <w:t xml:space="preserve">Наименование ИП: </w:t>
      </w:r>
      <w:r>
        <w:rPr>
          <w:lang w:val="ru-RU"/>
        </w:rPr>
        <w:t>«</w:t>
      </w:r>
      <w:r>
        <w:rPr>
          <w:lang w:val="kk-KZ"/>
        </w:rPr>
        <w:t>Алтай медиа»</w:t>
      </w:r>
    </w:p>
    <w:p w:rsidR="008B2EAD" w:rsidRDefault="008B2EAD">
      <w:pPr>
        <w:rPr>
          <w:lang w:val="ru-RU"/>
        </w:rPr>
      </w:pPr>
    </w:p>
    <w:p w:rsidR="008B2EAD" w:rsidRDefault="008B2EAD">
      <w:pPr>
        <w:rPr>
          <w:lang w:val="ru-RU"/>
        </w:rPr>
      </w:pPr>
      <w:r w:rsidRPr="008B2EAD">
        <w:rPr>
          <w:lang w:val="ru-RU"/>
        </w:rPr>
        <w:t xml:space="preserve">Аскар Беков   </w:t>
      </w:r>
    </w:p>
    <w:p w:rsidR="003B548C" w:rsidRPr="008B2EAD" w:rsidRDefault="008B2EAD">
      <w:pPr>
        <w:rPr>
          <w:lang w:val="ru-RU"/>
        </w:rPr>
      </w:pPr>
      <w:r w:rsidRPr="008B2EAD">
        <w:rPr>
          <w:lang w:val="ru-RU"/>
        </w:rPr>
        <w:t>Подпись: ______________   Дата: ______________</w:t>
      </w:r>
    </w:p>
    <w:sectPr w:rsidR="003B548C" w:rsidRPr="008B2EAD"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B548C"/>
    <w:rsid w:val="003D1BC9"/>
    <w:rsid w:val="008B2EA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8896C53-6160-44B5-AB39-C2DC551E6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52" w:lineRule="auto"/>
    </w:pPr>
    <w:rPr>
      <w:rFonts w:ascii="Times New Roman" w:hAnsi="Times New Roman"/>
      <w:color w:val="00000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spacing w:val="5"/>
      <w:kern w:val="28"/>
      <w:sz w:val="30"/>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C2E2D-9229-4D02-98E6-C32821610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9065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Aikyn</cp:lastModifiedBy>
  <cp:revision>3</cp:revision>
  <dcterms:created xsi:type="dcterms:W3CDTF">2013-12-23T23:15:00Z</dcterms:created>
  <dcterms:modified xsi:type="dcterms:W3CDTF">2026-10-24T19:37:00Z</dcterms:modified>
  <cp:category/>
</cp:coreProperties>
</file>