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B4FE7" w14:textId="5FA9DFA2" w:rsidR="00937755" w:rsidRPr="0066401F" w:rsidRDefault="00937755" w:rsidP="000D023A">
      <w:pPr>
        <w:rPr>
          <w:color w:val="3399FF"/>
          <w:lang w:val="kk-KZ"/>
        </w:rPr>
      </w:pPr>
    </w:p>
    <w:p w14:paraId="4E382DBF" w14:textId="77777777" w:rsidR="00937755" w:rsidRPr="007E7FD7" w:rsidRDefault="00937755" w:rsidP="00937755">
      <w:pPr>
        <w:ind w:firstLine="709"/>
        <w:jc w:val="center"/>
        <w:rPr>
          <w:sz w:val="28"/>
          <w:szCs w:val="28"/>
          <w:lang w:val="kk-KZ"/>
        </w:rPr>
      </w:pPr>
    </w:p>
    <w:p w14:paraId="5C3FE4F5" w14:textId="77777777" w:rsidR="00937755" w:rsidRPr="007E7FD7" w:rsidRDefault="00937755" w:rsidP="00937755">
      <w:pPr>
        <w:ind w:firstLine="709"/>
        <w:jc w:val="center"/>
        <w:rPr>
          <w:sz w:val="28"/>
          <w:szCs w:val="28"/>
          <w:lang w:val="kk-KZ"/>
        </w:rPr>
      </w:pPr>
    </w:p>
    <w:p w14:paraId="389939AB" w14:textId="1B84638A" w:rsidR="009C10B1" w:rsidRPr="009C10B1" w:rsidRDefault="008427E9" w:rsidP="009C10B1">
      <w:pPr>
        <w:pStyle w:val="af1"/>
        <w:rPr>
          <w:lang w:val="kk-KZ"/>
        </w:rPr>
      </w:pPr>
      <w:r>
        <w:rPr>
          <w:b/>
          <w:bCs/>
          <w:sz w:val="28"/>
          <w:szCs w:val="28"/>
          <w:lang w:val="kk-KZ"/>
        </w:rPr>
        <w:t>Астана қаласының учаскел</w:t>
      </w:r>
      <w:r w:rsidR="009C10B1">
        <w:rPr>
          <w:b/>
          <w:bCs/>
          <w:sz w:val="28"/>
          <w:szCs w:val="28"/>
          <w:lang w:val="kk-KZ"/>
        </w:rPr>
        <w:t>ік</w:t>
      </w:r>
      <w:r>
        <w:rPr>
          <w:b/>
          <w:bCs/>
          <w:sz w:val="28"/>
          <w:szCs w:val="28"/>
          <w:lang w:val="kk-KZ"/>
        </w:rPr>
        <w:t xml:space="preserve"> </w:t>
      </w:r>
      <w:r w:rsidR="009C10B1">
        <w:rPr>
          <w:b/>
          <w:bCs/>
          <w:sz w:val="28"/>
          <w:szCs w:val="28"/>
          <w:lang w:val="kk-KZ"/>
        </w:rPr>
        <w:t xml:space="preserve">сайлау </w:t>
      </w:r>
      <w:r w:rsidR="009C10B1">
        <w:rPr>
          <w:b/>
          <w:bCs/>
          <w:sz w:val="28"/>
          <w:szCs w:val="28"/>
          <w:lang w:val="kk-KZ"/>
        </w:rPr>
        <w:t xml:space="preserve">комиссияяларының </w:t>
      </w:r>
      <w:r>
        <w:rPr>
          <w:b/>
          <w:bCs/>
          <w:sz w:val="28"/>
          <w:szCs w:val="28"/>
          <w:lang w:val="kk-KZ"/>
        </w:rPr>
        <w:t>шекаралары</w:t>
      </w:r>
      <w:r w:rsidR="009C10B1" w:rsidRPr="009C10B1">
        <w:rPr>
          <w:lang w:val="kk-KZ"/>
        </w:rPr>
        <w:t xml:space="preserve"> </w:t>
      </w:r>
      <w:bookmarkStart w:id="0" w:name="_GoBack"/>
      <w:bookmarkEnd w:id="0"/>
    </w:p>
    <w:p w14:paraId="3622E74E" w14:textId="5F969A54" w:rsidR="008427E9" w:rsidRDefault="008427E9" w:rsidP="00937755">
      <w:pPr>
        <w:ind w:firstLine="709"/>
        <w:jc w:val="center"/>
        <w:rPr>
          <w:b/>
          <w:bCs/>
          <w:sz w:val="28"/>
          <w:szCs w:val="28"/>
          <w:lang w:val="kk-KZ"/>
        </w:rPr>
      </w:pPr>
    </w:p>
    <w:p w14:paraId="49495F59" w14:textId="77777777" w:rsidR="008427E9" w:rsidRDefault="008427E9" w:rsidP="00937755">
      <w:pPr>
        <w:ind w:firstLine="709"/>
        <w:jc w:val="center"/>
        <w:rPr>
          <w:b/>
          <w:bCs/>
          <w:sz w:val="28"/>
          <w:szCs w:val="28"/>
          <w:lang w:val="kk-KZ"/>
        </w:rPr>
      </w:pPr>
    </w:p>
    <w:p w14:paraId="1A3F6C6A" w14:textId="12D9D191" w:rsidR="00937755" w:rsidRPr="00214BBD" w:rsidRDefault="00937755" w:rsidP="00937755">
      <w:pPr>
        <w:ind w:firstLine="709"/>
        <w:jc w:val="center"/>
        <w:rPr>
          <w:b/>
          <w:bCs/>
          <w:sz w:val="28"/>
          <w:szCs w:val="28"/>
          <w:lang w:val="kk-KZ"/>
        </w:rPr>
      </w:pPr>
      <w:r w:rsidRPr="00214BBD">
        <w:rPr>
          <w:b/>
          <w:bCs/>
          <w:sz w:val="28"/>
          <w:szCs w:val="28"/>
          <w:lang w:val="kk-KZ"/>
        </w:rPr>
        <w:t>Астана қаласы «Алматы» ауданының сайлау учаскелері</w:t>
      </w:r>
    </w:p>
    <w:p w14:paraId="0E2ED715" w14:textId="77777777" w:rsidR="00937755" w:rsidRPr="007E7FD7" w:rsidRDefault="00937755" w:rsidP="00937755">
      <w:pPr>
        <w:ind w:firstLine="709"/>
        <w:jc w:val="both"/>
        <w:rPr>
          <w:sz w:val="28"/>
          <w:szCs w:val="28"/>
          <w:lang w:val="kk-KZ"/>
        </w:rPr>
      </w:pPr>
    </w:p>
    <w:p w14:paraId="35FDF96D" w14:textId="77777777" w:rsidR="00937755" w:rsidRPr="007E7FD7" w:rsidRDefault="00937755" w:rsidP="00937755">
      <w:pPr>
        <w:keepNext/>
        <w:ind w:firstLine="709"/>
        <w:jc w:val="center"/>
        <w:rPr>
          <w:sz w:val="28"/>
          <w:szCs w:val="28"/>
          <w:lang w:val="kk-KZ"/>
        </w:rPr>
      </w:pPr>
      <w:r w:rsidRPr="007E7FD7">
        <w:rPr>
          <w:sz w:val="28"/>
          <w:szCs w:val="28"/>
          <w:lang w:val="kk-KZ"/>
        </w:rPr>
        <w:t>№ 1 сайлау учаскесі</w:t>
      </w:r>
    </w:p>
    <w:p w14:paraId="6B56984C" w14:textId="77777777" w:rsidR="00937755" w:rsidRPr="007E7FD7" w:rsidRDefault="00937755" w:rsidP="00937755">
      <w:pPr>
        <w:ind w:firstLine="709"/>
        <w:jc w:val="center"/>
        <w:rPr>
          <w:sz w:val="28"/>
          <w:szCs w:val="28"/>
          <w:lang w:val="kk-KZ"/>
        </w:rPr>
      </w:pPr>
      <w:r w:rsidRPr="007E7FD7">
        <w:rPr>
          <w:sz w:val="28"/>
          <w:szCs w:val="28"/>
          <w:lang w:val="kk-KZ"/>
        </w:rPr>
        <w:t>(орталығы – «Л.Н. Гумилев атындағы Еуразия ұлттық университеті» коммерциялық емес акционерлік қоғамы, Қажымұқан көшесі, № 13)</w:t>
      </w:r>
    </w:p>
    <w:p w14:paraId="741D834F" w14:textId="77777777" w:rsidR="00937755" w:rsidRPr="007E7FD7" w:rsidRDefault="00937755" w:rsidP="00937755">
      <w:pPr>
        <w:ind w:firstLine="709"/>
        <w:jc w:val="center"/>
        <w:rPr>
          <w:sz w:val="28"/>
          <w:szCs w:val="28"/>
          <w:lang w:val="kk-KZ"/>
        </w:rPr>
      </w:pPr>
    </w:p>
    <w:p w14:paraId="2B435687"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Абылай хан даңғылы, № 2, 2А, 4/2, 4/4, 6/1, 6/2, 6/3, 6/4, </w:t>
      </w:r>
      <w:r w:rsidRPr="0067611B">
        <w:rPr>
          <w:sz w:val="28"/>
          <w:szCs w:val="28"/>
          <w:lang w:val="kk-KZ"/>
        </w:rPr>
        <w:t>6/5,</w:t>
      </w:r>
      <w:r>
        <w:rPr>
          <w:sz w:val="28"/>
          <w:szCs w:val="28"/>
          <w:lang w:val="kk-KZ"/>
        </w:rPr>
        <w:t xml:space="preserve"> </w:t>
      </w:r>
      <w:r w:rsidRPr="0067611B">
        <w:rPr>
          <w:sz w:val="28"/>
          <w:szCs w:val="28"/>
          <w:lang w:val="kk-KZ"/>
        </w:rPr>
        <w:t>12/2</w:t>
      </w:r>
      <w:r w:rsidRPr="007E7FD7">
        <w:rPr>
          <w:sz w:val="28"/>
          <w:szCs w:val="28"/>
          <w:lang w:val="kk-KZ"/>
        </w:rPr>
        <w:t>, 14/1, 14/2 үйлер, Қажымұқан көшесі, № 15 үй.</w:t>
      </w:r>
    </w:p>
    <w:p w14:paraId="515B3104" w14:textId="77777777" w:rsidR="00937755" w:rsidRPr="007E7FD7" w:rsidRDefault="00937755" w:rsidP="00937755">
      <w:pPr>
        <w:ind w:firstLine="709"/>
        <w:jc w:val="both"/>
        <w:rPr>
          <w:sz w:val="28"/>
          <w:szCs w:val="28"/>
          <w:lang w:val="kk-KZ"/>
        </w:rPr>
      </w:pPr>
    </w:p>
    <w:p w14:paraId="3274343B" w14:textId="77777777" w:rsidR="00937755" w:rsidRPr="007E7FD7" w:rsidRDefault="00937755" w:rsidP="00937755">
      <w:pPr>
        <w:keepNext/>
        <w:ind w:firstLine="709"/>
        <w:jc w:val="center"/>
        <w:rPr>
          <w:sz w:val="28"/>
          <w:szCs w:val="28"/>
          <w:lang w:val="kk-KZ"/>
        </w:rPr>
      </w:pPr>
      <w:r w:rsidRPr="007E7FD7">
        <w:rPr>
          <w:sz w:val="28"/>
          <w:szCs w:val="28"/>
          <w:lang w:val="kk-KZ"/>
        </w:rPr>
        <w:t>№ 2 сайлау учаскесі</w:t>
      </w:r>
    </w:p>
    <w:p w14:paraId="2F0483BE"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«Л.Н. Гумилев атындағы Еуразия ұлттық университеті» коммерциялық емес акционерлік қоғамы, Студенттер үйі, </w:t>
      </w:r>
    </w:p>
    <w:p w14:paraId="5B3ECE5D" w14:textId="77777777" w:rsidR="00937755" w:rsidRPr="007E7FD7" w:rsidRDefault="00937755" w:rsidP="00937755">
      <w:pPr>
        <w:ind w:firstLine="709"/>
        <w:jc w:val="center"/>
        <w:rPr>
          <w:sz w:val="28"/>
          <w:szCs w:val="28"/>
          <w:lang w:val="kk-KZ"/>
        </w:rPr>
      </w:pPr>
      <w:r w:rsidRPr="007E7FD7">
        <w:rPr>
          <w:sz w:val="28"/>
          <w:szCs w:val="28"/>
          <w:lang w:val="kk-KZ"/>
        </w:rPr>
        <w:t>М. Жұмабаев даңғылы, № 14)</w:t>
      </w:r>
    </w:p>
    <w:p w14:paraId="137FA46C" w14:textId="77777777" w:rsidR="00937755" w:rsidRPr="007E7FD7" w:rsidRDefault="00937755" w:rsidP="00937755">
      <w:pPr>
        <w:ind w:firstLine="709"/>
        <w:jc w:val="center"/>
        <w:rPr>
          <w:sz w:val="28"/>
          <w:szCs w:val="28"/>
          <w:lang w:val="kk-KZ"/>
        </w:rPr>
      </w:pPr>
    </w:p>
    <w:p w14:paraId="22D38686" w14:textId="77777777" w:rsidR="00937755" w:rsidRPr="007E7FD7" w:rsidRDefault="00937755" w:rsidP="00937755">
      <w:pPr>
        <w:ind w:firstLine="709"/>
        <w:jc w:val="both"/>
        <w:rPr>
          <w:sz w:val="28"/>
          <w:szCs w:val="28"/>
          <w:lang w:val="kk-KZ"/>
        </w:rPr>
      </w:pPr>
      <w:r w:rsidRPr="007E7FD7">
        <w:rPr>
          <w:sz w:val="28"/>
          <w:szCs w:val="28"/>
          <w:lang w:val="kk-KZ"/>
        </w:rPr>
        <w:t>Шекарасы: М. Жұмабаев даңғылы, № 11, 12, 12А, 12/1, 14, 16, 16/1, 16/2, 16/3, 18 үйлер, Ж. Жирентаев көшесі, № 10 үй, А. Петров көшесі, № 26, 26/1, 28/1, 32/1, 32/2 үйлер.</w:t>
      </w:r>
    </w:p>
    <w:p w14:paraId="27DC7A81" w14:textId="77777777" w:rsidR="00937755" w:rsidRPr="007E7FD7" w:rsidRDefault="00937755" w:rsidP="00937755">
      <w:pPr>
        <w:ind w:firstLine="709"/>
        <w:jc w:val="both"/>
        <w:rPr>
          <w:sz w:val="28"/>
          <w:szCs w:val="28"/>
          <w:lang w:val="kk-KZ"/>
        </w:rPr>
      </w:pPr>
    </w:p>
    <w:p w14:paraId="505466B4" w14:textId="77777777" w:rsidR="00937755" w:rsidRPr="007E7FD7" w:rsidRDefault="00937755" w:rsidP="00937755">
      <w:pPr>
        <w:keepNext/>
        <w:ind w:firstLine="709"/>
        <w:jc w:val="center"/>
        <w:rPr>
          <w:sz w:val="28"/>
          <w:szCs w:val="28"/>
          <w:lang w:val="kk-KZ"/>
        </w:rPr>
      </w:pPr>
      <w:r w:rsidRPr="007E7FD7">
        <w:rPr>
          <w:sz w:val="28"/>
          <w:szCs w:val="28"/>
          <w:lang w:val="kk-KZ"/>
        </w:rPr>
        <w:t>№ 3 сайлау учаскесі</w:t>
      </w:r>
    </w:p>
    <w:p w14:paraId="50F4D7F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«Л.Н. Гумилев атындағы Еуразия ұлттық университеті» коммерциялық емес акционерлік қоғамы, Студенттер үйі, </w:t>
      </w:r>
    </w:p>
    <w:p w14:paraId="5C0CF624" w14:textId="77777777" w:rsidR="00937755" w:rsidRPr="007E7FD7" w:rsidRDefault="00937755" w:rsidP="00937755">
      <w:pPr>
        <w:ind w:firstLine="709"/>
        <w:jc w:val="center"/>
        <w:rPr>
          <w:sz w:val="28"/>
          <w:szCs w:val="28"/>
          <w:lang w:val="kk-KZ"/>
        </w:rPr>
      </w:pPr>
      <w:r w:rsidRPr="007E7FD7">
        <w:rPr>
          <w:sz w:val="28"/>
          <w:szCs w:val="28"/>
          <w:lang w:val="kk-KZ"/>
        </w:rPr>
        <w:t xml:space="preserve">М. Жұмабаев даңғылы, </w:t>
      </w:r>
      <w:r w:rsidRPr="003C17D2">
        <w:rPr>
          <w:sz w:val="28"/>
          <w:szCs w:val="28"/>
          <w:lang w:val="kk-KZ"/>
        </w:rPr>
        <w:t>№ 14/1)</w:t>
      </w:r>
    </w:p>
    <w:p w14:paraId="784BA8C1" w14:textId="77777777" w:rsidR="00937755" w:rsidRPr="007E7FD7" w:rsidRDefault="00937755" w:rsidP="00937755">
      <w:pPr>
        <w:ind w:firstLine="709"/>
        <w:jc w:val="center"/>
        <w:rPr>
          <w:sz w:val="28"/>
          <w:szCs w:val="28"/>
          <w:lang w:val="kk-KZ"/>
        </w:rPr>
      </w:pPr>
    </w:p>
    <w:p w14:paraId="0995E09D" w14:textId="77777777" w:rsidR="00937755" w:rsidRPr="007E7FD7" w:rsidRDefault="00937755" w:rsidP="00937755">
      <w:pPr>
        <w:ind w:firstLine="709"/>
        <w:jc w:val="both"/>
        <w:rPr>
          <w:sz w:val="28"/>
          <w:szCs w:val="28"/>
          <w:lang w:val="kk-KZ"/>
        </w:rPr>
      </w:pPr>
      <w:r w:rsidRPr="007E7FD7">
        <w:rPr>
          <w:sz w:val="28"/>
          <w:szCs w:val="28"/>
          <w:lang w:val="kk-KZ"/>
        </w:rPr>
        <w:t>Шекарасы: Абылай хан даңғылы, № 16, 16/1, 18, 20, 20А, 20Б, 23, 24, 25, 25/1, 25/2, 26, 26/1, 27/1 үйлер, М. Жұмабаев даңғылы, № 2, 4, 4/2, 4Б, 6, 14/1 үйлер.</w:t>
      </w:r>
    </w:p>
    <w:p w14:paraId="55D69B1C" w14:textId="77777777" w:rsidR="00937755" w:rsidRPr="007E7FD7" w:rsidRDefault="00937755" w:rsidP="00937755">
      <w:pPr>
        <w:ind w:firstLine="709"/>
        <w:jc w:val="center"/>
        <w:rPr>
          <w:sz w:val="28"/>
          <w:szCs w:val="28"/>
          <w:lang w:val="kk-KZ"/>
        </w:rPr>
      </w:pPr>
    </w:p>
    <w:p w14:paraId="2509643B" w14:textId="77777777" w:rsidR="00937755" w:rsidRPr="007E7FD7" w:rsidRDefault="00937755" w:rsidP="00937755">
      <w:pPr>
        <w:keepNext/>
        <w:ind w:firstLine="709"/>
        <w:jc w:val="center"/>
        <w:rPr>
          <w:sz w:val="28"/>
          <w:szCs w:val="28"/>
          <w:lang w:val="kk-KZ"/>
        </w:rPr>
      </w:pPr>
      <w:r w:rsidRPr="007E7FD7">
        <w:rPr>
          <w:sz w:val="28"/>
          <w:szCs w:val="28"/>
          <w:lang w:val="kk-KZ"/>
        </w:rPr>
        <w:t>№ 4 сайлау учаскесі</w:t>
      </w:r>
    </w:p>
    <w:p w14:paraId="7456E3DA"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«Мұстафа Шоқай атындағы </w:t>
      </w:r>
    </w:p>
    <w:p w14:paraId="447019C8" w14:textId="77777777" w:rsidR="00937755" w:rsidRPr="007E7FD7" w:rsidRDefault="00937755" w:rsidP="00937755">
      <w:pPr>
        <w:ind w:firstLine="709"/>
        <w:jc w:val="center"/>
        <w:rPr>
          <w:sz w:val="28"/>
          <w:szCs w:val="28"/>
          <w:lang w:val="kk-KZ"/>
        </w:rPr>
      </w:pPr>
      <w:r w:rsidRPr="007E7FD7">
        <w:rPr>
          <w:sz w:val="28"/>
          <w:szCs w:val="28"/>
          <w:lang w:val="kk-KZ"/>
        </w:rPr>
        <w:t>№ 51 мектеп-гимназия» шаруашылық жүргізу құқығындағы мемлекеттік коммуналдық кәсіпорны, Аманат көшесі, № 5)</w:t>
      </w:r>
    </w:p>
    <w:p w14:paraId="1B99E39A" w14:textId="77777777" w:rsidR="00937755" w:rsidRPr="007E7FD7" w:rsidRDefault="00937755" w:rsidP="00937755">
      <w:pPr>
        <w:ind w:firstLine="709"/>
        <w:jc w:val="center"/>
        <w:rPr>
          <w:sz w:val="28"/>
          <w:szCs w:val="28"/>
          <w:lang w:val="kk-KZ"/>
        </w:rPr>
      </w:pPr>
    </w:p>
    <w:p w14:paraId="79BD4B88"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Шашу орамынан М. Жұмабаев даңғылының тақ сандар жағымен Б. Момышұлы даңғылына дейін, Б. Момышұлы даңғылының тақ сандар жағымен Қ. Сәтбаев көшесіне дейін, Қ. Сәтбаев көшесінің жұп сандар жағымен Б. Майлин көшесіне дейін, Б. Майлин көшесінің жұп сандар жағымен Әбуабдулло Рудаки көшесіне дейін, Әбуабдулло Рудаки көшесінің тақ сандар жағымен Шашу орамына дейін, Шашу орамының жұп сандар жағымен Қосбасар орамындағы № 2, 2А үйлерді, Манатау көшесіндегі № 2, 2/1, 4, 4/1 үйлерді, Қ. Сәтбаев көшесіндегі № 16/1, 16/2, 16/3, 18 үйлерді, Б. Майлин көшесіндегі </w:t>
      </w:r>
      <w:r w:rsidRPr="007E7FD7">
        <w:rPr>
          <w:sz w:val="28"/>
          <w:szCs w:val="28"/>
          <w:lang w:val="kk-KZ"/>
        </w:rPr>
        <w:lastRenderedPageBreak/>
        <w:t>№ 16/2, 16/3, 16/8, 16/9, 16/11 үйлерді қоспағанда, М. Жұмабаев даңғылына дейін.</w:t>
      </w:r>
    </w:p>
    <w:p w14:paraId="6E079046" w14:textId="77777777" w:rsidR="00937755" w:rsidRPr="007E7FD7" w:rsidRDefault="00937755" w:rsidP="00937755">
      <w:pPr>
        <w:ind w:firstLine="709"/>
        <w:jc w:val="both"/>
        <w:rPr>
          <w:sz w:val="28"/>
          <w:szCs w:val="28"/>
          <w:lang w:val="kk-KZ"/>
        </w:rPr>
      </w:pPr>
    </w:p>
    <w:p w14:paraId="3336AE9D" w14:textId="77777777" w:rsidR="00937755" w:rsidRPr="007E7FD7" w:rsidRDefault="00937755" w:rsidP="00937755">
      <w:pPr>
        <w:keepNext/>
        <w:ind w:firstLine="709"/>
        <w:jc w:val="center"/>
        <w:rPr>
          <w:sz w:val="28"/>
          <w:szCs w:val="28"/>
          <w:lang w:val="kk-KZ"/>
        </w:rPr>
      </w:pPr>
      <w:r w:rsidRPr="007E7FD7">
        <w:rPr>
          <w:sz w:val="28"/>
          <w:szCs w:val="28"/>
          <w:lang w:val="kk-KZ"/>
        </w:rPr>
        <w:t>№ 5 сайлау учаскесі</w:t>
      </w:r>
    </w:p>
    <w:p w14:paraId="53D58723"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41AE3C35" w14:textId="77777777" w:rsidR="00937755" w:rsidRPr="007E7FD7" w:rsidRDefault="00937755" w:rsidP="00937755">
      <w:pPr>
        <w:ind w:firstLine="709"/>
        <w:jc w:val="center"/>
        <w:rPr>
          <w:sz w:val="28"/>
          <w:szCs w:val="28"/>
          <w:lang w:val="kk-KZ"/>
        </w:rPr>
      </w:pPr>
    </w:p>
    <w:p w14:paraId="544885B5"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w:t>
      </w:r>
      <w:r w:rsidRPr="0067611B">
        <w:rPr>
          <w:sz w:val="28"/>
          <w:szCs w:val="28"/>
          <w:lang w:val="kk-KZ"/>
        </w:rPr>
        <w:t>Б. Майлин көшесі, № 14 үй</w:t>
      </w:r>
      <w:r w:rsidRPr="007E7FD7">
        <w:rPr>
          <w:sz w:val="28"/>
          <w:szCs w:val="28"/>
          <w:lang w:val="kk-KZ"/>
        </w:rPr>
        <w:t>, Қ. Сәтбаев көшесі, № 19, 19/1, 21, 23, 23/1, 23/2, 25, 29/1 үйлер.</w:t>
      </w:r>
    </w:p>
    <w:p w14:paraId="7D3E6364" w14:textId="77777777" w:rsidR="00937755" w:rsidRPr="007E7FD7" w:rsidRDefault="00937755" w:rsidP="00937755">
      <w:pPr>
        <w:ind w:firstLine="709"/>
        <w:jc w:val="center"/>
        <w:rPr>
          <w:sz w:val="28"/>
          <w:szCs w:val="28"/>
          <w:lang w:val="kk-KZ"/>
        </w:rPr>
      </w:pPr>
    </w:p>
    <w:p w14:paraId="5D77F015" w14:textId="77777777" w:rsidR="00937755" w:rsidRPr="007E7FD7" w:rsidRDefault="00937755" w:rsidP="00937755">
      <w:pPr>
        <w:keepNext/>
        <w:ind w:firstLine="709"/>
        <w:jc w:val="center"/>
        <w:rPr>
          <w:sz w:val="28"/>
          <w:szCs w:val="28"/>
          <w:lang w:val="kk-KZ"/>
        </w:rPr>
      </w:pPr>
      <w:r w:rsidRPr="007E7FD7">
        <w:rPr>
          <w:sz w:val="28"/>
          <w:szCs w:val="28"/>
          <w:lang w:val="kk-KZ"/>
        </w:rPr>
        <w:t>№ 6 сайлау учаскесі</w:t>
      </w:r>
    </w:p>
    <w:p w14:paraId="5D42401A"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51A2038E" w14:textId="77777777" w:rsidR="00937755" w:rsidRPr="007E7FD7" w:rsidRDefault="00937755" w:rsidP="00937755">
      <w:pPr>
        <w:ind w:firstLine="709"/>
        <w:jc w:val="center"/>
        <w:rPr>
          <w:sz w:val="28"/>
          <w:szCs w:val="28"/>
          <w:lang w:val="kk-KZ"/>
        </w:rPr>
      </w:pPr>
    </w:p>
    <w:p w14:paraId="4F6F3DD2" w14:textId="77777777" w:rsidR="00937755" w:rsidRPr="007E7FD7" w:rsidRDefault="00937755" w:rsidP="00937755">
      <w:pPr>
        <w:ind w:firstLine="709"/>
        <w:jc w:val="both"/>
        <w:rPr>
          <w:sz w:val="28"/>
          <w:szCs w:val="28"/>
          <w:lang w:val="kk-KZ"/>
        </w:rPr>
      </w:pPr>
      <w:r w:rsidRPr="007E7FD7">
        <w:rPr>
          <w:sz w:val="28"/>
          <w:szCs w:val="28"/>
          <w:lang w:val="kk-KZ"/>
        </w:rPr>
        <w:t>Шекарасы: Б. Майлин көшесі, № 8 үй, Тәуелсіздік даңғылы, № 34/1, 34/2, 34/9, 34/10 үйлер, Қ. Сәтбаев көшесі, № 25/1, 29П үйлер.</w:t>
      </w:r>
    </w:p>
    <w:p w14:paraId="79A375F4" w14:textId="77777777" w:rsidR="00937755" w:rsidRPr="007E7FD7" w:rsidRDefault="00937755" w:rsidP="00937755">
      <w:pPr>
        <w:ind w:firstLine="709"/>
        <w:jc w:val="both"/>
        <w:rPr>
          <w:sz w:val="28"/>
          <w:szCs w:val="28"/>
          <w:lang w:val="kk-KZ"/>
        </w:rPr>
      </w:pPr>
    </w:p>
    <w:p w14:paraId="0EF11B96" w14:textId="77777777" w:rsidR="00937755" w:rsidRPr="007E7FD7" w:rsidRDefault="00937755" w:rsidP="00937755">
      <w:pPr>
        <w:keepNext/>
        <w:ind w:firstLine="709"/>
        <w:jc w:val="center"/>
        <w:rPr>
          <w:sz w:val="28"/>
          <w:szCs w:val="28"/>
          <w:lang w:val="kk-KZ"/>
        </w:rPr>
      </w:pPr>
      <w:r w:rsidRPr="007E7FD7">
        <w:rPr>
          <w:sz w:val="28"/>
          <w:szCs w:val="28"/>
          <w:lang w:val="kk-KZ"/>
        </w:rPr>
        <w:t>№ 7 сайлау учаскесі</w:t>
      </w:r>
    </w:p>
    <w:p w14:paraId="52BC0C67"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p w14:paraId="1334AD21" w14:textId="77777777" w:rsidR="00937755" w:rsidRPr="007E7FD7" w:rsidRDefault="00937755" w:rsidP="00937755">
      <w:pPr>
        <w:ind w:firstLine="709"/>
        <w:jc w:val="center"/>
        <w:rPr>
          <w:sz w:val="28"/>
          <w:szCs w:val="28"/>
          <w:lang w:val="kk-KZ"/>
        </w:rPr>
      </w:pPr>
    </w:p>
    <w:p w14:paraId="66E27911" w14:textId="77777777" w:rsidR="00937755" w:rsidRPr="007E7FD7" w:rsidRDefault="00937755" w:rsidP="00937755">
      <w:pPr>
        <w:ind w:firstLine="709"/>
        <w:jc w:val="both"/>
        <w:rPr>
          <w:sz w:val="28"/>
          <w:szCs w:val="28"/>
        </w:rPr>
      </w:pPr>
      <w:r w:rsidRPr="007E7FD7">
        <w:rPr>
          <w:sz w:val="28"/>
          <w:szCs w:val="28"/>
        </w:rPr>
        <w:t>Шекарасы: Б. Момышұлы даңғылы, № 13А, 13/1, 13/2, 13/3, 15А, 15/2, 15/3, 17, 17/2, 19, 19/1, 19/2 үйлер.</w:t>
      </w:r>
    </w:p>
    <w:p w14:paraId="194B7637" w14:textId="77777777" w:rsidR="00937755" w:rsidRPr="007E7FD7" w:rsidRDefault="00937755" w:rsidP="00937755">
      <w:pPr>
        <w:ind w:firstLine="709"/>
        <w:jc w:val="both"/>
        <w:rPr>
          <w:sz w:val="28"/>
          <w:szCs w:val="28"/>
        </w:rPr>
      </w:pPr>
    </w:p>
    <w:p w14:paraId="7F02EB2D" w14:textId="77777777" w:rsidR="00937755" w:rsidRPr="007E7FD7" w:rsidRDefault="00937755" w:rsidP="00937755">
      <w:pPr>
        <w:keepNext/>
        <w:ind w:firstLine="709"/>
        <w:jc w:val="center"/>
        <w:rPr>
          <w:sz w:val="28"/>
          <w:szCs w:val="28"/>
        </w:rPr>
      </w:pPr>
      <w:r w:rsidRPr="007E7FD7">
        <w:rPr>
          <w:sz w:val="28"/>
          <w:szCs w:val="28"/>
        </w:rPr>
        <w:t>№ 8 сайлау учаскесі</w:t>
      </w:r>
    </w:p>
    <w:p w14:paraId="2E051D54"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28 мектеп-лицей» шаруашылық жүргізу құқығындағы мемлекеттік коммуналдық кәсіпорны, </w:t>
      </w:r>
    </w:p>
    <w:p w14:paraId="1542DC49" w14:textId="77777777" w:rsidR="00937755" w:rsidRPr="007E7FD7" w:rsidRDefault="00937755" w:rsidP="00937755">
      <w:pPr>
        <w:ind w:firstLine="709"/>
        <w:jc w:val="center"/>
        <w:rPr>
          <w:sz w:val="28"/>
          <w:szCs w:val="28"/>
        </w:rPr>
      </w:pPr>
      <w:r w:rsidRPr="007E7FD7">
        <w:rPr>
          <w:sz w:val="28"/>
          <w:szCs w:val="28"/>
        </w:rPr>
        <w:t>А. Петров көшесі, № 8)</w:t>
      </w:r>
    </w:p>
    <w:p w14:paraId="41099BE9" w14:textId="77777777" w:rsidR="00937755" w:rsidRPr="007E7FD7" w:rsidRDefault="00937755" w:rsidP="00937755">
      <w:pPr>
        <w:ind w:firstLine="709"/>
        <w:jc w:val="center"/>
        <w:rPr>
          <w:sz w:val="28"/>
          <w:szCs w:val="28"/>
        </w:rPr>
      </w:pPr>
    </w:p>
    <w:p w14:paraId="28AF06BF" w14:textId="77777777" w:rsidR="00937755" w:rsidRPr="007E7FD7" w:rsidRDefault="00937755" w:rsidP="00937755">
      <w:pPr>
        <w:ind w:firstLine="709"/>
        <w:jc w:val="both"/>
        <w:rPr>
          <w:sz w:val="28"/>
          <w:szCs w:val="28"/>
        </w:rPr>
      </w:pPr>
      <w:r w:rsidRPr="007E7FD7">
        <w:rPr>
          <w:sz w:val="28"/>
          <w:szCs w:val="28"/>
        </w:rPr>
        <w:t>Шекарасы: Қажымұқан көшесі, № 2, 4 үйлер, Тәуелсіздік даңғылы, № 4/1, 4/3, 6/1, 6/2, 6/3, 8, 12, 12/1, 12/2, 14, 14/1, 14/2 үйлер, А. Петров көшесі, № 2, 2/1, 4 үйлер.</w:t>
      </w:r>
    </w:p>
    <w:p w14:paraId="5DA2A3B4" w14:textId="77777777" w:rsidR="00937755" w:rsidRPr="007E7FD7" w:rsidRDefault="00937755" w:rsidP="00937755">
      <w:pPr>
        <w:spacing w:after="160" w:line="259" w:lineRule="auto"/>
        <w:rPr>
          <w:sz w:val="28"/>
          <w:szCs w:val="28"/>
        </w:rPr>
      </w:pPr>
    </w:p>
    <w:p w14:paraId="436F13D2" w14:textId="77777777" w:rsidR="00937755" w:rsidRPr="007E7FD7" w:rsidRDefault="00937755" w:rsidP="00937755">
      <w:pPr>
        <w:keepNext/>
        <w:ind w:firstLine="709"/>
        <w:jc w:val="center"/>
        <w:rPr>
          <w:sz w:val="28"/>
          <w:szCs w:val="28"/>
        </w:rPr>
      </w:pPr>
      <w:r w:rsidRPr="007E7FD7">
        <w:rPr>
          <w:sz w:val="28"/>
          <w:szCs w:val="28"/>
        </w:rPr>
        <w:t>№ 9 сайлау учаскесі</w:t>
      </w:r>
    </w:p>
    <w:p w14:paraId="17583A8E"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28 мектеп-лицей» шаруашылық жүргізу құқығындағы мемлекеттік коммуналдық кәсіпорны, </w:t>
      </w:r>
    </w:p>
    <w:p w14:paraId="2ECB1634" w14:textId="77777777" w:rsidR="00937755" w:rsidRPr="007E7FD7" w:rsidRDefault="00937755" w:rsidP="00937755">
      <w:pPr>
        <w:ind w:firstLine="709"/>
        <w:jc w:val="center"/>
        <w:rPr>
          <w:sz w:val="28"/>
          <w:szCs w:val="28"/>
        </w:rPr>
      </w:pPr>
      <w:r w:rsidRPr="007E7FD7">
        <w:rPr>
          <w:sz w:val="28"/>
          <w:szCs w:val="28"/>
        </w:rPr>
        <w:t>А. Петров көшесі, № 8)</w:t>
      </w:r>
    </w:p>
    <w:p w14:paraId="401FA0B5" w14:textId="77777777" w:rsidR="00937755" w:rsidRPr="007E7FD7" w:rsidRDefault="00937755" w:rsidP="00937755">
      <w:pPr>
        <w:ind w:firstLine="709"/>
        <w:jc w:val="center"/>
        <w:rPr>
          <w:sz w:val="28"/>
          <w:szCs w:val="28"/>
        </w:rPr>
      </w:pPr>
    </w:p>
    <w:p w14:paraId="1865151A" w14:textId="77777777" w:rsidR="00937755" w:rsidRPr="007E7FD7" w:rsidRDefault="00937755" w:rsidP="00937755">
      <w:pPr>
        <w:ind w:firstLine="709"/>
        <w:jc w:val="both"/>
        <w:rPr>
          <w:sz w:val="28"/>
          <w:szCs w:val="28"/>
        </w:rPr>
      </w:pPr>
      <w:r w:rsidRPr="007E7FD7">
        <w:rPr>
          <w:sz w:val="28"/>
          <w:szCs w:val="28"/>
        </w:rPr>
        <w:t xml:space="preserve">Шекарасы: А. Петров көшесі, № 5, 5/2, 7, 7/1, 9, 10, 10/1, 12, 12/1, 12/2, 12/3, 14, 14/1, 14/2, 14/3 үйлер, </w:t>
      </w:r>
      <w:r w:rsidRPr="007E7FD7">
        <w:rPr>
          <w:sz w:val="28"/>
          <w:szCs w:val="28"/>
          <w:lang w:val="kk-KZ"/>
        </w:rPr>
        <w:t>к</w:t>
      </w:r>
      <w:r w:rsidRPr="007E7FD7">
        <w:rPr>
          <w:sz w:val="28"/>
          <w:szCs w:val="28"/>
        </w:rPr>
        <w:t>үйші Дина көшесі, № 3/1, 7 үйлер.</w:t>
      </w:r>
    </w:p>
    <w:p w14:paraId="78E735A6" w14:textId="77777777" w:rsidR="00937755" w:rsidRPr="007E7FD7" w:rsidRDefault="00937755" w:rsidP="00937755">
      <w:pPr>
        <w:jc w:val="both"/>
        <w:rPr>
          <w:sz w:val="28"/>
          <w:szCs w:val="28"/>
        </w:rPr>
      </w:pPr>
    </w:p>
    <w:p w14:paraId="59020BC7" w14:textId="77777777" w:rsidR="00937755" w:rsidRPr="007E7FD7" w:rsidRDefault="00937755" w:rsidP="00937755">
      <w:pPr>
        <w:keepNext/>
        <w:ind w:firstLine="709"/>
        <w:jc w:val="center"/>
        <w:rPr>
          <w:sz w:val="28"/>
          <w:szCs w:val="28"/>
        </w:rPr>
      </w:pPr>
      <w:r w:rsidRPr="007E7FD7">
        <w:rPr>
          <w:sz w:val="28"/>
          <w:szCs w:val="28"/>
        </w:rPr>
        <w:lastRenderedPageBreak/>
        <w:t>№ 10 сайлау учаскесі</w:t>
      </w:r>
    </w:p>
    <w:p w14:paraId="3E8AAF7A"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 10 балалар мен жасөспірімдердің шайбалы хоккейден мамандандырылған спорт мектебі» коммуналдық мемлекеттік мекемесі, Қажымұқан көшесі, № 9)</w:t>
      </w:r>
    </w:p>
    <w:p w14:paraId="697AC185" w14:textId="77777777" w:rsidR="00937755" w:rsidRPr="007E7FD7" w:rsidRDefault="00937755" w:rsidP="00937755">
      <w:pPr>
        <w:ind w:firstLine="709"/>
        <w:jc w:val="center"/>
        <w:rPr>
          <w:sz w:val="28"/>
          <w:szCs w:val="28"/>
        </w:rPr>
      </w:pPr>
    </w:p>
    <w:p w14:paraId="255F023B" w14:textId="77777777" w:rsidR="00937755" w:rsidRPr="007E7FD7" w:rsidRDefault="00937755" w:rsidP="00937755">
      <w:pPr>
        <w:ind w:firstLine="709"/>
        <w:jc w:val="both"/>
        <w:rPr>
          <w:sz w:val="28"/>
          <w:szCs w:val="28"/>
        </w:rPr>
      </w:pPr>
      <w:r w:rsidRPr="007E7FD7">
        <w:rPr>
          <w:sz w:val="28"/>
          <w:szCs w:val="28"/>
        </w:rPr>
        <w:t>Шекарасы: Қажымұқан көшесі, № 6, 6/1, 8, 8/1, 10/1, 12, 12А, 12Б, 12В үйлер, Қ. Сәтбаев көшесі, № 1, 1/1, 4, 4/1, 6 үйлер, А. Петров көшесі, № 1, 1/1, 3 үйлер.</w:t>
      </w:r>
    </w:p>
    <w:p w14:paraId="48E54F06" w14:textId="77777777" w:rsidR="00937755" w:rsidRPr="007E7FD7" w:rsidRDefault="00937755" w:rsidP="00937755">
      <w:pPr>
        <w:ind w:firstLine="709"/>
        <w:jc w:val="both"/>
        <w:rPr>
          <w:sz w:val="28"/>
          <w:szCs w:val="28"/>
        </w:rPr>
      </w:pPr>
    </w:p>
    <w:p w14:paraId="20157EDC" w14:textId="77777777" w:rsidR="00937755" w:rsidRPr="007E7FD7" w:rsidRDefault="00937755" w:rsidP="00937755">
      <w:pPr>
        <w:keepNext/>
        <w:ind w:firstLine="709"/>
        <w:jc w:val="center"/>
        <w:rPr>
          <w:sz w:val="28"/>
          <w:szCs w:val="28"/>
        </w:rPr>
      </w:pPr>
      <w:r w:rsidRPr="007E7FD7">
        <w:rPr>
          <w:sz w:val="28"/>
          <w:szCs w:val="28"/>
        </w:rPr>
        <w:t>№ 11 сайлау учаскесі</w:t>
      </w:r>
    </w:p>
    <w:p w14:paraId="73B0840D"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30 мектеп-гимназия» шаруашылық жүргізу құқығындағы мемлекеттік коммуналдық кәсіпорны, </w:t>
      </w:r>
    </w:p>
    <w:p w14:paraId="55C6E786" w14:textId="77777777" w:rsidR="00937755" w:rsidRPr="007E7FD7" w:rsidRDefault="00937755" w:rsidP="00937755">
      <w:pPr>
        <w:ind w:firstLine="709"/>
        <w:jc w:val="center"/>
        <w:rPr>
          <w:sz w:val="28"/>
          <w:szCs w:val="28"/>
        </w:rPr>
      </w:pPr>
      <w:r w:rsidRPr="007E7FD7">
        <w:rPr>
          <w:sz w:val="28"/>
          <w:szCs w:val="28"/>
        </w:rPr>
        <w:t>А. Петров көшесі, № 11)</w:t>
      </w:r>
    </w:p>
    <w:p w14:paraId="4AACE2CF" w14:textId="77777777" w:rsidR="00937755" w:rsidRPr="007E7FD7" w:rsidRDefault="00937755" w:rsidP="00937755">
      <w:pPr>
        <w:ind w:firstLine="709"/>
        <w:jc w:val="center"/>
        <w:rPr>
          <w:sz w:val="28"/>
          <w:szCs w:val="28"/>
        </w:rPr>
      </w:pPr>
    </w:p>
    <w:p w14:paraId="658604F3" w14:textId="77777777" w:rsidR="00937755" w:rsidRPr="007E7FD7" w:rsidRDefault="00937755" w:rsidP="00937755">
      <w:pPr>
        <w:ind w:firstLine="709"/>
        <w:jc w:val="both"/>
        <w:rPr>
          <w:sz w:val="28"/>
          <w:szCs w:val="28"/>
        </w:rPr>
      </w:pPr>
      <w:r w:rsidRPr="007E7FD7">
        <w:rPr>
          <w:sz w:val="28"/>
          <w:szCs w:val="28"/>
        </w:rPr>
        <w:t>Шекарасы: Қ. Сәтбаев көшесі, № 3, 3/1, 5, 7, 7/1, 8, 9, 10 үйлер, А. Петров көшесі, № 5/3, 17, 17/1, 19, 19/1, 21/2, 21/3 үйлер.</w:t>
      </w:r>
    </w:p>
    <w:p w14:paraId="6178D1BD" w14:textId="77777777" w:rsidR="00937755" w:rsidRPr="007E7FD7" w:rsidRDefault="00937755" w:rsidP="00937755">
      <w:pPr>
        <w:ind w:firstLine="709"/>
        <w:jc w:val="both"/>
        <w:rPr>
          <w:sz w:val="28"/>
          <w:szCs w:val="28"/>
        </w:rPr>
      </w:pPr>
    </w:p>
    <w:p w14:paraId="73133C57" w14:textId="77777777" w:rsidR="00937755" w:rsidRPr="007E7FD7" w:rsidRDefault="00937755" w:rsidP="00937755">
      <w:pPr>
        <w:keepNext/>
        <w:ind w:firstLine="709"/>
        <w:jc w:val="center"/>
        <w:rPr>
          <w:sz w:val="28"/>
          <w:szCs w:val="28"/>
        </w:rPr>
      </w:pPr>
      <w:r w:rsidRPr="007E7FD7">
        <w:rPr>
          <w:sz w:val="28"/>
          <w:szCs w:val="28"/>
        </w:rPr>
        <w:t>№ 12 сайлау учаскесі</w:t>
      </w:r>
    </w:p>
    <w:p w14:paraId="43FEB909"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30 мектеп-гимназия» шаруашылық жүргізу құқығындағы мемлекеттік коммуналдық кәсіпорны, </w:t>
      </w:r>
    </w:p>
    <w:p w14:paraId="1E0D699C" w14:textId="77777777" w:rsidR="00937755" w:rsidRPr="007E7FD7" w:rsidRDefault="00937755" w:rsidP="00937755">
      <w:pPr>
        <w:ind w:firstLine="709"/>
        <w:jc w:val="center"/>
        <w:rPr>
          <w:sz w:val="28"/>
          <w:szCs w:val="28"/>
        </w:rPr>
      </w:pPr>
      <w:r w:rsidRPr="007E7FD7">
        <w:rPr>
          <w:sz w:val="28"/>
          <w:szCs w:val="28"/>
        </w:rPr>
        <w:t>А. Петров көшесі, № 11)</w:t>
      </w:r>
    </w:p>
    <w:p w14:paraId="03994943" w14:textId="77777777" w:rsidR="00937755" w:rsidRPr="007E7FD7" w:rsidRDefault="00937755" w:rsidP="00937755">
      <w:pPr>
        <w:ind w:firstLine="709"/>
        <w:jc w:val="center"/>
        <w:rPr>
          <w:sz w:val="28"/>
          <w:szCs w:val="28"/>
        </w:rPr>
      </w:pPr>
    </w:p>
    <w:p w14:paraId="2A9C3CAC" w14:textId="77777777" w:rsidR="00937755" w:rsidRPr="007E7FD7" w:rsidRDefault="00937755" w:rsidP="00937755">
      <w:pPr>
        <w:ind w:firstLine="709"/>
        <w:jc w:val="both"/>
        <w:rPr>
          <w:sz w:val="28"/>
          <w:szCs w:val="28"/>
        </w:rPr>
      </w:pPr>
      <w:r w:rsidRPr="007E7FD7">
        <w:rPr>
          <w:sz w:val="28"/>
          <w:szCs w:val="28"/>
        </w:rPr>
        <w:t xml:space="preserve">Шекарасы: </w:t>
      </w:r>
      <w:r w:rsidRPr="003C17D2">
        <w:rPr>
          <w:sz w:val="28"/>
          <w:szCs w:val="28"/>
        </w:rPr>
        <w:t>Қ. Сәтбаев көшесі, № 9/1, 11, 11/1, 11/2, 11/3, 11/4, 11/5, 13, 13/3</w:t>
      </w:r>
      <w:r w:rsidRPr="003C17D2">
        <w:rPr>
          <w:sz w:val="28"/>
          <w:szCs w:val="28"/>
          <w:lang w:val="kk-KZ"/>
        </w:rPr>
        <w:t xml:space="preserve"> </w:t>
      </w:r>
      <w:r w:rsidRPr="003C17D2">
        <w:rPr>
          <w:sz w:val="28"/>
          <w:szCs w:val="28"/>
        </w:rPr>
        <w:t>үйлер, А. Петров көшесі, № 9/1, 13, 16, 16/1, 16/2, 16/3, 18/1, 20 үйлер, күйші Дина көшесі, № 11/1 үй.</w:t>
      </w:r>
    </w:p>
    <w:p w14:paraId="46D06834" w14:textId="77777777" w:rsidR="00937755" w:rsidRPr="007E7FD7" w:rsidRDefault="00937755" w:rsidP="00937755">
      <w:pPr>
        <w:ind w:firstLine="709"/>
        <w:jc w:val="both"/>
        <w:rPr>
          <w:sz w:val="28"/>
          <w:szCs w:val="28"/>
        </w:rPr>
      </w:pPr>
    </w:p>
    <w:p w14:paraId="443A64F0" w14:textId="77777777" w:rsidR="00937755" w:rsidRPr="007E7FD7" w:rsidRDefault="00937755" w:rsidP="00937755">
      <w:pPr>
        <w:keepNext/>
        <w:ind w:firstLine="709"/>
        <w:jc w:val="center"/>
        <w:rPr>
          <w:sz w:val="28"/>
          <w:szCs w:val="28"/>
        </w:rPr>
      </w:pPr>
      <w:r w:rsidRPr="007E7FD7">
        <w:rPr>
          <w:sz w:val="28"/>
          <w:szCs w:val="28"/>
        </w:rPr>
        <w:t>№ 13 сайлау учаскесі</w:t>
      </w:r>
    </w:p>
    <w:p w14:paraId="0F3F210F"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22 мектеп-гимназия» шаруашылық жүргізу құқығындағы мемлекеттік коммуналдық кәсіпорны, </w:t>
      </w:r>
    </w:p>
    <w:p w14:paraId="03E3F613" w14:textId="77777777" w:rsidR="00937755" w:rsidRPr="007E7FD7" w:rsidRDefault="00937755" w:rsidP="00937755">
      <w:pPr>
        <w:ind w:firstLine="709"/>
        <w:jc w:val="center"/>
        <w:rPr>
          <w:sz w:val="28"/>
          <w:szCs w:val="28"/>
        </w:rPr>
      </w:pPr>
      <w:r w:rsidRPr="007E7FD7">
        <w:rPr>
          <w:sz w:val="28"/>
          <w:szCs w:val="28"/>
        </w:rPr>
        <w:t>Ж. Жирентаев көшесі, № 16)</w:t>
      </w:r>
    </w:p>
    <w:p w14:paraId="5B63DE2A" w14:textId="77777777" w:rsidR="00937755" w:rsidRPr="007E7FD7" w:rsidRDefault="00937755" w:rsidP="00937755">
      <w:pPr>
        <w:ind w:firstLine="709"/>
        <w:jc w:val="center"/>
        <w:rPr>
          <w:sz w:val="28"/>
          <w:szCs w:val="28"/>
        </w:rPr>
      </w:pPr>
    </w:p>
    <w:p w14:paraId="214ED1FE" w14:textId="77777777" w:rsidR="00937755" w:rsidRPr="007E7FD7" w:rsidRDefault="00937755" w:rsidP="00937755">
      <w:pPr>
        <w:ind w:firstLine="709"/>
        <w:jc w:val="both"/>
        <w:rPr>
          <w:sz w:val="28"/>
          <w:szCs w:val="28"/>
        </w:rPr>
      </w:pPr>
      <w:r w:rsidRPr="007E7FD7">
        <w:rPr>
          <w:sz w:val="28"/>
          <w:szCs w:val="28"/>
        </w:rPr>
        <w:t>Шекарасы: Қажымұқан көшесі, № 22/1, 26, 28 үйлер, Ж. Жирентаев көшесі, № 9, 13, 14, 20, 20/1 үйлер, М. Жұмабаев даңғылы, № 1, 3, 3/1, 5 үйлер, А. Петров көшесі, № 23/2 үй.</w:t>
      </w:r>
    </w:p>
    <w:p w14:paraId="67DAC3DB" w14:textId="77777777" w:rsidR="00937755" w:rsidRPr="007E7FD7" w:rsidRDefault="00937755" w:rsidP="00937755">
      <w:pPr>
        <w:ind w:firstLine="709"/>
        <w:jc w:val="both"/>
        <w:rPr>
          <w:sz w:val="28"/>
          <w:szCs w:val="28"/>
        </w:rPr>
      </w:pPr>
    </w:p>
    <w:p w14:paraId="4E988671" w14:textId="77777777" w:rsidR="00937755" w:rsidRPr="007E7FD7" w:rsidRDefault="00937755" w:rsidP="00937755">
      <w:pPr>
        <w:spacing w:after="160" w:line="259" w:lineRule="auto"/>
        <w:rPr>
          <w:sz w:val="28"/>
          <w:szCs w:val="28"/>
        </w:rPr>
      </w:pPr>
    </w:p>
    <w:p w14:paraId="4C6A8DBE" w14:textId="77777777" w:rsidR="00937755" w:rsidRPr="007E7FD7" w:rsidRDefault="00937755" w:rsidP="00937755">
      <w:pPr>
        <w:keepNext/>
        <w:ind w:firstLine="709"/>
        <w:jc w:val="center"/>
        <w:rPr>
          <w:sz w:val="28"/>
          <w:szCs w:val="28"/>
        </w:rPr>
      </w:pPr>
      <w:r w:rsidRPr="007E7FD7">
        <w:rPr>
          <w:sz w:val="28"/>
          <w:szCs w:val="28"/>
        </w:rPr>
        <w:t>№ 14 сайлау учаскесі</w:t>
      </w:r>
    </w:p>
    <w:p w14:paraId="2ECC930F"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22 мектеп-гимназия» шаруашылық жүргізу құқығындағы мемлекеттік коммуналдық кәсіпорны, </w:t>
      </w:r>
    </w:p>
    <w:p w14:paraId="7932628A" w14:textId="77777777" w:rsidR="00937755" w:rsidRPr="007E7FD7" w:rsidRDefault="00937755" w:rsidP="00937755">
      <w:pPr>
        <w:ind w:firstLine="709"/>
        <w:jc w:val="center"/>
        <w:rPr>
          <w:sz w:val="28"/>
          <w:szCs w:val="28"/>
        </w:rPr>
      </w:pPr>
      <w:r w:rsidRPr="007E7FD7">
        <w:rPr>
          <w:sz w:val="28"/>
          <w:szCs w:val="28"/>
        </w:rPr>
        <w:t>Ж. Жирентаев көшесі, № 16)</w:t>
      </w:r>
    </w:p>
    <w:p w14:paraId="1CFB3BE6" w14:textId="77777777" w:rsidR="00937755" w:rsidRPr="007E7FD7" w:rsidRDefault="00937755" w:rsidP="00937755">
      <w:pPr>
        <w:ind w:firstLine="709"/>
        <w:jc w:val="center"/>
        <w:rPr>
          <w:sz w:val="28"/>
          <w:szCs w:val="28"/>
        </w:rPr>
      </w:pPr>
    </w:p>
    <w:p w14:paraId="6D35B274" w14:textId="77777777" w:rsidR="00937755" w:rsidRPr="007E7FD7" w:rsidRDefault="00937755" w:rsidP="00937755">
      <w:pPr>
        <w:ind w:firstLine="709"/>
        <w:jc w:val="both"/>
        <w:rPr>
          <w:sz w:val="28"/>
          <w:szCs w:val="28"/>
        </w:rPr>
      </w:pPr>
      <w:r w:rsidRPr="007E7FD7">
        <w:rPr>
          <w:sz w:val="28"/>
          <w:szCs w:val="28"/>
        </w:rPr>
        <w:t xml:space="preserve">Шекарасы: М. Жұмабаев даңғылы, № 5/1, 5/2, 7, 7/1, 9, 9/1, 9/2 үйлер, </w:t>
      </w:r>
      <w:r w:rsidRPr="007E7FD7">
        <w:rPr>
          <w:sz w:val="28"/>
          <w:szCs w:val="28"/>
        </w:rPr>
        <w:br/>
        <w:t>А. Петров көшесі, № 23, 23/1, 30/1, 31/1, 32 үйлер.</w:t>
      </w:r>
    </w:p>
    <w:p w14:paraId="400C0C6B" w14:textId="77777777" w:rsidR="00937755" w:rsidRPr="007E7FD7" w:rsidRDefault="00937755" w:rsidP="00937755">
      <w:pPr>
        <w:ind w:firstLine="709"/>
        <w:jc w:val="both"/>
        <w:rPr>
          <w:sz w:val="28"/>
          <w:szCs w:val="28"/>
        </w:rPr>
      </w:pPr>
    </w:p>
    <w:p w14:paraId="29453D83" w14:textId="77777777" w:rsidR="00937755" w:rsidRPr="007E7FD7" w:rsidRDefault="00937755" w:rsidP="00937755">
      <w:pPr>
        <w:keepNext/>
        <w:ind w:firstLine="709"/>
        <w:jc w:val="center"/>
        <w:rPr>
          <w:sz w:val="28"/>
          <w:szCs w:val="28"/>
        </w:rPr>
      </w:pPr>
      <w:r w:rsidRPr="007E7FD7">
        <w:rPr>
          <w:sz w:val="28"/>
          <w:szCs w:val="28"/>
        </w:rPr>
        <w:lastRenderedPageBreak/>
        <w:t>№ 15 сайлау учаскесі</w:t>
      </w:r>
    </w:p>
    <w:p w14:paraId="60559FDB" w14:textId="77777777" w:rsidR="00937755" w:rsidRPr="0067611B" w:rsidRDefault="00937755" w:rsidP="00937755">
      <w:pPr>
        <w:ind w:firstLine="709"/>
        <w:jc w:val="center"/>
        <w:rPr>
          <w:sz w:val="28"/>
          <w:szCs w:val="28"/>
        </w:rPr>
      </w:pPr>
      <w:r>
        <w:rPr>
          <w:sz w:val="28"/>
          <w:szCs w:val="28"/>
        </w:rPr>
        <w:t xml:space="preserve">(орталығы – </w:t>
      </w:r>
      <w:r w:rsidRPr="0067611B">
        <w:rPr>
          <w:sz w:val="28"/>
          <w:szCs w:val="28"/>
        </w:rPr>
        <w:t xml:space="preserve">«А.Қ. Құсайынов атындағы Еуразия гуманитарлық институты» жоғары білім беру мекемесі, </w:t>
      </w:r>
    </w:p>
    <w:p w14:paraId="4FE28985" w14:textId="77777777" w:rsidR="00937755" w:rsidRPr="007E7FD7" w:rsidRDefault="00937755" w:rsidP="00937755">
      <w:pPr>
        <w:ind w:firstLine="709"/>
        <w:jc w:val="center"/>
        <w:rPr>
          <w:sz w:val="28"/>
          <w:szCs w:val="28"/>
        </w:rPr>
      </w:pPr>
      <w:r w:rsidRPr="0067611B">
        <w:rPr>
          <w:sz w:val="28"/>
          <w:szCs w:val="28"/>
        </w:rPr>
        <w:t>М. Жұмабаев даңғылы, № 4)</w:t>
      </w:r>
    </w:p>
    <w:p w14:paraId="40C2A1E9" w14:textId="77777777" w:rsidR="00937755" w:rsidRPr="007E7FD7" w:rsidRDefault="00937755" w:rsidP="00937755">
      <w:pPr>
        <w:ind w:firstLine="709"/>
        <w:jc w:val="center"/>
        <w:rPr>
          <w:sz w:val="28"/>
          <w:szCs w:val="28"/>
        </w:rPr>
      </w:pPr>
    </w:p>
    <w:p w14:paraId="05CA4562" w14:textId="77777777" w:rsidR="00937755" w:rsidRPr="007E7FD7" w:rsidRDefault="00937755" w:rsidP="00937755">
      <w:pPr>
        <w:ind w:firstLine="709"/>
        <w:jc w:val="both"/>
        <w:rPr>
          <w:sz w:val="28"/>
          <w:szCs w:val="28"/>
        </w:rPr>
      </w:pPr>
      <w:r w:rsidRPr="007E7FD7">
        <w:rPr>
          <w:sz w:val="28"/>
          <w:szCs w:val="28"/>
        </w:rPr>
        <w:t xml:space="preserve">Шекарасы: </w:t>
      </w:r>
      <w:r w:rsidRPr="0067611B">
        <w:rPr>
          <w:sz w:val="28"/>
          <w:szCs w:val="28"/>
        </w:rPr>
        <w:t>Абылай хан даңғылы, № 28, 29/1, 30, 32/1, 32/2, 33, 36, 36А, 38 үйлер</w:t>
      </w:r>
      <w:r w:rsidRPr="007E7FD7">
        <w:rPr>
          <w:sz w:val="28"/>
          <w:szCs w:val="28"/>
        </w:rPr>
        <w:t xml:space="preserve">, күйші Дина көшесі, № 31, 33 үйлер, М. Жұмабаев даңғылы, № 16/4, </w:t>
      </w:r>
      <w:r w:rsidRPr="007E7FD7">
        <w:rPr>
          <w:sz w:val="28"/>
          <w:szCs w:val="28"/>
        </w:rPr>
        <w:br/>
        <w:t>18/1 үйлер, М. Төлебаев көшесі, № 2, 3, 4, 5, 6, 7, 8, 9, 10, 11, 12, 13, 14, 15, 17, 19 үйлер, VIP-қалашық, № 1, 2, 4, 5, 6, 7, 8, 9, 10, 11, 12, 14, 15, 16, 17, 18, 19, 20, 22, 24, 28, 36, 37 үйлер.</w:t>
      </w:r>
    </w:p>
    <w:p w14:paraId="3BD47CFF" w14:textId="77777777" w:rsidR="00937755" w:rsidRPr="007E7FD7" w:rsidRDefault="00937755" w:rsidP="00937755">
      <w:pPr>
        <w:ind w:firstLine="709"/>
        <w:jc w:val="both"/>
        <w:rPr>
          <w:sz w:val="28"/>
          <w:szCs w:val="28"/>
        </w:rPr>
      </w:pPr>
    </w:p>
    <w:p w14:paraId="61CC058C" w14:textId="77777777" w:rsidR="00937755" w:rsidRPr="007E7FD7" w:rsidRDefault="00937755" w:rsidP="00937755">
      <w:pPr>
        <w:keepNext/>
        <w:ind w:firstLine="709"/>
        <w:jc w:val="center"/>
        <w:rPr>
          <w:sz w:val="28"/>
          <w:szCs w:val="28"/>
        </w:rPr>
      </w:pPr>
      <w:r w:rsidRPr="007E7FD7">
        <w:rPr>
          <w:sz w:val="28"/>
          <w:szCs w:val="28"/>
        </w:rPr>
        <w:t>№ 16 сайлау учаскесі</w:t>
      </w:r>
    </w:p>
    <w:p w14:paraId="6AFDAD90" w14:textId="77777777" w:rsidR="00937755" w:rsidRPr="007E7FD7" w:rsidRDefault="00937755" w:rsidP="00937755">
      <w:pPr>
        <w:ind w:firstLine="709"/>
        <w:jc w:val="center"/>
        <w:rPr>
          <w:sz w:val="28"/>
          <w:szCs w:val="28"/>
        </w:rPr>
      </w:pPr>
      <w:r w:rsidRPr="007E7FD7">
        <w:rPr>
          <w:sz w:val="28"/>
          <w:szCs w:val="28"/>
        </w:rPr>
        <w:t xml:space="preserve">(орталығы – </w:t>
      </w:r>
      <w:r w:rsidRPr="0067611B">
        <w:rPr>
          <w:sz w:val="28"/>
          <w:szCs w:val="28"/>
        </w:rPr>
        <w:t>«Астана халықаралық университетінің педагогикалық колледжі»</w:t>
      </w:r>
      <w:r w:rsidRPr="007E7FD7">
        <w:rPr>
          <w:sz w:val="28"/>
          <w:szCs w:val="28"/>
        </w:rPr>
        <w:t xml:space="preserve"> жауапкершілігі шектеулі серіктестігі, </w:t>
      </w:r>
    </w:p>
    <w:p w14:paraId="20F8681F" w14:textId="77777777" w:rsidR="00937755" w:rsidRPr="007E7FD7" w:rsidRDefault="00937755" w:rsidP="00937755">
      <w:pPr>
        <w:ind w:firstLine="709"/>
        <w:jc w:val="center"/>
        <w:rPr>
          <w:sz w:val="28"/>
          <w:szCs w:val="28"/>
        </w:rPr>
      </w:pPr>
      <w:r w:rsidRPr="007E7FD7">
        <w:rPr>
          <w:sz w:val="28"/>
          <w:szCs w:val="28"/>
        </w:rPr>
        <w:t>І. Жансүгірұлы көшесі, № 4)</w:t>
      </w:r>
    </w:p>
    <w:p w14:paraId="74BF3C02" w14:textId="77777777" w:rsidR="00937755" w:rsidRPr="007E7FD7" w:rsidRDefault="00937755" w:rsidP="00937755">
      <w:pPr>
        <w:ind w:firstLine="709"/>
        <w:jc w:val="center"/>
        <w:rPr>
          <w:sz w:val="28"/>
          <w:szCs w:val="28"/>
        </w:rPr>
      </w:pPr>
    </w:p>
    <w:p w14:paraId="676E1541" w14:textId="77777777" w:rsidR="00937755" w:rsidRPr="007E7FD7" w:rsidRDefault="00937755" w:rsidP="00937755">
      <w:pPr>
        <w:ind w:firstLine="709"/>
        <w:jc w:val="both"/>
        <w:rPr>
          <w:sz w:val="28"/>
          <w:szCs w:val="28"/>
        </w:rPr>
      </w:pPr>
      <w:r w:rsidRPr="007E7FD7">
        <w:rPr>
          <w:sz w:val="28"/>
          <w:szCs w:val="28"/>
        </w:rPr>
        <w:t>Шекарасы: Абылай хан даңғылы, № 11/3, 11/4 үйлер, Ш. Құдайбердіұлы даңғылы, № 2, 2А, 2/1, 2/2, 2/4, 2/6, 2/7, 4, 4/3, 4/4 үйлер.</w:t>
      </w:r>
    </w:p>
    <w:p w14:paraId="05325AA0" w14:textId="77777777" w:rsidR="00937755" w:rsidRPr="007E7FD7" w:rsidRDefault="00937755" w:rsidP="00937755">
      <w:pPr>
        <w:ind w:firstLine="709"/>
        <w:jc w:val="both"/>
        <w:rPr>
          <w:sz w:val="28"/>
          <w:szCs w:val="28"/>
        </w:rPr>
      </w:pPr>
    </w:p>
    <w:p w14:paraId="77CB50D6" w14:textId="77777777" w:rsidR="00937755" w:rsidRPr="007E7FD7" w:rsidRDefault="00937755" w:rsidP="00937755">
      <w:pPr>
        <w:keepNext/>
        <w:ind w:firstLine="709"/>
        <w:jc w:val="center"/>
        <w:rPr>
          <w:sz w:val="28"/>
          <w:szCs w:val="28"/>
        </w:rPr>
      </w:pPr>
      <w:r w:rsidRPr="007E7FD7">
        <w:rPr>
          <w:sz w:val="28"/>
          <w:szCs w:val="28"/>
        </w:rPr>
        <w:t>№ 17 сайлау учаскесі</w:t>
      </w:r>
    </w:p>
    <w:p w14:paraId="4DE92218" w14:textId="77777777" w:rsidR="00937755" w:rsidRPr="007E7FD7" w:rsidRDefault="00937755" w:rsidP="00937755">
      <w:pPr>
        <w:ind w:firstLine="709"/>
        <w:jc w:val="center"/>
        <w:rPr>
          <w:sz w:val="28"/>
          <w:szCs w:val="28"/>
        </w:rPr>
      </w:pPr>
      <w:r w:rsidRPr="007E7FD7">
        <w:rPr>
          <w:sz w:val="28"/>
          <w:szCs w:val="28"/>
        </w:rPr>
        <w:t xml:space="preserve">(орталығы – </w:t>
      </w:r>
      <w:r w:rsidRPr="0067611B">
        <w:rPr>
          <w:sz w:val="28"/>
          <w:szCs w:val="28"/>
        </w:rPr>
        <w:t>«Астана халықаралық университетінің педагогикалық колледжі»</w:t>
      </w:r>
      <w:r w:rsidRPr="007E7FD7">
        <w:rPr>
          <w:sz w:val="28"/>
          <w:szCs w:val="28"/>
        </w:rPr>
        <w:t xml:space="preserve"> жауапкершілігі шектеулі серіктестігі, </w:t>
      </w:r>
    </w:p>
    <w:p w14:paraId="03CDD268" w14:textId="77777777" w:rsidR="00937755" w:rsidRPr="007E7FD7" w:rsidRDefault="00937755" w:rsidP="00937755">
      <w:pPr>
        <w:ind w:firstLine="709"/>
        <w:jc w:val="center"/>
        <w:rPr>
          <w:sz w:val="28"/>
          <w:szCs w:val="28"/>
        </w:rPr>
      </w:pPr>
      <w:r w:rsidRPr="007E7FD7">
        <w:rPr>
          <w:sz w:val="28"/>
          <w:szCs w:val="28"/>
        </w:rPr>
        <w:t>І. Жансүгірұлы көшесі, № 4)</w:t>
      </w:r>
    </w:p>
    <w:p w14:paraId="0A0D918A" w14:textId="77777777" w:rsidR="00937755" w:rsidRPr="007E7FD7" w:rsidRDefault="00937755" w:rsidP="00937755">
      <w:pPr>
        <w:ind w:firstLine="709"/>
        <w:jc w:val="center"/>
        <w:rPr>
          <w:sz w:val="28"/>
          <w:szCs w:val="28"/>
        </w:rPr>
      </w:pPr>
    </w:p>
    <w:p w14:paraId="4594FF9F" w14:textId="77777777" w:rsidR="00937755" w:rsidRPr="007E7FD7" w:rsidRDefault="00937755" w:rsidP="00937755">
      <w:pPr>
        <w:ind w:firstLine="709"/>
        <w:jc w:val="both"/>
        <w:rPr>
          <w:sz w:val="28"/>
          <w:szCs w:val="28"/>
        </w:rPr>
      </w:pPr>
      <w:r w:rsidRPr="007E7FD7">
        <w:rPr>
          <w:sz w:val="28"/>
          <w:szCs w:val="28"/>
        </w:rPr>
        <w:t>Шекарасы: Абылай хан даңғылы, № 3, 3/1, 4, 5А, 5/1, 5/2, 5/3, 6, 9, 9/1,</w:t>
      </w:r>
      <w:r w:rsidRPr="007E7FD7">
        <w:rPr>
          <w:sz w:val="28"/>
          <w:szCs w:val="28"/>
          <w:lang w:val="kk-KZ"/>
        </w:rPr>
        <w:t xml:space="preserve"> </w:t>
      </w:r>
      <w:r w:rsidRPr="007E7FD7">
        <w:rPr>
          <w:sz w:val="28"/>
          <w:szCs w:val="28"/>
        </w:rPr>
        <w:t>9/2, 10, 11, 11/1, 11/2, 12, 12/1, 14 үйлер.</w:t>
      </w:r>
    </w:p>
    <w:p w14:paraId="001F6237" w14:textId="77777777" w:rsidR="00937755" w:rsidRPr="007E7FD7" w:rsidRDefault="00937755" w:rsidP="00937755">
      <w:pPr>
        <w:ind w:firstLine="709"/>
        <w:jc w:val="both"/>
        <w:rPr>
          <w:sz w:val="28"/>
          <w:szCs w:val="28"/>
        </w:rPr>
      </w:pPr>
    </w:p>
    <w:p w14:paraId="4F07773A" w14:textId="77777777" w:rsidR="00937755" w:rsidRPr="007E7FD7" w:rsidRDefault="00937755" w:rsidP="00937755">
      <w:pPr>
        <w:keepNext/>
        <w:ind w:firstLine="709"/>
        <w:jc w:val="center"/>
        <w:rPr>
          <w:sz w:val="28"/>
          <w:szCs w:val="28"/>
        </w:rPr>
      </w:pPr>
      <w:r w:rsidRPr="007E7FD7">
        <w:rPr>
          <w:sz w:val="28"/>
          <w:szCs w:val="28"/>
        </w:rPr>
        <w:t>№ 18 сайлау учаскесі</w:t>
      </w:r>
    </w:p>
    <w:p w14:paraId="6C75BC18" w14:textId="77777777" w:rsidR="00937755" w:rsidRPr="007E7FD7" w:rsidRDefault="00937755" w:rsidP="00937755">
      <w:pPr>
        <w:ind w:firstLine="709"/>
        <w:jc w:val="center"/>
        <w:rPr>
          <w:sz w:val="28"/>
          <w:szCs w:val="28"/>
        </w:rPr>
      </w:pPr>
      <w:r w:rsidRPr="007E7FD7">
        <w:rPr>
          <w:sz w:val="28"/>
          <w:szCs w:val="28"/>
        </w:rPr>
        <w:t xml:space="preserve">(орталығы – </w:t>
      </w:r>
      <w:r w:rsidRPr="0067611B">
        <w:rPr>
          <w:sz w:val="28"/>
          <w:szCs w:val="28"/>
        </w:rPr>
        <w:t xml:space="preserve">Астана қаласы әкімдігінің «№ 114 </w:t>
      </w:r>
      <w:r w:rsidRPr="0067611B">
        <w:rPr>
          <w:sz w:val="28"/>
          <w:szCs w:val="28"/>
          <w:lang w:val="kk-KZ"/>
        </w:rPr>
        <w:t>жалпы</w:t>
      </w:r>
      <w:r w:rsidRPr="0067611B">
        <w:rPr>
          <w:sz w:val="28"/>
          <w:szCs w:val="28"/>
        </w:rPr>
        <w:t xml:space="preserve"> орта</w:t>
      </w:r>
      <w:r w:rsidRPr="0067611B">
        <w:rPr>
          <w:sz w:val="28"/>
          <w:szCs w:val="28"/>
          <w:lang w:val="kk-KZ"/>
        </w:rPr>
        <w:t xml:space="preserve"> білім беретін мектеп</w:t>
      </w:r>
      <w:r w:rsidRPr="0067611B">
        <w:rPr>
          <w:sz w:val="28"/>
          <w:szCs w:val="28"/>
        </w:rPr>
        <w:t>» коммуналдық мемлекеттік мекемесі</w:t>
      </w:r>
      <w:r w:rsidRPr="007E7FD7">
        <w:rPr>
          <w:sz w:val="28"/>
          <w:szCs w:val="28"/>
        </w:rPr>
        <w:t>,</w:t>
      </w:r>
    </w:p>
    <w:p w14:paraId="7BBDCCA4" w14:textId="77777777" w:rsidR="00937755" w:rsidRPr="007E7FD7" w:rsidRDefault="00937755" w:rsidP="00937755">
      <w:pPr>
        <w:ind w:firstLine="709"/>
        <w:jc w:val="center"/>
        <w:rPr>
          <w:sz w:val="28"/>
          <w:szCs w:val="28"/>
        </w:rPr>
      </w:pPr>
      <w:r w:rsidRPr="007E7FD7">
        <w:rPr>
          <w:sz w:val="28"/>
          <w:szCs w:val="28"/>
        </w:rPr>
        <w:t>І. Жансүгірұлы көшесі, № 1)</w:t>
      </w:r>
    </w:p>
    <w:p w14:paraId="3B60AD62" w14:textId="77777777" w:rsidR="00937755" w:rsidRPr="007E7FD7" w:rsidRDefault="00937755" w:rsidP="00937755">
      <w:pPr>
        <w:ind w:firstLine="709"/>
        <w:jc w:val="center"/>
        <w:rPr>
          <w:sz w:val="28"/>
          <w:szCs w:val="28"/>
        </w:rPr>
      </w:pPr>
    </w:p>
    <w:p w14:paraId="06E8618C" w14:textId="77777777" w:rsidR="00937755" w:rsidRPr="007E7FD7" w:rsidRDefault="00937755" w:rsidP="00937755">
      <w:pPr>
        <w:ind w:firstLine="709"/>
        <w:jc w:val="both"/>
        <w:rPr>
          <w:sz w:val="28"/>
          <w:szCs w:val="28"/>
        </w:rPr>
      </w:pPr>
      <w:r w:rsidRPr="007E7FD7">
        <w:rPr>
          <w:sz w:val="28"/>
          <w:szCs w:val="28"/>
        </w:rPr>
        <w:t xml:space="preserve">Шекарасы: Абылай хан даңғылы, № 17, 17А, 17Б, 17/1, 19, 19/1, 19/2, 19/3, 19/4, 21 үйлер, І. Жансүгірұлы көшесі, № 4/1, 4/2, 4/3, 4/4, 6/1, 6/2, 8/3, 10, 10/1, 10/2 үйлер, </w:t>
      </w:r>
      <w:r w:rsidRPr="0067611B">
        <w:rPr>
          <w:sz w:val="28"/>
          <w:szCs w:val="28"/>
        </w:rPr>
        <w:t>Ш. Құдайбердіұлы даңғылы, № 8, 10, 12, 14, 16, 18 үйлер</w:t>
      </w:r>
      <w:r w:rsidRPr="007E7FD7">
        <w:rPr>
          <w:sz w:val="28"/>
          <w:szCs w:val="28"/>
        </w:rPr>
        <w:t>.</w:t>
      </w:r>
    </w:p>
    <w:p w14:paraId="1BF2DC47" w14:textId="77777777" w:rsidR="00937755" w:rsidRPr="007E7FD7" w:rsidRDefault="00937755" w:rsidP="00937755">
      <w:pPr>
        <w:ind w:firstLine="709"/>
        <w:jc w:val="both"/>
        <w:rPr>
          <w:sz w:val="28"/>
          <w:szCs w:val="28"/>
        </w:rPr>
      </w:pPr>
    </w:p>
    <w:p w14:paraId="4D2EAD60" w14:textId="77777777" w:rsidR="00937755" w:rsidRPr="007E7FD7" w:rsidRDefault="00937755" w:rsidP="00937755">
      <w:pPr>
        <w:keepNext/>
        <w:ind w:firstLine="709"/>
        <w:jc w:val="center"/>
        <w:rPr>
          <w:sz w:val="28"/>
          <w:szCs w:val="28"/>
        </w:rPr>
      </w:pPr>
      <w:r w:rsidRPr="007E7FD7">
        <w:rPr>
          <w:sz w:val="28"/>
          <w:szCs w:val="28"/>
        </w:rPr>
        <w:t>№ 19 сайлау учаскесі</w:t>
      </w:r>
    </w:p>
    <w:p w14:paraId="12BE0B87" w14:textId="77777777" w:rsidR="00937755" w:rsidRPr="007E7FD7" w:rsidRDefault="00937755" w:rsidP="00937755">
      <w:pPr>
        <w:ind w:firstLine="709"/>
        <w:jc w:val="center"/>
        <w:rPr>
          <w:sz w:val="28"/>
          <w:szCs w:val="28"/>
        </w:rPr>
      </w:pPr>
      <w:r w:rsidRPr="007E7FD7">
        <w:rPr>
          <w:sz w:val="28"/>
          <w:szCs w:val="28"/>
        </w:rPr>
        <w:t xml:space="preserve">(орталығы – </w:t>
      </w:r>
      <w:r w:rsidRPr="00FA1697">
        <w:rPr>
          <w:sz w:val="28"/>
          <w:szCs w:val="28"/>
        </w:rPr>
        <w:t>Астана қаласы әкімдігінің «№ 32 мектеп-гимназия»</w:t>
      </w:r>
      <w:r w:rsidRPr="007E7FD7">
        <w:rPr>
          <w:sz w:val="28"/>
          <w:szCs w:val="28"/>
        </w:rPr>
        <w:t xml:space="preserve"> шаруашылық жүргізу құқығындағы мемлекеттік коммуналдық кәсіпорны, </w:t>
      </w:r>
    </w:p>
    <w:p w14:paraId="1FCCF0BE" w14:textId="77777777" w:rsidR="00937755" w:rsidRPr="007E7FD7" w:rsidRDefault="00937755" w:rsidP="00937755">
      <w:pPr>
        <w:ind w:firstLine="709"/>
        <w:jc w:val="center"/>
        <w:rPr>
          <w:sz w:val="28"/>
          <w:szCs w:val="28"/>
        </w:rPr>
      </w:pPr>
      <w:r w:rsidRPr="007E7FD7">
        <w:rPr>
          <w:sz w:val="28"/>
          <w:szCs w:val="28"/>
        </w:rPr>
        <w:t>Абылай хан даңғылы, № 25/3)</w:t>
      </w:r>
    </w:p>
    <w:p w14:paraId="143C736E" w14:textId="77777777" w:rsidR="00937755" w:rsidRPr="007E7FD7" w:rsidRDefault="00937755" w:rsidP="00937755">
      <w:pPr>
        <w:ind w:firstLine="709"/>
        <w:jc w:val="center"/>
        <w:rPr>
          <w:sz w:val="28"/>
          <w:szCs w:val="28"/>
        </w:rPr>
      </w:pPr>
    </w:p>
    <w:p w14:paraId="6E250498" w14:textId="77777777" w:rsidR="00937755" w:rsidRPr="007E7FD7" w:rsidRDefault="00937755" w:rsidP="00937755">
      <w:pPr>
        <w:ind w:firstLine="709"/>
        <w:jc w:val="both"/>
        <w:rPr>
          <w:sz w:val="28"/>
          <w:szCs w:val="28"/>
        </w:rPr>
      </w:pPr>
      <w:r w:rsidRPr="007E7FD7">
        <w:rPr>
          <w:sz w:val="28"/>
          <w:szCs w:val="28"/>
        </w:rPr>
        <w:t xml:space="preserve">Шекарасы: </w:t>
      </w:r>
      <w:r w:rsidRPr="00FA1697">
        <w:rPr>
          <w:sz w:val="28"/>
          <w:szCs w:val="28"/>
        </w:rPr>
        <w:t xml:space="preserve">Ш. Құдайбердіұлы даңғылы, № 5, 17/3, 17/4, 17/5, 17/6, 24 үйлер, </w:t>
      </w:r>
      <w:r>
        <w:rPr>
          <w:sz w:val="28"/>
          <w:szCs w:val="28"/>
        </w:rPr>
        <w:t>Манас көшесі, № 24 үй.</w:t>
      </w:r>
    </w:p>
    <w:p w14:paraId="1D2E3FEB" w14:textId="77777777" w:rsidR="00937755" w:rsidRPr="007E7FD7" w:rsidRDefault="00937755" w:rsidP="00937755">
      <w:pPr>
        <w:ind w:firstLine="709"/>
        <w:jc w:val="both"/>
        <w:rPr>
          <w:sz w:val="28"/>
          <w:szCs w:val="28"/>
        </w:rPr>
      </w:pPr>
    </w:p>
    <w:p w14:paraId="1256E83A" w14:textId="77777777" w:rsidR="00937755" w:rsidRPr="007E7FD7" w:rsidRDefault="00937755" w:rsidP="00937755">
      <w:pPr>
        <w:keepNext/>
        <w:ind w:firstLine="709"/>
        <w:jc w:val="center"/>
        <w:rPr>
          <w:sz w:val="28"/>
          <w:szCs w:val="28"/>
        </w:rPr>
      </w:pPr>
      <w:r w:rsidRPr="007E7FD7">
        <w:rPr>
          <w:sz w:val="28"/>
          <w:szCs w:val="28"/>
        </w:rPr>
        <w:lastRenderedPageBreak/>
        <w:t>№ 20 сайлау учаскесі</w:t>
      </w:r>
    </w:p>
    <w:p w14:paraId="2B17A1FC"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«Сырбай Мәуленов атындағы </w:t>
      </w:r>
      <w:r w:rsidRPr="007E7FD7">
        <w:rPr>
          <w:sz w:val="28"/>
          <w:szCs w:val="28"/>
        </w:rPr>
        <w:br/>
        <w:t>№ 37 мектеп-лицей» шаруашылық жүргізу құқығындағы мемлекеттік коммуналдық кәсіпорны, күйші Дина көшесі, № 44/3)</w:t>
      </w:r>
    </w:p>
    <w:p w14:paraId="44ADFAC4" w14:textId="77777777" w:rsidR="00937755" w:rsidRPr="007E7FD7" w:rsidRDefault="00937755" w:rsidP="00937755">
      <w:pPr>
        <w:ind w:firstLine="709"/>
        <w:jc w:val="center"/>
        <w:rPr>
          <w:sz w:val="28"/>
          <w:szCs w:val="28"/>
        </w:rPr>
      </w:pPr>
    </w:p>
    <w:p w14:paraId="617A1036" w14:textId="77777777" w:rsidR="00937755" w:rsidRPr="007E7FD7" w:rsidRDefault="00937755" w:rsidP="00937755">
      <w:pPr>
        <w:ind w:firstLine="709"/>
        <w:jc w:val="both"/>
        <w:rPr>
          <w:sz w:val="28"/>
          <w:szCs w:val="28"/>
        </w:rPr>
      </w:pPr>
      <w:r w:rsidRPr="007E7FD7">
        <w:rPr>
          <w:sz w:val="28"/>
          <w:szCs w:val="28"/>
        </w:rPr>
        <w:t xml:space="preserve">Шекарасы: </w:t>
      </w:r>
      <w:r w:rsidRPr="00FA1697">
        <w:rPr>
          <w:sz w:val="28"/>
          <w:szCs w:val="28"/>
        </w:rPr>
        <w:t>Қ. Рысқұлбеков көшесі, № 27, 27/1, 27/2, 27/3, 29, 29А, 31/1 үйлер</w:t>
      </w:r>
      <w:r w:rsidRPr="007E7FD7">
        <w:rPr>
          <w:sz w:val="28"/>
          <w:szCs w:val="28"/>
        </w:rPr>
        <w:t>, Ш. Құдайбердіұлы даңғылы, № 19/3 үй.</w:t>
      </w:r>
    </w:p>
    <w:p w14:paraId="22CCCDBF" w14:textId="77777777" w:rsidR="00937755" w:rsidRPr="007E7FD7" w:rsidRDefault="00937755" w:rsidP="00937755">
      <w:pPr>
        <w:ind w:firstLine="709"/>
        <w:jc w:val="both"/>
        <w:rPr>
          <w:sz w:val="28"/>
          <w:szCs w:val="28"/>
        </w:rPr>
      </w:pPr>
    </w:p>
    <w:p w14:paraId="25FDE1F8" w14:textId="77777777" w:rsidR="00937755" w:rsidRPr="007E7FD7" w:rsidRDefault="00937755" w:rsidP="00937755">
      <w:pPr>
        <w:keepNext/>
        <w:ind w:firstLine="709"/>
        <w:jc w:val="center"/>
        <w:rPr>
          <w:sz w:val="28"/>
          <w:szCs w:val="28"/>
        </w:rPr>
      </w:pPr>
      <w:r w:rsidRPr="007E7FD7">
        <w:rPr>
          <w:sz w:val="28"/>
          <w:szCs w:val="28"/>
        </w:rPr>
        <w:t>№ 21 сайлау учаскесі</w:t>
      </w:r>
    </w:p>
    <w:p w14:paraId="17D2A8CF"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«Сырбай Мәуленов </w:t>
      </w:r>
      <w:r w:rsidRPr="00FA1697">
        <w:rPr>
          <w:sz w:val="28"/>
          <w:szCs w:val="28"/>
        </w:rPr>
        <w:t xml:space="preserve">атындағы </w:t>
      </w:r>
      <w:r w:rsidRPr="00FA1697">
        <w:rPr>
          <w:sz w:val="28"/>
          <w:szCs w:val="28"/>
        </w:rPr>
        <w:br/>
        <w:t>№ 37 мектеп-лицей»</w:t>
      </w:r>
      <w:r w:rsidRPr="007E7FD7">
        <w:rPr>
          <w:sz w:val="28"/>
          <w:szCs w:val="28"/>
        </w:rPr>
        <w:t xml:space="preserve"> шаруашылық жүргізу құқығындағы мемлекеттік коммуналдық кәсіпорны, күйші Дина көшесі, № 44/3)</w:t>
      </w:r>
    </w:p>
    <w:p w14:paraId="07A2CC25" w14:textId="77777777" w:rsidR="00937755" w:rsidRPr="007E7FD7" w:rsidRDefault="00937755" w:rsidP="00937755">
      <w:pPr>
        <w:ind w:firstLine="709"/>
        <w:jc w:val="center"/>
        <w:rPr>
          <w:sz w:val="28"/>
          <w:szCs w:val="28"/>
        </w:rPr>
      </w:pPr>
    </w:p>
    <w:p w14:paraId="0B7E4ABC" w14:textId="77777777" w:rsidR="00937755" w:rsidRPr="007E7FD7" w:rsidRDefault="00937755" w:rsidP="00937755">
      <w:pPr>
        <w:ind w:firstLine="709"/>
        <w:jc w:val="both"/>
        <w:rPr>
          <w:sz w:val="28"/>
          <w:szCs w:val="28"/>
        </w:rPr>
      </w:pPr>
      <w:r w:rsidRPr="007E7FD7">
        <w:rPr>
          <w:sz w:val="28"/>
          <w:szCs w:val="28"/>
        </w:rPr>
        <w:t xml:space="preserve">Шекарасы: Қ. Рысқұлбеков көшесі, № 11/2, 11/3, 17, 19 үйлер, </w:t>
      </w:r>
      <w:r w:rsidRPr="007E7FD7">
        <w:rPr>
          <w:sz w:val="28"/>
          <w:szCs w:val="28"/>
        </w:rPr>
        <w:br/>
        <w:t>Ш. Құдайбердіұлы даңғылы, № 30, 30/1, 32, 36, 36/1, 36/2, 36/3 үйлер, күйші Дина көшесі, № 46/3 үй.</w:t>
      </w:r>
    </w:p>
    <w:p w14:paraId="0705D6FB" w14:textId="77777777" w:rsidR="00937755" w:rsidRPr="007E7FD7" w:rsidRDefault="00937755" w:rsidP="00937755">
      <w:pPr>
        <w:ind w:firstLine="709"/>
        <w:jc w:val="both"/>
        <w:rPr>
          <w:sz w:val="28"/>
          <w:szCs w:val="28"/>
        </w:rPr>
      </w:pPr>
    </w:p>
    <w:p w14:paraId="06151602" w14:textId="77777777" w:rsidR="00937755" w:rsidRPr="007E7FD7" w:rsidRDefault="00937755" w:rsidP="00937755">
      <w:pPr>
        <w:keepNext/>
        <w:ind w:firstLine="709"/>
        <w:jc w:val="center"/>
        <w:rPr>
          <w:sz w:val="28"/>
          <w:szCs w:val="28"/>
        </w:rPr>
      </w:pPr>
      <w:r w:rsidRPr="007E7FD7">
        <w:rPr>
          <w:sz w:val="28"/>
          <w:szCs w:val="28"/>
        </w:rPr>
        <w:t>№ 22 сайлау учаскесі</w:t>
      </w:r>
    </w:p>
    <w:p w14:paraId="71F9EE64"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«Сырбай Мәуленов </w:t>
      </w:r>
      <w:r w:rsidRPr="00FA1697">
        <w:rPr>
          <w:sz w:val="28"/>
          <w:szCs w:val="28"/>
        </w:rPr>
        <w:t xml:space="preserve">атындағы </w:t>
      </w:r>
      <w:r w:rsidRPr="00FA1697">
        <w:rPr>
          <w:sz w:val="28"/>
          <w:szCs w:val="28"/>
        </w:rPr>
        <w:br/>
        <w:t>№ 37 мектеп-лицей»</w:t>
      </w:r>
      <w:r w:rsidRPr="007E7FD7">
        <w:rPr>
          <w:sz w:val="28"/>
          <w:szCs w:val="28"/>
        </w:rPr>
        <w:t xml:space="preserve"> шаруашылық жүргізу құқығындағы мемлекеттік коммуналдық кәсіпорны, күйші Дина көшесі, № 44/3)</w:t>
      </w:r>
    </w:p>
    <w:p w14:paraId="1C3B5DDA" w14:textId="77777777" w:rsidR="00937755" w:rsidRPr="007E7FD7" w:rsidRDefault="00937755" w:rsidP="00937755">
      <w:pPr>
        <w:ind w:firstLine="709"/>
        <w:jc w:val="center"/>
        <w:rPr>
          <w:sz w:val="28"/>
          <w:szCs w:val="28"/>
        </w:rPr>
      </w:pPr>
    </w:p>
    <w:p w14:paraId="2C8C40D9" w14:textId="77777777" w:rsidR="00937755" w:rsidRPr="007E7FD7" w:rsidRDefault="00937755" w:rsidP="00937755">
      <w:pPr>
        <w:ind w:firstLine="709"/>
        <w:jc w:val="both"/>
        <w:rPr>
          <w:sz w:val="28"/>
          <w:szCs w:val="28"/>
        </w:rPr>
      </w:pPr>
      <w:r w:rsidRPr="00DA4FEE">
        <w:rPr>
          <w:sz w:val="28"/>
          <w:szCs w:val="28"/>
        </w:rPr>
        <w:t xml:space="preserve">Шекарасы: Абылай хан даңғылы, № 35, 37, 37/1, 39, 41, 41/1, 41/2, 43, 43/1 үйлер, күйші Дина көшесі, № 36, 36/1, 36/2, 36/3, 38, 40, 40/1, 42, 44, </w:t>
      </w:r>
      <w:r w:rsidRPr="00DA4FEE">
        <w:rPr>
          <w:sz w:val="28"/>
          <w:szCs w:val="28"/>
        </w:rPr>
        <w:br/>
        <w:t>44/1 үйлер.</w:t>
      </w:r>
    </w:p>
    <w:p w14:paraId="1BA097B5" w14:textId="77777777" w:rsidR="00937755" w:rsidRPr="007E7FD7" w:rsidRDefault="00937755" w:rsidP="00937755">
      <w:pPr>
        <w:ind w:firstLine="709"/>
        <w:jc w:val="center"/>
        <w:rPr>
          <w:sz w:val="28"/>
          <w:szCs w:val="28"/>
        </w:rPr>
      </w:pPr>
    </w:p>
    <w:p w14:paraId="7AE8AA2E" w14:textId="77777777" w:rsidR="00937755" w:rsidRPr="007E7FD7" w:rsidRDefault="00937755" w:rsidP="00937755">
      <w:pPr>
        <w:keepNext/>
        <w:ind w:firstLine="709"/>
        <w:jc w:val="center"/>
        <w:rPr>
          <w:sz w:val="28"/>
          <w:szCs w:val="28"/>
        </w:rPr>
      </w:pPr>
      <w:r w:rsidRPr="007E7FD7">
        <w:rPr>
          <w:sz w:val="28"/>
          <w:szCs w:val="28"/>
        </w:rPr>
        <w:t>№ 23 сайлау учаскесі</w:t>
      </w:r>
    </w:p>
    <w:p w14:paraId="4AD5A617"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«Әлімхан Ермеков атындағы </w:t>
      </w:r>
    </w:p>
    <w:p w14:paraId="0151921B" w14:textId="77777777" w:rsidR="00937755" w:rsidRPr="007E7FD7" w:rsidRDefault="00937755" w:rsidP="00937755">
      <w:pPr>
        <w:ind w:firstLine="709"/>
        <w:jc w:val="center"/>
        <w:rPr>
          <w:sz w:val="28"/>
          <w:szCs w:val="28"/>
        </w:rPr>
      </w:pPr>
      <w:r w:rsidRPr="007E7FD7">
        <w:rPr>
          <w:sz w:val="28"/>
          <w:szCs w:val="28"/>
        </w:rPr>
        <w:t>№ 38 мектеп-лицей» шаруашылық жүргізу құқығындағы мемлекеттік коммуналдық кәсіпорны, Ғ. Мүсірепов көшесі, № 8/2)</w:t>
      </w:r>
    </w:p>
    <w:p w14:paraId="315ECFCE" w14:textId="77777777" w:rsidR="00937755" w:rsidRPr="007E7FD7" w:rsidRDefault="00937755" w:rsidP="00937755">
      <w:pPr>
        <w:ind w:firstLine="709"/>
        <w:jc w:val="center"/>
        <w:rPr>
          <w:sz w:val="28"/>
          <w:szCs w:val="28"/>
        </w:rPr>
      </w:pPr>
    </w:p>
    <w:p w14:paraId="1D56DBF2" w14:textId="77777777" w:rsidR="00937755" w:rsidRPr="007E7FD7" w:rsidRDefault="00937755" w:rsidP="00937755">
      <w:pPr>
        <w:ind w:firstLine="709"/>
        <w:jc w:val="both"/>
        <w:rPr>
          <w:sz w:val="28"/>
          <w:szCs w:val="28"/>
        </w:rPr>
      </w:pPr>
      <w:r w:rsidRPr="007E7FD7">
        <w:rPr>
          <w:sz w:val="28"/>
          <w:szCs w:val="28"/>
        </w:rPr>
        <w:t xml:space="preserve">Шекарасы: Абылай хан даңғылы, № 47, 49, 49/1, 49/2, 49/3, 51 үйлер, </w:t>
      </w:r>
      <w:r w:rsidRPr="007E7FD7">
        <w:rPr>
          <w:sz w:val="28"/>
          <w:szCs w:val="28"/>
        </w:rPr>
        <w:br/>
        <w:t xml:space="preserve">Ғ. Мүсірепов көшесі, № 1, 5, 5/1, 5/2, 7, 7/1 үйлер, Қ. Рысқұлбеков көшесі, </w:t>
      </w:r>
      <w:r w:rsidRPr="007E7FD7">
        <w:rPr>
          <w:sz w:val="28"/>
          <w:szCs w:val="28"/>
        </w:rPr>
        <w:br/>
        <w:t>№ 4/2, 4/3, 4/4 үйлер.</w:t>
      </w:r>
    </w:p>
    <w:p w14:paraId="2840842E" w14:textId="77777777" w:rsidR="00937755" w:rsidRPr="007E7FD7" w:rsidRDefault="00937755" w:rsidP="00937755">
      <w:pPr>
        <w:spacing w:after="160" w:line="259" w:lineRule="auto"/>
        <w:rPr>
          <w:sz w:val="28"/>
          <w:szCs w:val="28"/>
        </w:rPr>
      </w:pPr>
    </w:p>
    <w:p w14:paraId="4E1BAFD1" w14:textId="77777777" w:rsidR="00937755" w:rsidRPr="007E7FD7" w:rsidRDefault="00937755" w:rsidP="00937755">
      <w:pPr>
        <w:keepNext/>
        <w:ind w:firstLine="709"/>
        <w:jc w:val="center"/>
        <w:rPr>
          <w:sz w:val="28"/>
          <w:szCs w:val="28"/>
        </w:rPr>
      </w:pPr>
      <w:r w:rsidRPr="007E7FD7">
        <w:rPr>
          <w:sz w:val="28"/>
          <w:szCs w:val="28"/>
        </w:rPr>
        <w:t>№ 24 сайлау учаскесі</w:t>
      </w:r>
    </w:p>
    <w:p w14:paraId="1734B19E"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«Әлімхан Ермеков атындағы </w:t>
      </w:r>
    </w:p>
    <w:p w14:paraId="5B8EBD88" w14:textId="77777777" w:rsidR="00937755" w:rsidRPr="007E7FD7" w:rsidRDefault="00937755" w:rsidP="00937755">
      <w:pPr>
        <w:ind w:firstLine="709"/>
        <w:jc w:val="center"/>
        <w:rPr>
          <w:sz w:val="28"/>
          <w:szCs w:val="28"/>
        </w:rPr>
      </w:pPr>
      <w:r w:rsidRPr="007E7FD7">
        <w:rPr>
          <w:sz w:val="28"/>
          <w:szCs w:val="28"/>
        </w:rPr>
        <w:t>№ 38 мектеп-лицей» шаруашылық жүргізу құқығындағы мемлекеттік коммуналдық кәсіпорны, Ғ. Мүсірепов көшесі, № 8/2)</w:t>
      </w:r>
    </w:p>
    <w:p w14:paraId="0E0A0105" w14:textId="77777777" w:rsidR="00937755" w:rsidRPr="007E7FD7" w:rsidRDefault="00937755" w:rsidP="00937755">
      <w:pPr>
        <w:ind w:firstLine="709"/>
        <w:jc w:val="center"/>
        <w:rPr>
          <w:sz w:val="28"/>
          <w:szCs w:val="28"/>
        </w:rPr>
      </w:pPr>
    </w:p>
    <w:p w14:paraId="30D5E4E6" w14:textId="77777777" w:rsidR="00937755" w:rsidRPr="007E7FD7" w:rsidRDefault="00937755" w:rsidP="00937755">
      <w:pPr>
        <w:ind w:firstLine="709"/>
        <w:jc w:val="both"/>
        <w:rPr>
          <w:sz w:val="28"/>
          <w:szCs w:val="28"/>
        </w:rPr>
      </w:pPr>
      <w:r w:rsidRPr="007E7FD7">
        <w:rPr>
          <w:sz w:val="28"/>
          <w:szCs w:val="28"/>
        </w:rPr>
        <w:t>Шекарасы: Ғ. Мүсірепов көшесі, № 2, 2/1, 2/2, 4, 6, 6/1, 6/2, 7/3, 9, 10, 10/2, 10/3, 12, 14, 14/1 үйлер, Ш. Құдайбердіұлы даңғылы, № 40, 42, 44, 46 үйлер, Абылай хан даңғылы, № 55/1 үй.</w:t>
      </w:r>
    </w:p>
    <w:p w14:paraId="18BB1B5B" w14:textId="77777777" w:rsidR="00937755" w:rsidRPr="007E7FD7" w:rsidRDefault="00937755" w:rsidP="00937755">
      <w:pPr>
        <w:ind w:firstLine="709"/>
        <w:jc w:val="both"/>
        <w:rPr>
          <w:sz w:val="28"/>
          <w:szCs w:val="28"/>
        </w:rPr>
      </w:pPr>
    </w:p>
    <w:p w14:paraId="5D1536B1" w14:textId="77777777" w:rsidR="00937755" w:rsidRPr="007E7FD7" w:rsidRDefault="00937755" w:rsidP="00937755">
      <w:pPr>
        <w:keepNext/>
        <w:ind w:firstLine="709"/>
        <w:jc w:val="center"/>
        <w:rPr>
          <w:sz w:val="28"/>
          <w:szCs w:val="28"/>
        </w:rPr>
      </w:pPr>
      <w:r w:rsidRPr="007E7FD7">
        <w:rPr>
          <w:sz w:val="28"/>
          <w:szCs w:val="28"/>
        </w:rPr>
        <w:lastRenderedPageBreak/>
        <w:t>№ 25 сайлау учаскесі</w:t>
      </w:r>
    </w:p>
    <w:p w14:paraId="11E00CD4"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«Әлімхан Ермеков атындағы </w:t>
      </w:r>
    </w:p>
    <w:p w14:paraId="5B58E367" w14:textId="77777777" w:rsidR="00937755" w:rsidRPr="007E7FD7" w:rsidRDefault="00937755" w:rsidP="00937755">
      <w:pPr>
        <w:ind w:firstLine="709"/>
        <w:jc w:val="center"/>
        <w:rPr>
          <w:sz w:val="28"/>
          <w:szCs w:val="28"/>
        </w:rPr>
      </w:pPr>
      <w:r w:rsidRPr="007E7FD7">
        <w:rPr>
          <w:sz w:val="28"/>
          <w:szCs w:val="28"/>
        </w:rPr>
        <w:t>№ 38 мектеп-лицей» шаруашылық жүргізу құқығындағы мемлекеттік коммуналдық кәсіпорны, Ғ. Мүсірепов көшесі, № 8/2)</w:t>
      </w:r>
    </w:p>
    <w:p w14:paraId="7C18BDB5" w14:textId="77777777" w:rsidR="00937755" w:rsidRPr="007E7FD7" w:rsidRDefault="00937755" w:rsidP="00937755">
      <w:pPr>
        <w:ind w:firstLine="709"/>
        <w:jc w:val="center"/>
        <w:rPr>
          <w:sz w:val="28"/>
          <w:szCs w:val="28"/>
        </w:rPr>
      </w:pPr>
    </w:p>
    <w:p w14:paraId="5C32BA0B" w14:textId="77777777" w:rsidR="00937755" w:rsidRPr="007E7FD7" w:rsidRDefault="00937755" w:rsidP="00937755">
      <w:pPr>
        <w:ind w:firstLine="709"/>
        <w:jc w:val="both"/>
        <w:rPr>
          <w:sz w:val="28"/>
          <w:szCs w:val="28"/>
        </w:rPr>
      </w:pPr>
      <w:r w:rsidRPr="007E7FD7">
        <w:rPr>
          <w:sz w:val="28"/>
          <w:szCs w:val="28"/>
        </w:rPr>
        <w:t xml:space="preserve">Шекарасы: Абылай хан даңғылы, № 55, 57, 57/1, 57/2, 59, 59/1 үйлер, </w:t>
      </w:r>
      <w:r w:rsidRPr="007E7FD7">
        <w:rPr>
          <w:sz w:val="28"/>
          <w:szCs w:val="28"/>
        </w:rPr>
        <w:br/>
        <w:t xml:space="preserve">Ғ. Мұстафин көшесі, № 1, 1/1, 1/2, 1/3, 3, 3/1, 3/2, 3/3, 5, 5/1, 7, 7/1, 7/2, 9 үйлер, </w:t>
      </w:r>
      <w:r w:rsidRPr="007E7FD7">
        <w:rPr>
          <w:sz w:val="28"/>
          <w:szCs w:val="28"/>
        </w:rPr>
        <w:br/>
        <w:t>Ғ. Мүсірепов көшесі, № 4/2, 6/3, 6/4 үйлер.</w:t>
      </w:r>
    </w:p>
    <w:p w14:paraId="21182A6A" w14:textId="77777777" w:rsidR="00937755" w:rsidRPr="007E7FD7" w:rsidRDefault="00937755" w:rsidP="00937755">
      <w:pPr>
        <w:ind w:firstLine="709"/>
        <w:jc w:val="both"/>
        <w:rPr>
          <w:sz w:val="28"/>
          <w:szCs w:val="28"/>
        </w:rPr>
      </w:pPr>
    </w:p>
    <w:p w14:paraId="371FE5FF" w14:textId="77777777" w:rsidR="00937755" w:rsidRPr="007E7FD7" w:rsidRDefault="00937755" w:rsidP="00937755">
      <w:pPr>
        <w:keepNext/>
        <w:ind w:firstLine="709"/>
        <w:jc w:val="center"/>
        <w:rPr>
          <w:sz w:val="28"/>
          <w:szCs w:val="28"/>
        </w:rPr>
      </w:pPr>
      <w:r w:rsidRPr="007E7FD7">
        <w:rPr>
          <w:sz w:val="28"/>
          <w:szCs w:val="28"/>
        </w:rPr>
        <w:t>№ 26 сайлау учаскесі</w:t>
      </w:r>
    </w:p>
    <w:p w14:paraId="5DC73809"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«Бейімбет Майлин атындағы </w:t>
      </w:r>
    </w:p>
    <w:p w14:paraId="3EBD874A" w14:textId="77777777" w:rsidR="00937755" w:rsidRPr="007E7FD7" w:rsidRDefault="00937755" w:rsidP="00937755">
      <w:pPr>
        <w:ind w:firstLine="709"/>
        <w:jc w:val="center"/>
        <w:rPr>
          <w:sz w:val="28"/>
          <w:szCs w:val="28"/>
        </w:rPr>
      </w:pPr>
      <w:r w:rsidRPr="007E7FD7">
        <w:rPr>
          <w:sz w:val="28"/>
          <w:szCs w:val="28"/>
        </w:rPr>
        <w:t>№ 52 мектеп-гимназия» шаруашылық жүргізу құқығындағы мемлекеттік коммуналдық кәсіпорны, Бурабай көшесі, № 38)</w:t>
      </w:r>
    </w:p>
    <w:p w14:paraId="07FBE971" w14:textId="77777777" w:rsidR="00937755" w:rsidRPr="007E7FD7" w:rsidRDefault="00937755" w:rsidP="00937755">
      <w:pPr>
        <w:ind w:firstLine="709"/>
        <w:jc w:val="center"/>
        <w:rPr>
          <w:sz w:val="28"/>
          <w:szCs w:val="28"/>
        </w:rPr>
      </w:pPr>
    </w:p>
    <w:p w14:paraId="6637596F" w14:textId="77777777" w:rsidR="00937755" w:rsidRPr="007E7FD7" w:rsidRDefault="00937755" w:rsidP="00937755">
      <w:pPr>
        <w:ind w:firstLine="709"/>
        <w:jc w:val="both"/>
        <w:rPr>
          <w:sz w:val="28"/>
          <w:szCs w:val="28"/>
        </w:rPr>
      </w:pPr>
      <w:r w:rsidRPr="007E7FD7">
        <w:rPr>
          <w:sz w:val="28"/>
          <w:szCs w:val="28"/>
        </w:rPr>
        <w:t xml:space="preserve">Шекарасы: Ертіс көшесінен Қозыбасы көшесінің тақ сандар жағымен Ақарыс көшесіне дейін, Ақарыс көшесінің тақ сандар жағымен </w:t>
      </w:r>
      <w:r w:rsidRPr="007E7FD7">
        <w:rPr>
          <w:sz w:val="28"/>
          <w:szCs w:val="28"/>
        </w:rPr>
        <w:br/>
        <w:t>Ш. Құдайбердіұлы даңғылына дейін, Ш. Құдайбердіұлы даңғылының тақ сандар жағымен Ғ. Мұстафин көшесіне дейін, Ғ. Мұстафин көшесінің жұп сандар жағымен теміржол төсеміне дейін, теміржол төсемімен Ертіс көшесіне дейін, Ертіс көшесінің тақ сандар жағымен Қозыбасы көшесіне дейін.</w:t>
      </w:r>
    </w:p>
    <w:p w14:paraId="746ED8CE" w14:textId="77777777" w:rsidR="00937755" w:rsidRPr="007E7FD7" w:rsidRDefault="00937755" w:rsidP="00937755">
      <w:pPr>
        <w:ind w:firstLine="709"/>
        <w:jc w:val="both"/>
        <w:rPr>
          <w:sz w:val="28"/>
          <w:szCs w:val="28"/>
        </w:rPr>
      </w:pPr>
    </w:p>
    <w:p w14:paraId="5B803CBD" w14:textId="77777777" w:rsidR="00937755" w:rsidRPr="007E7FD7" w:rsidRDefault="00937755" w:rsidP="00937755">
      <w:pPr>
        <w:keepNext/>
        <w:ind w:firstLine="709"/>
        <w:jc w:val="center"/>
        <w:rPr>
          <w:sz w:val="28"/>
          <w:szCs w:val="28"/>
        </w:rPr>
      </w:pPr>
      <w:r w:rsidRPr="007E7FD7">
        <w:rPr>
          <w:sz w:val="28"/>
          <w:szCs w:val="28"/>
        </w:rPr>
        <w:t>№ 27 сайлау учаскесі</w:t>
      </w:r>
    </w:p>
    <w:p w14:paraId="61A6F9B2"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 29 </w:t>
      </w:r>
      <w:r w:rsidRPr="007E7FD7">
        <w:rPr>
          <w:sz w:val="28"/>
          <w:szCs w:val="28"/>
          <w:lang w:val="kk-KZ"/>
        </w:rPr>
        <w:t>жалпы орта білім беретін</w:t>
      </w:r>
      <w:r w:rsidRPr="007E7FD7">
        <w:rPr>
          <w:sz w:val="28"/>
          <w:szCs w:val="28"/>
        </w:rPr>
        <w:t xml:space="preserve"> мектеп» коммуналдық мемлекеттік мекемесі, </w:t>
      </w:r>
    </w:p>
    <w:p w14:paraId="5DC6161A" w14:textId="77777777" w:rsidR="00937755" w:rsidRPr="007E7FD7" w:rsidRDefault="00937755" w:rsidP="00937755">
      <w:pPr>
        <w:ind w:firstLine="709"/>
        <w:jc w:val="center"/>
        <w:rPr>
          <w:sz w:val="28"/>
          <w:szCs w:val="28"/>
        </w:rPr>
      </w:pPr>
      <w:r w:rsidRPr="007E7FD7">
        <w:rPr>
          <w:sz w:val="28"/>
          <w:szCs w:val="28"/>
        </w:rPr>
        <w:t>«Железнодорожный» тұрғын алабы, М. Горький көшесі, № 22)</w:t>
      </w:r>
    </w:p>
    <w:p w14:paraId="134AC7A1" w14:textId="77777777" w:rsidR="00937755" w:rsidRPr="007E7FD7" w:rsidRDefault="00937755" w:rsidP="00937755">
      <w:pPr>
        <w:ind w:firstLine="709"/>
        <w:jc w:val="center"/>
        <w:rPr>
          <w:sz w:val="28"/>
          <w:szCs w:val="28"/>
        </w:rPr>
      </w:pPr>
    </w:p>
    <w:p w14:paraId="36D91958" w14:textId="77777777" w:rsidR="00937755" w:rsidRPr="007E7FD7" w:rsidRDefault="00937755" w:rsidP="00937755">
      <w:pPr>
        <w:ind w:firstLine="708"/>
        <w:jc w:val="both"/>
        <w:rPr>
          <w:sz w:val="28"/>
          <w:szCs w:val="28"/>
        </w:rPr>
      </w:pPr>
      <w:r w:rsidRPr="00DA4FEE">
        <w:rPr>
          <w:sz w:val="28"/>
          <w:szCs w:val="28"/>
        </w:rPr>
        <w:t>Шекарасы:</w:t>
      </w:r>
      <w:r w:rsidRPr="00DA4FEE">
        <w:rPr>
          <w:sz w:val="28"/>
          <w:szCs w:val="28"/>
          <w:lang w:val="kk-KZ"/>
        </w:rPr>
        <w:t xml:space="preserve"> </w:t>
      </w:r>
      <w:r w:rsidRPr="00DA4FEE">
        <w:rPr>
          <w:sz w:val="28"/>
          <w:szCs w:val="28"/>
        </w:rPr>
        <w:t>Ж. Жабаев көшесінен Екібастұз көшесінің тақ</w:t>
      </w:r>
      <w:r w:rsidRPr="00DA4FEE">
        <w:rPr>
          <w:sz w:val="28"/>
          <w:szCs w:val="28"/>
          <w:lang w:val="kk-KZ"/>
        </w:rPr>
        <w:t xml:space="preserve"> сандар</w:t>
      </w:r>
      <w:r w:rsidRPr="00DA4FEE">
        <w:rPr>
          <w:sz w:val="28"/>
          <w:szCs w:val="28"/>
        </w:rPr>
        <w:t xml:space="preserve"> жағымен Ащысай көшесіне дейін, Ащысай көшесінің жұп</w:t>
      </w:r>
      <w:r w:rsidRPr="00DA4FEE">
        <w:rPr>
          <w:sz w:val="28"/>
          <w:szCs w:val="28"/>
          <w:lang w:val="kk-KZ"/>
        </w:rPr>
        <w:t xml:space="preserve"> сандар </w:t>
      </w:r>
      <w:r w:rsidRPr="00DA4FEE">
        <w:rPr>
          <w:sz w:val="28"/>
          <w:szCs w:val="28"/>
        </w:rPr>
        <w:t>жағымен В. Маяковский көшесіне дейін, Ащысай және В. Маяковский көшелерінің қиылысынан солтүстік-шығыс бағытта мұсылман және христиан зираттарының арасымен</w:t>
      </w:r>
      <w:r w:rsidRPr="00DA4FEE">
        <w:rPr>
          <w:sz w:val="28"/>
          <w:szCs w:val="28"/>
        </w:rPr>
        <w:br/>
        <w:t>А-211 көшеге дейін, А-211 көшеден А1 көшеге дейін, А1 көшенің тақ</w:t>
      </w:r>
      <w:r w:rsidRPr="00DA4FEE">
        <w:rPr>
          <w:sz w:val="28"/>
          <w:szCs w:val="28"/>
          <w:lang w:val="kk-KZ"/>
        </w:rPr>
        <w:t xml:space="preserve"> сандар </w:t>
      </w:r>
      <w:r w:rsidRPr="00DA4FEE">
        <w:rPr>
          <w:sz w:val="28"/>
          <w:szCs w:val="28"/>
        </w:rPr>
        <w:t xml:space="preserve">жағымен айналма жолға дейін, айналма жолмен «Астана – Қарағанды» теміржол </w:t>
      </w:r>
      <w:r w:rsidRPr="00DA4FEE">
        <w:rPr>
          <w:sz w:val="28"/>
          <w:szCs w:val="28"/>
          <w:lang w:val="kk-KZ"/>
        </w:rPr>
        <w:t>төсеміне</w:t>
      </w:r>
      <w:r w:rsidRPr="00DA4FEE">
        <w:rPr>
          <w:sz w:val="28"/>
          <w:szCs w:val="28"/>
        </w:rPr>
        <w:t xml:space="preserve"> дейін, «Астана – Қарағанды» теміржол</w:t>
      </w:r>
      <w:r w:rsidRPr="00DA4FEE">
        <w:rPr>
          <w:sz w:val="28"/>
          <w:szCs w:val="28"/>
          <w:lang w:val="kk-KZ"/>
        </w:rPr>
        <w:t xml:space="preserve"> төсемімен, </w:t>
      </w:r>
      <w:r w:rsidRPr="00DA4FEE">
        <w:rPr>
          <w:sz w:val="28"/>
          <w:szCs w:val="28"/>
        </w:rPr>
        <w:t>Н. Төреқұлұлы көшесіндегі №</w:t>
      </w:r>
      <w:r w:rsidRPr="00DA4FEE">
        <w:rPr>
          <w:sz w:val="28"/>
          <w:szCs w:val="28"/>
          <w:lang w:val="kk-KZ"/>
        </w:rPr>
        <w:t> </w:t>
      </w:r>
      <w:r w:rsidRPr="00DA4FEE">
        <w:rPr>
          <w:sz w:val="28"/>
          <w:szCs w:val="28"/>
        </w:rPr>
        <w:t>4, 5, 6, 7, 8 үйлерді қ</w:t>
      </w:r>
      <w:r w:rsidRPr="00DA4FEE">
        <w:rPr>
          <w:sz w:val="28"/>
          <w:szCs w:val="28"/>
          <w:lang w:val="kk-KZ"/>
        </w:rPr>
        <w:t xml:space="preserve">оса алғанда, </w:t>
      </w:r>
      <w:r w:rsidRPr="00DA4FEE">
        <w:rPr>
          <w:sz w:val="28"/>
          <w:szCs w:val="28"/>
        </w:rPr>
        <w:t>Ж. Жабаев көшесіне дейін.</w:t>
      </w:r>
    </w:p>
    <w:p w14:paraId="41AE251A" w14:textId="77777777" w:rsidR="00937755" w:rsidRPr="007E7FD7" w:rsidRDefault="00937755" w:rsidP="00937755">
      <w:pPr>
        <w:ind w:firstLine="709"/>
        <w:jc w:val="center"/>
        <w:rPr>
          <w:sz w:val="28"/>
          <w:szCs w:val="28"/>
        </w:rPr>
      </w:pPr>
    </w:p>
    <w:p w14:paraId="50D23202" w14:textId="77777777" w:rsidR="00937755" w:rsidRPr="007E7FD7" w:rsidRDefault="00937755" w:rsidP="00937755">
      <w:pPr>
        <w:keepNext/>
        <w:ind w:firstLine="709"/>
        <w:jc w:val="center"/>
        <w:rPr>
          <w:sz w:val="28"/>
          <w:szCs w:val="28"/>
        </w:rPr>
      </w:pPr>
      <w:r w:rsidRPr="007E7FD7">
        <w:rPr>
          <w:sz w:val="28"/>
          <w:szCs w:val="28"/>
        </w:rPr>
        <w:t>№ 28 сайлау учаскесі</w:t>
      </w:r>
    </w:p>
    <w:p w14:paraId="2AD54F38"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«Әл-Фараби атындағы </w:t>
      </w:r>
    </w:p>
    <w:p w14:paraId="544CDEAD" w14:textId="77777777" w:rsidR="00937755" w:rsidRPr="007E7FD7" w:rsidRDefault="00937755" w:rsidP="00937755">
      <w:pPr>
        <w:ind w:firstLine="709"/>
        <w:jc w:val="center"/>
        <w:rPr>
          <w:sz w:val="28"/>
          <w:szCs w:val="28"/>
        </w:rPr>
      </w:pPr>
      <w:r w:rsidRPr="007E7FD7">
        <w:rPr>
          <w:sz w:val="28"/>
          <w:szCs w:val="28"/>
        </w:rPr>
        <w:t xml:space="preserve">оқушылар сарайы» шаруашылық жүргізу құқығындағы мемлекеттік коммуналдық кәсіпорны, «Железнодорожный» тұрғын алабы, </w:t>
      </w:r>
    </w:p>
    <w:p w14:paraId="240769B1" w14:textId="77777777" w:rsidR="00937755" w:rsidRPr="007E7FD7" w:rsidRDefault="00937755" w:rsidP="00937755">
      <w:pPr>
        <w:ind w:firstLine="709"/>
        <w:jc w:val="center"/>
        <w:rPr>
          <w:sz w:val="28"/>
          <w:szCs w:val="28"/>
        </w:rPr>
      </w:pPr>
      <w:r w:rsidRPr="007E7FD7">
        <w:rPr>
          <w:sz w:val="28"/>
          <w:szCs w:val="28"/>
        </w:rPr>
        <w:t>Ж. Жабаев көшесі, № 14)</w:t>
      </w:r>
    </w:p>
    <w:p w14:paraId="4B6E72C8" w14:textId="77777777" w:rsidR="00937755" w:rsidRPr="007E7FD7" w:rsidRDefault="00937755" w:rsidP="00937755">
      <w:pPr>
        <w:ind w:firstLine="709"/>
        <w:jc w:val="center"/>
        <w:rPr>
          <w:sz w:val="28"/>
          <w:szCs w:val="28"/>
        </w:rPr>
      </w:pPr>
    </w:p>
    <w:p w14:paraId="6736476F" w14:textId="77777777" w:rsidR="00937755" w:rsidRPr="007E7FD7" w:rsidRDefault="00937755" w:rsidP="00937755">
      <w:pPr>
        <w:ind w:firstLine="709"/>
        <w:jc w:val="both"/>
        <w:rPr>
          <w:sz w:val="28"/>
          <w:szCs w:val="28"/>
        </w:rPr>
      </w:pPr>
      <w:r w:rsidRPr="00F40E99">
        <w:rPr>
          <w:sz w:val="28"/>
          <w:szCs w:val="28"/>
        </w:rPr>
        <w:t>Шекарасы: теміржол төсемінен</w:t>
      </w:r>
      <w:r w:rsidRPr="00F40E99">
        <w:rPr>
          <w:sz w:val="28"/>
          <w:szCs w:val="28"/>
          <w:lang w:val="kk-KZ"/>
        </w:rPr>
        <w:t xml:space="preserve"> </w:t>
      </w:r>
      <w:r w:rsidRPr="00F40E99">
        <w:rPr>
          <w:sz w:val="28"/>
          <w:szCs w:val="28"/>
        </w:rPr>
        <w:t>Н. Төреқұлұлы көшесімен Ж. Жабаев көшесіне</w:t>
      </w:r>
      <w:r w:rsidRPr="00F40E99">
        <w:rPr>
          <w:sz w:val="28"/>
          <w:szCs w:val="28"/>
          <w:lang w:val="kk-KZ"/>
        </w:rPr>
        <w:t xml:space="preserve"> </w:t>
      </w:r>
      <w:r w:rsidRPr="00F40E99">
        <w:rPr>
          <w:sz w:val="28"/>
          <w:szCs w:val="28"/>
        </w:rPr>
        <w:t>дейін, Ж. Жабаев көшесінің жұп</w:t>
      </w:r>
      <w:r w:rsidRPr="00F40E99">
        <w:rPr>
          <w:sz w:val="28"/>
          <w:szCs w:val="28"/>
          <w:lang w:val="kk-KZ"/>
        </w:rPr>
        <w:t xml:space="preserve"> сандар </w:t>
      </w:r>
      <w:r w:rsidRPr="00F40E99">
        <w:rPr>
          <w:sz w:val="28"/>
          <w:szCs w:val="28"/>
        </w:rPr>
        <w:t>жағымен Екібастұз көшесіне дейін, Екібастұз көшесінің жұп</w:t>
      </w:r>
      <w:r w:rsidRPr="00F40E99">
        <w:rPr>
          <w:sz w:val="28"/>
          <w:szCs w:val="28"/>
          <w:lang w:val="kk-KZ"/>
        </w:rPr>
        <w:t xml:space="preserve"> сандар </w:t>
      </w:r>
      <w:r w:rsidRPr="00F40E99">
        <w:rPr>
          <w:sz w:val="28"/>
          <w:szCs w:val="28"/>
        </w:rPr>
        <w:t>жағымен Ащысай көшесіне дейін, Ащысай көшесінің тақ</w:t>
      </w:r>
      <w:r w:rsidRPr="00F40E99">
        <w:rPr>
          <w:sz w:val="28"/>
          <w:szCs w:val="28"/>
          <w:lang w:val="kk-KZ"/>
        </w:rPr>
        <w:t xml:space="preserve"> сандар </w:t>
      </w:r>
      <w:r w:rsidRPr="00F40E99">
        <w:rPr>
          <w:sz w:val="28"/>
          <w:szCs w:val="28"/>
        </w:rPr>
        <w:t xml:space="preserve">жағымен В. Маяковский көшесіне дейін, Ащысай </w:t>
      </w:r>
      <w:r w:rsidRPr="00F40E99">
        <w:rPr>
          <w:sz w:val="28"/>
          <w:szCs w:val="28"/>
        </w:rPr>
        <w:lastRenderedPageBreak/>
        <w:t>және В. Маяковский көшелерінің қиылысынан Шалқар көшесіне дейін, Шалқар көшесімен Бұйрат көшесі бағытына қарай теміржол</w:t>
      </w:r>
      <w:r w:rsidRPr="00F40E99">
        <w:rPr>
          <w:sz w:val="28"/>
          <w:szCs w:val="28"/>
          <w:lang w:val="kk-KZ"/>
        </w:rPr>
        <w:t xml:space="preserve"> төсемінен </w:t>
      </w:r>
      <w:r>
        <w:rPr>
          <w:sz w:val="28"/>
          <w:szCs w:val="28"/>
          <w:lang w:val="kk-KZ"/>
        </w:rPr>
        <w:br/>
      </w:r>
      <w:r w:rsidRPr="00F40E99">
        <w:rPr>
          <w:sz w:val="28"/>
          <w:szCs w:val="28"/>
        </w:rPr>
        <w:t>«Астана – Қарағанды» теміржо</w:t>
      </w:r>
      <w:r w:rsidRPr="00F40E99">
        <w:rPr>
          <w:sz w:val="28"/>
          <w:szCs w:val="28"/>
          <w:lang w:val="kk-KZ"/>
        </w:rPr>
        <w:t xml:space="preserve">л төсеміне </w:t>
      </w:r>
      <w:r w:rsidRPr="00F40E99">
        <w:rPr>
          <w:sz w:val="28"/>
          <w:szCs w:val="28"/>
        </w:rPr>
        <w:t xml:space="preserve">дейін, «Астана – Қарағанды» теміржол </w:t>
      </w:r>
      <w:r w:rsidRPr="00F40E99">
        <w:rPr>
          <w:sz w:val="28"/>
          <w:szCs w:val="28"/>
          <w:lang w:val="kk-KZ"/>
        </w:rPr>
        <w:t xml:space="preserve">төсемімен </w:t>
      </w:r>
      <w:r w:rsidRPr="00F40E99">
        <w:rPr>
          <w:sz w:val="28"/>
          <w:szCs w:val="28"/>
        </w:rPr>
        <w:t>Н. Төреқұлұлы көшесіне дейін.</w:t>
      </w:r>
    </w:p>
    <w:p w14:paraId="285F52EE" w14:textId="77777777" w:rsidR="00937755" w:rsidRPr="007E7FD7" w:rsidRDefault="00937755" w:rsidP="00937755">
      <w:pPr>
        <w:ind w:firstLine="709"/>
        <w:jc w:val="both"/>
        <w:rPr>
          <w:sz w:val="28"/>
          <w:szCs w:val="28"/>
        </w:rPr>
      </w:pPr>
    </w:p>
    <w:p w14:paraId="6BFD33A0" w14:textId="77777777" w:rsidR="00937755" w:rsidRPr="007E7FD7" w:rsidRDefault="00937755" w:rsidP="00937755">
      <w:pPr>
        <w:keepNext/>
        <w:ind w:firstLine="709"/>
        <w:jc w:val="center"/>
        <w:rPr>
          <w:sz w:val="28"/>
          <w:szCs w:val="28"/>
        </w:rPr>
      </w:pPr>
      <w:r w:rsidRPr="007E7FD7">
        <w:rPr>
          <w:sz w:val="28"/>
          <w:szCs w:val="28"/>
        </w:rPr>
        <w:t>№ 29 сайлау учаскесі</w:t>
      </w:r>
    </w:p>
    <w:p w14:paraId="6BB25FAF" w14:textId="77777777" w:rsidR="00937755" w:rsidRPr="007E7FD7" w:rsidRDefault="00937755" w:rsidP="00937755">
      <w:pPr>
        <w:ind w:firstLine="709"/>
        <w:jc w:val="center"/>
        <w:rPr>
          <w:sz w:val="28"/>
          <w:szCs w:val="28"/>
        </w:rPr>
      </w:pPr>
      <w:r w:rsidRPr="007E7FD7">
        <w:rPr>
          <w:sz w:val="28"/>
          <w:szCs w:val="28"/>
        </w:rPr>
        <w:t xml:space="preserve">(орталығы – </w:t>
      </w:r>
      <w:r w:rsidRPr="00387AD7">
        <w:rPr>
          <w:sz w:val="28"/>
          <w:szCs w:val="28"/>
        </w:rPr>
        <w:t>Астана қаласы әкімдігінің «№ 28 мектеп-лицей»</w:t>
      </w:r>
      <w:r w:rsidRPr="007E7FD7">
        <w:rPr>
          <w:sz w:val="28"/>
          <w:szCs w:val="28"/>
        </w:rPr>
        <w:t xml:space="preserve"> шаруашылық жүргізу құқығындағы мемлекеттік коммуналдық кәсіпорны, </w:t>
      </w:r>
    </w:p>
    <w:p w14:paraId="350D9F68" w14:textId="77777777" w:rsidR="00937755" w:rsidRPr="007E7FD7" w:rsidRDefault="00937755" w:rsidP="00937755">
      <w:pPr>
        <w:ind w:firstLine="709"/>
        <w:jc w:val="center"/>
        <w:rPr>
          <w:sz w:val="28"/>
          <w:szCs w:val="28"/>
        </w:rPr>
      </w:pPr>
      <w:r w:rsidRPr="007E7FD7">
        <w:rPr>
          <w:sz w:val="28"/>
          <w:szCs w:val="28"/>
        </w:rPr>
        <w:t>А. Петров көшесі, № 8)</w:t>
      </w:r>
    </w:p>
    <w:p w14:paraId="66A922BC" w14:textId="77777777" w:rsidR="00937755" w:rsidRPr="007E7FD7" w:rsidRDefault="00937755" w:rsidP="00937755">
      <w:pPr>
        <w:ind w:firstLine="709"/>
        <w:jc w:val="center"/>
        <w:rPr>
          <w:sz w:val="28"/>
          <w:szCs w:val="28"/>
        </w:rPr>
      </w:pPr>
    </w:p>
    <w:p w14:paraId="01A66ADB" w14:textId="77777777" w:rsidR="00937755" w:rsidRPr="007E7FD7" w:rsidRDefault="00937755" w:rsidP="00937755">
      <w:pPr>
        <w:ind w:firstLine="709"/>
        <w:jc w:val="both"/>
        <w:rPr>
          <w:sz w:val="28"/>
          <w:szCs w:val="28"/>
        </w:rPr>
      </w:pPr>
      <w:r w:rsidRPr="00F40E99">
        <w:rPr>
          <w:sz w:val="28"/>
          <w:szCs w:val="28"/>
        </w:rPr>
        <w:t>Шекарасы: Тәуелсіздік даңғылы, № 16, 21, 21/2, 21/4, 21/5, 21/6, 21/7, 21/9</w:t>
      </w:r>
      <w:r w:rsidRPr="00F40E99">
        <w:rPr>
          <w:sz w:val="28"/>
          <w:szCs w:val="28"/>
          <w:lang w:val="kk-KZ"/>
        </w:rPr>
        <w:t xml:space="preserve"> </w:t>
      </w:r>
      <w:r w:rsidRPr="00F40E99">
        <w:rPr>
          <w:sz w:val="28"/>
          <w:szCs w:val="28"/>
        </w:rPr>
        <w:t>үйлер.</w:t>
      </w:r>
    </w:p>
    <w:p w14:paraId="685DFDE4" w14:textId="77777777" w:rsidR="00937755" w:rsidRPr="007E7FD7" w:rsidRDefault="00937755" w:rsidP="00937755">
      <w:pPr>
        <w:ind w:firstLine="709"/>
        <w:jc w:val="both"/>
        <w:rPr>
          <w:sz w:val="28"/>
          <w:szCs w:val="28"/>
        </w:rPr>
      </w:pPr>
    </w:p>
    <w:p w14:paraId="78E205B8" w14:textId="77777777" w:rsidR="00937755" w:rsidRPr="007E7FD7" w:rsidRDefault="00937755" w:rsidP="00937755">
      <w:pPr>
        <w:keepNext/>
        <w:ind w:firstLine="709"/>
        <w:jc w:val="center"/>
        <w:rPr>
          <w:sz w:val="28"/>
          <w:szCs w:val="28"/>
        </w:rPr>
      </w:pPr>
      <w:r w:rsidRPr="007E7FD7">
        <w:rPr>
          <w:sz w:val="28"/>
          <w:szCs w:val="28"/>
        </w:rPr>
        <w:t>№ 30 сайлау учаскесі</w:t>
      </w:r>
    </w:p>
    <w:p w14:paraId="12024CBF"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«Райымбек батыр атындағы </w:t>
      </w:r>
    </w:p>
    <w:p w14:paraId="7D46FA40" w14:textId="77777777" w:rsidR="00937755" w:rsidRPr="007E7FD7" w:rsidRDefault="00937755" w:rsidP="00937755">
      <w:pPr>
        <w:ind w:firstLine="709"/>
        <w:jc w:val="center"/>
        <w:rPr>
          <w:sz w:val="28"/>
          <w:szCs w:val="28"/>
        </w:rPr>
      </w:pPr>
      <w:r w:rsidRPr="007E7FD7">
        <w:rPr>
          <w:sz w:val="28"/>
          <w:szCs w:val="28"/>
        </w:rPr>
        <w:t>№ 50 «Қазғарыш» мектеп-лицей» шаруашылық жүргізу құқығындағы мемлекеттік коммуналдық кәсіпорны, күйші Дина көшесі, № 6)</w:t>
      </w:r>
    </w:p>
    <w:p w14:paraId="26FB524D" w14:textId="77777777" w:rsidR="00937755" w:rsidRPr="007E7FD7" w:rsidRDefault="00937755" w:rsidP="00937755">
      <w:pPr>
        <w:ind w:firstLine="709"/>
        <w:jc w:val="center"/>
        <w:rPr>
          <w:sz w:val="28"/>
          <w:szCs w:val="28"/>
        </w:rPr>
      </w:pPr>
    </w:p>
    <w:p w14:paraId="129120ED" w14:textId="77777777" w:rsidR="00937755" w:rsidRPr="007E7FD7" w:rsidRDefault="00937755" w:rsidP="00937755">
      <w:pPr>
        <w:ind w:firstLine="709"/>
        <w:jc w:val="both"/>
        <w:rPr>
          <w:sz w:val="28"/>
          <w:szCs w:val="28"/>
        </w:rPr>
      </w:pPr>
      <w:r w:rsidRPr="007E7FD7">
        <w:rPr>
          <w:sz w:val="28"/>
          <w:szCs w:val="28"/>
        </w:rPr>
        <w:t xml:space="preserve">Шекарасы: </w:t>
      </w:r>
      <w:r w:rsidRPr="00625637">
        <w:rPr>
          <w:sz w:val="28"/>
          <w:szCs w:val="28"/>
        </w:rPr>
        <w:t xml:space="preserve">күйші Дина көшесі, № 4А, 8, 8/1, 8/2, 11, 12, 12/1, 12/2, 13, </w:t>
      </w:r>
      <w:r w:rsidRPr="00625637">
        <w:rPr>
          <w:sz w:val="28"/>
          <w:szCs w:val="28"/>
        </w:rPr>
        <w:br/>
        <w:t>15 үйлер</w:t>
      </w:r>
      <w:r w:rsidRPr="007E7FD7">
        <w:rPr>
          <w:sz w:val="28"/>
          <w:szCs w:val="28"/>
        </w:rPr>
        <w:t xml:space="preserve">, </w:t>
      </w:r>
      <w:r w:rsidRPr="00387AD7">
        <w:rPr>
          <w:sz w:val="28"/>
          <w:szCs w:val="28"/>
        </w:rPr>
        <w:t>Б. Майлин көшесі, № 7, 7/1, 7/2, 9, 11/1, 13, үйлер</w:t>
      </w:r>
      <w:r w:rsidRPr="007E7FD7">
        <w:rPr>
          <w:sz w:val="28"/>
          <w:szCs w:val="28"/>
        </w:rPr>
        <w:t>, Қ. Сәтбаев көшесі, № 15, 17, 17/1, 17/2 үйлер.</w:t>
      </w:r>
    </w:p>
    <w:p w14:paraId="64A8EC7A" w14:textId="77777777" w:rsidR="00937755" w:rsidRPr="007E7FD7" w:rsidRDefault="00937755" w:rsidP="00937755">
      <w:pPr>
        <w:ind w:firstLine="709"/>
        <w:jc w:val="both"/>
        <w:rPr>
          <w:sz w:val="28"/>
          <w:szCs w:val="28"/>
        </w:rPr>
      </w:pPr>
    </w:p>
    <w:p w14:paraId="3F84EFFE" w14:textId="77777777" w:rsidR="00937755" w:rsidRPr="007E7FD7" w:rsidRDefault="00937755" w:rsidP="00937755">
      <w:pPr>
        <w:keepNext/>
        <w:ind w:firstLine="709"/>
        <w:jc w:val="center"/>
        <w:rPr>
          <w:sz w:val="28"/>
          <w:szCs w:val="28"/>
        </w:rPr>
      </w:pPr>
      <w:r w:rsidRPr="007E7FD7">
        <w:rPr>
          <w:sz w:val="28"/>
          <w:szCs w:val="28"/>
        </w:rPr>
        <w:t>№ 31 сайлау учаскесі</w:t>
      </w:r>
    </w:p>
    <w:p w14:paraId="69F7BDC9"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«Ахмет Байтұрсынұлы атындағы </w:t>
      </w:r>
      <w:r w:rsidRPr="007E7FD7">
        <w:rPr>
          <w:sz w:val="28"/>
          <w:szCs w:val="28"/>
        </w:rPr>
        <w:br/>
        <w:t>№ 48 мектеп-лицей» шаруашылық жүргізу құқығындағы мемлекеттік коммуналдық кәсіпорны, Ж. Жирентаев көшесі, № 15/2)</w:t>
      </w:r>
    </w:p>
    <w:p w14:paraId="6038B20B" w14:textId="77777777" w:rsidR="00937755" w:rsidRPr="007E7FD7" w:rsidRDefault="00937755" w:rsidP="00937755">
      <w:pPr>
        <w:ind w:firstLine="709"/>
        <w:jc w:val="center"/>
        <w:rPr>
          <w:sz w:val="28"/>
          <w:szCs w:val="28"/>
        </w:rPr>
      </w:pPr>
    </w:p>
    <w:p w14:paraId="7A132AA8" w14:textId="77777777" w:rsidR="00937755" w:rsidRPr="007E7FD7" w:rsidRDefault="00937755" w:rsidP="00937755">
      <w:pPr>
        <w:ind w:firstLine="709"/>
        <w:jc w:val="both"/>
        <w:rPr>
          <w:sz w:val="28"/>
          <w:szCs w:val="28"/>
        </w:rPr>
      </w:pPr>
      <w:r w:rsidRPr="007E7FD7">
        <w:rPr>
          <w:sz w:val="28"/>
          <w:szCs w:val="28"/>
        </w:rPr>
        <w:t xml:space="preserve">Шекарасы: Қажымұқан көшесі, № 14, 14/1, 16, 18, 18/2, 20, 22 үйлер, </w:t>
      </w:r>
      <w:r w:rsidRPr="007E7FD7">
        <w:rPr>
          <w:sz w:val="28"/>
          <w:szCs w:val="28"/>
        </w:rPr>
        <w:br/>
        <w:t>Ж. Жирентаев көшесі, № 13/1, 15/1, 19, 21</w:t>
      </w:r>
      <w:r>
        <w:rPr>
          <w:sz w:val="28"/>
          <w:szCs w:val="28"/>
        </w:rPr>
        <w:t xml:space="preserve">, 22 үйлер, Қ. Сәтбаев көшесі, </w:t>
      </w:r>
      <w:r w:rsidRPr="007E7FD7">
        <w:rPr>
          <w:sz w:val="28"/>
          <w:szCs w:val="28"/>
        </w:rPr>
        <w:t>№ 4/2, 6/1 үйлер.</w:t>
      </w:r>
    </w:p>
    <w:p w14:paraId="4C5866FE" w14:textId="77777777" w:rsidR="00937755" w:rsidRPr="007E7FD7" w:rsidRDefault="00937755" w:rsidP="00937755">
      <w:pPr>
        <w:ind w:firstLine="709"/>
        <w:jc w:val="both"/>
        <w:rPr>
          <w:sz w:val="28"/>
          <w:szCs w:val="28"/>
        </w:rPr>
      </w:pPr>
    </w:p>
    <w:p w14:paraId="7673F0C4" w14:textId="77777777" w:rsidR="00937755" w:rsidRPr="007E7FD7" w:rsidRDefault="00937755" w:rsidP="00937755">
      <w:pPr>
        <w:keepNext/>
        <w:ind w:firstLine="709"/>
        <w:jc w:val="center"/>
        <w:rPr>
          <w:sz w:val="28"/>
          <w:szCs w:val="28"/>
        </w:rPr>
      </w:pPr>
      <w:r w:rsidRPr="007E7FD7">
        <w:rPr>
          <w:sz w:val="28"/>
          <w:szCs w:val="28"/>
        </w:rPr>
        <w:t>№ 32 сайлау учаскесі</w:t>
      </w:r>
    </w:p>
    <w:p w14:paraId="58E88EE1"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«Ахмет Байтұрсынұлы атындағы </w:t>
      </w:r>
      <w:r w:rsidRPr="007E7FD7">
        <w:rPr>
          <w:sz w:val="28"/>
          <w:szCs w:val="28"/>
        </w:rPr>
        <w:br/>
        <w:t>№ 48 мектеп-лицей» шаруашылық жүргізу құқығындағы мемлекеттік коммуналдық кәсіпорны, Ж. Жирентаев көшесі, № 15/2)</w:t>
      </w:r>
    </w:p>
    <w:p w14:paraId="6CBE3B5B" w14:textId="77777777" w:rsidR="00937755" w:rsidRPr="007E7FD7" w:rsidRDefault="00937755" w:rsidP="00937755">
      <w:pPr>
        <w:ind w:firstLine="709"/>
        <w:jc w:val="center"/>
        <w:rPr>
          <w:sz w:val="28"/>
          <w:szCs w:val="28"/>
        </w:rPr>
      </w:pPr>
    </w:p>
    <w:p w14:paraId="58F8084B" w14:textId="77777777" w:rsidR="00937755" w:rsidRPr="007E7FD7" w:rsidRDefault="00937755" w:rsidP="00937755">
      <w:pPr>
        <w:ind w:firstLine="709"/>
        <w:jc w:val="both"/>
        <w:rPr>
          <w:sz w:val="28"/>
          <w:szCs w:val="28"/>
        </w:rPr>
      </w:pPr>
      <w:r w:rsidRPr="007E7FD7">
        <w:rPr>
          <w:sz w:val="28"/>
          <w:szCs w:val="28"/>
        </w:rPr>
        <w:t xml:space="preserve">Шекарасы: Ж. Жирентаев көшесі, № 4, 4/1, 6/1 үйлер, күйші Дина көшесі, </w:t>
      </w:r>
      <w:r w:rsidRPr="007E7FD7">
        <w:rPr>
          <w:sz w:val="28"/>
          <w:szCs w:val="28"/>
        </w:rPr>
        <w:br/>
        <w:t>№ 23, 23/1, 23/2, 25, 25/1, 25/2, 28, 28/1 үйлер.</w:t>
      </w:r>
    </w:p>
    <w:p w14:paraId="3E63175D" w14:textId="77777777" w:rsidR="00937755" w:rsidRPr="007E7FD7" w:rsidRDefault="00937755" w:rsidP="00937755">
      <w:pPr>
        <w:ind w:firstLine="709"/>
        <w:jc w:val="both"/>
        <w:rPr>
          <w:sz w:val="28"/>
          <w:szCs w:val="28"/>
        </w:rPr>
      </w:pPr>
    </w:p>
    <w:p w14:paraId="7A8416C2" w14:textId="77777777" w:rsidR="00937755" w:rsidRPr="007E7FD7" w:rsidRDefault="00937755" w:rsidP="00937755">
      <w:pPr>
        <w:keepNext/>
        <w:ind w:firstLine="709"/>
        <w:jc w:val="center"/>
        <w:rPr>
          <w:sz w:val="28"/>
          <w:szCs w:val="28"/>
        </w:rPr>
      </w:pPr>
      <w:r w:rsidRPr="007E7FD7">
        <w:rPr>
          <w:sz w:val="28"/>
          <w:szCs w:val="28"/>
        </w:rPr>
        <w:t>№ 33 сайлау учаскесі</w:t>
      </w:r>
    </w:p>
    <w:p w14:paraId="386A17B9"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«Жоғары медициналық колледж» шаруашылық жүргізу құқығындағы мемлекеттік коммуналдық кәсіпорны, </w:t>
      </w:r>
    </w:p>
    <w:p w14:paraId="591CE8CD" w14:textId="77777777" w:rsidR="00937755" w:rsidRPr="007E7FD7" w:rsidRDefault="00937755" w:rsidP="00937755">
      <w:pPr>
        <w:ind w:firstLine="709"/>
        <w:jc w:val="center"/>
        <w:rPr>
          <w:sz w:val="28"/>
          <w:szCs w:val="28"/>
        </w:rPr>
      </w:pPr>
      <w:r w:rsidRPr="007E7FD7">
        <w:rPr>
          <w:sz w:val="28"/>
          <w:szCs w:val="28"/>
        </w:rPr>
        <w:t>Ш. Құдайбердіұлы даңғылы, № 16)</w:t>
      </w:r>
    </w:p>
    <w:p w14:paraId="451BDD16" w14:textId="77777777" w:rsidR="00937755" w:rsidRPr="007E7FD7" w:rsidRDefault="00937755" w:rsidP="00937755">
      <w:pPr>
        <w:ind w:firstLine="709"/>
        <w:jc w:val="center"/>
        <w:rPr>
          <w:sz w:val="28"/>
          <w:szCs w:val="28"/>
        </w:rPr>
      </w:pPr>
    </w:p>
    <w:p w14:paraId="58FD5BF3" w14:textId="77777777" w:rsidR="00937755" w:rsidRPr="007E7FD7" w:rsidRDefault="00937755" w:rsidP="00937755">
      <w:pPr>
        <w:ind w:firstLine="709"/>
        <w:jc w:val="both"/>
        <w:rPr>
          <w:sz w:val="28"/>
          <w:szCs w:val="28"/>
        </w:rPr>
      </w:pPr>
      <w:r w:rsidRPr="007E7FD7">
        <w:rPr>
          <w:sz w:val="28"/>
          <w:szCs w:val="28"/>
        </w:rPr>
        <w:lastRenderedPageBreak/>
        <w:t>Шекарасы: Абылай хан даңғылы, № 25/3, 27/3, 27/4, 29/2 үйлер, Манас көшесі, № 3, 3/1, 4, 5, 6, 6/1, 7, 8, 9, 9А, 11/1, 11/2, 11/3 үйлер, күйші Дина кө</w:t>
      </w:r>
      <w:r>
        <w:rPr>
          <w:sz w:val="28"/>
          <w:szCs w:val="28"/>
        </w:rPr>
        <w:t>шесі, № 35, 37, 39, 39/1 үйлер</w:t>
      </w:r>
      <w:r w:rsidRPr="007E7FD7">
        <w:rPr>
          <w:sz w:val="28"/>
          <w:szCs w:val="28"/>
        </w:rPr>
        <w:t>.</w:t>
      </w:r>
    </w:p>
    <w:p w14:paraId="0ABD53A5" w14:textId="77777777" w:rsidR="00937755" w:rsidRPr="007E7FD7" w:rsidRDefault="00937755" w:rsidP="00937755">
      <w:pPr>
        <w:ind w:firstLine="709"/>
        <w:jc w:val="both"/>
        <w:rPr>
          <w:sz w:val="28"/>
          <w:szCs w:val="28"/>
        </w:rPr>
      </w:pPr>
    </w:p>
    <w:p w14:paraId="1C3E96AB" w14:textId="77777777" w:rsidR="00937755" w:rsidRPr="007E7FD7" w:rsidRDefault="00937755" w:rsidP="00937755">
      <w:pPr>
        <w:keepNext/>
        <w:ind w:firstLine="709"/>
        <w:jc w:val="center"/>
        <w:rPr>
          <w:sz w:val="28"/>
          <w:szCs w:val="28"/>
        </w:rPr>
      </w:pPr>
      <w:r w:rsidRPr="007E7FD7">
        <w:rPr>
          <w:sz w:val="28"/>
          <w:szCs w:val="28"/>
        </w:rPr>
        <w:t>№ 34 сайлау учаскесі</w:t>
      </w:r>
    </w:p>
    <w:p w14:paraId="2826DAAA"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«Мұстафа Шоқай атындағы </w:t>
      </w:r>
    </w:p>
    <w:p w14:paraId="759F7C9A" w14:textId="77777777" w:rsidR="00937755" w:rsidRPr="007E7FD7" w:rsidRDefault="00937755" w:rsidP="00937755">
      <w:pPr>
        <w:ind w:firstLine="709"/>
        <w:jc w:val="center"/>
        <w:rPr>
          <w:sz w:val="28"/>
          <w:szCs w:val="28"/>
        </w:rPr>
      </w:pPr>
      <w:r w:rsidRPr="007E7FD7">
        <w:rPr>
          <w:sz w:val="28"/>
          <w:szCs w:val="28"/>
        </w:rPr>
        <w:t>№ 51 мектеп-гимназия» шаруашылық жүргізу құқығындағы мемлекеттік коммуналдық кәсіпорны, Аманат көшесі, № 5)</w:t>
      </w:r>
    </w:p>
    <w:p w14:paraId="027C1FC7" w14:textId="77777777" w:rsidR="00937755" w:rsidRPr="007E7FD7" w:rsidRDefault="00937755" w:rsidP="00937755">
      <w:pPr>
        <w:ind w:firstLine="709"/>
        <w:jc w:val="center"/>
        <w:rPr>
          <w:sz w:val="28"/>
          <w:szCs w:val="28"/>
        </w:rPr>
      </w:pPr>
    </w:p>
    <w:p w14:paraId="6EDBC445" w14:textId="77777777" w:rsidR="00937755" w:rsidRPr="007E7FD7" w:rsidRDefault="00937755" w:rsidP="00937755">
      <w:pPr>
        <w:ind w:firstLine="709"/>
        <w:jc w:val="both"/>
        <w:rPr>
          <w:sz w:val="28"/>
          <w:szCs w:val="28"/>
        </w:rPr>
      </w:pPr>
      <w:r w:rsidRPr="007E7FD7">
        <w:rPr>
          <w:sz w:val="28"/>
          <w:szCs w:val="28"/>
        </w:rPr>
        <w:t>Шекарасы: М. Жұмабаев даңғылынан Айнакөл көшесінің тақ сандар жағымен Қордай көшесіне дейін, Қордай көшесінің тақ сандар жағымен Балқантау көшесіне дейін, Балқантау көшесінің тақ сандар жағымен Шабыт орамына дейін, Шабыт орамының тақ сандар жағымен Қордай көшесіне дейін, Қордай көшесінің тақ сандар жағымен Сұлутөбе көшесіне дейін, Сұлутөбе көшесінің жұп сандар жағымен М. Жұмабаев даңғылына дейін, М. Жұмабаев даңғылының жұп сандар жағымен Айнакөл көшесіне дейін.</w:t>
      </w:r>
    </w:p>
    <w:p w14:paraId="00058701" w14:textId="77777777" w:rsidR="00937755" w:rsidRPr="007E7FD7" w:rsidRDefault="00937755" w:rsidP="00937755">
      <w:pPr>
        <w:ind w:firstLine="709"/>
        <w:jc w:val="both"/>
        <w:rPr>
          <w:sz w:val="28"/>
          <w:szCs w:val="28"/>
        </w:rPr>
      </w:pPr>
    </w:p>
    <w:p w14:paraId="6F18E62F" w14:textId="77777777" w:rsidR="00937755" w:rsidRPr="007E7FD7" w:rsidRDefault="00937755" w:rsidP="00937755">
      <w:pPr>
        <w:keepNext/>
        <w:ind w:firstLine="709"/>
        <w:jc w:val="center"/>
        <w:rPr>
          <w:sz w:val="28"/>
          <w:szCs w:val="28"/>
        </w:rPr>
      </w:pPr>
      <w:r w:rsidRPr="007E7FD7">
        <w:rPr>
          <w:sz w:val="28"/>
          <w:szCs w:val="28"/>
        </w:rPr>
        <w:t>№ 35 сайлау учаскесі</w:t>
      </w:r>
    </w:p>
    <w:p w14:paraId="29439B74"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«Мұстафа Шоқай атындағы </w:t>
      </w:r>
    </w:p>
    <w:p w14:paraId="21AF74A7" w14:textId="77777777" w:rsidR="00937755" w:rsidRPr="007E7FD7" w:rsidRDefault="00937755" w:rsidP="00937755">
      <w:pPr>
        <w:ind w:firstLine="709"/>
        <w:jc w:val="center"/>
        <w:rPr>
          <w:sz w:val="28"/>
          <w:szCs w:val="28"/>
        </w:rPr>
      </w:pPr>
      <w:r w:rsidRPr="007E7FD7">
        <w:rPr>
          <w:sz w:val="28"/>
          <w:szCs w:val="28"/>
        </w:rPr>
        <w:t>№ 51 мектеп-гимназия» шаруашылық жүргізу құқығындағы мемлекеттік коммуналдық кәсіпорны, Аманат көшесі, № 5)</w:t>
      </w:r>
    </w:p>
    <w:p w14:paraId="631AF765" w14:textId="77777777" w:rsidR="00937755" w:rsidRPr="007E7FD7" w:rsidRDefault="00937755" w:rsidP="00937755">
      <w:pPr>
        <w:ind w:firstLine="709"/>
        <w:jc w:val="center"/>
        <w:rPr>
          <w:sz w:val="28"/>
          <w:szCs w:val="28"/>
        </w:rPr>
      </w:pPr>
    </w:p>
    <w:p w14:paraId="1C91B788" w14:textId="77777777" w:rsidR="00937755" w:rsidRPr="007E7FD7" w:rsidRDefault="00937755" w:rsidP="00937755">
      <w:pPr>
        <w:ind w:firstLine="709"/>
        <w:jc w:val="both"/>
        <w:rPr>
          <w:sz w:val="28"/>
          <w:szCs w:val="28"/>
        </w:rPr>
      </w:pPr>
      <w:r w:rsidRPr="007E7FD7">
        <w:rPr>
          <w:sz w:val="28"/>
          <w:szCs w:val="28"/>
        </w:rPr>
        <w:t xml:space="preserve">Шекарасы: Обаған көшесінен М. Жұмабаев даңғылының тақ сандар жағымен Сұлутөбе көшесіне дейін, Сұлутөбе көшесінің тақ сандар жағымен Қордай көшесіне дейін, Қордай көшесінің тақ сандар жағымен М. Төлебаев көшесіне дейін, М. Төлебаев көшесінің тақ сандар жағымен Б. Майлин көшесіне дейін, </w:t>
      </w:r>
      <w:r w:rsidRPr="007E69C8">
        <w:rPr>
          <w:sz w:val="28"/>
          <w:szCs w:val="28"/>
        </w:rPr>
        <w:t>Б. Майлин көше</w:t>
      </w:r>
      <w:r w:rsidRPr="007E69C8">
        <w:rPr>
          <w:sz w:val="28"/>
          <w:szCs w:val="28"/>
          <w:lang w:val="kk-KZ"/>
        </w:rPr>
        <w:t>сі</w:t>
      </w:r>
      <w:r w:rsidRPr="007E69C8">
        <w:rPr>
          <w:sz w:val="28"/>
          <w:szCs w:val="28"/>
        </w:rPr>
        <w:t>нің тақ сандар жағымен</w:t>
      </w:r>
      <w:r w:rsidRPr="007E7FD7">
        <w:rPr>
          <w:sz w:val="28"/>
          <w:szCs w:val="28"/>
        </w:rPr>
        <w:t xml:space="preserve"> күйші Дина көшесіндегі № 30, 30/1, 30А үйлер мен Б. Майлин көшесіндегі № 31 үйді қоса алғанда, М. Жұмабаев даңғылына дейін, М. Жұмабаев даңғылының жұп сандар жағымен Б. Момышұлы даңғылына дейін, Б. Момышұлы даңғылының жұп сандар жағымен Сырымбет көшесіне дейін, Сырымбет көшесінің жұп сандар жағымен Талғар көшесіне дейін, Талғар көшесінің жұп сандар жағымен Көкпар орамына дейін, Көкпар орамының жұп сандар жағымен Обаған көшесіне дейін, Обаған көшесінің тақ сандар жағымен М. Жұмабаев даңғылына дейін.</w:t>
      </w:r>
    </w:p>
    <w:p w14:paraId="1D3AAE15" w14:textId="77777777" w:rsidR="00937755" w:rsidRPr="007E7FD7" w:rsidRDefault="00937755" w:rsidP="00937755">
      <w:pPr>
        <w:ind w:firstLine="709"/>
        <w:jc w:val="both"/>
        <w:rPr>
          <w:sz w:val="28"/>
          <w:szCs w:val="28"/>
        </w:rPr>
      </w:pPr>
    </w:p>
    <w:p w14:paraId="6F350EA7" w14:textId="77777777" w:rsidR="00937755" w:rsidRPr="007E7FD7" w:rsidRDefault="00937755" w:rsidP="00937755">
      <w:pPr>
        <w:keepNext/>
        <w:ind w:firstLine="709"/>
        <w:jc w:val="center"/>
        <w:rPr>
          <w:sz w:val="28"/>
          <w:szCs w:val="28"/>
        </w:rPr>
      </w:pPr>
      <w:r w:rsidRPr="007E7FD7">
        <w:rPr>
          <w:sz w:val="28"/>
          <w:szCs w:val="28"/>
        </w:rPr>
        <w:t>№ 36 сайлау учаскесі</w:t>
      </w:r>
    </w:p>
    <w:p w14:paraId="61801141"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«Мұстафа Шоқай атындағы</w:t>
      </w:r>
      <w:r>
        <w:rPr>
          <w:sz w:val="28"/>
          <w:szCs w:val="28"/>
        </w:rPr>
        <w:t xml:space="preserve"> </w:t>
      </w:r>
      <w:r>
        <w:rPr>
          <w:sz w:val="28"/>
          <w:szCs w:val="28"/>
        </w:rPr>
        <w:br/>
      </w:r>
      <w:r w:rsidRPr="007E69C8">
        <w:rPr>
          <w:sz w:val="28"/>
          <w:szCs w:val="28"/>
        </w:rPr>
        <w:t>№ 51 мектеп-гимназия»</w:t>
      </w:r>
      <w:r w:rsidRPr="007E7FD7">
        <w:rPr>
          <w:sz w:val="28"/>
          <w:szCs w:val="28"/>
        </w:rPr>
        <w:t xml:space="preserve"> шаруашылық жүргізу құқығындағы мемлекеттік коммуналдық кәсіпорны, Аманат көшесі, № 5)</w:t>
      </w:r>
    </w:p>
    <w:p w14:paraId="0922DCBC" w14:textId="77777777" w:rsidR="00937755" w:rsidRPr="007E7FD7" w:rsidRDefault="00937755" w:rsidP="00937755">
      <w:pPr>
        <w:ind w:firstLine="709"/>
        <w:jc w:val="center"/>
        <w:rPr>
          <w:sz w:val="28"/>
          <w:szCs w:val="28"/>
        </w:rPr>
      </w:pPr>
    </w:p>
    <w:p w14:paraId="197ABDEA" w14:textId="77777777" w:rsidR="00937755" w:rsidRPr="007E7FD7" w:rsidRDefault="00937755" w:rsidP="00937755">
      <w:pPr>
        <w:ind w:firstLine="709"/>
        <w:jc w:val="both"/>
        <w:rPr>
          <w:sz w:val="28"/>
          <w:szCs w:val="28"/>
        </w:rPr>
      </w:pPr>
      <w:r w:rsidRPr="007E7FD7">
        <w:rPr>
          <w:sz w:val="28"/>
          <w:szCs w:val="28"/>
        </w:rPr>
        <w:t xml:space="preserve">Шекарасы: Қ. Сәтбаев көшесінен күйші Дина көшесінің жұп сандар жағымен М. Жұмабаев даңғылына дейін, М. Жұмабаев даңғылының тақ сандар жағымен Шашу орамына дейін, Шашу орамының тақ сандар жағымен Әбуабдулло Рудаки көшесіне дейін, Әбуабдулло Рудаки көшесінің жұп сандар жағымен Б. Майлин көшесіне дейін, Б. Майлин көшесінің тақ сандар жағымен </w:t>
      </w:r>
      <w:r w:rsidRPr="007E7FD7">
        <w:rPr>
          <w:sz w:val="28"/>
          <w:szCs w:val="28"/>
        </w:rPr>
        <w:br/>
      </w:r>
      <w:r w:rsidRPr="007E7FD7">
        <w:rPr>
          <w:sz w:val="28"/>
          <w:szCs w:val="28"/>
        </w:rPr>
        <w:lastRenderedPageBreak/>
        <w:t xml:space="preserve">Қ. Сәтбаев көшесіне дейін, Қ. Сәтбаев көшесінің жұп сандар жағымен күйші Дина көшесіндегі № 28, 28/1 үйлерді, Б. Майлин көшесіндегі № 31 үйді қоспағанда, Қосбасар орамындағы № 2, 2А үйлерді, Манатау көшесіндегі № 2, 2/1, 4, 4/1 үйлерді, Қ. Сәтбаев көшесіндегі № 16/1, 16/2, 16/3, 18 үйлерді, </w:t>
      </w:r>
      <w:r w:rsidRPr="007E7FD7">
        <w:rPr>
          <w:sz w:val="28"/>
          <w:szCs w:val="28"/>
        </w:rPr>
        <w:br/>
        <w:t>Б. Майлин көшесіндегі № 16/2, 16/3, 16/8, 16/9, 16/11 үйлерді қоса алғанда, күйші Дина көшесіне дейін.</w:t>
      </w:r>
    </w:p>
    <w:p w14:paraId="14D47488" w14:textId="77777777" w:rsidR="00937755" w:rsidRPr="007E7FD7" w:rsidRDefault="00937755" w:rsidP="00937755">
      <w:pPr>
        <w:ind w:firstLine="709"/>
        <w:jc w:val="both"/>
        <w:rPr>
          <w:sz w:val="28"/>
          <w:szCs w:val="28"/>
        </w:rPr>
      </w:pPr>
    </w:p>
    <w:p w14:paraId="35873390" w14:textId="77777777" w:rsidR="00937755" w:rsidRPr="007E7FD7" w:rsidRDefault="00937755" w:rsidP="00937755">
      <w:pPr>
        <w:keepNext/>
        <w:ind w:firstLine="709"/>
        <w:jc w:val="center"/>
        <w:rPr>
          <w:sz w:val="28"/>
          <w:szCs w:val="28"/>
        </w:rPr>
      </w:pPr>
      <w:r w:rsidRPr="007E7FD7">
        <w:rPr>
          <w:sz w:val="28"/>
          <w:szCs w:val="28"/>
        </w:rPr>
        <w:t>№ 37 сайлау учаскесі</w:t>
      </w:r>
    </w:p>
    <w:p w14:paraId="1ED1F0F5"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p w14:paraId="7715B214" w14:textId="77777777" w:rsidR="00937755" w:rsidRPr="007E7FD7" w:rsidRDefault="00937755" w:rsidP="00937755">
      <w:pPr>
        <w:ind w:firstLine="709"/>
        <w:jc w:val="center"/>
        <w:rPr>
          <w:sz w:val="28"/>
          <w:szCs w:val="28"/>
        </w:rPr>
      </w:pPr>
    </w:p>
    <w:p w14:paraId="165DA99F" w14:textId="77777777" w:rsidR="00937755" w:rsidRPr="007E7FD7" w:rsidRDefault="00937755" w:rsidP="00937755">
      <w:pPr>
        <w:ind w:firstLine="709"/>
        <w:jc w:val="both"/>
        <w:rPr>
          <w:sz w:val="28"/>
          <w:szCs w:val="28"/>
        </w:rPr>
      </w:pPr>
      <w:r w:rsidRPr="007E7FD7">
        <w:rPr>
          <w:sz w:val="28"/>
          <w:szCs w:val="28"/>
        </w:rPr>
        <w:t>Шекарасы: Б. Момышұлы даңғылынан Қ. Сәтбаев көшесінің жұп сандар жағымен Қосалқа орамына дейін, Қосалқа орамының тақ сандар жағымен Аманат көшесіне дейін, Аманат көшесінің жұп сандар жағымен Б. Момышұлы даңғылына дейін, Б. Момышұлы даңғылының жұп сандар жағымен Қ. Сәтбаев көшесіне дейін.</w:t>
      </w:r>
    </w:p>
    <w:p w14:paraId="2240F216" w14:textId="77777777" w:rsidR="00937755" w:rsidRPr="007E7FD7" w:rsidRDefault="00937755" w:rsidP="00937755">
      <w:pPr>
        <w:ind w:firstLine="709"/>
        <w:jc w:val="both"/>
        <w:rPr>
          <w:sz w:val="28"/>
          <w:szCs w:val="28"/>
        </w:rPr>
      </w:pPr>
    </w:p>
    <w:p w14:paraId="3093E7BF" w14:textId="77777777" w:rsidR="00937755" w:rsidRPr="007E7FD7" w:rsidRDefault="00937755" w:rsidP="00937755">
      <w:pPr>
        <w:keepNext/>
        <w:ind w:firstLine="709"/>
        <w:jc w:val="center"/>
        <w:rPr>
          <w:sz w:val="28"/>
          <w:szCs w:val="28"/>
        </w:rPr>
      </w:pPr>
      <w:r w:rsidRPr="007E7FD7">
        <w:rPr>
          <w:sz w:val="28"/>
          <w:szCs w:val="28"/>
        </w:rPr>
        <w:t>№ 38 сайлау учаскесі</w:t>
      </w:r>
    </w:p>
    <w:p w14:paraId="352E553E"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p w14:paraId="4D88F09B" w14:textId="77777777" w:rsidR="00937755" w:rsidRPr="007E7FD7" w:rsidRDefault="00937755" w:rsidP="00937755">
      <w:pPr>
        <w:ind w:firstLine="709"/>
        <w:jc w:val="center"/>
        <w:rPr>
          <w:sz w:val="28"/>
          <w:szCs w:val="28"/>
        </w:rPr>
      </w:pPr>
    </w:p>
    <w:p w14:paraId="19835648" w14:textId="77777777" w:rsidR="00937755" w:rsidRPr="007E7FD7" w:rsidRDefault="00937755" w:rsidP="00937755">
      <w:pPr>
        <w:ind w:firstLine="709"/>
        <w:jc w:val="both"/>
        <w:rPr>
          <w:sz w:val="28"/>
          <w:szCs w:val="28"/>
        </w:rPr>
      </w:pPr>
      <w:r w:rsidRPr="007E7FD7">
        <w:rPr>
          <w:sz w:val="28"/>
          <w:szCs w:val="28"/>
        </w:rPr>
        <w:t>Шекарасы: Қосалқа орамынан Қ. Сәтбаев көшесінің жұп сандар жағымен Обаған көшесіне дейін, Обаған көшесінің</w:t>
      </w:r>
      <w:r>
        <w:rPr>
          <w:sz w:val="28"/>
          <w:szCs w:val="28"/>
          <w:lang w:val="kk-KZ"/>
        </w:rPr>
        <w:t xml:space="preserve"> тақ </w:t>
      </w:r>
      <w:r w:rsidRPr="007E7FD7">
        <w:rPr>
          <w:sz w:val="28"/>
          <w:szCs w:val="28"/>
        </w:rPr>
        <w:t xml:space="preserve">сандар жағымен Көкпар орамына дейін, Көкпар орамының тақ сандар жағымен Талғар көшесіне дейін, Талғар көшесінің тақ сандар жағымен Сырымбет көшесіне дейін, Сырымбет көшесінің тақ сандар жағымен Қосалқа орамына дейін, Қосалқа орамының жұп сандар жағымен Б. Момышұлы даңғылындағы № 16 үйді, Қ. Сәтбаев көшесіндегі </w:t>
      </w:r>
      <w:r w:rsidRPr="007E7FD7">
        <w:rPr>
          <w:sz w:val="28"/>
          <w:szCs w:val="28"/>
        </w:rPr>
        <w:br/>
        <w:t>№ 31 үйді қоса алғанда, Қ. Сәтбаев көшесіне дейін.</w:t>
      </w:r>
    </w:p>
    <w:p w14:paraId="5E91D82E" w14:textId="77777777" w:rsidR="00937755" w:rsidRPr="007E7FD7" w:rsidRDefault="00937755" w:rsidP="00937755">
      <w:pPr>
        <w:ind w:firstLine="709"/>
        <w:jc w:val="both"/>
        <w:rPr>
          <w:sz w:val="28"/>
          <w:szCs w:val="28"/>
        </w:rPr>
      </w:pPr>
    </w:p>
    <w:p w14:paraId="1C1F3641" w14:textId="77777777" w:rsidR="00937755" w:rsidRPr="007E7FD7" w:rsidRDefault="00937755" w:rsidP="00937755">
      <w:pPr>
        <w:keepNext/>
        <w:ind w:firstLine="709"/>
        <w:jc w:val="center"/>
        <w:rPr>
          <w:sz w:val="28"/>
          <w:szCs w:val="28"/>
        </w:rPr>
      </w:pPr>
      <w:r w:rsidRPr="007E7FD7">
        <w:rPr>
          <w:sz w:val="28"/>
          <w:szCs w:val="28"/>
        </w:rPr>
        <w:t>№ 39 сайлау учаскесі</w:t>
      </w:r>
    </w:p>
    <w:p w14:paraId="74711169"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p w14:paraId="30B5D305" w14:textId="77777777" w:rsidR="00937755" w:rsidRPr="007E7FD7" w:rsidRDefault="00937755" w:rsidP="00937755">
      <w:pPr>
        <w:ind w:firstLine="709"/>
        <w:jc w:val="center"/>
        <w:rPr>
          <w:sz w:val="28"/>
          <w:szCs w:val="28"/>
        </w:rPr>
      </w:pPr>
    </w:p>
    <w:p w14:paraId="4A6D339E" w14:textId="77777777" w:rsidR="00937755" w:rsidRPr="007E7FD7" w:rsidRDefault="00937755" w:rsidP="00937755">
      <w:pPr>
        <w:ind w:firstLine="709"/>
        <w:jc w:val="both"/>
        <w:rPr>
          <w:sz w:val="28"/>
          <w:szCs w:val="28"/>
        </w:rPr>
      </w:pPr>
      <w:r w:rsidRPr="005F51F1">
        <w:rPr>
          <w:sz w:val="28"/>
          <w:szCs w:val="28"/>
        </w:rPr>
        <w:t>Шекарасы: Тәуелсіздік даңғылынан Б. Момышұлы даңғылының жұп сандар жағымен Қ. Сәтбаев көшесіне дейін, Қ. Сәтбаев көшесінің тақ сандар жағымен Қарқабат көшесіне дейін, Қарқабат көшесінің</w:t>
      </w:r>
      <w:r w:rsidRPr="005F51F1">
        <w:rPr>
          <w:sz w:val="28"/>
          <w:szCs w:val="28"/>
          <w:lang w:val="kk-KZ"/>
        </w:rPr>
        <w:t xml:space="preserve"> тақ </w:t>
      </w:r>
      <w:r w:rsidRPr="005F51F1">
        <w:rPr>
          <w:sz w:val="28"/>
          <w:szCs w:val="28"/>
        </w:rPr>
        <w:t>сандар жағымен Балқантау көшесіне дейін, Балқантау көшесімен Қалба көшесіне дейін, Қалба көшесінің тақ сандар жағымен Тәуелсіздік даңғылына дейін, Тәуелсіздік даңғылының</w:t>
      </w:r>
      <w:r w:rsidRPr="005F51F1">
        <w:rPr>
          <w:sz w:val="28"/>
          <w:szCs w:val="28"/>
          <w:lang w:val="kk-KZ"/>
        </w:rPr>
        <w:t xml:space="preserve"> жұп </w:t>
      </w:r>
      <w:r w:rsidRPr="005F51F1">
        <w:rPr>
          <w:sz w:val="28"/>
          <w:szCs w:val="28"/>
        </w:rPr>
        <w:t>сандар жағымен Қ. Сәтбаев көшесіндегі № 31 үйді, Қарқабат көшесіндегі № 2 үйді қоспағанда, Б. Момышұлы даңғылына дейін.</w:t>
      </w:r>
    </w:p>
    <w:p w14:paraId="5A621534" w14:textId="77777777" w:rsidR="00937755" w:rsidRPr="007E7FD7" w:rsidRDefault="00937755" w:rsidP="00937755">
      <w:pPr>
        <w:ind w:firstLine="709"/>
        <w:jc w:val="center"/>
        <w:rPr>
          <w:sz w:val="28"/>
          <w:szCs w:val="28"/>
        </w:rPr>
      </w:pPr>
    </w:p>
    <w:p w14:paraId="7FD45FCD" w14:textId="77777777" w:rsidR="00937755" w:rsidRPr="007E7FD7" w:rsidRDefault="00937755" w:rsidP="00937755">
      <w:pPr>
        <w:keepNext/>
        <w:ind w:firstLine="709"/>
        <w:jc w:val="center"/>
        <w:rPr>
          <w:sz w:val="28"/>
          <w:szCs w:val="28"/>
        </w:rPr>
      </w:pPr>
      <w:r w:rsidRPr="007E7FD7">
        <w:rPr>
          <w:sz w:val="28"/>
          <w:szCs w:val="28"/>
        </w:rPr>
        <w:lastRenderedPageBreak/>
        <w:t>№ 40 сайлау учаскесі</w:t>
      </w:r>
    </w:p>
    <w:p w14:paraId="116C3B9A"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«Сұлтанбек Қожанов атындағы </w:t>
      </w:r>
    </w:p>
    <w:p w14:paraId="00374DCE" w14:textId="77777777" w:rsidR="00937755" w:rsidRPr="007E7FD7" w:rsidRDefault="00937755" w:rsidP="00937755">
      <w:pPr>
        <w:ind w:firstLine="709"/>
        <w:jc w:val="center"/>
        <w:rPr>
          <w:sz w:val="28"/>
          <w:szCs w:val="28"/>
        </w:rPr>
      </w:pPr>
      <w:r w:rsidRPr="007E7FD7">
        <w:rPr>
          <w:sz w:val="28"/>
          <w:szCs w:val="28"/>
        </w:rPr>
        <w:t>№ 64 мектеп-лицей» шаруашылық жүргізу құқығындағы мемлекеттік коммуналдық кәсіпорны, Ғ. Мүсірепов көшесі, № 15)</w:t>
      </w:r>
    </w:p>
    <w:p w14:paraId="64B0768E" w14:textId="77777777" w:rsidR="00937755" w:rsidRPr="007E7FD7" w:rsidRDefault="00937755" w:rsidP="00937755">
      <w:pPr>
        <w:ind w:firstLine="709"/>
        <w:jc w:val="center"/>
        <w:rPr>
          <w:sz w:val="28"/>
          <w:szCs w:val="28"/>
        </w:rPr>
      </w:pPr>
    </w:p>
    <w:p w14:paraId="60C1118F" w14:textId="77777777" w:rsidR="00937755" w:rsidRPr="007E7FD7" w:rsidRDefault="00937755" w:rsidP="00937755">
      <w:pPr>
        <w:ind w:firstLine="709"/>
        <w:jc w:val="both"/>
        <w:rPr>
          <w:sz w:val="28"/>
          <w:szCs w:val="28"/>
        </w:rPr>
      </w:pPr>
      <w:r w:rsidRPr="007E7FD7">
        <w:rPr>
          <w:sz w:val="28"/>
          <w:szCs w:val="28"/>
        </w:rPr>
        <w:t>Шекарасы: Ғ. Мұстафин көшесі, № 21/5, 21/6, 21/7 үйлер, Қ. Рысқұлбеков көшесі, № 16/1, 16/2 үйлер.</w:t>
      </w:r>
    </w:p>
    <w:p w14:paraId="69CB795B" w14:textId="77777777" w:rsidR="00937755" w:rsidRPr="007E7FD7" w:rsidRDefault="00937755" w:rsidP="00937755">
      <w:pPr>
        <w:ind w:firstLine="709"/>
        <w:jc w:val="center"/>
        <w:rPr>
          <w:sz w:val="28"/>
          <w:szCs w:val="28"/>
        </w:rPr>
      </w:pPr>
    </w:p>
    <w:p w14:paraId="3DFB932B" w14:textId="77777777" w:rsidR="00937755" w:rsidRPr="007E7FD7" w:rsidRDefault="00937755" w:rsidP="00937755">
      <w:pPr>
        <w:keepNext/>
        <w:ind w:firstLine="709"/>
        <w:jc w:val="center"/>
        <w:rPr>
          <w:sz w:val="28"/>
          <w:szCs w:val="28"/>
        </w:rPr>
      </w:pPr>
      <w:r w:rsidRPr="007E7FD7">
        <w:rPr>
          <w:sz w:val="28"/>
          <w:szCs w:val="28"/>
        </w:rPr>
        <w:t>№ 41 сайлау учаскесі</w:t>
      </w:r>
    </w:p>
    <w:p w14:paraId="77499CCE"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«Сұлтанбек Қожанов атындағы </w:t>
      </w:r>
    </w:p>
    <w:p w14:paraId="5E116FEA" w14:textId="77777777" w:rsidR="00937755" w:rsidRPr="007E7FD7" w:rsidRDefault="00937755" w:rsidP="00937755">
      <w:pPr>
        <w:ind w:firstLine="709"/>
        <w:jc w:val="center"/>
        <w:rPr>
          <w:sz w:val="28"/>
          <w:szCs w:val="28"/>
        </w:rPr>
      </w:pPr>
      <w:r w:rsidRPr="007E7FD7">
        <w:rPr>
          <w:sz w:val="28"/>
          <w:szCs w:val="28"/>
        </w:rPr>
        <w:t>№ 64 мектеп-лицей» шаруашылық жүргізу құқығындағы мемлекеттік коммуналдық кәсіпорны, Ғ. Мүсірепов көшесі, № 15)</w:t>
      </w:r>
    </w:p>
    <w:p w14:paraId="5DFF3F32" w14:textId="77777777" w:rsidR="00937755" w:rsidRPr="007E7FD7" w:rsidRDefault="00937755" w:rsidP="00937755">
      <w:pPr>
        <w:ind w:firstLine="709"/>
        <w:jc w:val="center"/>
        <w:rPr>
          <w:sz w:val="28"/>
          <w:szCs w:val="28"/>
        </w:rPr>
      </w:pPr>
    </w:p>
    <w:p w14:paraId="24283D2E" w14:textId="77777777" w:rsidR="00937755" w:rsidRPr="007E7FD7" w:rsidRDefault="00937755" w:rsidP="00937755">
      <w:pPr>
        <w:ind w:firstLine="709"/>
        <w:jc w:val="both"/>
        <w:rPr>
          <w:sz w:val="28"/>
          <w:szCs w:val="28"/>
        </w:rPr>
      </w:pPr>
      <w:r w:rsidRPr="007E7FD7">
        <w:rPr>
          <w:sz w:val="28"/>
          <w:szCs w:val="28"/>
        </w:rPr>
        <w:t>Шекарасы: Ш. Құдайбердіұлы даңғылы, № 25/1, 25/2, 25/3, 29/1 үйлер.</w:t>
      </w:r>
    </w:p>
    <w:p w14:paraId="36BFC349" w14:textId="77777777" w:rsidR="00937755" w:rsidRPr="007E7FD7" w:rsidRDefault="00937755" w:rsidP="00937755">
      <w:pPr>
        <w:ind w:firstLine="709"/>
        <w:jc w:val="both"/>
        <w:rPr>
          <w:sz w:val="28"/>
          <w:szCs w:val="28"/>
        </w:rPr>
      </w:pPr>
    </w:p>
    <w:p w14:paraId="75B39C7C" w14:textId="77777777" w:rsidR="00937755" w:rsidRPr="007E7FD7" w:rsidRDefault="00937755" w:rsidP="00937755">
      <w:pPr>
        <w:keepNext/>
        <w:ind w:firstLine="709"/>
        <w:jc w:val="center"/>
        <w:rPr>
          <w:sz w:val="28"/>
          <w:szCs w:val="28"/>
        </w:rPr>
      </w:pPr>
      <w:r w:rsidRPr="007E7FD7">
        <w:rPr>
          <w:sz w:val="28"/>
          <w:szCs w:val="28"/>
        </w:rPr>
        <w:t>№ 42 сайлау учаскесі</w:t>
      </w:r>
    </w:p>
    <w:p w14:paraId="06874081"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«Сұлтанбек Қожанов атындағы </w:t>
      </w:r>
    </w:p>
    <w:p w14:paraId="0DC2474B" w14:textId="77777777" w:rsidR="00937755" w:rsidRPr="007E7FD7" w:rsidRDefault="00937755" w:rsidP="00937755">
      <w:pPr>
        <w:ind w:firstLine="709"/>
        <w:jc w:val="center"/>
        <w:rPr>
          <w:sz w:val="28"/>
          <w:szCs w:val="28"/>
        </w:rPr>
      </w:pPr>
      <w:r w:rsidRPr="007E7FD7">
        <w:rPr>
          <w:sz w:val="28"/>
          <w:szCs w:val="28"/>
        </w:rPr>
        <w:t>№ 64 мектеп-лицей» шаруашылық жүргізу құқығындағы мемлекеттік коммуналдық кәсіпорны, Ғ. Мүсірепов көшесі, № 15)</w:t>
      </w:r>
    </w:p>
    <w:p w14:paraId="7135C516" w14:textId="77777777" w:rsidR="00937755" w:rsidRPr="007E7FD7" w:rsidRDefault="00937755" w:rsidP="00937755">
      <w:pPr>
        <w:ind w:firstLine="709"/>
        <w:jc w:val="center"/>
        <w:rPr>
          <w:sz w:val="28"/>
          <w:szCs w:val="28"/>
        </w:rPr>
      </w:pPr>
    </w:p>
    <w:p w14:paraId="36D6C9B7" w14:textId="77777777" w:rsidR="00937755" w:rsidRPr="007E7FD7" w:rsidRDefault="00937755" w:rsidP="00937755">
      <w:pPr>
        <w:ind w:firstLine="709"/>
        <w:jc w:val="both"/>
        <w:rPr>
          <w:sz w:val="28"/>
          <w:szCs w:val="28"/>
        </w:rPr>
      </w:pPr>
      <w:r w:rsidRPr="007E7FD7">
        <w:rPr>
          <w:sz w:val="28"/>
          <w:szCs w:val="28"/>
        </w:rPr>
        <w:t>Шекарасы: Ғ. Мүсірепов көшесінен Ш. Құдайбердіұлы даңғылының тақ сандар жағымен Қ. Рысқұлбеков көшесіне дейін, Қ. Рысқұлбеков көшесінің жұп сандар жағымен теміржол төсеміне дейін, теміржол төсемімен Ғ. Мүсірепов көшесіне дейін, Ғ. Мүсірепов көшесінің тақ сандар жағымен, Қ. Рысқұлбеков көшесіндегі № 16/1, 16/2 үйлерді қоспағанда, Ш. Құдайбердіұлы даңғылына дейін.</w:t>
      </w:r>
    </w:p>
    <w:p w14:paraId="69053A89" w14:textId="77777777" w:rsidR="00937755" w:rsidRPr="007E7FD7" w:rsidRDefault="00937755" w:rsidP="00937755">
      <w:pPr>
        <w:ind w:firstLine="709"/>
        <w:jc w:val="center"/>
        <w:rPr>
          <w:sz w:val="28"/>
          <w:szCs w:val="28"/>
        </w:rPr>
      </w:pPr>
    </w:p>
    <w:p w14:paraId="08A3776F" w14:textId="77777777" w:rsidR="00937755" w:rsidRPr="007E7FD7" w:rsidRDefault="00937755" w:rsidP="00937755">
      <w:pPr>
        <w:keepNext/>
        <w:ind w:firstLine="709"/>
        <w:jc w:val="center"/>
        <w:rPr>
          <w:sz w:val="28"/>
          <w:szCs w:val="28"/>
        </w:rPr>
      </w:pPr>
      <w:r w:rsidRPr="007E7FD7">
        <w:rPr>
          <w:sz w:val="28"/>
          <w:szCs w:val="28"/>
        </w:rPr>
        <w:t>№ 43 сайлау учаскесі</w:t>
      </w:r>
    </w:p>
    <w:p w14:paraId="022992C1"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«Орталықтандырылған кітапханалар жүйесі» коммуналдық мемлекеттік мекемесі, Ш. Құдайбердіұлы даңғылы, № 25/3)</w:t>
      </w:r>
    </w:p>
    <w:p w14:paraId="0FEF96C9" w14:textId="77777777" w:rsidR="00937755" w:rsidRPr="007E7FD7" w:rsidRDefault="00937755" w:rsidP="00937755">
      <w:pPr>
        <w:ind w:firstLine="709"/>
        <w:jc w:val="center"/>
        <w:rPr>
          <w:sz w:val="28"/>
          <w:szCs w:val="28"/>
        </w:rPr>
      </w:pPr>
    </w:p>
    <w:p w14:paraId="757857FD" w14:textId="77777777" w:rsidR="00937755" w:rsidRDefault="00937755" w:rsidP="00937755">
      <w:pPr>
        <w:ind w:firstLine="709"/>
        <w:jc w:val="both"/>
        <w:rPr>
          <w:sz w:val="28"/>
          <w:szCs w:val="28"/>
        </w:rPr>
      </w:pPr>
      <w:r w:rsidRPr="005F51F1">
        <w:rPr>
          <w:sz w:val="28"/>
          <w:szCs w:val="28"/>
        </w:rPr>
        <w:t>Шекарасы: Абылай хан даңғылы, № 45А, 45Г, 45Е үйлер, Қ. Рысқұлбеков көшесі, № 1, 2, 2/1, 2/2, 4, 4/1, 5, 6, 6А, 7, 7/1, 8, 8А, 8/1, 8/2, 8/3, 9, 11, 11/1, 13, 15 үйлер, Ш. Құдайбердіұлы даңғылы, № 38 үй, Ғ. Мүсірепов көшесі, № 7/2 үй.</w:t>
      </w:r>
    </w:p>
    <w:p w14:paraId="24D473E2" w14:textId="77777777" w:rsidR="00937755" w:rsidRPr="009373E7" w:rsidRDefault="00937755" w:rsidP="00937755">
      <w:pPr>
        <w:ind w:firstLine="709"/>
        <w:jc w:val="both"/>
        <w:rPr>
          <w:sz w:val="28"/>
          <w:szCs w:val="28"/>
        </w:rPr>
      </w:pPr>
    </w:p>
    <w:p w14:paraId="056E5908" w14:textId="77777777" w:rsidR="00937755" w:rsidRPr="007E7FD7" w:rsidRDefault="00937755" w:rsidP="00937755">
      <w:pPr>
        <w:keepNext/>
        <w:ind w:firstLine="709"/>
        <w:jc w:val="center"/>
        <w:rPr>
          <w:sz w:val="28"/>
          <w:szCs w:val="28"/>
        </w:rPr>
      </w:pPr>
      <w:r w:rsidRPr="007E7FD7">
        <w:rPr>
          <w:sz w:val="28"/>
          <w:szCs w:val="28"/>
        </w:rPr>
        <w:t>№ 44 сайлау учаскесі</w:t>
      </w:r>
    </w:p>
    <w:p w14:paraId="755A36A9"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«Шерхан Мұртаза атындағы </w:t>
      </w:r>
    </w:p>
    <w:p w14:paraId="20EFD86C" w14:textId="77777777" w:rsidR="00937755" w:rsidRPr="007E7FD7" w:rsidRDefault="00937755" w:rsidP="00937755">
      <w:pPr>
        <w:ind w:firstLine="709"/>
        <w:jc w:val="center"/>
        <w:rPr>
          <w:sz w:val="28"/>
          <w:szCs w:val="28"/>
        </w:rPr>
      </w:pPr>
      <w:r w:rsidRPr="007E7FD7">
        <w:rPr>
          <w:sz w:val="28"/>
          <w:szCs w:val="28"/>
        </w:rPr>
        <w:t>№ 63 мектеп-гимназия» шаруашылық жүргізу құқығындағы мемлекеттік коммуналдық кәсіпорны, Лепс</w:t>
      </w:r>
      <w:r w:rsidRPr="002F21F6">
        <w:rPr>
          <w:sz w:val="28"/>
          <w:szCs w:val="28"/>
        </w:rPr>
        <w:t>і</w:t>
      </w:r>
      <w:r w:rsidRPr="007E7FD7">
        <w:rPr>
          <w:sz w:val="28"/>
          <w:szCs w:val="28"/>
        </w:rPr>
        <w:t xml:space="preserve"> көшесі, № 38)</w:t>
      </w:r>
    </w:p>
    <w:p w14:paraId="2C4E77C9" w14:textId="77777777" w:rsidR="00937755" w:rsidRPr="007E7FD7" w:rsidRDefault="00937755" w:rsidP="00937755">
      <w:pPr>
        <w:ind w:firstLine="709"/>
        <w:jc w:val="center"/>
        <w:rPr>
          <w:sz w:val="28"/>
          <w:szCs w:val="28"/>
        </w:rPr>
      </w:pPr>
    </w:p>
    <w:p w14:paraId="5956179C" w14:textId="77777777" w:rsidR="00937755" w:rsidRPr="007E7FD7" w:rsidRDefault="00937755" w:rsidP="00937755">
      <w:pPr>
        <w:ind w:firstLine="709"/>
        <w:jc w:val="both"/>
        <w:rPr>
          <w:sz w:val="28"/>
          <w:szCs w:val="28"/>
        </w:rPr>
      </w:pPr>
      <w:r w:rsidRPr="007E7FD7">
        <w:rPr>
          <w:sz w:val="28"/>
          <w:szCs w:val="28"/>
        </w:rPr>
        <w:t xml:space="preserve">Шекарасы: Р. Қошқарбаев даңғылынан М. Төлебаев көшесінің жұп сандар жағымен Қызылкөл орамына дейін, Қызылкөл орамының жұп сандар жағымен Майдақоңыр көшесіне дейін, Майдақоңыр көшесінің тақ сандар жағымен Арал орамына дейін, Арал орамының жұп сандар жағымен Ертіс көшесіне дейін, Ертіс </w:t>
      </w:r>
      <w:r w:rsidRPr="007E7FD7">
        <w:rPr>
          <w:sz w:val="28"/>
          <w:szCs w:val="28"/>
        </w:rPr>
        <w:lastRenderedPageBreak/>
        <w:t xml:space="preserve">көшесінің жұп сандар жағымен Ш. Құдайбердіұлы даңғылына дейін, </w:t>
      </w:r>
      <w:r w:rsidRPr="007E7FD7">
        <w:rPr>
          <w:sz w:val="28"/>
          <w:szCs w:val="28"/>
        </w:rPr>
        <w:br/>
        <w:t>Ш. Құдайбердіұлы даңғылының жұп сандар жағымен Р. Қошқарбаев даңғылына дейін, Р. Қошқарбаев даңғылының тақ сандар жағымен М. Төлебаев көшесіне дейін.</w:t>
      </w:r>
    </w:p>
    <w:p w14:paraId="56D4A159" w14:textId="77777777" w:rsidR="00937755" w:rsidRPr="007E7FD7" w:rsidRDefault="00937755" w:rsidP="00937755">
      <w:pPr>
        <w:ind w:firstLine="709"/>
        <w:jc w:val="both"/>
        <w:rPr>
          <w:sz w:val="28"/>
          <w:szCs w:val="28"/>
        </w:rPr>
      </w:pPr>
    </w:p>
    <w:p w14:paraId="363EBFD4" w14:textId="77777777" w:rsidR="00937755" w:rsidRPr="007E7FD7" w:rsidRDefault="00937755" w:rsidP="00937755">
      <w:pPr>
        <w:keepNext/>
        <w:ind w:firstLine="709"/>
        <w:jc w:val="center"/>
        <w:rPr>
          <w:sz w:val="28"/>
          <w:szCs w:val="28"/>
        </w:rPr>
      </w:pPr>
      <w:r w:rsidRPr="007E7FD7">
        <w:rPr>
          <w:sz w:val="28"/>
          <w:szCs w:val="28"/>
        </w:rPr>
        <w:t>№ 45 сайлау учаскесі</w:t>
      </w:r>
    </w:p>
    <w:p w14:paraId="20520275"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«Шерхан Мұртаза атындағы </w:t>
      </w:r>
    </w:p>
    <w:p w14:paraId="0534FF33" w14:textId="77777777" w:rsidR="00937755" w:rsidRPr="007E7FD7" w:rsidRDefault="00937755" w:rsidP="00937755">
      <w:pPr>
        <w:ind w:firstLine="709"/>
        <w:jc w:val="center"/>
        <w:rPr>
          <w:sz w:val="28"/>
          <w:szCs w:val="28"/>
        </w:rPr>
      </w:pPr>
      <w:r w:rsidRPr="007E7FD7">
        <w:rPr>
          <w:sz w:val="28"/>
          <w:szCs w:val="28"/>
        </w:rPr>
        <w:t>№ 63 мектеп-гимназия» шаруашылық жүргізу құқығындағы мемлекеттік коммуналдық кәсіпорны, Лепс</w:t>
      </w:r>
      <w:r w:rsidRPr="002F21F6">
        <w:rPr>
          <w:sz w:val="28"/>
          <w:szCs w:val="28"/>
        </w:rPr>
        <w:t>і</w:t>
      </w:r>
      <w:r w:rsidRPr="007E7FD7">
        <w:rPr>
          <w:sz w:val="28"/>
          <w:szCs w:val="28"/>
        </w:rPr>
        <w:t xml:space="preserve"> көшесі, № 38)</w:t>
      </w:r>
    </w:p>
    <w:p w14:paraId="5D2EFFF2" w14:textId="77777777" w:rsidR="00937755" w:rsidRPr="007E7FD7" w:rsidRDefault="00937755" w:rsidP="00937755">
      <w:pPr>
        <w:ind w:firstLine="709"/>
        <w:jc w:val="center"/>
        <w:rPr>
          <w:sz w:val="28"/>
          <w:szCs w:val="28"/>
        </w:rPr>
      </w:pPr>
    </w:p>
    <w:p w14:paraId="6F1DDE7F" w14:textId="77777777" w:rsidR="00937755" w:rsidRPr="007E7FD7" w:rsidRDefault="00937755" w:rsidP="00937755">
      <w:pPr>
        <w:ind w:firstLine="709"/>
        <w:jc w:val="both"/>
        <w:rPr>
          <w:sz w:val="28"/>
          <w:szCs w:val="28"/>
        </w:rPr>
      </w:pPr>
      <w:r w:rsidRPr="007E7FD7">
        <w:rPr>
          <w:sz w:val="28"/>
          <w:szCs w:val="28"/>
        </w:rPr>
        <w:t>Шекарасы: Р. Қошқарбаев даңғылынан Ш. Құдайбердіұлы даңғылының тақ сандар жағымен Лепсі көшесіне дейін, Лепсі көшесінің жұп сандар жағымен теміржол төсеміне дейін, теміржол төсемі</w:t>
      </w:r>
      <w:r>
        <w:rPr>
          <w:sz w:val="28"/>
          <w:szCs w:val="28"/>
          <w:lang w:val="kk-KZ"/>
        </w:rPr>
        <w:t>м</w:t>
      </w:r>
      <w:r w:rsidRPr="007E7FD7">
        <w:rPr>
          <w:sz w:val="28"/>
          <w:szCs w:val="28"/>
        </w:rPr>
        <w:t xml:space="preserve">ен Р. Қошқарбаев даңғылына дейін, </w:t>
      </w:r>
      <w:r w:rsidRPr="005F51F1">
        <w:rPr>
          <w:sz w:val="28"/>
          <w:szCs w:val="28"/>
        </w:rPr>
        <w:t>Р. Қошқарбаев даңғылының жұп сандар жағымен Ш. Құдайбердіұлы даңғылына дейін</w:t>
      </w:r>
      <w:r w:rsidRPr="007E7FD7">
        <w:rPr>
          <w:sz w:val="28"/>
          <w:szCs w:val="28"/>
        </w:rPr>
        <w:t>.</w:t>
      </w:r>
    </w:p>
    <w:p w14:paraId="67EDAA71" w14:textId="77777777" w:rsidR="00937755" w:rsidRPr="007E7FD7" w:rsidRDefault="00937755" w:rsidP="00937755">
      <w:pPr>
        <w:ind w:firstLine="709"/>
        <w:jc w:val="both"/>
        <w:rPr>
          <w:sz w:val="28"/>
          <w:szCs w:val="28"/>
        </w:rPr>
      </w:pPr>
    </w:p>
    <w:p w14:paraId="23B09814" w14:textId="77777777" w:rsidR="00937755" w:rsidRPr="007E7FD7" w:rsidRDefault="00937755" w:rsidP="00937755">
      <w:pPr>
        <w:keepNext/>
        <w:ind w:firstLine="709"/>
        <w:jc w:val="center"/>
        <w:rPr>
          <w:sz w:val="28"/>
          <w:szCs w:val="28"/>
        </w:rPr>
      </w:pPr>
      <w:r w:rsidRPr="007E7FD7">
        <w:rPr>
          <w:sz w:val="28"/>
          <w:szCs w:val="28"/>
        </w:rPr>
        <w:t>№ 46 сайлау учаскесі</w:t>
      </w:r>
    </w:p>
    <w:p w14:paraId="48C707BD" w14:textId="77777777" w:rsidR="00937755" w:rsidRPr="007E7FD7" w:rsidRDefault="00937755" w:rsidP="00937755">
      <w:pPr>
        <w:ind w:firstLine="709"/>
        <w:jc w:val="center"/>
        <w:rPr>
          <w:sz w:val="28"/>
          <w:szCs w:val="28"/>
        </w:rPr>
      </w:pPr>
      <w:r w:rsidRPr="007E7FD7">
        <w:rPr>
          <w:sz w:val="28"/>
          <w:szCs w:val="28"/>
        </w:rPr>
        <w:t xml:space="preserve">(орталығы – </w:t>
      </w:r>
      <w:r>
        <w:rPr>
          <w:sz w:val="28"/>
          <w:szCs w:val="28"/>
          <w:lang w:val="kk-KZ"/>
        </w:rPr>
        <w:t>«</w:t>
      </w:r>
      <w:r w:rsidRPr="007E7FD7">
        <w:rPr>
          <w:sz w:val="28"/>
          <w:szCs w:val="28"/>
        </w:rPr>
        <w:t xml:space="preserve">NURORDA» мектеп-лицейі» мекемесі, </w:t>
      </w:r>
    </w:p>
    <w:p w14:paraId="1680BAA6" w14:textId="77777777" w:rsidR="00937755" w:rsidRPr="007E7FD7" w:rsidRDefault="00937755" w:rsidP="00937755">
      <w:pPr>
        <w:ind w:firstLine="709"/>
        <w:jc w:val="center"/>
        <w:rPr>
          <w:sz w:val="28"/>
          <w:szCs w:val="28"/>
        </w:rPr>
      </w:pPr>
      <w:r w:rsidRPr="007E7FD7">
        <w:rPr>
          <w:sz w:val="28"/>
          <w:szCs w:val="28"/>
        </w:rPr>
        <w:t>Қ. Аманжолов көшесі, № 34)</w:t>
      </w:r>
    </w:p>
    <w:p w14:paraId="638535BD" w14:textId="77777777" w:rsidR="00937755" w:rsidRPr="007E7FD7" w:rsidRDefault="00937755" w:rsidP="00937755">
      <w:pPr>
        <w:ind w:firstLine="709"/>
        <w:jc w:val="center"/>
        <w:rPr>
          <w:sz w:val="28"/>
          <w:szCs w:val="28"/>
        </w:rPr>
      </w:pPr>
    </w:p>
    <w:p w14:paraId="086B7FC9" w14:textId="77777777" w:rsidR="00937755" w:rsidRPr="007E7FD7" w:rsidRDefault="00937755" w:rsidP="00937755">
      <w:pPr>
        <w:ind w:firstLine="709"/>
        <w:jc w:val="both"/>
        <w:rPr>
          <w:sz w:val="28"/>
          <w:szCs w:val="28"/>
        </w:rPr>
      </w:pPr>
      <w:r w:rsidRPr="007E7FD7">
        <w:rPr>
          <w:sz w:val="28"/>
          <w:szCs w:val="28"/>
        </w:rPr>
        <w:t xml:space="preserve">Шекарасы: Келес орамынан Қалба көшесінің </w:t>
      </w:r>
      <w:r w:rsidRPr="007E7FD7">
        <w:rPr>
          <w:sz w:val="28"/>
          <w:szCs w:val="28"/>
          <w:lang w:val="kk-KZ"/>
        </w:rPr>
        <w:t>жұп</w:t>
      </w:r>
      <w:r w:rsidRPr="007E7FD7">
        <w:rPr>
          <w:sz w:val="28"/>
          <w:szCs w:val="28"/>
        </w:rPr>
        <w:t xml:space="preserve"> сандар жағымен Балқантау көшесіне дейін, Балқантау көшесінің тақ сандар жағымен Қарқабат көшесіне дейін, Қарқабат көшесінің жұп сандар жағымен Қ. Сәтбаев көшесіне дейін, Қ. Сәтбаев көшесінің тақ сандар жағымен Обаған көшесіне дейін, Обаған көшесінің жұп сандар жағымен М. Жұмабаев даңғылына дейін, М. Жұмабаев даңғылының тақ сандар жағымен Балқантау көшесіне дейін, Балқантау көшесінің тақ сандар жағымен Арғанаты көшесіне дейін, Арғанаты көшесінің тақ сандар жағымен Ақыртас көшесіне дейін, Ақыртас көшесінің тақ сандар жағымен Келес орамына дейін, Келес орамының жұп сандар жағымен Қалба көшесіне дейін.</w:t>
      </w:r>
    </w:p>
    <w:p w14:paraId="1F11F99E" w14:textId="77777777" w:rsidR="00937755" w:rsidRPr="007E7FD7" w:rsidRDefault="00937755" w:rsidP="00937755">
      <w:pPr>
        <w:ind w:firstLine="709"/>
        <w:jc w:val="both"/>
        <w:rPr>
          <w:sz w:val="28"/>
          <w:szCs w:val="28"/>
        </w:rPr>
      </w:pPr>
    </w:p>
    <w:p w14:paraId="0FA1F3B3" w14:textId="77777777" w:rsidR="00937755" w:rsidRPr="007E7FD7" w:rsidRDefault="00937755" w:rsidP="00937755">
      <w:pPr>
        <w:keepNext/>
        <w:ind w:firstLine="709"/>
        <w:jc w:val="center"/>
        <w:rPr>
          <w:sz w:val="28"/>
          <w:szCs w:val="28"/>
        </w:rPr>
      </w:pPr>
      <w:r w:rsidRPr="007E7FD7">
        <w:rPr>
          <w:sz w:val="28"/>
          <w:szCs w:val="28"/>
        </w:rPr>
        <w:t>№ 47 сайлау учаскесі</w:t>
      </w:r>
    </w:p>
    <w:p w14:paraId="530ED093"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«Темірбек Жүргенов атындағы </w:t>
      </w:r>
    </w:p>
    <w:p w14:paraId="7A647A3B" w14:textId="77777777" w:rsidR="00937755" w:rsidRPr="007E7FD7" w:rsidRDefault="00937755" w:rsidP="00937755">
      <w:pPr>
        <w:ind w:firstLine="709"/>
        <w:jc w:val="center"/>
        <w:rPr>
          <w:sz w:val="28"/>
          <w:szCs w:val="28"/>
        </w:rPr>
      </w:pPr>
      <w:r w:rsidRPr="007E7FD7">
        <w:rPr>
          <w:sz w:val="28"/>
          <w:szCs w:val="28"/>
        </w:rPr>
        <w:t>№ 70 мектеп-лицей» шаруашылық жүргізу құқығындағы мемлекеттік коммуналдық кәсіпорны, Майқайың көшесі, № 1)</w:t>
      </w:r>
    </w:p>
    <w:p w14:paraId="7BB219AC" w14:textId="77777777" w:rsidR="00937755" w:rsidRPr="007E7FD7" w:rsidRDefault="00937755" w:rsidP="00937755">
      <w:pPr>
        <w:ind w:firstLine="709"/>
        <w:jc w:val="center"/>
        <w:rPr>
          <w:sz w:val="28"/>
          <w:szCs w:val="28"/>
        </w:rPr>
      </w:pPr>
    </w:p>
    <w:p w14:paraId="7A8FDF94" w14:textId="77777777" w:rsidR="00937755" w:rsidRPr="007E7FD7" w:rsidRDefault="00937755" w:rsidP="00937755">
      <w:pPr>
        <w:ind w:firstLine="709"/>
        <w:jc w:val="both"/>
        <w:rPr>
          <w:sz w:val="28"/>
          <w:szCs w:val="28"/>
        </w:rPr>
      </w:pPr>
      <w:r w:rsidRPr="007E7FD7">
        <w:rPr>
          <w:sz w:val="28"/>
          <w:szCs w:val="28"/>
        </w:rPr>
        <w:t xml:space="preserve">Шекарасы: Тәуелсіздік даңғылынан Б. Момышұлы даңғылының жұп сандар жағымен Дауылпаз көшесіне дейін, Дауылпаз көшесінің жұп сандар жағымен Ақыртас көшесіне дейін, Ақыртас көшесінің жұп сандар жағымен </w:t>
      </w:r>
      <w:r w:rsidRPr="007E7FD7">
        <w:rPr>
          <w:sz w:val="28"/>
          <w:szCs w:val="28"/>
        </w:rPr>
        <w:br/>
        <w:t>Р. Қошқарбаев даңғылына дейін, Р. Қошқарбаев даңғылының тақ сандар жағымен Тәуелсіздік даңғылына дейін, Тәуелсіздік даңғылының тақ сандар жағымен Б. Момышұлы даңғылына дейін.</w:t>
      </w:r>
    </w:p>
    <w:p w14:paraId="7C8139F5" w14:textId="77777777" w:rsidR="00937755" w:rsidRPr="007E7FD7" w:rsidRDefault="00937755" w:rsidP="00937755">
      <w:pPr>
        <w:ind w:firstLine="709"/>
        <w:jc w:val="both"/>
        <w:rPr>
          <w:sz w:val="28"/>
          <w:szCs w:val="28"/>
        </w:rPr>
      </w:pPr>
    </w:p>
    <w:p w14:paraId="4CD255F6" w14:textId="77777777" w:rsidR="003B3CCD" w:rsidRDefault="003B3CCD" w:rsidP="00937755">
      <w:pPr>
        <w:keepNext/>
        <w:ind w:firstLine="709"/>
        <w:jc w:val="center"/>
        <w:rPr>
          <w:sz w:val="28"/>
          <w:szCs w:val="28"/>
        </w:rPr>
      </w:pPr>
    </w:p>
    <w:p w14:paraId="04995C53" w14:textId="4D6C3FA4" w:rsidR="00937755" w:rsidRPr="007E7FD7" w:rsidRDefault="00937755" w:rsidP="00937755">
      <w:pPr>
        <w:keepNext/>
        <w:ind w:firstLine="709"/>
        <w:jc w:val="center"/>
        <w:rPr>
          <w:sz w:val="28"/>
          <w:szCs w:val="28"/>
        </w:rPr>
      </w:pPr>
      <w:r w:rsidRPr="007E7FD7">
        <w:rPr>
          <w:sz w:val="28"/>
          <w:szCs w:val="28"/>
        </w:rPr>
        <w:t>№ 48 сайлау учаскесі</w:t>
      </w:r>
    </w:p>
    <w:p w14:paraId="0A779A6C"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«Темірбек Жүргенов атындағы </w:t>
      </w:r>
    </w:p>
    <w:p w14:paraId="296BD28A" w14:textId="77777777" w:rsidR="00937755" w:rsidRPr="007E7FD7" w:rsidRDefault="00937755" w:rsidP="00937755">
      <w:pPr>
        <w:ind w:firstLine="709"/>
        <w:jc w:val="center"/>
        <w:rPr>
          <w:sz w:val="28"/>
          <w:szCs w:val="28"/>
        </w:rPr>
      </w:pPr>
      <w:r w:rsidRPr="007E7FD7">
        <w:rPr>
          <w:sz w:val="28"/>
          <w:szCs w:val="28"/>
        </w:rPr>
        <w:t>№ 70 мектеп-лицей» шаруашылық жүргізу құқығындағы мемлекеттік коммуналдық кәсіпорны, Майқайың көшесі, № 1)</w:t>
      </w:r>
    </w:p>
    <w:p w14:paraId="2878BF8B" w14:textId="77777777" w:rsidR="00937755" w:rsidRPr="007E7FD7" w:rsidRDefault="00937755" w:rsidP="00937755">
      <w:pPr>
        <w:ind w:firstLine="709"/>
        <w:jc w:val="center"/>
        <w:rPr>
          <w:sz w:val="28"/>
          <w:szCs w:val="28"/>
        </w:rPr>
      </w:pPr>
    </w:p>
    <w:p w14:paraId="3B58EEF2" w14:textId="77777777" w:rsidR="00937755" w:rsidRPr="007E7FD7" w:rsidRDefault="00937755" w:rsidP="00937755">
      <w:pPr>
        <w:ind w:firstLine="709"/>
        <w:jc w:val="both"/>
        <w:rPr>
          <w:sz w:val="28"/>
          <w:szCs w:val="28"/>
        </w:rPr>
      </w:pPr>
      <w:r w:rsidRPr="007E7FD7">
        <w:rPr>
          <w:sz w:val="28"/>
          <w:szCs w:val="28"/>
        </w:rPr>
        <w:t xml:space="preserve">Шекарасы: Р. Қошқарбаев даңғылынан Б. Момышұлы даңғылының жұп сандар жағымен Дауылпаз көшесіне дейін, Дауылпаз көшесінің тақ сандар жағымен Ақыртас көшесіне дейін, Ақыртас көшесінің тақ сандар жағымен </w:t>
      </w:r>
      <w:r w:rsidRPr="007E7FD7">
        <w:rPr>
          <w:sz w:val="28"/>
          <w:szCs w:val="28"/>
        </w:rPr>
        <w:br/>
        <w:t>Р. Қошқарбаев даңғылына дейін, Р. Қошқарбаев даңғылының тақ сандар жағымен Б. Момышұлы даңғылына дейін.</w:t>
      </w:r>
    </w:p>
    <w:p w14:paraId="5DD37D46" w14:textId="77777777" w:rsidR="00937755" w:rsidRPr="007E7FD7" w:rsidRDefault="00937755" w:rsidP="00937755">
      <w:pPr>
        <w:ind w:firstLine="709"/>
        <w:jc w:val="both"/>
        <w:rPr>
          <w:sz w:val="28"/>
          <w:szCs w:val="28"/>
        </w:rPr>
      </w:pPr>
    </w:p>
    <w:p w14:paraId="1579CB96" w14:textId="77777777" w:rsidR="00937755" w:rsidRPr="007E7FD7" w:rsidRDefault="00937755" w:rsidP="00937755">
      <w:pPr>
        <w:keepNext/>
        <w:ind w:firstLine="709"/>
        <w:jc w:val="center"/>
        <w:rPr>
          <w:sz w:val="28"/>
          <w:szCs w:val="28"/>
        </w:rPr>
      </w:pPr>
      <w:r w:rsidRPr="007E7FD7">
        <w:rPr>
          <w:sz w:val="28"/>
          <w:szCs w:val="28"/>
        </w:rPr>
        <w:t>№ 49 сайлау учаскесі</w:t>
      </w:r>
    </w:p>
    <w:p w14:paraId="7C83F535" w14:textId="77777777" w:rsidR="00937755" w:rsidRPr="007E7FD7" w:rsidRDefault="00937755" w:rsidP="00937755">
      <w:pPr>
        <w:ind w:firstLine="709"/>
        <w:jc w:val="center"/>
        <w:rPr>
          <w:sz w:val="28"/>
          <w:szCs w:val="28"/>
        </w:rPr>
      </w:pPr>
      <w:r w:rsidRPr="007E7FD7">
        <w:rPr>
          <w:sz w:val="28"/>
          <w:szCs w:val="28"/>
        </w:rPr>
        <w:t xml:space="preserve">(орталығы – </w:t>
      </w:r>
      <w:r w:rsidRPr="00653C75">
        <w:rPr>
          <w:sz w:val="28"/>
          <w:szCs w:val="28"/>
        </w:rPr>
        <w:t>«NURORDA» мектеп-лицейі» мекемесі</w:t>
      </w:r>
      <w:r w:rsidRPr="007E7FD7">
        <w:rPr>
          <w:sz w:val="28"/>
          <w:szCs w:val="28"/>
        </w:rPr>
        <w:t xml:space="preserve">, </w:t>
      </w:r>
    </w:p>
    <w:p w14:paraId="6D62E98A" w14:textId="77777777" w:rsidR="00937755" w:rsidRPr="007E7FD7" w:rsidRDefault="00937755" w:rsidP="00937755">
      <w:pPr>
        <w:ind w:firstLine="709"/>
        <w:jc w:val="center"/>
        <w:rPr>
          <w:sz w:val="28"/>
          <w:szCs w:val="28"/>
        </w:rPr>
      </w:pPr>
      <w:r w:rsidRPr="007E7FD7">
        <w:rPr>
          <w:sz w:val="28"/>
          <w:szCs w:val="28"/>
        </w:rPr>
        <w:t>Қ. Аманжолов көшесі, № 34)</w:t>
      </w:r>
    </w:p>
    <w:p w14:paraId="06A63392" w14:textId="77777777" w:rsidR="00937755" w:rsidRPr="007E7FD7" w:rsidRDefault="00937755" w:rsidP="00937755">
      <w:pPr>
        <w:ind w:firstLine="709"/>
        <w:jc w:val="center"/>
        <w:rPr>
          <w:sz w:val="28"/>
          <w:szCs w:val="28"/>
        </w:rPr>
      </w:pPr>
    </w:p>
    <w:p w14:paraId="311512D3" w14:textId="77777777" w:rsidR="00937755" w:rsidRPr="007E7FD7" w:rsidRDefault="00937755" w:rsidP="00937755">
      <w:pPr>
        <w:ind w:firstLine="709"/>
        <w:jc w:val="both"/>
        <w:rPr>
          <w:sz w:val="28"/>
          <w:szCs w:val="28"/>
          <w:lang w:val="kk-KZ"/>
        </w:rPr>
      </w:pPr>
      <w:r w:rsidRPr="007E7FD7">
        <w:rPr>
          <w:sz w:val="28"/>
          <w:szCs w:val="28"/>
        </w:rPr>
        <w:t xml:space="preserve">Шекарасы: Р. Қошқарбаев даңғылынан Тәуелсіздік даңғылының жұп сандар жағымен Балқантау көшесіне дейін, Балқантау көшесінің жұп сандар жағымен Арғанаты көшесіне дейін, Арғанаты көшесінің жұп сандар жағымен </w:t>
      </w:r>
      <w:r w:rsidRPr="007E7FD7">
        <w:rPr>
          <w:sz w:val="28"/>
          <w:szCs w:val="28"/>
        </w:rPr>
        <w:br/>
        <w:t xml:space="preserve">С. Нұрмағамбетов көшесіне дейін, С. Нұрмағамбетов көшесінің тақ сандар жағымен Айнакөл көшесіне дейін, Айнакөл көшесінің тақ сандар жағымен Марқакөл көшесіне дейін, </w:t>
      </w:r>
      <w:r w:rsidRPr="00DD7349">
        <w:rPr>
          <w:sz w:val="28"/>
          <w:szCs w:val="28"/>
        </w:rPr>
        <w:t>Марқакөл көшесінің тақ сандар жағымен Р. Қошқарбаев даңғылындағы № 11/2, 13 үйлерді қоса алғанда, Қарасаз көшесіне дейін</w:t>
      </w:r>
      <w:r>
        <w:rPr>
          <w:sz w:val="28"/>
          <w:szCs w:val="28"/>
          <w:lang w:val="kk-KZ"/>
        </w:rPr>
        <w:t xml:space="preserve">, </w:t>
      </w:r>
      <w:r w:rsidRPr="007E7FD7">
        <w:rPr>
          <w:sz w:val="28"/>
          <w:szCs w:val="28"/>
        </w:rPr>
        <w:t xml:space="preserve">Қарасаз көшесінің тақ </w:t>
      </w:r>
      <w:r w:rsidRPr="007E7FD7">
        <w:rPr>
          <w:sz w:val="28"/>
          <w:szCs w:val="28"/>
          <w:lang w:val="kk-KZ"/>
        </w:rPr>
        <w:t xml:space="preserve">сандар </w:t>
      </w:r>
      <w:r w:rsidRPr="007E7FD7">
        <w:rPr>
          <w:sz w:val="28"/>
          <w:szCs w:val="28"/>
        </w:rPr>
        <w:t xml:space="preserve">жағымен Обаған көшесіне дейін, Обаған көшесінің тақ </w:t>
      </w:r>
      <w:r w:rsidRPr="007E7FD7">
        <w:rPr>
          <w:sz w:val="28"/>
          <w:szCs w:val="28"/>
          <w:lang w:val="kk-KZ"/>
        </w:rPr>
        <w:t>сандар</w:t>
      </w:r>
      <w:r w:rsidRPr="007E7FD7">
        <w:rPr>
          <w:sz w:val="28"/>
          <w:szCs w:val="28"/>
        </w:rPr>
        <w:t xml:space="preserve"> жағымен Р. Қошқарбаев даңғылына дейін, Р. Қошқарбаев даңғылының тақ </w:t>
      </w:r>
      <w:r w:rsidRPr="007E7FD7">
        <w:rPr>
          <w:sz w:val="28"/>
          <w:szCs w:val="28"/>
          <w:lang w:val="kk-KZ"/>
        </w:rPr>
        <w:t>сандар</w:t>
      </w:r>
      <w:r w:rsidRPr="007E7FD7">
        <w:rPr>
          <w:sz w:val="28"/>
          <w:szCs w:val="28"/>
        </w:rPr>
        <w:t xml:space="preserve"> жағымен Таскескен көшесіндегі № 17Б үйді қоса алғанда</w:t>
      </w:r>
      <w:r w:rsidRPr="007E7FD7">
        <w:rPr>
          <w:sz w:val="28"/>
          <w:szCs w:val="28"/>
          <w:lang w:val="kk-KZ"/>
        </w:rPr>
        <w:t>,</w:t>
      </w:r>
      <w:r w:rsidRPr="007E7FD7">
        <w:rPr>
          <w:sz w:val="28"/>
          <w:szCs w:val="28"/>
        </w:rPr>
        <w:t xml:space="preserve"> Тәуелсіздік даңғылына дейін</w:t>
      </w:r>
      <w:r w:rsidRPr="007E7FD7">
        <w:rPr>
          <w:sz w:val="28"/>
          <w:szCs w:val="28"/>
          <w:lang w:val="kk-KZ"/>
        </w:rPr>
        <w:t>.</w:t>
      </w:r>
    </w:p>
    <w:p w14:paraId="107FF7A1" w14:textId="77777777" w:rsidR="00937755" w:rsidRPr="007E7FD7" w:rsidRDefault="00937755" w:rsidP="00937755">
      <w:pPr>
        <w:ind w:firstLine="709"/>
        <w:jc w:val="center"/>
        <w:rPr>
          <w:sz w:val="28"/>
          <w:szCs w:val="28"/>
          <w:lang w:val="kk-KZ"/>
        </w:rPr>
      </w:pPr>
    </w:p>
    <w:p w14:paraId="184BA033" w14:textId="77777777" w:rsidR="00937755" w:rsidRPr="007E7FD7" w:rsidRDefault="00937755" w:rsidP="00937755">
      <w:pPr>
        <w:keepNext/>
        <w:ind w:firstLine="709"/>
        <w:jc w:val="center"/>
        <w:rPr>
          <w:sz w:val="28"/>
          <w:szCs w:val="28"/>
          <w:lang w:val="kk-KZ"/>
        </w:rPr>
      </w:pPr>
      <w:r w:rsidRPr="007E7FD7">
        <w:rPr>
          <w:sz w:val="28"/>
          <w:szCs w:val="28"/>
          <w:lang w:val="kk-KZ"/>
        </w:rPr>
        <w:t>№ 50 сайлау учаскесі</w:t>
      </w:r>
    </w:p>
    <w:p w14:paraId="284D8DA9"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p w14:paraId="42404AA9" w14:textId="77777777" w:rsidR="00937755" w:rsidRPr="007E7FD7" w:rsidRDefault="00937755" w:rsidP="00937755">
      <w:pPr>
        <w:ind w:firstLine="709"/>
        <w:jc w:val="center"/>
        <w:rPr>
          <w:sz w:val="28"/>
          <w:szCs w:val="28"/>
          <w:lang w:val="kk-KZ"/>
        </w:rPr>
      </w:pPr>
    </w:p>
    <w:p w14:paraId="377D0D10"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Ақбұлақ бұлағынан Тәуелсіздік даңғылының тақ сандар жағымен Шарль де Голль көшесіне дейін, Шарль де Голль көшесінің тақ сандар жағымен А. Тоқпанов көшесіне дейін, А. Тоқпанов көшесінің тақ сандар жағымен Тасшоқы орамына дейін, Тасшоқы орамының тақ сандар жағымен </w:t>
      </w:r>
      <w:r w:rsidRPr="007E7FD7">
        <w:rPr>
          <w:sz w:val="28"/>
          <w:szCs w:val="28"/>
          <w:lang w:val="kk-KZ"/>
        </w:rPr>
        <w:br/>
        <w:t xml:space="preserve">Қ. Жалайыри көшесіне дейін, Қ. Жалайыри көшесінің тақ сандар жағымен </w:t>
      </w:r>
      <w:r w:rsidRPr="007E7FD7">
        <w:rPr>
          <w:sz w:val="28"/>
          <w:szCs w:val="28"/>
          <w:lang w:val="kk-KZ"/>
        </w:rPr>
        <w:br/>
        <w:t>Елім-ай көшесіне дейін, Есіл өзенінің бойымен Ақбұлақ бұлағына дейін, Ақбұлақ бұлағының бойымен Тәуелсіздік даңғылындағы № 21, 21/2, 21/4, 21/5, 21/6, 21/7, 21/9 үйлерді қоспағанда, Тәуелсіздік даңғылына дейін.</w:t>
      </w:r>
    </w:p>
    <w:p w14:paraId="536AE638" w14:textId="77777777" w:rsidR="00937755" w:rsidRPr="007E7FD7" w:rsidRDefault="00937755" w:rsidP="00937755">
      <w:pPr>
        <w:ind w:firstLine="709"/>
        <w:jc w:val="center"/>
        <w:rPr>
          <w:sz w:val="28"/>
          <w:szCs w:val="28"/>
          <w:lang w:val="kk-KZ"/>
        </w:rPr>
      </w:pPr>
    </w:p>
    <w:p w14:paraId="470ED027" w14:textId="77777777" w:rsidR="00937755" w:rsidRPr="007E7FD7" w:rsidRDefault="00937755" w:rsidP="00937755">
      <w:pPr>
        <w:keepNext/>
        <w:ind w:firstLine="709"/>
        <w:jc w:val="center"/>
        <w:rPr>
          <w:sz w:val="28"/>
          <w:szCs w:val="28"/>
          <w:lang w:val="kk-KZ"/>
        </w:rPr>
      </w:pPr>
      <w:r w:rsidRPr="007E7FD7">
        <w:rPr>
          <w:sz w:val="28"/>
          <w:szCs w:val="28"/>
          <w:lang w:val="kk-KZ"/>
        </w:rPr>
        <w:lastRenderedPageBreak/>
        <w:t>№ 51 сайлау учаскесі</w:t>
      </w:r>
    </w:p>
    <w:p w14:paraId="1E5451E5"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p w14:paraId="23D67CFC" w14:textId="77777777" w:rsidR="00937755" w:rsidRPr="007E7FD7" w:rsidRDefault="00937755" w:rsidP="00937755">
      <w:pPr>
        <w:ind w:firstLine="709"/>
        <w:jc w:val="center"/>
        <w:rPr>
          <w:sz w:val="28"/>
          <w:szCs w:val="28"/>
          <w:lang w:val="kk-KZ"/>
        </w:rPr>
      </w:pPr>
    </w:p>
    <w:p w14:paraId="76858B43" w14:textId="77777777" w:rsidR="00937755" w:rsidRPr="007E7FD7" w:rsidRDefault="00937755" w:rsidP="00937755">
      <w:pPr>
        <w:ind w:firstLine="709"/>
        <w:jc w:val="both"/>
        <w:rPr>
          <w:sz w:val="28"/>
          <w:szCs w:val="28"/>
          <w:lang w:val="kk-KZ"/>
        </w:rPr>
      </w:pPr>
      <w:r w:rsidRPr="007E7FD7">
        <w:rPr>
          <w:sz w:val="28"/>
          <w:szCs w:val="28"/>
          <w:lang w:val="kk-KZ"/>
        </w:rPr>
        <w:t>Шекарасы: Тәуелс</w:t>
      </w:r>
      <w:r w:rsidRPr="00DD7349">
        <w:rPr>
          <w:sz w:val="28"/>
          <w:szCs w:val="28"/>
          <w:lang w:val="kk-KZ"/>
        </w:rPr>
        <w:t>і</w:t>
      </w:r>
      <w:r w:rsidRPr="007E7FD7">
        <w:rPr>
          <w:sz w:val="28"/>
          <w:szCs w:val="28"/>
          <w:lang w:val="kk-KZ"/>
        </w:rPr>
        <w:t>зд</w:t>
      </w:r>
      <w:r w:rsidRPr="00DD7349">
        <w:rPr>
          <w:sz w:val="28"/>
          <w:szCs w:val="28"/>
          <w:lang w:val="kk-KZ"/>
        </w:rPr>
        <w:t>і</w:t>
      </w:r>
      <w:r w:rsidRPr="007E7FD7">
        <w:rPr>
          <w:sz w:val="28"/>
          <w:szCs w:val="28"/>
          <w:lang w:val="kk-KZ"/>
        </w:rPr>
        <w:t>к даңғылы, № 20, 22, 24А, 24Б, 26, 26/1, 28 үйлер, Б.</w:t>
      </w:r>
      <w:r>
        <w:rPr>
          <w:sz w:val="28"/>
          <w:szCs w:val="28"/>
          <w:lang w:val="kk-KZ"/>
        </w:rPr>
        <w:t> </w:t>
      </w:r>
      <w:r w:rsidRPr="007E7FD7">
        <w:rPr>
          <w:sz w:val="28"/>
          <w:szCs w:val="28"/>
          <w:lang w:val="kk-KZ"/>
        </w:rPr>
        <w:t>Майлин көшесі, № 3, 3/2, 5, 5/1, 5/2 үйлер.</w:t>
      </w:r>
    </w:p>
    <w:p w14:paraId="7C3C809F" w14:textId="77777777" w:rsidR="00937755" w:rsidRPr="007E7FD7" w:rsidRDefault="00937755" w:rsidP="00937755">
      <w:pPr>
        <w:ind w:firstLine="709"/>
        <w:jc w:val="both"/>
        <w:rPr>
          <w:sz w:val="28"/>
          <w:szCs w:val="28"/>
          <w:lang w:val="kk-KZ"/>
        </w:rPr>
      </w:pPr>
    </w:p>
    <w:p w14:paraId="381F5A8F" w14:textId="77777777" w:rsidR="00937755" w:rsidRPr="007E7FD7" w:rsidRDefault="00937755" w:rsidP="00937755">
      <w:pPr>
        <w:keepNext/>
        <w:ind w:firstLine="709"/>
        <w:jc w:val="center"/>
        <w:rPr>
          <w:sz w:val="28"/>
          <w:szCs w:val="28"/>
          <w:lang w:val="kk-KZ"/>
        </w:rPr>
      </w:pPr>
      <w:r w:rsidRPr="007E7FD7">
        <w:rPr>
          <w:sz w:val="28"/>
          <w:szCs w:val="28"/>
          <w:lang w:val="kk-KZ"/>
        </w:rPr>
        <w:t>№ 52 сайлау учаскесі</w:t>
      </w:r>
    </w:p>
    <w:p w14:paraId="25E1F119" w14:textId="77777777" w:rsidR="00937755" w:rsidRPr="007E7FD7" w:rsidRDefault="00937755" w:rsidP="00937755">
      <w:pPr>
        <w:ind w:firstLine="709"/>
        <w:rPr>
          <w:sz w:val="28"/>
          <w:szCs w:val="28"/>
          <w:lang w:val="kk-KZ"/>
        </w:rPr>
      </w:pPr>
      <w:r w:rsidRPr="00DD7349">
        <w:rPr>
          <w:sz w:val="28"/>
          <w:szCs w:val="28"/>
          <w:lang w:val="kk-KZ"/>
        </w:rPr>
        <w:t>(орталығы – Астана қаласы әкімдігінің «№ 116 жалпы орта білім беретін мектеп» коммуналдық мемлекеттік мекемесі, М. Төлебаев көшесі, № 3)</w:t>
      </w:r>
    </w:p>
    <w:p w14:paraId="67EB1B0E" w14:textId="77777777" w:rsidR="00937755" w:rsidRPr="007E7FD7" w:rsidRDefault="00937755" w:rsidP="00937755">
      <w:pPr>
        <w:ind w:firstLine="709"/>
        <w:jc w:val="center"/>
        <w:rPr>
          <w:sz w:val="28"/>
          <w:szCs w:val="28"/>
          <w:lang w:val="kk-KZ"/>
        </w:rPr>
      </w:pPr>
    </w:p>
    <w:p w14:paraId="4179D329" w14:textId="77777777" w:rsidR="00937755" w:rsidRPr="007E7FD7" w:rsidRDefault="00937755" w:rsidP="00937755">
      <w:pPr>
        <w:ind w:firstLine="709"/>
        <w:jc w:val="both"/>
        <w:rPr>
          <w:sz w:val="28"/>
          <w:szCs w:val="28"/>
          <w:lang w:val="kk-KZ"/>
        </w:rPr>
      </w:pPr>
      <w:r w:rsidRPr="007E7FD7">
        <w:rPr>
          <w:sz w:val="28"/>
          <w:szCs w:val="28"/>
          <w:lang w:val="kk-KZ"/>
        </w:rPr>
        <w:t>Шекарасы: Айнакөл көшесінен Т. Жүргенов көшесінің жұп сандар жағымен Р. Қошқарбаев даңғылына дейін, Р. Қошқарбаев даңғылының тақ сандар жағымен Қордай көшесіне дейін, Қордай көшесінің тақ сандар жағымен Айнакөл көшесіне дейін, Айнакөл көшесінің жұп сандар жағымен Айнакөл көшесіндегі № 56, 56/1 үйлерді қоспағанда, Т. Жүргенов көшесіне дейін.</w:t>
      </w:r>
    </w:p>
    <w:p w14:paraId="79A69505" w14:textId="77777777" w:rsidR="00937755" w:rsidRPr="007E7FD7" w:rsidRDefault="00937755" w:rsidP="00937755">
      <w:pPr>
        <w:ind w:firstLine="709"/>
        <w:jc w:val="both"/>
        <w:rPr>
          <w:sz w:val="28"/>
          <w:szCs w:val="28"/>
          <w:lang w:val="kk-KZ"/>
        </w:rPr>
      </w:pPr>
    </w:p>
    <w:p w14:paraId="06AFEBD0" w14:textId="77777777" w:rsidR="00937755" w:rsidRPr="007E7FD7" w:rsidRDefault="00937755" w:rsidP="00937755">
      <w:pPr>
        <w:keepNext/>
        <w:ind w:firstLine="709"/>
        <w:jc w:val="center"/>
        <w:rPr>
          <w:sz w:val="28"/>
          <w:szCs w:val="28"/>
          <w:lang w:val="kk-KZ"/>
        </w:rPr>
      </w:pPr>
      <w:r w:rsidRPr="007E7FD7">
        <w:rPr>
          <w:sz w:val="28"/>
          <w:szCs w:val="28"/>
          <w:lang w:val="kk-KZ"/>
        </w:rPr>
        <w:t>№</w:t>
      </w:r>
      <w:r>
        <w:rPr>
          <w:sz w:val="28"/>
          <w:szCs w:val="28"/>
          <w:lang w:val="kk-KZ"/>
        </w:rPr>
        <w:t xml:space="preserve"> 53 </w:t>
      </w:r>
      <w:r w:rsidRPr="002F21F6">
        <w:rPr>
          <w:sz w:val="28"/>
          <w:szCs w:val="28"/>
          <w:lang w:val="kk-KZ"/>
        </w:rPr>
        <w:t>с</w:t>
      </w:r>
      <w:r w:rsidRPr="007E7FD7">
        <w:rPr>
          <w:sz w:val="28"/>
          <w:szCs w:val="28"/>
          <w:lang w:val="kk-KZ"/>
        </w:rPr>
        <w:t>айлау учаскесі</w:t>
      </w:r>
    </w:p>
    <w:p w14:paraId="25F63BF1"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 32 мектеп-гимназия» шаруашылық жүргізу құқығындағы мемлекеттік коммуналдық кәсіпорны, </w:t>
      </w:r>
    </w:p>
    <w:p w14:paraId="72665AEC" w14:textId="77777777" w:rsidR="00937755" w:rsidRPr="007E7FD7" w:rsidRDefault="00937755" w:rsidP="00937755">
      <w:pPr>
        <w:ind w:firstLine="709"/>
        <w:jc w:val="center"/>
        <w:rPr>
          <w:sz w:val="28"/>
          <w:szCs w:val="28"/>
          <w:lang w:val="kk-KZ"/>
        </w:rPr>
      </w:pPr>
      <w:r w:rsidRPr="007E7FD7">
        <w:rPr>
          <w:sz w:val="28"/>
          <w:szCs w:val="28"/>
          <w:lang w:val="kk-KZ"/>
        </w:rPr>
        <w:t>Абылай хан даңғылы, № 25/3)</w:t>
      </w:r>
    </w:p>
    <w:p w14:paraId="5BBB0FC9" w14:textId="77777777" w:rsidR="00937755" w:rsidRPr="007E7FD7" w:rsidRDefault="00937755" w:rsidP="00937755">
      <w:pPr>
        <w:ind w:firstLine="709"/>
        <w:jc w:val="center"/>
        <w:rPr>
          <w:sz w:val="28"/>
          <w:szCs w:val="28"/>
          <w:lang w:val="kk-KZ"/>
        </w:rPr>
      </w:pPr>
    </w:p>
    <w:p w14:paraId="32597C32" w14:textId="77777777" w:rsidR="00937755" w:rsidRPr="007E7FD7" w:rsidRDefault="00937755" w:rsidP="00937755">
      <w:pPr>
        <w:ind w:firstLine="709"/>
        <w:jc w:val="both"/>
        <w:rPr>
          <w:sz w:val="28"/>
          <w:szCs w:val="28"/>
          <w:lang w:val="kk-KZ"/>
        </w:rPr>
      </w:pPr>
      <w:r w:rsidRPr="007E7FD7">
        <w:rPr>
          <w:sz w:val="28"/>
          <w:szCs w:val="28"/>
          <w:lang w:val="kk-KZ"/>
        </w:rPr>
        <w:t>Шекарасы: Ш. Құдайбердіұлы даңғылы, № 17, 17/1, 19, 19/1, 19/2, 28 үйлер, күйш</w:t>
      </w:r>
      <w:r w:rsidRPr="00DD7349">
        <w:rPr>
          <w:sz w:val="28"/>
          <w:szCs w:val="28"/>
          <w:lang w:val="kk-KZ"/>
        </w:rPr>
        <w:t>і</w:t>
      </w:r>
      <w:r w:rsidRPr="007E7FD7">
        <w:rPr>
          <w:sz w:val="28"/>
          <w:szCs w:val="28"/>
          <w:lang w:val="kk-KZ"/>
        </w:rPr>
        <w:t xml:space="preserve"> Дина көшесі, № 46, 46/1, 46/2 үйлер.</w:t>
      </w:r>
    </w:p>
    <w:p w14:paraId="2DFE4C67" w14:textId="77777777" w:rsidR="00937755" w:rsidRPr="007E7FD7" w:rsidRDefault="00937755" w:rsidP="00937755">
      <w:pPr>
        <w:ind w:firstLine="709"/>
        <w:jc w:val="both"/>
        <w:rPr>
          <w:sz w:val="28"/>
          <w:szCs w:val="28"/>
          <w:lang w:val="kk-KZ"/>
        </w:rPr>
      </w:pPr>
    </w:p>
    <w:p w14:paraId="0FC5D4C7" w14:textId="77777777" w:rsidR="00937755" w:rsidRPr="007E7FD7" w:rsidRDefault="00937755" w:rsidP="00937755">
      <w:pPr>
        <w:keepNext/>
        <w:ind w:firstLine="709"/>
        <w:jc w:val="center"/>
        <w:rPr>
          <w:sz w:val="28"/>
          <w:szCs w:val="28"/>
          <w:lang w:val="kk-KZ"/>
        </w:rPr>
      </w:pPr>
      <w:r w:rsidRPr="007E7FD7">
        <w:rPr>
          <w:sz w:val="28"/>
          <w:szCs w:val="28"/>
          <w:lang w:val="kk-KZ"/>
        </w:rPr>
        <w:t>№ 54 сайлау учаскесі</w:t>
      </w:r>
    </w:p>
    <w:p w14:paraId="3380831A"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«Бейімбет Майлин атындағы </w:t>
      </w:r>
    </w:p>
    <w:p w14:paraId="643247BF" w14:textId="77777777" w:rsidR="00937755" w:rsidRPr="007E7FD7" w:rsidRDefault="00937755" w:rsidP="00937755">
      <w:pPr>
        <w:ind w:firstLine="709"/>
        <w:jc w:val="center"/>
        <w:rPr>
          <w:sz w:val="28"/>
          <w:szCs w:val="28"/>
          <w:lang w:val="kk-KZ"/>
        </w:rPr>
      </w:pPr>
      <w:r w:rsidRPr="007E7FD7">
        <w:rPr>
          <w:sz w:val="28"/>
          <w:szCs w:val="28"/>
          <w:lang w:val="kk-KZ"/>
        </w:rPr>
        <w:t>№ 52 мектеп-гимназия» шаруашылық жүргізу құқығындағы мемлекеттік коммуналдық кәсіпорны, Бурабай көшесі, № 38)</w:t>
      </w:r>
    </w:p>
    <w:p w14:paraId="77F75947" w14:textId="77777777" w:rsidR="00937755" w:rsidRPr="007E7FD7" w:rsidRDefault="00937755" w:rsidP="00937755">
      <w:pPr>
        <w:ind w:firstLine="709"/>
        <w:jc w:val="center"/>
        <w:rPr>
          <w:sz w:val="28"/>
          <w:szCs w:val="28"/>
          <w:lang w:val="kk-KZ"/>
        </w:rPr>
      </w:pPr>
    </w:p>
    <w:p w14:paraId="6728F266"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Лепсі көшесінен Ш. Құдайбердіұлы даңғылының тақ сандар жағымен Ертіс көшесіне дейін, Ертіс көшесінің тақ сандар жағымен Абылай хан даңғылына дейін, Абылай хан даңғылының тақ сандар жағымен </w:t>
      </w:r>
      <w:r w:rsidRPr="007E7FD7">
        <w:rPr>
          <w:sz w:val="28"/>
          <w:szCs w:val="28"/>
          <w:lang w:val="kk-KZ"/>
        </w:rPr>
        <w:br/>
        <w:t xml:space="preserve">Ғ. Мұстафин көшесіне дейін, Ғ. Мұстафин көшесінің жұп сандар жағымен </w:t>
      </w:r>
      <w:r w:rsidRPr="007E7FD7">
        <w:rPr>
          <w:sz w:val="28"/>
          <w:szCs w:val="28"/>
          <w:lang w:val="kk-KZ"/>
        </w:rPr>
        <w:br/>
        <w:t>Ш. Құдайбердіұлы даңғылына дейін, Ш. Құдайбердіұлы даңғылының жұп сандар жағымен Ақарыс көшесіне дейін, Ақарыс көшесінің жұп сандар жағымен Қозыбасы көшесіне дейін, Қозыбасы көшесінің жұп сандар жағымен Ертіс көшесіне дейін, Ертіс көшесінің жұп сандар жағымен теміржол төсеміне дейін, теміржол төсемімен Лепсі көшесіне дейін, Лепсі көшесінің тақ сандар жағымен Ш. Құдайбердіұлы даңғылына дейін.</w:t>
      </w:r>
    </w:p>
    <w:p w14:paraId="28E82BC4" w14:textId="77777777" w:rsidR="00937755" w:rsidRPr="007E7FD7" w:rsidRDefault="00937755" w:rsidP="00937755">
      <w:pPr>
        <w:ind w:firstLine="709"/>
        <w:jc w:val="both"/>
        <w:rPr>
          <w:sz w:val="28"/>
          <w:szCs w:val="28"/>
          <w:lang w:val="kk-KZ"/>
        </w:rPr>
      </w:pPr>
    </w:p>
    <w:p w14:paraId="63844BCB" w14:textId="77777777" w:rsidR="003B3CCD" w:rsidRDefault="003B3CCD" w:rsidP="00937755">
      <w:pPr>
        <w:keepNext/>
        <w:ind w:firstLine="709"/>
        <w:jc w:val="center"/>
        <w:rPr>
          <w:sz w:val="28"/>
          <w:szCs w:val="28"/>
          <w:lang w:val="kk-KZ"/>
        </w:rPr>
      </w:pPr>
    </w:p>
    <w:p w14:paraId="6DE3C994" w14:textId="655C94B1" w:rsidR="00937755" w:rsidRPr="007E7FD7" w:rsidRDefault="00937755" w:rsidP="00937755">
      <w:pPr>
        <w:keepNext/>
        <w:ind w:firstLine="709"/>
        <w:jc w:val="center"/>
        <w:rPr>
          <w:sz w:val="28"/>
          <w:szCs w:val="28"/>
          <w:lang w:val="kk-KZ"/>
        </w:rPr>
      </w:pPr>
      <w:r w:rsidRPr="007E7FD7">
        <w:rPr>
          <w:sz w:val="28"/>
          <w:szCs w:val="28"/>
          <w:lang w:val="kk-KZ"/>
        </w:rPr>
        <w:t>№ 55 сайлау учаскесі</w:t>
      </w:r>
    </w:p>
    <w:p w14:paraId="56B928A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«Орталықтандырылған кітапханалар жүйесі» коммуналдық мемлекеттік мекемесі, </w:t>
      </w:r>
    </w:p>
    <w:p w14:paraId="185877B1" w14:textId="77777777" w:rsidR="00937755" w:rsidRPr="007E7FD7" w:rsidRDefault="00937755" w:rsidP="00937755">
      <w:pPr>
        <w:ind w:firstLine="709"/>
        <w:jc w:val="center"/>
        <w:rPr>
          <w:sz w:val="28"/>
          <w:szCs w:val="28"/>
          <w:lang w:val="kk-KZ"/>
        </w:rPr>
      </w:pPr>
      <w:r w:rsidRPr="007E7FD7">
        <w:rPr>
          <w:sz w:val="28"/>
          <w:szCs w:val="28"/>
          <w:lang w:val="kk-KZ"/>
        </w:rPr>
        <w:t>Ш. Құдайбердіұлы даңғылы, № 25/3)</w:t>
      </w:r>
    </w:p>
    <w:p w14:paraId="14F4748E" w14:textId="77777777" w:rsidR="00937755" w:rsidRPr="007E7FD7" w:rsidRDefault="00937755" w:rsidP="00937755">
      <w:pPr>
        <w:ind w:firstLine="709"/>
        <w:jc w:val="center"/>
        <w:rPr>
          <w:sz w:val="28"/>
          <w:szCs w:val="28"/>
          <w:lang w:val="kk-KZ"/>
        </w:rPr>
      </w:pPr>
    </w:p>
    <w:p w14:paraId="0128285B"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Ғ. Мұстафин көшесі, № 15/2, 21, 21/1, 21/2, 21/3, 21/4 үйлер, </w:t>
      </w:r>
      <w:r w:rsidRPr="007E7FD7">
        <w:rPr>
          <w:sz w:val="28"/>
          <w:szCs w:val="28"/>
          <w:lang w:val="kk-KZ"/>
        </w:rPr>
        <w:br/>
        <w:t>Ш. Құдайбердіұлы даңғылы</w:t>
      </w:r>
      <w:r>
        <w:rPr>
          <w:sz w:val="28"/>
          <w:szCs w:val="28"/>
          <w:lang w:val="kk-KZ"/>
        </w:rPr>
        <w:t xml:space="preserve">, </w:t>
      </w:r>
      <w:r w:rsidRPr="007E7FD7">
        <w:rPr>
          <w:sz w:val="28"/>
          <w:szCs w:val="28"/>
          <w:lang w:val="kk-KZ"/>
        </w:rPr>
        <w:t>№ 25/4 үй.</w:t>
      </w:r>
    </w:p>
    <w:p w14:paraId="7CA0EA72" w14:textId="77777777" w:rsidR="00937755" w:rsidRPr="007E7FD7" w:rsidRDefault="00937755" w:rsidP="00937755">
      <w:pPr>
        <w:ind w:firstLine="709"/>
        <w:jc w:val="both"/>
        <w:rPr>
          <w:sz w:val="28"/>
          <w:szCs w:val="28"/>
          <w:lang w:val="kk-KZ"/>
        </w:rPr>
      </w:pPr>
    </w:p>
    <w:p w14:paraId="444F0AE1" w14:textId="77777777" w:rsidR="00937755" w:rsidRPr="007E7FD7" w:rsidRDefault="00937755" w:rsidP="00937755">
      <w:pPr>
        <w:keepNext/>
        <w:ind w:firstLine="709"/>
        <w:jc w:val="center"/>
        <w:rPr>
          <w:sz w:val="28"/>
          <w:szCs w:val="28"/>
          <w:lang w:val="kk-KZ"/>
        </w:rPr>
      </w:pPr>
      <w:r w:rsidRPr="007E7FD7">
        <w:rPr>
          <w:sz w:val="28"/>
          <w:szCs w:val="28"/>
          <w:lang w:val="kk-KZ"/>
        </w:rPr>
        <w:t>№ 56 сайлау учаскесі</w:t>
      </w:r>
    </w:p>
    <w:p w14:paraId="27613BAC"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«Сұлтанбек Қожанов атындағы </w:t>
      </w:r>
    </w:p>
    <w:p w14:paraId="583AF878" w14:textId="77777777" w:rsidR="00937755" w:rsidRPr="007E7FD7" w:rsidRDefault="00937755" w:rsidP="00937755">
      <w:pPr>
        <w:ind w:firstLine="709"/>
        <w:jc w:val="center"/>
        <w:rPr>
          <w:sz w:val="28"/>
          <w:szCs w:val="28"/>
          <w:lang w:val="kk-KZ"/>
        </w:rPr>
      </w:pPr>
      <w:r w:rsidRPr="007E7FD7">
        <w:rPr>
          <w:sz w:val="28"/>
          <w:szCs w:val="28"/>
          <w:lang w:val="kk-KZ"/>
        </w:rPr>
        <w:t>№ 64 мектеп-лицей» шаруашылық жүргізу құқығындағы мемлекеттік коммуналдық кәсіпорны, Ғ. Мүсірепов көшесі, № 15)</w:t>
      </w:r>
    </w:p>
    <w:p w14:paraId="695AFC44" w14:textId="77777777" w:rsidR="00937755" w:rsidRPr="007E7FD7" w:rsidRDefault="00937755" w:rsidP="00937755">
      <w:pPr>
        <w:ind w:firstLine="709"/>
        <w:jc w:val="center"/>
        <w:rPr>
          <w:sz w:val="28"/>
          <w:szCs w:val="28"/>
          <w:lang w:val="kk-KZ"/>
        </w:rPr>
      </w:pPr>
    </w:p>
    <w:p w14:paraId="628CB363" w14:textId="77777777" w:rsidR="00937755" w:rsidRPr="007E7FD7" w:rsidRDefault="00937755" w:rsidP="00937755">
      <w:pPr>
        <w:ind w:firstLine="709"/>
        <w:jc w:val="both"/>
        <w:rPr>
          <w:sz w:val="28"/>
          <w:szCs w:val="28"/>
          <w:lang w:val="kk-KZ"/>
        </w:rPr>
      </w:pPr>
      <w:r w:rsidRPr="007E7FD7">
        <w:rPr>
          <w:sz w:val="28"/>
          <w:szCs w:val="28"/>
          <w:lang w:val="kk-KZ"/>
        </w:rPr>
        <w:t>Шекарасы: Ш. Құдайбердіұлы даңғылы</w:t>
      </w:r>
      <w:r>
        <w:rPr>
          <w:sz w:val="28"/>
          <w:szCs w:val="28"/>
          <w:lang w:val="kk-KZ"/>
        </w:rPr>
        <w:t xml:space="preserve">, </w:t>
      </w:r>
      <w:r w:rsidRPr="007E7FD7">
        <w:rPr>
          <w:sz w:val="28"/>
          <w:szCs w:val="28"/>
          <w:lang w:val="kk-KZ"/>
        </w:rPr>
        <w:t>№</w:t>
      </w:r>
      <w:r>
        <w:rPr>
          <w:sz w:val="28"/>
          <w:szCs w:val="28"/>
          <w:lang w:val="kk-KZ"/>
        </w:rPr>
        <w:t> </w:t>
      </w:r>
      <w:r w:rsidRPr="007E7FD7">
        <w:rPr>
          <w:sz w:val="28"/>
          <w:szCs w:val="28"/>
          <w:lang w:val="kk-KZ"/>
        </w:rPr>
        <w:t xml:space="preserve">31, 31/1, 33 үйлер, </w:t>
      </w:r>
      <w:r w:rsidRPr="007E7FD7">
        <w:rPr>
          <w:sz w:val="28"/>
          <w:szCs w:val="28"/>
          <w:lang w:val="kk-KZ"/>
        </w:rPr>
        <w:br/>
        <w:t>Ғ. Мұстафин көшесі, № 13, 13А, 13/1, 15, 15/1 үйлер.</w:t>
      </w:r>
    </w:p>
    <w:p w14:paraId="4ACAD261" w14:textId="77777777" w:rsidR="00937755" w:rsidRPr="007E7FD7" w:rsidRDefault="00937755" w:rsidP="00937755">
      <w:pPr>
        <w:ind w:firstLine="709"/>
        <w:jc w:val="both"/>
        <w:rPr>
          <w:sz w:val="28"/>
          <w:szCs w:val="28"/>
          <w:lang w:val="kk-KZ"/>
        </w:rPr>
      </w:pPr>
    </w:p>
    <w:p w14:paraId="61F59EEA" w14:textId="77777777" w:rsidR="00937755" w:rsidRPr="007E7FD7" w:rsidRDefault="00937755" w:rsidP="00937755">
      <w:pPr>
        <w:keepNext/>
        <w:ind w:firstLine="709"/>
        <w:jc w:val="center"/>
        <w:rPr>
          <w:sz w:val="28"/>
          <w:szCs w:val="28"/>
          <w:lang w:val="kk-KZ"/>
        </w:rPr>
      </w:pPr>
      <w:r w:rsidRPr="007E7FD7">
        <w:rPr>
          <w:sz w:val="28"/>
          <w:szCs w:val="28"/>
          <w:lang w:val="kk-KZ"/>
        </w:rPr>
        <w:t>№ 57 сайлау учаскесі</w:t>
      </w:r>
    </w:p>
    <w:p w14:paraId="26DE6262"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r w:rsidRPr="007E7FD7">
        <w:rPr>
          <w:sz w:val="28"/>
          <w:szCs w:val="28"/>
          <w:lang w:val="kk-KZ"/>
        </w:rPr>
        <w:t xml:space="preserve">Spectrum» халықаралық мектебі» мекемесі, </w:t>
      </w:r>
    </w:p>
    <w:p w14:paraId="3C71083E" w14:textId="77777777" w:rsidR="00937755" w:rsidRPr="007E7FD7" w:rsidRDefault="00937755" w:rsidP="00937755">
      <w:pPr>
        <w:ind w:firstLine="709"/>
        <w:jc w:val="center"/>
        <w:rPr>
          <w:sz w:val="28"/>
          <w:szCs w:val="28"/>
          <w:lang w:val="kk-KZ"/>
        </w:rPr>
      </w:pPr>
      <w:r w:rsidRPr="007E7FD7">
        <w:rPr>
          <w:sz w:val="28"/>
          <w:szCs w:val="28"/>
          <w:lang w:val="kk-KZ"/>
        </w:rPr>
        <w:t>Р. Қошқарбаев даңғылы, № 11)</w:t>
      </w:r>
    </w:p>
    <w:p w14:paraId="575606AB" w14:textId="77777777" w:rsidR="00937755" w:rsidRPr="007E7FD7" w:rsidRDefault="00937755" w:rsidP="00937755">
      <w:pPr>
        <w:ind w:firstLine="709"/>
        <w:jc w:val="center"/>
        <w:rPr>
          <w:sz w:val="28"/>
          <w:szCs w:val="28"/>
          <w:lang w:val="kk-KZ"/>
        </w:rPr>
      </w:pPr>
    </w:p>
    <w:p w14:paraId="1A4AA74A" w14:textId="77777777" w:rsidR="00937755" w:rsidRPr="007E7FD7" w:rsidRDefault="00937755" w:rsidP="00937755">
      <w:pPr>
        <w:ind w:firstLine="709"/>
        <w:jc w:val="both"/>
        <w:rPr>
          <w:sz w:val="28"/>
          <w:szCs w:val="28"/>
          <w:lang w:val="kk-KZ"/>
        </w:rPr>
      </w:pPr>
      <w:r w:rsidRPr="007E7FD7">
        <w:rPr>
          <w:sz w:val="28"/>
          <w:szCs w:val="28"/>
          <w:lang w:val="kk-KZ"/>
        </w:rPr>
        <w:t>Шекарасы: М. Жұмабаев даңғылынан Айнакөл көшесінің жұп сандар жағымен Т. Жүргенов көшесіне дейін, Т. Жүргенов көшесінің тақ сандар жағымен Р. Қошқарбаев даңғылына дейін, Р. Қошқарбаев даңғылының тақ сандар жағымен М. Жұмабаев даңғылына дейін, М. Жұмабаев даңғылының жұп сандар жағымен Айнакөл көшесіндегі № 56, 56/1 үйлерді қоса алғанда, Айнакөл көшесіне дейін.</w:t>
      </w:r>
    </w:p>
    <w:p w14:paraId="56835201" w14:textId="77777777" w:rsidR="00937755" w:rsidRDefault="00937755" w:rsidP="00536860">
      <w:pPr>
        <w:jc w:val="both"/>
        <w:rPr>
          <w:sz w:val="28"/>
          <w:szCs w:val="28"/>
          <w:lang w:val="kk-KZ"/>
        </w:rPr>
      </w:pPr>
    </w:p>
    <w:p w14:paraId="6EF3D636" w14:textId="70A36ACC" w:rsidR="00937755" w:rsidRPr="007E7FD7" w:rsidRDefault="00937755" w:rsidP="00536860">
      <w:pPr>
        <w:spacing w:after="160" w:line="259" w:lineRule="auto"/>
        <w:jc w:val="center"/>
        <w:rPr>
          <w:sz w:val="28"/>
          <w:szCs w:val="28"/>
          <w:lang w:val="kk-KZ"/>
        </w:rPr>
      </w:pPr>
      <w:r w:rsidRPr="007E7FD7">
        <w:rPr>
          <w:sz w:val="28"/>
          <w:szCs w:val="28"/>
          <w:lang w:val="kk-KZ"/>
        </w:rPr>
        <w:t>№ 58 сайлау учаскесі</w:t>
      </w:r>
    </w:p>
    <w:p w14:paraId="1B6DC197"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«Ақжан Әл-Машани атындағы </w:t>
      </w:r>
    </w:p>
    <w:p w14:paraId="5CA88DF4" w14:textId="77777777" w:rsidR="00937755" w:rsidRPr="007E7FD7" w:rsidRDefault="00937755" w:rsidP="00937755">
      <w:pPr>
        <w:ind w:firstLine="709"/>
        <w:jc w:val="center"/>
        <w:rPr>
          <w:sz w:val="28"/>
          <w:szCs w:val="28"/>
          <w:lang w:val="kk-KZ"/>
        </w:rPr>
      </w:pPr>
      <w:r w:rsidRPr="007E7FD7">
        <w:rPr>
          <w:sz w:val="28"/>
          <w:szCs w:val="28"/>
          <w:lang w:val="kk-KZ"/>
        </w:rPr>
        <w:t>№ 92 мектеп-лицей» шаруашылық жүргізу құқығындағы мемлекеттік коммуналдық кәсіпорны, А351 көше</w:t>
      </w:r>
      <w:r>
        <w:rPr>
          <w:sz w:val="28"/>
          <w:szCs w:val="28"/>
          <w:lang w:val="kk-KZ"/>
        </w:rPr>
        <w:t>сі</w:t>
      </w:r>
      <w:r w:rsidRPr="007E7FD7">
        <w:rPr>
          <w:sz w:val="28"/>
          <w:szCs w:val="28"/>
          <w:lang w:val="kk-KZ"/>
        </w:rPr>
        <w:t>, № 3)</w:t>
      </w:r>
    </w:p>
    <w:p w14:paraId="495AAA26" w14:textId="77777777" w:rsidR="00937755" w:rsidRPr="007E7FD7" w:rsidRDefault="00937755" w:rsidP="00937755">
      <w:pPr>
        <w:ind w:firstLine="709"/>
        <w:jc w:val="center"/>
        <w:rPr>
          <w:sz w:val="28"/>
          <w:szCs w:val="28"/>
          <w:lang w:val="kk-KZ"/>
        </w:rPr>
      </w:pPr>
    </w:p>
    <w:p w14:paraId="363E4BD9"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Тәуелсіздік даңғылы, № 31/2, 31/3, 31/4, 33, 33/1, 33/2 үйлер, </w:t>
      </w:r>
      <w:r w:rsidRPr="007E7FD7">
        <w:rPr>
          <w:sz w:val="28"/>
          <w:szCs w:val="28"/>
          <w:lang w:val="kk-KZ"/>
        </w:rPr>
        <w:br/>
        <w:t xml:space="preserve">А. Тоқпанов көшесі, № 8, 8/1, 8/2, 8/3, 8/4, 8/5 үйлер, Б. Момышұлы даңғылы, </w:t>
      </w:r>
      <w:r w:rsidRPr="007E7FD7">
        <w:rPr>
          <w:sz w:val="28"/>
          <w:szCs w:val="28"/>
          <w:lang w:val="kk-KZ"/>
        </w:rPr>
        <w:br/>
        <w:t>№ 7, 9, 11 үйлер.</w:t>
      </w:r>
    </w:p>
    <w:p w14:paraId="0EF087B8" w14:textId="77777777" w:rsidR="00937755" w:rsidRPr="007E7FD7" w:rsidRDefault="00937755" w:rsidP="00937755">
      <w:pPr>
        <w:ind w:firstLine="709"/>
        <w:jc w:val="both"/>
        <w:rPr>
          <w:sz w:val="28"/>
          <w:szCs w:val="28"/>
          <w:lang w:val="kk-KZ"/>
        </w:rPr>
      </w:pPr>
    </w:p>
    <w:p w14:paraId="3C93670D" w14:textId="77777777" w:rsidR="00937755" w:rsidRPr="007E7FD7" w:rsidRDefault="00937755" w:rsidP="00937755">
      <w:pPr>
        <w:keepNext/>
        <w:ind w:firstLine="709"/>
        <w:jc w:val="center"/>
        <w:rPr>
          <w:sz w:val="28"/>
          <w:szCs w:val="28"/>
          <w:lang w:val="kk-KZ"/>
        </w:rPr>
      </w:pPr>
      <w:r w:rsidRPr="007E7FD7">
        <w:rPr>
          <w:sz w:val="28"/>
          <w:szCs w:val="28"/>
          <w:lang w:val="kk-KZ"/>
        </w:rPr>
        <w:t>№ 59 сайлау учаскесі</w:t>
      </w:r>
    </w:p>
    <w:p w14:paraId="7DE522F4"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sidRPr="00CF5B02">
        <w:rPr>
          <w:sz w:val="28"/>
          <w:szCs w:val="28"/>
          <w:lang w:val="kk-KZ"/>
        </w:rPr>
        <w:t>Астана қаласы әкімдігінің «№ 116 жалпы орта білім беретін мектеп» коммуналдық мемлекеттік мекемесі, М.</w:t>
      </w:r>
      <w:r w:rsidRPr="007E7FD7">
        <w:rPr>
          <w:sz w:val="28"/>
          <w:szCs w:val="28"/>
          <w:lang w:val="kk-KZ"/>
        </w:rPr>
        <w:t> Төлебаев көшесі, № 3)</w:t>
      </w:r>
    </w:p>
    <w:p w14:paraId="5A7AE48C" w14:textId="77777777" w:rsidR="00937755" w:rsidRPr="007E7FD7" w:rsidRDefault="00937755" w:rsidP="00937755">
      <w:pPr>
        <w:ind w:firstLine="709"/>
        <w:jc w:val="center"/>
        <w:rPr>
          <w:sz w:val="28"/>
          <w:szCs w:val="28"/>
          <w:lang w:val="kk-KZ"/>
        </w:rPr>
      </w:pPr>
    </w:p>
    <w:p w14:paraId="379EBD14" w14:textId="77777777" w:rsidR="00937755" w:rsidRPr="00CF5B02" w:rsidRDefault="00937755" w:rsidP="00937755">
      <w:pPr>
        <w:ind w:firstLine="709"/>
        <w:jc w:val="both"/>
        <w:rPr>
          <w:sz w:val="28"/>
          <w:szCs w:val="28"/>
          <w:lang w:val="kk-KZ"/>
        </w:rPr>
      </w:pPr>
      <w:r w:rsidRPr="007E7FD7">
        <w:rPr>
          <w:sz w:val="28"/>
          <w:szCs w:val="28"/>
          <w:lang w:val="kk-KZ"/>
        </w:rPr>
        <w:t>Шекарасы:</w:t>
      </w:r>
      <w:r w:rsidRPr="00CF5B02">
        <w:rPr>
          <w:sz w:val="28"/>
          <w:szCs w:val="28"/>
          <w:lang w:val="kk-KZ"/>
        </w:rPr>
        <w:t xml:space="preserve"> Балқантау көшесінен Шабыт орамының жұп сандар</w:t>
      </w:r>
      <w:r>
        <w:rPr>
          <w:sz w:val="28"/>
          <w:szCs w:val="28"/>
          <w:lang w:val="kk-KZ"/>
        </w:rPr>
        <w:t xml:space="preserve"> </w:t>
      </w:r>
      <w:r w:rsidRPr="00CF5B02">
        <w:rPr>
          <w:sz w:val="28"/>
          <w:szCs w:val="28"/>
          <w:lang w:val="kk-KZ"/>
        </w:rPr>
        <w:t xml:space="preserve">жағымен Обаған көшесіне дейін, Обаған көшесінен «Достық» шағын бағының оңтүстік жағына дейін, «Достық» шағын бағының оңтүстік жағымен М. Төлебаев </w:t>
      </w:r>
      <w:r w:rsidRPr="00CF5B02">
        <w:rPr>
          <w:sz w:val="28"/>
          <w:szCs w:val="28"/>
          <w:lang w:val="kk-KZ"/>
        </w:rPr>
        <w:lastRenderedPageBreak/>
        <w:t>көшесіне дейін, М. Төлебаев көшесінің тақ сандар</w:t>
      </w:r>
      <w:r>
        <w:rPr>
          <w:sz w:val="28"/>
          <w:szCs w:val="28"/>
          <w:lang w:val="kk-KZ"/>
        </w:rPr>
        <w:t xml:space="preserve"> </w:t>
      </w:r>
      <w:r w:rsidRPr="00CF5B02">
        <w:rPr>
          <w:sz w:val="28"/>
          <w:szCs w:val="28"/>
          <w:lang w:val="kk-KZ"/>
        </w:rPr>
        <w:t>жағымен Бурабай көшесіне дейін, Бурабай көшесінің жұп сандар</w:t>
      </w:r>
      <w:r>
        <w:rPr>
          <w:sz w:val="28"/>
          <w:szCs w:val="28"/>
          <w:lang w:val="kk-KZ"/>
        </w:rPr>
        <w:t xml:space="preserve"> </w:t>
      </w:r>
      <w:r w:rsidRPr="00CF5B02">
        <w:rPr>
          <w:sz w:val="28"/>
          <w:szCs w:val="28"/>
          <w:lang w:val="kk-KZ"/>
        </w:rPr>
        <w:t>жағымен Абылай хан даңғылына дейін, Абылай хан даңғылының жұп сандар</w:t>
      </w:r>
      <w:r>
        <w:rPr>
          <w:sz w:val="28"/>
          <w:szCs w:val="28"/>
          <w:lang w:val="kk-KZ"/>
        </w:rPr>
        <w:t xml:space="preserve"> </w:t>
      </w:r>
      <w:r w:rsidRPr="00CF5B02">
        <w:rPr>
          <w:sz w:val="28"/>
          <w:szCs w:val="28"/>
          <w:lang w:val="kk-KZ"/>
        </w:rPr>
        <w:t>жағымен Арал орамына дейін, Арал орамының тақ сандар</w:t>
      </w:r>
      <w:r>
        <w:rPr>
          <w:sz w:val="28"/>
          <w:szCs w:val="28"/>
          <w:lang w:val="kk-KZ"/>
        </w:rPr>
        <w:t xml:space="preserve"> </w:t>
      </w:r>
      <w:r w:rsidRPr="00CF5B02">
        <w:rPr>
          <w:sz w:val="28"/>
          <w:szCs w:val="28"/>
          <w:lang w:val="kk-KZ"/>
        </w:rPr>
        <w:t>жағымен Майдақоңыр көшесіне дейін, Майдақоңыр көшесінің жұп сандар жағымен Қызылкөл орамына дейін, Қызылкөл орамының тақ сандар</w:t>
      </w:r>
      <w:r>
        <w:rPr>
          <w:sz w:val="28"/>
          <w:szCs w:val="28"/>
          <w:lang w:val="kk-KZ"/>
        </w:rPr>
        <w:t xml:space="preserve"> </w:t>
      </w:r>
      <w:r w:rsidRPr="00CF5B02">
        <w:rPr>
          <w:sz w:val="28"/>
          <w:szCs w:val="28"/>
          <w:lang w:val="kk-KZ"/>
        </w:rPr>
        <w:t>жағымен М. Төлебаев көшесіне дейін, М. Төлебаев көшесінің жұп сандар</w:t>
      </w:r>
      <w:r>
        <w:rPr>
          <w:sz w:val="28"/>
          <w:szCs w:val="28"/>
          <w:lang w:val="kk-KZ"/>
        </w:rPr>
        <w:t xml:space="preserve"> </w:t>
      </w:r>
      <w:r w:rsidRPr="00CF5B02">
        <w:rPr>
          <w:sz w:val="28"/>
          <w:szCs w:val="28"/>
          <w:lang w:val="kk-KZ"/>
        </w:rPr>
        <w:t>жағымен Балқантау көшесіне дейін, Балқантау көшесінің тақ сандар жағымен Шабыт орамына дейін.</w:t>
      </w:r>
    </w:p>
    <w:p w14:paraId="5FC88985" w14:textId="77777777" w:rsidR="00937755" w:rsidRPr="007E7FD7" w:rsidRDefault="00937755" w:rsidP="00937755">
      <w:pPr>
        <w:ind w:firstLine="709"/>
        <w:jc w:val="both"/>
        <w:rPr>
          <w:sz w:val="28"/>
          <w:szCs w:val="28"/>
          <w:lang w:val="kk-KZ"/>
        </w:rPr>
      </w:pPr>
    </w:p>
    <w:p w14:paraId="2B50AAAE" w14:textId="77777777" w:rsidR="00937755" w:rsidRPr="007E7FD7" w:rsidRDefault="00937755" w:rsidP="00937755">
      <w:pPr>
        <w:keepNext/>
        <w:ind w:firstLine="709"/>
        <w:jc w:val="center"/>
        <w:rPr>
          <w:sz w:val="28"/>
          <w:szCs w:val="28"/>
          <w:lang w:val="kk-KZ"/>
        </w:rPr>
      </w:pPr>
      <w:r w:rsidRPr="007E7FD7">
        <w:rPr>
          <w:sz w:val="28"/>
          <w:szCs w:val="28"/>
          <w:lang w:val="kk-KZ"/>
        </w:rPr>
        <w:t>№ 60 сайлау учаскесі</w:t>
      </w:r>
    </w:p>
    <w:p w14:paraId="50B0963F"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«Қоғамдық келісім» коммуналдық мемлекеттік мекемесі, «Достық үйі» ғимараты, </w:t>
      </w:r>
    </w:p>
    <w:p w14:paraId="2180E234" w14:textId="77777777" w:rsidR="00937755" w:rsidRPr="007E7FD7" w:rsidRDefault="00937755" w:rsidP="00937755">
      <w:pPr>
        <w:ind w:firstLine="709"/>
        <w:jc w:val="center"/>
        <w:rPr>
          <w:sz w:val="28"/>
          <w:szCs w:val="28"/>
          <w:lang w:val="kk-KZ"/>
        </w:rPr>
      </w:pPr>
      <w:r w:rsidRPr="007E7FD7">
        <w:rPr>
          <w:sz w:val="28"/>
          <w:szCs w:val="28"/>
          <w:lang w:val="kk-KZ"/>
        </w:rPr>
        <w:t>Б. Момышұлы даңғылы, № 26)</w:t>
      </w:r>
    </w:p>
    <w:p w14:paraId="6872AD45" w14:textId="77777777" w:rsidR="00937755" w:rsidRPr="007E7FD7" w:rsidRDefault="00937755" w:rsidP="00937755">
      <w:pPr>
        <w:ind w:firstLine="709"/>
        <w:jc w:val="center"/>
        <w:rPr>
          <w:sz w:val="28"/>
          <w:szCs w:val="28"/>
          <w:lang w:val="kk-KZ"/>
        </w:rPr>
      </w:pPr>
    </w:p>
    <w:p w14:paraId="126E1BBE" w14:textId="77777777" w:rsidR="00937755" w:rsidRPr="007E7FD7" w:rsidRDefault="00937755" w:rsidP="00937755">
      <w:pPr>
        <w:ind w:firstLine="709"/>
        <w:jc w:val="both"/>
        <w:rPr>
          <w:sz w:val="28"/>
          <w:szCs w:val="28"/>
          <w:lang w:val="kk-KZ"/>
        </w:rPr>
      </w:pPr>
      <w:r w:rsidRPr="00C60B18">
        <w:rPr>
          <w:sz w:val="28"/>
          <w:szCs w:val="28"/>
          <w:lang w:val="kk-KZ"/>
        </w:rPr>
        <w:t xml:space="preserve">Шекарасы: Қордай көшесінен Б. Момышұлы даңғылының жұп сандар жағымен Абылай хан даңғылына дейін, Абылай хан даңғылының жұп сандар жағымен Бурабай көшесіне дейін, Бурабай көшесінің тақ сандар жағымен </w:t>
      </w:r>
      <w:r w:rsidRPr="00C60B18">
        <w:rPr>
          <w:sz w:val="28"/>
          <w:szCs w:val="28"/>
          <w:lang w:val="kk-KZ"/>
        </w:rPr>
        <w:br/>
        <w:t xml:space="preserve">М. Төлебаев көшесіне дейін, М. Төлебаев көшесінің жұп сандар жағымен «Достық» шағын бағының оңтүстік жағына дейін, «Достық» шағын бағының оңтүстік жағымен Обаған көшесіне дейін, Обаған көшесінің тақ сандар жағымен Қордай көшесіне дейін, Қордай көшесінің жұп сандар жағымен </w:t>
      </w:r>
      <w:r w:rsidRPr="00C60B18">
        <w:rPr>
          <w:sz w:val="28"/>
          <w:szCs w:val="28"/>
          <w:lang w:val="kk-KZ"/>
        </w:rPr>
        <w:br/>
        <w:t>Б. Момышұлы даңғылына дейін.</w:t>
      </w:r>
    </w:p>
    <w:p w14:paraId="252AFC2D" w14:textId="77777777" w:rsidR="00937755" w:rsidRPr="007E7FD7" w:rsidRDefault="00937755" w:rsidP="00937755">
      <w:pPr>
        <w:ind w:firstLine="709"/>
        <w:jc w:val="both"/>
        <w:rPr>
          <w:sz w:val="28"/>
          <w:szCs w:val="28"/>
          <w:lang w:val="kk-KZ"/>
        </w:rPr>
      </w:pPr>
    </w:p>
    <w:p w14:paraId="7D190E01" w14:textId="77777777" w:rsidR="00937755" w:rsidRPr="007E7FD7" w:rsidRDefault="00937755" w:rsidP="00937755">
      <w:pPr>
        <w:keepNext/>
        <w:ind w:firstLine="709"/>
        <w:jc w:val="center"/>
        <w:rPr>
          <w:sz w:val="28"/>
          <w:szCs w:val="28"/>
          <w:lang w:val="kk-KZ"/>
        </w:rPr>
      </w:pPr>
      <w:r w:rsidRPr="007E7FD7">
        <w:rPr>
          <w:sz w:val="28"/>
          <w:szCs w:val="28"/>
          <w:lang w:val="kk-KZ"/>
        </w:rPr>
        <w:t>№ 61 сайлау учаскесі</w:t>
      </w:r>
    </w:p>
    <w:p w14:paraId="453B3D64"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r w:rsidRPr="007E7FD7">
        <w:rPr>
          <w:sz w:val="28"/>
          <w:szCs w:val="28"/>
          <w:lang w:val="kk-KZ"/>
        </w:rPr>
        <w:t xml:space="preserve">NURORDA» мектеп-лицейі» мекемесі, </w:t>
      </w:r>
    </w:p>
    <w:p w14:paraId="0CAEF714" w14:textId="77777777" w:rsidR="00937755" w:rsidRPr="007E7FD7" w:rsidRDefault="00937755" w:rsidP="00937755">
      <w:pPr>
        <w:ind w:firstLine="709"/>
        <w:jc w:val="center"/>
        <w:rPr>
          <w:sz w:val="28"/>
          <w:szCs w:val="28"/>
          <w:lang w:val="kk-KZ"/>
        </w:rPr>
      </w:pPr>
      <w:r w:rsidRPr="007E7FD7">
        <w:rPr>
          <w:sz w:val="28"/>
          <w:szCs w:val="28"/>
          <w:lang w:val="kk-KZ"/>
        </w:rPr>
        <w:t>Қ. Аманжолов көшесі, № 34)</w:t>
      </w:r>
    </w:p>
    <w:p w14:paraId="2F497443" w14:textId="77777777" w:rsidR="00937755" w:rsidRPr="007E7FD7" w:rsidRDefault="00937755" w:rsidP="00937755">
      <w:pPr>
        <w:ind w:firstLine="709"/>
        <w:jc w:val="center"/>
        <w:rPr>
          <w:sz w:val="28"/>
          <w:szCs w:val="28"/>
          <w:lang w:val="kk-KZ"/>
        </w:rPr>
      </w:pPr>
    </w:p>
    <w:p w14:paraId="2FFDF872" w14:textId="77777777" w:rsidR="00937755" w:rsidRPr="007E7FD7" w:rsidRDefault="00937755" w:rsidP="00937755">
      <w:pPr>
        <w:ind w:firstLine="709"/>
        <w:jc w:val="both"/>
        <w:rPr>
          <w:sz w:val="28"/>
          <w:szCs w:val="28"/>
          <w:lang w:val="kk-KZ"/>
        </w:rPr>
      </w:pPr>
      <w:r w:rsidRPr="007E7FD7">
        <w:rPr>
          <w:sz w:val="28"/>
          <w:szCs w:val="28"/>
          <w:lang w:val="kk-KZ"/>
        </w:rPr>
        <w:t>Шекарасы: М. Жұмабаев даңғылынан Р. Қошқарбаев даңғылының тақ сандар жағымен С. Нұрмағамбетов көшесіне дейін, С. Нұрмағамбетов көшесінің жұп сандар жағымен Балқантау көшесіне дейін, Балқантау көшесінің жұп сандар жағымен М. Жұмабаев даңғылына дейін, М. Жұмабаев даңғылының тақ сандар жағымен Р. Қошқарбаев даңғылына дейін.</w:t>
      </w:r>
    </w:p>
    <w:p w14:paraId="3D30F98B" w14:textId="77777777" w:rsidR="00937755" w:rsidRPr="007E7FD7" w:rsidRDefault="00937755" w:rsidP="00937755">
      <w:pPr>
        <w:ind w:firstLine="709"/>
        <w:jc w:val="both"/>
        <w:rPr>
          <w:sz w:val="28"/>
          <w:szCs w:val="28"/>
          <w:lang w:val="kk-KZ"/>
        </w:rPr>
      </w:pPr>
    </w:p>
    <w:p w14:paraId="1AE211F4" w14:textId="77777777" w:rsidR="00937755" w:rsidRPr="007E7FD7" w:rsidRDefault="00937755" w:rsidP="00937755">
      <w:pPr>
        <w:keepNext/>
        <w:ind w:firstLine="709"/>
        <w:jc w:val="center"/>
        <w:rPr>
          <w:sz w:val="28"/>
          <w:szCs w:val="28"/>
          <w:lang w:val="kk-KZ"/>
        </w:rPr>
      </w:pPr>
      <w:r w:rsidRPr="007E7FD7">
        <w:rPr>
          <w:sz w:val="28"/>
          <w:szCs w:val="28"/>
          <w:lang w:val="kk-KZ"/>
        </w:rPr>
        <w:t>№ 62 сайлау учаскесі</w:t>
      </w:r>
    </w:p>
    <w:p w14:paraId="6DD789EA"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қаласындағы Д.А. Қонаев атындағы колледж» мекемесі, Манас көшесі, № 23/2)</w:t>
      </w:r>
    </w:p>
    <w:p w14:paraId="00D2D2C5" w14:textId="77777777" w:rsidR="00937755" w:rsidRPr="007E7FD7" w:rsidRDefault="00937755" w:rsidP="00937755">
      <w:pPr>
        <w:ind w:firstLine="709"/>
        <w:jc w:val="center"/>
        <w:rPr>
          <w:sz w:val="28"/>
          <w:szCs w:val="28"/>
          <w:lang w:val="kk-KZ"/>
        </w:rPr>
      </w:pPr>
    </w:p>
    <w:p w14:paraId="32EC6D50" w14:textId="77777777" w:rsidR="00937755" w:rsidRPr="007E7FD7" w:rsidRDefault="00937755" w:rsidP="00937755">
      <w:pPr>
        <w:ind w:firstLine="709"/>
        <w:jc w:val="both"/>
        <w:rPr>
          <w:sz w:val="28"/>
          <w:szCs w:val="28"/>
          <w:lang w:val="kk-KZ"/>
        </w:rPr>
      </w:pPr>
      <w:r w:rsidRPr="007E7FD7">
        <w:rPr>
          <w:sz w:val="28"/>
          <w:szCs w:val="28"/>
          <w:lang w:val="kk-KZ"/>
        </w:rPr>
        <w:t>Шекарасы: Манас көшесі, № 20, 20/2, 22/1, 22/2, 22/3 үйлер.</w:t>
      </w:r>
    </w:p>
    <w:p w14:paraId="332A742D" w14:textId="77777777" w:rsidR="00937755" w:rsidRPr="007E7FD7" w:rsidRDefault="00937755" w:rsidP="00937755">
      <w:pPr>
        <w:ind w:firstLine="709"/>
        <w:jc w:val="both"/>
        <w:rPr>
          <w:sz w:val="28"/>
          <w:szCs w:val="28"/>
          <w:lang w:val="kk-KZ"/>
        </w:rPr>
      </w:pPr>
    </w:p>
    <w:p w14:paraId="7EB7A6B7" w14:textId="77777777" w:rsidR="00937755" w:rsidRPr="007E7FD7" w:rsidRDefault="00937755" w:rsidP="00937755">
      <w:pPr>
        <w:keepNext/>
        <w:ind w:firstLine="709"/>
        <w:jc w:val="center"/>
        <w:rPr>
          <w:sz w:val="28"/>
          <w:szCs w:val="28"/>
          <w:lang w:val="kk-KZ"/>
        </w:rPr>
      </w:pPr>
      <w:r w:rsidRPr="007E7FD7">
        <w:rPr>
          <w:sz w:val="28"/>
          <w:szCs w:val="28"/>
          <w:lang w:val="kk-KZ"/>
        </w:rPr>
        <w:t>№ 63 сайлау учаскесі</w:t>
      </w:r>
    </w:p>
    <w:p w14:paraId="6683C429"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w:t>
      </w:r>
      <w:r>
        <w:rPr>
          <w:sz w:val="28"/>
          <w:szCs w:val="28"/>
          <w:lang w:val="kk-KZ"/>
        </w:rPr>
        <w:t>«</w:t>
      </w:r>
      <w:r w:rsidRPr="007E7FD7">
        <w:rPr>
          <w:sz w:val="28"/>
          <w:szCs w:val="28"/>
          <w:lang w:val="kk-KZ"/>
        </w:rPr>
        <w:t xml:space="preserve">Spectrum» халықаралық мектебі» мекемесі, </w:t>
      </w:r>
    </w:p>
    <w:p w14:paraId="68093CEC" w14:textId="77777777" w:rsidR="00937755" w:rsidRPr="007E7FD7" w:rsidRDefault="00937755" w:rsidP="00937755">
      <w:pPr>
        <w:ind w:firstLine="709"/>
        <w:jc w:val="center"/>
        <w:rPr>
          <w:sz w:val="28"/>
          <w:szCs w:val="28"/>
          <w:lang w:val="kk-KZ"/>
        </w:rPr>
      </w:pPr>
      <w:r w:rsidRPr="007E7FD7">
        <w:rPr>
          <w:sz w:val="28"/>
          <w:szCs w:val="28"/>
          <w:lang w:val="kk-KZ"/>
        </w:rPr>
        <w:t>Р. Қошқарбаев даңғылы, № 11)</w:t>
      </w:r>
    </w:p>
    <w:p w14:paraId="45731661" w14:textId="77777777" w:rsidR="00937755" w:rsidRPr="007E7FD7" w:rsidRDefault="00937755" w:rsidP="00937755">
      <w:pPr>
        <w:ind w:firstLine="709"/>
        <w:jc w:val="center"/>
        <w:rPr>
          <w:sz w:val="28"/>
          <w:szCs w:val="28"/>
          <w:lang w:val="kk-KZ"/>
        </w:rPr>
      </w:pPr>
    </w:p>
    <w:p w14:paraId="6B2E6F9C" w14:textId="77777777" w:rsidR="00937755" w:rsidRPr="007E7FD7" w:rsidRDefault="00937755" w:rsidP="00937755">
      <w:pPr>
        <w:ind w:firstLine="709"/>
        <w:jc w:val="both"/>
        <w:rPr>
          <w:sz w:val="28"/>
          <w:szCs w:val="28"/>
          <w:lang w:val="kk-KZ"/>
        </w:rPr>
      </w:pPr>
      <w:r w:rsidRPr="007E7FD7">
        <w:rPr>
          <w:sz w:val="28"/>
          <w:szCs w:val="28"/>
          <w:lang w:val="kk-KZ"/>
        </w:rPr>
        <w:t>Шекарасы: Р. Қошқарбаев даңғылы, № 15, 15</w:t>
      </w:r>
      <w:r>
        <w:rPr>
          <w:sz w:val="28"/>
          <w:szCs w:val="28"/>
          <w:lang w:val="kk-KZ"/>
        </w:rPr>
        <w:t>А</w:t>
      </w:r>
      <w:r w:rsidRPr="007E7FD7">
        <w:rPr>
          <w:sz w:val="28"/>
          <w:szCs w:val="28"/>
          <w:lang w:val="kk-KZ"/>
        </w:rPr>
        <w:t>, 15/2, 23, 25, 27, 27/1, 27/2 үйлер, Айнакөл көшесі, № 66, 66/1 үйлер.</w:t>
      </w:r>
    </w:p>
    <w:p w14:paraId="6F7CB4D8" w14:textId="77777777" w:rsidR="00937755" w:rsidRPr="007E7FD7" w:rsidRDefault="00937755" w:rsidP="00937755">
      <w:pPr>
        <w:ind w:firstLine="709"/>
        <w:jc w:val="both"/>
        <w:rPr>
          <w:sz w:val="28"/>
          <w:szCs w:val="28"/>
          <w:lang w:val="kk-KZ"/>
        </w:rPr>
      </w:pPr>
    </w:p>
    <w:p w14:paraId="1E32C85E" w14:textId="77777777" w:rsidR="00937755" w:rsidRPr="007E7FD7" w:rsidRDefault="00937755" w:rsidP="00937755">
      <w:pPr>
        <w:keepNext/>
        <w:ind w:firstLine="709"/>
        <w:jc w:val="center"/>
        <w:rPr>
          <w:sz w:val="28"/>
          <w:szCs w:val="28"/>
          <w:lang w:val="kk-KZ"/>
        </w:rPr>
      </w:pPr>
      <w:r w:rsidRPr="007E7FD7">
        <w:rPr>
          <w:sz w:val="28"/>
          <w:szCs w:val="28"/>
          <w:lang w:val="kk-KZ"/>
        </w:rPr>
        <w:t>№ 64 сайлау учаскесі</w:t>
      </w:r>
    </w:p>
    <w:p w14:paraId="1D3D8868" w14:textId="77777777" w:rsidR="00937755" w:rsidRPr="007E7FD7" w:rsidRDefault="00937755" w:rsidP="00937755">
      <w:pPr>
        <w:jc w:val="center"/>
        <w:rPr>
          <w:sz w:val="28"/>
          <w:szCs w:val="28"/>
          <w:lang w:val="kk-KZ"/>
        </w:rPr>
      </w:pPr>
      <w:r w:rsidRPr="007E7FD7">
        <w:rPr>
          <w:sz w:val="28"/>
          <w:szCs w:val="28"/>
          <w:lang w:val="kk-KZ"/>
        </w:rPr>
        <w:t>(орталығы – Астана қаласы әкімдігінің «Райымбек батыр атындағы</w:t>
      </w:r>
    </w:p>
    <w:p w14:paraId="5CA6B17B" w14:textId="77777777" w:rsidR="00937755" w:rsidRPr="007E7FD7" w:rsidRDefault="00937755" w:rsidP="00937755">
      <w:pPr>
        <w:jc w:val="center"/>
        <w:rPr>
          <w:sz w:val="28"/>
          <w:szCs w:val="28"/>
          <w:lang w:val="kk-KZ"/>
        </w:rPr>
      </w:pPr>
      <w:r w:rsidRPr="007E7FD7">
        <w:rPr>
          <w:sz w:val="28"/>
          <w:szCs w:val="28"/>
          <w:lang w:val="kk-KZ"/>
        </w:rPr>
        <w:t>№ 50 «Қазғарыш» мектеп-лицей» шаруашылық жүргізу құқығындағы мемлекеттік коммуналдық кәсіпорны, күйші Дина көшесі, № 6)</w:t>
      </w:r>
    </w:p>
    <w:p w14:paraId="01F3A244" w14:textId="77777777" w:rsidR="00937755" w:rsidRPr="007E7FD7" w:rsidRDefault="00937755" w:rsidP="00937755">
      <w:pPr>
        <w:ind w:firstLine="709"/>
        <w:jc w:val="center"/>
        <w:rPr>
          <w:sz w:val="28"/>
          <w:szCs w:val="28"/>
          <w:lang w:val="kk-KZ"/>
        </w:rPr>
      </w:pPr>
    </w:p>
    <w:p w14:paraId="7AA4B15D"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күйші Дина көшесі, № 1, 1/1, 2/1, 2/2, 4, 4/1, 4/2, 5, 5/1, 20 үйлер. </w:t>
      </w:r>
    </w:p>
    <w:p w14:paraId="1B353281" w14:textId="77777777" w:rsidR="00937755" w:rsidRPr="007E7FD7" w:rsidRDefault="00937755" w:rsidP="00937755">
      <w:pPr>
        <w:ind w:firstLine="709"/>
        <w:jc w:val="center"/>
        <w:rPr>
          <w:sz w:val="28"/>
          <w:szCs w:val="28"/>
          <w:lang w:val="kk-KZ"/>
        </w:rPr>
      </w:pPr>
    </w:p>
    <w:p w14:paraId="62DF30B0" w14:textId="77777777" w:rsidR="00937755" w:rsidRPr="007E7FD7" w:rsidRDefault="00937755" w:rsidP="00937755">
      <w:pPr>
        <w:keepNext/>
        <w:ind w:firstLine="709"/>
        <w:jc w:val="center"/>
        <w:rPr>
          <w:sz w:val="28"/>
          <w:szCs w:val="28"/>
          <w:lang w:val="kk-KZ"/>
        </w:rPr>
      </w:pPr>
      <w:r w:rsidRPr="007E7FD7">
        <w:rPr>
          <w:sz w:val="28"/>
          <w:szCs w:val="28"/>
          <w:lang w:val="kk-KZ"/>
        </w:rPr>
        <w:t>№ 482 сайлау учаскесі</w:t>
      </w:r>
    </w:p>
    <w:p w14:paraId="275BC820" w14:textId="77777777" w:rsidR="00937755" w:rsidRPr="007E7FD7" w:rsidRDefault="00937755" w:rsidP="00937755">
      <w:pPr>
        <w:ind w:firstLine="709"/>
        <w:jc w:val="center"/>
        <w:rPr>
          <w:sz w:val="28"/>
          <w:szCs w:val="28"/>
          <w:lang w:val="kk-KZ"/>
        </w:rPr>
      </w:pPr>
      <w:r w:rsidRPr="007E7FD7">
        <w:rPr>
          <w:sz w:val="28"/>
          <w:szCs w:val="28"/>
          <w:lang w:val="kk-KZ"/>
        </w:rPr>
        <w:t xml:space="preserve">(орталығы – Астана қаласы әкімдігінің «№ 114 жалпы орта білім беретін мектеп» коммуналдық мемлекеттік мекемесі, </w:t>
      </w:r>
      <w:r w:rsidRPr="007E7FD7">
        <w:rPr>
          <w:sz w:val="28"/>
          <w:szCs w:val="28"/>
          <w:lang w:val="kk-KZ"/>
        </w:rPr>
        <w:br/>
        <w:t>І. Жансүгірұлы көшесі, № 1)</w:t>
      </w:r>
    </w:p>
    <w:p w14:paraId="07193497" w14:textId="77777777" w:rsidR="00937755" w:rsidRPr="007E7FD7" w:rsidRDefault="00937755" w:rsidP="00937755">
      <w:pPr>
        <w:ind w:firstLine="709"/>
        <w:jc w:val="both"/>
        <w:rPr>
          <w:sz w:val="28"/>
          <w:szCs w:val="28"/>
          <w:lang w:val="kk-KZ"/>
        </w:rPr>
      </w:pPr>
    </w:p>
    <w:p w14:paraId="6D034AD6" w14:textId="77777777" w:rsidR="00937755" w:rsidRPr="007E7FD7" w:rsidRDefault="00937755" w:rsidP="00937755">
      <w:pPr>
        <w:ind w:firstLine="709"/>
        <w:jc w:val="both"/>
        <w:rPr>
          <w:sz w:val="28"/>
          <w:szCs w:val="28"/>
          <w:lang w:val="kk-KZ"/>
        </w:rPr>
      </w:pPr>
      <w:r w:rsidRPr="007E7FD7">
        <w:rPr>
          <w:sz w:val="28"/>
          <w:szCs w:val="28"/>
          <w:lang w:val="kk-KZ"/>
        </w:rPr>
        <w:t xml:space="preserve">Шекарасы: Манас көшесінен Ш. Құдайбердіұлы даңғылының тақ сандар жағымен Есіл өзенінің жағалауына дейін, Есіл өзенінің жағалауымен теміржол төсеміне дейін, теміржол төсемімен Манас көшесіне дейін, Манас көшесінің тақ сандар жағымен, Манас көшесіндегі № 13/1, 13/2, 15 үйлер мен </w:t>
      </w:r>
      <w:r w:rsidRPr="007E7FD7">
        <w:rPr>
          <w:sz w:val="28"/>
          <w:szCs w:val="28"/>
          <w:lang w:val="kk-KZ"/>
        </w:rPr>
        <w:br/>
        <w:t xml:space="preserve">Ш. Құдайбердіұлы даңғылындағы № 20, 22, 22/1, 24/1 үйлерді қоса алғанда, </w:t>
      </w:r>
      <w:r w:rsidRPr="007E7FD7">
        <w:rPr>
          <w:sz w:val="28"/>
          <w:szCs w:val="28"/>
          <w:lang w:val="kk-KZ"/>
        </w:rPr>
        <w:br/>
        <w:t>Ш. Құдайбердіұлы даңғылындағы № 5 үйді қоспағанда, Ш. Құдайбердіұлы даңғылына дейін.</w:t>
      </w:r>
    </w:p>
    <w:p w14:paraId="325AE69C" w14:textId="77777777" w:rsidR="00937755" w:rsidRPr="007E7FD7" w:rsidRDefault="00937755" w:rsidP="00937755">
      <w:pPr>
        <w:ind w:firstLine="709"/>
        <w:jc w:val="center"/>
        <w:rPr>
          <w:sz w:val="28"/>
          <w:szCs w:val="28"/>
          <w:lang w:val="kk-KZ"/>
        </w:rPr>
      </w:pPr>
    </w:p>
    <w:p w14:paraId="644DB3AE" w14:textId="77777777" w:rsidR="00937755" w:rsidRPr="007E7FD7" w:rsidRDefault="00937755" w:rsidP="00937755">
      <w:pPr>
        <w:keepNext/>
        <w:ind w:firstLine="709"/>
        <w:jc w:val="center"/>
        <w:rPr>
          <w:sz w:val="28"/>
          <w:szCs w:val="28"/>
          <w:lang w:val="kk-KZ"/>
        </w:rPr>
      </w:pPr>
      <w:r w:rsidRPr="007E7FD7">
        <w:rPr>
          <w:sz w:val="28"/>
          <w:szCs w:val="28"/>
          <w:lang w:val="kk-KZ"/>
        </w:rPr>
        <w:t>№ 483 сайлау учаскесі</w:t>
      </w:r>
    </w:p>
    <w:p w14:paraId="13F2FF38"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w:t>
      </w:r>
      <w:r>
        <w:rPr>
          <w:sz w:val="28"/>
          <w:szCs w:val="28"/>
          <w:lang w:val="kk-KZ"/>
        </w:rPr>
        <w:t>Әл-Фараби атындағы о</w:t>
      </w:r>
      <w:r w:rsidRPr="007E7FD7">
        <w:rPr>
          <w:sz w:val="28"/>
          <w:szCs w:val="28"/>
          <w:lang w:val="kk-KZ"/>
        </w:rPr>
        <w:t>қушылар сарайы» шаруашылық жүргізу құқығындағы мемлекеттік коммуналдық кәсіпорны, Б. Момышұлы даңғылы, № 5)</w:t>
      </w:r>
    </w:p>
    <w:p w14:paraId="6C35B51F" w14:textId="77777777" w:rsidR="00937755" w:rsidRPr="007E7FD7" w:rsidRDefault="00937755" w:rsidP="00937755">
      <w:pPr>
        <w:ind w:firstLine="709"/>
        <w:jc w:val="both"/>
        <w:rPr>
          <w:sz w:val="28"/>
          <w:szCs w:val="28"/>
          <w:lang w:val="kk-KZ"/>
        </w:rPr>
      </w:pPr>
    </w:p>
    <w:p w14:paraId="637265CA" w14:textId="77777777" w:rsidR="00937755" w:rsidRPr="007E7FD7" w:rsidRDefault="00937755" w:rsidP="00937755">
      <w:pPr>
        <w:ind w:firstLine="709"/>
        <w:jc w:val="both"/>
        <w:rPr>
          <w:sz w:val="28"/>
          <w:szCs w:val="28"/>
          <w:lang w:val="kk-KZ"/>
        </w:rPr>
      </w:pPr>
      <w:r w:rsidRPr="007E7FD7">
        <w:rPr>
          <w:sz w:val="28"/>
          <w:szCs w:val="28"/>
          <w:lang w:val="kk-KZ"/>
        </w:rPr>
        <w:t>Шекарасы: Тәуелсіздік даңғылы, № 23, 23/1, 25, 25/1 үйлер, А. Тоқпанов көшесі, № 20, 22 үйлер, Қ. Жалайыри көшесі, № 7 үй, Тасшоқы орамы, № 2, 4, 6 үйлер.</w:t>
      </w:r>
    </w:p>
    <w:p w14:paraId="36B7D638" w14:textId="77777777" w:rsidR="00937755" w:rsidRPr="007E7FD7" w:rsidRDefault="00937755" w:rsidP="00937755">
      <w:pPr>
        <w:ind w:firstLine="709"/>
        <w:jc w:val="both"/>
        <w:rPr>
          <w:sz w:val="28"/>
          <w:szCs w:val="28"/>
          <w:lang w:val="kk-KZ"/>
        </w:rPr>
      </w:pPr>
    </w:p>
    <w:p w14:paraId="45A1E208" w14:textId="77777777" w:rsidR="00937755" w:rsidRPr="007E7FD7" w:rsidRDefault="00937755" w:rsidP="00937755">
      <w:pPr>
        <w:keepNext/>
        <w:ind w:firstLine="709"/>
        <w:jc w:val="center"/>
        <w:rPr>
          <w:sz w:val="28"/>
          <w:szCs w:val="28"/>
          <w:lang w:val="kk-KZ"/>
        </w:rPr>
      </w:pPr>
      <w:r w:rsidRPr="007E7FD7">
        <w:rPr>
          <w:sz w:val="28"/>
          <w:szCs w:val="28"/>
          <w:lang w:val="kk-KZ"/>
        </w:rPr>
        <w:t>№ 484 сайлау учаскесі</w:t>
      </w:r>
    </w:p>
    <w:p w14:paraId="6E6935E1"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 116 жалпы орта білім беретін мектеп» коммуналдық мемлекеттік мекемесі, М. Төлебаев көшесі, № 3)</w:t>
      </w:r>
    </w:p>
    <w:p w14:paraId="5544E4EF" w14:textId="77777777" w:rsidR="00937755" w:rsidRPr="007E7FD7" w:rsidRDefault="00937755" w:rsidP="00937755">
      <w:pPr>
        <w:ind w:firstLine="709"/>
        <w:jc w:val="both"/>
        <w:rPr>
          <w:sz w:val="28"/>
          <w:szCs w:val="28"/>
          <w:lang w:val="kk-KZ"/>
        </w:rPr>
      </w:pPr>
    </w:p>
    <w:p w14:paraId="4F0F89C1" w14:textId="77777777" w:rsidR="00937755" w:rsidRPr="007E7FD7" w:rsidRDefault="00937755" w:rsidP="00937755">
      <w:pPr>
        <w:ind w:firstLine="709"/>
        <w:jc w:val="both"/>
        <w:rPr>
          <w:sz w:val="28"/>
          <w:szCs w:val="28"/>
          <w:lang w:val="kk-KZ"/>
        </w:rPr>
      </w:pPr>
      <w:r w:rsidRPr="007E7FD7">
        <w:rPr>
          <w:sz w:val="28"/>
          <w:szCs w:val="28"/>
          <w:lang w:val="kk-KZ"/>
        </w:rPr>
        <w:t>Шекарасы: Қордай көшесінен Р. Қошқарбаев даңғылының тақ сандар жағымен М. Төлебаев көшесіне дейін, М. Төлебаев көшесінің тақ сандар жағымен Балқантау көшесіне дейін, Балқантау көшесінің жұп сандар жағымен Қордай көшесіне дейін, Қордай көшесінің жұп сандар жағымен Р. Қошқарбаев даңғылына дейін.</w:t>
      </w:r>
    </w:p>
    <w:p w14:paraId="22247E4B" w14:textId="77777777" w:rsidR="00937755" w:rsidRPr="007E7FD7" w:rsidRDefault="00937755" w:rsidP="00937755">
      <w:pPr>
        <w:spacing w:after="160" w:line="259" w:lineRule="auto"/>
        <w:rPr>
          <w:sz w:val="28"/>
          <w:szCs w:val="28"/>
          <w:lang w:val="kk-KZ"/>
        </w:rPr>
      </w:pPr>
    </w:p>
    <w:p w14:paraId="6D0DBA2B" w14:textId="77777777" w:rsidR="00937755" w:rsidRPr="007E7FD7" w:rsidRDefault="00937755" w:rsidP="00937755">
      <w:pPr>
        <w:keepNext/>
        <w:ind w:firstLine="709"/>
        <w:jc w:val="center"/>
        <w:rPr>
          <w:sz w:val="28"/>
          <w:szCs w:val="28"/>
          <w:lang w:val="kk-KZ"/>
        </w:rPr>
      </w:pPr>
      <w:r w:rsidRPr="007E7FD7">
        <w:rPr>
          <w:sz w:val="28"/>
          <w:szCs w:val="28"/>
          <w:lang w:val="kk-KZ"/>
        </w:rPr>
        <w:t>№ 65 сайлау учаскесі</w:t>
      </w:r>
    </w:p>
    <w:p w14:paraId="42ABE2EE"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«Қалалық психикалық денсаулық орталығы» шаруашылық жүргізу құқығындағы мемлекеттік коммуналдық кәсіпорны, І. Жансүгірұлы көшесі, № 12)</w:t>
      </w:r>
    </w:p>
    <w:p w14:paraId="572DA019" w14:textId="77777777" w:rsidR="00937755" w:rsidRPr="007E7FD7" w:rsidRDefault="00937755" w:rsidP="00937755">
      <w:pPr>
        <w:ind w:firstLine="709"/>
        <w:jc w:val="center"/>
        <w:rPr>
          <w:sz w:val="28"/>
          <w:szCs w:val="28"/>
          <w:lang w:val="kk-KZ"/>
        </w:rPr>
      </w:pPr>
    </w:p>
    <w:p w14:paraId="0C63BE8B" w14:textId="77777777" w:rsidR="00937755" w:rsidRPr="007E7FD7" w:rsidRDefault="00937755" w:rsidP="00937755">
      <w:pPr>
        <w:ind w:firstLine="709"/>
        <w:jc w:val="both"/>
        <w:rPr>
          <w:sz w:val="28"/>
          <w:szCs w:val="28"/>
          <w:lang w:val="kk-KZ"/>
        </w:rPr>
      </w:pPr>
      <w:r w:rsidRPr="007E7FD7">
        <w:rPr>
          <w:sz w:val="28"/>
          <w:szCs w:val="28"/>
          <w:lang w:val="kk-KZ"/>
        </w:rPr>
        <w:t>Шекарасы: І. Жансүгірұлы көшесі, № 12 үй.</w:t>
      </w:r>
    </w:p>
    <w:p w14:paraId="69919DB4" w14:textId="77777777" w:rsidR="00937755" w:rsidRPr="007E7FD7" w:rsidRDefault="00937755" w:rsidP="00937755">
      <w:pPr>
        <w:ind w:firstLine="709"/>
        <w:jc w:val="both"/>
        <w:rPr>
          <w:sz w:val="28"/>
          <w:szCs w:val="28"/>
          <w:lang w:val="kk-KZ"/>
        </w:rPr>
      </w:pPr>
    </w:p>
    <w:p w14:paraId="125BFFF9" w14:textId="77777777" w:rsidR="00937755" w:rsidRPr="007E7FD7" w:rsidRDefault="00937755" w:rsidP="00937755">
      <w:pPr>
        <w:keepNext/>
        <w:ind w:firstLine="709"/>
        <w:jc w:val="center"/>
        <w:rPr>
          <w:sz w:val="28"/>
          <w:szCs w:val="28"/>
          <w:lang w:val="kk-KZ"/>
        </w:rPr>
      </w:pPr>
      <w:r w:rsidRPr="007E7FD7">
        <w:rPr>
          <w:sz w:val="28"/>
          <w:szCs w:val="28"/>
          <w:lang w:val="kk-KZ"/>
        </w:rPr>
        <w:t>№ 66 сайлау учаскесі</w:t>
      </w:r>
    </w:p>
    <w:p w14:paraId="6E77B76A" w14:textId="77777777" w:rsidR="00937755" w:rsidRPr="007E7FD7" w:rsidRDefault="00937755" w:rsidP="00937755">
      <w:pPr>
        <w:ind w:firstLine="709"/>
        <w:jc w:val="center"/>
        <w:rPr>
          <w:sz w:val="28"/>
          <w:szCs w:val="28"/>
          <w:lang w:val="kk-KZ"/>
        </w:rPr>
      </w:pPr>
      <w:r w:rsidRPr="007E7FD7">
        <w:rPr>
          <w:sz w:val="28"/>
          <w:szCs w:val="28"/>
          <w:lang w:val="kk-KZ"/>
        </w:rPr>
        <w:t>(орталығы – Астана қаласы әкімдігінің «Қалалық көпсалалы фтизиопульмонология және ішкі аурулар орталығы» шаруашылық жүргізу құқығындағы мемлекеттік коммуналдық кәсіпорны, «Железнодорожный» тұрғын алабы, А1 көшесі, № 5, Б блогы)</w:t>
      </w:r>
    </w:p>
    <w:p w14:paraId="01C4540C" w14:textId="77777777" w:rsidR="00937755" w:rsidRPr="007E7FD7" w:rsidRDefault="00937755" w:rsidP="00937755">
      <w:pPr>
        <w:ind w:firstLine="709"/>
        <w:jc w:val="center"/>
        <w:rPr>
          <w:sz w:val="28"/>
          <w:szCs w:val="28"/>
          <w:lang w:val="kk-KZ"/>
        </w:rPr>
      </w:pPr>
    </w:p>
    <w:p w14:paraId="63D9119F" w14:textId="77777777" w:rsidR="00937755" w:rsidRPr="007E7FD7" w:rsidRDefault="00937755" w:rsidP="00937755">
      <w:pPr>
        <w:ind w:firstLine="709"/>
        <w:jc w:val="both"/>
        <w:rPr>
          <w:sz w:val="28"/>
          <w:szCs w:val="28"/>
        </w:rPr>
      </w:pPr>
      <w:r w:rsidRPr="007E7FD7">
        <w:rPr>
          <w:sz w:val="28"/>
          <w:szCs w:val="28"/>
        </w:rPr>
        <w:t>Шекарасы: «Железнодорожный» тұрғын алабы, А1 көше</w:t>
      </w:r>
      <w:r w:rsidRPr="007E7FD7">
        <w:rPr>
          <w:sz w:val="28"/>
          <w:szCs w:val="28"/>
          <w:lang w:val="kk-KZ"/>
        </w:rPr>
        <w:t>сі</w:t>
      </w:r>
      <w:r w:rsidRPr="007E7FD7">
        <w:rPr>
          <w:sz w:val="28"/>
          <w:szCs w:val="28"/>
        </w:rPr>
        <w:t>, № 5, Б блогы.</w:t>
      </w:r>
    </w:p>
    <w:p w14:paraId="1985E2A0" w14:textId="77777777" w:rsidR="00937755" w:rsidRPr="007E7FD7" w:rsidRDefault="00937755" w:rsidP="00937755">
      <w:pPr>
        <w:ind w:firstLine="709"/>
        <w:jc w:val="both"/>
        <w:rPr>
          <w:sz w:val="28"/>
          <w:szCs w:val="28"/>
        </w:rPr>
      </w:pPr>
    </w:p>
    <w:p w14:paraId="4053C0C8" w14:textId="77777777" w:rsidR="00937755" w:rsidRPr="007E7FD7" w:rsidRDefault="00937755" w:rsidP="00937755">
      <w:pPr>
        <w:keepNext/>
        <w:ind w:firstLine="709"/>
        <w:jc w:val="center"/>
        <w:rPr>
          <w:sz w:val="28"/>
          <w:szCs w:val="28"/>
        </w:rPr>
      </w:pPr>
      <w:r w:rsidRPr="007E7FD7">
        <w:rPr>
          <w:sz w:val="28"/>
          <w:szCs w:val="28"/>
        </w:rPr>
        <w:t>№ 67 сайлау учаскесі</w:t>
      </w:r>
    </w:p>
    <w:p w14:paraId="68179C62"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«Көпсалалы медицина орталығы» шаруашылық жүргізу құқығындағы мемлекеттік коммуналдық кәсіпорны, </w:t>
      </w:r>
    </w:p>
    <w:p w14:paraId="6CD752BC" w14:textId="77777777" w:rsidR="00937755" w:rsidRPr="007E7FD7" w:rsidRDefault="00937755" w:rsidP="00937755">
      <w:pPr>
        <w:ind w:firstLine="709"/>
        <w:jc w:val="center"/>
        <w:rPr>
          <w:sz w:val="28"/>
          <w:szCs w:val="28"/>
        </w:rPr>
      </w:pPr>
      <w:r w:rsidRPr="007E7FD7">
        <w:rPr>
          <w:sz w:val="28"/>
          <w:szCs w:val="28"/>
        </w:rPr>
        <w:t>Манас көшесі, № 17)</w:t>
      </w:r>
    </w:p>
    <w:p w14:paraId="1B8DEF29" w14:textId="77777777" w:rsidR="00937755" w:rsidRPr="007E7FD7" w:rsidRDefault="00937755" w:rsidP="00937755">
      <w:pPr>
        <w:ind w:firstLine="709"/>
        <w:jc w:val="center"/>
        <w:rPr>
          <w:sz w:val="28"/>
          <w:szCs w:val="28"/>
        </w:rPr>
      </w:pPr>
    </w:p>
    <w:p w14:paraId="2F1CAAEC" w14:textId="77777777" w:rsidR="00937755" w:rsidRPr="007E7FD7" w:rsidRDefault="00937755" w:rsidP="00937755">
      <w:pPr>
        <w:ind w:firstLine="709"/>
        <w:jc w:val="both"/>
        <w:rPr>
          <w:sz w:val="28"/>
          <w:szCs w:val="28"/>
        </w:rPr>
      </w:pPr>
      <w:r w:rsidRPr="007E7FD7">
        <w:rPr>
          <w:sz w:val="28"/>
          <w:szCs w:val="28"/>
        </w:rPr>
        <w:t>Шекарасы: Манас көшесі, № 17 үй.</w:t>
      </w:r>
    </w:p>
    <w:p w14:paraId="79D5EDF5" w14:textId="77777777" w:rsidR="00937755" w:rsidRPr="007E7FD7" w:rsidRDefault="00937755" w:rsidP="00937755">
      <w:pPr>
        <w:ind w:firstLine="709"/>
        <w:jc w:val="both"/>
        <w:rPr>
          <w:sz w:val="28"/>
          <w:szCs w:val="28"/>
        </w:rPr>
      </w:pPr>
    </w:p>
    <w:p w14:paraId="1F16C21F" w14:textId="77777777" w:rsidR="00937755" w:rsidRPr="007E7FD7" w:rsidRDefault="00937755" w:rsidP="00937755">
      <w:pPr>
        <w:keepNext/>
        <w:ind w:firstLine="709"/>
        <w:jc w:val="center"/>
        <w:rPr>
          <w:sz w:val="28"/>
          <w:szCs w:val="28"/>
        </w:rPr>
      </w:pPr>
      <w:r w:rsidRPr="007E7FD7">
        <w:rPr>
          <w:sz w:val="28"/>
          <w:szCs w:val="28"/>
        </w:rPr>
        <w:t>№ 68 сайлау учаскесі</w:t>
      </w:r>
    </w:p>
    <w:p w14:paraId="4721EB50" w14:textId="77777777" w:rsidR="00937755" w:rsidRPr="007E7FD7" w:rsidRDefault="00937755" w:rsidP="00937755">
      <w:pPr>
        <w:ind w:firstLine="709"/>
        <w:jc w:val="center"/>
        <w:rPr>
          <w:sz w:val="28"/>
          <w:szCs w:val="28"/>
        </w:rPr>
      </w:pPr>
      <w:r w:rsidRPr="007E7FD7">
        <w:rPr>
          <w:sz w:val="28"/>
          <w:szCs w:val="28"/>
        </w:rPr>
        <w:t>(орталығы – Астана қаласы әкімдігінің «Қалалық перинаталдық орталық» шаруашылық жүргізу құқығындағы мемлекеттік коммуналдық кәсіпорны, Тәуелс</w:t>
      </w:r>
      <w:r w:rsidRPr="002F21F6">
        <w:rPr>
          <w:sz w:val="28"/>
          <w:szCs w:val="28"/>
        </w:rPr>
        <w:t>і</w:t>
      </w:r>
      <w:r w:rsidRPr="007E7FD7">
        <w:rPr>
          <w:sz w:val="28"/>
          <w:szCs w:val="28"/>
        </w:rPr>
        <w:t>зд</w:t>
      </w:r>
      <w:r w:rsidRPr="002F21F6">
        <w:rPr>
          <w:sz w:val="28"/>
          <w:szCs w:val="28"/>
        </w:rPr>
        <w:t>і</w:t>
      </w:r>
      <w:r w:rsidRPr="007E7FD7">
        <w:rPr>
          <w:sz w:val="28"/>
          <w:szCs w:val="28"/>
        </w:rPr>
        <w:t>к даңғылы, № 3/1)</w:t>
      </w:r>
    </w:p>
    <w:p w14:paraId="7B4D43E9" w14:textId="77777777" w:rsidR="00937755" w:rsidRPr="007E7FD7" w:rsidRDefault="00937755" w:rsidP="00937755">
      <w:pPr>
        <w:ind w:firstLine="709"/>
        <w:jc w:val="center"/>
        <w:rPr>
          <w:sz w:val="28"/>
          <w:szCs w:val="28"/>
        </w:rPr>
      </w:pPr>
    </w:p>
    <w:p w14:paraId="5E333868" w14:textId="77777777" w:rsidR="00937755" w:rsidRPr="007E7FD7" w:rsidRDefault="00937755" w:rsidP="00937755">
      <w:pPr>
        <w:ind w:firstLine="709"/>
        <w:jc w:val="both"/>
        <w:rPr>
          <w:sz w:val="28"/>
          <w:szCs w:val="28"/>
        </w:rPr>
      </w:pPr>
      <w:r w:rsidRPr="007E7FD7">
        <w:rPr>
          <w:sz w:val="28"/>
          <w:szCs w:val="28"/>
        </w:rPr>
        <w:t>Шекарасы: Тәуелс</w:t>
      </w:r>
      <w:r w:rsidRPr="002F21F6">
        <w:rPr>
          <w:sz w:val="28"/>
          <w:szCs w:val="28"/>
        </w:rPr>
        <w:t>і</w:t>
      </w:r>
      <w:r w:rsidRPr="007E7FD7">
        <w:rPr>
          <w:sz w:val="28"/>
          <w:szCs w:val="28"/>
        </w:rPr>
        <w:t>зд</w:t>
      </w:r>
      <w:r w:rsidRPr="002F21F6">
        <w:rPr>
          <w:sz w:val="28"/>
          <w:szCs w:val="28"/>
        </w:rPr>
        <w:t>і</w:t>
      </w:r>
      <w:r w:rsidRPr="007E7FD7">
        <w:rPr>
          <w:sz w:val="28"/>
          <w:szCs w:val="28"/>
        </w:rPr>
        <w:t>к даңғылы, № 3/1 үй.</w:t>
      </w:r>
    </w:p>
    <w:p w14:paraId="6E07C3DF" w14:textId="77777777" w:rsidR="00937755" w:rsidRPr="007E7FD7" w:rsidRDefault="00937755" w:rsidP="00937755">
      <w:pPr>
        <w:ind w:firstLine="709"/>
        <w:jc w:val="center"/>
        <w:rPr>
          <w:sz w:val="28"/>
          <w:szCs w:val="28"/>
        </w:rPr>
      </w:pPr>
    </w:p>
    <w:p w14:paraId="3AF236E7" w14:textId="77777777" w:rsidR="00937755" w:rsidRPr="007E7FD7" w:rsidRDefault="00937755" w:rsidP="00937755">
      <w:pPr>
        <w:keepNext/>
        <w:ind w:firstLine="709"/>
        <w:jc w:val="center"/>
        <w:rPr>
          <w:sz w:val="28"/>
          <w:szCs w:val="28"/>
        </w:rPr>
      </w:pPr>
      <w:r w:rsidRPr="007E7FD7">
        <w:rPr>
          <w:sz w:val="28"/>
          <w:szCs w:val="28"/>
        </w:rPr>
        <w:t>№ 69 сайлау учаскесі</w:t>
      </w:r>
    </w:p>
    <w:p w14:paraId="7930FD2D" w14:textId="77777777" w:rsidR="00937755" w:rsidRPr="007E7FD7" w:rsidRDefault="00937755" w:rsidP="00937755">
      <w:pPr>
        <w:ind w:firstLine="709"/>
        <w:jc w:val="center"/>
        <w:rPr>
          <w:sz w:val="28"/>
          <w:szCs w:val="28"/>
        </w:rPr>
      </w:pPr>
      <w:r w:rsidRPr="007E7FD7">
        <w:rPr>
          <w:sz w:val="28"/>
          <w:szCs w:val="28"/>
        </w:rPr>
        <w:t>(орталығы – «Ұлттық ғылыми медициналық орталық» акционерлік қоғамы, Абылай хан даңғылы, № 42)</w:t>
      </w:r>
    </w:p>
    <w:p w14:paraId="676DAF91" w14:textId="77777777" w:rsidR="00937755" w:rsidRPr="007E7FD7" w:rsidRDefault="00937755" w:rsidP="00937755">
      <w:pPr>
        <w:ind w:firstLine="709"/>
        <w:jc w:val="center"/>
        <w:rPr>
          <w:sz w:val="28"/>
          <w:szCs w:val="28"/>
        </w:rPr>
      </w:pPr>
    </w:p>
    <w:p w14:paraId="75F53034" w14:textId="77777777" w:rsidR="00937755" w:rsidRPr="007E7FD7" w:rsidRDefault="00937755" w:rsidP="00937755">
      <w:pPr>
        <w:ind w:firstLine="709"/>
        <w:jc w:val="both"/>
        <w:rPr>
          <w:sz w:val="28"/>
          <w:szCs w:val="28"/>
        </w:rPr>
      </w:pPr>
      <w:r w:rsidRPr="007E7FD7">
        <w:rPr>
          <w:sz w:val="28"/>
          <w:szCs w:val="28"/>
        </w:rPr>
        <w:t>Шекарасы: Абылай хан даңғылы, № 42 үй.</w:t>
      </w:r>
    </w:p>
    <w:p w14:paraId="5A47359F" w14:textId="77777777" w:rsidR="00937755" w:rsidRPr="007E7FD7" w:rsidRDefault="00937755" w:rsidP="00937755">
      <w:pPr>
        <w:jc w:val="center"/>
        <w:rPr>
          <w:sz w:val="28"/>
          <w:szCs w:val="28"/>
        </w:rPr>
      </w:pPr>
    </w:p>
    <w:p w14:paraId="78E102FA" w14:textId="77777777" w:rsidR="00937755" w:rsidRPr="007E7FD7" w:rsidRDefault="00937755" w:rsidP="00937755">
      <w:pPr>
        <w:keepNext/>
        <w:jc w:val="center"/>
        <w:rPr>
          <w:sz w:val="28"/>
          <w:szCs w:val="28"/>
        </w:rPr>
      </w:pPr>
      <w:r w:rsidRPr="007E7FD7">
        <w:rPr>
          <w:sz w:val="28"/>
          <w:szCs w:val="28"/>
        </w:rPr>
        <w:t>№ 70 сайлау учаскесі</w:t>
      </w:r>
    </w:p>
    <w:p w14:paraId="6B3C3870" w14:textId="77777777" w:rsidR="00937755" w:rsidRPr="007E7FD7" w:rsidRDefault="00937755" w:rsidP="00937755">
      <w:pPr>
        <w:jc w:val="center"/>
        <w:rPr>
          <w:sz w:val="28"/>
          <w:szCs w:val="28"/>
        </w:rPr>
      </w:pPr>
      <w:r w:rsidRPr="007E7FD7">
        <w:rPr>
          <w:sz w:val="28"/>
          <w:szCs w:val="28"/>
        </w:rPr>
        <w:t xml:space="preserve">(орталығы – Қазақстан Республикасы Денсаулық сақтау министрлігінің «Академик Н.Д. Батпенов атындағы </w:t>
      </w:r>
      <w:r w:rsidRPr="00C60B18">
        <w:rPr>
          <w:sz w:val="28"/>
          <w:szCs w:val="28"/>
        </w:rPr>
        <w:t>травматология және ортопедия</w:t>
      </w:r>
    </w:p>
    <w:p w14:paraId="004E1834" w14:textId="77777777" w:rsidR="00937755" w:rsidRPr="007E7FD7" w:rsidRDefault="00937755" w:rsidP="00937755">
      <w:pPr>
        <w:jc w:val="center"/>
        <w:rPr>
          <w:sz w:val="28"/>
          <w:szCs w:val="28"/>
        </w:rPr>
      </w:pPr>
      <w:r w:rsidRPr="007E7FD7">
        <w:rPr>
          <w:sz w:val="28"/>
          <w:szCs w:val="28"/>
        </w:rPr>
        <w:t xml:space="preserve">ғылыми-зерттеу институты» шаруашылық жүргізу құқығындағы </w:t>
      </w:r>
    </w:p>
    <w:p w14:paraId="4F032B93" w14:textId="77777777" w:rsidR="00937755" w:rsidRPr="007E7FD7" w:rsidRDefault="00937755" w:rsidP="00937755">
      <w:pPr>
        <w:jc w:val="center"/>
        <w:rPr>
          <w:sz w:val="28"/>
          <w:szCs w:val="28"/>
        </w:rPr>
      </w:pPr>
      <w:r w:rsidRPr="00C60B18">
        <w:rPr>
          <w:sz w:val="28"/>
          <w:szCs w:val="28"/>
        </w:rPr>
        <w:t>республикалық мемлекеттік кәсіпорны</w:t>
      </w:r>
      <w:r w:rsidRPr="007E7FD7">
        <w:rPr>
          <w:sz w:val="28"/>
          <w:szCs w:val="28"/>
        </w:rPr>
        <w:t>, Абылай хан даңғылы, № 15А)</w:t>
      </w:r>
    </w:p>
    <w:p w14:paraId="47AB9872" w14:textId="77777777" w:rsidR="00937755" w:rsidRPr="007E7FD7" w:rsidRDefault="00937755" w:rsidP="00937755">
      <w:pPr>
        <w:ind w:firstLine="709"/>
        <w:jc w:val="center"/>
        <w:rPr>
          <w:sz w:val="28"/>
          <w:szCs w:val="28"/>
        </w:rPr>
      </w:pPr>
    </w:p>
    <w:p w14:paraId="1D0420D0" w14:textId="77777777" w:rsidR="00937755" w:rsidRPr="007E7FD7" w:rsidRDefault="00937755" w:rsidP="00937755">
      <w:pPr>
        <w:ind w:firstLine="709"/>
        <w:jc w:val="both"/>
        <w:rPr>
          <w:sz w:val="28"/>
          <w:szCs w:val="28"/>
        </w:rPr>
      </w:pPr>
      <w:r w:rsidRPr="007E7FD7">
        <w:rPr>
          <w:sz w:val="28"/>
          <w:szCs w:val="28"/>
        </w:rPr>
        <w:t>Шекарасы: Абылай хан даңғылы, № 15А үй.</w:t>
      </w:r>
    </w:p>
    <w:p w14:paraId="426B8568" w14:textId="77777777" w:rsidR="00937755" w:rsidRPr="007E7FD7" w:rsidRDefault="00937755" w:rsidP="00937755">
      <w:pPr>
        <w:spacing w:after="160" w:line="259" w:lineRule="auto"/>
        <w:rPr>
          <w:sz w:val="28"/>
          <w:szCs w:val="28"/>
        </w:rPr>
      </w:pPr>
    </w:p>
    <w:p w14:paraId="31E9C950" w14:textId="77777777" w:rsidR="00937755" w:rsidRPr="007E7FD7" w:rsidRDefault="00937755" w:rsidP="00937755">
      <w:pPr>
        <w:keepNext/>
        <w:ind w:firstLine="709"/>
        <w:jc w:val="center"/>
        <w:rPr>
          <w:sz w:val="28"/>
          <w:szCs w:val="28"/>
        </w:rPr>
      </w:pPr>
      <w:r w:rsidRPr="007E7FD7">
        <w:rPr>
          <w:sz w:val="28"/>
          <w:szCs w:val="28"/>
        </w:rPr>
        <w:t>№ 71 сайлау учаскесі</w:t>
      </w:r>
    </w:p>
    <w:p w14:paraId="70DCD66E" w14:textId="77777777" w:rsidR="00937755" w:rsidRPr="007E7FD7" w:rsidRDefault="00937755" w:rsidP="00937755">
      <w:pPr>
        <w:ind w:firstLine="709"/>
        <w:jc w:val="center"/>
        <w:rPr>
          <w:sz w:val="28"/>
          <w:szCs w:val="28"/>
        </w:rPr>
      </w:pPr>
      <w:r w:rsidRPr="007E7FD7">
        <w:rPr>
          <w:sz w:val="28"/>
          <w:szCs w:val="28"/>
        </w:rPr>
        <w:t xml:space="preserve">(орталығы – Астана қаласы әкімдігінің «Қалалық инфекциялық орталық» шаруашылық жүргізу құқығындағы мемлекеттік коммуналдық кәсіпорны, «Железнодорожный» тұрғын алабы, А1 көше, № 5, </w:t>
      </w:r>
      <w:r w:rsidRPr="007E7FD7">
        <w:rPr>
          <w:sz w:val="28"/>
          <w:szCs w:val="28"/>
          <w:lang w:val="kk-KZ"/>
        </w:rPr>
        <w:t>В</w:t>
      </w:r>
      <w:r w:rsidRPr="007E7FD7">
        <w:rPr>
          <w:sz w:val="28"/>
          <w:szCs w:val="28"/>
        </w:rPr>
        <w:t> блогы)</w:t>
      </w:r>
    </w:p>
    <w:p w14:paraId="631B2807" w14:textId="77777777" w:rsidR="00937755" w:rsidRPr="007E7FD7" w:rsidRDefault="00937755" w:rsidP="00937755">
      <w:pPr>
        <w:ind w:firstLine="709"/>
        <w:jc w:val="center"/>
        <w:rPr>
          <w:sz w:val="28"/>
          <w:szCs w:val="28"/>
          <w:lang w:val="kk-KZ"/>
        </w:rPr>
      </w:pPr>
    </w:p>
    <w:p w14:paraId="23DB8E4E" w14:textId="77777777" w:rsidR="00937755" w:rsidRPr="007E7FD7" w:rsidRDefault="00937755" w:rsidP="00937755">
      <w:pPr>
        <w:ind w:firstLine="709"/>
        <w:jc w:val="both"/>
        <w:rPr>
          <w:sz w:val="28"/>
          <w:szCs w:val="28"/>
        </w:rPr>
      </w:pPr>
      <w:r w:rsidRPr="007E7FD7">
        <w:rPr>
          <w:sz w:val="28"/>
          <w:szCs w:val="28"/>
        </w:rPr>
        <w:lastRenderedPageBreak/>
        <w:t xml:space="preserve">Шекарасы: «Железнодорожный» тұрғын алабы, А1 көше, № 5, </w:t>
      </w:r>
      <w:r w:rsidRPr="007E7FD7">
        <w:rPr>
          <w:sz w:val="28"/>
          <w:szCs w:val="28"/>
          <w:lang w:val="kk-KZ"/>
        </w:rPr>
        <w:t>В</w:t>
      </w:r>
      <w:r w:rsidRPr="007E7FD7">
        <w:rPr>
          <w:sz w:val="28"/>
          <w:szCs w:val="28"/>
        </w:rPr>
        <w:t> блогы.</w:t>
      </w:r>
    </w:p>
    <w:p w14:paraId="38EF002E" w14:textId="77777777" w:rsidR="00937755" w:rsidRPr="007E7FD7" w:rsidRDefault="00937755" w:rsidP="00937755">
      <w:pPr>
        <w:ind w:firstLine="709"/>
        <w:jc w:val="center"/>
        <w:rPr>
          <w:sz w:val="28"/>
          <w:szCs w:val="28"/>
        </w:rPr>
      </w:pPr>
    </w:p>
    <w:p w14:paraId="43E6C73E" w14:textId="77777777" w:rsidR="00937755" w:rsidRPr="007E7FD7" w:rsidRDefault="00937755" w:rsidP="00937755">
      <w:pPr>
        <w:keepNext/>
        <w:ind w:firstLine="709"/>
        <w:jc w:val="center"/>
        <w:rPr>
          <w:sz w:val="28"/>
          <w:szCs w:val="28"/>
        </w:rPr>
      </w:pPr>
      <w:r w:rsidRPr="007E7FD7">
        <w:rPr>
          <w:sz w:val="28"/>
          <w:szCs w:val="28"/>
        </w:rPr>
        <w:t>№ 72 сайлау учаскесі</w:t>
      </w:r>
    </w:p>
    <w:p w14:paraId="077669E5" w14:textId="77777777" w:rsidR="00937755" w:rsidRPr="007E7FD7" w:rsidRDefault="00937755" w:rsidP="00937755">
      <w:pPr>
        <w:ind w:firstLine="709"/>
        <w:jc w:val="center"/>
        <w:rPr>
          <w:sz w:val="28"/>
          <w:szCs w:val="28"/>
        </w:rPr>
      </w:pPr>
      <w:r w:rsidRPr="007E7FD7">
        <w:rPr>
          <w:sz w:val="28"/>
          <w:szCs w:val="28"/>
        </w:rPr>
        <w:t xml:space="preserve">(орталығы – Қазақстан Республикасы Мемлекеттік күзет қызметі </w:t>
      </w:r>
    </w:p>
    <w:p w14:paraId="64C93DE5" w14:textId="77777777" w:rsidR="00937755" w:rsidRPr="007E7FD7" w:rsidRDefault="00937755" w:rsidP="00937755">
      <w:pPr>
        <w:ind w:firstLine="709"/>
        <w:jc w:val="center"/>
        <w:rPr>
          <w:sz w:val="28"/>
          <w:szCs w:val="28"/>
        </w:rPr>
      </w:pPr>
      <w:r w:rsidRPr="007E7FD7">
        <w:rPr>
          <w:sz w:val="28"/>
          <w:szCs w:val="28"/>
        </w:rPr>
        <w:t>Айрықша мақсаттағы күштері «Айбын» Президенттік полкі» 0112 әскери бөлімі» мемлекеттік мекемесі, Абылай хан даңғылы, № 45)</w:t>
      </w:r>
    </w:p>
    <w:p w14:paraId="175873E1" w14:textId="77777777" w:rsidR="00937755" w:rsidRPr="007E7FD7" w:rsidRDefault="00937755" w:rsidP="00937755">
      <w:pPr>
        <w:ind w:firstLine="709"/>
        <w:jc w:val="both"/>
        <w:rPr>
          <w:sz w:val="28"/>
          <w:szCs w:val="28"/>
        </w:rPr>
      </w:pPr>
    </w:p>
    <w:p w14:paraId="3762319E" w14:textId="77777777" w:rsidR="00937755" w:rsidRPr="007E7FD7" w:rsidRDefault="00937755" w:rsidP="00937755">
      <w:pPr>
        <w:ind w:firstLine="709"/>
        <w:jc w:val="both"/>
        <w:rPr>
          <w:sz w:val="28"/>
          <w:szCs w:val="28"/>
        </w:rPr>
      </w:pPr>
      <w:r w:rsidRPr="007E7FD7">
        <w:rPr>
          <w:sz w:val="28"/>
          <w:szCs w:val="28"/>
        </w:rPr>
        <w:t>Шекарасы: Абылай хан даңғылы, № 45 үй.</w:t>
      </w:r>
    </w:p>
    <w:p w14:paraId="4D163AB0" w14:textId="77777777" w:rsidR="00937755" w:rsidRPr="007E7FD7" w:rsidRDefault="00937755" w:rsidP="00937755">
      <w:pPr>
        <w:ind w:firstLine="709"/>
        <w:jc w:val="both"/>
        <w:rPr>
          <w:sz w:val="28"/>
          <w:szCs w:val="28"/>
        </w:rPr>
      </w:pPr>
    </w:p>
    <w:p w14:paraId="68D645EE" w14:textId="77777777" w:rsidR="00937755" w:rsidRPr="007E7FD7" w:rsidRDefault="00937755" w:rsidP="00937755">
      <w:pPr>
        <w:keepNext/>
        <w:ind w:firstLine="709"/>
        <w:jc w:val="center"/>
        <w:rPr>
          <w:sz w:val="28"/>
          <w:szCs w:val="28"/>
        </w:rPr>
      </w:pPr>
      <w:r w:rsidRPr="007E7FD7">
        <w:rPr>
          <w:sz w:val="28"/>
          <w:szCs w:val="28"/>
        </w:rPr>
        <w:t>№ 73 сайлау учаскесі</w:t>
      </w:r>
    </w:p>
    <w:p w14:paraId="7F45AD0C" w14:textId="77777777" w:rsidR="00937755" w:rsidRPr="007E7FD7" w:rsidRDefault="00937755" w:rsidP="00937755">
      <w:pPr>
        <w:ind w:firstLine="709"/>
        <w:jc w:val="center"/>
        <w:rPr>
          <w:sz w:val="28"/>
          <w:szCs w:val="28"/>
        </w:rPr>
      </w:pPr>
      <w:r w:rsidRPr="007E7FD7">
        <w:rPr>
          <w:sz w:val="28"/>
          <w:szCs w:val="28"/>
        </w:rPr>
        <w:t>(орталығы – Ақмола облысы Денсаулық сақтау басқармасының жанындағы «№ 2 көпбейінді облыстық аурухана» шаруашылық жүргізу құқығындағы мемлекеттік коммуналдық кәсіпорны, Манас көшесі, № 22)</w:t>
      </w:r>
    </w:p>
    <w:p w14:paraId="2F0CB3A6" w14:textId="77777777" w:rsidR="00937755" w:rsidRPr="007E7FD7" w:rsidRDefault="00937755" w:rsidP="00937755">
      <w:pPr>
        <w:ind w:firstLine="709"/>
        <w:jc w:val="center"/>
        <w:rPr>
          <w:sz w:val="28"/>
          <w:szCs w:val="28"/>
        </w:rPr>
      </w:pPr>
    </w:p>
    <w:p w14:paraId="1554BEC0" w14:textId="77777777" w:rsidR="00937755" w:rsidRPr="007E7FD7" w:rsidRDefault="00937755" w:rsidP="00937755">
      <w:pPr>
        <w:ind w:firstLine="709"/>
        <w:jc w:val="both"/>
        <w:rPr>
          <w:sz w:val="28"/>
          <w:szCs w:val="28"/>
        </w:rPr>
      </w:pPr>
      <w:r w:rsidRPr="007E7FD7">
        <w:rPr>
          <w:sz w:val="28"/>
          <w:szCs w:val="28"/>
        </w:rPr>
        <w:t>Шекарасы: Манас көшесі, № 22 үй.</w:t>
      </w:r>
    </w:p>
    <w:p w14:paraId="6F267E40" w14:textId="77777777" w:rsidR="00937755" w:rsidRPr="003345F3" w:rsidRDefault="00937755" w:rsidP="00937755">
      <w:pPr>
        <w:ind w:firstLine="709"/>
        <w:jc w:val="center"/>
        <w:rPr>
          <w:sz w:val="28"/>
          <w:szCs w:val="28"/>
        </w:rPr>
      </w:pPr>
      <w:r w:rsidRPr="007E7FD7">
        <w:rPr>
          <w:sz w:val="28"/>
          <w:szCs w:val="28"/>
          <w:lang w:val="kk-KZ"/>
        </w:rPr>
        <w:t>_________________________</w:t>
      </w:r>
    </w:p>
    <w:p w14:paraId="526F9677" w14:textId="77777777" w:rsidR="00937755" w:rsidRPr="008E10C9" w:rsidRDefault="00937755" w:rsidP="000D023A">
      <w:pPr>
        <w:rPr>
          <w:lang w:val="kk-KZ"/>
        </w:rPr>
      </w:pPr>
    </w:p>
    <w:p w14:paraId="7D3E0B98" w14:textId="67053AF0" w:rsidR="009251DF" w:rsidRDefault="009251DF" w:rsidP="000D023A">
      <w:pPr>
        <w:jc w:val="center"/>
        <w:rPr>
          <w:lang w:val="kk-KZ"/>
        </w:rPr>
      </w:pPr>
    </w:p>
    <w:p w14:paraId="4EB30A37" w14:textId="459BB194" w:rsidR="00937755" w:rsidRDefault="00937755" w:rsidP="000D023A">
      <w:pPr>
        <w:jc w:val="center"/>
        <w:rPr>
          <w:lang w:val="kk-KZ"/>
        </w:rPr>
      </w:pPr>
    </w:p>
    <w:p w14:paraId="00F84D31" w14:textId="50B5FCC8" w:rsidR="00937755" w:rsidRDefault="00937755" w:rsidP="000D023A">
      <w:pPr>
        <w:jc w:val="center"/>
        <w:rPr>
          <w:lang w:val="kk-KZ"/>
        </w:rPr>
      </w:pPr>
    </w:p>
    <w:p w14:paraId="70AF7665" w14:textId="165E0205" w:rsidR="00937755" w:rsidRDefault="00937755" w:rsidP="000D023A">
      <w:pPr>
        <w:jc w:val="center"/>
        <w:rPr>
          <w:lang w:val="kk-KZ"/>
        </w:rPr>
      </w:pPr>
    </w:p>
    <w:p w14:paraId="2F804113" w14:textId="664D45C6" w:rsidR="00937755" w:rsidRDefault="00937755" w:rsidP="000D023A">
      <w:pPr>
        <w:jc w:val="center"/>
        <w:rPr>
          <w:lang w:val="kk-KZ"/>
        </w:rPr>
      </w:pPr>
    </w:p>
    <w:p w14:paraId="3D7AAEE5" w14:textId="26946B99" w:rsidR="00937755" w:rsidRDefault="00937755" w:rsidP="000D023A">
      <w:pPr>
        <w:jc w:val="center"/>
        <w:rPr>
          <w:lang w:val="kk-KZ"/>
        </w:rPr>
      </w:pPr>
    </w:p>
    <w:p w14:paraId="26F08F58" w14:textId="75B7F6BC" w:rsidR="00937755" w:rsidRDefault="00937755" w:rsidP="000D023A">
      <w:pPr>
        <w:jc w:val="center"/>
        <w:rPr>
          <w:lang w:val="kk-KZ"/>
        </w:rPr>
      </w:pPr>
    </w:p>
    <w:p w14:paraId="2D818D59" w14:textId="5E185D55" w:rsidR="00937755" w:rsidRDefault="00937755" w:rsidP="000D023A">
      <w:pPr>
        <w:jc w:val="center"/>
        <w:rPr>
          <w:lang w:val="kk-KZ"/>
        </w:rPr>
      </w:pPr>
    </w:p>
    <w:p w14:paraId="67C16316" w14:textId="010341B3" w:rsidR="00937755" w:rsidRDefault="00937755" w:rsidP="000D023A">
      <w:pPr>
        <w:jc w:val="center"/>
        <w:rPr>
          <w:lang w:val="kk-KZ"/>
        </w:rPr>
      </w:pPr>
    </w:p>
    <w:p w14:paraId="74FC296B" w14:textId="08CDF353" w:rsidR="00937755" w:rsidRDefault="00937755" w:rsidP="000D023A">
      <w:pPr>
        <w:jc w:val="center"/>
        <w:rPr>
          <w:lang w:val="kk-KZ"/>
        </w:rPr>
      </w:pPr>
    </w:p>
    <w:p w14:paraId="5FFC6322" w14:textId="484507B9" w:rsidR="00937755" w:rsidRDefault="00937755" w:rsidP="000D023A">
      <w:pPr>
        <w:jc w:val="center"/>
        <w:rPr>
          <w:lang w:val="kk-KZ"/>
        </w:rPr>
      </w:pPr>
    </w:p>
    <w:p w14:paraId="1B46288A" w14:textId="6D8DF1EC" w:rsidR="00536860" w:rsidRDefault="00536860" w:rsidP="000D023A">
      <w:pPr>
        <w:jc w:val="center"/>
        <w:rPr>
          <w:lang w:val="kk-KZ"/>
        </w:rPr>
      </w:pPr>
    </w:p>
    <w:p w14:paraId="7986E8FC" w14:textId="47A50E4C" w:rsidR="00536860" w:rsidRDefault="00536860" w:rsidP="000D023A">
      <w:pPr>
        <w:jc w:val="center"/>
        <w:rPr>
          <w:lang w:val="kk-KZ"/>
        </w:rPr>
      </w:pPr>
    </w:p>
    <w:p w14:paraId="2222521A" w14:textId="19B476C8" w:rsidR="00536860" w:rsidRDefault="00536860" w:rsidP="000D023A">
      <w:pPr>
        <w:jc w:val="center"/>
        <w:rPr>
          <w:lang w:val="kk-KZ"/>
        </w:rPr>
      </w:pPr>
    </w:p>
    <w:p w14:paraId="3B3D8723" w14:textId="42761132" w:rsidR="00536860" w:rsidRDefault="00536860" w:rsidP="000D023A">
      <w:pPr>
        <w:jc w:val="center"/>
        <w:rPr>
          <w:lang w:val="kk-KZ"/>
        </w:rPr>
      </w:pPr>
    </w:p>
    <w:p w14:paraId="467E8FF1" w14:textId="0064F628" w:rsidR="00536860" w:rsidRDefault="00536860" w:rsidP="000D023A">
      <w:pPr>
        <w:jc w:val="center"/>
        <w:rPr>
          <w:lang w:val="kk-KZ"/>
        </w:rPr>
      </w:pPr>
    </w:p>
    <w:p w14:paraId="3C441BB2" w14:textId="1BE75A3A" w:rsidR="00536860" w:rsidRDefault="00536860" w:rsidP="000D023A">
      <w:pPr>
        <w:jc w:val="center"/>
        <w:rPr>
          <w:lang w:val="kk-KZ"/>
        </w:rPr>
      </w:pPr>
    </w:p>
    <w:p w14:paraId="157D2DC7" w14:textId="7E51E270" w:rsidR="00536860" w:rsidRDefault="00536860" w:rsidP="000D023A">
      <w:pPr>
        <w:jc w:val="center"/>
        <w:rPr>
          <w:lang w:val="kk-KZ"/>
        </w:rPr>
      </w:pPr>
    </w:p>
    <w:p w14:paraId="2668D6E7" w14:textId="1F092B45" w:rsidR="00536860" w:rsidRDefault="00536860" w:rsidP="000D023A">
      <w:pPr>
        <w:jc w:val="center"/>
        <w:rPr>
          <w:lang w:val="kk-KZ"/>
        </w:rPr>
      </w:pPr>
    </w:p>
    <w:p w14:paraId="3DCDB741" w14:textId="17FC1381" w:rsidR="00536860" w:rsidRDefault="00536860" w:rsidP="000D023A">
      <w:pPr>
        <w:jc w:val="center"/>
        <w:rPr>
          <w:lang w:val="kk-KZ"/>
        </w:rPr>
      </w:pPr>
    </w:p>
    <w:p w14:paraId="3C84FC01" w14:textId="54C4786C" w:rsidR="00536860" w:rsidRDefault="00536860" w:rsidP="000D023A">
      <w:pPr>
        <w:jc w:val="center"/>
        <w:rPr>
          <w:lang w:val="kk-KZ"/>
        </w:rPr>
      </w:pPr>
    </w:p>
    <w:p w14:paraId="104C9AB5" w14:textId="65D7D291" w:rsidR="00536860" w:rsidRDefault="00536860" w:rsidP="000D023A">
      <w:pPr>
        <w:jc w:val="center"/>
        <w:rPr>
          <w:lang w:val="kk-KZ"/>
        </w:rPr>
      </w:pPr>
    </w:p>
    <w:p w14:paraId="23B5E316" w14:textId="13D597BD" w:rsidR="00536860" w:rsidRDefault="00536860" w:rsidP="000D023A">
      <w:pPr>
        <w:jc w:val="center"/>
        <w:rPr>
          <w:lang w:val="kk-KZ"/>
        </w:rPr>
      </w:pPr>
    </w:p>
    <w:p w14:paraId="042AF1D9" w14:textId="7E8CD08B" w:rsidR="00536860" w:rsidRDefault="00536860" w:rsidP="000D023A">
      <w:pPr>
        <w:jc w:val="center"/>
        <w:rPr>
          <w:lang w:val="kk-KZ"/>
        </w:rPr>
      </w:pPr>
    </w:p>
    <w:p w14:paraId="7B2965F8" w14:textId="7E39D67F" w:rsidR="00536860" w:rsidRDefault="00536860" w:rsidP="000D023A">
      <w:pPr>
        <w:jc w:val="center"/>
        <w:rPr>
          <w:lang w:val="kk-KZ"/>
        </w:rPr>
      </w:pPr>
    </w:p>
    <w:p w14:paraId="0BE6CCA3" w14:textId="30453E7D" w:rsidR="00536860" w:rsidRDefault="00536860" w:rsidP="000D023A">
      <w:pPr>
        <w:jc w:val="center"/>
        <w:rPr>
          <w:lang w:val="kk-KZ"/>
        </w:rPr>
      </w:pPr>
    </w:p>
    <w:p w14:paraId="6B7B20DE" w14:textId="6DA8CE38" w:rsidR="00536860" w:rsidRDefault="00536860" w:rsidP="000D023A">
      <w:pPr>
        <w:jc w:val="center"/>
        <w:rPr>
          <w:lang w:val="kk-KZ"/>
        </w:rPr>
      </w:pPr>
    </w:p>
    <w:p w14:paraId="7FFC37FF" w14:textId="09FD2302" w:rsidR="00536860" w:rsidRDefault="00536860" w:rsidP="000D023A">
      <w:pPr>
        <w:jc w:val="center"/>
        <w:rPr>
          <w:lang w:val="kk-KZ"/>
        </w:rPr>
      </w:pPr>
    </w:p>
    <w:p w14:paraId="4F34B075" w14:textId="33626334" w:rsidR="00536860" w:rsidRDefault="00536860" w:rsidP="000D023A">
      <w:pPr>
        <w:jc w:val="center"/>
        <w:rPr>
          <w:lang w:val="kk-KZ"/>
        </w:rPr>
      </w:pPr>
    </w:p>
    <w:p w14:paraId="60848E8A" w14:textId="585D3D5E" w:rsidR="00536860" w:rsidRDefault="00536860" w:rsidP="000D023A">
      <w:pPr>
        <w:jc w:val="center"/>
        <w:rPr>
          <w:lang w:val="kk-KZ"/>
        </w:rPr>
      </w:pPr>
    </w:p>
    <w:p w14:paraId="0C0814F2" w14:textId="2D183A91" w:rsidR="00536860" w:rsidRDefault="00536860" w:rsidP="000D023A">
      <w:pPr>
        <w:jc w:val="center"/>
        <w:rPr>
          <w:lang w:val="kk-KZ"/>
        </w:rPr>
      </w:pPr>
    </w:p>
    <w:p w14:paraId="158B9E6D" w14:textId="28497598" w:rsidR="00536860" w:rsidRDefault="00536860" w:rsidP="000D023A">
      <w:pPr>
        <w:jc w:val="center"/>
        <w:rPr>
          <w:lang w:val="kk-KZ"/>
        </w:rPr>
      </w:pPr>
    </w:p>
    <w:p w14:paraId="25311253" w14:textId="6698C647" w:rsidR="00536860" w:rsidRDefault="00536860" w:rsidP="000D023A">
      <w:pPr>
        <w:jc w:val="center"/>
        <w:rPr>
          <w:lang w:val="kk-KZ"/>
        </w:rPr>
      </w:pPr>
    </w:p>
    <w:p w14:paraId="0DFB809E" w14:textId="0481D351" w:rsidR="00536860" w:rsidRDefault="00536860" w:rsidP="000D023A">
      <w:pPr>
        <w:jc w:val="center"/>
        <w:rPr>
          <w:lang w:val="kk-KZ"/>
        </w:rPr>
      </w:pPr>
    </w:p>
    <w:p w14:paraId="03947A75" w14:textId="722A9E89" w:rsidR="00536860" w:rsidRDefault="00536860" w:rsidP="000D023A">
      <w:pPr>
        <w:jc w:val="center"/>
        <w:rPr>
          <w:lang w:val="kk-KZ"/>
        </w:rPr>
      </w:pPr>
    </w:p>
    <w:p w14:paraId="6810EB46" w14:textId="6C1EBFDB" w:rsidR="00536860" w:rsidRDefault="00536860" w:rsidP="000D023A">
      <w:pPr>
        <w:jc w:val="center"/>
        <w:rPr>
          <w:lang w:val="kk-KZ"/>
        </w:rPr>
      </w:pPr>
    </w:p>
    <w:p w14:paraId="72B3362F" w14:textId="60328C34" w:rsidR="00536860" w:rsidRDefault="00536860" w:rsidP="000D023A">
      <w:pPr>
        <w:jc w:val="center"/>
        <w:rPr>
          <w:lang w:val="kk-KZ"/>
        </w:rPr>
      </w:pPr>
    </w:p>
    <w:p w14:paraId="0E398CB9" w14:textId="50D842EA" w:rsidR="00536860" w:rsidRDefault="00536860" w:rsidP="000D023A">
      <w:pPr>
        <w:jc w:val="center"/>
        <w:rPr>
          <w:lang w:val="kk-KZ"/>
        </w:rPr>
      </w:pPr>
    </w:p>
    <w:p w14:paraId="138BDD35" w14:textId="67D0A2B4" w:rsidR="00536860" w:rsidRDefault="00536860" w:rsidP="000D023A">
      <w:pPr>
        <w:jc w:val="center"/>
        <w:rPr>
          <w:lang w:val="kk-KZ"/>
        </w:rPr>
      </w:pPr>
    </w:p>
    <w:p w14:paraId="7B8D53A7" w14:textId="77777777" w:rsidR="00883B86" w:rsidRPr="00367C48" w:rsidRDefault="00883B86" w:rsidP="00883B86">
      <w:pPr>
        <w:rPr>
          <w:sz w:val="28"/>
          <w:szCs w:val="28"/>
        </w:rPr>
      </w:pPr>
    </w:p>
    <w:p w14:paraId="77CF3A28" w14:textId="77777777" w:rsidR="00883B86" w:rsidRPr="00214BBD" w:rsidRDefault="00883B86" w:rsidP="00883B86">
      <w:pPr>
        <w:ind w:firstLine="709"/>
        <w:jc w:val="center"/>
        <w:rPr>
          <w:b/>
          <w:bCs/>
          <w:sz w:val="28"/>
          <w:szCs w:val="28"/>
          <w:lang w:val="kk-KZ"/>
        </w:rPr>
      </w:pPr>
      <w:r w:rsidRPr="00214BBD">
        <w:rPr>
          <w:b/>
          <w:bCs/>
          <w:sz w:val="28"/>
          <w:szCs w:val="28"/>
          <w:lang w:val="kk-KZ"/>
        </w:rPr>
        <w:t>Астана қаласы «Байқоңыр» ауданының сайлау учаскелері</w:t>
      </w:r>
    </w:p>
    <w:p w14:paraId="63F7008C" w14:textId="77777777" w:rsidR="00883B86" w:rsidRPr="00367C48" w:rsidRDefault="00883B86" w:rsidP="00883B86">
      <w:pPr>
        <w:ind w:firstLine="709"/>
        <w:jc w:val="center"/>
        <w:rPr>
          <w:sz w:val="28"/>
          <w:szCs w:val="28"/>
          <w:lang w:val="kk-KZ"/>
        </w:rPr>
      </w:pPr>
    </w:p>
    <w:p w14:paraId="15DCE9FB" w14:textId="77777777" w:rsidR="00883B86" w:rsidRPr="00367C48" w:rsidRDefault="00883B86" w:rsidP="00883B86">
      <w:pPr>
        <w:ind w:firstLine="709"/>
        <w:jc w:val="center"/>
        <w:rPr>
          <w:sz w:val="28"/>
          <w:szCs w:val="28"/>
          <w:lang w:val="kk-KZ"/>
        </w:rPr>
      </w:pPr>
      <w:r w:rsidRPr="00367C48">
        <w:rPr>
          <w:sz w:val="28"/>
          <w:szCs w:val="28"/>
          <w:lang w:val="kk-KZ"/>
        </w:rPr>
        <w:t>№ 74 сайлау учаскесі</w:t>
      </w:r>
    </w:p>
    <w:p w14:paraId="570903F8"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0FEA2D5E"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25DB34AF" w14:textId="77777777" w:rsidR="00883B86" w:rsidRPr="00367C48" w:rsidRDefault="00883B86" w:rsidP="00883B86">
      <w:pPr>
        <w:ind w:firstLine="709"/>
        <w:jc w:val="center"/>
        <w:rPr>
          <w:sz w:val="28"/>
          <w:szCs w:val="28"/>
          <w:lang w:val="kk-KZ"/>
        </w:rPr>
      </w:pPr>
    </w:p>
    <w:p w14:paraId="6580E6A1" w14:textId="77777777" w:rsidR="00883B86" w:rsidRPr="00367C48" w:rsidRDefault="00883B86" w:rsidP="00883B86">
      <w:pPr>
        <w:ind w:firstLine="709"/>
        <w:jc w:val="both"/>
        <w:rPr>
          <w:sz w:val="28"/>
          <w:szCs w:val="28"/>
          <w:lang w:val="kk-KZ"/>
        </w:rPr>
      </w:pPr>
      <w:r w:rsidRPr="00367C48">
        <w:rPr>
          <w:sz w:val="28"/>
          <w:szCs w:val="28"/>
          <w:lang w:val="kk-KZ"/>
        </w:rPr>
        <w:t>Шекарасы: С. Жүнісов көшесінен Республика даңғылының жұп сандар жағымен Бөгенбай батыр даңғылына дейін, Бөгенбай батыр даңғылының жұп сандар жағымен Ж. Аймауытов көшесіне дейін, Ж. Аймауытов көшесінің тақ сандар жағымен Ә. Жангелдин көшесіне дейін, Ә. Жангелдин көшесінің тақ сандар жағымен С. Торайғыров көшесіне дейін, С. Торайғыров көшесінің жұп сандар жағымен С. Жүнісов көшесіне дейін, С. Жүнісов көшесінің тақ сандар жағымен Республика даңғылына дейін.</w:t>
      </w:r>
    </w:p>
    <w:p w14:paraId="1D1C8C27" w14:textId="77777777" w:rsidR="00883B86" w:rsidRPr="00367C48" w:rsidRDefault="00883B86" w:rsidP="00883B86">
      <w:pPr>
        <w:ind w:firstLine="709"/>
        <w:jc w:val="both"/>
        <w:rPr>
          <w:sz w:val="28"/>
          <w:szCs w:val="28"/>
          <w:lang w:val="kk-KZ"/>
        </w:rPr>
      </w:pPr>
    </w:p>
    <w:p w14:paraId="6B396997" w14:textId="77777777" w:rsidR="00883B86" w:rsidRPr="00367C48" w:rsidRDefault="00883B86" w:rsidP="00883B86">
      <w:pPr>
        <w:ind w:firstLine="709"/>
        <w:jc w:val="center"/>
        <w:rPr>
          <w:sz w:val="28"/>
          <w:szCs w:val="28"/>
          <w:lang w:val="kk-KZ"/>
        </w:rPr>
      </w:pPr>
      <w:r w:rsidRPr="00367C48">
        <w:rPr>
          <w:sz w:val="28"/>
          <w:szCs w:val="28"/>
          <w:lang w:val="kk-KZ"/>
        </w:rPr>
        <w:t>№ 75 сайлау учаскесі</w:t>
      </w:r>
    </w:p>
    <w:p w14:paraId="1494B34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27AD7F95"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46044F18" w14:textId="77777777" w:rsidR="00883B86" w:rsidRPr="00367C48" w:rsidRDefault="00883B86" w:rsidP="00883B86">
      <w:pPr>
        <w:ind w:firstLine="709"/>
        <w:jc w:val="center"/>
        <w:rPr>
          <w:sz w:val="28"/>
          <w:szCs w:val="28"/>
          <w:lang w:val="kk-KZ"/>
        </w:rPr>
      </w:pPr>
    </w:p>
    <w:p w14:paraId="2E5B2F00"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Республика даңғылынан С. Жүнісов көшесінің жұп сандар жағымен С. Торайғыров көшесіне дейін, С. Торайғыров көшесінің тақ сандар жағымен Ә. Жангелдин көшесіне дейін, Ә. Жангелдин көшесінің жұп сандар жағымен Ш. Айманов көшесіне дейін, Ш. Айманов көшесінің тақ сандар жағымен С. Сейфуллин көшесіне дейін, С. Сейфуллин көшесінің тақ сандар жағымен Республика даңғылына дейін, Республика даңғылының жұп сандар жағымен </w:t>
      </w:r>
      <w:r w:rsidRPr="00367C48">
        <w:rPr>
          <w:sz w:val="28"/>
          <w:szCs w:val="28"/>
          <w:lang w:val="kk-KZ"/>
        </w:rPr>
        <w:br/>
        <w:t>С. Жүнісов көшесіне дейін.</w:t>
      </w:r>
    </w:p>
    <w:p w14:paraId="7B26E053" w14:textId="77777777" w:rsidR="00883B86" w:rsidRPr="00367C48" w:rsidRDefault="00883B86" w:rsidP="00883B86">
      <w:pPr>
        <w:ind w:firstLine="709"/>
        <w:jc w:val="both"/>
        <w:rPr>
          <w:sz w:val="28"/>
          <w:szCs w:val="28"/>
          <w:lang w:val="kk-KZ"/>
        </w:rPr>
      </w:pPr>
    </w:p>
    <w:p w14:paraId="1D78BB61" w14:textId="77777777" w:rsidR="00883B86" w:rsidRPr="00367C48" w:rsidRDefault="00883B86" w:rsidP="00883B86">
      <w:pPr>
        <w:ind w:firstLine="709"/>
        <w:jc w:val="center"/>
        <w:rPr>
          <w:sz w:val="28"/>
          <w:szCs w:val="28"/>
          <w:lang w:val="kk-KZ"/>
        </w:rPr>
      </w:pPr>
      <w:r w:rsidRPr="00367C48">
        <w:rPr>
          <w:sz w:val="28"/>
          <w:szCs w:val="28"/>
          <w:lang w:val="kk-KZ"/>
        </w:rPr>
        <w:t>№ 76 сайлау учаскесі</w:t>
      </w:r>
    </w:p>
    <w:p w14:paraId="3BB92904"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«Жамбыл Жабаев атындағы</w:t>
      </w:r>
    </w:p>
    <w:p w14:paraId="496761CF" w14:textId="77777777" w:rsidR="00883B86" w:rsidRPr="00367C48" w:rsidRDefault="00883B86" w:rsidP="00883B86">
      <w:pPr>
        <w:ind w:firstLine="709"/>
        <w:jc w:val="center"/>
        <w:rPr>
          <w:sz w:val="28"/>
          <w:szCs w:val="28"/>
          <w:lang w:val="kk-KZ"/>
        </w:rPr>
      </w:pPr>
      <w:r w:rsidRPr="00367C48">
        <w:rPr>
          <w:sz w:val="28"/>
          <w:szCs w:val="28"/>
          <w:lang w:val="kk-KZ"/>
        </w:rPr>
        <w:t xml:space="preserve"> № 4 мектеп-гимназия» шаруашылық жүргізу құқығындағы мемлекеттік коммуналдық кәсіпорны, Ш. Айманов көшесі, № 3)</w:t>
      </w:r>
    </w:p>
    <w:p w14:paraId="1E20167F" w14:textId="77777777" w:rsidR="00883B86" w:rsidRPr="00367C48" w:rsidRDefault="00883B86" w:rsidP="00883B86">
      <w:pPr>
        <w:ind w:firstLine="709"/>
        <w:jc w:val="both"/>
        <w:rPr>
          <w:sz w:val="28"/>
          <w:szCs w:val="28"/>
          <w:lang w:val="kk-KZ"/>
        </w:rPr>
      </w:pPr>
      <w:r w:rsidRPr="00367C48">
        <w:rPr>
          <w:sz w:val="28"/>
          <w:szCs w:val="28"/>
          <w:lang w:val="kk-KZ"/>
        </w:rPr>
        <w:t>Шекарасы: Ш. Айманов көшесінен С. Сейфуллин көшесінің жұп сандар жағымен генерал С. Рақымов көшесіне дейін, генерал С. Рақымов көшесінің жұп сандар жағымен Ә. Жангелдин көшесіне дейін, Ә. Жангелдин көшесінің жұп сандар жағымен Ш. Уәлиханов көшесіне дейін, Ш. Уәлиханов көшесінің тақ сандар жағымен Абай даңғылына дейін, Абай даңғылының тақ сандар жағымен</w:t>
      </w:r>
      <w:r w:rsidRPr="00281F48">
        <w:rPr>
          <w:sz w:val="28"/>
          <w:szCs w:val="28"/>
          <w:lang w:val="kk-KZ"/>
        </w:rPr>
        <w:br/>
      </w:r>
      <w:r w:rsidRPr="00367C48">
        <w:rPr>
          <w:sz w:val="28"/>
          <w:szCs w:val="28"/>
          <w:lang w:val="kk-KZ"/>
        </w:rPr>
        <w:t>Ш. Айманов көшесіне дейін, Ш. Айманов көшесінің жұп сандар жағымен</w:t>
      </w:r>
      <w:r w:rsidRPr="00281F48">
        <w:rPr>
          <w:sz w:val="28"/>
          <w:szCs w:val="28"/>
          <w:lang w:val="kk-KZ"/>
        </w:rPr>
        <w:br/>
      </w:r>
      <w:r w:rsidRPr="00367C48">
        <w:rPr>
          <w:sz w:val="28"/>
          <w:szCs w:val="28"/>
          <w:lang w:val="kk-KZ"/>
        </w:rPr>
        <w:t>С. Сейфуллин көшесіндегі № 40 үйді және Ж. Омаров көшесіндегі № 91 үйді қоса алғанда, С. Сейфуллин көшесіне дейін.</w:t>
      </w:r>
    </w:p>
    <w:p w14:paraId="500BC6E0" w14:textId="77777777" w:rsidR="00883B86" w:rsidRPr="00367C48" w:rsidRDefault="00883B86" w:rsidP="00883B86">
      <w:pPr>
        <w:ind w:firstLine="709"/>
        <w:jc w:val="both"/>
        <w:rPr>
          <w:sz w:val="28"/>
          <w:szCs w:val="28"/>
          <w:lang w:val="kk-KZ"/>
        </w:rPr>
      </w:pPr>
    </w:p>
    <w:p w14:paraId="2C928D62" w14:textId="77777777" w:rsidR="004925DD" w:rsidRDefault="004925DD" w:rsidP="00883B86">
      <w:pPr>
        <w:ind w:firstLine="709"/>
        <w:jc w:val="center"/>
        <w:rPr>
          <w:sz w:val="28"/>
          <w:szCs w:val="28"/>
          <w:lang w:val="kk-KZ"/>
        </w:rPr>
      </w:pPr>
    </w:p>
    <w:p w14:paraId="6E1A00AB" w14:textId="77777777" w:rsidR="004925DD" w:rsidRDefault="004925DD" w:rsidP="00883B86">
      <w:pPr>
        <w:ind w:firstLine="709"/>
        <w:jc w:val="center"/>
        <w:rPr>
          <w:sz w:val="28"/>
          <w:szCs w:val="28"/>
          <w:lang w:val="kk-KZ"/>
        </w:rPr>
      </w:pPr>
    </w:p>
    <w:p w14:paraId="6ED956D0" w14:textId="0D46BEFF" w:rsidR="00883B86" w:rsidRPr="00367C48" w:rsidRDefault="00883B86" w:rsidP="00883B86">
      <w:pPr>
        <w:ind w:firstLine="709"/>
        <w:jc w:val="center"/>
        <w:rPr>
          <w:sz w:val="28"/>
          <w:szCs w:val="28"/>
          <w:lang w:val="kk-KZ"/>
        </w:rPr>
      </w:pPr>
      <w:r w:rsidRPr="00367C48">
        <w:rPr>
          <w:sz w:val="28"/>
          <w:szCs w:val="28"/>
          <w:lang w:val="kk-KZ"/>
        </w:rPr>
        <w:lastRenderedPageBreak/>
        <w:t>№ 77 сайлау учаскесі</w:t>
      </w:r>
    </w:p>
    <w:p w14:paraId="22E468CB"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«Роза Бағланова атындағы </w:t>
      </w:r>
    </w:p>
    <w:p w14:paraId="2F94F7B5" w14:textId="77777777" w:rsidR="00883B86" w:rsidRPr="00367C48" w:rsidRDefault="00883B86" w:rsidP="00883B86">
      <w:pPr>
        <w:ind w:firstLine="709"/>
        <w:jc w:val="center"/>
        <w:rPr>
          <w:sz w:val="28"/>
          <w:szCs w:val="28"/>
          <w:lang w:val="kk-KZ"/>
        </w:rPr>
      </w:pPr>
      <w:r w:rsidRPr="00367C48">
        <w:rPr>
          <w:sz w:val="28"/>
          <w:szCs w:val="28"/>
          <w:lang w:val="kk-KZ"/>
        </w:rPr>
        <w:t>№ 2 балалар музыка мектебі» шаруашылық жүргізу құқығындағы мемлекеттік коммуналдық кәсіпорны, Ш. Айманов көшесі, № 8)</w:t>
      </w:r>
    </w:p>
    <w:p w14:paraId="00EFAAEE" w14:textId="77777777" w:rsidR="00883B86" w:rsidRPr="00367C48" w:rsidRDefault="00883B86" w:rsidP="00883B86">
      <w:pPr>
        <w:ind w:firstLine="709"/>
        <w:jc w:val="center"/>
        <w:rPr>
          <w:sz w:val="28"/>
          <w:szCs w:val="28"/>
          <w:lang w:val="kk-KZ"/>
        </w:rPr>
      </w:pPr>
    </w:p>
    <w:p w14:paraId="057D2D94" w14:textId="77777777" w:rsidR="00883B86" w:rsidRPr="00367C48" w:rsidRDefault="00883B86" w:rsidP="00883B86">
      <w:pPr>
        <w:ind w:firstLine="709"/>
        <w:jc w:val="both"/>
        <w:rPr>
          <w:sz w:val="28"/>
          <w:szCs w:val="28"/>
          <w:lang w:val="kk-KZ"/>
        </w:rPr>
      </w:pPr>
      <w:r w:rsidRPr="00367C48">
        <w:rPr>
          <w:sz w:val="28"/>
          <w:szCs w:val="28"/>
          <w:lang w:val="kk-KZ"/>
        </w:rPr>
        <w:t>Шекарасы: Ә. Жангелдин көшесінен Ш. Айманов көшесінің жұп сандар жағымен С. Сейфуллин көшесіне дейін, С. Сейфуллин көшесінің тақ сандар жағымен генерал С. Рақымов көшесіне дейін, генерал С. Рақымов көшесінің тақ сандар жағымен Ә</w:t>
      </w:r>
      <w:r>
        <w:rPr>
          <w:sz w:val="28"/>
          <w:szCs w:val="28"/>
          <w:lang w:val="kk-KZ"/>
        </w:rPr>
        <w:t>. Жангелдин көшесіне дейін,</w:t>
      </w:r>
      <w:r w:rsidRPr="00367C48">
        <w:rPr>
          <w:sz w:val="28"/>
          <w:szCs w:val="28"/>
          <w:lang w:val="kk-KZ"/>
        </w:rPr>
        <w:t xml:space="preserve"> Ә. Жангелдин көшесінің тақ сандар жағымен Ш. Уәлиханов көшесіне дейін, Ш. Уәлиханов көшесінің тақ сандар жағымен Бөгенбай батыр даңғылына дейін, Бөгенбай батыр даңғылының жұп сандар жағымен Ж. Аймауытов көшесіне дейін, Ж. Аймауытов көшесінің жұп сандар жағымен Ә. Жангелдин көшесіне дейін</w:t>
      </w:r>
      <w:r>
        <w:rPr>
          <w:sz w:val="28"/>
          <w:szCs w:val="28"/>
          <w:lang w:val="kk-KZ"/>
        </w:rPr>
        <w:t>,</w:t>
      </w:r>
      <w:r w:rsidRPr="00367C48">
        <w:rPr>
          <w:sz w:val="28"/>
          <w:szCs w:val="28"/>
          <w:lang w:val="kk-KZ"/>
        </w:rPr>
        <w:t xml:space="preserve"> Ә. Жангелдин көшесінің </w:t>
      </w:r>
      <w:r>
        <w:rPr>
          <w:sz w:val="28"/>
          <w:szCs w:val="28"/>
          <w:lang w:val="kk-KZ"/>
        </w:rPr>
        <w:t>жұп</w:t>
      </w:r>
      <w:r w:rsidRPr="00367C48">
        <w:rPr>
          <w:sz w:val="28"/>
          <w:szCs w:val="28"/>
          <w:lang w:val="kk-KZ"/>
        </w:rPr>
        <w:t xml:space="preserve"> сандар жағымен Ш. Айманов көшесіне дейін.</w:t>
      </w:r>
    </w:p>
    <w:p w14:paraId="2E4A3453" w14:textId="77777777" w:rsidR="00883B86" w:rsidRPr="00367C48" w:rsidRDefault="00883B86" w:rsidP="00883B86">
      <w:pPr>
        <w:ind w:firstLine="709"/>
        <w:jc w:val="both"/>
        <w:rPr>
          <w:sz w:val="28"/>
          <w:szCs w:val="28"/>
          <w:lang w:val="kk-KZ"/>
        </w:rPr>
      </w:pPr>
    </w:p>
    <w:p w14:paraId="6FC623E8" w14:textId="77777777" w:rsidR="00883B86" w:rsidRPr="00367C48" w:rsidRDefault="00883B86" w:rsidP="00883B86">
      <w:pPr>
        <w:ind w:firstLine="709"/>
        <w:jc w:val="center"/>
        <w:rPr>
          <w:sz w:val="28"/>
          <w:szCs w:val="28"/>
          <w:lang w:val="kk-KZ"/>
        </w:rPr>
      </w:pPr>
      <w:r w:rsidRPr="00367C48">
        <w:rPr>
          <w:sz w:val="28"/>
          <w:szCs w:val="28"/>
          <w:lang w:val="kk-KZ"/>
        </w:rPr>
        <w:t>№ 78 сайлау учаскесі</w:t>
      </w:r>
    </w:p>
    <w:p w14:paraId="1F5C6E56"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Медицина университеті» коммерциялық емес акционерлік қоғамы, Абай даңғылы, № 47)</w:t>
      </w:r>
    </w:p>
    <w:p w14:paraId="38019C74" w14:textId="77777777" w:rsidR="00883B86" w:rsidRPr="00367C48" w:rsidRDefault="00883B86" w:rsidP="00883B86">
      <w:pPr>
        <w:ind w:firstLine="709"/>
        <w:jc w:val="center"/>
        <w:rPr>
          <w:sz w:val="28"/>
          <w:szCs w:val="28"/>
          <w:lang w:val="kk-KZ"/>
        </w:rPr>
      </w:pPr>
    </w:p>
    <w:p w14:paraId="30DBE55C"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w:t>
      </w:r>
      <w:r>
        <w:rPr>
          <w:sz w:val="28"/>
          <w:szCs w:val="28"/>
          <w:lang w:val="kk-KZ"/>
        </w:rPr>
        <w:t>лынан С. Сейфуллин көшесінің жұп</w:t>
      </w:r>
      <w:r w:rsidRPr="00367C48">
        <w:rPr>
          <w:sz w:val="28"/>
          <w:szCs w:val="28"/>
          <w:lang w:val="kk-KZ"/>
        </w:rPr>
        <w:t xml:space="preserve"> сандар жағымен С. Торайғыров көшесіне дейін, С. Торайғыров көшесінің тақ сандар жағымен Ж. Омаров көшесіне дейін, Ж. Омаров көшесінің тақ сандар жағымен</w:t>
      </w:r>
      <w:r w:rsidRPr="00281F48">
        <w:rPr>
          <w:sz w:val="28"/>
          <w:szCs w:val="28"/>
          <w:lang w:val="kk-KZ"/>
        </w:rPr>
        <w:br/>
      </w:r>
      <w:r w:rsidRPr="00367C48">
        <w:rPr>
          <w:sz w:val="28"/>
          <w:szCs w:val="28"/>
          <w:lang w:val="kk-KZ"/>
        </w:rPr>
        <w:t>М. Ғабдуллин көшесіне дейін, М. Ғабдуллин көшесінің тақ сандар жағымен</w:t>
      </w:r>
      <w:r w:rsidRPr="00281F48">
        <w:rPr>
          <w:sz w:val="28"/>
          <w:szCs w:val="28"/>
          <w:lang w:val="kk-KZ"/>
        </w:rPr>
        <w:br/>
      </w:r>
      <w:r w:rsidRPr="00367C48">
        <w:rPr>
          <w:sz w:val="28"/>
          <w:szCs w:val="28"/>
          <w:lang w:val="kk-KZ"/>
        </w:rPr>
        <w:t>Луи Пастер көшесіне дейін, Луи Пастер көшесінің тақ сандар жағымен</w:t>
      </w:r>
      <w:r w:rsidRPr="00281F48">
        <w:rPr>
          <w:sz w:val="28"/>
          <w:szCs w:val="28"/>
          <w:lang w:val="kk-KZ"/>
        </w:rPr>
        <w:br/>
      </w:r>
      <w:r w:rsidRPr="00367C48">
        <w:rPr>
          <w:sz w:val="28"/>
          <w:szCs w:val="28"/>
          <w:lang w:val="kk-KZ"/>
        </w:rPr>
        <w:t>С. Торайғыров көшесіне дейін, С. Торайғыров көшесінің тақ сандар жағымен Кенесары көшесіне дейін, Кенесары көшесінің тақ сандар жағымен Республика даңғылына дейін, Республика даңғылының жұп сандар жағымен С. Сейфуллин көшесіне дейін.</w:t>
      </w:r>
    </w:p>
    <w:p w14:paraId="7EFABE61" w14:textId="77777777" w:rsidR="00883B86" w:rsidRPr="00367C48" w:rsidRDefault="00883B86" w:rsidP="00883B86">
      <w:pPr>
        <w:rPr>
          <w:sz w:val="28"/>
          <w:szCs w:val="28"/>
          <w:lang w:val="kk-KZ"/>
        </w:rPr>
      </w:pPr>
    </w:p>
    <w:p w14:paraId="746685C6" w14:textId="77777777" w:rsidR="00883B86" w:rsidRPr="00367C48" w:rsidRDefault="00883B86" w:rsidP="00883B86">
      <w:pPr>
        <w:ind w:firstLine="709"/>
        <w:jc w:val="center"/>
        <w:rPr>
          <w:sz w:val="28"/>
          <w:szCs w:val="28"/>
          <w:lang w:val="kk-KZ"/>
        </w:rPr>
      </w:pPr>
      <w:r w:rsidRPr="00367C48">
        <w:rPr>
          <w:sz w:val="28"/>
          <w:szCs w:val="28"/>
          <w:lang w:val="kk-KZ"/>
        </w:rPr>
        <w:t>№ 79 сайлау учаскесі</w:t>
      </w:r>
    </w:p>
    <w:p w14:paraId="1C26E48F"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Медицина университеті» коммерциялық емес акционерлік қоғамы, Абай даңғылы, № 47)</w:t>
      </w:r>
    </w:p>
    <w:p w14:paraId="1B1AFD85" w14:textId="77777777" w:rsidR="00883B86" w:rsidRPr="00367C48" w:rsidRDefault="00883B86" w:rsidP="00883B86">
      <w:pPr>
        <w:ind w:firstLine="709"/>
        <w:jc w:val="center"/>
        <w:rPr>
          <w:sz w:val="28"/>
          <w:szCs w:val="28"/>
          <w:lang w:val="kk-KZ"/>
        </w:rPr>
      </w:pPr>
    </w:p>
    <w:p w14:paraId="757C9A4D" w14:textId="77777777" w:rsidR="00883B86" w:rsidRPr="00367C48" w:rsidRDefault="00883B86" w:rsidP="00883B86">
      <w:pPr>
        <w:ind w:firstLine="709"/>
        <w:jc w:val="both"/>
        <w:rPr>
          <w:sz w:val="28"/>
          <w:szCs w:val="28"/>
          <w:lang w:val="kk-KZ"/>
        </w:rPr>
      </w:pPr>
      <w:r w:rsidRPr="00367C48">
        <w:rPr>
          <w:sz w:val="28"/>
          <w:szCs w:val="28"/>
          <w:lang w:val="kk-KZ"/>
        </w:rPr>
        <w:t>Шекарасы: М. Ғабдуллин көшесінен бастап Абай даңғылының жұп сандар жағымен Ш. Уәлиханов көшесіне дейін, Ш. Уәлиханов көшесінің тақ сандар жағымен Кенесары көшесіне дейін, Кенесары көшесінің тақ сандар жағымен Кенесары көшесі бойынша № 57/1, 61, 61/1, 63 үйлерді қоспағанда,</w:t>
      </w:r>
      <w:r w:rsidRPr="00281F48">
        <w:rPr>
          <w:sz w:val="28"/>
          <w:szCs w:val="28"/>
          <w:lang w:val="kk-KZ"/>
        </w:rPr>
        <w:t xml:space="preserve"> </w:t>
      </w:r>
      <w:r w:rsidRPr="00281F48">
        <w:rPr>
          <w:sz w:val="28"/>
          <w:szCs w:val="28"/>
          <w:lang w:val="kk-KZ"/>
        </w:rPr>
        <w:br/>
      </w:r>
      <w:r w:rsidRPr="00367C48">
        <w:rPr>
          <w:sz w:val="28"/>
          <w:szCs w:val="28"/>
          <w:lang w:val="kk-KZ"/>
        </w:rPr>
        <w:t>Ш. Иманбаева көшесіне дейін, Ш. Иманбаева көшесінің жұп сандар жағымен Отырар көшесіне дейін, Отырар көшесінің тақ сандар жағымен М. Ғабдуллин көшесіне дейін, М. Ғабдуллин көшесінің жұп сандар жағымен Абай даңғылына дейін.</w:t>
      </w:r>
    </w:p>
    <w:p w14:paraId="483864A6" w14:textId="77777777" w:rsidR="00883B86" w:rsidRPr="00367C48" w:rsidRDefault="00883B86" w:rsidP="00883B86">
      <w:pPr>
        <w:ind w:firstLine="709"/>
        <w:jc w:val="both"/>
        <w:rPr>
          <w:sz w:val="28"/>
          <w:szCs w:val="28"/>
          <w:lang w:val="kk-KZ"/>
        </w:rPr>
      </w:pPr>
    </w:p>
    <w:p w14:paraId="57E3E68E" w14:textId="77777777" w:rsidR="004925DD" w:rsidRDefault="004925DD" w:rsidP="00883B86">
      <w:pPr>
        <w:ind w:firstLine="709"/>
        <w:jc w:val="center"/>
        <w:rPr>
          <w:sz w:val="28"/>
          <w:szCs w:val="28"/>
          <w:lang w:val="kk-KZ"/>
        </w:rPr>
      </w:pPr>
    </w:p>
    <w:p w14:paraId="646037AE" w14:textId="77777777" w:rsidR="004925DD" w:rsidRDefault="004925DD" w:rsidP="00883B86">
      <w:pPr>
        <w:ind w:firstLine="709"/>
        <w:jc w:val="center"/>
        <w:rPr>
          <w:sz w:val="28"/>
          <w:szCs w:val="28"/>
          <w:lang w:val="kk-KZ"/>
        </w:rPr>
      </w:pPr>
    </w:p>
    <w:p w14:paraId="255B14C9" w14:textId="77777777" w:rsidR="004925DD" w:rsidRDefault="004925DD" w:rsidP="00883B86">
      <w:pPr>
        <w:ind w:firstLine="709"/>
        <w:jc w:val="center"/>
        <w:rPr>
          <w:sz w:val="28"/>
          <w:szCs w:val="28"/>
          <w:lang w:val="kk-KZ"/>
        </w:rPr>
      </w:pPr>
    </w:p>
    <w:p w14:paraId="367A04B4" w14:textId="5A450845" w:rsidR="00883B86" w:rsidRPr="00367C48" w:rsidRDefault="00883B86" w:rsidP="00883B86">
      <w:pPr>
        <w:ind w:firstLine="709"/>
        <w:jc w:val="center"/>
        <w:rPr>
          <w:sz w:val="28"/>
          <w:szCs w:val="28"/>
          <w:lang w:val="kk-KZ"/>
        </w:rPr>
      </w:pPr>
      <w:r w:rsidRPr="00367C48">
        <w:rPr>
          <w:sz w:val="28"/>
          <w:szCs w:val="28"/>
          <w:lang w:val="kk-KZ"/>
        </w:rPr>
        <w:lastRenderedPageBreak/>
        <w:t>№ 80 сайлау учаскесі</w:t>
      </w:r>
    </w:p>
    <w:p w14:paraId="0213436A"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31 мектеп-гимназия» шаруашылық жүргізу құқығындағы мемлекеттік коммуналдық кәсіпорны, </w:t>
      </w:r>
    </w:p>
    <w:p w14:paraId="380DDAB4" w14:textId="77777777" w:rsidR="00883B86" w:rsidRPr="00367C48" w:rsidRDefault="00883B86" w:rsidP="00883B86">
      <w:pPr>
        <w:ind w:firstLine="709"/>
        <w:jc w:val="center"/>
        <w:rPr>
          <w:sz w:val="28"/>
          <w:szCs w:val="28"/>
          <w:lang w:val="kk-KZ"/>
        </w:rPr>
      </w:pPr>
      <w:r w:rsidRPr="00367C48">
        <w:rPr>
          <w:sz w:val="28"/>
          <w:szCs w:val="28"/>
          <w:lang w:val="kk-KZ"/>
        </w:rPr>
        <w:t>Кенесары көшесі, № 49)</w:t>
      </w:r>
    </w:p>
    <w:p w14:paraId="068BF0C8" w14:textId="77777777" w:rsidR="00883B86" w:rsidRPr="00367C48" w:rsidRDefault="00883B86" w:rsidP="00883B86">
      <w:pPr>
        <w:ind w:firstLine="709"/>
        <w:jc w:val="center"/>
        <w:rPr>
          <w:sz w:val="28"/>
          <w:szCs w:val="28"/>
          <w:lang w:val="kk-KZ"/>
        </w:rPr>
      </w:pPr>
    </w:p>
    <w:p w14:paraId="41A0D46A"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даңғылынан Кенесары көшесінің жұп сандар жағымен С. Торайғыров көшесіне дейін, С. Торайғыров көшесінің жұп сандар жағымен Луи Пастер көшесіне дейін, Луи Пастер көшесінің жұп сандар жағымен Отырар көшесіне дейін, Отырар көшесінің жұп сандар жағымен Ш. Иманбаева көшесіне дейін, Ш. Иманбаева көшесінің тақ сандар жағымен Баянауыл көшесіне дейін, Баянауыл көшесінің тақ сандар жағымен М. Ғабдуллин көшесіне дейін,</w:t>
      </w:r>
      <w:r w:rsidRPr="00281F48">
        <w:rPr>
          <w:sz w:val="28"/>
          <w:szCs w:val="28"/>
          <w:lang w:val="kk-KZ"/>
        </w:rPr>
        <w:t xml:space="preserve"> </w:t>
      </w:r>
      <w:r w:rsidRPr="00281F48">
        <w:rPr>
          <w:sz w:val="28"/>
          <w:szCs w:val="28"/>
          <w:lang w:val="kk-KZ"/>
        </w:rPr>
        <w:br/>
      </w:r>
      <w:r w:rsidRPr="00367C48">
        <w:rPr>
          <w:sz w:val="28"/>
          <w:szCs w:val="28"/>
          <w:lang w:val="kk-KZ"/>
        </w:rPr>
        <w:t>М. Ғабдуллин көшесінің тақ сандар жағымен Ағыбай батыр көшесіне дейін,</w:t>
      </w:r>
      <w:r w:rsidRPr="00281F48">
        <w:rPr>
          <w:sz w:val="28"/>
          <w:szCs w:val="28"/>
          <w:lang w:val="kk-KZ"/>
        </w:rPr>
        <w:t xml:space="preserve"> </w:t>
      </w:r>
      <w:r w:rsidRPr="00281F48">
        <w:rPr>
          <w:sz w:val="28"/>
          <w:szCs w:val="28"/>
          <w:lang w:val="kk-KZ"/>
        </w:rPr>
        <w:br/>
      </w:r>
      <w:r w:rsidRPr="00367C48">
        <w:rPr>
          <w:sz w:val="28"/>
          <w:szCs w:val="28"/>
          <w:lang w:val="kk-KZ"/>
        </w:rPr>
        <w:t>Ағыбай батыр көшесінің жұп сандар жағымен Республика даңғылына дейін,</w:t>
      </w:r>
      <w:r w:rsidRPr="00281F48">
        <w:rPr>
          <w:sz w:val="28"/>
          <w:szCs w:val="28"/>
          <w:lang w:val="kk-KZ"/>
        </w:rPr>
        <w:t xml:space="preserve"> </w:t>
      </w:r>
      <w:r w:rsidRPr="00281F48">
        <w:rPr>
          <w:sz w:val="28"/>
          <w:szCs w:val="28"/>
          <w:lang w:val="kk-KZ"/>
        </w:rPr>
        <w:br/>
      </w:r>
      <w:r w:rsidRPr="00367C48">
        <w:rPr>
          <w:sz w:val="28"/>
          <w:szCs w:val="28"/>
          <w:lang w:val="kk-KZ"/>
        </w:rPr>
        <w:t>Республика даңғылының жұп сандар жағымен Кенесары көшесіне дейін.</w:t>
      </w:r>
    </w:p>
    <w:p w14:paraId="5201C358" w14:textId="77777777" w:rsidR="00883B86" w:rsidRPr="00367C48" w:rsidRDefault="00883B86" w:rsidP="00883B86">
      <w:pPr>
        <w:ind w:firstLine="709"/>
        <w:jc w:val="center"/>
        <w:rPr>
          <w:sz w:val="28"/>
          <w:szCs w:val="28"/>
          <w:lang w:val="kk-KZ"/>
        </w:rPr>
      </w:pPr>
    </w:p>
    <w:p w14:paraId="28AFE2D5" w14:textId="77777777" w:rsidR="00883B86" w:rsidRPr="00367C48" w:rsidRDefault="00883B86" w:rsidP="00883B86">
      <w:pPr>
        <w:ind w:firstLine="709"/>
        <w:jc w:val="center"/>
        <w:rPr>
          <w:sz w:val="28"/>
          <w:szCs w:val="28"/>
          <w:lang w:val="kk-KZ"/>
        </w:rPr>
      </w:pPr>
      <w:r w:rsidRPr="00367C48">
        <w:rPr>
          <w:sz w:val="28"/>
          <w:szCs w:val="28"/>
          <w:lang w:val="kk-KZ"/>
        </w:rPr>
        <w:t>№ 81 сайлау учаскесі</w:t>
      </w:r>
    </w:p>
    <w:p w14:paraId="7E9DD360"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31 мектеп-гимназия» шаруашылық жүргізу құқығындағы мемлекеттік коммуналдық кәсіпорны, </w:t>
      </w:r>
    </w:p>
    <w:p w14:paraId="07C30D74" w14:textId="77777777" w:rsidR="00883B86" w:rsidRPr="00367C48" w:rsidRDefault="00883B86" w:rsidP="00883B86">
      <w:pPr>
        <w:ind w:firstLine="709"/>
        <w:jc w:val="center"/>
        <w:rPr>
          <w:sz w:val="28"/>
          <w:szCs w:val="28"/>
          <w:lang w:val="kk-KZ"/>
        </w:rPr>
      </w:pPr>
      <w:r w:rsidRPr="00367C48">
        <w:rPr>
          <w:sz w:val="28"/>
          <w:szCs w:val="28"/>
          <w:lang w:val="kk-KZ"/>
        </w:rPr>
        <w:t>Кенесары көшесі, № 49)</w:t>
      </w:r>
    </w:p>
    <w:p w14:paraId="60E7CD1E" w14:textId="77777777" w:rsidR="00883B86" w:rsidRPr="00367C48" w:rsidRDefault="00883B86" w:rsidP="00883B86">
      <w:pPr>
        <w:ind w:firstLine="709"/>
        <w:jc w:val="both"/>
        <w:rPr>
          <w:sz w:val="28"/>
          <w:szCs w:val="28"/>
          <w:lang w:val="kk-KZ"/>
        </w:rPr>
      </w:pPr>
    </w:p>
    <w:p w14:paraId="37B4D7A8" w14:textId="77777777" w:rsidR="00883B86" w:rsidRPr="00367C48" w:rsidRDefault="00883B86" w:rsidP="00883B86">
      <w:pPr>
        <w:ind w:firstLine="709"/>
        <w:jc w:val="both"/>
        <w:rPr>
          <w:sz w:val="28"/>
          <w:szCs w:val="28"/>
          <w:lang w:val="kk-KZ"/>
        </w:rPr>
      </w:pPr>
      <w:r w:rsidRPr="00367C48">
        <w:rPr>
          <w:sz w:val="28"/>
          <w:szCs w:val="28"/>
          <w:lang w:val="kk-KZ"/>
        </w:rPr>
        <w:t>Шекарасы: Ш. Иманбаева көшесінен Кенесары көшесінің жұп сандар жағымен Ш. Уәлиханов көшесіне дейін, Ш. Уәлиханов көшесінің тақ сандар жағымен А. Иманов көшесіне дейін, А. Иманов көшесінің тақ сандар жағымен</w:t>
      </w:r>
      <w:r w:rsidRPr="00281F48">
        <w:rPr>
          <w:sz w:val="28"/>
          <w:szCs w:val="28"/>
          <w:lang w:val="kk-KZ"/>
        </w:rPr>
        <w:br/>
      </w:r>
      <w:r w:rsidRPr="00367C48">
        <w:rPr>
          <w:sz w:val="28"/>
          <w:szCs w:val="28"/>
          <w:lang w:val="kk-KZ"/>
        </w:rPr>
        <w:t>М. Ғабдуллин көшесіне дейін, М. Ғабдуллин көшесінің жұп</w:t>
      </w:r>
      <w:r>
        <w:rPr>
          <w:sz w:val="28"/>
          <w:szCs w:val="28"/>
          <w:lang w:val="kk-KZ"/>
        </w:rPr>
        <w:t xml:space="preserve"> сандар</w:t>
      </w:r>
      <w:r w:rsidRPr="00367C48">
        <w:rPr>
          <w:sz w:val="28"/>
          <w:szCs w:val="28"/>
          <w:lang w:val="kk-KZ"/>
        </w:rPr>
        <w:t xml:space="preserve"> жағымен</w:t>
      </w:r>
      <w:r w:rsidRPr="00281F48">
        <w:rPr>
          <w:sz w:val="28"/>
          <w:szCs w:val="28"/>
          <w:lang w:val="kk-KZ"/>
        </w:rPr>
        <w:br/>
      </w:r>
      <w:r w:rsidRPr="00367C48">
        <w:rPr>
          <w:sz w:val="28"/>
          <w:szCs w:val="28"/>
          <w:lang w:val="kk-KZ"/>
        </w:rPr>
        <w:t>Баянауыл көшесіне дейін, Баянауыл көшесінің жұп сандар жағымен</w:t>
      </w:r>
      <w:r w:rsidRPr="00281F48">
        <w:rPr>
          <w:sz w:val="28"/>
          <w:szCs w:val="28"/>
          <w:lang w:val="kk-KZ"/>
        </w:rPr>
        <w:br/>
      </w:r>
      <w:r w:rsidRPr="00367C48">
        <w:rPr>
          <w:sz w:val="28"/>
          <w:szCs w:val="28"/>
          <w:lang w:val="kk-KZ"/>
        </w:rPr>
        <w:t xml:space="preserve">Ш. Иманбаева көшесіне дейін, Ш. Иманбаева көшесінің жұп сандар жағымен Кенесары көшесіндегі № 57/1, 61, 61/1, 63 үйлерді және А. Иманов көшесіндегі </w:t>
      </w:r>
      <w:r w:rsidRPr="00367C48">
        <w:rPr>
          <w:sz w:val="28"/>
          <w:szCs w:val="28"/>
          <w:lang w:val="kk-KZ"/>
        </w:rPr>
        <w:br/>
        <w:t>№ 12, 14 үйлерді қоса алғанда, Ш. Уәлиханов көшесіндегі № 5 үйді,</w:t>
      </w:r>
      <w:r w:rsidRPr="00281F48">
        <w:rPr>
          <w:sz w:val="28"/>
          <w:szCs w:val="28"/>
          <w:lang w:val="kk-KZ"/>
        </w:rPr>
        <w:t xml:space="preserve"> </w:t>
      </w:r>
      <w:r w:rsidRPr="00281F48">
        <w:rPr>
          <w:sz w:val="28"/>
          <w:szCs w:val="28"/>
          <w:lang w:val="kk-KZ"/>
        </w:rPr>
        <w:br/>
      </w:r>
      <w:r w:rsidRPr="00367C48">
        <w:rPr>
          <w:sz w:val="28"/>
          <w:szCs w:val="28"/>
          <w:lang w:val="kk-KZ"/>
        </w:rPr>
        <w:t>А. Иманов көшесіндегі № 17 үйді қоспағанда, Кенесары көшесіне дейін.</w:t>
      </w:r>
    </w:p>
    <w:p w14:paraId="2FC2271E" w14:textId="77777777" w:rsidR="00883B86" w:rsidRPr="00367C48" w:rsidRDefault="00883B86" w:rsidP="00883B86">
      <w:pPr>
        <w:ind w:firstLine="709"/>
        <w:jc w:val="both"/>
        <w:rPr>
          <w:sz w:val="28"/>
          <w:szCs w:val="28"/>
          <w:lang w:val="kk-KZ"/>
        </w:rPr>
      </w:pPr>
    </w:p>
    <w:p w14:paraId="466370A1" w14:textId="77777777" w:rsidR="00883B86" w:rsidRPr="00367C48" w:rsidRDefault="00883B86" w:rsidP="00883B86">
      <w:pPr>
        <w:ind w:firstLine="709"/>
        <w:jc w:val="center"/>
        <w:rPr>
          <w:sz w:val="28"/>
          <w:szCs w:val="28"/>
          <w:lang w:val="kk-KZ"/>
        </w:rPr>
      </w:pPr>
      <w:r w:rsidRPr="00367C48">
        <w:rPr>
          <w:sz w:val="28"/>
          <w:szCs w:val="28"/>
          <w:lang w:val="kk-KZ"/>
        </w:rPr>
        <w:t>№ 82 сайлау учаскесі</w:t>
      </w:r>
    </w:p>
    <w:p w14:paraId="6FE4BC4F"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«Жұмабек Тәшенев атындағы </w:t>
      </w:r>
    </w:p>
    <w:p w14:paraId="35190B26" w14:textId="77777777" w:rsidR="00883B86" w:rsidRPr="00367C48" w:rsidRDefault="00883B86" w:rsidP="00883B86">
      <w:pPr>
        <w:ind w:firstLine="709"/>
        <w:jc w:val="center"/>
        <w:rPr>
          <w:sz w:val="28"/>
          <w:szCs w:val="28"/>
          <w:lang w:val="kk-KZ"/>
        </w:rPr>
      </w:pPr>
      <w:r w:rsidRPr="00367C48">
        <w:rPr>
          <w:sz w:val="28"/>
          <w:szCs w:val="28"/>
          <w:lang w:val="kk-KZ"/>
        </w:rPr>
        <w:t>№ 10 мектеп-гимназия» шаруашылық жүргізу құқығындағы мемлекеттік коммуналдық кәсіпорны, М. Ғабдуллин көшесі, № 7)</w:t>
      </w:r>
    </w:p>
    <w:p w14:paraId="1CCD92BD" w14:textId="77777777" w:rsidR="00883B86" w:rsidRPr="00367C48" w:rsidRDefault="00883B86" w:rsidP="00883B86">
      <w:pPr>
        <w:ind w:firstLine="709"/>
        <w:jc w:val="center"/>
        <w:rPr>
          <w:sz w:val="28"/>
          <w:szCs w:val="28"/>
          <w:lang w:val="kk-KZ"/>
        </w:rPr>
      </w:pPr>
    </w:p>
    <w:p w14:paraId="15831FA6" w14:textId="77777777" w:rsidR="00883B86" w:rsidRPr="00367C48" w:rsidRDefault="00883B86" w:rsidP="00883B86">
      <w:pPr>
        <w:ind w:firstLine="709"/>
        <w:jc w:val="both"/>
        <w:rPr>
          <w:sz w:val="28"/>
          <w:szCs w:val="28"/>
          <w:lang w:val="kk-KZ"/>
        </w:rPr>
      </w:pPr>
      <w:r w:rsidRPr="00367C48">
        <w:rPr>
          <w:sz w:val="28"/>
          <w:szCs w:val="28"/>
          <w:lang w:val="kk-KZ"/>
        </w:rPr>
        <w:t>Шекарасы: Республика даңғылынан бастап Ағыбай батыр көшесінің жұп сандар жағымен, Ш. Иманбаева көшесіндегі № 7г, 7в үйлерді және М. Ғабдуллин көшесіндегі № 12 үйді қоса алғанда, Ш. Иманбаева көшесіне дейін,</w:t>
      </w:r>
      <w:r w:rsidRPr="00281F48">
        <w:rPr>
          <w:sz w:val="28"/>
          <w:szCs w:val="28"/>
          <w:lang w:val="kk-KZ"/>
        </w:rPr>
        <w:t xml:space="preserve"> </w:t>
      </w:r>
      <w:r w:rsidRPr="00281F48">
        <w:rPr>
          <w:sz w:val="28"/>
          <w:szCs w:val="28"/>
          <w:lang w:val="kk-KZ"/>
        </w:rPr>
        <w:br/>
      </w:r>
      <w:r w:rsidRPr="00367C48">
        <w:rPr>
          <w:sz w:val="28"/>
          <w:szCs w:val="28"/>
          <w:lang w:val="kk-KZ"/>
        </w:rPr>
        <w:t>Ш. Иманбаева көшесінің тақ сандар жағымен Рамазан көшесіне дейін, Рамазан көшесінің тақ сандар жағымен Республика даңғылына дейін, Республика даңғылының жұп сандар жағымен Ағыбай батыр көшесіне дейін.</w:t>
      </w:r>
    </w:p>
    <w:p w14:paraId="6261E59D" w14:textId="77777777" w:rsidR="00883B86" w:rsidRPr="00367C48" w:rsidRDefault="00883B86" w:rsidP="00883B86">
      <w:pPr>
        <w:jc w:val="both"/>
        <w:rPr>
          <w:sz w:val="28"/>
          <w:szCs w:val="28"/>
          <w:lang w:val="kk-KZ"/>
        </w:rPr>
      </w:pPr>
    </w:p>
    <w:p w14:paraId="57B5A30B" w14:textId="77777777" w:rsidR="004925DD" w:rsidRDefault="004925DD">
      <w:pPr>
        <w:overflowPunct/>
        <w:autoSpaceDE/>
        <w:autoSpaceDN/>
        <w:adjustRightInd/>
        <w:rPr>
          <w:sz w:val="28"/>
          <w:szCs w:val="28"/>
          <w:lang w:val="kk-KZ"/>
        </w:rPr>
      </w:pPr>
      <w:r>
        <w:rPr>
          <w:sz w:val="28"/>
          <w:szCs w:val="28"/>
          <w:lang w:val="kk-KZ"/>
        </w:rPr>
        <w:br w:type="page"/>
      </w:r>
    </w:p>
    <w:p w14:paraId="60B2AEB8" w14:textId="32393511" w:rsidR="00883B86" w:rsidRPr="00367C48" w:rsidRDefault="00883B86" w:rsidP="00883B86">
      <w:pPr>
        <w:ind w:firstLine="709"/>
        <w:jc w:val="center"/>
        <w:rPr>
          <w:sz w:val="28"/>
          <w:szCs w:val="28"/>
          <w:lang w:val="kk-KZ"/>
        </w:rPr>
      </w:pPr>
      <w:r w:rsidRPr="00367C48">
        <w:rPr>
          <w:sz w:val="28"/>
          <w:szCs w:val="28"/>
          <w:lang w:val="kk-KZ"/>
        </w:rPr>
        <w:lastRenderedPageBreak/>
        <w:t>№ 83 сайлау учаскесі</w:t>
      </w:r>
    </w:p>
    <w:p w14:paraId="41E5BE42"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25C0B5A8" w14:textId="77777777" w:rsidR="00883B86" w:rsidRPr="00367C48" w:rsidRDefault="00883B86" w:rsidP="00883B86">
      <w:pPr>
        <w:ind w:firstLine="709"/>
        <w:jc w:val="center"/>
        <w:rPr>
          <w:sz w:val="28"/>
          <w:szCs w:val="28"/>
          <w:lang w:val="kk-KZ"/>
        </w:rPr>
      </w:pPr>
    </w:p>
    <w:p w14:paraId="6D05B30A"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бастап А. Иманов көшесінің жұп сандар жағымен Ш. Иманбаева көшесіне дейін, Ш. Иманбаева көшесінің жұп сандар жағымен</w:t>
      </w:r>
      <w:r>
        <w:rPr>
          <w:sz w:val="28"/>
          <w:szCs w:val="28"/>
          <w:lang w:val="kk-KZ"/>
        </w:rPr>
        <w:t xml:space="preserve"> </w:t>
      </w:r>
      <w:r w:rsidRPr="00367C48">
        <w:rPr>
          <w:sz w:val="28"/>
          <w:szCs w:val="28"/>
          <w:lang w:val="kk-KZ"/>
        </w:rPr>
        <w:t>Ж. Тархан көшесіне дейін, Ж. Тархан көшесінің тақ сандар жағымен Ш. Уәлиханов көшесіне дейін, Ш. Уәлиханов көшесінің тақ сандар жағымен Ш. Уәлиханов көшесіндегі № 5 үйді, А. Иманов көшесіндегі № 17 үйді қоса алғанда, А. Иманов көшесіне дейін.</w:t>
      </w:r>
    </w:p>
    <w:p w14:paraId="0EB26BA4" w14:textId="77777777" w:rsidR="00883B86" w:rsidRPr="00367C48" w:rsidRDefault="00883B86" w:rsidP="00883B86">
      <w:pPr>
        <w:ind w:firstLine="709"/>
        <w:jc w:val="both"/>
        <w:rPr>
          <w:sz w:val="28"/>
          <w:szCs w:val="28"/>
          <w:lang w:val="kk-KZ"/>
        </w:rPr>
      </w:pPr>
    </w:p>
    <w:p w14:paraId="6DD8205B" w14:textId="77777777" w:rsidR="00883B86" w:rsidRPr="00367C48" w:rsidRDefault="00883B86" w:rsidP="00883B86">
      <w:pPr>
        <w:ind w:firstLine="709"/>
        <w:jc w:val="center"/>
        <w:rPr>
          <w:sz w:val="28"/>
          <w:szCs w:val="28"/>
          <w:lang w:val="kk-KZ"/>
        </w:rPr>
      </w:pPr>
      <w:r w:rsidRPr="00367C48">
        <w:rPr>
          <w:sz w:val="28"/>
          <w:szCs w:val="28"/>
          <w:lang w:val="kk-KZ"/>
        </w:rPr>
        <w:t>№ 84 сайлау учаскесі</w:t>
      </w:r>
    </w:p>
    <w:p w14:paraId="175E4297"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«Жұмабек Тәшенев атындағы </w:t>
      </w:r>
    </w:p>
    <w:p w14:paraId="162D5454" w14:textId="77777777" w:rsidR="00883B86" w:rsidRPr="00367C48" w:rsidRDefault="00883B86" w:rsidP="00883B86">
      <w:pPr>
        <w:ind w:firstLine="709"/>
        <w:jc w:val="center"/>
        <w:rPr>
          <w:sz w:val="28"/>
          <w:szCs w:val="28"/>
          <w:lang w:val="kk-KZ"/>
        </w:rPr>
      </w:pPr>
      <w:r w:rsidRPr="00367C48">
        <w:rPr>
          <w:sz w:val="28"/>
          <w:szCs w:val="28"/>
          <w:lang w:val="kk-KZ"/>
        </w:rPr>
        <w:t>№ 10 мектеп-гимназия» шаруашылық жүргізу құқығындағы мемлекеттік коммуналдық кәсіпорны, М. Ғабдуллин көшесі, № 7)</w:t>
      </w:r>
    </w:p>
    <w:p w14:paraId="6408DA34" w14:textId="77777777" w:rsidR="00883B86" w:rsidRPr="00367C48" w:rsidRDefault="00883B86" w:rsidP="00883B86">
      <w:pPr>
        <w:ind w:firstLine="709"/>
        <w:jc w:val="center"/>
        <w:rPr>
          <w:sz w:val="28"/>
          <w:szCs w:val="28"/>
          <w:lang w:val="kk-KZ"/>
        </w:rPr>
      </w:pPr>
    </w:p>
    <w:p w14:paraId="42A7E5DE" w14:textId="6919BFC6" w:rsidR="00883B86" w:rsidRPr="00367C48" w:rsidRDefault="00883B86" w:rsidP="00883B86">
      <w:pPr>
        <w:ind w:firstLine="709"/>
        <w:jc w:val="both"/>
        <w:rPr>
          <w:sz w:val="28"/>
          <w:szCs w:val="28"/>
          <w:lang w:val="kk-KZ"/>
        </w:rPr>
      </w:pPr>
      <w:r w:rsidRPr="00367C48">
        <w:rPr>
          <w:sz w:val="28"/>
          <w:szCs w:val="28"/>
          <w:lang w:val="kk-KZ"/>
        </w:rPr>
        <w:t>Шекарасы: Ш. Иманбаева көшесінен бастап А. Бараев көшесінің тақ сандар жағымен Республика даңғылына дейін, Республика даңғылының жұп сандар жағымен Рамазан көшесіне дейін, Рамазан көшесінің жұп сандар жағымен</w:t>
      </w:r>
      <w:r>
        <w:rPr>
          <w:sz w:val="28"/>
          <w:szCs w:val="28"/>
          <w:lang w:val="kk-KZ"/>
        </w:rPr>
        <w:t xml:space="preserve"> </w:t>
      </w:r>
      <w:r w:rsidRPr="00367C48">
        <w:rPr>
          <w:sz w:val="28"/>
          <w:szCs w:val="28"/>
          <w:lang w:val="kk-KZ"/>
        </w:rPr>
        <w:t>Ш. Иманбаева көшесіне дейін, Ш. Иманбаева көшесінің тақ сандар жағымен</w:t>
      </w:r>
      <w:r>
        <w:rPr>
          <w:sz w:val="28"/>
          <w:szCs w:val="28"/>
          <w:lang w:val="kk-KZ"/>
        </w:rPr>
        <w:t xml:space="preserve"> </w:t>
      </w:r>
      <w:r w:rsidRPr="00367C48">
        <w:rPr>
          <w:sz w:val="28"/>
          <w:szCs w:val="28"/>
          <w:lang w:val="kk-KZ"/>
        </w:rPr>
        <w:t>А. Бараев көшесіне дейін.</w:t>
      </w:r>
    </w:p>
    <w:p w14:paraId="3E2A3B7B" w14:textId="77777777" w:rsidR="00883B86" w:rsidRPr="00367C48" w:rsidRDefault="00883B86" w:rsidP="00883B86">
      <w:pPr>
        <w:ind w:firstLine="709"/>
        <w:jc w:val="center"/>
        <w:rPr>
          <w:sz w:val="28"/>
          <w:szCs w:val="28"/>
          <w:lang w:val="kk-KZ"/>
        </w:rPr>
      </w:pPr>
    </w:p>
    <w:p w14:paraId="7538C29C" w14:textId="77777777" w:rsidR="00883B86" w:rsidRPr="00367C48" w:rsidRDefault="00883B86" w:rsidP="00883B86">
      <w:pPr>
        <w:ind w:firstLine="709"/>
        <w:jc w:val="center"/>
        <w:rPr>
          <w:sz w:val="28"/>
          <w:szCs w:val="28"/>
          <w:lang w:val="kk-KZ"/>
        </w:rPr>
      </w:pPr>
      <w:r w:rsidRPr="00367C48">
        <w:rPr>
          <w:sz w:val="28"/>
          <w:szCs w:val="28"/>
          <w:lang w:val="kk-KZ"/>
        </w:rPr>
        <w:t>№ 85 сайлау учаскесі</w:t>
      </w:r>
    </w:p>
    <w:p w14:paraId="1D8ECE37"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0A89CB0E" w14:textId="77777777" w:rsidR="00883B86" w:rsidRPr="00367C48" w:rsidRDefault="00883B86" w:rsidP="00883B86">
      <w:pPr>
        <w:ind w:firstLine="709"/>
        <w:jc w:val="center"/>
        <w:rPr>
          <w:sz w:val="28"/>
          <w:szCs w:val="28"/>
          <w:lang w:val="kk-KZ"/>
        </w:rPr>
      </w:pPr>
    </w:p>
    <w:p w14:paraId="633F9EF7" w14:textId="77777777" w:rsidR="00883B86" w:rsidRPr="00367C48" w:rsidRDefault="00883B86" w:rsidP="00883B86">
      <w:pPr>
        <w:ind w:firstLine="709"/>
        <w:jc w:val="both"/>
        <w:rPr>
          <w:sz w:val="28"/>
          <w:szCs w:val="28"/>
          <w:lang w:val="kk-KZ"/>
        </w:rPr>
      </w:pPr>
      <w:r w:rsidRPr="00367C48">
        <w:rPr>
          <w:sz w:val="28"/>
          <w:szCs w:val="28"/>
          <w:lang w:val="kk-KZ"/>
        </w:rPr>
        <w:t>Шекарасы: Асан қайғы көшесінен Ж. Тархан көшесінің жұп сандар жағымен Ш. Иманбаева көшесіне дейін, Ш. Иманбаева көшесінің жұп сандар жағымен А. Бараев көшесіне дейін, А. Бараев көшесінің тақ сандар жағымен Асан қайғы көшесіне дейін, Асан қайғы көшесінің тақ сандар жағымен</w:t>
      </w:r>
      <w:r w:rsidRPr="00281F48">
        <w:rPr>
          <w:sz w:val="28"/>
          <w:szCs w:val="28"/>
          <w:lang w:val="kk-KZ"/>
        </w:rPr>
        <w:br/>
      </w:r>
      <w:r w:rsidRPr="00367C48">
        <w:rPr>
          <w:sz w:val="28"/>
          <w:szCs w:val="28"/>
          <w:lang w:val="kk-KZ"/>
        </w:rPr>
        <w:t>Ж. Тархан көшесіне дейін.</w:t>
      </w:r>
    </w:p>
    <w:p w14:paraId="1AC2637E" w14:textId="77777777" w:rsidR="00883B86" w:rsidRPr="00367C48" w:rsidRDefault="00883B86" w:rsidP="00883B86">
      <w:pPr>
        <w:ind w:firstLine="709"/>
        <w:jc w:val="both"/>
        <w:rPr>
          <w:sz w:val="28"/>
          <w:szCs w:val="28"/>
          <w:lang w:val="kk-KZ"/>
        </w:rPr>
      </w:pPr>
    </w:p>
    <w:p w14:paraId="2E6F929F" w14:textId="77777777" w:rsidR="00883B86" w:rsidRPr="00367C48" w:rsidRDefault="00883B86" w:rsidP="00883B86">
      <w:pPr>
        <w:ind w:firstLine="709"/>
        <w:jc w:val="center"/>
        <w:rPr>
          <w:sz w:val="28"/>
          <w:szCs w:val="28"/>
          <w:lang w:val="kk-KZ"/>
        </w:rPr>
      </w:pPr>
      <w:r w:rsidRPr="00367C48">
        <w:rPr>
          <w:sz w:val="28"/>
          <w:szCs w:val="28"/>
          <w:lang w:val="kk-KZ"/>
        </w:rPr>
        <w:t>№ 86 сайлау учаскесі</w:t>
      </w:r>
    </w:p>
    <w:p w14:paraId="095899EF" w14:textId="77777777" w:rsidR="00883B86" w:rsidRPr="00367C48" w:rsidRDefault="00883B86" w:rsidP="00883B86">
      <w:pPr>
        <w:ind w:firstLine="709"/>
        <w:jc w:val="center"/>
        <w:rPr>
          <w:sz w:val="28"/>
          <w:szCs w:val="28"/>
          <w:lang w:val="kk-KZ"/>
        </w:rPr>
      </w:pPr>
      <w:r w:rsidRPr="00367C48">
        <w:rPr>
          <w:sz w:val="28"/>
          <w:szCs w:val="28"/>
          <w:lang w:val="kk-KZ"/>
        </w:rPr>
        <w:t>(орталығы – «Халықаралық үздіксіз білім беру колледжі «Астаналық» жауапкершілігі шектеулі серіктестігі, Ж. Тәшенев орамы, № 8/4)</w:t>
      </w:r>
    </w:p>
    <w:p w14:paraId="271613D5" w14:textId="77777777" w:rsidR="00883B86" w:rsidRPr="00367C48" w:rsidRDefault="00883B86" w:rsidP="00883B86">
      <w:pPr>
        <w:ind w:firstLine="709"/>
        <w:jc w:val="center"/>
        <w:rPr>
          <w:sz w:val="28"/>
          <w:szCs w:val="28"/>
          <w:lang w:val="kk-KZ"/>
        </w:rPr>
      </w:pPr>
    </w:p>
    <w:p w14:paraId="15039A17" w14:textId="77777777" w:rsidR="00883B86" w:rsidRPr="00367C48" w:rsidRDefault="00883B86" w:rsidP="00883B86">
      <w:pPr>
        <w:ind w:firstLine="709"/>
        <w:jc w:val="both"/>
        <w:rPr>
          <w:sz w:val="28"/>
          <w:szCs w:val="28"/>
          <w:lang w:val="kk-KZ"/>
        </w:rPr>
      </w:pPr>
      <w:r w:rsidRPr="00367C48">
        <w:rPr>
          <w:sz w:val="28"/>
          <w:szCs w:val="28"/>
          <w:lang w:val="kk-KZ"/>
        </w:rPr>
        <w:t>Шекарасы: А. Бараев көшесі, № 2, 2/1, 2а, 2б, 6, 6/1, 8/1, 10, 10/1, 10/2, 10/3, 10/4, 10/5, 10/6, 12, 14, 14/1, 16 үйлер, А. Кравцов көшесі, № 2, 2/1, 2/2, 4, 4/1 үйлер, Ж. Тәшенев орамы, № 8, 8/1, 8/2, 8/3, 8/4, 10 үйлер.</w:t>
      </w:r>
    </w:p>
    <w:p w14:paraId="463B1150" w14:textId="77777777" w:rsidR="00883B86" w:rsidRPr="00367C48" w:rsidRDefault="00883B86" w:rsidP="00883B86">
      <w:pPr>
        <w:rPr>
          <w:sz w:val="28"/>
          <w:szCs w:val="28"/>
          <w:lang w:val="kk-KZ"/>
        </w:rPr>
      </w:pPr>
    </w:p>
    <w:p w14:paraId="2B2AB6D0" w14:textId="77777777" w:rsidR="004925DD" w:rsidRDefault="004925DD">
      <w:pPr>
        <w:overflowPunct/>
        <w:autoSpaceDE/>
        <w:autoSpaceDN/>
        <w:adjustRightInd/>
        <w:rPr>
          <w:sz w:val="28"/>
          <w:szCs w:val="28"/>
          <w:lang w:val="kk-KZ"/>
        </w:rPr>
      </w:pPr>
      <w:r>
        <w:rPr>
          <w:sz w:val="28"/>
          <w:szCs w:val="28"/>
          <w:lang w:val="kk-KZ"/>
        </w:rPr>
        <w:br w:type="page"/>
      </w:r>
    </w:p>
    <w:p w14:paraId="6314034D" w14:textId="6E3CBCFA" w:rsidR="00883B86" w:rsidRPr="00367C48" w:rsidRDefault="00883B86" w:rsidP="00883B86">
      <w:pPr>
        <w:jc w:val="center"/>
        <w:rPr>
          <w:sz w:val="28"/>
          <w:szCs w:val="28"/>
          <w:lang w:val="kk-KZ"/>
        </w:rPr>
      </w:pPr>
      <w:r w:rsidRPr="00367C48">
        <w:rPr>
          <w:sz w:val="28"/>
          <w:szCs w:val="28"/>
          <w:lang w:val="kk-KZ"/>
        </w:rPr>
        <w:lastRenderedPageBreak/>
        <w:t>№ 87 сайлау учаскесі</w:t>
      </w:r>
    </w:p>
    <w:p w14:paraId="11CF87A1" w14:textId="77777777" w:rsidR="00883B86" w:rsidRPr="00367C48" w:rsidRDefault="00883B86" w:rsidP="00883B86">
      <w:pPr>
        <w:jc w:val="center"/>
        <w:rPr>
          <w:sz w:val="28"/>
          <w:szCs w:val="28"/>
          <w:lang w:val="kk-KZ"/>
        </w:rPr>
      </w:pPr>
      <w:r w:rsidRPr="00367C48">
        <w:rPr>
          <w:sz w:val="28"/>
          <w:szCs w:val="28"/>
          <w:lang w:val="kk-KZ"/>
        </w:rPr>
        <w:t>(орталығы – Астана қаласы әкімдігінің «Қасым Қайсенов атындағы № 27 мектеп-лицей» шаруашылық жүргізу құқығындағы мемлекеттік коммуналдық кәсіпорны, Таха Хусейн көшесі, № 5/1)</w:t>
      </w:r>
    </w:p>
    <w:p w14:paraId="6192D91E" w14:textId="77777777" w:rsidR="00883B86" w:rsidRPr="00367C48" w:rsidRDefault="00883B86" w:rsidP="00883B86">
      <w:pPr>
        <w:rPr>
          <w:sz w:val="28"/>
          <w:szCs w:val="28"/>
          <w:lang w:val="kk-KZ"/>
        </w:rPr>
      </w:pPr>
    </w:p>
    <w:p w14:paraId="59A0457D" w14:textId="77777777" w:rsidR="00883B86" w:rsidRPr="00367C48" w:rsidRDefault="00883B86" w:rsidP="00883B86">
      <w:pPr>
        <w:ind w:firstLine="709"/>
        <w:jc w:val="both"/>
        <w:rPr>
          <w:sz w:val="28"/>
          <w:szCs w:val="28"/>
          <w:lang w:val="kk-KZ"/>
        </w:rPr>
      </w:pPr>
      <w:r w:rsidRPr="00367C48">
        <w:rPr>
          <w:sz w:val="28"/>
          <w:szCs w:val="28"/>
          <w:lang w:val="kk-KZ"/>
        </w:rPr>
        <w:t>Шекарасы: Таха Хусейн көшесінен Ж. Тәшенев көшесінің тақ сандар жағымен А. Бараев көшесіне дейін, А. Бараев көшесінің жұп сандар жағымен</w:t>
      </w:r>
      <w:r w:rsidRPr="00281F48">
        <w:rPr>
          <w:sz w:val="28"/>
          <w:szCs w:val="28"/>
          <w:lang w:val="kk-KZ"/>
        </w:rPr>
        <w:br/>
      </w:r>
      <w:r w:rsidRPr="00367C48">
        <w:rPr>
          <w:sz w:val="28"/>
          <w:szCs w:val="28"/>
          <w:lang w:val="kk-KZ"/>
        </w:rPr>
        <w:t>Ж. Тәшенев орамына дейін, Ж. Тәшенев орамынан Ж. Тәшенев көшесіндегі</w:t>
      </w:r>
      <w:r w:rsidRPr="00281F48">
        <w:rPr>
          <w:sz w:val="28"/>
          <w:szCs w:val="28"/>
          <w:lang w:val="kk-KZ"/>
        </w:rPr>
        <w:br/>
      </w:r>
      <w:r w:rsidRPr="00367C48">
        <w:rPr>
          <w:sz w:val="28"/>
          <w:szCs w:val="28"/>
          <w:lang w:val="kk-KZ"/>
        </w:rPr>
        <w:t>№ 7, 7/1, 7/2, 7/3, 9, 9/2, 9/3, 9/4, 11/1, 11/2 үйлерді және Ж. Тәшенев орамындағы № 2, 4, 4/1, 4/2, 4/3, 4/4, 6, 6/1 үйлерді қоса алғанда, Таха Хусейн көшесіне дейін.</w:t>
      </w:r>
    </w:p>
    <w:p w14:paraId="7496B455" w14:textId="77777777" w:rsidR="00883B86" w:rsidRPr="00367C48" w:rsidRDefault="00883B86" w:rsidP="00883B86">
      <w:pPr>
        <w:ind w:firstLine="709"/>
        <w:jc w:val="both"/>
        <w:rPr>
          <w:sz w:val="28"/>
          <w:szCs w:val="28"/>
          <w:lang w:val="kk-KZ"/>
        </w:rPr>
      </w:pPr>
    </w:p>
    <w:p w14:paraId="54911E9C" w14:textId="77777777" w:rsidR="00883B86" w:rsidRPr="00367C48" w:rsidRDefault="00883B86" w:rsidP="00883B86">
      <w:pPr>
        <w:ind w:firstLine="709"/>
        <w:jc w:val="center"/>
        <w:rPr>
          <w:sz w:val="28"/>
          <w:szCs w:val="28"/>
          <w:lang w:val="kk-KZ"/>
        </w:rPr>
      </w:pPr>
      <w:r w:rsidRPr="00367C48">
        <w:rPr>
          <w:sz w:val="28"/>
          <w:szCs w:val="28"/>
          <w:lang w:val="kk-KZ"/>
        </w:rPr>
        <w:t>№ 88 сайлау учаскесі</w:t>
      </w:r>
    </w:p>
    <w:p w14:paraId="5E5018B8"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«Profi Consulting» жауапкершілігі шектеулі серіктестігі, </w:t>
      </w:r>
    </w:p>
    <w:p w14:paraId="41D120B6" w14:textId="77777777" w:rsidR="00883B86" w:rsidRPr="00367C48" w:rsidRDefault="00883B86" w:rsidP="00883B86">
      <w:pPr>
        <w:ind w:firstLine="709"/>
        <w:jc w:val="center"/>
        <w:rPr>
          <w:sz w:val="28"/>
          <w:szCs w:val="28"/>
          <w:lang w:val="kk-KZ"/>
        </w:rPr>
      </w:pPr>
      <w:r w:rsidRPr="00367C48">
        <w:rPr>
          <w:sz w:val="28"/>
          <w:szCs w:val="28"/>
          <w:lang w:val="kk-KZ"/>
        </w:rPr>
        <w:t xml:space="preserve"> «KEMEL» жекеменшік мектебі, Ж. Тәшенев көшесі, № 7/2)</w:t>
      </w:r>
    </w:p>
    <w:p w14:paraId="0EE0C61B" w14:textId="77777777" w:rsidR="00883B86" w:rsidRPr="00367C48" w:rsidRDefault="00883B86" w:rsidP="00883B86">
      <w:pPr>
        <w:ind w:firstLine="709"/>
        <w:jc w:val="center"/>
        <w:rPr>
          <w:sz w:val="28"/>
          <w:szCs w:val="28"/>
          <w:lang w:val="kk-KZ"/>
        </w:rPr>
      </w:pPr>
    </w:p>
    <w:p w14:paraId="601CA112" w14:textId="77777777" w:rsidR="00883B86" w:rsidRDefault="00883B86" w:rsidP="00883B86">
      <w:pPr>
        <w:ind w:firstLine="709"/>
        <w:jc w:val="both"/>
        <w:rPr>
          <w:sz w:val="28"/>
          <w:szCs w:val="28"/>
          <w:lang w:val="kk-KZ"/>
        </w:rPr>
      </w:pPr>
      <w:r w:rsidRPr="00367C48">
        <w:rPr>
          <w:sz w:val="28"/>
          <w:szCs w:val="28"/>
          <w:lang w:val="kk-KZ"/>
        </w:rPr>
        <w:t xml:space="preserve">Шекарасы: </w:t>
      </w:r>
      <w:r w:rsidRPr="00C66097">
        <w:rPr>
          <w:sz w:val="28"/>
          <w:szCs w:val="28"/>
          <w:lang w:val="kk-KZ"/>
        </w:rPr>
        <w:t>А. Бараев көшесінен Ж. Тәшенев көшесінің тақ</w:t>
      </w:r>
      <w:r>
        <w:rPr>
          <w:sz w:val="28"/>
          <w:szCs w:val="28"/>
          <w:lang w:val="kk-KZ"/>
        </w:rPr>
        <w:t xml:space="preserve"> сандар</w:t>
      </w:r>
      <w:r w:rsidRPr="00C66097">
        <w:rPr>
          <w:sz w:val="28"/>
          <w:szCs w:val="28"/>
          <w:lang w:val="kk-KZ"/>
        </w:rPr>
        <w:t xml:space="preserve"> жағымен Ақбұлақ өзені</w:t>
      </w:r>
      <w:r>
        <w:rPr>
          <w:sz w:val="28"/>
          <w:szCs w:val="28"/>
          <w:lang w:val="kk-KZ"/>
        </w:rPr>
        <w:t xml:space="preserve">нің арнасына дейін, </w:t>
      </w:r>
      <w:r w:rsidRPr="00C66097">
        <w:rPr>
          <w:sz w:val="28"/>
          <w:szCs w:val="28"/>
          <w:lang w:val="kk-KZ"/>
        </w:rPr>
        <w:t>Ж. Тәшенев көшесіндегі № 13, 13/1, 13/2, 13/3, 15 үйлер, Таха Хусейн көшесіндегі №</w:t>
      </w:r>
      <w:r>
        <w:rPr>
          <w:sz w:val="28"/>
          <w:szCs w:val="28"/>
          <w:lang w:val="kk-KZ"/>
        </w:rPr>
        <w:t xml:space="preserve"> </w:t>
      </w:r>
      <w:r w:rsidRPr="00C66097">
        <w:rPr>
          <w:sz w:val="28"/>
          <w:szCs w:val="28"/>
          <w:lang w:val="kk-KZ"/>
        </w:rPr>
        <w:t>1, 3, 3/1, 5, 5/1, 7, 9, 11, 13, 13/1, 13/2, 15, 15/1, 15/2, 15/3, 15/4, 15А, 17А, 17Б, 17 үйлер және А. Кравцов көшесіндегі №</w:t>
      </w:r>
      <w:r>
        <w:rPr>
          <w:sz w:val="28"/>
          <w:szCs w:val="28"/>
          <w:lang w:val="kk-KZ"/>
        </w:rPr>
        <w:t xml:space="preserve"> </w:t>
      </w:r>
      <w:r w:rsidRPr="00C66097">
        <w:rPr>
          <w:sz w:val="28"/>
          <w:szCs w:val="28"/>
          <w:lang w:val="kk-KZ"/>
        </w:rPr>
        <w:t>6, 6/7, 6/</w:t>
      </w:r>
      <w:r>
        <w:rPr>
          <w:sz w:val="28"/>
          <w:szCs w:val="28"/>
          <w:lang w:val="kk-KZ"/>
        </w:rPr>
        <w:t xml:space="preserve">7А үйлерді қоса алғанда, </w:t>
      </w:r>
      <w:r w:rsidRPr="00C66097">
        <w:rPr>
          <w:sz w:val="28"/>
          <w:szCs w:val="28"/>
          <w:lang w:val="kk-KZ"/>
        </w:rPr>
        <w:t>Ақбұлақ өзенінің арнасынан Есіл өзеніне дейін, Есіл өзенінің бойымен А. Бараев көшесіне дейін.</w:t>
      </w:r>
    </w:p>
    <w:p w14:paraId="455C1046" w14:textId="77777777" w:rsidR="00883B86" w:rsidRPr="00367C48" w:rsidRDefault="00883B86" w:rsidP="00883B86">
      <w:pPr>
        <w:ind w:firstLine="709"/>
        <w:jc w:val="both"/>
        <w:rPr>
          <w:sz w:val="28"/>
          <w:szCs w:val="28"/>
          <w:lang w:val="kk-KZ"/>
        </w:rPr>
      </w:pPr>
    </w:p>
    <w:p w14:paraId="77E91402" w14:textId="77777777" w:rsidR="00883B86" w:rsidRPr="00367C48" w:rsidRDefault="00883B86" w:rsidP="00883B86">
      <w:pPr>
        <w:ind w:firstLine="709"/>
        <w:jc w:val="center"/>
        <w:rPr>
          <w:sz w:val="28"/>
          <w:szCs w:val="28"/>
          <w:lang w:val="kk-KZ"/>
        </w:rPr>
      </w:pPr>
      <w:r w:rsidRPr="00367C48">
        <w:rPr>
          <w:sz w:val="28"/>
          <w:szCs w:val="28"/>
          <w:lang w:val="kk-KZ"/>
        </w:rPr>
        <w:t>№ 89 сайлау учаскесі</w:t>
      </w:r>
    </w:p>
    <w:p w14:paraId="43B194FA"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«Қасым Қайсенов атындағы № 27 мектеп-лицей» шаруашылық жүргізу құқығындағы мемлекеттік коммуналдық кәсіпорны, Таха Хусейн көшесі, № 5/1)</w:t>
      </w:r>
    </w:p>
    <w:p w14:paraId="0EAD053A" w14:textId="77777777" w:rsidR="00883B86" w:rsidRPr="00367C48" w:rsidRDefault="00883B86" w:rsidP="00883B86">
      <w:pPr>
        <w:ind w:firstLine="709"/>
        <w:jc w:val="center"/>
        <w:rPr>
          <w:sz w:val="28"/>
          <w:szCs w:val="28"/>
          <w:lang w:val="kk-KZ"/>
        </w:rPr>
      </w:pPr>
    </w:p>
    <w:p w14:paraId="1EAE43B6" w14:textId="77777777" w:rsidR="00883B86" w:rsidRPr="00367C48" w:rsidRDefault="00883B86" w:rsidP="00883B86">
      <w:pPr>
        <w:ind w:firstLine="709"/>
        <w:jc w:val="both"/>
        <w:rPr>
          <w:sz w:val="28"/>
          <w:szCs w:val="28"/>
          <w:lang w:val="kk-KZ"/>
        </w:rPr>
      </w:pPr>
      <w:r w:rsidRPr="00367C48">
        <w:rPr>
          <w:sz w:val="28"/>
          <w:szCs w:val="28"/>
          <w:lang w:val="kk-KZ"/>
        </w:rPr>
        <w:t>Шекарасы: Таха Хусейн көшесінен А. Кравцов көшесінің жұп сандар жағымен Ж. Тәшенев көшесіне дейін, Ж. Тәшенев көшесінің бойымен</w:t>
      </w:r>
      <w:r w:rsidRPr="00281F48">
        <w:rPr>
          <w:sz w:val="28"/>
          <w:szCs w:val="28"/>
          <w:lang w:val="kk-KZ"/>
        </w:rPr>
        <w:br/>
      </w:r>
      <w:r w:rsidRPr="00367C48">
        <w:rPr>
          <w:sz w:val="28"/>
          <w:szCs w:val="28"/>
          <w:lang w:val="kk-KZ"/>
        </w:rPr>
        <w:t>Таха Хусейн көшесіне дейін, Таха Хусейн көшесінің жұп сандар жағымен</w:t>
      </w:r>
      <w:r w:rsidRPr="00281F48">
        <w:rPr>
          <w:sz w:val="28"/>
          <w:szCs w:val="28"/>
          <w:lang w:val="kk-KZ"/>
        </w:rPr>
        <w:br/>
      </w:r>
      <w:r w:rsidRPr="00367C48">
        <w:rPr>
          <w:sz w:val="28"/>
          <w:szCs w:val="28"/>
          <w:lang w:val="kk-KZ"/>
        </w:rPr>
        <w:t>А. Кравцов көшесіне дейін.</w:t>
      </w:r>
    </w:p>
    <w:p w14:paraId="1E685517" w14:textId="77777777" w:rsidR="00883B86" w:rsidRPr="00367C48" w:rsidRDefault="00883B86" w:rsidP="00883B86">
      <w:pPr>
        <w:rPr>
          <w:sz w:val="28"/>
          <w:szCs w:val="28"/>
          <w:lang w:val="kk-KZ"/>
        </w:rPr>
      </w:pPr>
    </w:p>
    <w:p w14:paraId="23952122" w14:textId="77777777" w:rsidR="00883B86" w:rsidRPr="00367C48" w:rsidRDefault="00883B86" w:rsidP="00883B86">
      <w:pPr>
        <w:ind w:firstLine="709"/>
        <w:jc w:val="center"/>
        <w:rPr>
          <w:sz w:val="28"/>
          <w:szCs w:val="28"/>
          <w:lang w:val="kk-KZ"/>
        </w:rPr>
      </w:pPr>
      <w:r w:rsidRPr="00367C48">
        <w:rPr>
          <w:sz w:val="28"/>
          <w:szCs w:val="28"/>
          <w:lang w:val="kk-KZ"/>
        </w:rPr>
        <w:t>№ 90 сайлау учаскесі</w:t>
      </w:r>
    </w:p>
    <w:p w14:paraId="2B24DDA9"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5 гимназия» шаруашылық жүргізу құқығындағы мемлекеттік коммуналдық кәсіпорны, </w:t>
      </w:r>
    </w:p>
    <w:p w14:paraId="40585ABC" w14:textId="77777777" w:rsidR="00883B86" w:rsidRPr="00367C48" w:rsidRDefault="00883B86" w:rsidP="00883B86">
      <w:pPr>
        <w:ind w:firstLine="709"/>
        <w:jc w:val="center"/>
        <w:rPr>
          <w:sz w:val="28"/>
          <w:szCs w:val="28"/>
          <w:lang w:val="kk-KZ"/>
        </w:rPr>
      </w:pPr>
      <w:r w:rsidRPr="00367C48">
        <w:rPr>
          <w:sz w:val="28"/>
          <w:szCs w:val="28"/>
          <w:lang w:val="kk-KZ"/>
        </w:rPr>
        <w:t>Ж. Тархан көшесі, № 16)</w:t>
      </w:r>
    </w:p>
    <w:p w14:paraId="189DBCEF" w14:textId="77777777" w:rsidR="00883B86" w:rsidRPr="00367C48" w:rsidRDefault="00883B86" w:rsidP="00883B86">
      <w:pPr>
        <w:ind w:firstLine="709"/>
        <w:jc w:val="center"/>
        <w:rPr>
          <w:sz w:val="28"/>
          <w:szCs w:val="28"/>
          <w:lang w:val="kk-KZ"/>
        </w:rPr>
      </w:pPr>
    </w:p>
    <w:p w14:paraId="7665E01B"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Пушкин көшесінен А. Кравцов көшесінің тақ сандар жағымен Асан қайғы көшесіне дейін, Асан қайғы көшесінің жұп сандар жағымен Ж. Тархан көшесіне дейін, Ж. Тархан көшесінің жұп сандар жағымен А. Жұбанов көшесіне дейін, А. Жұбанов көшесінің тақ сандар жағымен А. Пушкин көшесіне дейін, </w:t>
      </w:r>
      <w:r w:rsidRPr="00367C48">
        <w:rPr>
          <w:sz w:val="28"/>
          <w:szCs w:val="28"/>
          <w:lang w:val="kk-KZ"/>
        </w:rPr>
        <w:br/>
        <w:t>А. Пушкин көшесінің тақ сандар жағымен А. Кравцов көшесіне дейін.</w:t>
      </w:r>
    </w:p>
    <w:p w14:paraId="3D53705B" w14:textId="77777777" w:rsidR="00883B86" w:rsidRPr="00367C48" w:rsidRDefault="00883B86" w:rsidP="00883B86">
      <w:pPr>
        <w:rPr>
          <w:sz w:val="28"/>
          <w:szCs w:val="28"/>
          <w:lang w:val="kk-KZ"/>
        </w:rPr>
      </w:pPr>
    </w:p>
    <w:p w14:paraId="3507AE68" w14:textId="77777777" w:rsidR="004925DD" w:rsidRDefault="004925DD">
      <w:pPr>
        <w:overflowPunct/>
        <w:autoSpaceDE/>
        <w:autoSpaceDN/>
        <w:adjustRightInd/>
        <w:rPr>
          <w:sz w:val="28"/>
          <w:szCs w:val="28"/>
          <w:lang w:val="kk-KZ"/>
        </w:rPr>
      </w:pPr>
      <w:r>
        <w:rPr>
          <w:sz w:val="28"/>
          <w:szCs w:val="28"/>
          <w:lang w:val="kk-KZ"/>
        </w:rPr>
        <w:br w:type="page"/>
      </w:r>
    </w:p>
    <w:p w14:paraId="450A3956" w14:textId="20B403EF" w:rsidR="00883B86" w:rsidRPr="00367C48" w:rsidRDefault="00883B86" w:rsidP="00883B86">
      <w:pPr>
        <w:ind w:firstLine="709"/>
        <w:jc w:val="center"/>
        <w:rPr>
          <w:sz w:val="28"/>
          <w:szCs w:val="28"/>
          <w:lang w:val="kk-KZ"/>
        </w:rPr>
      </w:pPr>
      <w:r w:rsidRPr="00367C48">
        <w:rPr>
          <w:sz w:val="28"/>
          <w:szCs w:val="28"/>
          <w:lang w:val="kk-KZ"/>
        </w:rPr>
        <w:lastRenderedPageBreak/>
        <w:t>№ 91 сайлау учаскесі</w:t>
      </w:r>
    </w:p>
    <w:p w14:paraId="34466FC2"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«Ақселеу Сейдімбек атындағы</w:t>
      </w:r>
      <w:r w:rsidRPr="00281F48">
        <w:rPr>
          <w:sz w:val="28"/>
          <w:szCs w:val="28"/>
          <w:lang w:val="kk-KZ"/>
        </w:rPr>
        <w:br/>
      </w:r>
      <w:r w:rsidRPr="00367C48">
        <w:rPr>
          <w:sz w:val="28"/>
          <w:szCs w:val="28"/>
          <w:lang w:val="kk-KZ"/>
        </w:rPr>
        <w:t>№ 54 мектеп-лицей» шаруашылық жүргізу құқығындағы мемлекеттік коммуналдық кәсіпорны, Ш. Иманбаева көшесі, № 4)</w:t>
      </w:r>
    </w:p>
    <w:p w14:paraId="0D3A4550" w14:textId="77777777" w:rsidR="00883B86" w:rsidRPr="00367C48" w:rsidRDefault="00883B86" w:rsidP="00883B86">
      <w:pPr>
        <w:ind w:firstLine="709"/>
        <w:jc w:val="center"/>
        <w:rPr>
          <w:sz w:val="28"/>
          <w:szCs w:val="28"/>
          <w:lang w:val="kk-KZ"/>
        </w:rPr>
      </w:pPr>
    </w:p>
    <w:p w14:paraId="0F81CDC1" w14:textId="77777777" w:rsidR="00883B86" w:rsidRDefault="00883B86" w:rsidP="00883B86">
      <w:pPr>
        <w:ind w:firstLine="709"/>
        <w:jc w:val="both"/>
        <w:rPr>
          <w:sz w:val="28"/>
          <w:szCs w:val="28"/>
          <w:lang w:val="kk-KZ"/>
        </w:rPr>
      </w:pPr>
      <w:r w:rsidRPr="00367C48">
        <w:rPr>
          <w:sz w:val="28"/>
          <w:szCs w:val="28"/>
          <w:lang w:val="kk-KZ"/>
        </w:rPr>
        <w:t>Шекарасы: Ш. Уәлиханов көшесінен А. Иманов көшесінің жұп сандар жағымен Асан қайғы көшесіне дейін, Асан қайғы көшесінің тақ сандар жағымен Ж. Тархан көшесіне дейін, Ж. Тархан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w:t>
      </w:r>
      <w:r w:rsidRPr="00281F48">
        <w:rPr>
          <w:sz w:val="28"/>
          <w:szCs w:val="28"/>
          <w:lang w:val="kk-KZ"/>
        </w:rPr>
        <w:br/>
      </w:r>
      <w:r w:rsidRPr="00367C48">
        <w:rPr>
          <w:sz w:val="28"/>
          <w:szCs w:val="28"/>
          <w:lang w:val="kk-KZ"/>
        </w:rPr>
        <w:t>А. Иманов көшесіне дейін.</w:t>
      </w:r>
    </w:p>
    <w:p w14:paraId="01BF27BB" w14:textId="77777777" w:rsidR="00883B86" w:rsidRPr="00367C48" w:rsidRDefault="00883B86" w:rsidP="00883B86">
      <w:pPr>
        <w:ind w:firstLine="709"/>
        <w:jc w:val="both"/>
        <w:rPr>
          <w:sz w:val="28"/>
          <w:szCs w:val="28"/>
          <w:lang w:val="kk-KZ"/>
        </w:rPr>
      </w:pPr>
    </w:p>
    <w:p w14:paraId="2356A107" w14:textId="77777777" w:rsidR="003B3CCD" w:rsidRDefault="003B3CCD" w:rsidP="00883B86">
      <w:pPr>
        <w:ind w:firstLine="709"/>
        <w:jc w:val="center"/>
        <w:rPr>
          <w:sz w:val="28"/>
          <w:szCs w:val="28"/>
          <w:lang w:val="kk-KZ"/>
        </w:rPr>
      </w:pPr>
    </w:p>
    <w:p w14:paraId="1D63D068" w14:textId="3475B968" w:rsidR="00883B86" w:rsidRPr="00367C48" w:rsidRDefault="00883B86" w:rsidP="00883B86">
      <w:pPr>
        <w:ind w:firstLine="709"/>
        <w:jc w:val="center"/>
        <w:rPr>
          <w:sz w:val="28"/>
          <w:szCs w:val="28"/>
          <w:lang w:val="kk-KZ"/>
        </w:rPr>
      </w:pPr>
      <w:r w:rsidRPr="00367C48">
        <w:rPr>
          <w:sz w:val="28"/>
          <w:szCs w:val="28"/>
          <w:lang w:val="kk-KZ"/>
        </w:rPr>
        <w:t>№ 92 сайлау учаскесі</w:t>
      </w:r>
    </w:p>
    <w:p w14:paraId="193EE45A"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119 жалпы орта білім беретін мектеп» коммуналдық мемлекеттік мекемесі, А. Иманов көшесі, № 27А)</w:t>
      </w:r>
    </w:p>
    <w:p w14:paraId="1CCB0E83" w14:textId="77777777" w:rsidR="00883B86" w:rsidRPr="00367C48" w:rsidRDefault="00883B86" w:rsidP="00883B86">
      <w:pPr>
        <w:ind w:firstLine="709"/>
        <w:jc w:val="center"/>
        <w:rPr>
          <w:sz w:val="28"/>
          <w:szCs w:val="28"/>
          <w:lang w:val="kk-KZ"/>
        </w:rPr>
      </w:pPr>
    </w:p>
    <w:p w14:paraId="34F88BCF"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Кенесары көшесінің жұп сандар жағымен Ә</w:t>
      </w:r>
      <w:r>
        <w:rPr>
          <w:sz w:val="28"/>
          <w:szCs w:val="28"/>
          <w:lang w:val="kk-KZ"/>
        </w:rPr>
        <w:t>. Сембинов көшесіне дейін,</w:t>
      </w:r>
      <w:r w:rsidRPr="00367C48">
        <w:rPr>
          <w:sz w:val="28"/>
          <w:szCs w:val="28"/>
          <w:lang w:val="kk-KZ"/>
        </w:rPr>
        <w:t xml:space="preserve"> Ә. Сембинов көшесінің тақ сандар жағымен А. Иманов көшесіне дейін, А. Иманов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 Кенесары көшесіне дейін.</w:t>
      </w:r>
    </w:p>
    <w:p w14:paraId="3E186455" w14:textId="77777777" w:rsidR="00883B86" w:rsidRPr="00367C48" w:rsidRDefault="00883B86" w:rsidP="00883B86">
      <w:pPr>
        <w:ind w:firstLine="709"/>
        <w:jc w:val="both"/>
        <w:rPr>
          <w:sz w:val="28"/>
          <w:szCs w:val="28"/>
          <w:lang w:val="kk-KZ"/>
        </w:rPr>
      </w:pPr>
    </w:p>
    <w:p w14:paraId="48CDEC71" w14:textId="77777777" w:rsidR="00883B86" w:rsidRPr="00367C48" w:rsidRDefault="00883B86" w:rsidP="00883B86">
      <w:pPr>
        <w:ind w:firstLine="709"/>
        <w:jc w:val="center"/>
        <w:rPr>
          <w:sz w:val="28"/>
          <w:szCs w:val="28"/>
          <w:lang w:val="kk-KZ"/>
        </w:rPr>
      </w:pPr>
      <w:r w:rsidRPr="00367C48">
        <w:rPr>
          <w:sz w:val="28"/>
          <w:szCs w:val="28"/>
          <w:lang w:val="kk-KZ"/>
        </w:rPr>
        <w:t>№ 93 сайлау учаскесі</w:t>
      </w:r>
    </w:p>
    <w:p w14:paraId="1EF4838B"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мектеп-лицей» шаруашылық жүргізу құқығындағы мемлекеттік коммуналдық кәсіпорны, </w:t>
      </w:r>
    </w:p>
    <w:p w14:paraId="256732D4" w14:textId="77777777" w:rsidR="00883B86" w:rsidRPr="00367C48" w:rsidRDefault="00883B86" w:rsidP="00883B86">
      <w:pPr>
        <w:ind w:firstLine="709"/>
        <w:jc w:val="center"/>
        <w:rPr>
          <w:sz w:val="28"/>
          <w:szCs w:val="28"/>
          <w:lang w:val="kk-KZ"/>
        </w:rPr>
      </w:pPr>
      <w:r w:rsidRPr="00367C48">
        <w:rPr>
          <w:sz w:val="28"/>
          <w:szCs w:val="28"/>
          <w:lang w:val="kk-KZ"/>
        </w:rPr>
        <w:t xml:space="preserve">С. Сейфуллин көшесі, № 50) </w:t>
      </w:r>
    </w:p>
    <w:p w14:paraId="0315C5DD" w14:textId="77777777" w:rsidR="00883B86" w:rsidRPr="00367C48" w:rsidRDefault="00883B86" w:rsidP="00883B86">
      <w:pPr>
        <w:ind w:firstLine="709"/>
        <w:jc w:val="center"/>
        <w:rPr>
          <w:sz w:val="28"/>
          <w:szCs w:val="28"/>
          <w:lang w:val="kk-KZ"/>
        </w:rPr>
      </w:pPr>
    </w:p>
    <w:p w14:paraId="75545067"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Абай даңғылының жұп сандар жағымен Асан қайғы көшесіне дейін, Асан қайғы көшесінің тақ сандар жағымен Кенесары көшесіне дейін, Кенесары көшесінің тақ сандар жағымен</w:t>
      </w:r>
      <w:r w:rsidRPr="00281F48">
        <w:rPr>
          <w:sz w:val="28"/>
          <w:szCs w:val="28"/>
          <w:lang w:val="kk-KZ"/>
        </w:rPr>
        <w:br/>
      </w:r>
      <w:r w:rsidRPr="00367C48">
        <w:rPr>
          <w:sz w:val="28"/>
          <w:szCs w:val="28"/>
          <w:lang w:val="kk-KZ"/>
        </w:rPr>
        <w:t>Ш. Уәлиханов көшесіне дейін, Ш. Уәлиханов көшесінің жұп сандар жағымен Кенесары көшесіндегі № 69, 69а, 69б, 69п үйлерді қоспағанда, Абай даңғылына дейін.</w:t>
      </w:r>
    </w:p>
    <w:p w14:paraId="3E9D6433" w14:textId="77777777" w:rsidR="00883B86" w:rsidRPr="00367C48" w:rsidRDefault="00883B86" w:rsidP="00883B86">
      <w:pPr>
        <w:ind w:firstLine="709"/>
        <w:jc w:val="both"/>
        <w:rPr>
          <w:sz w:val="28"/>
          <w:szCs w:val="28"/>
          <w:lang w:val="kk-KZ"/>
        </w:rPr>
      </w:pPr>
    </w:p>
    <w:p w14:paraId="3719CEC5" w14:textId="77777777" w:rsidR="00883B86" w:rsidRPr="00367C48" w:rsidRDefault="00883B86" w:rsidP="00883B86">
      <w:pPr>
        <w:ind w:firstLine="709"/>
        <w:jc w:val="center"/>
        <w:rPr>
          <w:sz w:val="28"/>
          <w:szCs w:val="28"/>
          <w:lang w:val="kk-KZ"/>
        </w:rPr>
      </w:pPr>
      <w:r w:rsidRPr="00367C48">
        <w:rPr>
          <w:sz w:val="28"/>
          <w:szCs w:val="28"/>
          <w:lang w:val="kk-KZ"/>
        </w:rPr>
        <w:t>№ 94 сайлау учаскесі</w:t>
      </w:r>
    </w:p>
    <w:p w14:paraId="741E3806"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мектеп-лицей» шаруашылық жүргізу құқығындағы мемлекеттік коммуналдық кәсіпорны, </w:t>
      </w:r>
    </w:p>
    <w:p w14:paraId="465843ED" w14:textId="77777777" w:rsidR="00883B86" w:rsidRPr="00367C48" w:rsidRDefault="00883B86" w:rsidP="00883B86">
      <w:pPr>
        <w:ind w:firstLine="709"/>
        <w:jc w:val="center"/>
        <w:rPr>
          <w:sz w:val="28"/>
          <w:szCs w:val="28"/>
          <w:lang w:val="kk-KZ"/>
        </w:rPr>
      </w:pPr>
      <w:r w:rsidRPr="00367C48">
        <w:rPr>
          <w:sz w:val="28"/>
          <w:szCs w:val="28"/>
          <w:lang w:val="kk-KZ"/>
        </w:rPr>
        <w:t>С. Сейфуллин көшесі, № 50)</w:t>
      </w:r>
    </w:p>
    <w:p w14:paraId="4332BDC7" w14:textId="77777777" w:rsidR="00883B86" w:rsidRPr="00367C48" w:rsidRDefault="00883B86" w:rsidP="00883B86">
      <w:pPr>
        <w:ind w:firstLine="709"/>
        <w:jc w:val="center"/>
        <w:rPr>
          <w:sz w:val="28"/>
          <w:szCs w:val="28"/>
          <w:lang w:val="kk-KZ"/>
        </w:rPr>
      </w:pPr>
    </w:p>
    <w:p w14:paraId="0CA75D9A" w14:textId="77777777" w:rsidR="00883B86" w:rsidRPr="00367C48" w:rsidRDefault="00883B86" w:rsidP="00883B86">
      <w:pPr>
        <w:ind w:firstLine="709"/>
        <w:jc w:val="both"/>
        <w:rPr>
          <w:sz w:val="28"/>
          <w:szCs w:val="28"/>
          <w:lang w:val="kk-KZ"/>
        </w:rPr>
      </w:pPr>
      <w:r w:rsidRPr="00367C48">
        <w:rPr>
          <w:sz w:val="28"/>
          <w:szCs w:val="28"/>
          <w:lang w:val="kk-KZ"/>
        </w:rPr>
        <w:t>Шекарасы: Абай даңғылынан Ш. Уәлиханов көшесінің жұп сандар жағымен Ә. Жангелдин көшесіне дейін, Ә. Жангелдин көшесінің жұп сандар жағымен Асан қайғы көшесіне дейін, Асан қайғы көшесінің тақ сандар жағымен Абай даңғылына дейін, Абай даңғылының тақ сандар жағымен Ш. Уәлиханов көшесіне дейін.</w:t>
      </w:r>
    </w:p>
    <w:p w14:paraId="0BBE9C6A" w14:textId="77777777" w:rsidR="00883B86" w:rsidRPr="00367C48" w:rsidRDefault="00883B86" w:rsidP="00883B86">
      <w:pPr>
        <w:ind w:firstLine="709"/>
        <w:jc w:val="both"/>
        <w:rPr>
          <w:sz w:val="28"/>
          <w:szCs w:val="28"/>
          <w:lang w:val="kk-KZ"/>
        </w:rPr>
      </w:pPr>
    </w:p>
    <w:p w14:paraId="2A833C37" w14:textId="77777777" w:rsidR="00883B86" w:rsidRPr="00367C48" w:rsidRDefault="00883B86" w:rsidP="00883B86">
      <w:pPr>
        <w:ind w:firstLine="709"/>
        <w:jc w:val="center"/>
        <w:rPr>
          <w:sz w:val="28"/>
          <w:szCs w:val="28"/>
          <w:lang w:val="kk-KZ"/>
        </w:rPr>
      </w:pPr>
    </w:p>
    <w:p w14:paraId="07A9DC2E" w14:textId="77777777" w:rsidR="00883B86" w:rsidRPr="00367C48" w:rsidRDefault="00883B86" w:rsidP="00883B86">
      <w:pPr>
        <w:ind w:firstLine="709"/>
        <w:jc w:val="center"/>
        <w:rPr>
          <w:sz w:val="28"/>
          <w:szCs w:val="28"/>
          <w:lang w:val="kk-KZ"/>
        </w:rPr>
      </w:pPr>
      <w:r w:rsidRPr="00367C48">
        <w:rPr>
          <w:sz w:val="28"/>
          <w:szCs w:val="28"/>
          <w:lang w:val="kk-KZ"/>
        </w:rPr>
        <w:t>№ 95 сайлау учаскесі</w:t>
      </w:r>
    </w:p>
    <w:p w14:paraId="1A708E28"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«Технологиялық колледжі» шаруашылық жүргізу құқығындағы мемлекеттік коммуналдық кәсіпорны,</w:t>
      </w:r>
      <w:r w:rsidRPr="00281F48">
        <w:rPr>
          <w:sz w:val="28"/>
          <w:szCs w:val="28"/>
          <w:lang w:val="kk-KZ"/>
        </w:rPr>
        <w:t xml:space="preserve"> </w:t>
      </w:r>
      <w:r w:rsidRPr="00281F48">
        <w:rPr>
          <w:sz w:val="28"/>
          <w:szCs w:val="28"/>
          <w:lang w:val="kk-KZ"/>
        </w:rPr>
        <w:br/>
      </w:r>
      <w:r w:rsidRPr="00367C48">
        <w:rPr>
          <w:sz w:val="28"/>
          <w:szCs w:val="28"/>
          <w:lang w:val="kk-KZ"/>
        </w:rPr>
        <w:t>С. Сейфуллин көшесі, № 59)</w:t>
      </w:r>
    </w:p>
    <w:p w14:paraId="6B0A45E8" w14:textId="77777777" w:rsidR="00883B86" w:rsidRPr="00367C48" w:rsidRDefault="00883B86" w:rsidP="00883B86">
      <w:pPr>
        <w:ind w:firstLine="709"/>
        <w:jc w:val="center"/>
        <w:rPr>
          <w:sz w:val="28"/>
          <w:szCs w:val="28"/>
          <w:lang w:val="kk-KZ"/>
        </w:rPr>
      </w:pPr>
    </w:p>
    <w:p w14:paraId="0428CA06" w14:textId="77777777" w:rsidR="00883B86" w:rsidRPr="00367C48" w:rsidRDefault="00883B86" w:rsidP="00883B86">
      <w:pPr>
        <w:ind w:firstLine="709"/>
        <w:jc w:val="both"/>
        <w:rPr>
          <w:sz w:val="28"/>
          <w:szCs w:val="28"/>
          <w:lang w:val="kk-KZ"/>
        </w:rPr>
      </w:pPr>
      <w:r w:rsidRPr="00367C48">
        <w:rPr>
          <w:sz w:val="28"/>
          <w:szCs w:val="28"/>
          <w:lang w:val="kk-KZ"/>
        </w:rPr>
        <w:t>Шекарасы: Ш. Уәлиханов көшесінен Бөгенбай батыр даңғылының жұп</w:t>
      </w:r>
      <w:r>
        <w:rPr>
          <w:sz w:val="28"/>
          <w:szCs w:val="28"/>
          <w:lang w:val="kk-KZ"/>
        </w:rPr>
        <w:t xml:space="preserve"> сандар</w:t>
      </w:r>
      <w:r w:rsidRPr="00367C48">
        <w:rPr>
          <w:sz w:val="28"/>
          <w:szCs w:val="28"/>
          <w:lang w:val="kk-KZ"/>
        </w:rPr>
        <w:t xml:space="preserve"> жағымен темір жолға дейін, темір жол бойымен Ә. Сембинов көшесіне дейін, Ә. Сембинов көшесінің тақ сандар жағымен Л. Толстой көшесіне дейін,</w:t>
      </w:r>
      <w:r w:rsidRPr="00281F48">
        <w:rPr>
          <w:sz w:val="28"/>
          <w:szCs w:val="28"/>
          <w:lang w:val="kk-KZ"/>
        </w:rPr>
        <w:t xml:space="preserve"> </w:t>
      </w:r>
      <w:r w:rsidRPr="00281F48">
        <w:rPr>
          <w:sz w:val="28"/>
          <w:szCs w:val="28"/>
          <w:lang w:val="kk-KZ"/>
        </w:rPr>
        <w:br/>
      </w:r>
      <w:r w:rsidRPr="00367C48">
        <w:rPr>
          <w:sz w:val="28"/>
          <w:szCs w:val="28"/>
          <w:lang w:val="kk-KZ"/>
        </w:rPr>
        <w:t xml:space="preserve">Л. Толстой көшесінің тақ </w:t>
      </w:r>
      <w:r>
        <w:rPr>
          <w:sz w:val="28"/>
          <w:szCs w:val="28"/>
          <w:lang w:val="kk-KZ"/>
        </w:rPr>
        <w:t xml:space="preserve">сандар </w:t>
      </w:r>
      <w:r w:rsidRPr="00367C48">
        <w:rPr>
          <w:sz w:val="28"/>
          <w:szCs w:val="28"/>
          <w:lang w:val="kk-KZ"/>
        </w:rPr>
        <w:t>жағымен Ә. Жангелдин көшесіне дейін,</w:t>
      </w:r>
      <w:r w:rsidRPr="00281F48">
        <w:rPr>
          <w:sz w:val="28"/>
          <w:szCs w:val="28"/>
          <w:lang w:val="kk-KZ"/>
        </w:rPr>
        <w:t xml:space="preserve"> </w:t>
      </w:r>
      <w:r w:rsidRPr="00281F48">
        <w:rPr>
          <w:sz w:val="28"/>
          <w:szCs w:val="28"/>
          <w:lang w:val="kk-KZ"/>
        </w:rPr>
        <w:br/>
      </w:r>
      <w:r w:rsidRPr="00367C48">
        <w:rPr>
          <w:sz w:val="28"/>
          <w:szCs w:val="28"/>
          <w:lang w:val="kk-KZ"/>
        </w:rPr>
        <w:t>Ә. Жангелдин көшесінің тақ сандар жағымен Ш. Уәлиханов көшесіне дейін,</w:t>
      </w:r>
      <w:r w:rsidRPr="00281F48">
        <w:rPr>
          <w:sz w:val="28"/>
          <w:szCs w:val="28"/>
          <w:lang w:val="kk-KZ"/>
        </w:rPr>
        <w:t xml:space="preserve"> </w:t>
      </w:r>
      <w:r w:rsidRPr="00281F48">
        <w:rPr>
          <w:sz w:val="28"/>
          <w:szCs w:val="28"/>
          <w:lang w:val="kk-KZ"/>
        </w:rPr>
        <w:br/>
      </w:r>
      <w:r w:rsidRPr="00367C48">
        <w:rPr>
          <w:sz w:val="28"/>
          <w:szCs w:val="28"/>
          <w:lang w:val="kk-KZ"/>
        </w:rPr>
        <w:t>Ш. Уәлиханов көшесінің жұп сандар жағымен Бөгенбай батыр даңғылына дейін.</w:t>
      </w:r>
    </w:p>
    <w:p w14:paraId="2BDAFBA8" w14:textId="77777777" w:rsidR="00883B86" w:rsidRPr="00367C48" w:rsidRDefault="00883B86" w:rsidP="00883B86">
      <w:pPr>
        <w:ind w:firstLine="709"/>
        <w:jc w:val="both"/>
        <w:rPr>
          <w:sz w:val="28"/>
          <w:szCs w:val="28"/>
          <w:lang w:val="kk-KZ"/>
        </w:rPr>
      </w:pPr>
    </w:p>
    <w:p w14:paraId="0AF52DB5" w14:textId="77777777" w:rsidR="00883B86" w:rsidRPr="00367C48" w:rsidRDefault="00883B86" w:rsidP="00883B86">
      <w:pPr>
        <w:ind w:firstLine="709"/>
        <w:jc w:val="center"/>
        <w:rPr>
          <w:sz w:val="28"/>
          <w:szCs w:val="28"/>
          <w:lang w:val="kk-KZ"/>
        </w:rPr>
      </w:pPr>
      <w:r w:rsidRPr="00367C48">
        <w:rPr>
          <w:sz w:val="28"/>
          <w:szCs w:val="28"/>
          <w:lang w:val="kk-KZ"/>
        </w:rPr>
        <w:t>№ 96 сайлау учаскесі</w:t>
      </w:r>
    </w:p>
    <w:p w14:paraId="7AE72BC7"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«Технологиялық колледжі» шаруашылық жүргізу құқығындағы мемлекеттік коммуналдық кәсіпорны,</w:t>
      </w:r>
      <w:r w:rsidRPr="00281F48">
        <w:rPr>
          <w:sz w:val="28"/>
          <w:szCs w:val="28"/>
          <w:lang w:val="kk-KZ"/>
        </w:rPr>
        <w:t xml:space="preserve"> </w:t>
      </w:r>
      <w:r w:rsidRPr="00281F48">
        <w:rPr>
          <w:sz w:val="28"/>
          <w:szCs w:val="28"/>
          <w:lang w:val="kk-KZ"/>
        </w:rPr>
        <w:br/>
      </w:r>
      <w:r w:rsidRPr="00367C48">
        <w:rPr>
          <w:sz w:val="28"/>
          <w:szCs w:val="28"/>
          <w:lang w:val="kk-KZ"/>
        </w:rPr>
        <w:t>С. Сейфуллин көшесі, № 59)</w:t>
      </w:r>
    </w:p>
    <w:p w14:paraId="118765E2" w14:textId="77777777" w:rsidR="00883B86" w:rsidRPr="00367C48" w:rsidRDefault="00883B86" w:rsidP="00883B86">
      <w:pPr>
        <w:rPr>
          <w:sz w:val="28"/>
          <w:szCs w:val="28"/>
          <w:lang w:val="kk-KZ"/>
        </w:rPr>
      </w:pPr>
    </w:p>
    <w:p w14:paraId="125C5ADB" w14:textId="77777777" w:rsidR="00883B86" w:rsidRPr="00367C48" w:rsidRDefault="00883B86" w:rsidP="00883B86">
      <w:pPr>
        <w:ind w:firstLine="709"/>
        <w:jc w:val="both"/>
        <w:rPr>
          <w:sz w:val="28"/>
          <w:szCs w:val="28"/>
          <w:lang w:val="kk-KZ"/>
        </w:rPr>
      </w:pPr>
      <w:r w:rsidRPr="00367C48">
        <w:rPr>
          <w:sz w:val="28"/>
          <w:szCs w:val="28"/>
          <w:lang w:val="kk-KZ"/>
        </w:rPr>
        <w:t>Шекарасы: Абай даңғылынан Ә. Әлімжанов көшесінің жұп сандар жағымен С. Сейфуллин көшесіне дейін, С. Сейфуллин көшесінің тақ сандар жағымен Асан қайғы көшесіне дейін, Асан қайғы көшесінің жұп сандар жағымен Ә. Жангелдин көшесіне дейін, Ә. Жангелдин көшесінің жұп сандар жағымен</w:t>
      </w:r>
      <w:r w:rsidRPr="00281F48">
        <w:rPr>
          <w:sz w:val="28"/>
          <w:szCs w:val="28"/>
          <w:lang w:val="kk-KZ"/>
        </w:rPr>
        <w:br/>
      </w:r>
      <w:r w:rsidRPr="00367C48">
        <w:rPr>
          <w:sz w:val="28"/>
          <w:szCs w:val="28"/>
          <w:lang w:val="kk-KZ"/>
        </w:rPr>
        <w:t>Л. Толстой көшесіне дейін, Л. Толстой көшесінің жұп сандар жағымен</w:t>
      </w:r>
      <w:r w:rsidRPr="00281F48">
        <w:rPr>
          <w:sz w:val="28"/>
          <w:szCs w:val="28"/>
          <w:lang w:val="kk-KZ"/>
        </w:rPr>
        <w:br/>
      </w:r>
      <w:r w:rsidRPr="00367C48">
        <w:rPr>
          <w:sz w:val="28"/>
          <w:szCs w:val="28"/>
          <w:lang w:val="kk-KZ"/>
        </w:rPr>
        <w:t>Ә</w:t>
      </w:r>
      <w:r>
        <w:rPr>
          <w:sz w:val="28"/>
          <w:szCs w:val="28"/>
          <w:lang w:val="kk-KZ"/>
        </w:rPr>
        <w:t>. Сембинов көшесіне дейін,</w:t>
      </w:r>
      <w:r w:rsidRPr="00367C48">
        <w:rPr>
          <w:sz w:val="28"/>
          <w:szCs w:val="28"/>
          <w:lang w:val="kk-KZ"/>
        </w:rPr>
        <w:t xml:space="preserve"> Ә. Сембинов көшесінің тақ сандар жағымен Абай даңғылына дейін, Абай даңғылының тақ сандар жағымен Ә. Әлімжанов көшесіне дейін.</w:t>
      </w:r>
    </w:p>
    <w:p w14:paraId="7C164F88" w14:textId="77777777" w:rsidR="00883B86" w:rsidRPr="00367C48" w:rsidRDefault="00883B86" w:rsidP="00883B86">
      <w:pPr>
        <w:ind w:firstLine="709"/>
        <w:jc w:val="both"/>
        <w:rPr>
          <w:sz w:val="28"/>
          <w:szCs w:val="28"/>
          <w:lang w:val="kk-KZ"/>
        </w:rPr>
      </w:pPr>
    </w:p>
    <w:p w14:paraId="7EF61BA6" w14:textId="77777777" w:rsidR="00883B86" w:rsidRPr="00367C48" w:rsidRDefault="00883B86" w:rsidP="00883B86">
      <w:pPr>
        <w:ind w:firstLine="709"/>
        <w:jc w:val="center"/>
        <w:rPr>
          <w:sz w:val="28"/>
          <w:szCs w:val="28"/>
          <w:lang w:val="kk-KZ"/>
        </w:rPr>
      </w:pPr>
      <w:r w:rsidRPr="00367C48">
        <w:rPr>
          <w:sz w:val="28"/>
          <w:szCs w:val="28"/>
          <w:lang w:val="kk-KZ"/>
        </w:rPr>
        <w:t>№ 97 сайлау учаскесі</w:t>
      </w:r>
    </w:p>
    <w:p w14:paraId="428FAA43"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 8 </w:t>
      </w:r>
      <w:r w:rsidRPr="00367C48">
        <w:rPr>
          <w:rFonts w:eastAsia="Calibri"/>
          <w:sz w:val="28"/>
          <w:szCs w:val="28"/>
          <w:lang w:val="kk-KZ" w:eastAsia="en-US"/>
        </w:rPr>
        <w:t>мектеп-лицей</w:t>
      </w:r>
      <w:r w:rsidRPr="00367C48">
        <w:rPr>
          <w:sz w:val="28"/>
          <w:szCs w:val="28"/>
          <w:lang w:val="kk-KZ"/>
        </w:rPr>
        <w:t xml:space="preserve">» шаруашылық жүргізу құқығындағы мемлекеттік коммуналдық кәсіпорны, </w:t>
      </w:r>
    </w:p>
    <w:p w14:paraId="1C83A907" w14:textId="77777777" w:rsidR="00883B86" w:rsidRPr="00367C48" w:rsidRDefault="00883B86" w:rsidP="00883B86">
      <w:pPr>
        <w:ind w:firstLine="709"/>
        <w:jc w:val="center"/>
        <w:rPr>
          <w:sz w:val="28"/>
          <w:szCs w:val="28"/>
          <w:lang w:val="kk-KZ"/>
        </w:rPr>
      </w:pPr>
      <w:r w:rsidRPr="00367C48">
        <w:rPr>
          <w:sz w:val="28"/>
          <w:szCs w:val="28"/>
          <w:lang w:val="kk-KZ"/>
        </w:rPr>
        <w:t xml:space="preserve">С. Сейфуллин көшесі, № 50) </w:t>
      </w:r>
    </w:p>
    <w:p w14:paraId="01F83F79" w14:textId="77777777" w:rsidR="00883B86" w:rsidRPr="00367C48" w:rsidRDefault="00883B86" w:rsidP="00883B86">
      <w:pPr>
        <w:ind w:firstLine="709"/>
        <w:jc w:val="center"/>
        <w:rPr>
          <w:sz w:val="28"/>
          <w:szCs w:val="28"/>
          <w:lang w:val="kk-KZ"/>
        </w:rPr>
      </w:pPr>
    </w:p>
    <w:p w14:paraId="2BA7B4D6" w14:textId="34589BA9" w:rsidR="00883B86" w:rsidRPr="00367C48" w:rsidRDefault="00883B86" w:rsidP="00883B86">
      <w:pPr>
        <w:ind w:firstLine="709"/>
        <w:jc w:val="both"/>
        <w:rPr>
          <w:sz w:val="28"/>
          <w:szCs w:val="28"/>
          <w:lang w:val="kk-KZ"/>
        </w:rPr>
      </w:pPr>
      <w:r w:rsidRPr="00367C48">
        <w:rPr>
          <w:sz w:val="28"/>
          <w:szCs w:val="28"/>
          <w:lang w:val="kk-KZ"/>
        </w:rPr>
        <w:t>Шекарасы: Кенесары көшесінен Асан қайғы көшесінің жұп сандар жағымен С. Сейфуллин көшесіне дейін, С. Сейфуллин көшесінің жұп сандар жағымен</w:t>
      </w:r>
      <w:r>
        <w:rPr>
          <w:sz w:val="28"/>
          <w:szCs w:val="28"/>
          <w:lang w:val="kk-KZ"/>
        </w:rPr>
        <w:t xml:space="preserve"> </w:t>
      </w:r>
      <w:r w:rsidRPr="00367C48">
        <w:rPr>
          <w:sz w:val="28"/>
          <w:szCs w:val="28"/>
          <w:lang w:val="kk-KZ"/>
        </w:rPr>
        <w:t>Ә. Әлімжанов көшесіне дейін, Ә. Әлімжанов көшесінің тақ сандар жағымен Абай даңғылына дейін, Абай даңғылының жұп сандар жағымен</w:t>
      </w:r>
      <w:r w:rsidRPr="00281F48">
        <w:rPr>
          <w:sz w:val="28"/>
          <w:szCs w:val="28"/>
          <w:lang w:val="kk-KZ"/>
        </w:rPr>
        <w:br/>
      </w:r>
      <w:r w:rsidRPr="00367C48">
        <w:rPr>
          <w:sz w:val="28"/>
          <w:szCs w:val="28"/>
          <w:lang w:val="kk-KZ"/>
        </w:rPr>
        <w:t>Ә. Сембинов көшесіне дейін, Ә. Сембинов көшесінің тақ сандар жағымен Кенесары көшесіне дейін, Кенесары көшесінің тақ сандар жағымен Кенесары көшесіндегі № 69, 69а, 69б, 69п үйлерді қоса алғанда, Асан қайғы көшесіне дейін.</w:t>
      </w:r>
    </w:p>
    <w:p w14:paraId="5BD15234" w14:textId="77777777" w:rsidR="00883B86" w:rsidRPr="00367C48" w:rsidRDefault="00883B86" w:rsidP="00883B86">
      <w:pPr>
        <w:ind w:firstLine="709"/>
        <w:jc w:val="both"/>
        <w:rPr>
          <w:sz w:val="28"/>
          <w:szCs w:val="28"/>
          <w:lang w:val="kk-KZ"/>
        </w:rPr>
      </w:pPr>
    </w:p>
    <w:p w14:paraId="552AFC55" w14:textId="4DDC0E98" w:rsidR="00883B86" w:rsidRPr="00367C48" w:rsidRDefault="00883B86" w:rsidP="00883B86">
      <w:pPr>
        <w:spacing w:after="160" w:line="259" w:lineRule="auto"/>
        <w:jc w:val="center"/>
        <w:rPr>
          <w:sz w:val="28"/>
          <w:szCs w:val="28"/>
          <w:lang w:val="kk-KZ"/>
        </w:rPr>
      </w:pPr>
      <w:r w:rsidRPr="00367C48">
        <w:rPr>
          <w:sz w:val="28"/>
          <w:szCs w:val="28"/>
          <w:lang w:val="kk-KZ"/>
        </w:rPr>
        <w:t>№ 98 сайлау учаскесі</w:t>
      </w:r>
    </w:p>
    <w:p w14:paraId="6D1F250A" w14:textId="77777777" w:rsidR="00883B86" w:rsidRPr="00367C48" w:rsidRDefault="00883B86" w:rsidP="00883B86">
      <w:pPr>
        <w:jc w:val="center"/>
        <w:rPr>
          <w:sz w:val="28"/>
          <w:szCs w:val="28"/>
          <w:lang w:val="kk-KZ"/>
        </w:rPr>
      </w:pPr>
      <w:r w:rsidRPr="00367C48">
        <w:rPr>
          <w:sz w:val="28"/>
          <w:szCs w:val="28"/>
          <w:lang w:val="kk-KZ"/>
        </w:rPr>
        <w:t xml:space="preserve">(орталығы – Астана </w:t>
      </w:r>
      <w:r w:rsidRPr="00367C48">
        <w:rPr>
          <w:rFonts w:eastAsia="Calibri"/>
          <w:sz w:val="28"/>
          <w:szCs w:val="28"/>
          <w:lang w:val="kk-KZ" w:eastAsia="en-US"/>
        </w:rPr>
        <w:t>қаласы әкімдігінің «№ 119 жалпы орта білім беретін мектеп» коммуналдық мемлекеттік мекемесі</w:t>
      </w:r>
      <w:r w:rsidRPr="00367C48">
        <w:rPr>
          <w:sz w:val="28"/>
          <w:szCs w:val="28"/>
          <w:lang w:val="kk-KZ"/>
        </w:rPr>
        <w:t>, А. Иманов көшесі, № 27А)</w:t>
      </w:r>
    </w:p>
    <w:p w14:paraId="5EDCDA81" w14:textId="77777777" w:rsidR="00883B86" w:rsidRPr="00367C48" w:rsidRDefault="00883B86" w:rsidP="00883B86">
      <w:pPr>
        <w:rPr>
          <w:sz w:val="28"/>
          <w:szCs w:val="28"/>
          <w:lang w:val="kk-KZ"/>
        </w:rPr>
      </w:pPr>
    </w:p>
    <w:p w14:paraId="59B77A07" w14:textId="77777777" w:rsidR="00883B86" w:rsidRPr="00367C48" w:rsidRDefault="00883B86" w:rsidP="00883B86">
      <w:pPr>
        <w:ind w:firstLine="709"/>
        <w:jc w:val="both"/>
        <w:rPr>
          <w:sz w:val="28"/>
          <w:szCs w:val="28"/>
          <w:lang w:val="kk-KZ"/>
        </w:rPr>
      </w:pPr>
      <w:r w:rsidRPr="00367C48">
        <w:rPr>
          <w:sz w:val="28"/>
          <w:szCs w:val="28"/>
          <w:lang w:val="kk-KZ"/>
        </w:rPr>
        <w:lastRenderedPageBreak/>
        <w:t>Шекарасы: Ә. Сембинов көшесінен А. Иманов көшесінің тақ сандар жағымен Егемен Қазақстан газеті көшесіне дейін, Егемен Қазақстан газеті көшесінің тақ сандар жағымен Кенесары көшесіне дейін, Кенесары көшесінің тақ сандар жағымен Е. Брусиловский көшесіне дейін, Е. Брусиловский көшесінің тақ сандар жағымен Абай даңғылына дейін, Абай даңғылының жұп сандар жағымен Ә. Сембинов көшесіне дейін, Ә. Сембинов көшесінің жұп сандар жағымен</w:t>
      </w:r>
      <w:r w:rsidRPr="00281F48">
        <w:rPr>
          <w:sz w:val="28"/>
          <w:szCs w:val="28"/>
          <w:lang w:val="kk-KZ"/>
        </w:rPr>
        <w:br/>
      </w:r>
      <w:r w:rsidRPr="00367C48">
        <w:rPr>
          <w:sz w:val="28"/>
          <w:szCs w:val="28"/>
          <w:lang w:val="kk-KZ"/>
        </w:rPr>
        <w:t>А. Иманов көшесіне дейін.</w:t>
      </w:r>
    </w:p>
    <w:p w14:paraId="6ED13F59" w14:textId="77777777" w:rsidR="00883B86" w:rsidRPr="00367C48" w:rsidRDefault="00883B86" w:rsidP="00883B86">
      <w:pPr>
        <w:ind w:firstLine="709"/>
        <w:jc w:val="both"/>
        <w:rPr>
          <w:sz w:val="28"/>
          <w:szCs w:val="28"/>
          <w:lang w:val="kk-KZ"/>
        </w:rPr>
      </w:pPr>
    </w:p>
    <w:p w14:paraId="6C782D3E" w14:textId="77777777" w:rsidR="00883B86" w:rsidRPr="00367C48" w:rsidRDefault="00883B86" w:rsidP="00883B86">
      <w:pPr>
        <w:ind w:firstLine="709"/>
        <w:jc w:val="center"/>
        <w:rPr>
          <w:sz w:val="28"/>
          <w:szCs w:val="28"/>
          <w:lang w:val="kk-KZ"/>
        </w:rPr>
      </w:pPr>
      <w:r w:rsidRPr="00367C48">
        <w:rPr>
          <w:sz w:val="28"/>
          <w:szCs w:val="28"/>
          <w:lang w:val="kk-KZ"/>
        </w:rPr>
        <w:t>№ 99 сайлау учаскесі</w:t>
      </w:r>
    </w:p>
    <w:p w14:paraId="596CA3B9" w14:textId="77777777" w:rsidR="00883B86" w:rsidRPr="00367C48" w:rsidRDefault="00883B86" w:rsidP="00883B86">
      <w:pPr>
        <w:ind w:hanging="142"/>
        <w:jc w:val="center"/>
        <w:rPr>
          <w:sz w:val="28"/>
          <w:szCs w:val="28"/>
          <w:lang w:val="kk-KZ"/>
        </w:rPr>
      </w:pPr>
      <w:r w:rsidRPr="00367C48">
        <w:rPr>
          <w:sz w:val="28"/>
          <w:szCs w:val="28"/>
          <w:lang w:val="kk-KZ"/>
        </w:rPr>
        <w:t>(орталығы – Астана қаласы әкімдігінің «№ 119 жалпы орта білім беретін мектеп» коммуналдық мемлекеттік мекемесі, А. Иманов көшесі, № 27А)</w:t>
      </w:r>
    </w:p>
    <w:p w14:paraId="37D1E851" w14:textId="77777777" w:rsidR="00883B86" w:rsidRPr="00367C48" w:rsidRDefault="00883B86" w:rsidP="00883B86">
      <w:pPr>
        <w:rPr>
          <w:sz w:val="28"/>
          <w:szCs w:val="28"/>
          <w:lang w:val="kk-KZ"/>
        </w:rPr>
      </w:pPr>
    </w:p>
    <w:p w14:paraId="0ACA4BCA" w14:textId="77777777" w:rsidR="00883B86" w:rsidRPr="00367C48" w:rsidRDefault="00883B86" w:rsidP="00883B86">
      <w:pPr>
        <w:ind w:firstLine="709"/>
        <w:jc w:val="both"/>
        <w:rPr>
          <w:sz w:val="28"/>
          <w:szCs w:val="28"/>
          <w:lang w:val="kk-KZ"/>
        </w:rPr>
      </w:pPr>
      <w:r w:rsidRPr="00367C48">
        <w:rPr>
          <w:sz w:val="28"/>
          <w:szCs w:val="28"/>
          <w:lang w:val="kk-KZ"/>
        </w:rPr>
        <w:t>Шекарасы: Ж. Тархан көшесінен Асан қайғы көшесінің жұп сандар жағымен А. Иманов көшесіне дейін, А. Иманов көшесінің жұп сандар жағымен Егемен Қазақстан газеті көшесіне дейін, Егемен Қазақстан газеті көшесінің жұп сандар жағымен Кенесары көшесіне дейін, Кенесары көшесінің жұп сандар жағымен Б. Бейсекбаев көшесіне дейін, Б. Бейсекбаев көшесінің тақ сандар жағымен Ж. Тархан көшесіне дейін, Ж. Тархан көшесінің тақ сандар жағымен Асан қайғы көшесіне дейін.</w:t>
      </w:r>
    </w:p>
    <w:p w14:paraId="0DCA2821" w14:textId="77777777" w:rsidR="00883B86" w:rsidRPr="00367C48" w:rsidRDefault="00883B86" w:rsidP="00883B86">
      <w:pPr>
        <w:ind w:firstLine="709"/>
        <w:jc w:val="both"/>
        <w:rPr>
          <w:sz w:val="28"/>
          <w:szCs w:val="28"/>
          <w:lang w:val="kk-KZ"/>
        </w:rPr>
      </w:pPr>
    </w:p>
    <w:p w14:paraId="1F721FC1" w14:textId="77777777" w:rsidR="00883B86" w:rsidRPr="00367C48" w:rsidRDefault="00883B86" w:rsidP="00883B86">
      <w:pPr>
        <w:ind w:firstLine="709"/>
        <w:jc w:val="center"/>
        <w:rPr>
          <w:sz w:val="28"/>
          <w:szCs w:val="28"/>
          <w:lang w:val="kk-KZ"/>
        </w:rPr>
      </w:pPr>
      <w:r w:rsidRPr="00367C48">
        <w:rPr>
          <w:sz w:val="28"/>
          <w:szCs w:val="28"/>
          <w:lang w:val="kk-KZ"/>
        </w:rPr>
        <w:t>№ 100 сайлау учаскесі</w:t>
      </w:r>
    </w:p>
    <w:p w14:paraId="7838F791" w14:textId="77777777" w:rsidR="00883B86" w:rsidRPr="00367C48" w:rsidRDefault="00883B86" w:rsidP="00883B86">
      <w:pPr>
        <w:ind w:firstLine="142"/>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3C7E6851" w14:textId="77777777" w:rsidR="00883B86" w:rsidRPr="00367C48" w:rsidRDefault="00883B86" w:rsidP="00883B86">
      <w:pPr>
        <w:ind w:firstLine="709"/>
        <w:jc w:val="center"/>
        <w:rPr>
          <w:sz w:val="28"/>
          <w:szCs w:val="28"/>
          <w:lang w:val="kk-KZ"/>
        </w:rPr>
      </w:pPr>
    </w:p>
    <w:p w14:paraId="5874C1F7" w14:textId="77777777" w:rsidR="00883B86" w:rsidRPr="00367C48" w:rsidRDefault="00883B86" w:rsidP="00883B86">
      <w:pPr>
        <w:ind w:firstLine="709"/>
        <w:jc w:val="both"/>
        <w:rPr>
          <w:sz w:val="28"/>
          <w:szCs w:val="28"/>
          <w:lang w:val="kk-KZ"/>
        </w:rPr>
      </w:pPr>
      <w:r w:rsidRPr="00367C48">
        <w:rPr>
          <w:sz w:val="28"/>
          <w:szCs w:val="28"/>
          <w:lang w:val="kk-KZ"/>
        </w:rPr>
        <w:t>Шекарасы: А. Жұбанов көшесінен бастап А. Иманов көшесінің жұп сандар жағымен Б. Бейсекбаев көшесіне дейін, Б. Бейсекбаев көшесінің жұп сандар жағымен Ж. Тархан көшесіне дейін, Ж</w:t>
      </w:r>
      <w:r>
        <w:rPr>
          <w:sz w:val="28"/>
          <w:szCs w:val="28"/>
          <w:lang w:val="kk-KZ"/>
        </w:rPr>
        <w:t>. Тархан көшесінің тақ</w:t>
      </w:r>
      <w:r w:rsidRPr="00367C48">
        <w:rPr>
          <w:sz w:val="28"/>
          <w:szCs w:val="28"/>
          <w:lang w:val="kk-KZ"/>
        </w:rPr>
        <w:t xml:space="preserve"> сандар жағымен</w:t>
      </w:r>
      <w:r w:rsidRPr="00281F48">
        <w:rPr>
          <w:sz w:val="28"/>
          <w:szCs w:val="28"/>
          <w:lang w:val="kk-KZ"/>
        </w:rPr>
        <w:br/>
      </w:r>
      <w:r w:rsidRPr="00367C48">
        <w:rPr>
          <w:sz w:val="28"/>
          <w:szCs w:val="28"/>
          <w:lang w:val="kk-KZ"/>
        </w:rPr>
        <w:t>А. Жұбанов көшесіне дейін, А. Жұбанов көшесінің тақ сандар жағымен</w:t>
      </w:r>
      <w:r w:rsidRPr="00281F48">
        <w:rPr>
          <w:sz w:val="28"/>
          <w:szCs w:val="28"/>
          <w:lang w:val="kk-KZ"/>
        </w:rPr>
        <w:br/>
      </w:r>
      <w:r w:rsidRPr="00367C48">
        <w:rPr>
          <w:sz w:val="28"/>
          <w:szCs w:val="28"/>
          <w:lang w:val="kk-KZ"/>
        </w:rPr>
        <w:t xml:space="preserve">А. Иманов көшесіндегі </w:t>
      </w:r>
      <w:r>
        <w:rPr>
          <w:sz w:val="28"/>
          <w:szCs w:val="28"/>
          <w:lang w:val="kk-KZ"/>
        </w:rPr>
        <w:t xml:space="preserve">№ </w:t>
      </w:r>
      <w:r w:rsidRPr="00367C48">
        <w:rPr>
          <w:sz w:val="28"/>
          <w:szCs w:val="28"/>
          <w:lang w:val="kk-KZ"/>
        </w:rPr>
        <w:t xml:space="preserve">42, 44 үйлерді, Е. Брусиловский көшесіндегі </w:t>
      </w:r>
      <w:r>
        <w:rPr>
          <w:sz w:val="28"/>
          <w:szCs w:val="28"/>
          <w:lang w:val="kk-KZ"/>
        </w:rPr>
        <w:t xml:space="preserve">№ </w:t>
      </w:r>
      <w:r w:rsidRPr="00367C48">
        <w:rPr>
          <w:sz w:val="28"/>
          <w:szCs w:val="28"/>
          <w:lang w:val="kk-KZ"/>
        </w:rPr>
        <w:t>4 үйді,</w:t>
      </w:r>
      <w:r w:rsidRPr="00281F48">
        <w:rPr>
          <w:sz w:val="28"/>
          <w:szCs w:val="28"/>
          <w:lang w:val="kk-KZ"/>
        </w:rPr>
        <w:t xml:space="preserve"> </w:t>
      </w:r>
      <w:r w:rsidRPr="00281F48">
        <w:rPr>
          <w:sz w:val="28"/>
          <w:szCs w:val="28"/>
          <w:lang w:val="kk-KZ"/>
        </w:rPr>
        <w:br/>
      </w:r>
      <w:r w:rsidRPr="00367C48">
        <w:rPr>
          <w:sz w:val="28"/>
          <w:szCs w:val="28"/>
          <w:lang w:val="kk-KZ"/>
        </w:rPr>
        <w:t xml:space="preserve">А. Жұбанов көшесіндегі </w:t>
      </w:r>
      <w:r>
        <w:rPr>
          <w:sz w:val="28"/>
          <w:szCs w:val="28"/>
          <w:lang w:val="kk-KZ"/>
        </w:rPr>
        <w:t xml:space="preserve">№ </w:t>
      </w:r>
      <w:r w:rsidRPr="00367C48">
        <w:rPr>
          <w:sz w:val="28"/>
          <w:szCs w:val="28"/>
          <w:lang w:val="kk-KZ"/>
        </w:rPr>
        <w:t>9 үйді қоспағанда, А. Иманов көшесіне дейін.</w:t>
      </w:r>
    </w:p>
    <w:p w14:paraId="12421912" w14:textId="77777777" w:rsidR="00883B86" w:rsidRPr="00367C48" w:rsidRDefault="00883B86" w:rsidP="00883B86">
      <w:pPr>
        <w:ind w:firstLine="709"/>
        <w:jc w:val="both"/>
        <w:rPr>
          <w:sz w:val="28"/>
          <w:szCs w:val="28"/>
          <w:lang w:val="kk-KZ"/>
        </w:rPr>
      </w:pPr>
    </w:p>
    <w:p w14:paraId="0CC87014" w14:textId="77777777" w:rsidR="00883B86" w:rsidRPr="00367C48" w:rsidRDefault="00883B86" w:rsidP="00883B86">
      <w:pPr>
        <w:ind w:firstLine="709"/>
        <w:jc w:val="center"/>
        <w:rPr>
          <w:sz w:val="28"/>
          <w:szCs w:val="28"/>
          <w:lang w:val="kk-KZ"/>
        </w:rPr>
      </w:pPr>
      <w:r w:rsidRPr="00367C48">
        <w:rPr>
          <w:sz w:val="28"/>
          <w:szCs w:val="28"/>
          <w:lang w:val="kk-KZ"/>
        </w:rPr>
        <w:t>№ 101 сайлау учаскесі</w:t>
      </w:r>
    </w:p>
    <w:p w14:paraId="00806D03" w14:textId="77777777" w:rsidR="00883B86" w:rsidRPr="00367C48" w:rsidRDefault="00883B86" w:rsidP="00883B86">
      <w:pPr>
        <w:ind w:firstLine="709"/>
        <w:jc w:val="center"/>
        <w:rPr>
          <w:sz w:val="28"/>
          <w:szCs w:val="28"/>
          <w:lang w:val="kk-KZ"/>
        </w:rPr>
      </w:pPr>
      <w:r w:rsidRPr="00367C48">
        <w:rPr>
          <w:sz w:val="28"/>
          <w:szCs w:val="28"/>
          <w:lang w:val="kk-KZ"/>
        </w:rPr>
        <w:t>(орталығы – «Esil University» мекемесі, А. Жұбанов көшесі, № 7)</w:t>
      </w:r>
    </w:p>
    <w:p w14:paraId="59E2B2FA" w14:textId="77777777" w:rsidR="00883B86" w:rsidRPr="00367C48" w:rsidRDefault="00883B86" w:rsidP="00883B86">
      <w:pPr>
        <w:ind w:firstLine="709"/>
        <w:jc w:val="center"/>
        <w:rPr>
          <w:sz w:val="28"/>
          <w:szCs w:val="28"/>
          <w:lang w:val="kk-KZ"/>
        </w:rPr>
      </w:pPr>
    </w:p>
    <w:p w14:paraId="68F90513" w14:textId="77777777" w:rsidR="00883B86" w:rsidRPr="00367C48" w:rsidRDefault="00883B86" w:rsidP="00883B86">
      <w:pPr>
        <w:ind w:firstLine="709"/>
        <w:jc w:val="both"/>
        <w:rPr>
          <w:sz w:val="28"/>
          <w:szCs w:val="28"/>
          <w:lang w:val="kk-KZ"/>
        </w:rPr>
      </w:pPr>
      <w:r w:rsidRPr="00367C48">
        <w:rPr>
          <w:sz w:val="28"/>
          <w:szCs w:val="28"/>
          <w:lang w:val="kk-KZ"/>
        </w:rPr>
        <w:t>Шекарасы: Е. Брусиловский көшесінен А. Иманов көшесінің жұп сандар жағымен А. Янушкевич көшесіне дейін, А. Янушкевич көшесінің тақ сандар жағымен А. Пушкин көшесіне дейін, А. Пушкин көшесінің тақ сандар жағымен</w:t>
      </w:r>
      <w:r w:rsidRPr="00281F48">
        <w:rPr>
          <w:sz w:val="28"/>
          <w:szCs w:val="28"/>
          <w:lang w:val="kk-KZ"/>
        </w:rPr>
        <w:br/>
      </w:r>
      <w:r w:rsidRPr="00367C48">
        <w:rPr>
          <w:sz w:val="28"/>
          <w:szCs w:val="28"/>
          <w:lang w:val="kk-KZ"/>
        </w:rPr>
        <w:t>А. Жұбанов көшесіне дейін, А. Жұбанов көшесінің жұп сандар жағымен</w:t>
      </w:r>
      <w:r w:rsidRPr="00281F48">
        <w:rPr>
          <w:sz w:val="28"/>
          <w:szCs w:val="28"/>
          <w:lang w:val="kk-KZ"/>
        </w:rPr>
        <w:br/>
      </w:r>
      <w:r w:rsidRPr="00367C48">
        <w:rPr>
          <w:sz w:val="28"/>
          <w:szCs w:val="28"/>
          <w:lang w:val="kk-KZ"/>
        </w:rPr>
        <w:t>А. Иманов көшесіндегі № 42, 44 үйлерді, Е. Брусиловский көшесіндегі № 4 үйді, А. Жұбанов көшесіндегі № 9 үйді қоса алғанда, А. Иманов көшесіне дейін.</w:t>
      </w:r>
    </w:p>
    <w:p w14:paraId="3444908E" w14:textId="77777777" w:rsidR="00883B86" w:rsidRPr="00367C48" w:rsidRDefault="00883B86" w:rsidP="00883B86">
      <w:pPr>
        <w:ind w:firstLine="709"/>
        <w:jc w:val="center"/>
        <w:rPr>
          <w:sz w:val="28"/>
          <w:szCs w:val="28"/>
          <w:lang w:val="kk-KZ"/>
        </w:rPr>
      </w:pPr>
    </w:p>
    <w:p w14:paraId="456A6B95" w14:textId="77777777" w:rsidR="00883B86" w:rsidRPr="00367C48" w:rsidRDefault="00883B86" w:rsidP="00883B86">
      <w:pPr>
        <w:ind w:firstLine="709"/>
        <w:jc w:val="center"/>
        <w:rPr>
          <w:sz w:val="28"/>
          <w:szCs w:val="28"/>
          <w:lang w:val="kk-KZ"/>
        </w:rPr>
      </w:pPr>
      <w:r w:rsidRPr="00367C48">
        <w:rPr>
          <w:sz w:val="28"/>
          <w:szCs w:val="28"/>
          <w:lang w:val="kk-KZ"/>
        </w:rPr>
        <w:t>№ 102 сайлау учаскесі</w:t>
      </w:r>
    </w:p>
    <w:p w14:paraId="1EADFE5C" w14:textId="77777777" w:rsidR="00883B86" w:rsidRPr="00367C48" w:rsidRDefault="00883B86" w:rsidP="00883B86">
      <w:pPr>
        <w:ind w:hanging="142"/>
        <w:jc w:val="center"/>
        <w:rPr>
          <w:sz w:val="28"/>
          <w:szCs w:val="28"/>
          <w:lang w:val="kk-KZ"/>
        </w:rPr>
      </w:pPr>
      <w:r w:rsidRPr="00367C48">
        <w:rPr>
          <w:sz w:val="28"/>
          <w:szCs w:val="28"/>
          <w:lang w:val="kk-KZ"/>
        </w:rPr>
        <w:t>(орталығы – «Л.Н. Гумилев атындағы Еуразия ұлттық университеті» коммерциялық емес акционерлік қоғамы, А. Пушкин көшесі, № 11)</w:t>
      </w:r>
    </w:p>
    <w:p w14:paraId="1403D0FD" w14:textId="77777777" w:rsidR="00883B86" w:rsidRPr="00367C48" w:rsidRDefault="00883B86" w:rsidP="00883B86">
      <w:pPr>
        <w:ind w:firstLine="709"/>
        <w:jc w:val="center"/>
        <w:rPr>
          <w:sz w:val="28"/>
          <w:szCs w:val="28"/>
          <w:lang w:val="kk-KZ"/>
        </w:rPr>
      </w:pPr>
    </w:p>
    <w:p w14:paraId="71752AE9" w14:textId="77777777" w:rsidR="00883B86" w:rsidRPr="00367C48" w:rsidRDefault="00883B86" w:rsidP="00883B86">
      <w:pPr>
        <w:ind w:firstLine="709"/>
        <w:jc w:val="both"/>
        <w:rPr>
          <w:sz w:val="28"/>
          <w:szCs w:val="28"/>
          <w:lang w:val="kk-KZ"/>
        </w:rPr>
      </w:pPr>
      <w:r w:rsidRPr="00367C48">
        <w:rPr>
          <w:sz w:val="28"/>
          <w:szCs w:val="28"/>
          <w:lang w:val="kk-KZ"/>
        </w:rPr>
        <w:t>Шекарасы: А. Пушкин көшесінен А. Янушкевич көшесінің жұп сандар жағымен Кенесары көшесіне дейін, Кенесары көшесінің жұп сандар жағымен</w:t>
      </w:r>
      <w:r w:rsidRPr="00281F48">
        <w:rPr>
          <w:sz w:val="28"/>
          <w:szCs w:val="28"/>
          <w:lang w:val="kk-KZ"/>
        </w:rPr>
        <w:br/>
      </w:r>
      <w:r w:rsidRPr="00367C48">
        <w:rPr>
          <w:sz w:val="28"/>
          <w:szCs w:val="28"/>
          <w:lang w:val="kk-KZ"/>
        </w:rPr>
        <w:t>А. Пушкин көшесіне дейін, А. Пушкин көшесінің тақ сандар жағымен,</w:t>
      </w:r>
      <w:r w:rsidRPr="00281F48">
        <w:rPr>
          <w:sz w:val="28"/>
          <w:szCs w:val="28"/>
          <w:lang w:val="kk-KZ"/>
        </w:rPr>
        <w:t xml:space="preserve"> </w:t>
      </w:r>
      <w:r w:rsidRPr="00281F48">
        <w:rPr>
          <w:sz w:val="28"/>
          <w:szCs w:val="28"/>
          <w:lang w:val="kk-KZ"/>
        </w:rPr>
        <w:br/>
      </w:r>
      <w:r w:rsidRPr="00367C48">
        <w:rPr>
          <w:sz w:val="28"/>
          <w:szCs w:val="28"/>
          <w:lang w:val="kk-KZ"/>
        </w:rPr>
        <w:t xml:space="preserve">А. Пушкин көшесіндегі № 15, 15а, 15б үйлерді, Абай даңғылы бойынша </w:t>
      </w:r>
      <w:r w:rsidRPr="00367C48">
        <w:rPr>
          <w:sz w:val="28"/>
          <w:szCs w:val="28"/>
          <w:lang w:val="kk-KZ"/>
        </w:rPr>
        <w:br/>
        <w:t>№ 96, 96а, 98 үйлерді, А. Пушкин көшесіндегі № 2, 2/1, 4, 6, 6/1 үйлерді қоса алғанда, А. Янушкевич көшесіне дейін.</w:t>
      </w:r>
    </w:p>
    <w:p w14:paraId="36FC24E8" w14:textId="77777777" w:rsidR="00883B86" w:rsidRPr="00367C48" w:rsidRDefault="00883B86" w:rsidP="00883B86">
      <w:pPr>
        <w:ind w:firstLine="709"/>
        <w:jc w:val="both"/>
        <w:rPr>
          <w:sz w:val="28"/>
          <w:szCs w:val="28"/>
          <w:lang w:val="kk-KZ"/>
        </w:rPr>
      </w:pPr>
    </w:p>
    <w:p w14:paraId="0220A04B" w14:textId="77777777" w:rsidR="00883B86" w:rsidRPr="00367C48" w:rsidRDefault="00883B86" w:rsidP="00883B86">
      <w:pPr>
        <w:ind w:firstLine="709"/>
        <w:jc w:val="center"/>
        <w:rPr>
          <w:sz w:val="28"/>
          <w:szCs w:val="28"/>
          <w:lang w:val="kk-KZ"/>
        </w:rPr>
      </w:pPr>
      <w:r w:rsidRPr="00367C48">
        <w:rPr>
          <w:sz w:val="28"/>
          <w:szCs w:val="28"/>
          <w:lang w:val="kk-KZ"/>
        </w:rPr>
        <w:t>№ 103 сайлау учаскесі</w:t>
      </w:r>
    </w:p>
    <w:p w14:paraId="38B1FFB7" w14:textId="77777777" w:rsidR="00883B86" w:rsidRPr="00367C48" w:rsidRDefault="00883B86" w:rsidP="00883B86">
      <w:pPr>
        <w:ind w:hanging="284"/>
        <w:jc w:val="center"/>
        <w:rPr>
          <w:sz w:val="28"/>
          <w:szCs w:val="28"/>
          <w:lang w:val="kk-KZ"/>
        </w:rPr>
      </w:pPr>
      <w:r w:rsidRPr="00367C48">
        <w:rPr>
          <w:sz w:val="28"/>
          <w:szCs w:val="28"/>
          <w:lang w:val="kk-KZ"/>
        </w:rPr>
        <w:t>(орталығы – «Л.Н. Гумилев атындағы Еуразия ұлттық университеті» коммерциялық емес акционерлік қоғамы, А. Пушкин көшесі, № 11)</w:t>
      </w:r>
    </w:p>
    <w:p w14:paraId="1FABD83E" w14:textId="77777777" w:rsidR="00883B86" w:rsidRPr="00367C48" w:rsidRDefault="00883B86" w:rsidP="00883B86">
      <w:pPr>
        <w:ind w:firstLine="709"/>
        <w:jc w:val="center"/>
        <w:rPr>
          <w:sz w:val="28"/>
          <w:szCs w:val="28"/>
          <w:lang w:val="kk-KZ"/>
        </w:rPr>
      </w:pPr>
    </w:p>
    <w:p w14:paraId="1E9374F4"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 Жұбанов көшесінен Кенесары көшесінің жұп сандар жағымен А. Янушкевич көшесіне дейін, А. Янушкевич көшесінің тақ сандар жағымен </w:t>
      </w:r>
      <w:r w:rsidRPr="00367C48">
        <w:rPr>
          <w:sz w:val="28"/>
          <w:szCs w:val="28"/>
          <w:lang w:val="kk-KZ"/>
        </w:rPr>
        <w:br/>
        <w:t>А. Иманов көшесіне дейін, А. Иманов көшесінің тақ сандар жағымен А. Жұбанов көшесіне дейін, А. Жұбанов көшесінің жұп сандар жағымен Кенесары көшесіне дейін.</w:t>
      </w:r>
    </w:p>
    <w:p w14:paraId="19FA717C" w14:textId="77777777" w:rsidR="00883B86" w:rsidRPr="00367C48" w:rsidRDefault="00883B86" w:rsidP="00883B86">
      <w:pPr>
        <w:ind w:firstLine="709"/>
        <w:jc w:val="both"/>
        <w:rPr>
          <w:sz w:val="28"/>
          <w:szCs w:val="28"/>
          <w:lang w:val="kk-KZ"/>
        </w:rPr>
      </w:pPr>
    </w:p>
    <w:p w14:paraId="37E06868" w14:textId="77777777" w:rsidR="00883B86" w:rsidRPr="00367C48" w:rsidRDefault="00883B86" w:rsidP="00883B86">
      <w:pPr>
        <w:ind w:firstLine="709"/>
        <w:jc w:val="center"/>
        <w:rPr>
          <w:sz w:val="28"/>
          <w:szCs w:val="28"/>
          <w:lang w:val="kk-KZ"/>
        </w:rPr>
      </w:pPr>
      <w:r w:rsidRPr="00367C48">
        <w:rPr>
          <w:sz w:val="28"/>
          <w:szCs w:val="28"/>
          <w:lang w:val="kk-KZ"/>
        </w:rPr>
        <w:t>№ 104 сайлау учаскесі</w:t>
      </w:r>
    </w:p>
    <w:p w14:paraId="371226C3"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4E65DD88" w14:textId="77777777" w:rsidR="00883B86" w:rsidRPr="00367C48" w:rsidRDefault="00883B86" w:rsidP="00883B86">
      <w:pPr>
        <w:ind w:firstLine="709"/>
        <w:jc w:val="center"/>
        <w:rPr>
          <w:sz w:val="28"/>
          <w:szCs w:val="28"/>
          <w:lang w:val="kk-KZ"/>
        </w:rPr>
      </w:pPr>
    </w:p>
    <w:p w14:paraId="34F08A51" w14:textId="77777777" w:rsidR="00883B86" w:rsidRPr="00367C48" w:rsidRDefault="00883B86" w:rsidP="00883B86">
      <w:pPr>
        <w:ind w:firstLine="709"/>
        <w:jc w:val="both"/>
        <w:rPr>
          <w:sz w:val="28"/>
          <w:szCs w:val="28"/>
          <w:lang w:val="kk-KZ"/>
        </w:rPr>
      </w:pPr>
      <w:r w:rsidRPr="00367C48">
        <w:rPr>
          <w:sz w:val="28"/>
          <w:szCs w:val="28"/>
          <w:lang w:val="kk-KZ"/>
        </w:rPr>
        <w:t>Шекарасы: А. Иманов көшесінен А. Жұбанов көшесінің тақ сандар жағымен Кенесары көшесіне дейін, Кенесары көшесінің жұп сандар жағымен</w:t>
      </w:r>
      <w:r w:rsidRPr="00281F48">
        <w:rPr>
          <w:sz w:val="28"/>
          <w:szCs w:val="28"/>
          <w:lang w:val="kk-KZ"/>
        </w:rPr>
        <w:br/>
      </w:r>
      <w:r w:rsidRPr="00367C48">
        <w:rPr>
          <w:sz w:val="28"/>
          <w:szCs w:val="28"/>
          <w:lang w:val="kk-KZ"/>
        </w:rPr>
        <w:t>Б. Бейсекбаев көшесіне дейін, Б. Бейсекбаев көшесінің жұп сандар жағымен</w:t>
      </w:r>
      <w:r w:rsidRPr="00281F48">
        <w:rPr>
          <w:sz w:val="28"/>
          <w:szCs w:val="28"/>
          <w:lang w:val="kk-KZ"/>
        </w:rPr>
        <w:br/>
      </w:r>
      <w:r w:rsidRPr="00367C48">
        <w:rPr>
          <w:sz w:val="28"/>
          <w:szCs w:val="28"/>
          <w:lang w:val="kk-KZ"/>
        </w:rPr>
        <w:t>А. Иманов көшесіне дейін, А. Иманов көшесінің тақ сандар жағымен А. Жұбанов көшесіне дейін.</w:t>
      </w:r>
    </w:p>
    <w:p w14:paraId="0AF70C16" w14:textId="77777777" w:rsidR="00883B86" w:rsidRPr="00367C48" w:rsidRDefault="00883B86" w:rsidP="00883B86">
      <w:pPr>
        <w:ind w:firstLine="709"/>
        <w:jc w:val="both"/>
        <w:rPr>
          <w:sz w:val="28"/>
          <w:szCs w:val="28"/>
          <w:lang w:val="kk-KZ"/>
        </w:rPr>
      </w:pPr>
    </w:p>
    <w:p w14:paraId="4297667C" w14:textId="77777777" w:rsidR="00883B86" w:rsidRPr="00367C48" w:rsidRDefault="00883B86" w:rsidP="00883B86">
      <w:pPr>
        <w:ind w:firstLine="709"/>
        <w:jc w:val="center"/>
        <w:rPr>
          <w:sz w:val="28"/>
          <w:szCs w:val="28"/>
          <w:lang w:val="kk-KZ"/>
        </w:rPr>
      </w:pPr>
      <w:r w:rsidRPr="00367C48">
        <w:rPr>
          <w:sz w:val="28"/>
          <w:szCs w:val="28"/>
          <w:lang w:val="kk-KZ"/>
        </w:rPr>
        <w:t>№ 105 сайлау учаскесі</w:t>
      </w:r>
    </w:p>
    <w:p w14:paraId="4543694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«Абай Құнанбайұлы атындағы</w:t>
      </w:r>
      <w:r w:rsidRPr="00281F48">
        <w:rPr>
          <w:sz w:val="28"/>
          <w:szCs w:val="28"/>
          <w:lang w:val="kk-KZ"/>
        </w:rPr>
        <w:br/>
      </w:r>
      <w:r w:rsidRPr="00367C48">
        <w:rPr>
          <w:sz w:val="28"/>
          <w:szCs w:val="28"/>
          <w:lang w:val="kk-KZ"/>
        </w:rPr>
        <w:t>№ 87 мектеп-гимназия» шаруашылық жүргізу құқығындағы мемлекеттік коммуналдық кәсіпорны, А. Иманов көшесі, № 37)</w:t>
      </w:r>
    </w:p>
    <w:p w14:paraId="4629C405" w14:textId="77777777" w:rsidR="00883B86" w:rsidRPr="00367C48" w:rsidRDefault="00883B86" w:rsidP="00883B86">
      <w:pPr>
        <w:ind w:firstLine="709"/>
        <w:jc w:val="center"/>
        <w:rPr>
          <w:sz w:val="28"/>
          <w:szCs w:val="28"/>
          <w:lang w:val="kk-KZ"/>
        </w:rPr>
      </w:pPr>
    </w:p>
    <w:p w14:paraId="4B51D2C0" w14:textId="77777777" w:rsidR="00883B86" w:rsidRPr="00367C48" w:rsidRDefault="00883B86" w:rsidP="00883B86">
      <w:pPr>
        <w:ind w:firstLine="709"/>
        <w:jc w:val="both"/>
        <w:rPr>
          <w:sz w:val="28"/>
          <w:szCs w:val="28"/>
          <w:lang w:val="kk-KZ"/>
        </w:rPr>
      </w:pPr>
      <w:r w:rsidRPr="00367C48">
        <w:rPr>
          <w:sz w:val="28"/>
          <w:szCs w:val="28"/>
          <w:lang w:val="kk-KZ"/>
        </w:rPr>
        <w:t>Шекарасы: Кенесары көшесінен Е. Брусиловский көшесінің жұп сандар жағымен Абай даңғылына дейін, Абай даңғылының жұп сандар жағымен</w:t>
      </w:r>
      <w:r w:rsidRPr="00281F48">
        <w:rPr>
          <w:sz w:val="28"/>
          <w:szCs w:val="28"/>
          <w:lang w:val="kk-KZ"/>
        </w:rPr>
        <w:br/>
      </w:r>
      <w:r w:rsidRPr="00367C48">
        <w:rPr>
          <w:sz w:val="28"/>
          <w:szCs w:val="28"/>
          <w:lang w:val="kk-KZ"/>
        </w:rPr>
        <w:t>А. Янушкевич көшесіне дейін, А. Янушкевич көшесінің тақ сандар жағымен Кенесары көшесіне дейін, Кенесары көшесінің тақ сандар жағымен</w:t>
      </w:r>
      <w:r w:rsidRPr="00281F48">
        <w:rPr>
          <w:sz w:val="28"/>
          <w:szCs w:val="28"/>
          <w:lang w:val="kk-KZ"/>
        </w:rPr>
        <w:br/>
      </w:r>
      <w:r w:rsidRPr="00367C48">
        <w:rPr>
          <w:sz w:val="28"/>
          <w:szCs w:val="28"/>
          <w:lang w:val="kk-KZ"/>
        </w:rPr>
        <w:t>Е. Брусиловский көшесіне дейін.</w:t>
      </w:r>
    </w:p>
    <w:p w14:paraId="1D0EEEE9" w14:textId="77777777" w:rsidR="00883B86" w:rsidRPr="00367C48" w:rsidRDefault="00883B86" w:rsidP="00883B86">
      <w:pPr>
        <w:ind w:firstLine="709"/>
        <w:jc w:val="both"/>
        <w:rPr>
          <w:sz w:val="28"/>
          <w:szCs w:val="28"/>
          <w:lang w:val="kk-KZ"/>
        </w:rPr>
      </w:pPr>
    </w:p>
    <w:p w14:paraId="60F02E58" w14:textId="77777777" w:rsidR="00883B86" w:rsidRPr="00367C48" w:rsidRDefault="00883B86" w:rsidP="00883B86">
      <w:pPr>
        <w:ind w:firstLine="709"/>
        <w:jc w:val="center"/>
        <w:rPr>
          <w:sz w:val="28"/>
          <w:szCs w:val="28"/>
          <w:lang w:val="kk-KZ"/>
        </w:rPr>
      </w:pPr>
      <w:r w:rsidRPr="00367C48">
        <w:rPr>
          <w:sz w:val="28"/>
          <w:szCs w:val="28"/>
          <w:lang w:val="kk-KZ"/>
        </w:rPr>
        <w:t>№ 106 сайлау учаскесі</w:t>
      </w:r>
    </w:p>
    <w:p w14:paraId="792ECDAB"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«Астана су арнасы» шаруашылық жүргізу құқығындағы мемлекеттік коммуналдық кәсіпорны,</w:t>
      </w:r>
    </w:p>
    <w:p w14:paraId="139501F3" w14:textId="77777777" w:rsidR="00883B86" w:rsidRPr="00367C48" w:rsidRDefault="00883B86" w:rsidP="00883B86">
      <w:pPr>
        <w:ind w:firstLine="709"/>
        <w:jc w:val="center"/>
        <w:rPr>
          <w:sz w:val="28"/>
          <w:szCs w:val="28"/>
          <w:lang w:val="kk-KZ"/>
        </w:rPr>
      </w:pPr>
      <w:r w:rsidRPr="00367C48">
        <w:rPr>
          <w:sz w:val="28"/>
          <w:szCs w:val="28"/>
          <w:lang w:val="kk-KZ"/>
        </w:rPr>
        <w:t>Абай даңғылы, № 103)</w:t>
      </w:r>
    </w:p>
    <w:p w14:paraId="56787F3F" w14:textId="77777777" w:rsidR="00883B86" w:rsidRPr="00367C48" w:rsidRDefault="00883B86" w:rsidP="00883B86">
      <w:pPr>
        <w:ind w:firstLine="709"/>
        <w:jc w:val="center"/>
        <w:rPr>
          <w:sz w:val="28"/>
          <w:szCs w:val="28"/>
          <w:lang w:val="kk-KZ"/>
        </w:rPr>
      </w:pPr>
    </w:p>
    <w:p w14:paraId="67B68806" w14:textId="77777777" w:rsidR="00883B86" w:rsidRPr="00367C48" w:rsidRDefault="00883B86" w:rsidP="00883B86">
      <w:pPr>
        <w:ind w:firstLine="709"/>
        <w:jc w:val="both"/>
        <w:rPr>
          <w:sz w:val="28"/>
          <w:szCs w:val="28"/>
          <w:lang w:val="kk-KZ"/>
        </w:rPr>
      </w:pPr>
      <w:r w:rsidRPr="00367C48">
        <w:rPr>
          <w:sz w:val="28"/>
          <w:szCs w:val="28"/>
          <w:lang w:val="kk-KZ"/>
        </w:rPr>
        <w:t>Шекарасы: Абай даңғылынан А. Жұбанов көшесінің жұп сандар жағымен темір жолға дейін, темір жолмен А. Пушкин көшесіне дейін, А. Пушкин көшесімен Абай даңғылына дейін, Абай даңғылының тақ сандар жағымен, Абай даңғылындағы № 88/3, 88/4, 92/1, 92/2, 92/3, 94, 94а үйлерді қоса алғанда,</w:t>
      </w:r>
      <w:r w:rsidRPr="00281F48">
        <w:rPr>
          <w:sz w:val="28"/>
          <w:szCs w:val="28"/>
          <w:lang w:val="kk-KZ"/>
        </w:rPr>
        <w:t xml:space="preserve"> </w:t>
      </w:r>
      <w:r w:rsidRPr="00281F48">
        <w:rPr>
          <w:sz w:val="28"/>
          <w:szCs w:val="28"/>
          <w:lang w:val="kk-KZ"/>
        </w:rPr>
        <w:br/>
      </w:r>
      <w:r w:rsidRPr="00367C48">
        <w:rPr>
          <w:sz w:val="28"/>
          <w:szCs w:val="28"/>
          <w:lang w:val="kk-KZ"/>
        </w:rPr>
        <w:t>А. Жұбанов көшесіне дейін.</w:t>
      </w:r>
    </w:p>
    <w:p w14:paraId="608D3CD9" w14:textId="77777777" w:rsidR="00883B86" w:rsidRPr="00367C48" w:rsidRDefault="00883B86" w:rsidP="00883B86">
      <w:pPr>
        <w:ind w:firstLine="709"/>
        <w:jc w:val="both"/>
        <w:rPr>
          <w:sz w:val="28"/>
          <w:szCs w:val="28"/>
          <w:lang w:val="kk-KZ"/>
        </w:rPr>
      </w:pPr>
    </w:p>
    <w:p w14:paraId="2564358A" w14:textId="77777777" w:rsidR="00883B86" w:rsidRPr="00367C48" w:rsidRDefault="00883B86" w:rsidP="00883B86">
      <w:pPr>
        <w:ind w:firstLine="709"/>
        <w:jc w:val="center"/>
        <w:rPr>
          <w:sz w:val="28"/>
          <w:szCs w:val="28"/>
          <w:lang w:val="kk-KZ"/>
        </w:rPr>
      </w:pPr>
      <w:r w:rsidRPr="00367C48">
        <w:rPr>
          <w:sz w:val="28"/>
          <w:szCs w:val="28"/>
          <w:lang w:val="kk-KZ"/>
        </w:rPr>
        <w:t>№ 107 сайлау учаскесі</w:t>
      </w:r>
    </w:p>
    <w:p w14:paraId="1066A768"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«Төлеген Айбергенов атындағы </w:t>
      </w:r>
    </w:p>
    <w:p w14:paraId="4D310411" w14:textId="77777777" w:rsidR="00883B86" w:rsidRPr="00367C48" w:rsidRDefault="00883B86" w:rsidP="00883B86">
      <w:pPr>
        <w:ind w:firstLine="709"/>
        <w:jc w:val="center"/>
        <w:rPr>
          <w:sz w:val="28"/>
          <w:szCs w:val="28"/>
          <w:lang w:val="kk-KZ"/>
        </w:rPr>
      </w:pPr>
      <w:r w:rsidRPr="00367C48">
        <w:rPr>
          <w:sz w:val="28"/>
          <w:szCs w:val="28"/>
          <w:lang w:val="kk-KZ"/>
        </w:rPr>
        <w:t>№ 16 жалпы орта білім беретін мектеп» шаруашылық жүргізу құқығындағы мемлекеттік коммуналдық кәсіпорны, Кенесары көшесі, № 81)</w:t>
      </w:r>
    </w:p>
    <w:p w14:paraId="6C75DE5C" w14:textId="77777777" w:rsidR="00883B86" w:rsidRPr="00367C48" w:rsidRDefault="00883B86" w:rsidP="00883B86">
      <w:pPr>
        <w:ind w:firstLine="709"/>
        <w:jc w:val="center"/>
        <w:rPr>
          <w:sz w:val="28"/>
          <w:szCs w:val="28"/>
          <w:lang w:val="kk-KZ"/>
        </w:rPr>
      </w:pPr>
    </w:p>
    <w:p w14:paraId="00E055A1"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Абай даңғылынан Е. Брусиловский көшесінің жұп сандар жағымен Ә. Сембинов көшесіне дейін, Ә. Сембинов көшесінің жұп сандар жағымен темір жолға дейін, темір жол бойымен А. Жұбанов көшесіне дейін, </w:t>
      </w:r>
      <w:r w:rsidRPr="00367C48">
        <w:rPr>
          <w:sz w:val="28"/>
          <w:szCs w:val="28"/>
          <w:lang w:val="kk-KZ"/>
        </w:rPr>
        <w:br/>
        <w:t>А. Жұбанов көшесінің тақ сандар жағымен Абай даңғылына дейін, Абай даңғылының тақ сандар жағымен Е. Брусиловский көшесіне дейін.</w:t>
      </w:r>
    </w:p>
    <w:p w14:paraId="3941ABAC" w14:textId="77777777" w:rsidR="00883B86" w:rsidRPr="00367C48" w:rsidRDefault="00883B86" w:rsidP="00883B86">
      <w:pPr>
        <w:ind w:firstLine="709"/>
        <w:jc w:val="both"/>
        <w:rPr>
          <w:sz w:val="28"/>
          <w:szCs w:val="28"/>
          <w:lang w:val="kk-KZ"/>
        </w:rPr>
      </w:pPr>
    </w:p>
    <w:p w14:paraId="2763C971" w14:textId="77777777" w:rsidR="00883B86" w:rsidRPr="00367C48" w:rsidRDefault="00883B86" w:rsidP="00883B86">
      <w:pPr>
        <w:ind w:firstLine="709"/>
        <w:jc w:val="center"/>
        <w:rPr>
          <w:sz w:val="28"/>
          <w:szCs w:val="28"/>
          <w:lang w:val="kk-KZ"/>
        </w:rPr>
      </w:pPr>
      <w:r w:rsidRPr="00367C48">
        <w:rPr>
          <w:sz w:val="28"/>
          <w:szCs w:val="28"/>
          <w:lang w:val="kk-KZ"/>
        </w:rPr>
        <w:t>№ 108 сайлау учаскесі</w:t>
      </w:r>
    </w:p>
    <w:p w14:paraId="3A33BED4"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«Төлеген Айбергенов атындағы </w:t>
      </w:r>
    </w:p>
    <w:p w14:paraId="6E2CAF7E" w14:textId="77777777" w:rsidR="00883B86" w:rsidRPr="00367C48" w:rsidRDefault="00883B86" w:rsidP="00883B86">
      <w:pPr>
        <w:ind w:firstLine="709"/>
        <w:jc w:val="center"/>
        <w:rPr>
          <w:sz w:val="28"/>
          <w:szCs w:val="28"/>
          <w:lang w:val="kk-KZ"/>
        </w:rPr>
      </w:pPr>
      <w:r w:rsidRPr="00367C48">
        <w:rPr>
          <w:sz w:val="28"/>
          <w:szCs w:val="28"/>
          <w:lang w:val="kk-KZ"/>
        </w:rPr>
        <w:t>№ 16 жалпы орта білім беретін мектеп» шаруашылық жүргізу құқығындағы мемлекеттік коммуналдық кәсіпорны, Кенесары көшесі, № 81)</w:t>
      </w:r>
    </w:p>
    <w:p w14:paraId="435564DE" w14:textId="77777777" w:rsidR="00883B86" w:rsidRPr="00367C48" w:rsidRDefault="00883B86" w:rsidP="00883B86">
      <w:pPr>
        <w:ind w:firstLine="709"/>
        <w:jc w:val="center"/>
        <w:rPr>
          <w:sz w:val="28"/>
          <w:szCs w:val="28"/>
          <w:lang w:val="kk-KZ"/>
        </w:rPr>
      </w:pPr>
    </w:p>
    <w:p w14:paraId="3E0B684C" w14:textId="77777777" w:rsidR="00883B86" w:rsidRPr="00367C48" w:rsidRDefault="00883B86" w:rsidP="00883B86">
      <w:pPr>
        <w:ind w:firstLine="709"/>
        <w:jc w:val="both"/>
        <w:rPr>
          <w:sz w:val="28"/>
          <w:szCs w:val="28"/>
          <w:lang w:val="kk-KZ"/>
        </w:rPr>
      </w:pPr>
      <w:r w:rsidRPr="00367C48">
        <w:rPr>
          <w:sz w:val="28"/>
          <w:szCs w:val="28"/>
          <w:lang w:val="kk-KZ"/>
        </w:rPr>
        <w:t>Шекарасы: Ә. Сембинов көшесінен Л. Толстой көшесінің жұп сандар жағымен Е. Брусиловский көшесіне дейін, Е. Брусиловский көшесінің тақ сандар жағымен Абай даңғылына дейін, Абай даңғылының тақ сандар жағымен</w:t>
      </w:r>
      <w:r w:rsidRPr="00281F48">
        <w:rPr>
          <w:sz w:val="28"/>
          <w:szCs w:val="28"/>
          <w:lang w:val="kk-KZ"/>
        </w:rPr>
        <w:br/>
      </w:r>
      <w:r w:rsidRPr="00367C48">
        <w:rPr>
          <w:sz w:val="28"/>
          <w:szCs w:val="28"/>
          <w:lang w:val="kk-KZ"/>
        </w:rPr>
        <w:t>Ә. Сембинов көшесіне дейін, Ә. Сембинов көшесінің жұп сандар жағымен</w:t>
      </w:r>
      <w:r w:rsidRPr="00281F48">
        <w:rPr>
          <w:sz w:val="28"/>
          <w:szCs w:val="28"/>
          <w:lang w:val="kk-KZ"/>
        </w:rPr>
        <w:br/>
      </w:r>
      <w:r w:rsidRPr="00367C48">
        <w:rPr>
          <w:sz w:val="28"/>
          <w:szCs w:val="28"/>
          <w:lang w:val="kk-KZ"/>
        </w:rPr>
        <w:t>Л. Толстой көшесіне дейін.</w:t>
      </w:r>
    </w:p>
    <w:p w14:paraId="56AD08AB" w14:textId="77777777" w:rsidR="00883B86" w:rsidRPr="00367C48" w:rsidRDefault="00883B86" w:rsidP="00883B86">
      <w:pPr>
        <w:jc w:val="both"/>
        <w:rPr>
          <w:sz w:val="28"/>
          <w:szCs w:val="28"/>
          <w:lang w:val="kk-KZ"/>
        </w:rPr>
      </w:pPr>
    </w:p>
    <w:p w14:paraId="473278E3" w14:textId="77777777" w:rsidR="00883B86" w:rsidRPr="00367C48" w:rsidRDefault="00883B86" w:rsidP="00883B86">
      <w:pPr>
        <w:ind w:firstLine="709"/>
        <w:jc w:val="center"/>
        <w:rPr>
          <w:sz w:val="28"/>
          <w:szCs w:val="28"/>
          <w:lang w:val="kk-KZ"/>
        </w:rPr>
      </w:pPr>
      <w:r w:rsidRPr="00367C48">
        <w:rPr>
          <w:sz w:val="28"/>
          <w:szCs w:val="28"/>
          <w:lang w:val="kk-KZ"/>
        </w:rPr>
        <w:t>№ 109 сайлау учаскесі</w:t>
      </w:r>
    </w:p>
    <w:p w14:paraId="76548476"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55 жалпы орта білім беретін мектеп» шаруашылық жүргізу құқығындағы мемлекеттік коммуналдық кәсіпорны, Ж. Досмұхамедұлы көшесі, № 2)</w:t>
      </w:r>
    </w:p>
    <w:p w14:paraId="236AA791" w14:textId="77777777" w:rsidR="00883B86" w:rsidRPr="00367C48" w:rsidRDefault="00883B86" w:rsidP="00883B86">
      <w:pPr>
        <w:ind w:firstLine="709"/>
        <w:jc w:val="center"/>
        <w:rPr>
          <w:sz w:val="28"/>
          <w:szCs w:val="28"/>
          <w:lang w:val="kk-KZ"/>
        </w:rPr>
      </w:pPr>
    </w:p>
    <w:p w14:paraId="4DAB3387" w14:textId="77777777" w:rsidR="00883B86" w:rsidRPr="00367C48" w:rsidRDefault="00883B86" w:rsidP="00883B86">
      <w:pPr>
        <w:ind w:firstLine="709"/>
        <w:jc w:val="both"/>
        <w:rPr>
          <w:sz w:val="28"/>
          <w:szCs w:val="28"/>
          <w:lang w:val="kk-KZ"/>
        </w:rPr>
      </w:pPr>
      <w:r w:rsidRPr="00367C48">
        <w:rPr>
          <w:sz w:val="28"/>
          <w:szCs w:val="28"/>
          <w:lang w:val="kk-KZ"/>
        </w:rPr>
        <w:t>Шекарасы: темір жолдан бастап Ж. Досмұхамедұлы көшесінің жұп сандар жағымен Ж. Досмұхамедұлы көшесіндегі № 4,</w:t>
      </w:r>
      <w:r>
        <w:rPr>
          <w:sz w:val="28"/>
          <w:szCs w:val="28"/>
          <w:lang w:val="kk-KZ"/>
        </w:rPr>
        <w:t xml:space="preserve"> 4/1, 4/2,</w:t>
      </w:r>
      <w:r w:rsidRPr="00367C48">
        <w:rPr>
          <w:sz w:val="28"/>
          <w:szCs w:val="28"/>
          <w:lang w:val="kk-KZ"/>
        </w:rPr>
        <w:t xml:space="preserve"> 6, 8, </w:t>
      </w:r>
      <w:r>
        <w:rPr>
          <w:sz w:val="28"/>
          <w:szCs w:val="28"/>
          <w:lang w:val="kk-KZ"/>
        </w:rPr>
        <w:t xml:space="preserve">10а, </w:t>
      </w:r>
      <w:r w:rsidRPr="00367C48">
        <w:rPr>
          <w:sz w:val="28"/>
          <w:szCs w:val="28"/>
          <w:lang w:val="kk-KZ"/>
        </w:rPr>
        <w:t>12 үйлерді қоспағанда, Жетіген көшесіне дейін, Жетіген көшесінің тақ сандар жағымен Алаш тас жолына дейін, Алаш тас жолының жұп сандар жағымен «Байқоңыр» ауданының шекарасына дейін, «Байқоңыр» ауданының шекарасы бойымен темір жолға дейін, темір жол</w:t>
      </w:r>
      <w:r>
        <w:rPr>
          <w:sz w:val="28"/>
          <w:szCs w:val="28"/>
          <w:lang w:val="kk-KZ"/>
        </w:rPr>
        <w:t>мен</w:t>
      </w:r>
      <w:r w:rsidRPr="00367C48">
        <w:rPr>
          <w:sz w:val="28"/>
          <w:szCs w:val="28"/>
          <w:lang w:val="kk-KZ"/>
        </w:rPr>
        <w:t xml:space="preserve"> Ж. Досмұхамедұлы көшесіне дейін.</w:t>
      </w:r>
    </w:p>
    <w:p w14:paraId="3BE49151" w14:textId="77777777" w:rsidR="00883B86" w:rsidRPr="00367C48" w:rsidRDefault="00883B86" w:rsidP="00883B86">
      <w:pPr>
        <w:ind w:firstLine="709"/>
        <w:jc w:val="both"/>
        <w:rPr>
          <w:sz w:val="28"/>
          <w:szCs w:val="28"/>
          <w:lang w:val="kk-KZ"/>
        </w:rPr>
      </w:pPr>
    </w:p>
    <w:p w14:paraId="4AA7B102" w14:textId="77777777" w:rsidR="00883B86" w:rsidRPr="00367C48" w:rsidRDefault="00883B86" w:rsidP="00883B86">
      <w:pPr>
        <w:ind w:firstLine="709"/>
        <w:jc w:val="center"/>
        <w:rPr>
          <w:sz w:val="28"/>
          <w:szCs w:val="28"/>
          <w:lang w:val="kk-KZ"/>
        </w:rPr>
      </w:pPr>
      <w:r w:rsidRPr="00367C48">
        <w:rPr>
          <w:sz w:val="28"/>
          <w:szCs w:val="28"/>
          <w:lang w:val="kk-KZ"/>
        </w:rPr>
        <w:t>№ 110 сайлау учаскесі</w:t>
      </w:r>
    </w:p>
    <w:p w14:paraId="1E3E78BD" w14:textId="77777777" w:rsidR="00883B86" w:rsidRPr="00367C48" w:rsidRDefault="00883B86" w:rsidP="00883B86">
      <w:pPr>
        <w:jc w:val="center"/>
        <w:rPr>
          <w:rFonts w:eastAsia="Calibri"/>
          <w:sz w:val="28"/>
          <w:szCs w:val="28"/>
          <w:lang w:val="kk-KZ" w:eastAsia="en-US"/>
        </w:rPr>
      </w:pPr>
      <w:r w:rsidRPr="00367C48">
        <w:rPr>
          <w:sz w:val="28"/>
          <w:szCs w:val="28"/>
          <w:lang w:val="kk-KZ"/>
        </w:rPr>
        <w:t xml:space="preserve">(орталығы </w:t>
      </w:r>
      <w:r w:rsidRPr="00367C48">
        <w:rPr>
          <w:rFonts w:eastAsia="Calibri"/>
          <w:sz w:val="28"/>
          <w:szCs w:val="28"/>
          <w:lang w:val="kk-KZ" w:eastAsia="en-US"/>
        </w:rPr>
        <w:t xml:space="preserve">– Астана қаласы әкімдігінің «№ 97 «Сәби әлемі» балабақшасы» мемлекеттік коммуналдық қазыналық кәсіпорны, </w:t>
      </w:r>
    </w:p>
    <w:p w14:paraId="5DAAAA6C" w14:textId="77777777" w:rsidR="00883B86" w:rsidRPr="00367C48" w:rsidRDefault="00883B86" w:rsidP="00883B86">
      <w:pPr>
        <w:jc w:val="center"/>
        <w:rPr>
          <w:sz w:val="28"/>
          <w:szCs w:val="28"/>
          <w:lang w:val="kk-KZ"/>
        </w:rPr>
      </w:pPr>
      <w:r w:rsidRPr="00367C48">
        <w:rPr>
          <w:rFonts w:eastAsia="Calibri"/>
          <w:sz w:val="28"/>
          <w:szCs w:val="28"/>
          <w:lang w:val="kk-KZ" w:eastAsia="en-US"/>
        </w:rPr>
        <w:t>Ж. Досмұхамедұлы көшесі, № 2</w:t>
      </w:r>
      <w:r w:rsidRPr="00367C48">
        <w:rPr>
          <w:sz w:val="28"/>
          <w:szCs w:val="28"/>
          <w:lang w:val="kk-KZ"/>
        </w:rPr>
        <w:t>)</w:t>
      </w:r>
    </w:p>
    <w:p w14:paraId="7758E12D" w14:textId="77777777" w:rsidR="00883B86" w:rsidRPr="00367C48" w:rsidRDefault="00883B86" w:rsidP="00883B86">
      <w:pPr>
        <w:ind w:firstLine="709"/>
        <w:jc w:val="center"/>
        <w:rPr>
          <w:sz w:val="28"/>
          <w:szCs w:val="28"/>
          <w:lang w:val="kk-KZ"/>
        </w:rPr>
      </w:pPr>
    </w:p>
    <w:p w14:paraId="27C3636D" w14:textId="77777777" w:rsidR="00883B86" w:rsidRPr="00367C48" w:rsidRDefault="00883B86" w:rsidP="00883B86">
      <w:pPr>
        <w:ind w:firstLine="709"/>
        <w:jc w:val="both"/>
        <w:rPr>
          <w:sz w:val="28"/>
          <w:szCs w:val="28"/>
          <w:lang w:val="kk-KZ"/>
        </w:rPr>
      </w:pPr>
      <w:r w:rsidRPr="00367C48">
        <w:rPr>
          <w:sz w:val="28"/>
          <w:szCs w:val="28"/>
          <w:lang w:val="kk-KZ"/>
        </w:rPr>
        <w:t>Шекарасы: Ж. Досмұхамедұлы көшесі бойынша № 4, 4/1, 4/2, 6, 8, 10а,</w:t>
      </w:r>
      <w:r w:rsidRPr="00281F48">
        <w:rPr>
          <w:sz w:val="28"/>
          <w:szCs w:val="28"/>
          <w:lang w:val="kk-KZ"/>
        </w:rPr>
        <w:t xml:space="preserve"> </w:t>
      </w:r>
      <w:r w:rsidRPr="00281F48">
        <w:rPr>
          <w:sz w:val="28"/>
          <w:szCs w:val="28"/>
          <w:lang w:val="kk-KZ"/>
        </w:rPr>
        <w:br/>
      </w:r>
      <w:r w:rsidRPr="00367C48">
        <w:rPr>
          <w:sz w:val="28"/>
          <w:szCs w:val="28"/>
          <w:lang w:val="kk-KZ"/>
        </w:rPr>
        <w:t>12 үйлер.</w:t>
      </w:r>
    </w:p>
    <w:p w14:paraId="0DCA0B9E" w14:textId="77777777" w:rsidR="00883B86" w:rsidRPr="00367C48" w:rsidRDefault="00883B86" w:rsidP="00883B86">
      <w:pPr>
        <w:ind w:firstLine="709"/>
        <w:jc w:val="both"/>
        <w:rPr>
          <w:sz w:val="28"/>
          <w:szCs w:val="28"/>
          <w:lang w:val="kk-KZ"/>
        </w:rPr>
      </w:pPr>
    </w:p>
    <w:p w14:paraId="1B2C56A9" w14:textId="77777777" w:rsidR="00883B86" w:rsidRPr="00367C48" w:rsidRDefault="00883B86" w:rsidP="00883B86">
      <w:pPr>
        <w:ind w:firstLine="709"/>
        <w:jc w:val="center"/>
        <w:rPr>
          <w:sz w:val="28"/>
          <w:szCs w:val="28"/>
          <w:lang w:val="kk-KZ"/>
        </w:rPr>
      </w:pPr>
      <w:r w:rsidRPr="00367C48">
        <w:rPr>
          <w:sz w:val="28"/>
          <w:szCs w:val="28"/>
          <w:lang w:val="kk-KZ"/>
        </w:rPr>
        <w:t>№ 111 сайлау учаскесі</w:t>
      </w:r>
    </w:p>
    <w:p w14:paraId="0F0555F5"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«Құрылыс-техникалық колледжі» шаруашылық жүргізу құқығындағы мемлекеттік коммуналдық кәсіпорны, Ақжол даңғылы, № 53/3)</w:t>
      </w:r>
    </w:p>
    <w:p w14:paraId="5ABF5332" w14:textId="77777777" w:rsidR="00883B86" w:rsidRPr="00367C48" w:rsidRDefault="00883B86" w:rsidP="00883B86">
      <w:pPr>
        <w:ind w:firstLine="709"/>
        <w:jc w:val="center"/>
        <w:rPr>
          <w:sz w:val="28"/>
          <w:szCs w:val="28"/>
          <w:lang w:val="kk-KZ"/>
        </w:rPr>
      </w:pPr>
    </w:p>
    <w:p w14:paraId="78E79208" w14:textId="77777777" w:rsidR="00883B86" w:rsidRPr="00367C48" w:rsidRDefault="00883B86" w:rsidP="00883B86">
      <w:pPr>
        <w:ind w:firstLine="709"/>
        <w:jc w:val="both"/>
        <w:rPr>
          <w:sz w:val="28"/>
          <w:szCs w:val="28"/>
          <w:lang w:val="kk-KZ"/>
        </w:rPr>
      </w:pPr>
      <w:r w:rsidRPr="00367C48">
        <w:rPr>
          <w:sz w:val="28"/>
          <w:szCs w:val="28"/>
          <w:lang w:val="kk-KZ"/>
        </w:rPr>
        <w:t>Шекарасы: темір жолдан Алаш тас жолымен № 69 көшеге дейін,</w:t>
      </w:r>
      <w:r w:rsidRPr="00281F48">
        <w:rPr>
          <w:sz w:val="28"/>
          <w:szCs w:val="28"/>
          <w:lang w:val="kk-KZ"/>
        </w:rPr>
        <w:t xml:space="preserve"> </w:t>
      </w:r>
      <w:r w:rsidRPr="00281F48">
        <w:rPr>
          <w:sz w:val="28"/>
          <w:szCs w:val="28"/>
          <w:lang w:val="kk-KZ"/>
        </w:rPr>
        <w:br/>
      </w:r>
      <w:r w:rsidRPr="00367C48">
        <w:rPr>
          <w:sz w:val="28"/>
          <w:szCs w:val="28"/>
          <w:lang w:val="kk-KZ"/>
        </w:rPr>
        <w:t>№ 69 көшеден А. Пушкин көшесіне дейін, А. Пушкин көшесімен</w:t>
      </w:r>
      <w:r w:rsidRPr="00281F48">
        <w:rPr>
          <w:sz w:val="28"/>
          <w:szCs w:val="28"/>
          <w:lang w:val="kk-KZ"/>
        </w:rPr>
        <w:br/>
      </w:r>
      <w:r w:rsidRPr="00367C48">
        <w:rPr>
          <w:sz w:val="28"/>
          <w:szCs w:val="28"/>
          <w:lang w:val="kk-KZ"/>
        </w:rPr>
        <w:t>Жетіген көшесіне дейін, Жетіген көшесінің жұп сандар жағымен</w:t>
      </w:r>
      <w:r w:rsidRPr="00281F48">
        <w:rPr>
          <w:sz w:val="28"/>
          <w:szCs w:val="28"/>
          <w:lang w:val="kk-KZ"/>
        </w:rPr>
        <w:br/>
      </w:r>
      <w:r w:rsidRPr="00367C48">
        <w:rPr>
          <w:sz w:val="28"/>
          <w:szCs w:val="28"/>
          <w:lang w:val="kk-KZ"/>
        </w:rPr>
        <w:t>Ж. Досмұхамедұлы көшесіне дейін, Ж. Досмұхамедұлы көшесінің тақ сандар жағымен темір жолға дейін, темір жолмен Қоянды кентінің с</w:t>
      </w:r>
      <w:r>
        <w:rPr>
          <w:sz w:val="28"/>
          <w:szCs w:val="28"/>
          <w:lang w:val="kk-KZ"/>
        </w:rPr>
        <w:t>аяжай ал</w:t>
      </w:r>
      <w:r w:rsidRPr="00367C48">
        <w:rPr>
          <w:sz w:val="28"/>
          <w:szCs w:val="28"/>
          <w:lang w:val="kk-KZ"/>
        </w:rPr>
        <w:t>қаптарын қоса алғанда, Алаш тас жолына дейін.</w:t>
      </w:r>
    </w:p>
    <w:p w14:paraId="66DA3A2F" w14:textId="77777777" w:rsidR="00883B86" w:rsidRPr="00367C48" w:rsidRDefault="00883B86" w:rsidP="00883B86">
      <w:pPr>
        <w:ind w:firstLine="709"/>
        <w:jc w:val="both"/>
        <w:rPr>
          <w:sz w:val="28"/>
          <w:szCs w:val="28"/>
          <w:lang w:val="kk-KZ"/>
        </w:rPr>
      </w:pPr>
    </w:p>
    <w:p w14:paraId="5CF711E3" w14:textId="77777777" w:rsidR="00883B86" w:rsidRPr="00367C48" w:rsidRDefault="00883B86" w:rsidP="00883B86">
      <w:pPr>
        <w:ind w:firstLine="709"/>
        <w:jc w:val="center"/>
        <w:rPr>
          <w:sz w:val="28"/>
          <w:szCs w:val="28"/>
          <w:lang w:val="kk-KZ"/>
        </w:rPr>
      </w:pPr>
      <w:r w:rsidRPr="00367C48">
        <w:rPr>
          <w:sz w:val="28"/>
          <w:szCs w:val="28"/>
          <w:lang w:val="kk-KZ"/>
        </w:rPr>
        <w:t>№ 112 сайлау учаскесі</w:t>
      </w:r>
    </w:p>
    <w:p w14:paraId="0D761220"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12 жалпы орта білім беретін мектеп» коммуналдық мемлекеттік мекемесі, Қамысты көшесі, № 7)</w:t>
      </w:r>
    </w:p>
    <w:p w14:paraId="05A2153E" w14:textId="77777777" w:rsidR="00883B86" w:rsidRPr="00367C48" w:rsidRDefault="00883B86" w:rsidP="00883B86">
      <w:pPr>
        <w:ind w:firstLine="709"/>
        <w:jc w:val="center"/>
        <w:rPr>
          <w:sz w:val="28"/>
          <w:szCs w:val="28"/>
          <w:lang w:val="kk-KZ"/>
        </w:rPr>
      </w:pPr>
    </w:p>
    <w:p w14:paraId="3615A72B" w14:textId="77777777" w:rsidR="00883B86" w:rsidRPr="00367C48" w:rsidRDefault="00883B86" w:rsidP="00883B86">
      <w:pPr>
        <w:ind w:firstLine="709"/>
        <w:jc w:val="both"/>
        <w:rPr>
          <w:sz w:val="28"/>
          <w:szCs w:val="28"/>
          <w:lang w:val="kk-KZ"/>
        </w:rPr>
      </w:pPr>
      <w:r w:rsidRPr="00367C48">
        <w:rPr>
          <w:sz w:val="28"/>
          <w:szCs w:val="28"/>
          <w:lang w:val="kk-KZ"/>
        </w:rPr>
        <w:t>Шекарасы: Алаш тас жолынан солтүстік айналма жолмен № 85 көшеге дейін, № 85 көшеден № 13 мехколоннаға дейін, № 13 мехколоннадан Ойыл, Көкбастау, Айнатас, Жасыл, Байқадам, Балықты, Шет көшелеріндегі үйлерді қамти отырып, И. Чехоев көшесіне дейін, И. Чехоев көшесінен</w:t>
      </w:r>
      <w:r w:rsidRPr="00281F48">
        <w:rPr>
          <w:sz w:val="28"/>
          <w:szCs w:val="28"/>
          <w:lang w:val="kk-KZ"/>
        </w:rPr>
        <w:br/>
      </w:r>
      <w:r>
        <w:rPr>
          <w:sz w:val="28"/>
          <w:szCs w:val="28"/>
          <w:lang w:val="kk-KZ"/>
        </w:rPr>
        <w:t>А</w:t>
      </w:r>
      <w:r w:rsidRPr="00367C48">
        <w:rPr>
          <w:sz w:val="28"/>
          <w:szCs w:val="28"/>
          <w:lang w:val="kk-KZ"/>
        </w:rPr>
        <w:t>лаш тас жолымен солтүстік айналма жолға дейін.</w:t>
      </w:r>
    </w:p>
    <w:p w14:paraId="77BAE692" w14:textId="77777777" w:rsidR="00883B86" w:rsidRPr="00367C48" w:rsidRDefault="00883B86" w:rsidP="00883B86">
      <w:pPr>
        <w:rPr>
          <w:sz w:val="28"/>
          <w:szCs w:val="28"/>
          <w:lang w:val="kk-KZ"/>
        </w:rPr>
      </w:pPr>
    </w:p>
    <w:p w14:paraId="582C79F4" w14:textId="77777777" w:rsidR="00883B86" w:rsidRPr="00367C48" w:rsidRDefault="00883B86" w:rsidP="00883B86">
      <w:pPr>
        <w:ind w:firstLine="709"/>
        <w:jc w:val="center"/>
        <w:rPr>
          <w:sz w:val="28"/>
          <w:szCs w:val="28"/>
          <w:lang w:val="kk-KZ"/>
        </w:rPr>
      </w:pPr>
      <w:r w:rsidRPr="00367C48">
        <w:rPr>
          <w:sz w:val="28"/>
          <w:szCs w:val="28"/>
          <w:lang w:val="kk-KZ"/>
        </w:rPr>
        <w:t>№ 113 сайлау учаскесі</w:t>
      </w:r>
    </w:p>
    <w:p w14:paraId="3D4F7CDA"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«Барлыбек Сырттанұлы атындағы</w:t>
      </w:r>
      <w:r>
        <w:rPr>
          <w:sz w:val="28"/>
          <w:szCs w:val="28"/>
          <w:lang w:val="kk-KZ"/>
        </w:rPr>
        <w:t xml:space="preserve"> </w:t>
      </w:r>
      <w:r w:rsidRPr="00367C48">
        <w:rPr>
          <w:sz w:val="28"/>
          <w:szCs w:val="28"/>
          <w:lang w:val="kk-KZ"/>
        </w:rPr>
        <w:t>№ 34 жалпы орта білім беретін мектеп» коммуналдық мемлекеттік мекемесі,</w:t>
      </w:r>
    </w:p>
    <w:p w14:paraId="2D7590A9" w14:textId="77777777" w:rsidR="00883B86" w:rsidRPr="00367C48" w:rsidRDefault="00883B86" w:rsidP="00883B86">
      <w:pPr>
        <w:ind w:firstLine="709"/>
        <w:jc w:val="center"/>
        <w:rPr>
          <w:sz w:val="28"/>
          <w:szCs w:val="28"/>
          <w:lang w:val="kk-KZ"/>
        </w:rPr>
      </w:pPr>
      <w:r w:rsidRPr="00367C48">
        <w:rPr>
          <w:sz w:val="28"/>
          <w:szCs w:val="28"/>
          <w:lang w:val="kk-KZ"/>
        </w:rPr>
        <w:t>Тайбурыл көшесі, № 23)</w:t>
      </w:r>
    </w:p>
    <w:p w14:paraId="123B7897" w14:textId="77777777" w:rsidR="00883B86" w:rsidRPr="00367C48" w:rsidRDefault="00883B86" w:rsidP="00883B86">
      <w:pPr>
        <w:ind w:firstLine="709"/>
        <w:jc w:val="center"/>
        <w:rPr>
          <w:sz w:val="28"/>
          <w:szCs w:val="28"/>
          <w:lang w:val="kk-KZ"/>
        </w:rPr>
      </w:pPr>
    </w:p>
    <w:p w14:paraId="0E8E007E"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Алаш тас жолынан Ақжол даңғылының тақ сандар жағымен Мұнайшылар көшесіне дейін, Мұнайшылар көшесімен Жаңажол көшесіне дейін, Жаңажол көшесінің тақ сандар жағымен Ташкент көшесіне дейін, Ташкент көшесінің оң жағымен Игілік көшесіне дейін, Игілік көшесінің оң жағымен Тайбурыл көшесіне дейін, Тайбурыл көшесімен № 85 көшеге дейін, </w:t>
      </w:r>
      <w:r w:rsidRPr="00367C48">
        <w:rPr>
          <w:sz w:val="28"/>
          <w:szCs w:val="28"/>
          <w:lang w:val="kk-KZ"/>
        </w:rPr>
        <w:br/>
        <w:t>№ 85 көшенің бойымен № 13 мехколоннаға дейін, № 13 мехколоннадан Ақсай, Көктомар, Құрманғазы, Н. Гоголь, Жаңажол көшелерін қамти отырып, И. Чехоев көшесіне дейін, И. Чехоев көшесінің оң жағымен Алаш тас жолына дейін, Алаш тас жолымен темір жолға дейін.</w:t>
      </w:r>
    </w:p>
    <w:p w14:paraId="78B587C2" w14:textId="77777777" w:rsidR="00883B86" w:rsidRPr="00367C48" w:rsidRDefault="00883B86" w:rsidP="00883B86">
      <w:pPr>
        <w:ind w:firstLine="709"/>
        <w:jc w:val="both"/>
        <w:rPr>
          <w:sz w:val="28"/>
          <w:szCs w:val="28"/>
          <w:lang w:val="kk-KZ"/>
        </w:rPr>
      </w:pPr>
    </w:p>
    <w:p w14:paraId="67262133" w14:textId="77777777" w:rsidR="00883B86" w:rsidRPr="00367C48" w:rsidRDefault="00883B86" w:rsidP="00883B86">
      <w:pPr>
        <w:ind w:firstLine="709"/>
        <w:jc w:val="center"/>
        <w:rPr>
          <w:sz w:val="28"/>
          <w:szCs w:val="28"/>
          <w:lang w:val="kk-KZ"/>
        </w:rPr>
      </w:pPr>
      <w:r w:rsidRPr="00367C48">
        <w:rPr>
          <w:sz w:val="28"/>
          <w:szCs w:val="28"/>
          <w:lang w:val="kk-KZ"/>
        </w:rPr>
        <w:t>№ 114 сайлау учаскесі</w:t>
      </w:r>
    </w:p>
    <w:p w14:paraId="3CD487F4"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23 жалпы орта білім беретін мектеп» коммуналдық мемлекеттік мекемесі, Тайбурыл көшесі, № 17)</w:t>
      </w:r>
    </w:p>
    <w:p w14:paraId="40708118" w14:textId="77777777" w:rsidR="00883B86" w:rsidRPr="00367C48" w:rsidRDefault="00883B86" w:rsidP="00883B86">
      <w:pPr>
        <w:ind w:firstLine="709"/>
        <w:jc w:val="center"/>
        <w:rPr>
          <w:sz w:val="28"/>
          <w:szCs w:val="28"/>
          <w:lang w:val="kk-KZ"/>
        </w:rPr>
      </w:pPr>
    </w:p>
    <w:p w14:paraId="37154D50" w14:textId="77777777" w:rsidR="00883B86" w:rsidRPr="00367C48" w:rsidRDefault="00883B86" w:rsidP="00883B86">
      <w:pPr>
        <w:ind w:firstLine="709"/>
        <w:jc w:val="both"/>
        <w:rPr>
          <w:sz w:val="28"/>
          <w:szCs w:val="28"/>
          <w:lang w:val="kk-KZ"/>
        </w:rPr>
      </w:pPr>
      <w:r w:rsidRPr="00367C48">
        <w:rPr>
          <w:sz w:val="28"/>
          <w:szCs w:val="28"/>
          <w:lang w:val="kk-KZ"/>
        </w:rPr>
        <w:lastRenderedPageBreak/>
        <w:t>Шекарасы: Мұнайшылар көшесінен Жаңажол көшесінің жұп сандар жағымен Игілік көшесіне дейін, Игілік көшесінің сол жағымен Тайбурыл көшесіне дейін, Тайбурыл көшесінің жұп сандар жағымен № 85 көшеге дейін,</w:t>
      </w:r>
      <w:r w:rsidRPr="00281F48">
        <w:rPr>
          <w:sz w:val="28"/>
          <w:szCs w:val="28"/>
          <w:lang w:val="kk-KZ"/>
        </w:rPr>
        <w:t xml:space="preserve"> </w:t>
      </w:r>
      <w:r w:rsidRPr="00281F48">
        <w:rPr>
          <w:sz w:val="28"/>
          <w:szCs w:val="28"/>
          <w:lang w:val="kk-KZ"/>
        </w:rPr>
        <w:br/>
      </w:r>
      <w:r w:rsidRPr="00367C48">
        <w:rPr>
          <w:sz w:val="28"/>
          <w:szCs w:val="28"/>
          <w:lang w:val="kk-KZ"/>
        </w:rPr>
        <w:t>№ 85 көшенің бойымен Өндіріс көшесіне дейін, Өндіріс көшесімен Үшқоңыр көшесіне дейін, Үшқоңыр көшесінің жұп сандар жағымен Тайбурыл көшесіне дейін, Тайбурыл көшесінен темір жолға дейін, темір жолмен Мұнайшылар көшесіне дейін.</w:t>
      </w:r>
    </w:p>
    <w:p w14:paraId="4743B680" w14:textId="77777777" w:rsidR="00883B86" w:rsidRPr="00367C48" w:rsidRDefault="00883B86" w:rsidP="00883B86">
      <w:pPr>
        <w:ind w:firstLine="709"/>
        <w:jc w:val="both"/>
        <w:rPr>
          <w:sz w:val="28"/>
          <w:szCs w:val="28"/>
          <w:lang w:val="kk-KZ"/>
        </w:rPr>
      </w:pPr>
    </w:p>
    <w:p w14:paraId="0BBD2E6F" w14:textId="77777777" w:rsidR="00883B86" w:rsidRPr="00367C48" w:rsidRDefault="00883B86" w:rsidP="00883B86">
      <w:pPr>
        <w:ind w:firstLine="709"/>
        <w:jc w:val="center"/>
        <w:rPr>
          <w:sz w:val="28"/>
          <w:szCs w:val="28"/>
          <w:lang w:val="kk-KZ"/>
        </w:rPr>
      </w:pPr>
      <w:r w:rsidRPr="00367C48">
        <w:rPr>
          <w:sz w:val="28"/>
          <w:szCs w:val="28"/>
          <w:lang w:val="kk-KZ"/>
        </w:rPr>
        <w:t>№ 115 сайлау учаскесі</w:t>
      </w:r>
    </w:p>
    <w:p w14:paraId="73AB1B4F"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21 жалпы орта білім беретін мектеп» коммуналдық мемлекеттік мекемесі, Қ. Кемеңгерұлы көшесі, № 4)</w:t>
      </w:r>
    </w:p>
    <w:p w14:paraId="06438E61" w14:textId="77777777" w:rsidR="00883B86" w:rsidRPr="00367C48" w:rsidRDefault="00883B86" w:rsidP="00883B86">
      <w:pPr>
        <w:ind w:firstLine="709"/>
        <w:jc w:val="center"/>
        <w:rPr>
          <w:sz w:val="28"/>
          <w:szCs w:val="28"/>
          <w:lang w:val="kk-KZ"/>
        </w:rPr>
      </w:pPr>
    </w:p>
    <w:p w14:paraId="68B9C945" w14:textId="77777777" w:rsidR="00883B86" w:rsidRPr="00367C48" w:rsidRDefault="00883B86" w:rsidP="00883B86">
      <w:pPr>
        <w:ind w:firstLine="709"/>
        <w:jc w:val="both"/>
        <w:rPr>
          <w:sz w:val="28"/>
          <w:szCs w:val="28"/>
          <w:lang w:val="kk-KZ"/>
        </w:rPr>
      </w:pPr>
      <w:r w:rsidRPr="00367C48">
        <w:rPr>
          <w:sz w:val="28"/>
          <w:szCs w:val="28"/>
          <w:lang w:val="kk-KZ"/>
        </w:rPr>
        <w:t>Шекарасы: Сарыадыр орамынан Ақбидай көшесінің жұп сандар жағымен ГПП-500 қалалық төмендеткіш қосалқы станциясына дейін, оның аумағындағы үйлерді қамти отырып, Үшқоңыр көшесіне дейін,</w:t>
      </w:r>
      <w:r>
        <w:rPr>
          <w:sz w:val="28"/>
          <w:szCs w:val="28"/>
          <w:lang w:val="kk-KZ"/>
        </w:rPr>
        <w:t xml:space="preserve"> </w:t>
      </w:r>
      <w:r w:rsidRPr="00367C48">
        <w:rPr>
          <w:sz w:val="28"/>
          <w:szCs w:val="28"/>
          <w:lang w:val="kk-KZ"/>
        </w:rPr>
        <w:t>Үшқоңыр көшесімен Майтөбе көшесіне дейін, Майтөбе көшесімен темір жолға дейін, темір жолмен Ақбидай көшесіне дейін, Ақбидай көшесінің жұп сандар жағымен солтүстік айналма жолымен Сарыадыр орамына дейін.</w:t>
      </w:r>
    </w:p>
    <w:p w14:paraId="3A6B5873" w14:textId="77777777" w:rsidR="00883B86" w:rsidRPr="00367C48" w:rsidRDefault="00883B86" w:rsidP="00883B86">
      <w:pPr>
        <w:ind w:firstLine="709"/>
        <w:jc w:val="both"/>
        <w:rPr>
          <w:sz w:val="28"/>
          <w:szCs w:val="28"/>
          <w:lang w:val="kk-KZ"/>
        </w:rPr>
      </w:pPr>
    </w:p>
    <w:p w14:paraId="432CFB56" w14:textId="77777777" w:rsidR="00883B86" w:rsidRPr="00367C48" w:rsidRDefault="00883B86" w:rsidP="00883B86">
      <w:pPr>
        <w:ind w:firstLine="709"/>
        <w:jc w:val="center"/>
        <w:rPr>
          <w:sz w:val="28"/>
          <w:szCs w:val="28"/>
          <w:lang w:val="kk-KZ"/>
        </w:rPr>
      </w:pPr>
      <w:r w:rsidRPr="00367C48">
        <w:rPr>
          <w:sz w:val="28"/>
          <w:szCs w:val="28"/>
          <w:lang w:val="kk-KZ"/>
        </w:rPr>
        <w:t>№ 116 сайлау учаскесі</w:t>
      </w:r>
    </w:p>
    <w:p w14:paraId="2FB2D7A1" w14:textId="77777777" w:rsidR="00883B86" w:rsidRPr="00367C48" w:rsidRDefault="00883B86" w:rsidP="00883B86">
      <w:pPr>
        <w:ind w:firstLine="709"/>
        <w:jc w:val="center"/>
        <w:rPr>
          <w:sz w:val="28"/>
          <w:szCs w:val="28"/>
          <w:lang w:val="kk-KZ"/>
        </w:rPr>
      </w:pPr>
      <w:r w:rsidRPr="00367C48">
        <w:rPr>
          <w:sz w:val="28"/>
          <w:szCs w:val="28"/>
          <w:lang w:val="kk-KZ"/>
        </w:rPr>
        <w:t>(орталығы – Астана қаласы әкімдігінің «№ 21 жалпы орта білім беретін мектеп» коммуналдық мемлекеттік мекемесі, Қ. Кемеңгерұлы көшесі, № 4)</w:t>
      </w:r>
    </w:p>
    <w:p w14:paraId="7B06F69A" w14:textId="77777777" w:rsidR="00883B86" w:rsidRPr="00367C48" w:rsidRDefault="00883B86" w:rsidP="00883B86">
      <w:pPr>
        <w:ind w:firstLine="709"/>
        <w:jc w:val="center"/>
        <w:rPr>
          <w:sz w:val="28"/>
          <w:szCs w:val="28"/>
          <w:lang w:val="kk-KZ"/>
        </w:rPr>
      </w:pPr>
    </w:p>
    <w:p w14:paraId="552F7E36"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Ақбидай көшесінен Сарыадыр орамының жұп сандар жағымен, Сарыадыр орамындағы </w:t>
      </w:r>
      <w:r>
        <w:rPr>
          <w:sz w:val="28"/>
          <w:szCs w:val="28"/>
          <w:lang w:val="kk-KZ"/>
        </w:rPr>
        <w:t xml:space="preserve">№ </w:t>
      </w:r>
      <w:r w:rsidRPr="00367C48">
        <w:rPr>
          <w:sz w:val="28"/>
          <w:szCs w:val="28"/>
          <w:lang w:val="kk-KZ"/>
        </w:rPr>
        <w:t>12, 16, 34А үйлерді қоспағанда, Қ. Кемеңгерұлы көшесіне дейін, Қ. Кемеңгерұлы көшесінің тақ сандар жағымен Шортанды көшесіне дейін, Шортанды көшесінің жұп сандар жағымен Шиелі көшесіне дейін, Ш</w:t>
      </w:r>
      <w:r>
        <w:rPr>
          <w:sz w:val="28"/>
          <w:szCs w:val="28"/>
          <w:lang w:val="kk-KZ"/>
        </w:rPr>
        <w:t>иелі көшесінің тақ</w:t>
      </w:r>
      <w:r w:rsidRPr="00367C48">
        <w:rPr>
          <w:sz w:val="28"/>
          <w:szCs w:val="28"/>
          <w:lang w:val="kk-KZ"/>
        </w:rPr>
        <w:t xml:space="preserve"> сандар жағымен И. Крылов орамына дейін,</w:t>
      </w:r>
      <w:r w:rsidRPr="00281F48">
        <w:rPr>
          <w:sz w:val="28"/>
          <w:szCs w:val="28"/>
          <w:lang w:val="kk-KZ"/>
        </w:rPr>
        <w:t xml:space="preserve"> </w:t>
      </w:r>
      <w:r w:rsidRPr="00281F48">
        <w:rPr>
          <w:sz w:val="28"/>
          <w:szCs w:val="28"/>
          <w:lang w:val="kk-KZ"/>
        </w:rPr>
        <w:br/>
      </w:r>
      <w:r w:rsidRPr="00367C48">
        <w:rPr>
          <w:sz w:val="28"/>
          <w:szCs w:val="28"/>
          <w:lang w:val="kk-KZ"/>
        </w:rPr>
        <w:t>И. Крылов орамының жұп сандар жағымен Ю. Малахов көшесіне дейін,</w:t>
      </w:r>
      <w:r w:rsidRPr="00281F48">
        <w:rPr>
          <w:sz w:val="28"/>
          <w:szCs w:val="28"/>
          <w:lang w:val="kk-KZ"/>
        </w:rPr>
        <w:t xml:space="preserve"> </w:t>
      </w:r>
      <w:r w:rsidRPr="00281F48">
        <w:rPr>
          <w:sz w:val="28"/>
          <w:szCs w:val="28"/>
          <w:lang w:val="kk-KZ"/>
        </w:rPr>
        <w:br/>
      </w:r>
      <w:r w:rsidRPr="00367C48">
        <w:rPr>
          <w:sz w:val="28"/>
          <w:szCs w:val="28"/>
          <w:lang w:val="kk-KZ"/>
        </w:rPr>
        <w:t xml:space="preserve">Ю. Малахов көшесінің жұп сандар жағымен темір жолға дейін, темір жол бойымен Ақбидай көшесіне дейін, Ақбидай көшесінің тақ сандар жағымен, Ақбидай көшесіндегі </w:t>
      </w:r>
      <w:r>
        <w:rPr>
          <w:sz w:val="28"/>
          <w:szCs w:val="28"/>
          <w:lang w:val="kk-KZ"/>
        </w:rPr>
        <w:t xml:space="preserve">№ </w:t>
      </w:r>
      <w:r w:rsidRPr="00367C48">
        <w:rPr>
          <w:sz w:val="28"/>
          <w:szCs w:val="28"/>
          <w:lang w:val="kk-KZ"/>
        </w:rPr>
        <w:t>2, 4 үйлерді қоса алғанда, Сарыадыр орамына дейін.</w:t>
      </w:r>
    </w:p>
    <w:p w14:paraId="1A09B8A8" w14:textId="77777777" w:rsidR="00883B86" w:rsidRPr="00367C48" w:rsidRDefault="00883B86" w:rsidP="00883B86">
      <w:pPr>
        <w:tabs>
          <w:tab w:val="left" w:pos="3960"/>
        </w:tabs>
        <w:spacing w:after="160" w:line="259" w:lineRule="auto"/>
        <w:rPr>
          <w:sz w:val="28"/>
          <w:szCs w:val="28"/>
          <w:lang w:val="kk-KZ"/>
        </w:rPr>
      </w:pPr>
      <w:r w:rsidRPr="00367C48">
        <w:rPr>
          <w:sz w:val="28"/>
          <w:szCs w:val="28"/>
          <w:lang w:val="kk-KZ"/>
        </w:rPr>
        <w:tab/>
      </w:r>
    </w:p>
    <w:p w14:paraId="019896FE" w14:textId="01783F69" w:rsidR="00883B86" w:rsidRPr="00367C48" w:rsidRDefault="00883B86" w:rsidP="00536860">
      <w:pPr>
        <w:spacing w:after="160" w:line="259" w:lineRule="auto"/>
        <w:jc w:val="center"/>
        <w:rPr>
          <w:sz w:val="28"/>
          <w:szCs w:val="28"/>
          <w:lang w:val="kk-KZ"/>
        </w:rPr>
      </w:pPr>
      <w:r w:rsidRPr="00367C48">
        <w:rPr>
          <w:sz w:val="28"/>
          <w:szCs w:val="28"/>
          <w:lang w:val="kk-KZ"/>
        </w:rPr>
        <w:t>№ 117 сайлау учаскесі</w:t>
      </w:r>
    </w:p>
    <w:p w14:paraId="55E53C22"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5640B51E"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0B7125A8" w14:textId="77777777" w:rsidR="00883B86" w:rsidRPr="00367C48" w:rsidRDefault="00883B86" w:rsidP="00883B86">
      <w:pPr>
        <w:ind w:firstLine="709"/>
        <w:jc w:val="center"/>
        <w:rPr>
          <w:sz w:val="28"/>
          <w:szCs w:val="28"/>
          <w:lang w:val="kk-KZ"/>
        </w:rPr>
      </w:pPr>
      <w:r w:rsidRPr="00367C48">
        <w:rPr>
          <w:sz w:val="28"/>
          <w:szCs w:val="28"/>
          <w:lang w:val="kk-KZ"/>
        </w:rPr>
        <w:t>Сарыадыр орамы, № 3)</w:t>
      </w:r>
    </w:p>
    <w:p w14:paraId="0EBE44C6" w14:textId="77777777" w:rsidR="00883B86" w:rsidRPr="00367C48" w:rsidRDefault="00883B86" w:rsidP="00883B86">
      <w:pPr>
        <w:ind w:firstLine="709"/>
        <w:jc w:val="center"/>
        <w:rPr>
          <w:sz w:val="28"/>
          <w:szCs w:val="28"/>
          <w:lang w:val="kk-KZ"/>
        </w:rPr>
      </w:pPr>
    </w:p>
    <w:p w14:paraId="34610FE3" w14:textId="77777777" w:rsidR="00883B86" w:rsidRPr="00367C48" w:rsidRDefault="00883B86" w:rsidP="00883B86">
      <w:pPr>
        <w:ind w:firstLine="709"/>
        <w:jc w:val="both"/>
        <w:rPr>
          <w:sz w:val="28"/>
          <w:szCs w:val="28"/>
          <w:lang w:val="kk-KZ"/>
        </w:rPr>
      </w:pPr>
      <w:r w:rsidRPr="00367C48">
        <w:rPr>
          <w:sz w:val="28"/>
          <w:szCs w:val="28"/>
          <w:lang w:val="kk-KZ"/>
        </w:rPr>
        <w:t xml:space="preserve">Шекарасы: Өндіріс көшесінен Ақбидай көшесінің тақ сандар жағымен Сарыадыр орамына дейін, Сарыадыр орамымен Сарыадыр орамындағы </w:t>
      </w:r>
      <w:r w:rsidRPr="00367C48">
        <w:rPr>
          <w:sz w:val="28"/>
          <w:szCs w:val="28"/>
          <w:lang w:val="kk-KZ"/>
        </w:rPr>
        <w:br/>
        <w:t xml:space="preserve">№ 12, 16, 34А үйлерді қамтып, Қ. Кемеңгерұлы көшесіне дейін, Қ. Кемеңгерұлы көшесінің жұп сандар жағымен Шортанды көшесіне дейін, Шортанды көшесінің тақ сандар жағымен Шиелі көшесіне дейін, Шиелі көшесінің жұп сандар </w:t>
      </w:r>
      <w:r w:rsidRPr="00367C48">
        <w:rPr>
          <w:sz w:val="28"/>
          <w:szCs w:val="28"/>
          <w:lang w:val="kk-KZ"/>
        </w:rPr>
        <w:lastRenderedPageBreak/>
        <w:t>жағымен И. Крылов орамына дейін, И. Крылов орамының тақ сандар жағы</w:t>
      </w:r>
      <w:r>
        <w:rPr>
          <w:sz w:val="28"/>
          <w:szCs w:val="28"/>
          <w:lang w:val="kk-KZ"/>
        </w:rPr>
        <w:t>мен</w:t>
      </w:r>
      <w:r w:rsidRPr="00367C48">
        <w:rPr>
          <w:sz w:val="28"/>
          <w:szCs w:val="28"/>
          <w:lang w:val="kk-KZ"/>
        </w:rPr>
        <w:t xml:space="preserve"> Сусамыр көшесіне дейін, Сусамыр көшесінің жұп сандар жағымен </w:t>
      </w:r>
      <w:r w:rsidRPr="00367C48">
        <w:rPr>
          <w:sz w:val="28"/>
          <w:szCs w:val="28"/>
          <w:lang w:val="kk-KZ"/>
        </w:rPr>
        <w:br/>
        <w:t>Қ. Кемеңгерұлы көшесіне дейін, Қ. Кемеңгерұлы көшесінің тақ сандар жағымен Т. Тоқтаров көшесіне дейін, Т. Тоқтаров көшесінің жұп сандар жағымен Өндіріс көшесіне дейін, Өндіріс көшесінің тақ сандар жағымен Ақбидай көшесіне дейін.</w:t>
      </w:r>
    </w:p>
    <w:p w14:paraId="0AAB3489" w14:textId="77777777" w:rsidR="00883B86" w:rsidRPr="00367C48" w:rsidRDefault="00883B86" w:rsidP="00883B86">
      <w:pPr>
        <w:ind w:firstLine="709"/>
        <w:jc w:val="both"/>
        <w:rPr>
          <w:sz w:val="28"/>
          <w:szCs w:val="28"/>
          <w:lang w:val="kk-KZ"/>
        </w:rPr>
      </w:pPr>
    </w:p>
    <w:p w14:paraId="650B20AB" w14:textId="77777777" w:rsidR="00883B86" w:rsidRPr="00367C48" w:rsidRDefault="00883B86" w:rsidP="00883B86">
      <w:pPr>
        <w:ind w:firstLine="709"/>
        <w:jc w:val="center"/>
        <w:rPr>
          <w:sz w:val="28"/>
          <w:szCs w:val="28"/>
          <w:lang w:val="kk-KZ"/>
        </w:rPr>
      </w:pPr>
      <w:r w:rsidRPr="00367C48">
        <w:rPr>
          <w:sz w:val="28"/>
          <w:szCs w:val="28"/>
          <w:lang w:val="kk-KZ"/>
        </w:rPr>
        <w:t>№ 118 сайлау учаскесі</w:t>
      </w:r>
    </w:p>
    <w:p w14:paraId="76F12319"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1BDC7444"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736503AE" w14:textId="77777777" w:rsidR="00883B86" w:rsidRPr="00367C48" w:rsidRDefault="00883B86" w:rsidP="00883B86">
      <w:pPr>
        <w:ind w:firstLine="709"/>
        <w:jc w:val="center"/>
        <w:rPr>
          <w:sz w:val="28"/>
          <w:szCs w:val="28"/>
          <w:lang w:val="kk-KZ"/>
        </w:rPr>
      </w:pPr>
      <w:r w:rsidRPr="00367C48">
        <w:rPr>
          <w:sz w:val="28"/>
          <w:szCs w:val="28"/>
          <w:lang w:val="kk-KZ"/>
        </w:rPr>
        <w:t>Сарыадыр орамы, № 3)</w:t>
      </w:r>
    </w:p>
    <w:p w14:paraId="054B2625" w14:textId="77777777" w:rsidR="00883B86" w:rsidRPr="00367C48" w:rsidRDefault="00883B86" w:rsidP="00883B86">
      <w:pPr>
        <w:ind w:firstLine="709"/>
        <w:jc w:val="center"/>
        <w:rPr>
          <w:sz w:val="28"/>
          <w:szCs w:val="28"/>
          <w:lang w:val="kk-KZ"/>
        </w:rPr>
      </w:pPr>
    </w:p>
    <w:p w14:paraId="2F031DB4" w14:textId="21BE0153" w:rsidR="00883B86" w:rsidRPr="006305EC" w:rsidRDefault="00883B86" w:rsidP="00883B86">
      <w:pPr>
        <w:ind w:firstLine="709"/>
        <w:jc w:val="both"/>
        <w:rPr>
          <w:sz w:val="28"/>
          <w:szCs w:val="28"/>
          <w:lang w:val="kk-KZ"/>
        </w:rPr>
      </w:pPr>
      <w:r w:rsidRPr="00367C48">
        <w:rPr>
          <w:sz w:val="28"/>
          <w:szCs w:val="28"/>
          <w:lang w:val="kk-KZ"/>
        </w:rPr>
        <w:t xml:space="preserve">Шекарасы: </w:t>
      </w:r>
      <w:r w:rsidRPr="00E61DB7">
        <w:rPr>
          <w:sz w:val="28"/>
          <w:szCs w:val="28"/>
          <w:lang w:val="kk-KZ"/>
        </w:rPr>
        <w:t>Өндіріс тасжолынан Мұнайшылар кентін қоса алғанда Ақбидай көшесінің тақ сандар жағымен Өндіріс тасжолына дейін, Өндіріс тасжолының жұп сандар жағымен Өзен көшесіне дейін, Өндіріс тасжолына іргелес орналасқан үйлерді қамти отырып, Өзен көшесімен Қ. Кемеңгерұлы көшесіне дейін, Қ. Кемеңгерұлы көшесінің жұп сандар жағымен Т. Тоқтаров көшесіне дейін, Т. Тоқтаров көшесінің тақ сандар жағымен Өндіріс тасжолына дейін, Өндіріс тасжолының жұп сандар жағымен Ақбидай көшесіне дейін.</w:t>
      </w:r>
    </w:p>
    <w:p w14:paraId="25974813" w14:textId="77777777" w:rsidR="00883B86" w:rsidRDefault="00883B86" w:rsidP="00883B86">
      <w:pPr>
        <w:ind w:firstLine="709"/>
        <w:jc w:val="center"/>
        <w:rPr>
          <w:sz w:val="28"/>
          <w:szCs w:val="28"/>
          <w:lang w:val="kk-KZ"/>
        </w:rPr>
      </w:pPr>
    </w:p>
    <w:p w14:paraId="37B4D7E5" w14:textId="77777777" w:rsidR="00883B86" w:rsidRPr="00367C48" w:rsidRDefault="00883B86" w:rsidP="00883B86">
      <w:pPr>
        <w:ind w:firstLine="709"/>
        <w:jc w:val="center"/>
        <w:rPr>
          <w:sz w:val="28"/>
          <w:szCs w:val="28"/>
          <w:lang w:val="kk-KZ"/>
        </w:rPr>
      </w:pPr>
      <w:r w:rsidRPr="00367C48">
        <w:rPr>
          <w:sz w:val="28"/>
          <w:szCs w:val="28"/>
          <w:lang w:val="kk-KZ"/>
        </w:rPr>
        <w:t>№ 119 сайлау учаскесі</w:t>
      </w:r>
    </w:p>
    <w:p w14:paraId="2FCB419C"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Астана қаласы әкімдігінің «Қошке Кемеңгерұлы атындағы </w:t>
      </w:r>
    </w:p>
    <w:p w14:paraId="23A0DA36" w14:textId="77777777" w:rsidR="00883B86" w:rsidRPr="00367C48" w:rsidRDefault="00883B86" w:rsidP="00883B86">
      <w:pPr>
        <w:ind w:firstLine="709"/>
        <w:jc w:val="center"/>
        <w:rPr>
          <w:sz w:val="28"/>
          <w:szCs w:val="28"/>
          <w:lang w:val="kk-KZ"/>
        </w:rPr>
      </w:pPr>
      <w:r w:rsidRPr="00367C48">
        <w:rPr>
          <w:sz w:val="28"/>
          <w:szCs w:val="28"/>
          <w:lang w:val="kk-KZ"/>
        </w:rPr>
        <w:t xml:space="preserve">№ 49 мектеп-гимназия» коммуналдық мемлекеттік мекемесі, </w:t>
      </w:r>
    </w:p>
    <w:p w14:paraId="6CE0099B" w14:textId="77777777" w:rsidR="00883B86" w:rsidRPr="00367C48" w:rsidRDefault="00883B86" w:rsidP="00883B86">
      <w:pPr>
        <w:ind w:firstLine="709"/>
        <w:jc w:val="center"/>
        <w:rPr>
          <w:sz w:val="28"/>
          <w:szCs w:val="28"/>
          <w:lang w:val="kk-KZ"/>
        </w:rPr>
      </w:pPr>
      <w:r w:rsidRPr="00367C48">
        <w:rPr>
          <w:sz w:val="28"/>
          <w:szCs w:val="28"/>
          <w:lang w:val="kk-KZ"/>
        </w:rPr>
        <w:t>Сарыадыр орамы, № 3)</w:t>
      </w:r>
    </w:p>
    <w:p w14:paraId="69DD5DCA" w14:textId="77777777" w:rsidR="00883B86" w:rsidRPr="00367C48" w:rsidRDefault="00883B86" w:rsidP="00883B86">
      <w:pPr>
        <w:ind w:firstLine="709"/>
        <w:jc w:val="center"/>
        <w:rPr>
          <w:sz w:val="28"/>
          <w:szCs w:val="28"/>
          <w:lang w:val="kk-KZ"/>
        </w:rPr>
      </w:pPr>
    </w:p>
    <w:p w14:paraId="6C641088" w14:textId="77777777" w:rsidR="00883B86" w:rsidRPr="00367C48" w:rsidRDefault="00883B86" w:rsidP="00883B86">
      <w:pPr>
        <w:ind w:firstLine="709"/>
        <w:jc w:val="both"/>
        <w:rPr>
          <w:sz w:val="28"/>
          <w:szCs w:val="28"/>
          <w:lang w:val="kk-KZ"/>
        </w:rPr>
      </w:pPr>
      <w:r w:rsidRPr="00367C48">
        <w:rPr>
          <w:sz w:val="28"/>
          <w:szCs w:val="28"/>
          <w:lang w:val="kk-KZ"/>
        </w:rPr>
        <w:t>Шекарасы: темір жолдан Ю. Малахов көшесіне дейін, Ю. Малахов көшесінің тақ сандар жағымен Сусамыр көшесіне дейін, Сусамыр көшесінің тақ сандар жағы</w:t>
      </w:r>
      <w:r>
        <w:rPr>
          <w:sz w:val="28"/>
          <w:szCs w:val="28"/>
          <w:lang w:val="kk-KZ"/>
        </w:rPr>
        <w:t>мен</w:t>
      </w:r>
      <w:r w:rsidRPr="00367C48">
        <w:rPr>
          <w:sz w:val="28"/>
          <w:szCs w:val="28"/>
          <w:lang w:val="kk-KZ"/>
        </w:rPr>
        <w:t xml:space="preserve"> Өзен көшесіне дейін, Өзен көшесінен Өндіріс көшесіне дейін, Өндіріс көшесінің тақ сандар жағымен Автоматика тұрғын алабының</w:t>
      </w:r>
      <w:r w:rsidRPr="00281F48">
        <w:rPr>
          <w:sz w:val="28"/>
          <w:szCs w:val="28"/>
          <w:lang w:val="kk-KZ"/>
        </w:rPr>
        <w:br/>
      </w:r>
      <w:r w:rsidRPr="00367C48">
        <w:rPr>
          <w:sz w:val="28"/>
          <w:szCs w:val="28"/>
          <w:lang w:val="kk-KZ"/>
        </w:rPr>
        <w:t>39-разъезін және оған іргелес үйлерді қоса алғанда, темір жолға дейін, темір жол бойымен Ю. Малахов көшесіне дейін.</w:t>
      </w:r>
    </w:p>
    <w:p w14:paraId="62E28986" w14:textId="77777777" w:rsidR="001901EE" w:rsidRDefault="001901EE" w:rsidP="00536860">
      <w:pPr>
        <w:rPr>
          <w:sz w:val="28"/>
          <w:szCs w:val="28"/>
          <w:lang w:val="kk-KZ"/>
        </w:rPr>
      </w:pPr>
    </w:p>
    <w:p w14:paraId="52397FCE" w14:textId="7A6DD29E" w:rsidR="00883B86" w:rsidRPr="00367C48" w:rsidRDefault="00883B86" w:rsidP="00883B86">
      <w:pPr>
        <w:ind w:firstLine="709"/>
        <w:jc w:val="center"/>
        <w:rPr>
          <w:sz w:val="28"/>
          <w:szCs w:val="28"/>
          <w:lang w:val="kk-KZ"/>
        </w:rPr>
      </w:pPr>
      <w:r w:rsidRPr="00367C48">
        <w:rPr>
          <w:sz w:val="28"/>
          <w:szCs w:val="28"/>
          <w:lang w:val="kk-KZ"/>
        </w:rPr>
        <w:t>№ 120 сайлау учаскесі</w:t>
      </w:r>
    </w:p>
    <w:p w14:paraId="02E8D9CE" w14:textId="77777777" w:rsidR="00883B86" w:rsidRPr="00367C48" w:rsidRDefault="00883B86" w:rsidP="00883B86">
      <w:pPr>
        <w:ind w:firstLine="709"/>
        <w:jc w:val="center"/>
        <w:rPr>
          <w:sz w:val="28"/>
          <w:szCs w:val="28"/>
          <w:lang w:val="kk-KZ"/>
        </w:rPr>
      </w:pPr>
      <w:r w:rsidRPr="00367C48">
        <w:rPr>
          <w:sz w:val="28"/>
          <w:szCs w:val="28"/>
          <w:lang w:val="kk-KZ"/>
        </w:rPr>
        <w:t xml:space="preserve">(орталығы – «Қазақстан Республикасы Ұлттық ұланының № 6636 әскери бөлімі» республикалық мемлекеттік мекемесі, </w:t>
      </w:r>
    </w:p>
    <w:p w14:paraId="39F870C1" w14:textId="77777777" w:rsidR="00883B86" w:rsidRPr="00367C48" w:rsidRDefault="00883B86" w:rsidP="00883B86">
      <w:pPr>
        <w:ind w:firstLine="709"/>
        <w:jc w:val="center"/>
        <w:rPr>
          <w:sz w:val="28"/>
          <w:szCs w:val="28"/>
          <w:lang w:val="kk-KZ"/>
        </w:rPr>
      </w:pPr>
      <w:r w:rsidRPr="00367C48">
        <w:rPr>
          <w:sz w:val="28"/>
          <w:szCs w:val="28"/>
          <w:lang w:val="kk-KZ"/>
        </w:rPr>
        <w:t>Ж. Досмұхамедұлы көшесі, № 10а)</w:t>
      </w:r>
    </w:p>
    <w:p w14:paraId="0B0A6972" w14:textId="77777777" w:rsidR="00883B86" w:rsidRPr="00367C48" w:rsidRDefault="00883B86" w:rsidP="00883B86">
      <w:pPr>
        <w:ind w:firstLine="709"/>
        <w:jc w:val="center"/>
        <w:rPr>
          <w:sz w:val="28"/>
          <w:szCs w:val="28"/>
          <w:lang w:val="kk-KZ"/>
        </w:rPr>
      </w:pPr>
    </w:p>
    <w:p w14:paraId="297BEFEA" w14:textId="77777777" w:rsidR="00883B86" w:rsidRPr="00367C48" w:rsidRDefault="00883B86" w:rsidP="00883B86">
      <w:pPr>
        <w:ind w:firstLine="709"/>
        <w:jc w:val="both"/>
        <w:rPr>
          <w:sz w:val="28"/>
          <w:szCs w:val="28"/>
          <w:lang w:val="kk-KZ"/>
        </w:rPr>
      </w:pPr>
      <w:r w:rsidRPr="00367C48">
        <w:rPr>
          <w:sz w:val="28"/>
          <w:szCs w:val="28"/>
          <w:lang w:val="kk-KZ"/>
        </w:rPr>
        <w:t>Шекарасы: Ж. Досмұхамедұлы көшесі, № 10а.</w:t>
      </w:r>
    </w:p>
    <w:p w14:paraId="12AFB203" w14:textId="77777777" w:rsidR="00883B86" w:rsidRPr="00367C48" w:rsidRDefault="00883B86" w:rsidP="00883B86">
      <w:pPr>
        <w:ind w:firstLine="709"/>
        <w:jc w:val="both"/>
        <w:rPr>
          <w:sz w:val="28"/>
          <w:szCs w:val="28"/>
          <w:lang w:val="kk-KZ"/>
        </w:rPr>
      </w:pPr>
    </w:p>
    <w:p w14:paraId="794CD3EF" w14:textId="77777777" w:rsidR="00883B86" w:rsidRPr="00367C48" w:rsidRDefault="00883B86" w:rsidP="00883B86">
      <w:pPr>
        <w:ind w:firstLine="709"/>
        <w:jc w:val="center"/>
        <w:rPr>
          <w:sz w:val="28"/>
          <w:szCs w:val="28"/>
          <w:lang w:val="kk-KZ"/>
        </w:rPr>
      </w:pPr>
      <w:r w:rsidRPr="00367C48">
        <w:rPr>
          <w:sz w:val="28"/>
          <w:szCs w:val="28"/>
          <w:lang w:val="kk-KZ"/>
        </w:rPr>
        <w:t>№ 121 сайлау учаскесі</w:t>
      </w:r>
    </w:p>
    <w:p w14:paraId="136B7688" w14:textId="77777777" w:rsidR="00883B86" w:rsidRPr="00367C48" w:rsidRDefault="00883B86" w:rsidP="00883B86">
      <w:pPr>
        <w:ind w:firstLine="709"/>
        <w:jc w:val="center"/>
        <w:rPr>
          <w:sz w:val="28"/>
          <w:szCs w:val="28"/>
          <w:lang w:val="kk-KZ"/>
        </w:rPr>
      </w:pPr>
      <w:r w:rsidRPr="00367C48">
        <w:rPr>
          <w:sz w:val="28"/>
          <w:szCs w:val="28"/>
          <w:lang w:val="kk-KZ"/>
        </w:rPr>
        <w:t>(орталығы – Қазақстан Республикасы Ішкі істер министрлігі Қылмыстық-атқару жүйесі комитетінің «№ 64 мекеме» республикалық мемлекеттік мекемесі, Алаш тас жолы, № 30/1)</w:t>
      </w:r>
    </w:p>
    <w:p w14:paraId="1CAEF8E1" w14:textId="77777777" w:rsidR="00883B86" w:rsidRPr="00367C48" w:rsidRDefault="00883B86" w:rsidP="00883B86">
      <w:pPr>
        <w:ind w:firstLine="709"/>
        <w:jc w:val="center"/>
        <w:rPr>
          <w:sz w:val="28"/>
          <w:szCs w:val="28"/>
          <w:lang w:val="kk-KZ"/>
        </w:rPr>
      </w:pPr>
    </w:p>
    <w:p w14:paraId="7F8E8F6C" w14:textId="77777777" w:rsidR="00883B86" w:rsidRPr="00367C48" w:rsidRDefault="00883B86" w:rsidP="00883B86">
      <w:pPr>
        <w:ind w:firstLine="709"/>
        <w:jc w:val="both"/>
        <w:rPr>
          <w:sz w:val="28"/>
          <w:szCs w:val="28"/>
          <w:lang w:val="kk-KZ"/>
        </w:rPr>
      </w:pPr>
      <w:r w:rsidRPr="00367C48">
        <w:rPr>
          <w:sz w:val="28"/>
          <w:szCs w:val="28"/>
          <w:lang w:val="kk-KZ"/>
        </w:rPr>
        <w:t>Шекарасы: Алаш тас жолы, № 30/1.</w:t>
      </w:r>
    </w:p>
    <w:p w14:paraId="1B213193" w14:textId="77777777" w:rsidR="00883B86" w:rsidRPr="00367C48" w:rsidRDefault="00883B86" w:rsidP="00883B86">
      <w:pPr>
        <w:ind w:firstLine="709"/>
        <w:jc w:val="center"/>
        <w:rPr>
          <w:sz w:val="28"/>
          <w:szCs w:val="28"/>
          <w:lang w:val="kk-KZ"/>
        </w:rPr>
      </w:pPr>
    </w:p>
    <w:p w14:paraId="63779A4F" w14:textId="77777777" w:rsidR="00883B86" w:rsidRPr="00367C48" w:rsidRDefault="00883B86" w:rsidP="00883B86">
      <w:pPr>
        <w:ind w:firstLine="709"/>
        <w:jc w:val="center"/>
        <w:rPr>
          <w:sz w:val="28"/>
          <w:szCs w:val="28"/>
          <w:lang w:val="kk-KZ"/>
        </w:rPr>
      </w:pPr>
      <w:r w:rsidRPr="00367C48">
        <w:rPr>
          <w:sz w:val="28"/>
          <w:szCs w:val="28"/>
          <w:lang w:val="kk-KZ"/>
        </w:rPr>
        <w:lastRenderedPageBreak/>
        <w:t>№ 122 сайлау учаскесі</w:t>
      </w:r>
    </w:p>
    <w:p w14:paraId="7E67B498" w14:textId="77777777" w:rsidR="00883B86" w:rsidRPr="00367C48" w:rsidRDefault="00883B86" w:rsidP="00883B86">
      <w:pPr>
        <w:ind w:firstLine="709"/>
        <w:jc w:val="center"/>
        <w:rPr>
          <w:sz w:val="28"/>
          <w:szCs w:val="28"/>
          <w:lang w:val="kk-KZ"/>
        </w:rPr>
      </w:pPr>
      <w:r w:rsidRPr="00367C48">
        <w:rPr>
          <w:sz w:val="28"/>
          <w:szCs w:val="28"/>
          <w:lang w:val="kk-KZ"/>
        </w:rPr>
        <w:t>(орталығы – «Қазақстан Республикасы Ішкі істер министрлігі Астана қаласы Полиция департаментінің уақытша ұстау изоляторы» мемлекеттік мекемесі, Жетіген көшесі, № 27/2)</w:t>
      </w:r>
    </w:p>
    <w:p w14:paraId="6B881AA3" w14:textId="77777777" w:rsidR="00883B86" w:rsidRPr="00367C48" w:rsidRDefault="00883B86" w:rsidP="00883B86">
      <w:pPr>
        <w:ind w:firstLine="709"/>
        <w:jc w:val="center"/>
        <w:rPr>
          <w:sz w:val="28"/>
          <w:szCs w:val="28"/>
          <w:lang w:val="kk-KZ"/>
        </w:rPr>
      </w:pPr>
    </w:p>
    <w:p w14:paraId="5F72BCF3" w14:textId="77777777" w:rsidR="00883B86" w:rsidRPr="00367C48" w:rsidRDefault="00883B86" w:rsidP="00883B86">
      <w:pPr>
        <w:ind w:firstLine="709"/>
        <w:jc w:val="both"/>
        <w:rPr>
          <w:sz w:val="28"/>
          <w:szCs w:val="28"/>
          <w:lang w:val="kk-KZ"/>
        </w:rPr>
      </w:pPr>
      <w:r w:rsidRPr="00367C48">
        <w:rPr>
          <w:sz w:val="28"/>
          <w:szCs w:val="28"/>
          <w:lang w:val="kk-KZ"/>
        </w:rPr>
        <w:t>Шекарасы: Жетіген көшесі, № 27/2.</w:t>
      </w:r>
    </w:p>
    <w:p w14:paraId="4FC7991B" w14:textId="77777777" w:rsidR="00883B86" w:rsidRPr="008427E9" w:rsidRDefault="00883B86" w:rsidP="00883B86">
      <w:pPr>
        <w:jc w:val="center"/>
        <w:rPr>
          <w:lang w:val="kk-KZ"/>
        </w:rPr>
      </w:pPr>
      <w:r w:rsidRPr="008427E9">
        <w:rPr>
          <w:sz w:val="28"/>
          <w:szCs w:val="28"/>
          <w:lang w:val="kk-KZ"/>
        </w:rPr>
        <w:t>_________________________</w:t>
      </w:r>
    </w:p>
    <w:p w14:paraId="321CE21D" w14:textId="77C11224" w:rsidR="00937755" w:rsidRDefault="00937755" w:rsidP="000D023A">
      <w:pPr>
        <w:jc w:val="center"/>
        <w:rPr>
          <w:lang w:val="kk-KZ"/>
        </w:rPr>
      </w:pPr>
    </w:p>
    <w:p w14:paraId="44E1F02E" w14:textId="2AC7ED5A" w:rsidR="00E72A3C" w:rsidRDefault="00E72A3C" w:rsidP="000D023A">
      <w:pPr>
        <w:jc w:val="center"/>
        <w:rPr>
          <w:lang w:val="kk-KZ"/>
        </w:rPr>
      </w:pPr>
    </w:p>
    <w:p w14:paraId="52E96AF6" w14:textId="5FB95454" w:rsidR="00E72A3C" w:rsidRDefault="00E72A3C" w:rsidP="000D023A">
      <w:pPr>
        <w:jc w:val="center"/>
        <w:rPr>
          <w:lang w:val="kk-KZ"/>
        </w:rPr>
      </w:pPr>
    </w:p>
    <w:p w14:paraId="63E5091C" w14:textId="649B54E8" w:rsidR="00E72A3C" w:rsidRDefault="00E72A3C" w:rsidP="000D023A">
      <w:pPr>
        <w:jc w:val="center"/>
        <w:rPr>
          <w:lang w:val="kk-KZ"/>
        </w:rPr>
      </w:pPr>
    </w:p>
    <w:p w14:paraId="36152B0A" w14:textId="6520E18B" w:rsidR="00E72A3C" w:rsidRDefault="00E72A3C" w:rsidP="000D023A">
      <w:pPr>
        <w:jc w:val="center"/>
        <w:rPr>
          <w:lang w:val="kk-KZ"/>
        </w:rPr>
      </w:pPr>
    </w:p>
    <w:p w14:paraId="39797334" w14:textId="03456657" w:rsidR="00E72A3C" w:rsidRDefault="00E72A3C" w:rsidP="000D023A">
      <w:pPr>
        <w:jc w:val="center"/>
        <w:rPr>
          <w:lang w:val="kk-KZ"/>
        </w:rPr>
      </w:pPr>
    </w:p>
    <w:p w14:paraId="1873BFEB" w14:textId="2B966993" w:rsidR="00E72A3C" w:rsidRDefault="00E72A3C" w:rsidP="000D023A">
      <w:pPr>
        <w:jc w:val="center"/>
        <w:rPr>
          <w:lang w:val="kk-KZ"/>
        </w:rPr>
      </w:pPr>
    </w:p>
    <w:p w14:paraId="445CF6A8" w14:textId="3D6F6518" w:rsidR="00E72A3C" w:rsidRDefault="00E72A3C" w:rsidP="000D023A">
      <w:pPr>
        <w:jc w:val="center"/>
        <w:rPr>
          <w:lang w:val="kk-KZ"/>
        </w:rPr>
      </w:pPr>
    </w:p>
    <w:p w14:paraId="7586304B" w14:textId="37F7A0A3" w:rsidR="00E72A3C" w:rsidRDefault="00E72A3C" w:rsidP="000D023A">
      <w:pPr>
        <w:jc w:val="center"/>
        <w:rPr>
          <w:lang w:val="kk-KZ"/>
        </w:rPr>
      </w:pPr>
    </w:p>
    <w:p w14:paraId="31DA5C91" w14:textId="211DE7DE" w:rsidR="00E72A3C" w:rsidRDefault="00E72A3C" w:rsidP="000D023A">
      <w:pPr>
        <w:jc w:val="center"/>
        <w:rPr>
          <w:lang w:val="kk-KZ"/>
        </w:rPr>
      </w:pPr>
    </w:p>
    <w:p w14:paraId="1354E42D" w14:textId="3AC2527D" w:rsidR="00E72A3C" w:rsidRDefault="00E72A3C" w:rsidP="000D023A">
      <w:pPr>
        <w:jc w:val="center"/>
        <w:rPr>
          <w:lang w:val="kk-KZ"/>
        </w:rPr>
      </w:pPr>
    </w:p>
    <w:p w14:paraId="4BE34B78" w14:textId="69D30E10" w:rsidR="00E72A3C" w:rsidRDefault="00E72A3C" w:rsidP="000D023A">
      <w:pPr>
        <w:jc w:val="center"/>
        <w:rPr>
          <w:lang w:val="kk-KZ"/>
        </w:rPr>
      </w:pPr>
    </w:p>
    <w:p w14:paraId="60CF62FD" w14:textId="0F156253" w:rsidR="00E72A3C" w:rsidRDefault="00E72A3C" w:rsidP="000D023A">
      <w:pPr>
        <w:jc w:val="center"/>
        <w:rPr>
          <w:lang w:val="kk-KZ"/>
        </w:rPr>
      </w:pPr>
    </w:p>
    <w:p w14:paraId="4269B888" w14:textId="6CD923F4" w:rsidR="00E72A3C" w:rsidRDefault="00E72A3C" w:rsidP="000D023A">
      <w:pPr>
        <w:jc w:val="center"/>
        <w:rPr>
          <w:lang w:val="kk-KZ"/>
        </w:rPr>
      </w:pPr>
    </w:p>
    <w:p w14:paraId="61452CB8" w14:textId="35D16A08" w:rsidR="00E72A3C" w:rsidRDefault="00E72A3C" w:rsidP="000D023A">
      <w:pPr>
        <w:jc w:val="center"/>
        <w:rPr>
          <w:lang w:val="kk-KZ"/>
        </w:rPr>
      </w:pPr>
    </w:p>
    <w:p w14:paraId="3DDD90EB" w14:textId="780D634E" w:rsidR="00E72A3C" w:rsidRDefault="00E72A3C" w:rsidP="000D023A">
      <w:pPr>
        <w:jc w:val="center"/>
        <w:rPr>
          <w:lang w:val="kk-KZ"/>
        </w:rPr>
      </w:pPr>
    </w:p>
    <w:p w14:paraId="34A7A2AB" w14:textId="1E18535D" w:rsidR="00E72A3C" w:rsidRDefault="00E72A3C" w:rsidP="000D023A">
      <w:pPr>
        <w:jc w:val="center"/>
        <w:rPr>
          <w:lang w:val="kk-KZ"/>
        </w:rPr>
      </w:pPr>
    </w:p>
    <w:p w14:paraId="2642D713" w14:textId="6D41C7E5" w:rsidR="00E72A3C" w:rsidRDefault="00E72A3C" w:rsidP="000D023A">
      <w:pPr>
        <w:jc w:val="center"/>
        <w:rPr>
          <w:lang w:val="kk-KZ"/>
        </w:rPr>
      </w:pPr>
    </w:p>
    <w:p w14:paraId="0F9E8DC9" w14:textId="50B21995" w:rsidR="00E72A3C" w:rsidRDefault="00E72A3C" w:rsidP="000D023A">
      <w:pPr>
        <w:jc w:val="center"/>
        <w:rPr>
          <w:lang w:val="kk-KZ"/>
        </w:rPr>
      </w:pPr>
    </w:p>
    <w:p w14:paraId="5B8C407E" w14:textId="2E931A09" w:rsidR="00E72A3C" w:rsidRDefault="00E72A3C" w:rsidP="000D023A">
      <w:pPr>
        <w:jc w:val="center"/>
        <w:rPr>
          <w:lang w:val="kk-KZ"/>
        </w:rPr>
      </w:pPr>
    </w:p>
    <w:p w14:paraId="5C5A9333" w14:textId="19CDF3C1" w:rsidR="00E72A3C" w:rsidRDefault="00E72A3C" w:rsidP="000D023A">
      <w:pPr>
        <w:jc w:val="center"/>
        <w:rPr>
          <w:lang w:val="kk-KZ"/>
        </w:rPr>
      </w:pPr>
    </w:p>
    <w:p w14:paraId="0D0CFFFE" w14:textId="46C574B0" w:rsidR="00E72A3C" w:rsidRDefault="00E72A3C" w:rsidP="000D023A">
      <w:pPr>
        <w:jc w:val="center"/>
        <w:rPr>
          <w:lang w:val="kk-KZ"/>
        </w:rPr>
      </w:pPr>
    </w:p>
    <w:p w14:paraId="201A4D5F" w14:textId="2C16E94A" w:rsidR="00E72A3C" w:rsidRDefault="00E72A3C" w:rsidP="000D023A">
      <w:pPr>
        <w:jc w:val="center"/>
        <w:rPr>
          <w:lang w:val="kk-KZ"/>
        </w:rPr>
      </w:pPr>
    </w:p>
    <w:p w14:paraId="06008312" w14:textId="5CB0EC14" w:rsidR="00E72A3C" w:rsidRDefault="00E72A3C" w:rsidP="000D023A">
      <w:pPr>
        <w:jc w:val="center"/>
        <w:rPr>
          <w:lang w:val="kk-KZ"/>
        </w:rPr>
      </w:pPr>
    </w:p>
    <w:p w14:paraId="0A5DB15B" w14:textId="4769ADB9" w:rsidR="00E72A3C" w:rsidRDefault="00E72A3C" w:rsidP="000D023A">
      <w:pPr>
        <w:jc w:val="center"/>
        <w:rPr>
          <w:lang w:val="kk-KZ"/>
        </w:rPr>
      </w:pPr>
    </w:p>
    <w:p w14:paraId="3C3A7EDB" w14:textId="2B215992" w:rsidR="00E72A3C" w:rsidRDefault="00E72A3C" w:rsidP="000D023A">
      <w:pPr>
        <w:jc w:val="center"/>
        <w:rPr>
          <w:lang w:val="kk-KZ"/>
        </w:rPr>
      </w:pPr>
    </w:p>
    <w:p w14:paraId="397610DA" w14:textId="01715ABC" w:rsidR="00E72A3C" w:rsidRDefault="00E72A3C" w:rsidP="000D023A">
      <w:pPr>
        <w:jc w:val="center"/>
        <w:rPr>
          <w:lang w:val="kk-KZ"/>
        </w:rPr>
      </w:pPr>
    </w:p>
    <w:p w14:paraId="74B2821C" w14:textId="7F3665A1" w:rsidR="00E72A3C" w:rsidRDefault="00E72A3C" w:rsidP="000D023A">
      <w:pPr>
        <w:jc w:val="center"/>
        <w:rPr>
          <w:lang w:val="kk-KZ"/>
        </w:rPr>
      </w:pPr>
    </w:p>
    <w:p w14:paraId="64E5C7CC" w14:textId="5E2ED61E" w:rsidR="00E72A3C" w:rsidRDefault="00E72A3C" w:rsidP="000D023A">
      <w:pPr>
        <w:jc w:val="center"/>
        <w:rPr>
          <w:lang w:val="kk-KZ"/>
        </w:rPr>
      </w:pPr>
    </w:p>
    <w:p w14:paraId="45D92426" w14:textId="364CAB2F" w:rsidR="00E72A3C" w:rsidRDefault="00E72A3C" w:rsidP="000D023A">
      <w:pPr>
        <w:jc w:val="center"/>
        <w:rPr>
          <w:lang w:val="kk-KZ"/>
        </w:rPr>
      </w:pPr>
    </w:p>
    <w:p w14:paraId="364FFAB3" w14:textId="7D25473A" w:rsidR="00E72A3C" w:rsidRDefault="00E72A3C" w:rsidP="000D023A">
      <w:pPr>
        <w:jc w:val="center"/>
        <w:rPr>
          <w:lang w:val="kk-KZ"/>
        </w:rPr>
      </w:pPr>
    </w:p>
    <w:p w14:paraId="1A2A8318" w14:textId="6BF3FADF" w:rsidR="00536860" w:rsidRDefault="00536860" w:rsidP="000D023A">
      <w:pPr>
        <w:jc w:val="center"/>
        <w:rPr>
          <w:lang w:val="kk-KZ"/>
        </w:rPr>
      </w:pPr>
    </w:p>
    <w:p w14:paraId="09EC1DF9" w14:textId="42468EBB" w:rsidR="00536860" w:rsidRDefault="00536860" w:rsidP="000D023A">
      <w:pPr>
        <w:jc w:val="center"/>
        <w:rPr>
          <w:lang w:val="kk-KZ"/>
        </w:rPr>
      </w:pPr>
    </w:p>
    <w:p w14:paraId="27DE7B65" w14:textId="1D3094E8" w:rsidR="00536860" w:rsidRDefault="00536860" w:rsidP="000D023A">
      <w:pPr>
        <w:jc w:val="center"/>
        <w:rPr>
          <w:lang w:val="kk-KZ"/>
        </w:rPr>
      </w:pPr>
    </w:p>
    <w:p w14:paraId="6BCD3922" w14:textId="3B15B7AD" w:rsidR="00536860" w:rsidRDefault="00536860" w:rsidP="000D023A">
      <w:pPr>
        <w:jc w:val="center"/>
        <w:rPr>
          <w:lang w:val="kk-KZ"/>
        </w:rPr>
      </w:pPr>
    </w:p>
    <w:p w14:paraId="4B343818" w14:textId="2D58DF2A" w:rsidR="00536860" w:rsidRDefault="00536860" w:rsidP="000D023A">
      <w:pPr>
        <w:jc w:val="center"/>
        <w:rPr>
          <w:lang w:val="kk-KZ"/>
        </w:rPr>
      </w:pPr>
    </w:p>
    <w:p w14:paraId="45761E0E" w14:textId="5F6BEA15" w:rsidR="00536860" w:rsidRDefault="00536860" w:rsidP="000D023A">
      <w:pPr>
        <w:jc w:val="center"/>
        <w:rPr>
          <w:lang w:val="kk-KZ"/>
        </w:rPr>
      </w:pPr>
    </w:p>
    <w:p w14:paraId="4A001027" w14:textId="7F7890EA" w:rsidR="00536860" w:rsidRDefault="00536860" w:rsidP="000D023A">
      <w:pPr>
        <w:jc w:val="center"/>
        <w:rPr>
          <w:lang w:val="kk-KZ"/>
        </w:rPr>
      </w:pPr>
    </w:p>
    <w:p w14:paraId="4F5C5EA9" w14:textId="25A86AC3" w:rsidR="00536860" w:rsidRDefault="00536860" w:rsidP="000D023A">
      <w:pPr>
        <w:jc w:val="center"/>
        <w:rPr>
          <w:lang w:val="kk-KZ"/>
        </w:rPr>
      </w:pPr>
    </w:p>
    <w:p w14:paraId="49148DDC" w14:textId="349314A7" w:rsidR="00536860" w:rsidRDefault="00536860" w:rsidP="000D023A">
      <w:pPr>
        <w:jc w:val="center"/>
        <w:rPr>
          <w:lang w:val="kk-KZ"/>
        </w:rPr>
      </w:pPr>
    </w:p>
    <w:p w14:paraId="098C1B72" w14:textId="5F05908C" w:rsidR="00536860" w:rsidRDefault="00536860" w:rsidP="000D023A">
      <w:pPr>
        <w:jc w:val="center"/>
        <w:rPr>
          <w:lang w:val="kk-KZ"/>
        </w:rPr>
      </w:pPr>
    </w:p>
    <w:p w14:paraId="7387242C" w14:textId="2283999B" w:rsidR="00536860" w:rsidRDefault="00536860" w:rsidP="000D023A">
      <w:pPr>
        <w:jc w:val="center"/>
        <w:rPr>
          <w:lang w:val="kk-KZ"/>
        </w:rPr>
      </w:pPr>
    </w:p>
    <w:p w14:paraId="2DA89F42" w14:textId="38F2798C" w:rsidR="00536860" w:rsidRDefault="00536860" w:rsidP="000D023A">
      <w:pPr>
        <w:jc w:val="center"/>
        <w:rPr>
          <w:lang w:val="kk-KZ"/>
        </w:rPr>
      </w:pPr>
    </w:p>
    <w:p w14:paraId="492DD024" w14:textId="7D96DE93" w:rsidR="00536860" w:rsidRDefault="00536860" w:rsidP="000D023A">
      <w:pPr>
        <w:jc w:val="center"/>
        <w:rPr>
          <w:lang w:val="kk-KZ"/>
        </w:rPr>
      </w:pPr>
    </w:p>
    <w:p w14:paraId="1FE5A404" w14:textId="47D1F59C" w:rsidR="00536860" w:rsidRDefault="00536860" w:rsidP="000D023A">
      <w:pPr>
        <w:jc w:val="center"/>
        <w:rPr>
          <w:lang w:val="kk-KZ"/>
        </w:rPr>
      </w:pPr>
    </w:p>
    <w:p w14:paraId="5CC83870" w14:textId="082A0791" w:rsidR="00536860" w:rsidRDefault="00536860" w:rsidP="000D023A">
      <w:pPr>
        <w:jc w:val="center"/>
        <w:rPr>
          <w:lang w:val="kk-KZ"/>
        </w:rPr>
      </w:pPr>
    </w:p>
    <w:p w14:paraId="4F710836" w14:textId="3E54E4D9" w:rsidR="00536860" w:rsidRDefault="00536860" w:rsidP="000D023A">
      <w:pPr>
        <w:jc w:val="center"/>
        <w:rPr>
          <w:lang w:val="kk-KZ"/>
        </w:rPr>
      </w:pPr>
    </w:p>
    <w:p w14:paraId="59DC1B84" w14:textId="6C188A1E" w:rsidR="00536860" w:rsidRDefault="00536860" w:rsidP="000D023A">
      <w:pPr>
        <w:jc w:val="center"/>
        <w:rPr>
          <w:lang w:val="kk-KZ"/>
        </w:rPr>
      </w:pPr>
    </w:p>
    <w:p w14:paraId="047781B6" w14:textId="77777777" w:rsidR="00536860" w:rsidRDefault="00536860" w:rsidP="000D023A">
      <w:pPr>
        <w:jc w:val="center"/>
        <w:rPr>
          <w:lang w:val="kk-KZ"/>
        </w:rPr>
      </w:pPr>
    </w:p>
    <w:p w14:paraId="0F4C810D" w14:textId="04FF963C" w:rsidR="00E72A3C" w:rsidRDefault="00E72A3C" w:rsidP="000D023A">
      <w:pPr>
        <w:jc w:val="center"/>
        <w:rPr>
          <w:lang w:val="kk-KZ"/>
        </w:rPr>
      </w:pPr>
    </w:p>
    <w:p w14:paraId="5C332C59" w14:textId="32394725" w:rsidR="00E72A3C" w:rsidRDefault="00E72A3C" w:rsidP="000D023A">
      <w:pPr>
        <w:jc w:val="center"/>
        <w:rPr>
          <w:lang w:val="kk-KZ"/>
        </w:rPr>
      </w:pPr>
    </w:p>
    <w:p w14:paraId="41F2B579" w14:textId="77777777" w:rsidR="00E72A3C" w:rsidRPr="00420D39" w:rsidRDefault="00E72A3C" w:rsidP="00E72A3C">
      <w:pPr>
        <w:jc w:val="center"/>
        <w:rPr>
          <w:sz w:val="28"/>
          <w:szCs w:val="28"/>
          <w:lang w:val="kk-KZ"/>
        </w:rPr>
      </w:pPr>
    </w:p>
    <w:p w14:paraId="1728AA11" w14:textId="77777777" w:rsidR="00E72A3C" w:rsidRPr="00420D39" w:rsidRDefault="00E72A3C" w:rsidP="00E72A3C">
      <w:pPr>
        <w:jc w:val="center"/>
        <w:rPr>
          <w:sz w:val="28"/>
          <w:szCs w:val="28"/>
          <w:lang w:val="kk-KZ"/>
        </w:rPr>
      </w:pPr>
    </w:p>
    <w:p w14:paraId="0E11101E" w14:textId="77777777" w:rsidR="00E72A3C" w:rsidRPr="004925DD" w:rsidRDefault="00E72A3C" w:rsidP="00E72A3C">
      <w:pPr>
        <w:jc w:val="center"/>
        <w:rPr>
          <w:b/>
          <w:bCs/>
          <w:sz w:val="28"/>
          <w:szCs w:val="28"/>
          <w:lang w:val="kk-KZ"/>
        </w:rPr>
      </w:pPr>
      <w:r w:rsidRPr="004925DD">
        <w:rPr>
          <w:b/>
          <w:bCs/>
          <w:sz w:val="28"/>
          <w:szCs w:val="28"/>
          <w:lang w:val="kk-KZ"/>
        </w:rPr>
        <w:t>Астана қаласы «Есіл» ауданының сайлау учаскелері</w:t>
      </w:r>
    </w:p>
    <w:p w14:paraId="3FA3FC61" w14:textId="77777777" w:rsidR="00E72A3C" w:rsidRPr="00420D39" w:rsidRDefault="00E72A3C" w:rsidP="00E72A3C">
      <w:pPr>
        <w:jc w:val="center"/>
        <w:rPr>
          <w:sz w:val="28"/>
          <w:szCs w:val="28"/>
          <w:lang w:val="kk-KZ"/>
        </w:rPr>
      </w:pPr>
    </w:p>
    <w:p w14:paraId="1115F8E5" w14:textId="77777777" w:rsidR="00E72A3C" w:rsidRPr="00AD3760" w:rsidRDefault="00E72A3C" w:rsidP="00E72A3C">
      <w:pPr>
        <w:jc w:val="center"/>
        <w:rPr>
          <w:sz w:val="28"/>
          <w:szCs w:val="28"/>
        </w:rPr>
      </w:pPr>
      <w:r w:rsidRPr="00AD3760">
        <w:rPr>
          <w:sz w:val="28"/>
          <w:szCs w:val="28"/>
        </w:rPr>
        <w:t>№ 123 сайлау учаскесі</w:t>
      </w:r>
    </w:p>
    <w:p w14:paraId="12FA3300" w14:textId="77777777" w:rsidR="00E72A3C" w:rsidRPr="00AD3760" w:rsidRDefault="00E72A3C" w:rsidP="00E72A3C">
      <w:pPr>
        <w:jc w:val="center"/>
        <w:rPr>
          <w:sz w:val="28"/>
          <w:szCs w:val="28"/>
        </w:rPr>
      </w:pPr>
      <w:r w:rsidRPr="00AD3760">
        <w:rPr>
          <w:sz w:val="28"/>
          <w:szCs w:val="28"/>
        </w:rPr>
        <w:t xml:space="preserve">(орталығы – «Астана» халықаралық университеті, </w:t>
      </w:r>
    </w:p>
    <w:p w14:paraId="23833742" w14:textId="77777777" w:rsidR="00E72A3C" w:rsidRPr="00AD3760" w:rsidRDefault="00E72A3C" w:rsidP="00E72A3C">
      <w:pPr>
        <w:jc w:val="center"/>
        <w:rPr>
          <w:sz w:val="28"/>
          <w:szCs w:val="28"/>
        </w:rPr>
      </w:pPr>
      <w:r w:rsidRPr="00AD3760">
        <w:rPr>
          <w:sz w:val="28"/>
          <w:szCs w:val="28"/>
        </w:rPr>
        <w:t>Қабанбай батыр даңғылы, № 8)</w:t>
      </w:r>
    </w:p>
    <w:p w14:paraId="7BEB918D" w14:textId="77777777" w:rsidR="00E72A3C" w:rsidRPr="00AD3760" w:rsidRDefault="00E72A3C" w:rsidP="00E72A3C">
      <w:pPr>
        <w:jc w:val="center"/>
        <w:rPr>
          <w:sz w:val="28"/>
          <w:szCs w:val="28"/>
        </w:rPr>
      </w:pPr>
    </w:p>
    <w:p w14:paraId="173BBF5E" w14:textId="77777777" w:rsidR="00E72A3C" w:rsidRDefault="00E72A3C" w:rsidP="00E72A3C">
      <w:pPr>
        <w:ind w:firstLine="567"/>
        <w:jc w:val="both"/>
        <w:rPr>
          <w:sz w:val="28"/>
          <w:szCs w:val="28"/>
        </w:rPr>
      </w:pPr>
      <w:r w:rsidRPr="00AD3760">
        <w:rPr>
          <w:sz w:val="28"/>
          <w:szCs w:val="28"/>
        </w:rPr>
        <w:t xml:space="preserve">Шекарасы: Космонавтар көшесінен Арай көшесімен Родниковая көшесіне дейін, Арай көшесінен Родниковая көшесімен Қалампыр </w:t>
      </w:r>
      <w:r>
        <w:rPr>
          <w:sz w:val="28"/>
          <w:szCs w:val="28"/>
          <w:lang w:val="kk-KZ"/>
        </w:rPr>
        <w:t>көшесіне</w:t>
      </w:r>
      <w:r w:rsidRPr="00AD3760">
        <w:rPr>
          <w:sz w:val="28"/>
          <w:szCs w:val="28"/>
        </w:rPr>
        <w:t xml:space="preserve"> дейін, Қалампыр көшесімен Сарайшық көшесіндегі № 7/1 үйге дейін, Сарайшық көшесіндегі № 7/1 үйден өтпе жолмен Жиембет жырау көшесіне дейін, Жиембет жырау көшесімен Қараөткел көшесіне дейін, Жиембет жырау көшесінен Қараөткел көшесімен Қарашаш көшесіне дейін, Қараөткел көшесінен Қарашаш көшесімен Е. Тайбеков көшесіне дейін, Қарашаш көшесінен Е. Тайбеков көшесімен Сарайшық көшесіне дейін, Сарайшық көшесімен Қабанбай батыр даңғылына дейін, Қабанбай батыр даңғылымен Космонавтар көшесіне дейін, Қабанбай батыр даңғылынан Космонавтар көшесімен Арай көшесіне дейін.</w:t>
      </w:r>
    </w:p>
    <w:p w14:paraId="6A293769" w14:textId="77777777" w:rsidR="00E72A3C" w:rsidRDefault="00E72A3C" w:rsidP="00E72A3C">
      <w:pPr>
        <w:ind w:firstLine="567"/>
        <w:jc w:val="both"/>
        <w:rPr>
          <w:sz w:val="28"/>
          <w:szCs w:val="28"/>
        </w:rPr>
      </w:pPr>
    </w:p>
    <w:p w14:paraId="4A3FB52C" w14:textId="77777777" w:rsidR="00E72A3C" w:rsidRPr="00420D39" w:rsidRDefault="00E72A3C" w:rsidP="00E72A3C">
      <w:pPr>
        <w:jc w:val="center"/>
        <w:rPr>
          <w:sz w:val="28"/>
          <w:szCs w:val="28"/>
        </w:rPr>
      </w:pPr>
      <w:r w:rsidRPr="00420D39">
        <w:rPr>
          <w:sz w:val="28"/>
          <w:szCs w:val="28"/>
        </w:rPr>
        <w:t>№ 124 сайлау учаскесі</w:t>
      </w:r>
    </w:p>
    <w:p w14:paraId="091646C2" w14:textId="77777777" w:rsidR="00E72A3C" w:rsidRPr="00420D39" w:rsidRDefault="00E72A3C" w:rsidP="00E72A3C">
      <w:pPr>
        <w:jc w:val="center"/>
        <w:rPr>
          <w:sz w:val="28"/>
          <w:szCs w:val="28"/>
        </w:rPr>
      </w:pPr>
      <w:r w:rsidRPr="00420D39">
        <w:rPr>
          <w:sz w:val="28"/>
          <w:szCs w:val="28"/>
        </w:rPr>
        <w:t>(</w:t>
      </w:r>
      <w:r w:rsidRPr="00420D39">
        <w:rPr>
          <w:sz w:val="28"/>
          <w:szCs w:val="28"/>
          <w:lang w:val="kk-KZ"/>
        </w:rPr>
        <w:t>о</w:t>
      </w:r>
      <w:r w:rsidRPr="00420D39">
        <w:rPr>
          <w:sz w:val="28"/>
          <w:szCs w:val="28"/>
        </w:rPr>
        <w:t>рталығы – Астана қаласы әкімдігінің «Ж</w:t>
      </w:r>
      <w:r w:rsidRPr="00420D39">
        <w:rPr>
          <w:sz w:val="28"/>
          <w:szCs w:val="28"/>
          <w:lang w:val="kk-KZ"/>
        </w:rPr>
        <w:t xml:space="preserve">үсіпбек Аймауытұлы атындағы </w:t>
      </w:r>
      <w:r w:rsidRPr="00420D39">
        <w:rPr>
          <w:sz w:val="28"/>
          <w:szCs w:val="28"/>
        </w:rPr>
        <w:t xml:space="preserve">№ 24 </w:t>
      </w:r>
      <w:r w:rsidRPr="00420D39">
        <w:rPr>
          <w:sz w:val="28"/>
          <w:szCs w:val="28"/>
          <w:lang w:val="kk-KZ"/>
        </w:rPr>
        <w:t xml:space="preserve">жалпы </w:t>
      </w:r>
      <w:r w:rsidRPr="00420D39">
        <w:rPr>
          <w:sz w:val="28"/>
          <w:szCs w:val="28"/>
        </w:rPr>
        <w:t xml:space="preserve">орта </w:t>
      </w:r>
      <w:r w:rsidRPr="00420D39">
        <w:rPr>
          <w:sz w:val="28"/>
          <w:szCs w:val="28"/>
          <w:lang w:val="kk-KZ"/>
        </w:rPr>
        <w:t>білім беретін</w:t>
      </w:r>
      <w:r w:rsidRPr="00420D39">
        <w:rPr>
          <w:sz w:val="28"/>
          <w:szCs w:val="28"/>
        </w:rPr>
        <w:t xml:space="preserve"> мектеп» шаруашылық жүргізу құқығындағы мемлекеттік коммуналдық кәсіпорны, «Пригородный» тұрғын алабы,</w:t>
      </w:r>
      <w:r w:rsidRPr="00420D39">
        <w:rPr>
          <w:sz w:val="28"/>
          <w:szCs w:val="28"/>
        </w:rPr>
        <w:br/>
        <w:t xml:space="preserve"> Арнасай көшесі, № 127)</w:t>
      </w:r>
    </w:p>
    <w:p w14:paraId="36A537ED" w14:textId="77777777" w:rsidR="00E72A3C" w:rsidRPr="00420D39" w:rsidRDefault="00E72A3C" w:rsidP="00E72A3C">
      <w:pPr>
        <w:ind w:firstLine="567"/>
        <w:jc w:val="both"/>
        <w:rPr>
          <w:sz w:val="28"/>
          <w:szCs w:val="28"/>
        </w:rPr>
      </w:pPr>
    </w:p>
    <w:p w14:paraId="7B5F4274" w14:textId="77777777" w:rsidR="00E72A3C" w:rsidRPr="00420D39" w:rsidRDefault="00E72A3C" w:rsidP="00E72A3C">
      <w:pPr>
        <w:ind w:firstLine="567"/>
        <w:jc w:val="both"/>
        <w:rPr>
          <w:sz w:val="28"/>
          <w:szCs w:val="28"/>
        </w:rPr>
      </w:pPr>
      <w:r w:rsidRPr="00420D39">
        <w:rPr>
          <w:sz w:val="28"/>
          <w:szCs w:val="28"/>
        </w:rPr>
        <w:t>Шекара</w:t>
      </w:r>
      <w:r w:rsidRPr="00420D39">
        <w:rPr>
          <w:sz w:val="28"/>
          <w:szCs w:val="28"/>
          <w:lang w:val="kk-KZ"/>
        </w:rPr>
        <w:t>с</w:t>
      </w:r>
      <w:r w:rsidRPr="00420D39">
        <w:rPr>
          <w:sz w:val="28"/>
          <w:szCs w:val="28"/>
        </w:rPr>
        <w:t>ы: «Астана жұлдызы» монументінен Қабанбай батыр даңғылының тақ сандар жағымен Жаңадария көшесіне дейін, Жаңадария көшесімен Арнасай көшесіне дейін, Арнасай көшесінің жұп сандар жағымен Қарқаралы тас жолына дейін, Қарқаралы тас жолымен «Астана жұлдызы» монументіне дейін.</w:t>
      </w:r>
    </w:p>
    <w:p w14:paraId="108567A9" w14:textId="77777777" w:rsidR="00E72A3C" w:rsidRPr="00420D39" w:rsidRDefault="00E72A3C" w:rsidP="00E72A3C">
      <w:pPr>
        <w:ind w:firstLine="567"/>
        <w:jc w:val="both"/>
        <w:rPr>
          <w:sz w:val="28"/>
          <w:szCs w:val="28"/>
        </w:rPr>
      </w:pPr>
    </w:p>
    <w:p w14:paraId="68E67A43" w14:textId="77777777" w:rsidR="00E72A3C" w:rsidRPr="00814807" w:rsidRDefault="00E72A3C" w:rsidP="00E72A3C">
      <w:pPr>
        <w:jc w:val="center"/>
        <w:rPr>
          <w:sz w:val="28"/>
          <w:szCs w:val="28"/>
        </w:rPr>
      </w:pPr>
      <w:r w:rsidRPr="00814807">
        <w:rPr>
          <w:sz w:val="28"/>
          <w:szCs w:val="28"/>
        </w:rPr>
        <w:t>№ 125 сайлау учаскесі</w:t>
      </w:r>
    </w:p>
    <w:p w14:paraId="6CED3B32" w14:textId="77777777" w:rsidR="00E72A3C" w:rsidRPr="00814807" w:rsidRDefault="00E72A3C" w:rsidP="00E72A3C">
      <w:pPr>
        <w:jc w:val="center"/>
        <w:rPr>
          <w:sz w:val="28"/>
          <w:szCs w:val="28"/>
        </w:rPr>
      </w:pPr>
      <w:r w:rsidRPr="00814807">
        <w:rPr>
          <w:sz w:val="28"/>
          <w:szCs w:val="28"/>
        </w:rPr>
        <w:t>(орталығы – «Республикалық физика-математика мектебі» коммерциялық емес акционерлік қоғамы, Түркістан көшесі, № 2/1)</w:t>
      </w:r>
    </w:p>
    <w:p w14:paraId="6404EBB7" w14:textId="77777777" w:rsidR="00E72A3C" w:rsidRPr="00814807" w:rsidRDefault="00E72A3C" w:rsidP="00E72A3C">
      <w:pPr>
        <w:jc w:val="center"/>
        <w:rPr>
          <w:sz w:val="28"/>
          <w:szCs w:val="28"/>
        </w:rPr>
      </w:pPr>
    </w:p>
    <w:p w14:paraId="2BD3C3BE" w14:textId="77777777" w:rsidR="00E72A3C" w:rsidRPr="00420D39" w:rsidRDefault="00E72A3C" w:rsidP="00E72A3C">
      <w:pPr>
        <w:ind w:firstLine="567"/>
        <w:jc w:val="both"/>
        <w:rPr>
          <w:sz w:val="28"/>
          <w:szCs w:val="28"/>
        </w:rPr>
      </w:pPr>
      <w:r w:rsidRPr="00814807">
        <w:rPr>
          <w:sz w:val="28"/>
          <w:szCs w:val="28"/>
        </w:rPr>
        <w:t xml:space="preserve">Шекарасы: </w:t>
      </w:r>
      <w:r w:rsidRPr="00AD3760">
        <w:rPr>
          <w:sz w:val="28"/>
          <w:szCs w:val="28"/>
        </w:rPr>
        <w:t>Сығанақ көшесінен Мәңгілік Ел даңғылының тақ</w:t>
      </w:r>
      <w:r>
        <w:rPr>
          <w:sz w:val="28"/>
          <w:szCs w:val="28"/>
          <w:lang w:val="kk-KZ"/>
        </w:rPr>
        <w:t xml:space="preserve"> сандар</w:t>
      </w:r>
      <w:r w:rsidRPr="00AD3760">
        <w:rPr>
          <w:sz w:val="28"/>
          <w:szCs w:val="28"/>
        </w:rPr>
        <w:t xml:space="preserve"> жағымен Мәңгілік Ел даңғылындағы № 17 үйге дейін, Мәңгілік Ел даңғылындағы № 17 үйден өтпе жолмен Түркістан көшесіндегі № 2 үйге дейін, Түркістан көшесіндегі № 2 үйден өт</w:t>
      </w:r>
      <w:r>
        <w:rPr>
          <w:sz w:val="28"/>
          <w:szCs w:val="28"/>
          <w:lang w:val="kk-KZ"/>
        </w:rPr>
        <w:t>п</w:t>
      </w:r>
      <w:r w:rsidRPr="00AD3760">
        <w:rPr>
          <w:sz w:val="28"/>
          <w:szCs w:val="28"/>
        </w:rPr>
        <w:t>е</w:t>
      </w:r>
      <w:r>
        <w:rPr>
          <w:sz w:val="28"/>
          <w:szCs w:val="28"/>
          <w:lang w:val="kk-KZ"/>
        </w:rPr>
        <w:t xml:space="preserve"> жол</w:t>
      </w:r>
      <w:r w:rsidRPr="00AD3760">
        <w:rPr>
          <w:sz w:val="28"/>
          <w:szCs w:val="28"/>
        </w:rPr>
        <w:t>мен Алматы көшесіндегі № 11 үйге дейін, Алматы көшесіндегі № 11 үйден өт</w:t>
      </w:r>
      <w:r>
        <w:rPr>
          <w:sz w:val="28"/>
          <w:szCs w:val="28"/>
          <w:lang w:val="kk-KZ"/>
        </w:rPr>
        <w:t>п</w:t>
      </w:r>
      <w:r w:rsidRPr="00AD3760">
        <w:rPr>
          <w:sz w:val="28"/>
          <w:szCs w:val="28"/>
        </w:rPr>
        <w:t>е</w:t>
      </w:r>
      <w:r>
        <w:rPr>
          <w:sz w:val="28"/>
          <w:szCs w:val="28"/>
          <w:lang w:val="kk-KZ"/>
        </w:rPr>
        <w:t xml:space="preserve"> жол</w:t>
      </w:r>
      <w:r w:rsidRPr="00AD3760">
        <w:rPr>
          <w:sz w:val="28"/>
          <w:szCs w:val="28"/>
        </w:rPr>
        <w:t>мен Түркістан көшесіне дейін, Түркістан көшесімен Сығанақ көшесіне дейін, Түркістан көшесінен Сығанақ көшесімен Мәңгілік Ел даңғылына дейін.</w:t>
      </w:r>
    </w:p>
    <w:p w14:paraId="760917F4" w14:textId="77777777" w:rsidR="00E72A3C" w:rsidRPr="00420D39" w:rsidRDefault="00E72A3C" w:rsidP="00E72A3C">
      <w:pPr>
        <w:ind w:firstLine="567"/>
        <w:jc w:val="both"/>
        <w:rPr>
          <w:sz w:val="28"/>
          <w:szCs w:val="28"/>
        </w:rPr>
      </w:pPr>
    </w:p>
    <w:p w14:paraId="55E8D3DD" w14:textId="77777777" w:rsidR="00E72A3C" w:rsidRPr="00814807" w:rsidRDefault="00E72A3C" w:rsidP="00E72A3C">
      <w:pPr>
        <w:jc w:val="center"/>
        <w:rPr>
          <w:sz w:val="28"/>
          <w:szCs w:val="28"/>
        </w:rPr>
      </w:pPr>
      <w:r w:rsidRPr="00814807">
        <w:rPr>
          <w:sz w:val="28"/>
          <w:szCs w:val="28"/>
        </w:rPr>
        <w:t>№ 126 сайлау учаскесі</w:t>
      </w:r>
    </w:p>
    <w:p w14:paraId="6014B899"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«Әлихан Бөкейхан атындағы </w:t>
      </w:r>
    </w:p>
    <w:p w14:paraId="15FAB454" w14:textId="77777777" w:rsidR="00E72A3C" w:rsidRPr="00814807" w:rsidRDefault="00E72A3C" w:rsidP="00E72A3C">
      <w:pPr>
        <w:jc w:val="center"/>
        <w:rPr>
          <w:sz w:val="28"/>
          <w:szCs w:val="28"/>
        </w:rPr>
      </w:pPr>
      <w:r w:rsidRPr="00814807">
        <w:rPr>
          <w:sz w:val="28"/>
          <w:szCs w:val="28"/>
        </w:rPr>
        <w:t>№ 76 мектеп-лицей» шаруашылық жүргізу құқығындағы мемлекеттік коммуналдық кәсіпорны, Түркістан көшесі, № 10/1)</w:t>
      </w:r>
    </w:p>
    <w:p w14:paraId="4DE4BFD3" w14:textId="77777777" w:rsidR="00E72A3C" w:rsidRPr="00814807" w:rsidRDefault="00E72A3C" w:rsidP="00E72A3C">
      <w:pPr>
        <w:jc w:val="center"/>
        <w:rPr>
          <w:sz w:val="28"/>
          <w:szCs w:val="28"/>
        </w:rPr>
      </w:pPr>
    </w:p>
    <w:p w14:paraId="5B9FDC2A" w14:textId="77777777" w:rsidR="00E72A3C" w:rsidRPr="00420D39" w:rsidRDefault="00E72A3C" w:rsidP="00E72A3C">
      <w:pPr>
        <w:ind w:firstLine="567"/>
        <w:jc w:val="both"/>
        <w:rPr>
          <w:sz w:val="28"/>
          <w:szCs w:val="28"/>
          <w:lang w:val="kk-KZ"/>
        </w:rPr>
      </w:pPr>
      <w:r w:rsidRPr="00AD3760">
        <w:rPr>
          <w:sz w:val="28"/>
          <w:szCs w:val="28"/>
        </w:rPr>
        <w:t xml:space="preserve">Шекарасы: </w:t>
      </w:r>
      <w:r w:rsidRPr="00AD3760">
        <w:rPr>
          <w:sz w:val="28"/>
          <w:szCs w:val="28"/>
          <w:lang w:val="kk-KZ"/>
        </w:rPr>
        <w:t xml:space="preserve">Сауран көшесінен Алматы көшесінің жұп </w:t>
      </w:r>
      <w:r>
        <w:rPr>
          <w:sz w:val="28"/>
          <w:szCs w:val="28"/>
          <w:lang w:val="kk-KZ"/>
        </w:rPr>
        <w:t xml:space="preserve">сандар </w:t>
      </w:r>
      <w:r w:rsidRPr="00AD3760">
        <w:rPr>
          <w:sz w:val="28"/>
          <w:szCs w:val="28"/>
          <w:lang w:val="kk-KZ"/>
        </w:rPr>
        <w:t xml:space="preserve">жағымен Түркістан көшесіне дейін, Түркістан көшесінің тақ </w:t>
      </w:r>
      <w:r>
        <w:rPr>
          <w:sz w:val="28"/>
          <w:szCs w:val="28"/>
          <w:lang w:val="kk-KZ"/>
        </w:rPr>
        <w:t xml:space="preserve">сандар </w:t>
      </w:r>
      <w:r w:rsidRPr="00AD3760">
        <w:rPr>
          <w:sz w:val="28"/>
          <w:szCs w:val="28"/>
          <w:lang w:val="kk-KZ"/>
        </w:rPr>
        <w:t xml:space="preserve">жағымен Керей, Жәнібек хандар көшесіне дейін, Керей, Жәнібек хандар көшесінің тақ </w:t>
      </w:r>
      <w:r>
        <w:rPr>
          <w:sz w:val="28"/>
          <w:szCs w:val="28"/>
          <w:lang w:val="kk-KZ"/>
        </w:rPr>
        <w:t xml:space="preserve">сандар </w:t>
      </w:r>
      <w:r w:rsidRPr="00AD3760">
        <w:rPr>
          <w:sz w:val="28"/>
          <w:szCs w:val="28"/>
          <w:lang w:val="kk-KZ"/>
        </w:rPr>
        <w:t xml:space="preserve">жағымен Сауран көшесіне дейін, Сауран көшесінің жұп </w:t>
      </w:r>
      <w:r>
        <w:rPr>
          <w:sz w:val="28"/>
          <w:szCs w:val="28"/>
          <w:lang w:val="kk-KZ"/>
        </w:rPr>
        <w:t xml:space="preserve">сандар </w:t>
      </w:r>
      <w:r w:rsidRPr="00AD3760">
        <w:rPr>
          <w:sz w:val="28"/>
          <w:szCs w:val="28"/>
          <w:lang w:val="kk-KZ"/>
        </w:rPr>
        <w:t>жағымен Алматы көшесіне дейін.</w:t>
      </w:r>
    </w:p>
    <w:p w14:paraId="1ECE2149" w14:textId="77777777" w:rsidR="00E72A3C" w:rsidRPr="00420D39" w:rsidRDefault="00E72A3C" w:rsidP="00E72A3C">
      <w:pPr>
        <w:ind w:firstLine="567"/>
        <w:jc w:val="both"/>
        <w:rPr>
          <w:sz w:val="28"/>
          <w:szCs w:val="28"/>
        </w:rPr>
      </w:pPr>
    </w:p>
    <w:p w14:paraId="64DFA1D1" w14:textId="77777777" w:rsidR="00E72A3C" w:rsidRPr="00AD3760" w:rsidRDefault="00E72A3C" w:rsidP="00E72A3C">
      <w:pPr>
        <w:jc w:val="center"/>
        <w:rPr>
          <w:sz w:val="28"/>
          <w:szCs w:val="28"/>
        </w:rPr>
      </w:pPr>
      <w:r w:rsidRPr="00AD3760">
        <w:rPr>
          <w:sz w:val="28"/>
          <w:szCs w:val="28"/>
        </w:rPr>
        <w:t>№ 127 сайлау учаскесі</w:t>
      </w:r>
    </w:p>
    <w:p w14:paraId="724FC6E2" w14:textId="77777777" w:rsidR="00E72A3C" w:rsidRPr="00AD3760" w:rsidRDefault="00E72A3C" w:rsidP="00E72A3C">
      <w:pPr>
        <w:jc w:val="center"/>
        <w:rPr>
          <w:sz w:val="28"/>
          <w:szCs w:val="28"/>
        </w:rPr>
      </w:pPr>
      <w:r w:rsidRPr="00AD3760">
        <w:rPr>
          <w:sz w:val="28"/>
          <w:szCs w:val="28"/>
        </w:rPr>
        <w:t xml:space="preserve">(орталығы – «ҚазТрансГаз» акционерлік қоғамының «Болашақ» </w:t>
      </w:r>
    </w:p>
    <w:p w14:paraId="798DC4E2" w14:textId="77777777" w:rsidR="00E72A3C" w:rsidRPr="00AD3760" w:rsidRDefault="00E72A3C" w:rsidP="00E72A3C">
      <w:pPr>
        <w:jc w:val="center"/>
        <w:rPr>
          <w:sz w:val="28"/>
          <w:szCs w:val="28"/>
        </w:rPr>
      </w:pPr>
      <w:r w:rsidRPr="00AD3760">
        <w:rPr>
          <w:sz w:val="28"/>
          <w:szCs w:val="28"/>
        </w:rPr>
        <w:t>бизнес-орталығы, Ә. Бөкейхан көшесі, № 12)</w:t>
      </w:r>
    </w:p>
    <w:p w14:paraId="4EC70ACF" w14:textId="77777777" w:rsidR="00E72A3C" w:rsidRPr="00AD3760" w:rsidRDefault="00E72A3C" w:rsidP="00E72A3C">
      <w:pPr>
        <w:jc w:val="center"/>
        <w:rPr>
          <w:sz w:val="28"/>
          <w:szCs w:val="28"/>
        </w:rPr>
      </w:pPr>
    </w:p>
    <w:p w14:paraId="44F69904" w14:textId="77777777" w:rsidR="00E72A3C" w:rsidRPr="00420D39" w:rsidRDefault="00E72A3C" w:rsidP="00E72A3C">
      <w:pPr>
        <w:ind w:firstLine="567"/>
        <w:jc w:val="both"/>
        <w:rPr>
          <w:sz w:val="28"/>
          <w:szCs w:val="28"/>
        </w:rPr>
      </w:pPr>
      <w:r w:rsidRPr="00AD3760">
        <w:rPr>
          <w:sz w:val="28"/>
          <w:szCs w:val="28"/>
        </w:rPr>
        <w:t>Шекарасы: Мәңгілік Ел даңғылынан Орынбор көшесінің тақ</w:t>
      </w:r>
      <w:r>
        <w:rPr>
          <w:sz w:val="28"/>
          <w:szCs w:val="28"/>
          <w:lang w:val="kk-KZ"/>
        </w:rPr>
        <w:t xml:space="preserve"> сандар</w:t>
      </w:r>
      <w:r w:rsidRPr="00AD3760">
        <w:rPr>
          <w:sz w:val="28"/>
          <w:szCs w:val="28"/>
        </w:rPr>
        <w:t xml:space="preserve"> жағымен Ә. Бөкейхан көшесіне дейін, Ә. Бөкейхан көшесінің жұп </w:t>
      </w:r>
      <w:r>
        <w:rPr>
          <w:sz w:val="28"/>
          <w:szCs w:val="28"/>
          <w:lang w:val="kk-KZ"/>
        </w:rPr>
        <w:t xml:space="preserve">сандар </w:t>
      </w:r>
      <w:r w:rsidRPr="00AD3760">
        <w:rPr>
          <w:sz w:val="28"/>
          <w:szCs w:val="28"/>
        </w:rPr>
        <w:t xml:space="preserve">жағымен </w:t>
      </w:r>
      <w:r>
        <w:rPr>
          <w:sz w:val="28"/>
          <w:szCs w:val="28"/>
        </w:rPr>
        <w:br/>
      </w:r>
      <w:r w:rsidRPr="00AD3760">
        <w:rPr>
          <w:sz w:val="28"/>
          <w:szCs w:val="28"/>
        </w:rPr>
        <w:t>Ә. Бөкейхан көшесіндегі № 10 үйге дейін, Ә. Бөкейхан көшесінен Ә. Бөкейхан көшесіндегі № 10 үйден өт</w:t>
      </w:r>
      <w:r>
        <w:rPr>
          <w:sz w:val="28"/>
          <w:szCs w:val="28"/>
          <w:lang w:val="kk-KZ"/>
        </w:rPr>
        <w:t>пе жо</w:t>
      </w:r>
      <w:r w:rsidRPr="00AD3760">
        <w:rPr>
          <w:sz w:val="28"/>
          <w:szCs w:val="28"/>
        </w:rPr>
        <w:t xml:space="preserve">лмен Мәңгілік Ел даңғылындағы № 22/2 үйге дейін, Мәңгілік Ел даңғылындағы № 22/2 үйден </w:t>
      </w:r>
      <w:r>
        <w:rPr>
          <w:sz w:val="28"/>
          <w:szCs w:val="28"/>
          <w:lang w:val="kk-KZ"/>
        </w:rPr>
        <w:t>өтпе жолмен</w:t>
      </w:r>
      <w:r w:rsidRPr="00AD3760">
        <w:rPr>
          <w:sz w:val="28"/>
          <w:szCs w:val="28"/>
        </w:rPr>
        <w:t xml:space="preserve"> Мәңгілік Ел даңғылындағы № 22/1 үйге дейін, Мәңгілік Ел даңғылындағы № 22/1 үйден </w:t>
      </w:r>
      <w:r>
        <w:rPr>
          <w:sz w:val="28"/>
          <w:szCs w:val="28"/>
          <w:lang w:val="kk-KZ"/>
        </w:rPr>
        <w:t>өтпе жолмен</w:t>
      </w:r>
      <w:r w:rsidRPr="00AD3760">
        <w:rPr>
          <w:sz w:val="28"/>
          <w:szCs w:val="28"/>
        </w:rPr>
        <w:t xml:space="preserve"> Мәңгілік Ел даңғылына дейін, Мәңгілік Ел даңғылымен Орынбор көшесіне дейін.</w:t>
      </w:r>
    </w:p>
    <w:p w14:paraId="435904EC" w14:textId="77777777" w:rsidR="00E72A3C" w:rsidRPr="00420D39" w:rsidRDefault="00E72A3C" w:rsidP="00E72A3C">
      <w:pPr>
        <w:ind w:firstLine="567"/>
        <w:jc w:val="both"/>
        <w:rPr>
          <w:sz w:val="28"/>
          <w:szCs w:val="28"/>
        </w:rPr>
      </w:pPr>
    </w:p>
    <w:p w14:paraId="491E9CBD" w14:textId="77777777" w:rsidR="00E72A3C" w:rsidRPr="00AD3760" w:rsidRDefault="00E72A3C" w:rsidP="00E72A3C">
      <w:pPr>
        <w:jc w:val="center"/>
        <w:rPr>
          <w:sz w:val="28"/>
          <w:szCs w:val="28"/>
        </w:rPr>
      </w:pPr>
      <w:r w:rsidRPr="00AD3760">
        <w:rPr>
          <w:sz w:val="28"/>
          <w:szCs w:val="28"/>
        </w:rPr>
        <w:t>№ 128 сайлау учаскесі</w:t>
      </w:r>
    </w:p>
    <w:p w14:paraId="366FD1AE" w14:textId="77777777" w:rsidR="00E72A3C" w:rsidRPr="00AD3760" w:rsidRDefault="00E72A3C" w:rsidP="00E72A3C">
      <w:pPr>
        <w:jc w:val="center"/>
        <w:rPr>
          <w:sz w:val="28"/>
          <w:szCs w:val="28"/>
        </w:rPr>
      </w:pPr>
      <w:r w:rsidRPr="00AD3760">
        <w:rPr>
          <w:sz w:val="28"/>
          <w:szCs w:val="28"/>
        </w:rPr>
        <w:t xml:space="preserve">(орталығы – «Қазақстан темір жолы» ұлттық компаниясы» </w:t>
      </w:r>
    </w:p>
    <w:p w14:paraId="7ACBE3F0" w14:textId="77777777" w:rsidR="00E72A3C" w:rsidRPr="00AD3760" w:rsidRDefault="00E72A3C" w:rsidP="00E72A3C">
      <w:pPr>
        <w:jc w:val="center"/>
        <w:rPr>
          <w:sz w:val="28"/>
          <w:szCs w:val="28"/>
        </w:rPr>
      </w:pPr>
      <w:r w:rsidRPr="00AD3760">
        <w:rPr>
          <w:sz w:val="28"/>
          <w:szCs w:val="28"/>
        </w:rPr>
        <w:t>акционерлік қоғамы, Д. Қонаев көшесі, № 6)</w:t>
      </w:r>
    </w:p>
    <w:p w14:paraId="7AF46552" w14:textId="77777777" w:rsidR="00E72A3C" w:rsidRPr="00AD3760" w:rsidRDefault="00E72A3C" w:rsidP="00E72A3C">
      <w:pPr>
        <w:jc w:val="center"/>
        <w:rPr>
          <w:sz w:val="28"/>
          <w:szCs w:val="28"/>
        </w:rPr>
      </w:pPr>
    </w:p>
    <w:p w14:paraId="0CDFF3CD" w14:textId="77777777" w:rsidR="00E72A3C" w:rsidRDefault="00E72A3C" w:rsidP="00E72A3C">
      <w:pPr>
        <w:ind w:firstLine="567"/>
        <w:jc w:val="both"/>
        <w:rPr>
          <w:sz w:val="28"/>
          <w:szCs w:val="28"/>
        </w:rPr>
      </w:pPr>
      <w:r w:rsidRPr="00AD3760">
        <w:rPr>
          <w:sz w:val="28"/>
          <w:szCs w:val="28"/>
        </w:rPr>
        <w:t>Шекарасы:</w:t>
      </w:r>
      <w:r>
        <w:rPr>
          <w:sz w:val="28"/>
          <w:szCs w:val="28"/>
          <w:lang w:val="kk-KZ"/>
        </w:rPr>
        <w:t xml:space="preserve"> </w:t>
      </w:r>
      <w:r w:rsidRPr="00AD3760">
        <w:rPr>
          <w:sz w:val="28"/>
          <w:szCs w:val="28"/>
        </w:rPr>
        <w:t>Сарайшық көшесінен Қабанбай батыр даңғылының жұп сандар жағымен «Нұржол» желекжолына дейін, «Нұржол» желекжолы</w:t>
      </w:r>
      <w:r w:rsidRPr="00AD3760">
        <w:rPr>
          <w:sz w:val="28"/>
          <w:szCs w:val="28"/>
          <w:lang w:val="kk-KZ"/>
        </w:rPr>
        <w:t xml:space="preserve">мен </w:t>
      </w:r>
      <w:r w:rsidRPr="00AD3760">
        <w:rPr>
          <w:sz w:val="28"/>
          <w:szCs w:val="28"/>
        </w:rPr>
        <w:t>Ақмешіт көшесіне дейін, Ақмешіт көшесінің тақ сандар жағымен Д. Қонаев көшесіне дейін, Д. Қонаев көшесімен Д. Қонаев көшесіндегі № 29 үйдің соңына дейін, Д. Қонаев көшесіндегі № 29 үйден өт</w:t>
      </w:r>
      <w:r>
        <w:rPr>
          <w:sz w:val="28"/>
          <w:szCs w:val="28"/>
          <w:lang w:val="kk-KZ"/>
        </w:rPr>
        <w:t>пе жо</w:t>
      </w:r>
      <w:r w:rsidRPr="00AD3760">
        <w:rPr>
          <w:sz w:val="28"/>
          <w:szCs w:val="28"/>
        </w:rPr>
        <w:t>лмен Сарайшық көшесіне дейін, Сарайшық көшесімен Қабанбай батыр даңғылына дейін.</w:t>
      </w:r>
    </w:p>
    <w:p w14:paraId="0698C070" w14:textId="77777777" w:rsidR="00E72A3C" w:rsidRPr="00420D39" w:rsidRDefault="00E72A3C" w:rsidP="00E72A3C">
      <w:pPr>
        <w:ind w:firstLine="567"/>
        <w:jc w:val="both"/>
        <w:rPr>
          <w:sz w:val="28"/>
          <w:szCs w:val="28"/>
        </w:rPr>
      </w:pPr>
    </w:p>
    <w:p w14:paraId="0BA5E8FD" w14:textId="77777777" w:rsidR="00E72A3C" w:rsidRPr="00420D39" w:rsidRDefault="00E72A3C" w:rsidP="00E72A3C">
      <w:pPr>
        <w:jc w:val="center"/>
        <w:rPr>
          <w:sz w:val="28"/>
          <w:szCs w:val="28"/>
        </w:rPr>
      </w:pPr>
      <w:r w:rsidRPr="00420D39">
        <w:rPr>
          <w:sz w:val="28"/>
          <w:szCs w:val="28"/>
        </w:rPr>
        <w:t>№ 129 сайлау учаскесі</w:t>
      </w:r>
    </w:p>
    <w:p w14:paraId="76E7F6D7" w14:textId="77777777" w:rsidR="00E72A3C" w:rsidRPr="00420D39" w:rsidRDefault="00E72A3C" w:rsidP="00E72A3C">
      <w:pPr>
        <w:jc w:val="center"/>
        <w:rPr>
          <w:sz w:val="28"/>
          <w:szCs w:val="28"/>
        </w:rPr>
      </w:pPr>
      <w:r w:rsidRPr="00420D39">
        <w:rPr>
          <w:sz w:val="28"/>
          <w:szCs w:val="28"/>
        </w:rPr>
        <w:t xml:space="preserve">(орталығы – Ұлттық академиялық кітапхана, </w:t>
      </w:r>
    </w:p>
    <w:p w14:paraId="3BF59A81" w14:textId="77777777" w:rsidR="00E72A3C" w:rsidRPr="00420D39" w:rsidRDefault="00E72A3C" w:rsidP="00E72A3C">
      <w:pPr>
        <w:jc w:val="center"/>
        <w:rPr>
          <w:sz w:val="28"/>
          <w:szCs w:val="28"/>
        </w:rPr>
      </w:pPr>
      <w:r w:rsidRPr="00420D39">
        <w:rPr>
          <w:sz w:val="28"/>
          <w:szCs w:val="28"/>
        </w:rPr>
        <w:t>Достық көшесі, № 11)</w:t>
      </w:r>
    </w:p>
    <w:p w14:paraId="58351F34" w14:textId="77777777" w:rsidR="00E72A3C" w:rsidRPr="00420D39" w:rsidRDefault="00E72A3C" w:rsidP="00E72A3C">
      <w:pPr>
        <w:ind w:firstLine="567"/>
        <w:jc w:val="both"/>
        <w:rPr>
          <w:sz w:val="28"/>
          <w:szCs w:val="28"/>
        </w:rPr>
      </w:pPr>
    </w:p>
    <w:p w14:paraId="08FAEDA7" w14:textId="77777777" w:rsidR="00E72A3C" w:rsidRPr="00420D39" w:rsidRDefault="00E72A3C" w:rsidP="00E72A3C">
      <w:pPr>
        <w:ind w:firstLine="567"/>
        <w:jc w:val="both"/>
        <w:rPr>
          <w:sz w:val="28"/>
          <w:szCs w:val="28"/>
        </w:rPr>
      </w:pPr>
      <w:r w:rsidRPr="00420D39">
        <w:rPr>
          <w:sz w:val="28"/>
          <w:szCs w:val="28"/>
        </w:rPr>
        <w:t xml:space="preserve">Шекарасы: Сауран көшесінен Сығанақ көшесінің тақ </w:t>
      </w:r>
      <w:r w:rsidRPr="00420D39">
        <w:rPr>
          <w:sz w:val="28"/>
          <w:szCs w:val="28"/>
          <w:lang w:val="kk-KZ"/>
        </w:rPr>
        <w:t xml:space="preserve">сандар </w:t>
      </w:r>
      <w:r w:rsidRPr="00420D39">
        <w:rPr>
          <w:sz w:val="28"/>
          <w:szCs w:val="28"/>
        </w:rPr>
        <w:t xml:space="preserve">жағымен Түркістан көшесіне дейін, Түркістан көшесінің тақ </w:t>
      </w:r>
      <w:r w:rsidRPr="00420D39">
        <w:rPr>
          <w:sz w:val="28"/>
          <w:szCs w:val="28"/>
          <w:lang w:val="kk-KZ"/>
        </w:rPr>
        <w:t xml:space="preserve">сандар </w:t>
      </w:r>
      <w:r w:rsidRPr="00420D39">
        <w:rPr>
          <w:sz w:val="28"/>
          <w:szCs w:val="28"/>
        </w:rPr>
        <w:t xml:space="preserve">жағымен Достық көшесіне дейін, Достық көшесінің жұп </w:t>
      </w:r>
      <w:r w:rsidRPr="00420D39">
        <w:rPr>
          <w:sz w:val="28"/>
          <w:szCs w:val="28"/>
          <w:lang w:val="kk-KZ"/>
        </w:rPr>
        <w:t xml:space="preserve">сандар </w:t>
      </w:r>
      <w:r w:rsidRPr="00420D39">
        <w:rPr>
          <w:sz w:val="28"/>
          <w:szCs w:val="28"/>
        </w:rPr>
        <w:t xml:space="preserve">жағымен Сауран көшесіне дейін, Сауран көшесінің жұп </w:t>
      </w:r>
      <w:r w:rsidRPr="00420D39">
        <w:rPr>
          <w:sz w:val="28"/>
          <w:szCs w:val="28"/>
          <w:lang w:val="kk-KZ"/>
        </w:rPr>
        <w:t xml:space="preserve">сандар </w:t>
      </w:r>
      <w:r w:rsidRPr="00420D39">
        <w:rPr>
          <w:sz w:val="28"/>
          <w:szCs w:val="28"/>
        </w:rPr>
        <w:t>жағымен Сығанақ көшесіндегі №</w:t>
      </w:r>
      <w:r w:rsidRPr="00420D39">
        <w:rPr>
          <w:sz w:val="28"/>
          <w:szCs w:val="28"/>
          <w:lang w:val="kk-KZ"/>
        </w:rPr>
        <w:t> </w:t>
      </w:r>
      <w:r w:rsidRPr="00420D39">
        <w:rPr>
          <w:sz w:val="28"/>
          <w:szCs w:val="28"/>
        </w:rPr>
        <w:t>33 үйді қоса алғанда</w:t>
      </w:r>
      <w:r w:rsidRPr="00420D39">
        <w:rPr>
          <w:sz w:val="28"/>
          <w:szCs w:val="28"/>
          <w:lang w:val="kk-KZ"/>
        </w:rPr>
        <w:t>,</w:t>
      </w:r>
      <w:r w:rsidRPr="00420D39">
        <w:rPr>
          <w:sz w:val="28"/>
          <w:szCs w:val="28"/>
        </w:rPr>
        <w:t xml:space="preserve"> Сығанақ көшесіне дейін.</w:t>
      </w:r>
    </w:p>
    <w:p w14:paraId="1D7BD864" w14:textId="77777777" w:rsidR="00E72A3C" w:rsidRPr="00420D39" w:rsidRDefault="00E72A3C" w:rsidP="00E72A3C">
      <w:pPr>
        <w:tabs>
          <w:tab w:val="left" w:pos="4642"/>
        </w:tabs>
        <w:ind w:firstLine="567"/>
        <w:jc w:val="both"/>
        <w:rPr>
          <w:sz w:val="28"/>
          <w:szCs w:val="28"/>
        </w:rPr>
      </w:pPr>
      <w:r w:rsidRPr="00420D39">
        <w:rPr>
          <w:sz w:val="28"/>
          <w:szCs w:val="28"/>
        </w:rPr>
        <w:tab/>
      </w:r>
    </w:p>
    <w:p w14:paraId="6ADD2695" w14:textId="77777777" w:rsidR="00215D5B" w:rsidRDefault="00215D5B">
      <w:pPr>
        <w:overflowPunct/>
        <w:autoSpaceDE/>
        <w:autoSpaceDN/>
        <w:adjustRightInd/>
        <w:rPr>
          <w:sz w:val="28"/>
          <w:szCs w:val="28"/>
        </w:rPr>
      </w:pPr>
      <w:r>
        <w:rPr>
          <w:sz w:val="28"/>
          <w:szCs w:val="28"/>
        </w:rPr>
        <w:br w:type="page"/>
      </w:r>
    </w:p>
    <w:p w14:paraId="33293B10" w14:textId="481864BB" w:rsidR="00E72A3C" w:rsidRPr="00814807" w:rsidRDefault="00E72A3C" w:rsidP="00E72A3C">
      <w:pPr>
        <w:jc w:val="center"/>
        <w:rPr>
          <w:sz w:val="28"/>
          <w:szCs w:val="28"/>
        </w:rPr>
      </w:pPr>
      <w:r w:rsidRPr="00814807">
        <w:rPr>
          <w:sz w:val="28"/>
          <w:szCs w:val="28"/>
        </w:rPr>
        <w:lastRenderedPageBreak/>
        <w:t>№ 130 сайлау учаскесі</w:t>
      </w:r>
    </w:p>
    <w:p w14:paraId="4FCB9A45"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«Дінмұхамед Қонаев атындағы </w:t>
      </w:r>
    </w:p>
    <w:p w14:paraId="50EA3184" w14:textId="77777777" w:rsidR="00E72A3C" w:rsidRPr="00814807" w:rsidRDefault="00E72A3C" w:rsidP="00E72A3C">
      <w:pPr>
        <w:jc w:val="center"/>
        <w:rPr>
          <w:sz w:val="28"/>
          <w:szCs w:val="28"/>
        </w:rPr>
      </w:pPr>
      <w:r w:rsidRPr="00814807">
        <w:rPr>
          <w:sz w:val="28"/>
          <w:szCs w:val="28"/>
        </w:rPr>
        <w:t>№ 66 мектеп-лицей» шаруашылық жүргізу құқығындағы мемлекеттік коммуналдық кәсіпорны, Д. Қонаев көшесі, № 33/1)</w:t>
      </w:r>
    </w:p>
    <w:p w14:paraId="437A76BC" w14:textId="77777777" w:rsidR="00E72A3C" w:rsidRPr="00814807" w:rsidRDefault="00E72A3C" w:rsidP="00E72A3C">
      <w:pPr>
        <w:jc w:val="center"/>
        <w:rPr>
          <w:sz w:val="28"/>
          <w:szCs w:val="28"/>
        </w:rPr>
      </w:pPr>
    </w:p>
    <w:p w14:paraId="4C29E5B5" w14:textId="77777777" w:rsidR="00E72A3C" w:rsidRPr="00420D39" w:rsidRDefault="00E72A3C" w:rsidP="00E72A3C">
      <w:pPr>
        <w:ind w:firstLine="567"/>
        <w:jc w:val="both"/>
        <w:rPr>
          <w:sz w:val="28"/>
          <w:szCs w:val="28"/>
        </w:rPr>
      </w:pPr>
      <w:r w:rsidRPr="00814807">
        <w:rPr>
          <w:sz w:val="28"/>
          <w:szCs w:val="28"/>
        </w:rPr>
        <w:t xml:space="preserve">Шекарасы: </w:t>
      </w:r>
      <w:r w:rsidRPr="00814807">
        <w:rPr>
          <w:sz w:val="28"/>
          <w:szCs w:val="28"/>
          <w:lang w:val="kk-KZ"/>
        </w:rPr>
        <w:t xml:space="preserve">Сарайшық көшесінен Түркістан көшесінің жұп сандар жағымен «Нұржол» </w:t>
      </w:r>
      <w:r>
        <w:rPr>
          <w:sz w:val="28"/>
          <w:szCs w:val="28"/>
          <w:lang w:val="kk-KZ"/>
        </w:rPr>
        <w:t>желекжолына</w:t>
      </w:r>
      <w:r w:rsidRPr="00814807">
        <w:rPr>
          <w:sz w:val="28"/>
          <w:szCs w:val="28"/>
          <w:lang w:val="kk-KZ"/>
        </w:rPr>
        <w:t xml:space="preserve"> дейін, «Нұржол» </w:t>
      </w:r>
      <w:r>
        <w:rPr>
          <w:sz w:val="28"/>
          <w:szCs w:val="28"/>
          <w:lang w:val="kk-KZ"/>
        </w:rPr>
        <w:t>желекжолы</w:t>
      </w:r>
      <w:r w:rsidRPr="00814807">
        <w:rPr>
          <w:sz w:val="28"/>
          <w:szCs w:val="28"/>
          <w:lang w:val="kk-KZ"/>
        </w:rPr>
        <w:t xml:space="preserve"> бойымен Мәңгілік Ел даңғылына дейін, Мәңгілік Ел даңғылының тақ сандар жағымен Сарайшық көшесіне дейін, Сарайшық көшесінің жұп сандар жағымен</w:t>
      </w:r>
      <w:r>
        <w:rPr>
          <w:sz w:val="28"/>
          <w:szCs w:val="28"/>
          <w:lang w:val="kk-KZ"/>
        </w:rPr>
        <w:t>,</w:t>
      </w:r>
      <w:r w:rsidRPr="00814807">
        <w:rPr>
          <w:sz w:val="28"/>
          <w:szCs w:val="28"/>
          <w:lang w:val="kk-KZ"/>
        </w:rPr>
        <w:t xml:space="preserve"> Сарайшық көшесіндегі № 36, 38 үйлерді қоспағанда</w:t>
      </w:r>
      <w:r>
        <w:rPr>
          <w:sz w:val="28"/>
          <w:szCs w:val="28"/>
          <w:lang w:val="kk-KZ"/>
        </w:rPr>
        <w:t>,</w:t>
      </w:r>
      <w:r w:rsidRPr="00814807">
        <w:rPr>
          <w:sz w:val="28"/>
          <w:szCs w:val="28"/>
          <w:lang w:val="kk-KZ"/>
        </w:rPr>
        <w:t xml:space="preserve"> Түркістан көшесіне дейін.</w:t>
      </w:r>
    </w:p>
    <w:p w14:paraId="7E5E41AB" w14:textId="77777777" w:rsidR="00E72A3C" w:rsidRPr="00420D39" w:rsidRDefault="00E72A3C" w:rsidP="00E72A3C">
      <w:pPr>
        <w:ind w:firstLine="567"/>
        <w:jc w:val="both"/>
        <w:rPr>
          <w:sz w:val="28"/>
          <w:szCs w:val="28"/>
        </w:rPr>
      </w:pPr>
    </w:p>
    <w:p w14:paraId="010A3310" w14:textId="77777777" w:rsidR="00E72A3C" w:rsidRPr="00420D39" w:rsidRDefault="00E72A3C" w:rsidP="00E72A3C">
      <w:pPr>
        <w:jc w:val="center"/>
        <w:rPr>
          <w:sz w:val="28"/>
          <w:szCs w:val="28"/>
        </w:rPr>
      </w:pPr>
      <w:r w:rsidRPr="00420D39">
        <w:rPr>
          <w:sz w:val="28"/>
          <w:szCs w:val="28"/>
        </w:rPr>
        <w:t>№ 131 сайлау учаскесі</w:t>
      </w:r>
    </w:p>
    <w:p w14:paraId="7F559CB0"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«Кәрім Мыңбаев атындағы </w:t>
      </w:r>
    </w:p>
    <w:p w14:paraId="12690EC4" w14:textId="77777777" w:rsidR="00E72A3C" w:rsidRPr="00420D39" w:rsidRDefault="00E72A3C" w:rsidP="00E72A3C">
      <w:pPr>
        <w:jc w:val="center"/>
        <w:rPr>
          <w:sz w:val="28"/>
          <w:szCs w:val="28"/>
        </w:rPr>
      </w:pPr>
      <w:r w:rsidRPr="00420D39">
        <w:rPr>
          <w:sz w:val="28"/>
          <w:szCs w:val="28"/>
        </w:rPr>
        <w:t>№ 59 мектеп-лицей» шаруашылық жүргізу құқығындағы мемлекеттік коммуналдық кәсіпорны, Сауран көшесі, № 5/1)</w:t>
      </w:r>
    </w:p>
    <w:p w14:paraId="636839C3" w14:textId="77777777" w:rsidR="00E72A3C" w:rsidRPr="00420D39" w:rsidRDefault="00E72A3C" w:rsidP="00E72A3C">
      <w:pPr>
        <w:ind w:firstLine="567"/>
        <w:jc w:val="both"/>
        <w:rPr>
          <w:sz w:val="28"/>
          <w:szCs w:val="28"/>
        </w:rPr>
      </w:pPr>
    </w:p>
    <w:p w14:paraId="307CCF66" w14:textId="77777777" w:rsidR="00E72A3C" w:rsidRPr="00420D39" w:rsidRDefault="00E72A3C" w:rsidP="00E72A3C">
      <w:pPr>
        <w:ind w:firstLine="567"/>
        <w:jc w:val="both"/>
        <w:rPr>
          <w:sz w:val="28"/>
          <w:szCs w:val="28"/>
        </w:rPr>
      </w:pPr>
      <w:r w:rsidRPr="00420D39">
        <w:rPr>
          <w:sz w:val="28"/>
          <w:szCs w:val="28"/>
        </w:rPr>
        <w:t>Шекарасы: Сауран көшесіндегі № 3/1 үйден Сауран көшесінің тақ сандар жағымен Алматы көшесіне дейін, Алматы көшесінің тақ сандар жағымен Алматы көшесіндегі № 3 үйге дейін, Алматы көшесіндегі № 3 үйден өтпе жолмен Сауран көшесіндегі № 3/1 үйге дейін, Сауран көшесіндегі № 3/1 үйден өтпе жолмен Сауран көшесіне дейін.</w:t>
      </w:r>
    </w:p>
    <w:p w14:paraId="3F2D4290" w14:textId="77777777" w:rsidR="00E72A3C" w:rsidRPr="00420D39" w:rsidRDefault="00E72A3C" w:rsidP="00E72A3C">
      <w:pPr>
        <w:ind w:firstLine="567"/>
        <w:jc w:val="both"/>
        <w:rPr>
          <w:sz w:val="28"/>
          <w:szCs w:val="28"/>
        </w:rPr>
      </w:pPr>
    </w:p>
    <w:p w14:paraId="465F653B" w14:textId="77777777" w:rsidR="00E72A3C" w:rsidRPr="00814807" w:rsidRDefault="00E72A3C" w:rsidP="00E72A3C">
      <w:pPr>
        <w:jc w:val="center"/>
        <w:rPr>
          <w:sz w:val="28"/>
          <w:szCs w:val="28"/>
        </w:rPr>
      </w:pPr>
      <w:r w:rsidRPr="00814807">
        <w:rPr>
          <w:sz w:val="28"/>
          <w:szCs w:val="28"/>
        </w:rPr>
        <w:t>№ 132 сайлау учаскесі</w:t>
      </w:r>
    </w:p>
    <w:p w14:paraId="54BB56E2"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«Кәрім Мыңбаев атындағы </w:t>
      </w:r>
    </w:p>
    <w:p w14:paraId="3200FCC3" w14:textId="77777777" w:rsidR="00E72A3C" w:rsidRPr="00814807" w:rsidRDefault="00E72A3C" w:rsidP="00E72A3C">
      <w:pPr>
        <w:jc w:val="center"/>
        <w:rPr>
          <w:sz w:val="28"/>
          <w:szCs w:val="28"/>
        </w:rPr>
      </w:pPr>
      <w:r w:rsidRPr="00814807">
        <w:rPr>
          <w:sz w:val="28"/>
          <w:szCs w:val="28"/>
        </w:rPr>
        <w:t>№ 59 мектеп-лицей» шаруашылық жүргізу құқығындағы мемлекеттік коммуналдық кәсіпорны, Сауран көшесі, № 5/1)</w:t>
      </w:r>
    </w:p>
    <w:p w14:paraId="6AED8474" w14:textId="77777777" w:rsidR="00E72A3C" w:rsidRPr="00814807" w:rsidRDefault="00E72A3C" w:rsidP="00E72A3C">
      <w:pPr>
        <w:ind w:firstLine="567"/>
        <w:jc w:val="both"/>
        <w:rPr>
          <w:sz w:val="28"/>
          <w:szCs w:val="28"/>
        </w:rPr>
      </w:pPr>
    </w:p>
    <w:p w14:paraId="34FF3826" w14:textId="77777777" w:rsidR="00E72A3C" w:rsidRPr="00420D39" w:rsidRDefault="00E72A3C" w:rsidP="00E72A3C">
      <w:pPr>
        <w:ind w:firstLine="567"/>
        <w:jc w:val="both"/>
        <w:rPr>
          <w:sz w:val="28"/>
          <w:szCs w:val="28"/>
        </w:rPr>
      </w:pPr>
      <w:r w:rsidRPr="00814807">
        <w:rPr>
          <w:sz w:val="28"/>
          <w:szCs w:val="28"/>
        </w:rPr>
        <w:t xml:space="preserve">Шекарасы: </w:t>
      </w:r>
      <w:r w:rsidRPr="00814807">
        <w:rPr>
          <w:sz w:val="28"/>
          <w:szCs w:val="28"/>
          <w:lang w:val="kk-KZ"/>
        </w:rPr>
        <w:t>Қабанбай батыр даңғылы, № 40, 40а, 40/1, 40/1а, 42 үйлер, Алматы көшесі, № 1, 1а, 1/1, 1/1а, 3, 3/1 үйлер.</w:t>
      </w:r>
    </w:p>
    <w:p w14:paraId="3E19D3C2" w14:textId="77777777" w:rsidR="00E72A3C" w:rsidRPr="00420D39" w:rsidRDefault="00E72A3C" w:rsidP="00E72A3C">
      <w:pPr>
        <w:jc w:val="center"/>
        <w:rPr>
          <w:sz w:val="28"/>
          <w:szCs w:val="28"/>
        </w:rPr>
      </w:pPr>
    </w:p>
    <w:p w14:paraId="7FDD9E07" w14:textId="77777777" w:rsidR="00E72A3C" w:rsidRPr="00420D39" w:rsidRDefault="00E72A3C" w:rsidP="00E72A3C">
      <w:pPr>
        <w:jc w:val="center"/>
        <w:rPr>
          <w:sz w:val="28"/>
          <w:szCs w:val="28"/>
        </w:rPr>
      </w:pPr>
      <w:r w:rsidRPr="00420D39">
        <w:rPr>
          <w:sz w:val="28"/>
          <w:szCs w:val="28"/>
        </w:rPr>
        <w:t>№ 133 сайлау учаскесі</w:t>
      </w:r>
    </w:p>
    <w:p w14:paraId="7404699A" w14:textId="77777777" w:rsidR="00E72A3C" w:rsidRPr="00420D39" w:rsidRDefault="00E72A3C" w:rsidP="00E72A3C">
      <w:pPr>
        <w:jc w:val="center"/>
        <w:rPr>
          <w:sz w:val="28"/>
          <w:szCs w:val="28"/>
        </w:rPr>
      </w:pPr>
      <w:r w:rsidRPr="00420D39">
        <w:rPr>
          <w:sz w:val="28"/>
          <w:szCs w:val="28"/>
        </w:rPr>
        <w:t xml:space="preserve">(орталығы – «Қазақтелеком» акционерлік қоғамы, </w:t>
      </w:r>
    </w:p>
    <w:p w14:paraId="68542AE9" w14:textId="77777777" w:rsidR="00E72A3C" w:rsidRPr="00420D39" w:rsidRDefault="00E72A3C" w:rsidP="00E72A3C">
      <w:pPr>
        <w:jc w:val="center"/>
        <w:rPr>
          <w:sz w:val="28"/>
          <w:szCs w:val="28"/>
        </w:rPr>
      </w:pPr>
      <w:r w:rsidRPr="00420D39">
        <w:rPr>
          <w:sz w:val="28"/>
          <w:szCs w:val="28"/>
        </w:rPr>
        <w:t>Сауран көшесі, № 12)</w:t>
      </w:r>
    </w:p>
    <w:p w14:paraId="7FFF111F" w14:textId="77777777" w:rsidR="00E72A3C" w:rsidRPr="00420D39" w:rsidRDefault="00E72A3C" w:rsidP="00E72A3C">
      <w:pPr>
        <w:jc w:val="center"/>
        <w:rPr>
          <w:sz w:val="28"/>
          <w:szCs w:val="28"/>
        </w:rPr>
      </w:pPr>
    </w:p>
    <w:p w14:paraId="7740C25A" w14:textId="77777777" w:rsidR="00E72A3C" w:rsidRPr="00420D39" w:rsidRDefault="00E72A3C" w:rsidP="00E72A3C">
      <w:pPr>
        <w:ind w:firstLine="567"/>
        <w:jc w:val="both"/>
        <w:rPr>
          <w:sz w:val="28"/>
          <w:szCs w:val="28"/>
        </w:rPr>
      </w:pPr>
      <w:r w:rsidRPr="00420D39">
        <w:rPr>
          <w:sz w:val="28"/>
          <w:szCs w:val="28"/>
        </w:rPr>
        <w:t>Шекарасы: Сығанақ көшесінен Түркістан көшесінің тақ сандар жағымен Алматы көшесіне дейін, Алматы көшесінің тақ сандар жағымен Сауран көшесіне дейін, Сауран көшесінің жұп сандар жағымен Сығанақ көшесіне дейін, Сығанақ көшесінің жұп сандар жағымен Түркістан көшесіне дейін.</w:t>
      </w:r>
    </w:p>
    <w:p w14:paraId="0A6CECB6" w14:textId="77777777" w:rsidR="00E72A3C" w:rsidRPr="00420D39" w:rsidRDefault="00E72A3C" w:rsidP="00E72A3C">
      <w:pPr>
        <w:ind w:firstLine="567"/>
        <w:jc w:val="both"/>
        <w:rPr>
          <w:sz w:val="28"/>
          <w:szCs w:val="28"/>
        </w:rPr>
      </w:pPr>
    </w:p>
    <w:p w14:paraId="0FC1B8E5" w14:textId="77777777" w:rsidR="00E72A3C" w:rsidRPr="00814807" w:rsidRDefault="00E72A3C" w:rsidP="00E72A3C">
      <w:pPr>
        <w:jc w:val="center"/>
        <w:rPr>
          <w:sz w:val="28"/>
          <w:szCs w:val="28"/>
        </w:rPr>
      </w:pPr>
      <w:r w:rsidRPr="00814807">
        <w:rPr>
          <w:sz w:val="28"/>
          <w:szCs w:val="28"/>
        </w:rPr>
        <w:t>№ 134 сайлау учаскесі</w:t>
      </w:r>
    </w:p>
    <w:p w14:paraId="15DED434"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 82 «Дарын» мамандандырылған лицейі» коммуналдық мемлекеттік мекемесі, Ұлы </w:t>
      </w:r>
      <w:proofErr w:type="gramStart"/>
      <w:r w:rsidRPr="00814807">
        <w:rPr>
          <w:sz w:val="28"/>
          <w:szCs w:val="28"/>
        </w:rPr>
        <w:t>Дала</w:t>
      </w:r>
      <w:proofErr w:type="gramEnd"/>
      <w:r w:rsidRPr="00814807">
        <w:rPr>
          <w:sz w:val="28"/>
          <w:szCs w:val="28"/>
        </w:rPr>
        <w:t xml:space="preserve"> даңғылы, № 61/1)</w:t>
      </w:r>
    </w:p>
    <w:p w14:paraId="207F8C69" w14:textId="77777777" w:rsidR="00E72A3C" w:rsidRPr="00814807" w:rsidRDefault="00E72A3C" w:rsidP="00E72A3C">
      <w:pPr>
        <w:jc w:val="center"/>
        <w:rPr>
          <w:sz w:val="28"/>
          <w:szCs w:val="28"/>
        </w:rPr>
      </w:pPr>
    </w:p>
    <w:p w14:paraId="583A507D" w14:textId="77777777" w:rsidR="00E72A3C" w:rsidRPr="00420D39" w:rsidRDefault="00E72A3C" w:rsidP="00E72A3C">
      <w:pPr>
        <w:ind w:firstLine="567"/>
        <w:jc w:val="both"/>
        <w:rPr>
          <w:sz w:val="28"/>
          <w:szCs w:val="28"/>
        </w:rPr>
      </w:pPr>
      <w:r w:rsidRPr="00814807">
        <w:rPr>
          <w:sz w:val="28"/>
          <w:szCs w:val="28"/>
        </w:rPr>
        <w:t xml:space="preserve">Шекарасы: </w:t>
      </w:r>
      <w:r w:rsidRPr="00814807">
        <w:rPr>
          <w:sz w:val="28"/>
          <w:szCs w:val="28"/>
          <w:lang w:val="kk-KZ"/>
        </w:rPr>
        <w:t xml:space="preserve">Ұлы </w:t>
      </w:r>
      <w:proofErr w:type="gramStart"/>
      <w:r w:rsidRPr="00814807">
        <w:rPr>
          <w:sz w:val="28"/>
          <w:szCs w:val="28"/>
          <w:lang w:val="kk-KZ"/>
        </w:rPr>
        <w:t>Дала</w:t>
      </w:r>
      <w:proofErr w:type="gramEnd"/>
      <w:r w:rsidRPr="00814807">
        <w:rPr>
          <w:sz w:val="28"/>
          <w:szCs w:val="28"/>
          <w:lang w:val="kk-KZ"/>
        </w:rPr>
        <w:t xml:space="preserve"> даңғылы, № 55, 55/1, 55/2, 57, 59, 61, 63, 65 үйлер, Жошы хан көшесі, № 1, 1/1, 1/2, 6 үйлер.</w:t>
      </w:r>
    </w:p>
    <w:p w14:paraId="502EBC07" w14:textId="77777777" w:rsidR="00E72A3C" w:rsidRPr="00420D39" w:rsidRDefault="00E72A3C" w:rsidP="00E72A3C">
      <w:pPr>
        <w:ind w:firstLine="567"/>
        <w:jc w:val="both"/>
        <w:rPr>
          <w:sz w:val="28"/>
          <w:szCs w:val="28"/>
        </w:rPr>
      </w:pPr>
    </w:p>
    <w:p w14:paraId="2BF0329C" w14:textId="77777777" w:rsidR="00E72A3C" w:rsidRPr="00814807" w:rsidRDefault="00E72A3C" w:rsidP="00E72A3C">
      <w:pPr>
        <w:jc w:val="center"/>
        <w:rPr>
          <w:sz w:val="28"/>
          <w:szCs w:val="28"/>
        </w:rPr>
      </w:pPr>
      <w:r w:rsidRPr="00814807">
        <w:rPr>
          <w:sz w:val="28"/>
          <w:szCs w:val="28"/>
        </w:rPr>
        <w:t>№ 135 сайлау учаскесі</w:t>
      </w:r>
    </w:p>
    <w:p w14:paraId="38D24AE3" w14:textId="77777777" w:rsidR="00E72A3C" w:rsidRPr="00814807" w:rsidRDefault="00E72A3C" w:rsidP="00E72A3C">
      <w:pPr>
        <w:jc w:val="center"/>
        <w:rPr>
          <w:sz w:val="28"/>
          <w:szCs w:val="28"/>
        </w:rPr>
      </w:pPr>
      <w:r w:rsidRPr="00814807">
        <w:rPr>
          <w:sz w:val="28"/>
          <w:szCs w:val="28"/>
        </w:rPr>
        <w:t xml:space="preserve">(орталығы – «Alatau City Bank» акционерлік қоғамы, </w:t>
      </w:r>
    </w:p>
    <w:p w14:paraId="768FB37D" w14:textId="77777777" w:rsidR="00E72A3C" w:rsidRPr="00814807" w:rsidRDefault="00E72A3C" w:rsidP="00E72A3C">
      <w:pPr>
        <w:jc w:val="center"/>
        <w:rPr>
          <w:sz w:val="28"/>
          <w:szCs w:val="28"/>
        </w:rPr>
      </w:pPr>
      <w:r w:rsidRPr="00814807">
        <w:rPr>
          <w:sz w:val="28"/>
          <w:szCs w:val="28"/>
        </w:rPr>
        <w:t>Сарайшық көшесі, № 5а)</w:t>
      </w:r>
    </w:p>
    <w:p w14:paraId="01E5B820" w14:textId="77777777" w:rsidR="00E72A3C" w:rsidRPr="00AD3760" w:rsidRDefault="00E72A3C" w:rsidP="00E72A3C">
      <w:pPr>
        <w:ind w:firstLine="567"/>
        <w:jc w:val="both"/>
        <w:rPr>
          <w:sz w:val="28"/>
          <w:szCs w:val="28"/>
        </w:rPr>
      </w:pPr>
    </w:p>
    <w:p w14:paraId="64D564E3" w14:textId="77777777" w:rsidR="00E72A3C" w:rsidRPr="00420D39" w:rsidRDefault="00E72A3C" w:rsidP="00E72A3C">
      <w:pPr>
        <w:ind w:firstLine="567"/>
        <w:jc w:val="both"/>
        <w:rPr>
          <w:sz w:val="28"/>
          <w:szCs w:val="28"/>
        </w:rPr>
      </w:pPr>
      <w:r w:rsidRPr="00AD3760">
        <w:rPr>
          <w:sz w:val="28"/>
          <w:szCs w:val="28"/>
        </w:rPr>
        <w:t>Шекарасы: Сарайшық көшесінен Е. Тайбеков көшесінің тақ</w:t>
      </w:r>
      <w:r>
        <w:rPr>
          <w:sz w:val="28"/>
          <w:szCs w:val="28"/>
          <w:lang w:val="kk-KZ"/>
        </w:rPr>
        <w:t xml:space="preserve"> сандар</w:t>
      </w:r>
      <w:r w:rsidRPr="00AD3760">
        <w:rPr>
          <w:sz w:val="28"/>
          <w:szCs w:val="28"/>
        </w:rPr>
        <w:t xml:space="preserve"> жағымен Қарашаш көшесіне дейін, Қарашаш көшесінің тақ </w:t>
      </w:r>
      <w:r>
        <w:rPr>
          <w:sz w:val="28"/>
          <w:szCs w:val="28"/>
          <w:lang w:val="kk-KZ"/>
        </w:rPr>
        <w:t xml:space="preserve">сандар </w:t>
      </w:r>
      <w:r w:rsidRPr="00AD3760">
        <w:rPr>
          <w:sz w:val="28"/>
          <w:szCs w:val="28"/>
        </w:rPr>
        <w:t xml:space="preserve">жағымен Жиембет жырау көшесіне дейін, Жиембет жырау көшесінің тақ </w:t>
      </w:r>
      <w:r>
        <w:rPr>
          <w:sz w:val="28"/>
          <w:szCs w:val="28"/>
          <w:lang w:val="kk-KZ"/>
        </w:rPr>
        <w:t xml:space="preserve">сандар </w:t>
      </w:r>
      <w:r w:rsidRPr="00AD3760">
        <w:rPr>
          <w:sz w:val="28"/>
          <w:szCs w:val="28"/>
        </w:rPr>
        <w:t xml:space="preserve">жағымен Сарайшық көшесіне дейін, Сарайшық көшесінің тақ </w:t>
      </w:r>
      <w:r>
        <w:rPr>
          <w:sz w:val="28"/>
          <w:szCs w:val="28"/>
          <w:lang w:val="kk-KZ"/>
        </w:rPr>
        <w:t xml:space="preserve">сандар </w:t>
      </w:r>
      <w:r w:rsidRPr="00AD3760">
        <w:rPr>
          <w:sz w:val="28"/>
          <w:szCs w:val="28"/>
        </w:rPr>
        <w:t>жағымен Е. Тайбеков көшесіне дейін.</w:t>
      </w:r>
    </w:p>
    <w:p w14:paraId="698C3A52" w14:textId="77777777" w:rsidR="00E72A3C" w:rsidRPr="00420D39" w:rsidRDefault="00E72A3C" w:rsidP="00E72A3C">
      <w:pPr>
        <w:ind w:firstLine="567"/>
        <w:jc w:val="both"/>
        <w:rPr>
          <w:sz w:val="28"/>
          <w:szCs w:val="28"/>
        </w:rPr>
      </w:pPr>
    </w:p>
    <w:p w14:paraId="43A6552C" w14:textId="77777777" w:rsidR="00E72A3C" w:rsidRPr="00814807" w:rsidRDefault="00E72A3C" w:rsidP="00E72A3C">
      <w:pPr>
        <w:jc w:val="center"/>
        <w:rPr>
          <w:sz w:val="28"/>
          <w:szCs w:val="28"/>
        </w:rPr>
      </w:pPr>
      <w:r w:rsidRPr="00814807">
        <w:rPr>
          <w:sz w:val="28"/>
          <w:szCs w:val="28"/>
        </w:rPr>
        <w:t>№ 136 сайлау учаскесі</w:t>
      </w:r>
    </w:p>
    <w:p w14:paraId="5F1E5CB6"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«Әлихан Бөкейхан атындағы </w:t>
      </w:r>
    </w:p>
    <w:p w14:paraId="2AD7A941" w14:textId="77777777" w:rsidR="00E72A3C" w:rsidRPr="00814807" w:rsidRDefault="00E72A3C" w:rsidP="00E72A3C">
      <w:pPr>
        <w:jc w:val="center"/>
        <w:rPr>
          <w:sz w:val="28"/>
          <w:szCs w:val="28"/>
        </w:rPr>
      </w:pPr>
      <w:r w:rsidRPr="00814807">
        <w:rPr>
          <w:sz w:val="28"/>
          <w:szCs w:val="28"/>
        </w:rPr>
        <w:t>№ 76 мектеп-лицей» шаруашылық жүргізу құқығындағы мемлекеттік коммуналдық кәсіпорны, Түркістан көшесі, № 10/1)</w:t>
      </w:r>
    </w:p>
    <w:p w14:paraId="2E84F51C" w14:textId="77777777" w:rsidR="00E72A3C" w:rsidRPr="00814807" w:rsidRDefault="00E72A3C" w:rsidP="00E72A3C">
      <w:pPr>
        <w:jc w:val="center"/>
        <w:rPr>
          <w:sz w:val="28"/>
          <w:szCs w:val="28"/>
        </w:rPr>
      </w:pPr>
    </w:p>
    <w:p w14:paraId="3DBC0C7D" w14:textId="77777777" w:rsidR="00E72A3C" w:rsidRPr="00420D39" w:rsidRDefault="00E72A3C" w:rsidP="00E72A3C">
      <w:pPr>
        <w:ind w:firstLine="567"/>
        <w:jc w:val="both"/>
        <w:rPr>
          <w:sz w:val="28"/>
          <w:szCs w:val="28"/>
          <w:lang w:val="kk-KZ"/>
        </w:rPr>
      </w:pPr>
      <w:r w:rsidRPr="00814807">
        <w:rPr>
          <w:sz w:val="28"/>
          <w:szCs w:val="28"/>
        </w:rPr>
        <w:t xml:space="preserve">Шекарасы: </w:t>
      </w:r>
      <w:r w:rsidRPr="00814807">
        <w:rPr>
          <w:sz w:val="28"/>
          <w:szCs w:val="28"/>
          <w:lang w:val="kk-KZ"/>
        </w:rPr>
        <w:t>Керей, Жәнібек хандар көшесі, № 18 үй, Түркістан көшесі,</w:t>
      </w:r>
      <w:r w:rsidRPr="00814807">
        <w:rPr>
          <w:sz w:val="28"/>
          <w:szCs w:val="28"/>
          <w:lang w:val="kk-KZ"/>
        </w:rPr>
        <w:br/>
        <w:t>№ 10 үй, Мәңгілік Ел даңғылы, № 27, 27/1 үйлер.</w:t>
      </w:r>
    </w:p>
    <w:p w14:paraId="7237DEAA" w14:textId="77777777" w:rsidR="00E72A3C" w:rsidRPr="00420D39" w:rsidRDefault="00E72A3C" w:rsidP="00E72A3C">
      <w:pPr>
        <w:jc w:val="center"/>
        <w:rPr>
          <w:sz w:val="28"/>
          <w:szCs w:val="28"/>
        </w:rPr>
      </w:pPr>
    </w:p>
    <w:p w14:paraId="646615FE" w14:textId="77777777" w:rsidR="00E72A3C" w:rsidRPr="00420D39" w:rsidRDefault="00E72A3C" w:rsidP="00E72A3C">
      <w:pPr>
        <w:jc w:val="center"/>
        <w:rPr>
          <w:sz w:val="28"/>
          <w:szCs w:val="28"/>
        </w:rPr>
      </w:pPr>
      <w:r w:rsidRPr="00420D39">
        <w:rPr>
          <w:sz w:val="28"/>
          <w:szCs w:val="28"/>
        </w:rPr>
        <w:t>№ 137 сайлау учаскесі</w:t>
      </w:r>
    </w:p>
    <w:p w14:paraId="3B66A364"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«Дулат Бабатайұлы атындағы </w:t>
      </w:r>
    </w:p>
    <w:p w14:paraId="6B96FF4E" w14:textId="77777777" w:rsidR="00E72A3C" w:rsidRPr="00420D39" w:rsidRDefault="00E72A3C" w:rsidP="00E72A3C">
      <w:pPr>
        <w:jc w:val="center"/>
        <w:rPr>
          <w:sz w:val="28"/>
          <w:szCs w:val="28"/>
        </w:rPr>
      </w:pPr>
      <w:r w:rsidRPr="00420D39">
        <w:rPr>
          <w:sz w:val="28"/>
          <w:szCs w:val="28"/>
        </w:rPr>
        <w:t xml:space="preserve">№ 89 мектеп-лицей» шаруашылық жүргізу құқығындағы мемлекеттік </w:t>
      </w:r>
    </w:p>
    <w:p w14:paraId="1ACD3439" w14:textId="77777777" w:rsidR="00E72A3C" w:rsidRPr="00420D39" w:rsidRDefault="00E72A3C" w:rsidP="00E72A3C">
      <w:pPr>
        <w:jc w:val="center"/>
        <w:rPr>
          <w:sz w:val="28"/>
          <w:szCs w:val="28"/>
        </w:rPr>
      </w:pPr>
      <w:r w:rsidRPr="00420D39">
        <w:rPr>
          <w:sz w:val="28"/>
          <w:szCs w:val="28"/>
        </w:rPr>
        <w:t>коммуналдық кәсіпорны, Сауран көшесі, № 11)</w:t>
      </w:r>
    </w:p>
    <w:p w14:paraId="4D591CF0" w14:textId="77777777" w:rsidR="00E72A3C" w:rsidRPr="00420D39" w:rsidRDefault="00E72A3C" w:rsidP="00E72A3C">
      <w:pPr>
        <w:jc w:val="center"/>
        <w:rPr>
          <w:sz w:val="28"/>
          <w:szCs w:val="28"/>
        </w:rPr>
      </w:pPr>
    </w:p>
    <w:p w14:paraId="6EB7FFCC" w14:textId="77777777" w:rsidR="00E72A3C" w:rsidRPr="00420D39" w:rsidRDefault="00E72A3C" w:rsidP="00E72A3C">
      <w:pPr>
        <w:ind w:firstLine="567"/>
        <w:jc w:val="both"/>
        <w:rPr>
          <w:sz w:val="28"/>
          <w:szCs w:val="28"/>
        </w:rPr>
      </w:pPr>
      <w:r w:rsidRPr="00420D39">
        <w:rPr>
          <w:sz w:val="28"/>
          <w:szCs w:val="28"/>
        </w:rPr>
        <w:t>Шекарасы: Сауран көшесі, № 15, 15/3, 15/4, 18, 18/1, 20</w:t>
      </w:r>
      <w:r w:rsidRPr="00420D39">
        <w:rPr>
          <w:sz w:val="28"/>
          <w:szCs w:val="28"/>
          <w:lang w:val="kk-KZ"/>
        </w:rPr>
        <w:t xml:space="preserve"> </w:t>
      </w:r>
      <w:r w:rsidRPr="00420D39">
        <w:rPr>
          <w:sz w:val="28"/>
          <w:szCs w:val="28"/>
        </w:rPr>
        <w:t>үйлер, Орынбор көшесі, № 1 үй, Ақмешіт көшесі, № 13, 13/1, 13/2, 13/3, 15, 17</w:t>
      </w:r>
      <w:r w:rsidRPr="00420D39">
        <w:rPr>
          <w:sz w:val="28"/>
          <w:szCs w:val="28"/>
          <w:lang w:val="kk-KZ"/>
        </w:rPr>
        <w:t xml:space="preserve"> </w:t>
      </w:r>
      <w:r w:rsidRPr="00420D39">
        <w:rPr>
          <w:sz w:val="28"/>
          <w:szCs w:val="28"/>
        </w:rPr>
        <w:t>үйлер.</w:t>
      </w:r>
    </w:p>
    <w:p w14:paraId="23DD226F" w14:textId="77777777" w:rsidR="00E72A3C" w:rsidRPr="00420D39" w:rsidRDefault="00E72A3C" w:rsidP="00E72A3C">
      <w:pPr>
        <w:ind w:firstLine="567"/>
        <w:jc w:val="both"/>
        <w:rPr>
          <w:sz w:val="28"/>
          <w:szCs w:val="28"/>
        </w:rPr>
      </w:pPr>
    </w:p>
    <w:p w14:paraId="757EB065" w14:textId="77777777" w:rsidR="00E72A3C" w:rsidRPr="00420D39" w:rsidRDefault="00E72A3C" w:rsidP="00E72A3C">
      <w:pPr>
        <w:jc w:val="center"/>
        <w:rPr>
          <w:sz w:val="28"/>
          <w:szCs w:val="28"/>
        </w:rPr>
      </w:pPr>
      <w:r w:rsidRPr="00420D39">
        <w:rPr>
          <w:sz w:val="28"/>
          <w:szCs w:val="28"/>
        </w:rPr>
        <w:t>№ 138 сайлау учаскесі</w:t>
      </w:r>
    </w:p>
    <w:p w14:paraId="18421C1D"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 75 мектеп-гимназия» шаруашылық жүргізу құқығындағы мемлекеттік коммуналдық кәсіпорны, </w:t>
      </w:r>
    </w:p>
    <w:p w14:paraId="3B3D3D1B" w14:textId="77777777" w:rsidR="00E72A3C" w:rsidRPr="00420D39" w:rsidRDefault="00E72A3C" w:rsidP="00E72A3C">
      <w:pPr>
        <w:jc w:val="center"/>
        <w:rPr>
          <w:sz w:val="28"/>
          <w:szCs w:val="28"/>
        </w:rPr>
      </w:pPr>
      <w:r w:rsidRPr="00420D39">
        <w:rPr>
          <w:sz w:val="28"/>
          <w:szCs w:val="28"/>
        </w:rPr>
        <w:t xml:space="preserve">Мәңгілік </w:t>
      </w:r>
      <w:proofErr w:type="gramStart"/>
      <w:r w:rsidRPr="00420D39">
        <w:rPr>
          <w:sz w:val="28"/>
          <w:szCs w:val="28"/>
        </w:rPr>
        <w:t>Ел</w:t>
      </w:r>
      <w:proofErr w:type="gramEnd"/>
      <w:r w:rsidRPr="00420D39">
        <w:rPr>
          <w:sz w:val="28"/>
          <w:szCs w:val="28"/>
        </w:rPr>
        <w:t xml:space="preserve"> даңғылы, № 28/1)</w:t>
      </w:r>
    </w:p>
    <w:p w14:paraId="375E13F8" w14:textId="77777777" w:rsidR="00E72A3C" w:rsidRPr="00420D39" w:rsidRDefault="00E72A3C" w:rsidP="00E72A3C">
      <w:pPr>
        <w:ind w:firstLine="567"/>
        <w:jc w:val="both"/>
        <w:rPr>
          <w:sz w:val="28"/>
          <w:szCs w:val="28"/>
        </w:rPr>
      </w:pPr>
    </w:p>
    <w:p w14:paraId="2F30DECC" w14:textId="77777777" w:rsidR="00E72A3C" w:rsidRPr="00420D39" w:rsidRDefault="00E72A3C" w:rsidP="00E72A3C">
      <w:pPr>
        <w:ind w:firstLine="567"/>
        <w:jc w:val="both"/>
        <w:rPr>
          <w:sz w:val="28"/>
          <w:szCs w:val="28"/>
        </w:rPr>
      </w:pPr>
      <w:r w:rsidRPr="00420D39">
        <w:rPr>
          <w:sz w:val="28"/>
          <w:szCs w:val="28"/>
        </w:rPr>
        <w:t>Шекарасы: Орынбор көшесінен Түркістан көшесінің жұп сандар жағымен «Ұлытау» аллеясына дейін, «Ұлытау» аллеясымен Мәңгілік Ел даңғылына дейін, Мәңгілік Ел даңғылының тақ сандар жағымен Орынбор көшесіне дейін, Орынбор көшесінің жұп сандар жағымен Түркістан көшесіне дейін.</w:t>
      </w:r>
    </w:p>
    <w:p w14:paraId="00DFF973" w14:textId="77777777" w:rsidR="00E72A3C" w:rsidRPr="00420D39" w:rsidRDefault="00E72A3C" w:rsidP="00E72A3C">
      <w:pPr>
        <w:ind w:firstLine="567"/>
        <w:jc w:val="both"/>
        <w:rPr>
          <w:sz w:val="28"/>
          <w:szCs w:val="28"/>
        </w:rPr>
      </w:pPr>
    </w:p>
    <w:p w14:paraId="2B71733E" w14:textId="77777777" w:rsidR="00E72A3C" w:rsidRPr="00420D39" w:rsidRDefault="00E72A3C" w:rsidP="00E72A3C">
      <w:pPr>
        <w:jc w:val="center"/>
        <w:rPr>
          <w:sz w:val="28"/>
          <w:szCs w:val="28"/>
        </w:rPr>
      </w:pPr>
      <w:r w:rsidRPr="00420D39">
        <w:rPr>
          <w:sz w:val="28"/>
          <w:szCs w:val="28"/>
        </w:rPr>
        <w:t>№ 139 сайлау учаскесі</w:t>
      </w:r>
    </w:p>
    <w:p w14:paraId="3A5EC96C" w14:textId="77777777" w:rsidR="00E72A3C" w:rsidRPr="00420D39" w:rsidRDefault="00E72A3C" w:rsidP="00E72A3C">
      <w:pPr>
        <w:jc w:val="center"/>
        <w:rPr>
          <w:sz w:val="28"/>
          <w:szCs w:val="28"/>
        </w:rPr>
      </w:pPr>
      <w:r w:rsidRPr="00420D39">
        <w:rPr>
          <w:sz w:val="28"/>
          <w:szCs w:val="28"/>
        </w:rPr>
        <w:t>(орталығы – «Абай атындағы Қазақ ұлттық педагогикалық университеті» коммерциялық емес акционерлік қоғамының Білім институты, «Заречное» тұрғын алабы, Ұшқыштар көшесі, № 8/1)</w:t>
      </w:r>
    </w:p>
    <w:p w14:paraId="6162068B" w14:textId="77777777" w:rsidR="00E72A3C" w:rsidRPr="00420D39" w:rsidRDefault="00E72A3C" w:rsidP="00E72A3C">
      <w:pPr>
        <w:jc w:val="center"/>
        <w:rPr>
          <w:sz w:val="28"/>
          <w:szCs w:val="28"/>
        </w:rPr>
      </w:pPr>
    </w:p>
    <w:p w14:paraId="08A1DD9D" w14:textId="77777777" w:rsidR="00E72A3C" w:rsidRPr="00420D39" w:rsidRDefault="00E72A3C" w:rsidP="00E72A3C">
      <w:pPr>
        <w:ind w:firstLine="567"/>
        <w:jc w:val="both"/>
        <w:rPr>
          <w:sz w:val="28"/>
          <w:szCs w:val="28"/>
        </w:rPr>
      </w:pPr>
      <w:r w:rsidRPr="00420D39">
        <w:rPr>
          <w:sz w:val="28"/>
          <w:szCs w:val="28"/>
        </w:rPr>
        <w:t xml:space="preserve">Шекарасы: Керей, Жәнібек хандар көшесінен Ә. Бөкейхан көшесінің тақ </w:t>
      </w:r>
      <w:r w:rsidRPr="00420D39">
        <w:rPr>
          <w:sz w:val="28"/>
          <w:szCs w:val="28"/>
          <w:lang w:val="kk-KZ"/>
        </w:rPr>
        <w:t xml:space="preserve">сандар </w:t>
      </w:r>
      <w:r w:rsidRPr="00420D39">
        <w:rPr>
          <w:sz w:val="28"/>
          <w:szCs w:val="28"/>
        </w:rPr>
        <w:t xml:space="preserve">жағымен Орынбор көшесіне дейін, Орынбор көшесімен Жиделі көшесіндегі № 22 үйге дейін, Жиделі көшесіндегі № 22 үйден Ұшқыштар </w:t>
      </w:r>
      <w:r w:rsidRPr="00420D39">
        <w:rPr>
          <w:sz w:val="28"/>
          <w:szCs w:val="28"/>
        </w:rPr>
        <w:lastRenderedPageBreak/>
        <w:t xml:space="preserve">көшесіне дейін, Ұшқыштар көшесінің тақ </w:t>
      </w:r>
      <w:r w:rsidRPr="00420D39">
        <w:rPr>
          <w:sz w:val="28"/>
          <w:szCs w:val="28"/>
          <w:lang w:val="kk-KZ"/>
        </w:rPr>
        <w:t xml:space="preserve">сандар </w:t>
      </w:r>
      <w:r w:rsidRPr="00420D39">
        <w:rPr>
          <w:sz w:val="28"/>
          <w:szCs w:val="28"/>
        </w:rPr>
        <w:t xml:space="preserve">жағымен Жошы </w:t>
      </w:r>
      <w:r w:rsidRPr="00420D39">
        <w:rPr>
          <w:sz w:val="28"/>
          <w:szCs w:val="28"/>
          <w:lang w:val="kk-KZ"/>
        </w:rPr>
        <w:t>х</w:t>
      </w:r>
      <w:r w:rsidRPr="00420D39">
        <w:rPr>
          <w:sz w:val="28"/>
          <w:szCs w:val="28"/>
        </w:rPr>
        <w:t xml:space="preserve">ан көшесіне дейін, Жошы </w:t>
      </w:r>
      <w:r w:rsidRPr="00420D39">
        <w:rPr>
          <w:sz w:val="28"/>
          <w:szCs w:val="28"/>
          <w:lang w:val="kk-KZ"/>
        </w:rPr>
        <w:t>х</w:t>
      </w:r>
      <w:r w:rsidRPr="00420D39">
        <w:rPr>
          <w:sz w:val="28"/>
          <w:szCs w:val="28"/>
        </w:rPr>
        <w:t xml:space="preserve">ан көшесімен Керей, Жәнібек хандар көшесіне дейін, </w:t>
      </w:r>
      <w:r w:rsidRPr="00420D39">
        <w:rPr>
          <w:sz w:val="28"/>
          <w:szCs w:val="28"/>
        </w:rPr>
        <w:br/>
        <w:t>Керей, Жәнібек хандар көшесінің жұп</w:t>
      </w:r>
      <w:r w:rsidRPr="00420D39">
        <w:rPr>
          <w:sz w:val="28"/>
          <w:szCs w:val="28"/>
          <w:lang w:val="kk-KZ"/>
        </w:rPr>
        <w:t xml:space="preserve"> сандар</w:t>
      </w:r>
      <w:r w:rsidRPr="00420D39">
        <w:rPr>
          <w:sz w:val="28"/>
          <w:szCs w:val="28"/>
        </w:rPr>
        <w:t xml:space="preserve"> жағымен Ә. Бөкейхан көшесіне дейін.</w:t>
      </w:r>
    </w:p>
    <w:p w14:paraId="44BF7EB7" w14:textId="77777777" w:rsidR="00E72A3C" w:rsidRPr="00420D39" w:rsidRDefault="00E72A3C" w:rsidP="00E72A3C">
      <w:pPr>
        <w:ind w:firstLine="567"/>
        <w:jc w:val="both"/>
        <w:rPr>
          <w:sz w:val="28"/>
          <w:szCs w:val="28"/>
        </w:rPr>
      </w:pPr>
    </w:p>
    <w:p w14:paraId="016D128B" w14:textId="77777777" w:rsidR="00E72A3C" w:rsidRPr="00420D39" w:rsidRDefault="00E72A3C" w:rsidP="00E72A3C">
      <w:pPr>
        <w:jc w:val="center"/>
        <w:rPr>
          <w:sz w:val="28"/>
          <w:szCs w:val="28"/>
        </w:rPr>
      </w:pPr>
      <w:r w:rsidRPr="00420D39">
        <w:rPr>
          <w:sz w:val="28"/>
          <w:szCs w:val="28"/>
        </w:rPr>
        <w:t xml:space="preserve">№ 140 сайлау учаскесі </w:t>
      </w:r>
    </w:p>
    <w:p w14:paraId="506D0CBA"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 84 «Кәусар» балабақшасы» мемлекеттік коммуналдық қазыналық кәсіпорны, Әл-Фараби </w:t>
      </w:r>
      <w:r w:rsidRPr="00420D39">
        <w:rPr>
          <w:sz w:val="28"/>
          <w:szCs w:val="28"/>
          <w:lang w:val="kk-KZ"/>
        </w:rPr>
        <w:t>даңғылы, №</w:t>
      </w:r>
      <w:r w:rsidRPr="00420D39">
        <w:rPr>
          <w:sz w:val="28"/>
          <w:szCs w:val="28"/>
        </w:rPr>
        <w:t> 2)</w:t>
      </w:r>
    </w:p>
    <w:p w14:paraId="028E1830" w14:textId="77777777" w:rsidR="00E72A3C" w:rsidRPr="00420D39" w:rsidRDefault="00E72A3C" w:rsidP="00E72A3C">
      <w:pPr>
        <w:ind w:firstLine="567"/>
        <w:jc w:val="both"/>
        <w:rPr>
          <w:sz w:val="28"/>
          <w:szCs w:val="28"/>
        </w:rPr>
      </w:pPr>
    </w:p>
    <w:p w14:paraId="2042957F" w14:textId="77777777" w:rsidR="00E72A3C" w:rsidRPr="00420D39" w:rsidRDefault="00E72A3C" w:rsidP="00E72A3C">
      <w:pPr>
        <w:ind w:firstLine="567"/>
        <w:jc w:val="both"/>
        <w:rPr>
          <w:sz w:val="28"/>
          <w:szCs w:val="28"/>
        </w:rPr>
      </w:pPr>
      <w:r w:rsidRPr="00420D39">
        <w:rPr>
          <w:sz w:val="28"/>
          <w:szCs w:val="28"/>
        </w:rPr>
        <w:t>Шекарасы: Тельман тұрғын алабының шекарасындағы үйлер,</w:t>
      </w:r>
      <w:r w:rsidRPr="00420D39">
        <w:rPr>
          <w:sz w:val="28"/>
          <w:szCs w:val="28"/>
          <w:lang w:val="kk-KZ"/>
        </w:rPr>
        <w:t xml:space="preserve"> Әл-Фараби даңғылындағы </w:t>
      </w:r>
      <w:r w:rsidRPr="00420D39">
        <w:rPr>
          <w:sz w:val="28"/>
          <w:szCs w:val="28"/>
        </w:rPr>
        <w:t>№ 4, 6 үйлерді қоса алғанда</w:t>
      </w:r>
      <w:r w:rsidRPr="00420D39">
        <w:rPr>
          <w:sz w:val="28"/>
          <w:szCs w:val="28"/>
          <w:lang w:val="kk-KZ"/>
        </w:rPr>
        <w:t>,</w:t>
      </w:r>
      <w:r w:rsidRPr="00420D39">
        <w:rPr>
          <w:sz w:val="28"/>
          <w:szCs w:val="28"/>
        </w:rPr>
        <w:t xml:space="preserve"> «Саранда» </w:t>
      </w:r>
      <w:r w:rsidRPr="00420D39">
        <w:rPr>
          <w:sz w:val="28"/>
          <w:szCs w:val="28"/>
          <w:lang w:val="en-US"/>
        </w:rPr>
        <w:t>VIP</w:t>
      </w:r>
      <w:r w:rsidRPr="00420D39">
        <w:rPr>
          <w:sz w:val="28"/>
          <w:szCs w:val="28"/>
        </w:rPr>
        <w:t xml:space="preserve"> қалашығы.</w:t>
      </w:r>
    </w:p>
    <w:p w14:paraId="356DFB7C" w14:textId="77777777" w:rsidR="00E72A3C" w:rsidRPr="00420D39" w:rsidRDefault="00E72A3C" w:rsidP="00E72A3C">
      <w:pPr>
        <w:ind w:firstLine="567"/>
        <w:jc w:val="both"/>
        <w:rPr>
          <w:sz w:val="28"/>
          <w:szCs w:val="28"/>
        </w:rPr>
      </w:pPr>
    </w:p>
    <w:p w14:paraId="5755A66D" w14:textId="77777777" w:rsidR="00E72A3C" w:rsidRPr="00814807" w:rsidRDefault="00E72A3C" w:rsidP="00E72A3C">
      <w:pPr>
        <w:jc w:val="center"/>
        <w:rPr>
          <w:sz w:val="28"/>
          <w:szCs w:val="28"/>
        </w:rPr>
      </w:pPr>
      <w:r w:rsidRPr="00814807">
        <w:rPr>
          <w:sz w:val="28"/>
          <w:szCs w:val="28"/>
        </w:rPr>
        <w:t xml:space="preserve">№ 141 сайлау учаскесі </w:t>
      </w:r>
    </w:p>
    <w:p w14:paraId="0BDE9066"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 103 жалпы орта білім беретін мектеп» коммуналдық мемлекеттік мекемесі, Мәңгілік Ел даңғылы, </w:t>
      </w:r>
      <w:r w:rsidRPr="00814807">
        <w:rPr>
          <w:sz w:val="28"/>
          <w:szCs w:val="28"/>
          <w:lang w:val="kk-KZ"/>
        </w:rPr>
        <w:t>№ </w:t>
      </w:r>
      <w:r w:rsidRPr="00814807">
        <w:rPr>
          <w:sz w:val="28"/>
          <w:szCs w:val="28"/>
        </w:rPr>
        <w:t>70)</w:t>
      </w:r>
    </w:p>
    <w:p w14:paraId="745642A3" w14:textId="77777777" w:rsidR="00E72A3C" w:rsidRPr="00814807" w:rsidRDefault="00E72A3C" w:rsidP="00E72A3C">
      <w:pPr>
        <w:jc w:val="center"/>
        <w:rPr>
          <w:sz w:val="28"/>
          <w:szCs w:val="28"/>
        </w:rPr>
      </w:pPr>
    </w:p>
    <w:p w14:paraId="2C476027" w14:textId="77777777" w:rsidR="00E72A3C" w:rsidRPr="00420D39" w:rsidRDefault="00E72A3C" w:rsidP="00E72A3C">
      <w:pPr>
        <w:ind w:firstLine="567"/>
        <w:jc w:val="both"/>
        <w:rPr>
          <w:sz w:val="28"/>
          <w:szCs w:val="28"/>
        </w:rPr>
      </w:pPr>
      <w:r w:rsidRPr="00814807">
        <w:rPr>
          <w:sz w:val="28"/>
          <w:szCs w:val="28"/>
        </w:rPr>
        <w:t xml:space="preserve">Шекарасы: </w:t>
      </w:r>
      <w:r w:rsidRPr="00AD3760">
        <w:rPr>
          <w:sz w:val="28"/>
          <w:szCs w:val="28"/>
        </w:rPr>
        <w:t>Қабанбай батыр даңғылынан Т. Рысқұлов көшесінің жұп</w:t>
      </w:r>
      <w:r>
        <w:rPr>
          <w:sz w:val="28"/>
          <w:szCs w:val="28"/>
          <w:lang w:val="kk-KZ"/>
        </w:rPr>
        <w:t xml:space="preserve"> сандар</w:t>
      </w:r>
      <w:r w:rsidRPr="00AD3760">
        <w:rPr>
          <w:sz w:val="28"/>
          <w:szCs w:val="28"/>
        </w:rPr>
        <w:t xml:space="preserve"> жағымен Мәңгілік Ел даңғылына дейін, Мәңгілік Ел даңғылының тақ </w:t>
      </w:r>
      <w:r>
        <w:rPr>
          <w:sz w:val="28"/>
          <w:szCs w:val="28"/>
          <w:lang w:val="kk-KZ"/>
        </w:rPr>
        <w:t xml:space="preserve">сандар </w:t>
      </w:r>
      <w:r>
        <w:rPr>
          <w:sz w:val="28"/>
          <w:szCs w:val="28"/>
        </w:rPr>
        <w:t>жағымен Е496 көше</w:t>
      </w:r>
      <w:r>
        <w:rPr>
          <w:sz w:val="28"/>
          <w:szCs w:val="28"/>
          <w:lang w:val="kk-KZ"/>
        </w:rPr>
        <w:t>г</w:t>
      </w:r>
      <w:r w:rsidRPr="00AD3760">
        <w:rPr>
          <w:sz w:val="28"/>
          <w:szCs w:val="28"/>
        </w:rPr>
        <w:t>е дейін, Е496 көше</w:t>
      </w:r>
      <w:r>
        <w:rPr>
          <w:sz w:val="28"/>
          <w:szCs w:val="28"/>
          <w:lang w:val="kk-KZ"/>
        </w:rPr>
        <w:t>мен</w:t>
      </w:r>
      <w:r w:rsidRPr="00AD3760">
        <w:rPr>
          <w:sz w:val="28"/>
          <w:szCs w:val="28"/>
        </w:rPr>
        <w:t xml:space="preserve"> «Нұра-Есіл» каналына дейін, «Нұра-Есіл» каналымен Мәңгілік Ел даңғылындағы № 76 үйге дейін, Мәңгілік Ел даңғылындағы № 76 үйден «Нұра-Есіл» каналынан өтпе жолмен Қабанбай батыр даңғылындағы айналма жол айрығына дейін, Қабанбай батыр даңғылының жұп </w:t>
      </w:r>
      <w:r>
        <w:rPr>
          <w:sz w:val="28"/>
          <w:szCs w:val="28"/>
          <w:lang w:val="kk-KZ"/>
        </w:rPr>
        <w:t xml:space="preserve">сандар </w:t>
      </w:r>
      <w:r w:rsidRPr="00AD3760">
        <w:rPr>
          <w:sz w:val="28"/>
          <w:szCs w:val="28"/>
        </w:rPr>
        <w:t>жағымен</w:t>
      </w:r>
      <w:r>
        <w:rPr>
          <w:sz w:val="28"/>
          <w:szCs w:val="28"/>
          <w:lang w:val="kk-KZ"/>
        </w:rPr>
        <w:t>,</w:t>
      </w:r>
      <w:r w:rsidRPr="00AD3760">
        <w:rPr>
          <w:sz w:val="28"/>
          <w:szCs w:val="28"/>
        </w:rPr>
        <w:t xml:space="preserve"> Е496 көшедегі № 10, 10/1, 10/2 үйлерді қоспағанда</w:t>
      </w:r>
      <w:r>
        <w:rPr>
          <w:sz w:val="28"/>
          <w:szCs w:val="28"/>
          <w:lang w:val="kk-KZ"/>
        </w:rPr>
        <w:t>,</w:t>
      </w:r>
      <w:r>
        <w:rPr>
          <w:sz w:val="28"/>
          <w:szCs w:val="28"/>
        </w:rPr>
        <w:br/>
      </w:r>
      <w:r w:rsidRPr="00AD3760">
        <w:rPr>
          <w:sz w:val="28"/>
          <w:szCs w:val="28"/>
        </w:rPr>
        <w:t>Т. Рысқұлов көшесіне дейін.</w:t>
      </w:r>
    </w:p>
    <w:p w14:paraId="4940723D" w14:textId="77777777" w:rsidR="00E72A3C" w:rsidRPr="00420D39" w:rsidRDefault="00E72A3C" w:rsidP="00E72A3C">
      <w:pPr>
        <w:ind w:firstLine="567"/>
        <w:jc w:val="both"/>
        <w:rPr>
          <w:sz w:val="28"/>
          <w:szCs w:val="28"/>
        </w:rPr>
      </w:pPr>
    </w:p>
    <w:p w14:paraId="486B5F3B" w14:textId="77777777" w:rsidR="00E72A3C" w:rsidRPr="00420D39" w:rsidRDefault="00E72A3C" w:rsidP="00E72A3C">
      <w:pPr>
        <w:jc w:val="center"/>
        <w:rPr>
          <w:sz w:val="28"/>
          <w:szCs w:val="28"/>
        </w:rPr>
      </w:pPr>
      <w:r w:rsidRPr="00420D39">
        <w:rPr>
          <w:sz w:val="28"/>
          <w:szCs w:val="28"/>
        </w:rPr>
        <w:t>№ 142 сайлау учаскесі</w:t>
      </w:r>
    </w:p>
    <w:p w14:paraId="5A3148CD" w14:textId="77777777" w:rsidR="00E72A3C" w:rsidRPr="00420D39" w:rsidRDefault="00E72A3C" w:rsidP="00E72A3C">
      <w:pPr>
        <w:jc w:val="center"/>
        <w:rPr>
          <w:sz w:val="28"/>
          <w:szCs w:val="28"/>
        </w:rPr>
      </w:pPr>
      <w:r w:rsidRPr="00420D39">
        <w:rPr>
          <w:sz w:val="28"/>
          <w:szCs w:val="28"/>
        </w:rPr>
        <w:t>(орталығы – «ASPAN» спорт орталығы, Е697 көшесі, № 5)</w:t>
      </w:r>
    </w:p>
    <w:p w14:paraId="2FC2CFAB" w14:textId="77777777" w:rsidR="00E72A3C" w:rsidRPr="00420D39" w:rsidRDefault="00E72A3C" w:rsidP="00E72A3C">
      <w:pPr>
        <w:jc w:val="center"/>
        <w:rPr>
          <w:sz w:val="28"/>
          <w:szCs w:val="28"/>
        </w:rPr>
      </w:pPr>
    </w:p>
    <w:p w14:paraId="5FA59BE0" w14:textId="77777777" w:rsidR="00E72A3C" w:rsidRPr="00420D39" w:rsidRDefault="00E72A3C" w:rsidP="00E72A3C">
      <w:pPr>
        <w:ind w:firstLine="567"/>
        <w:jc w:val="both"/>
        <w:rPr>
          <w:sz w:val="28"/>
          <w:szCs w:val="28"/>
        </w:rPr>
      </w:pPr>
      <w:r w:rsidRPr="00420D39">
        <w:rPr>
          <w:sz w:val="28"/>
          <w:szCs w:val="28"/>
        </w:rPr>
        <w:t>Шекарасы: Арнасай көшесінен Қабанбай батыр даңғылымен «Есіл» ауданының шекарасына дейін, «Есіл» ауданының шекарасынан Қарқаралы тас жолына дейін, Қарқаралы тас жолымен Арнасай көшесіне дейін, Арнасай көшесінің тақ сандар жағымен Қабанбай батыр даңғылына дейін.</w:t>
      </w:r>
    </w:p>
    <w:p w14:paraId="6F59C886" w14:textId="77777777" w:rsidR="00E72A3C" w:rsidRPr="00EE14F8" w:rsidRDefault="00E72A3C" w:rsidP="00E72A3C">
      <w:pPr>
        <w:jc w:val="both"/>
        <w:rPr>
          <w:sz w:val="28"/>
          <w:szCs w:val="28"/>
        </w:rPr>
      </w:pPr>
    </w:p>
    <w:p w14:paraId="626EA8F3" w14:textId="77777777" w:rsidR="00E72A3C" w:rsidRPr="00F735D7" w:rsidRDefault="00E72A3C" w:rsidP="00E72A3C">
      <w:pPr>
        <w:jc w:val="center"/>
        <w:rPr>
          <w:sz w:val="28"/>
          <w:szCs w:val="28"/>
          <w:lang w:val="kk-KZ"/>
        </w:rPr>
      </w:pPr>
      <w:r w:rsidRPr="00F735D7">
        <w:rPr>
          <w:sz w:val="28"/>
          <w:szCs w:val="28"/>
          <w:lang w:val="kk-KZ"/>
        </w:rPr>
        <w:t>№ 143 сайлау учаскесі</w:t>
      </w:r>
    </w:p>
    <w:p w14:paraId="4A545E40"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99 жалпы орта білім беретін мектеп» шаруашылық жүргізу құқығындағы мемлекеттік коммуналдық кәсіпорны, Қабанбай батыр даңғылы, № 38а)</w:t>
      </w:r>
    </w:p>
    <w:p w14:paraId="21B08D47" w14:textId="77777777" w:rsidR="00E72A3C" w:rsidRPr="00F735D7" w:rsidRDefault="00E72A3C" w:rsidP="00E72A3C">
      <w:pPr>
        <w:jc w:val="center"/>
        <w:rPr>
          <w:sz w:val="28"/>
          <w:szCs w:val="28"/>
          <w:lang w:val="kk-KZ"/>
        </w:rPr>
      </w:pPr>
    </w:p>
    <w:p w14:paraId="0D288FF9"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w:t>
      </w:r>
      <w:r w:rsidRPr="00AD3760">
        <w:rPr>
          <w:sz w:val="28"/>
          <w:szCs w:val="28"/>
          <w:lang w:val="kk-KZ"/>
        </w:rPr>
        <w:t>Сауран көшесі, № 3/1 үй, Қабанбай батыр даңғылы, № 38/1, 38/2, 38/3 үйлер.</w:t>
      </w:r>
    </w:p>
    <w:p w14:paraId="6827F941" w14:textId="77777777" w:rsidR="00E72A3C" w:rsidRPr="00F735D7" w:rsidRDefault="00E72A3C" w:rsidP="00E72A3C">
      <w:pPr>
        <w:ind w:firstLine="567"/>
        <w:jc w:val="both"/>
        <w:rPr>
          <w:sz w:val="28"/>
          <w:szCs w:val="28"/>
          <w:lang w:val="kk-KZ"/>
        </w:rPr>
      </w:pPr>
    </w:p>
    <w:p w14:paraId="60921C7C" w14:textId="77777777" w:rsidR="00E72A3C" w:rsidRPr="00F735D7" w:rsidRDefault="00E72A3C" w:rsidP="00E72A3C">
      <w:pPr>
        <w:jc w:val="center"/>
        <w:rPr>
          <w:sz w:val="28"/>
          <w:szCs w:val="28"/>
          <w:lang w:val="kk-KZ"/>
        </w:rPr>
      </w:pPr>
      <w:r w:rsidRPr="00F735D7">
        <w:rPr>
          <w:sz w:val="28"/>
          <w:szCs w:val="28"/>
          <w:lang w:val="kk-KZ"/>
        </w:rPr>
        <w:t>№ 144 сайлау учаскесі</w:t>
      </w:r>
    </w:p>
    <w:p w14:paraId="605BB423"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 95 «Алматы» балабақшасы» мемлекеттік коммуналдық қазыналық кәсіпорны, </w:t>
      </w:r>
    </w:p>
    <w:p w14:paraId="391A7C8E" w14:textId="77777777" w:rsidR="00E72A3C" w:rsidRPr="00F735D7" w:rsidRDefault="00E72A3C" w:rsidP="00E72A3C">
      <w:pPr>
        <w:jc w:val="center"/>
        <w:rPr>
          <w:sz w:val="28"/>
          <w:szCs w:val="28"/>
          <w:lang w:val="kk-KZ"/>
        </w:rPr>
      </w:pPr>
      <w:r w:rsidRPr="00F735D7">
        <w:rPr>
          <w:sz w:val="28"/>
          <w:szCs w:val="28"/>
          <w:lang w:val="kk-KZ"/>
        </w:rPr>
        <w:t>Алматы көшесі, № 4)</w:t>
      </w:r>
    </w:p>
    <w:p w14:paraId="48292542" w14:textId="77777777" w:rsidR="00E72A3C" w:rsidRPr="00F735D7" w:rsidRDefault="00E72A3C" w:rsidP="00E72A3C">
      <w:pPr>
        <w:jc w:val="center"/>
        <w:rPr>
          <w:sz w:val="28"/>
          <w:szCs w:val="28"/>
          <w:lang w:val="kk-KZ"/>
        </w:rPr>
      </w:pPr>
    </w:p>
    <w:p w14:paraId="6D872E5D" w14:textId="77777777" w:rsidR="00E72A3C" w:rsidRPr="00F735D7" w:rsidRDefault="00E72A3C" w:rsidP="00E72A3C">
      <w:pPr>
        <w:ind w:firstLine="567"/>
        <w:jc w:val="both"/>
        <w:rPr>
          <w:sz w:val="28"/>
          <w:szCs w:val="28"/>
          <w:lang w:val="kk-KZ"/>
        </w:rPr>
      </w:pPr>
      <w:r w:rsidRPr="00F735D7">
        <w:rPr>
          <w:sz w:val="28"/>
          <w:szCs w:val="28"/>
          <w:lang w:val="kk-KZ"/>
        </w:rPr>
        <w:t>Шекарасы: Қабанбай батыр даңғылынан Алматы көшесінің жұп сандар жағымен Сауран көшесіне дейін, Сауран көшесінің тақ сандар жағымен Керей, Жәнібек хандар көшесіне дейін, Керей, Жәнібек хандар көшесінің тақ сандар жағымен Қабанбай батыр даңғылына дейін, Қабанбай батыр даңғылының жұп сандар жағымен Алматы көшесіне дейін.</w:t>
      </w:r>
    </w:p>
    <w:p w14:paraId="760A9A5F" w14:textId="77777777" w:rsidR="00E72A3C" w:rsidRPr="00F735D7" w:rsidRDefault="00E72A3C" w:rsidP="00E72A3C">
      <w:pPr>
        <w:ind w:firstLine="567"/>
        <w:jc w:val="both"/>
        <w:rPr>
          <w:sz w:val="28"/>
          <w:szCs w:val="28"/>
          <w:lang w:val="kk-KZ"/>
        </w:rPr>
      </w:pPr>
    </w:p>
    <w:p w14:paraId="0FD120A1" w14:textId="77777777" w:rsidR="00E72A3C" w:rsidRPr="00F735D7" w:rsidRDefault="00E72A3C" w:rsidP="00E72A3C">
      <w:pPr>
        <w:jc w:val="center"/>
        <w:rPr>
          <w:sz w:val="28"/>
          <w:szCs w:val="28"/>
          <w:lang w:val="kk-KZ"/>
        </w:rPr>
      </w:pPr>
      <w:r w:rsidRPr="00F735D7">
        <w:rPr>
          <w:sz w:val="28"/>
          <w:szCs w:val="28"/>
          <w:lang w:val="kk-KZ"/>
        </w:rPr>
        <w:t>№ 145 сайлау учаскесі</w:t>
      </w:r>
    </w:p>
    <w:p w14:paraId="64DD8C8A"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226571FC" w14:textId="77777777" w:rsidR="00E72A3C" w:rsidRPr="00F735D7" w:rsidRDefault="00E72A3C" w:rsidP="00E72A3C">
      <w:pPr>
        <w:jc w:val="center"/>
        <w:rPr>
          <w:sz w:val="28"/>
          <w:szCs w:val="28"/>
          <w:lang w:val="kk-KZ"/>
        </w:rPr>
      </w:pPr>
    </w:p>
    <w:p w14:paraId="28D2A0F2"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Әл-Фараби даңғылынан Ұлы Дала даңғылының тақ сандар жағымен Ұлы Дала даңғылындағы № 67 үйге дейін, Ұлы Дала даңғылындағы </w:t>
      </w:r>
      <w:r w:rsidRPr="00F735D7">
        <w:rPr>
          <w:sz w:val="28"/>
          <w:szCs w:val="28"/>
          <w:lang w:val="kk-KZ"/>
        </w:rPr>
        <w:br/>
        <w:t xml:space="preserve">№ 67 үйден өтпе жолмен Бұқар жырау көшесіне дейін, Бұқар жырау көшесінен </w:t>
      </w:r>
      <w:r w:rsidRPr="00F735D7">
        <w:rPr>
          <w:sz w:val="28"/>
          <w:szCs w:val="28"/>
          <w:lang w:val="kk-KZ"/>
        </w:rPr>
        <w:br/>
        <w:t xml:space="preserve">Әл-Фараби даңғылындағы № 15/1 үйге дейін, Әл-Фараби даңғылындағы </w:t>
      </w:r>
      <w:r w:rsidRPr="00F735D7">
        <w:rPr>
          <w:sz w:val="28"/>
          <w:szCs w:val="28"/>
          <w:lang w:val="kk-KZ"/>
        </w:rPr>
        <w:br/>
        <w:t>№ 15/1 үйден Бұқар жырау көшесіне дейін, Бұқар жырау көшесінің жұп сандар жағымен Әл-Фараби даңғылына дейін, Әл-Фараби даңғылының тақ сандар жағымен Ұлы Дала даңғылына дейін.</w:t>
      </w:r>
    </w:p>
    <w:p w14:paraId="337539EF" w14:textId="77777777" w:rsidR="00E72A3C" w:rsidRPr="00F735D7" w:rsidRDefault="00E72A3C" w:rsidP="00E72A3C">
      <w:pPr>
        <w:ind w:firstLine="567"/>
        <w:jc w:val="both"/>
        <w:rPr>
          <w:sz w:val="28"/>
          <w:szCs w:val="28"/>
          <w:lang w:val="kk-KZ"/>
        </w:rPr>
      </w:pPr>
    </w:p>
    <w:p w14:paraId="333C4D62" w14:textId="77777777" w:rsidR="00E72A3C" w:rsidRPr="00F735D7" w:rsidRDefault="00E72A3C" w:rsidP="00E72A3C">
      <w:pPr>
        <w:jc w:val="center"/>
        <w:rPr>
          <w:sz w:val="28"/>
          <w:szCs w:val="28"/>
          <w:lang w:val="kk-KZ"/>
        </w:rPr>
      </w:pPr>
      <w:r w:rsidRPr="00F735D7">
        <w:rPr>
          <w:sz w:val="28"/>
          <w:szCs w:val="28"/>
          <w:lang w:val="kk-KZ"/>
        </w:rPr>
        <w:t>№ 146 сайлау учаскесі</w:t>
      </w:r>
    </w:p>
    <w:p w14:paraId="2B716DFD"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«Шейх Тәмим бен Хамад әл-Тәни атындағы № 85 мектеп-лицей» шаруашылық жүргізу құқығындағы </w:t>
      </w:r>
      <w:r>
        <w:rPr>
          <w:sz w:val="28"/>
          <w:szCs w:val="28"/>
          <w:lang w:val="kk-KZ"/>
        </w:rPr>
        <w:br/>
      </w:r>
      <w:r w:rsidRPr="00F735D7">
        <w:rPr>
          <w:sz w:val="28"/>
          <w:szCs w:val="28"/>
          <w:lang w:val="kk-KZ"/>
        </w:rPr>
        <w:t>мемлекеттік коммуналдық кәсіпорны,</w:t>
      </w:r>
    </w:p>
    <w:p w14:paraId="39953E08" w14:textId="77777777" w:rsidR="00E72A3C" w:rsidRPr="00F735D7" w:rsidRDefault="00E72A3C" w:rsidP="00E72A3C">
      <w:pPr>
        <w:jc w:val="center"/>
        <w:rPr>
          <w:sz w:val="28"/>
          <w:szCs w:val="28"/>
          <w:lang w:val="kk-KZ"/>
        </w:rPr>
      </w:pPr>
      <w:r w:rsidRPr="00F735D7">
        <w:rPr>
          <w:sz w:val="28"/>
          <w:szCs w:val="28"/>
          <w:lang w:val="kk-KZ"/>
        </w:rPr>
        <w:t>Қабанбай батыр даңғылы, № 56/1)</w:t>
      </w:r>
    </w:p>
    <w:p w14:paraId="2D797872" w14:textId="77777777" w:rsidR="00E72A3C" w:rsidRPr="00F735D7" w:rsidRDefault="00E72A3C" w:rsidP="00E72A3C">
      <w:pPr>
        <w:jc w:val="center"/>
        <w:rPr>
          <w:sz w:val="28"/>
          <w:szCs w:val="28"/>
          <w:lang w:val="kk-KZ"/>
        </w:rPr>
      </w:pPr>
    </w:p>
    <w:p w14:paraId="280E8874" w14:textId="77777777" w:rsidR="00E72A3C" w:rsidRPr="00F735D7" w:rsidRDefault="00E72A3C" w:rsidP="00E72A3C">
      <w:pPr>
        <w:ind w:firstLine="567"/>
        <w:jc w:val="both"/>
        <w:rPr>
          <w:sz w:val="28"/>
          <w:szCs w:val="28"/>
          <w:lang w:val="kk-KZ"/>
        </w:rPr>
      </w:pPr>
      <w:r w:rsidRPr="00F735D7">
        <w:rPr>
          <w:sz w:val="28"/>
          <w:szCs w:val="28"/>
          <w:lang w:val="kk-KZ"/>
        </w:rPr>
        <w:t>Шекарасы: Г. Әлиев көшесімен Ұлы Дала даңғылынан Бұқар жырау көшесіне дейін, Бұқар жырау көшесімен Г. Әлиев көшесінен Қабанбай батыр даңғылына дейін, Қабанбай батыр даңғылымен Бұқар жырау көшесінен Ұлы Дала даңғылына дейін, Ұлы Дала даңғылымен Қабанбай батыр даңғылынан Г. Әлиев көшесіне дейін.</w:t>
      </w:r>
    </w:p>
    <w:p w14:paraId="50959837" w14:textId="77777777" w:rsidR="00E72A3C" w:rsidRPr="00F735D7" w:rsidRDefault="00E72A3C" w:rsidP="00E72A3C">
      <w:pPr>
        <w:ind w:firstLine="567"/>
        <w:jc w:val="both"/>
        <w:rPr>
          <w:sz w:val="28"/>
          <w:szCs w:val="28"/>
          <w:lang w:val="kk-KZ"/>
        </w:rPr>
      </w:pPr>
    </w:p>
    <w:p w14:paraId="15FD5A2A" w14:textId="77777777" w:rsidR="00E72A3C" w:rsidRPr="00F735D7" w:rsidRDefault="00E72A3C" w:rsidP="00E72A3C">
      <w:pPr>
        <w:jc w:val="center"/>
        <w:rPr>
          <w:sz w:val="28"/>
          <w:szCs w:val="28"/>
          <w:lang w:val="kk-KZ"/>
        </w:rPr>
      </w:pPr>
      <w:r w:rsidRPr="00F735D7">
        <w:rPr>
          <w:sz w:val="28"/>
          <w:szCs w:val="28"/>
          <w:lang w:val="kk-KZ"/>
        </w:rPr>
        <w:t>№ 147 сайлау учаскесі</w:t>
      </w:r>
    </w:p>
    <w:p w14:paraId="3378AB1D" w14:textId="77777777" w:rsidR="00E72A3C" w:rsidRPr="00F735D7" w:rsidRDefault="00E72A3C" w:rsidP="00E72A3C">
      <w:pPr>
        <w:jc w:val="center"/>
        <w:rPr>
          <w:sz w:val="28"/>
          <w:szCs w:val="28"/>
          <w:lang w:val="kk-KZ"/>
        </w:rPr>
      </w:pPr>
      <w:r w:rsidRPr="00F735D7">
        <w:rPr>
          <w:sz w:val="28"/>
          <w:szCs w:val="28"/>
          <w:lang w:val="kk-KZ"/>
        </w:rPr>
        <w:t>(орталығы – «Astana Garden School», Ә. Бөкейхан көшесі, № 34)</w:t>
      </w:r>
    </w:p>
    <w:p w14:paraId="374957AB" w14:textId="77777777" w:rsidR="00E72A3C" w:rsidRPr="00F735D7" w:rsidRDefault="00E72A3C" w:rsidP="00E72A3C">
      <w:pPr>
        <w:ind w:firstLine="567"/>
        <w:jc w:val="both"/>
        <w:rPr>
          <w:sz w:val="28"/>
          <w:szCs w:val="28"/>
          <w:lang w:val="kk-KZ"/>
        </w:rPr>
      </w:pPr>
    </w:p>
    <w:p w14:paraId="13B516B0" w14:textId="77777777" w:rsidR="00E72A3C" w:rsidRPr="00F735D7" w:rsidRDefault="00E72A3C" w:rsidP="00E72A3C">
      <w:pPr>
        <w:ind w:firstLine="567"/>
        <w:jc w:val="both"/>
        <w:rPr>
          <w:sz w:val="28"/>
          <w:szCs w:val="28"/>
          <w:lang w:val="kk-KZ"/>
        </w:rPr>
      </w:pPr>
      <w:r w:rsidRPr="00F735D7">
        <w:rPr>
          <w:sz w:val="28"/>
          <w:szCs w:val="28"/>
          <w:lang w:val="kk-KZ"/>
        </w:rPr>
        <w:t>Шекарасы: Ұлы Дала даңғылынан Жошы хан көше</w:t>
      </w:r>
      <w:r w:rsidRPr="00420D39">
        <w:rPr>
          <w:sz w:val="28"/>
          <w:szCs w:val="28"/>
          <w:lang w:val="kk-KZ"/>
        </w:rPr>
        <w:t>сі</w:t>
      </w:r>
      <w:r w:rsidRPr="00F735D7">
        <w:rPr>
          <w:sz w:val="28"/>
          <w:szCs w:val="28"/>
          <w:lang w:val="kk-KZ"/>
        </w:rPr>
        <w:t xml:space="preserve">нің тақ сандар жағымен </w:t>
      </w:r>
      <w:r w:rsidRPr="00F735D7">
        <w:rPr>
          <w:sz w:val="28"/>
          <w:szCs w:val="28"/>
          <w:lang w:val="kk-KZ"/>
        </w:rPr>
        <w:br/>
        <w:t>Ә. Кекілбайұлы көшесіне дейін, Жошы хан көше</w:t>
      </w:r>
      <w:r w:rsidRPr="00420D39">
        <w:rPr>
          <w:sz w:val="28"/>
          <w:szCs w:val="28"/>
          <w:lang w:val="kk-KZ"/>
        </w:rPr>
        <w:t>сін</w:t>
      </w:r>
      <w:r w:rsidRPr="00F735D7">
        <w:rPr>
          <w:sz w:val="28"/>
          <w:szCs w:val="28"/>
          <w:lang w:val="kk-KZ"/>
        </w:rPr>
        <w:t>ен Ә. Кекілбайұлы көшесі арқылы Әл-Фараби даңғылына дейін, Ә. Кекілбайұлы көшесінен Әл-Фараби даңғылы арқылы Ұлы Дала даңғылына дейін, Әл-Фараби даңғылынан Ұлы Дала даңғылымен Жошы хан көше</w:t>
      </w:r>
      <w:r w:rsidRPr="00420D39">
        <w:rPr>
          <w:sz w:val="28"/>
          <w:szCs w:val="28"/>
          <w:lang w:val="kk-KZ"/>
        </w:rPr>
        <w:t>сіне</w:t>
      </w:r>
      <w:r w:rsidRPr="00F735D7">
        <w:rPr>
          <w:sz w:val="28"/>
          <w:szCs w:val="28"/>
          <w:lang w:val="kk-KZ"/>
        </w:rPr>
        <w:t xml:space="preserve"> дейін.</w:t>
      </w:r>
    </w:p>
    <w:p w14:paraId="25341011" w14:textId="77777777" w:rsidR="00E72A3C" w:rsidRPr="00F735D7" w:rsidRDefault="00E72A3C" w:rsidP="00E72A3C">
      <w:pPr>
        <w:ind w:firstLine="567"/>
        <w:jc w:val="both"/>
        <w:rPr>
          <w:sz w:val="28"/>
          <w:szCs w:val="28"/>
          <w:lang w:val="kk-KZ"/>
        </w:rPr>
      </w:pPr>
    </w:p>
    <w:p w14:paraId="59592382" w14:textId="77777777" w:rsidR="00E72A3C" w:rsidRPr="00F735D7" w:rsidRDefault="00E72A3C" w:rsidP="00E72A3C">
      <w:pPr>
        <w:jc w:val="center"/>
        <w:rPr>
          <w:sz w:val="28"/>
          <w:szCs w:val="28"/>
          <w:lang w:val="kk-KZ"/>
        </w:rPr>
      </w:pPr>
      <w:r w:rsidRPr="00F735D7">
        <w:rPr>
          <w:sz w:val="28"/>
          <w:szCs w:val="28"/>
          <w:lang w:val="kk-KZ"/>
        </w:rPr>
        <w:t>№ 148 сайлау учаскесі</w:t>
      </w:r>
    </w:p>
    <w:p w14:paraId="4BB40911" w14:textId="77777777" w:rsidR="00E72A3C" w:rsidRPr="00F735D7" w:rsidRDefault="00E72A3C" w:rsidP="00E72A3C">
      <w:pPr>
        <w:jc w:val="center"/>
        <w:rPr>
          <w:sz w:val="28"/>
          <w:szCs w:val="28"/>
          <w:lang w:val="kk-KZ"/>
        </w:rPr>
      </w:pPr>
      <w:r w:rsidRPr="00F735D7">
        <w:rPr>
          <w:sz w:val="28"/>
          <w:szCs w:val="28"/>
          <w:lang w:val="kk-KZ"/>
        </w:rPr>
        <w:t xml:space="preserve">(орталығы – «Қазақстан Жазушылар Одағы» Астана қалалық филиалы, </w:t>
      </w:r>
      <w:r>
        <w:rPr>
          <w:sz w:val="28"/>
          <w:szCs w:val="28"/>
          <w:lang w:val="kk-KZ"/>
        </w:rPr>
        <w:br/>
      </w:r>
      <w:r w:rsidRPr="00F735D7">
        <w:rPr>
          <w:sz w:val="28"/>
          <w:szCs w:val="28"/>
          <w:lang w:val="kk-KZ"/>
        </w:rPr>
        <w:t>Балауса көшесі, № 11)</w:t>
      </w:r>
    </w:p>
    <w:p w14:paraId="54CCBF05" w14:textId="77777777" w:rsidR="00E72A3C" w:rsidRPr="00F735D7" w:rsidRDefault="00E72A3C" w:rsidP="00E72A3C">
      <w:pPr>
        <w:jc w:val="center"/>
        <w:rPr>
          <w:sz w:val="28"/>
          <w:szCs w:val="28"/>
          <w:lang w:val="kk-KZ"/>
        </w:rPr>
      </w:pPr>
    </w:p>
    <w:p w14:paraId="4DC90798" w14:textId="77777777" w:rsidR="00E72A3C" w:rsidRPr="00F735D7" w:rsidRDefault="00E72A3C" w:rsidP="00E72A3C">
      <w:pPr>
        <w:ind w:firstLine="567"/>
        <w:jc w:val="both"/>
        <w:rPr>
          <w:sz w:val="28"/>
          <w:szCs w:val="28"/>
          <w:lang w:val="kk-KZ"/>
        </w:rPr>
      </w:pPr>
      <w:r w:rsidRPr="00F735D7">
        <w:rPr>
          <w:sz w:val="28"/>
          <w:szCs w:val="28"/>
          <w:lang w:val="kk-KZ"/>
        </w:rPr>
        <w:lastRenderedPageBreak/>
        <w:t>Шекарасы: Қабанбай батыр даңғылынан Космонавтар көшесінің жұп сандар жағымен Арай көшесіне дейін, Арай көшесінің тақ сандар жағымен Жауқазын көшесіне дейін, Жауқазын көшесінің тақ сандар жағымен Есіл өзенінің арнасына дейін, Есіл өзенінің арнасымен Қабанбай батыр даңғылына дейін, Есіл өзенінің арнасынан Қабанбай батыр даңғылының жұп сандар жағымен Космонавтар көшесіне дейін.</w:t>
      </w:r>
    </w:p>
    <w:p w14:paraId="343537D3" w14:textId="77777777" w:rsidR="00E72A3C" w:rsidRPr="00F735D7" w:rsidRDefault="00E72A3C" w:rsidP="00E72A3C">
      <w:pPr>
        <w:ind w:firstLine="567"/>
        <w:jc w:val="both"/>
        <w:rPr>
          <w:sz w:val="28"/>
          <w:szCs w:val="28"/>
          <w:lang w:val="kk-KZ"/>
        </w:rPr>
      </w:pPr>
    </w:p>
    <w:p w14:paraId="78AB58D0" w14:textId="77777777" w:rsidR="00E72A3C" w:rsidRPr="00F735D7" w:rsidRDefault="00E72A3C" w:rsidP="00E72A3C">
      <w:pPr>
        <w:jc w:val="center"/>
        <w:rPr>
          <w:sz w:val="28"/>
          <w:szCs w:val="28"/>
          <w:lang w:val="kk-KZ"/>
        </w:rPr>
      </w:pPr>
      <w:r w:rsidRPr="00F735D7">
        <w:rPr>
          <w:sz w:val="28"/>
          <w:szCs w:val="28"/>
          <w:lang w:val="kk-KZ"/>
        </w:rPr>
        <w:t>№ 149 сайлау учаскесі</w:t>
      </w:r>
    </w:p>
    <w:p w14:paraId="607B287C" w14:textId="77777777" w:rsidR="00E72A3C" w:rsidRPr="00F735D7" w:rsidRDefault="00E72A3C" w:rsidP="00E72A3C">
      <w:pPr>
        <w:jc w:val="center"/>
        <w:rPr>
          <w:sz w:val="28"/>
          <w:szCs w:val="28"/>
          <w:lang w:val="kk-KZ"/>
        </w:rPr>
      </w:pPr>
      <w:r w:rsidRPr="00F735D7">
        <w:rPr>
          <w:sz w:val="28"/>
          <w:szCs w:val="28"/>
          <w:lang w:val="kk-KZ"/>
        </w:rPr>
        <w:t>(орталығы – «Астана Балет» шаруашылық жүргізу құқығындағы мемлекеттік коммуналдық кәсіпорны, Ұлы Дала даңғылы, № 43)</w:t>
      </w:r>
    </w:p>
    <w:p w14:paraId="6FCCFFE0" w14:textId="77777777" w:rsidR="00E72A3C" w:rsidRPr="00F735D7" w:rsidRDefault="00E72A3C" w:rsidP="00E72A3C">
      <w:pPr>
        <w:jc w:val="center"/>
        <w:rPr>
          <w:sz w:val="28"/>
          <w:szCs w:val="28"/>
          <w:lang w:val="kk-KZ"/>
        </w:rPr>
      </w:pPr>
    </w:p>
    <w:p w14:paraId="2681249F"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Түркістан көшесінен Ұлы Дала даңғылының тақ </w:t>
      </w:r>
      <w:r>
        <w:rPr>
          <w:sz w:val="28"/>
          <w:szCs w:val="28"/>
          <w:lang w:val="kk-KZ"/>
        </w:rPr>
        <w:t xml:space="preserve">сандар </w:t>
      </w:r>
      <w:r w:rsidRPr="00F735D7">
        <w:rPr>
          <w:sz w:val="28"/>
          <w:szCs w:val="28"/>
          <w:lang w:val="kk-KZ"/>
        </w:rPr>
        <w:t>жағымен Ұлы Дала даңғылындағы № 55 үйге дейін, Ұлы Дала даңғылындағы № 55 үйден өт</w:t>
      </w:r>
      <w:r>
        <w:rPr>
          <w:sz w:val="28"/>
          <w:szCs w:val="28"/>
          <w:lang w:val="kk-KZ"/>
        </w:rPr>
        <w:t>пе жо</w:t>
      </w:r>
      <w:r w:rsidRPr="00F735D7">
        <w:rPr>
          <w:sz w:val="28"/>
          <w:szCs w:val="28"/>
          <w:lang w:val="kk-KZ"/>
        </w:rPr>
        <w:t>лмен Ә. Бөкейхан көшесіндегі № 21/4 үйге дейін, Ә. Бөкейхан көшесіндегі № 21/4 үйден Ә. Бөкейхан көшесіне дейін, Ә. Бөкейхан көшесінен Ұлы Дала даңғылындағы № 49а үйге дейін, Ұлы Дала даңғылындағы № 49а үйден өт</w:t>
      </w:r>
      <w:r w:rsidRPr="0029486E">
        <w:rPr>
          <w:sz w:val="28"/>
          <w:szCs w:val="28"/>
          <w:lang w:val="kk-KZ"/>
        </w:rPr>
        <w:t>пе жо</w:t>
      </w:r>
      <w:r w:rsidRPr="00F735D7">
        <w:rPr>
          <w:sz w:val="28"/>
          <w:szCs w:val="28"/>
          <w:lang w:val="kk-KZ"/>
        </w:rPr>
        <w:t>лмен Мәңгілік Ел даңғылына дейін, Мәңгілік Ел даңғылынан Түркістан көшесіне дейін, Түркістан көшесінің жұп</w:t>
      </w:r>
      <w:r>
        <w:rPr>
          <w:sz w:val="28"/>
          <w:szCs w:val="28"/>
          <w:lang w:val="kk-KZ"/>
        </w:rPr>
        <w:t xml:space="preserve"> сандар</w:t>
      </w:r>
      <w:r w:rsidRPr="00F735D7">
        <w:rPr>
          <w:sz w:val="28"/>
          <w:szCs w:val="28"/>
          <w:lang w:val="kk-KZ"/>
        </w:rPr>
        <w:t xml:space="preserve"> жағымен Ұлы Дала даңғылына дейін.</w:t>
      </w:r>
    </w:p>
    <w:p w14:paraId="43669F22" w14:textId="77777777" w:rsidR="00E72A3C" w:rsidRPr="00F735D7" w:rsidRDefault="00E72A3C" w:rsidP="00E72A3C">
      <w:pPr>
        <w:ind w:firstLine="567"/>
        <w:jc w:val="both"/>
        <w:rPr>
          <w:sz w:val="28"/>
          <w:szCs w:val="28"/>
          <w:lang w:val="kk-KZ"/>
        </w:rPr>
      </w:pPr>
    </w:p>
    <w:p w14:paraId="52F3BE1B" w14:textId="77777777" w:rsidR="00E72A3C" w:rsidRPr="00F735D7" w:rsidRDefault="00E72A3C" w:rsidP="00E72A3C">
      <w:pPr>
        <w:jc w:val="center"/>
        <w:rPr>
          <w:sz w:val="28"/>
          <w:szCs w:val="28"/>
          <w:lang w:val="kk-KZ"/>
        </w:rPr>
      </w:pPr>
      <w:r w:rsidRPr="00F735D7">
        <w:rPr>
          <w:sz w:val="28"/>
          <w:szCs w:val="28"/>
          <w:lang w:val="kk-KZ"/>
        </w:rPr>
        <w:t>№ 150 сайлау учаскесі</w:t>
      </w:r>
    </w:p>
    <w:p w14:paraId="6BD0FB15"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«Фариза Оңғарсынова атындағы </w:t>
      </w:r>
    </w:p>
    <w:p w14:paraId="4B3D3656" w14:textId="77777777" w:rsidR="00E72A3C" w:rsidRPr="00F735D7" w:rsidRDefault="00E72A3C" w:rsidP="00E72A3C">
      <w:pPr>
        <w:jc w:val="center"/>
        <w:rPr>
          <w:sz w:val="28"/>
          <w:szCs w:val="28"/>
          <w:lang w:val="kk-KZ"/>
        </w:rPr>
      </w:pPr>
      <w:r w:rsidRPr="00F735D7">
        <w:rPr>
          <w:sz w:val="28"/>
          <w:szCs w:val="28"/>
          <w:lang w:val="kk-KZ"/>
        </w:rPr>
        <w:t>№ 77 мектеп-гимназия» шаруашылық жүргізу құқығындағы мемлекеттік коммуналдық кәсіпорны, Мәңгілік Ел даңғылы, № 22/1)</w:t>
      </w:r>
    </w:p>
    <w:p w14:paraId="065A55B1" w14:textId="77777777" w:rsidR="00E72A3C" w:rsidRPr="00F735D7" w:rsidRDefault="00E72A3C" w:rsidP="00E72A3C">
      <w:pPr>
        <w:jc w:val="center"/>
        <w:rPr>
          <w:sz w:val="28"/>
          <w:szCs w:val="28"/>
          <w:lang w:val="kk-KZ"/>
        </w:rPr>
      </w:pPr>
    </w:p>
    <w:p w14:paraId="52960F9D" w14:textId="77777777" w:rsidR="00E72A3C" w:rsidRPr="00F735D7" w:rsidRDefault="00E72A3C" w:rsidP="00E72A3C">
      <w:pPr>
        <w:ind w:firstLine="567"/>
        <w:jc w:val="both"/>
        <w:rPr>
          <w:sz w:val="28"/>
          <w:szCs w:val="28"/>
          <w:lang w:val="kk-KZ"/>
        </w:rPr>
      </w:pPr>
      <w:r w:rsidRPr="00F735D7">
        <w:rPr>
          <w:sz w:val="28"/>
          <w:szCs w:val="28"/>
          <w:lang w:val="kk-KZ"/>
        </w:rPr>
        <w:t>Шекарасы: Алматы көшесінен Түркістан көшесінің жұп сандар жағымен Керей, Жәнібек хандар көшесіне дейін, Керей, Жәнібек хандар көшесінің тақ сандар жағымен Мәңгілік Ел даңғылына дейін, Мәңгілік Ел даңғылының тақ сандар жағымен Алматы көшесіне дейін, Алматы көшесінің жұп сандар жағымен Түркістан көшесіне дейін.</w:t>
      </w:r>
    </w:p>
    <w:p w14:paraId="61E1C93C" w14:textId="77777777" w:rsidR="00E72A3C" w:rsidRPr="00F735D7" w:rsidRDefault="00E72A3C" w:rsidP="00E72A3C">
      <w:pPr>
        <w:ind w:firstLine="567"/>
        <w:jc w:val="both"/>
        <w:rPr>
          <w:sz w:val="28"/>
          <w:szCs w:val="28"/>
          <w:lang w:val="kk-KZ"/>
        </w:rPr>
      </w:pPr>
    </w:p>
    <w:p w14:paraId="2DF1DC6A" w14:textId="77777777" w:rsidR="00E72A3C" w:rsidRPr="00F735D7" w:rsidRDefault="00E72A3C" w:rsidP="00E72A3C">
      <w:pPr>
        <w:jc w:val="center"/>
        <w:rPr>
          <w:sz w:val="28"/>
          <w:szCs w:val="28"/>
          <w:lang w:val="kk-KZ"/>
        </w:rPr>
      </w:pPr>
      <w:r w:rsidRPr="00F735D7">
        <w:rPr>
          <w:sz w:val="28"/>
          <w:szCs w:val="28"/>
          <w:lang w:val="kk-KZ"/>
        </w:rPr>
        <w:t>№ 151 сайлау учаскесі</w:t>
      </w:r>
    </w:p>
    <w:p w14:paraId="32A18B47"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«Дулат Бабатайұлы атындағы </w:t>
      </w:r>
    </w:p>
    <w:p w14:paraId="7A68E22E" w14:textId="77777777" w:rsidR="00E72A3C" w:rsidRPr="00F735D7" w:rsidRDefault="00E72A3C" w:rsidP="00E72A3C">
      <w:pPr>
        <w:jc w:val="center"/>
        <w:rPr>
          <w:sz w:val="28"/>
          <w:szCs w:val="28"/>
          <w:lang w:val="kk-KZ"/>
        </w:rPr>
      </w:pPr>
      <w:r w:rsidRPr="00F735D7">
        <w:rPr>
          <w:sz w:val="28"/>
          <w:szCs w:val="28"/>
          <w:lang w:val="kk-KZ"/>
        </w:rPr>
        <w:t xml:space="preserve">№ 89 мектеп-лицей» шаруашылық жүргізу құқығындағы мемлекеттік </w:t>
      </w:r>
    </w:p>
    <w:p w14:paraId="24B9F22D" w14:textId="77777777" w:rsidR="00E72A3C" w:rsidRPr="00F735D7" w:rsidRDefault="00E72A3C" w:rsidP="00E72A3C">
      <w:pPr>
        <w:jc w:val="center"/>
        <w:rPr>
          <w:sz w:val="28"/>
          <w:szCs w:val="28"/>
          <w:lang w:val="kk-KZ"/>
        </w:rPr>
      </w:pPr>
      <w:r w:rsidRPr="00F735D7">
        <w:rPr>
          <w:sz w:val="28"/>
          <w:szCs w:val="28"/>
          <w:lang w:val="kk-KZ"/>
        </w:rPr>
        <w:t>коммуналдық кәсіпорны, Сауран көшесі, № 11)</w:t>
      </w:r>
    </w:p>
    <w:p w14:paraId="0C8C7EBE" w14:textId="77777777" w:rsidR="00E72A3C" w:rsidRPr="00F735D7" w:rsidRDefault="00E72A3C" w:rsidP="00E72A3C">
      <w:pPr>
        <w:ind w:firstLine="567"/>
        <w:jc w:val="both"/>
        <w:rPr>
          <w:sz w:val="28"/>
          <w:szCs w:val="28"/>
          <w:lang w:val="kk-KZ"/>
        </w:rPr>
      </w:pPr>
    </w:p>
    <w:p w14:paraId="04E70310" w14:textId="77777777" w:rsidR="00E72A3C" w:rsidRPr="00420D39" w:rsidRDefault="00E72A3C" w:rsidP="00E72A3C">
      <w:pPr>
        <w:ind w:firstLine="567"/>
        <w:jc w:val="both"/>
        <w:rPr>
          <w:sz w:val="28"/>
          <w:szCs w:val="28"/>
          <w:lang w:val="kk-KZ"/>
        </w:rPr>
      </w:pPr>
      <w:r w:rsidRPr="00F735D7">
        <w:rPr>
          <w:sz w:val="28"/>
          <w:szCs w:val="28"/>
          <w:lang w:val="kk-KZ"/>
        </w:rPr>
        <w:t>Шекарасы: Қабанбай батыр даңғылындағы № 46, 46а, 46б, 46/1, 48, 48/1, 48а, 48б, 48/5, 48/7, 48/9 үйлер</w:t>
      </w:r>
      <w:r w:rsidRPr="00420D39">
        <w:rPr>
          <w:sz w:val="28"/>
          <w:szCs w:val="28"/>
          <w:lang w:val="kk-KZ"/>
        </w:rPr>
        <w:t>.</w:t>
      </w:r>
    </w:p>
    <w:p w14:paraId="2D6D2D98" w14:textId="77777777" w:rsidR="00E72A3C" w:rsidRPr="00F735D7" w:rsidRDefault="00E72A3C" w:rsidP="00E72A3C">
      <w:pPr>
        <w:ind w:firstLine="567"/>
        <w:jc w:val="both"/>
        <w:rPr>
          <w:sz w:val="28"/>
          <w:szCs w:val="28"/>
          <w:lang w:val="kk-KZ"/>
        </w:rPr>
      </w:pPr>
    </w:p>
    <w:p w14:paraId="507ADD36" w14:textId="77777777" w:rsidR="00E72A3C" w:rsidRPr="00F735D7" w:rsidRDefault="00E72A3C" w:rsidP="00E72A3C">
      <w:pPr>
        <w:jc w:val="center"/>
        <w:rPr>
          <w:sz w:val="28"/>
          <w:szCs w:val="28"/>
          <w:lang w:val="kk-KZ"/>
        </w:rPr>
      </w:pPr>
      <w:r w:rsidRPr="00F735D7">
        <w:rPr>
          <w:sz w:val="28"/>
          <w:szCs w:val="28"/>
          <w:lang w:val="kk-KZ"/>
        </w:rPr>
        <w:t>№ 152 сайлау учаскесі</w:t>
      </w:r>
    </w:p>
    <w:p w14:paraId="148534EA"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«Шейх Халифа бен Заид әл-Нахаян атындағы № 84 мектеп-лицей» шаруашылық жүргізу құқығындағы мемлекеттік коммуналдық кәсіпорны, Ұлы Дала даңғылы, № 41/1)</w:t>
      </w:r>
    </w:p>
    <w:p w14:paraId="554BB5BF" w14:textId="77777777" w:rsidR="00E72A3C" w:rsidRPr="00F735D7" w:rsidRDefault="00E72A3C" w:rsidP="00E72A3C">
      <w:pPr>
        <w:jc w:val="center"/>
        <w:rPr>
          <w:sz w:val="28"/>
          <w:szCs w:val="28"/>
          <w:lang w:val="kk-KZ"/>
        </w:rPr>
      </w:pPr>
    </w:p>
    <w:p w14:paraId="548837D4" w14:textId="77777777" w:rsidR="00E72A3C" w:rsidRPr="00F735D7" w:rsidRDefault="00E72A3C" w:rsidP="00E72A3C">
      <w:pPr>
        <w:ind w:firstLine="567"/>
        <w:jc w:val="both"/>
        <w:rPr>
          <w:sz w:val="28"/>
          <w:szCs w:val="28"/>
          <w:lang w:val="kk-KZ"/>
        </w:rPr>
      </w:pPr>
      <w:r w:rsidRPr="00F735D7">
        <w:rPr>
          <w:sz w:val="28"/>
          <w:szCs w:val="28"/>
          <w:lang w:val="kk-KZ"/>
        </w:rPr>
        <w:lastRenderedPageBreak/>
        <w:t xml:space="preserve">Шекарасы: Орынбор көшесінен Түркістан көшесінің тақ сандар жағымен </w:t>
      </w:r>
      <w:r w:rsidRPr="00F735D7">
        <w:rPr>
          <w:sz w:val="28"/>
          <w:szCs w:val="28"/>
          <w:lang w:val="kk-KZ"/>
        </w:rPr>
        <w:br/>
        <w:t xml:space="preserve">Ұлы Дала даңғылына дейін, Ұлы Дала даңғылының тақ сандар жағымен </w:t>
      </w:r>
      <w:r w:rsidRPr="00F735D7">
        <w:rPr>
          <w:sz w:val="28"/>
          <w:szCs w:val="28"/>
          <w:lang w:val="kk-KZ"/>
        </w:rPr>
        <w:br/>
        <w:t>Г. Әлиев көшесіне дейін, Г. Әлиев көшесінің жұп сандар жағымен Бұқар жырау көшесіне дейін, Бұқар жырау көшесінің тақ сандар жағымен Қабанбай батыр даңғылына дейін, Қабанбай батыр даңғылының жұп сандар жағымен Орынбор көшесіне дейін.</w:t>
      </w:r>
    </w:p>
    <w:p w14:paraId="08D298E2" w14:textId="77777777" w:rsidR="00E72A3C" w:rsidRPr="00F735D7" w:rsidRDefault="00E72A3C" w:rsidP="00E72A3C">
      <w:pPr>
        <w:jc w:val="center"/>
        <w:rPr>
          <w:sz w:val="28"/>
          <w:szCs w:val="28"/>
          <w:lang w:val="kk-KZ"/>
        </w:rPr>
      </w:pPr>
    </w:p>
    <w:p w14:paraId="123FD9EA" w14:textId="77777777" w:rsidR="00E72A3C" w:rsidRPr="00F735D7" w:rsidRDefault="00E72A3C" w:rsidP="00E72A3C">
      <w:pPr>
        <w:jc w:val="center"/>
        <w:rPr>
          <w:sz w:val="28"/>
          <w:szCs w:val="28"/>
          <w:lang w:val="kk-KZ"/>
        </w:rPr>
      </w:pPr>
      <w:r w:rsidRPr="00F735D7">
        <w:rPr>
          <w:sz w:val="28"/>
          <w:szCs w:val="28"/>
          <w:lang w:val="kk-KZ"/>
        </w:rPr>
        <w:t>№ 153 сайлау учаскесі</w:t>
      </w:r>
    </w:p>
    <w:p w14:paraId="3697A83F"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108 жалпы орта білім беретін мектеп» коммуналдық мемлекеттік мекемесі, Е117 көшесі, № 40а)</w:t>
      </w:r>
    </w:p>
    <w:p w14:paraId="731E423D" w14:textId="77777777" w:rsidR="00E72A3C" w:rsidRPr="00F735D7" w:rsidRDefault="00E72A3C" w:rsidP="00E72A3C">
      <w:pPr>
        <w:ind w:firstLine="567"/>
        <w:jc w:val="both"/>
        <w:rPr>
          <w:sz w:val="28"/>
          <w:szCs w:val="28"/>
          <w:lang w:val="kk-KZ"/>
        </w:rPr>
      </w:pPr>
    </w:p>
    <w:p w14:paraId="6AE017B1" w14:textId="77777777" w:rsidR="00E72A3C" w:rsidRPr="00F735D7" w:rsidRDefault="00E72A3C" w:rsidP="00E72A3C">
      <w:pPr>
        <w:ind w:firstLine="567"/>
        <w:jc w:val="both"/>
        <w:rPr>
          <w:sz w:val="28"/>
          <w:szCs w:val="28"/>
          <w:lang w:val="kk-KZ"/>
        </w:rPr>
      </w:pPr>
      <w:r w:rsidRPr="00F735D7">
        <w:rPr>
          <w:sz w:val="28"/>
          <w:szCs w:val="28"/>
          <w:lang w:val="kk-KZ"/>
        </w:rPr>
        <w:t>Шекарасы: Е117 көшесінен Ұлы Дала даңғылымен «Есіл» ауданының шекарасына дейін, «Есіл» ауданының шекарасынан Ш. Мұртаза көшесіне дейін,</w:t>
      </w:r>
      <w:r>
        <w:rPr>
          <w:sz w:val="28"/>
          <w:szCs w:val="28"/>
          <w:lang w:val="kk-KZ"/>
        </w:rPr>
        <w:t xml:space="preserve"> </w:t>
      </w:r>
      <w:r w:rsidRPr="00F735D7">
        <w:rPr>
          <w:sz w:val="28"/>
          <w:szCs w:val="28"/>
          <w:lang w:val="kk-KZ"/>
        </w:rPr>
        <w:t>Ш. Мұртаза кө</w:t>
      </w:r>
      <w:r>
        <w:rPr>
          <w:sz w:val="28"/>
          <w:szCs w:val="28"/>
          <w:lang w:val="kk-KZ"/>
        </w:rPr>
        <w:t>шесінен өтпе жолмен Е117 көшеге дейін, Е117 көше</w:t>
      </w:r>
      <w:r w:rsidRPr="00F735D7">
        <w:rPr>
          <w:sz w:val="28"/>
          <w:szCs w:val="28"/>
          <w:lang w:val="kk-KZ"/>
        </w:rPr>
        <w:t>мен Ұлы Дала даңғылына дейін.</w:t>
      </w:r>
    </w:p>
    <w:p w14:paraId="407D0837" w14:textId="77777777" w:rsidR="00215D5B" w:rsidRDefault="00215D5B" w:rsidP="00E72A3C">
      <w:pPr>
        <w:jc w:val="center"/>
        <w:rPr>
          <w:sz w:val="28"/>
          <w:szCs w:val="28"/>
          <w:lang w:val="kk-KZ"/>
        </w:rPr>
      </w:pPr>
    </w:p>
    <w:p w14:paraId="5824FC71" w14:textId="5A85222D" w:rsidR="00E72A3C" w:rsidRPr="00F735D7" w:rsidRDefault="00E72A3C" w:rsidP="00E72A3C">
      <w:pPr>
        <w:jc w:val="center"/>
        <w:rPr>
          <w:sz w:val="28"/>
          <w:szCs w:val="28"/>
          <w:lang w:val="kk-KZ"/>
        </w:rPr>
      </w:pPr>
      <w:r w:rsidRPr="00F735D7">
        <w:rPr>
          <w:sz w:val="28"/>
          <w:szCs w:val="28"/>
          <w:lang w:val="kk-KZ"/>
        </w:rPr>
        <w:t>№ 154 сайлау учаскесі</w:t>
      </w:r>
    </w:p>
    <w:p w14:paraId="1DF54D06" w14:textId="77777777" w:rsidR="00E72A3C" w:rsidRPr="00F735D7" w:rsidRDefault="00E72A3C" w:rsidP="00E72A3C">
      <w:pPr>
        <w:jc w:val="center"/>
        <w:rPr>
          <w:sz w:val="28"/>
          <w:szCs w:val="28"/>
          <w:lang w:val="kk-KZ"/>
        </w:rPr>
      </w:pPr>
      <w:r w:rsidRPr="00F735D7">
        <w:rPr>
          <w:sz w:val="28"/>
          <w:szCs w:val="28"/>
          <w:lang w:val="kk-KZ"/>
        </w:rPr>
        <w:t xml:space="preserve">(орталығы – «Білім-Инновация» мектеп-лицейі, </w:t>
      </w:r>
    </w:p>
    <w:p w14:paraId="6698AE14" w14:textId="77777777" w:rsidR="00E72A3C" w:rsidRPr="00F735D7" w:rsidRDefault="00E72A3C" w:rsidP="00E72A3C">
      <w:pPr>
        <w:jc w:val="center"/>
        <w:rPr>
          <w:sz w:val="28"/>
          <w:szCs w:val="28"/>
          <w:lang w:val="kk-KZ"/>
        </w:rPr>
      </w:pPr>
      <w:r w:rsidRPr="00F735D7">
        <w:rPr>
          <w:sz w:val="28"/>
          <w:szCs w:val="28"/>
          <w:lang w:val="kk-KZ"/>
        </w:rPr>
        <w:t>Т. Рысқұлов көшесі, № 14)</w:t>
      </w:r>
    </w:p>
    <w:p w14:paraId="0A5B1960" w14:textId="77777777" w:rsidR="00E72A3C" w:rsidRPr="00F735D7" w:rsidRDefault="00E72A3C" w:rsidP="00E72A3C">
      <w:pPr>
        <w:jc w:val="center"/>
        <w:rPr>
          <w:sz w:val="28"/>
          <w:szCs w:val="28"/>
          <w:lang w:val="kk-KZ"/>
        </w:rPr>
      </w:pPr>
    </w:p>
    <w:p w14:paraId="63E91EC3" w14:textId="4C86A9C5" w:rsidR="00E72A3C" w:rsidRDefault="00E72A3C" w:rsidP="00E72A3C">
      <w:pPr>
        <w:ind w:firstLine="567"/>
        <w:jc w:val="both"/>
        <w:rPr>
          <w:sz w:val="28"/>
          <w:szCs w:val="28"/>
          <w:lang w:val="kk-KZ"/>
        </w:rPr>
      </w:pPr>
      <w:r w:rsidRPr="00F735D7">
        <w:rPr>
          <w:sz w:val="28"/>
          <w:szCs w:val="28"/>
          <w:lang w:val="kk-KZ"/>
        </w:rPr>
        <w:t>Шекарасы: Мәңгілік Ел даңғылынан Ф. Оңғарсынова көшесінің тақ сандар жағымен Ә. Бөкейхан көшесіндегі № 27/3 үйге дейін, Ф. Оңғарсынова көшесінен өтпе жолмен Т. Рысқұлов көшесіне дейін, Т. Рысқұлов көшесімен Мәңгілік Ел даңғылына дейін, Мәңгілік Ел даңғылымен Ф. Оңғарсынова көшесіне дейін.</w:t>
      </w:r>
    </w:p>
    <w:p w14:paraId="652BC082" w14:textId="77777777" w:rsidR="00215D5B" w:rsidRPr="00F735D7" w:rsidRDefault="00215D5B" w:rsidP="00E72A3C">
      <w:pPr>
        <w:ind w:firstLine="567"/>
        <w:jc w:val="both"/>
        <w:rPr>
          <w:sz w:val="28"/>
          <w:szCs w:val="28"/>
          <w:lang w:val="kk-KZ"/>
        </w:rPr>
      </w:pPr>
    </w:p>
    <w:p w14:paraId="014E0319" w14:textId="77777777" w:rsidR="00E72A3C" w:rsidRPr="00F735D7" w:rsidRDefault="00E72A3C" w:rsidP="00215D5B">
      <w:pPr>
        <w:keepNext/>
        <w:keepLines/>
        <w:jc w:val="center"/>
        <w:rPr>
          <w:sz w:val="28"/>
          <w:szCs w:val="28"/>
          <w:lang w:val="kk-KZ"/>
        </w:rPr>
      </w:pPr>
      <w:r w:rsidRPr="00F735D7">
        <w:rPr>
          <w:sz w:val="28"/>
          <w:szCs w:val="28"/>
          <w:lang w:val="kk-KZ"/>
        </w:rPr>
        <w:t>№ 155 сайлау учаскесі</w:t>
      </w:r>
    </w:p>
    <w:p w14:paraId="28D98AE9"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«Шейх Тәмим бен Хамад әл-Тәни атындағы № 85 мектеп-лицей» шаруашылық жүргізу құқығындағы </w:t>
      </w:r>
    </w:p>
    <w:p w14:paraId="3CB2C24B" w14:textId="77777777" w:rsidR="00E72A3C" w:rsidRPr="00F735D7" w:rsidRDefault="00E72A3C" w:rsidP="00E72A3C">
      <w:pPr>
        <w:jc w:val="center"/>
        <w:rPr>
          <w:sz w:val="28"/>
          <w:szCs w:val="28"/>
          <w:lang w:val="kk-KZ"/>
        </w:rPr>
      </w:pPr>
      <w:r w:rsidRPr="00F735D7">
        <w:rPr>
          <w:sz w:val="28"/>
          <w:szCs w:val="28"/>
          <w:lang w:val="kk-KZ"/>
        </w:rPr>
        <w:t>мемлекеттік коммуналдық кәсіпорны, Қабанбай батыр даңғылы, № 56/1)</w:t>
      </w:r>
    </w:p>
    <w:p w14:paraId="30D49EB0" w14:textId="77777777" w:rsidR="00E72A3C" w:rsidRPr="00F735D7" w:rsidRDefault="00E72A3C" w:rsidP="00E72A3C">
      <w:pPr>
        <w:jc w:val="center"/>
        <w:rPr>
          <w:sz w:val="28"/>
          <w:szCs w:val="28"/>
          <w:lang w:val="kk-KZ"/>
        </w:rPr>
      </w:pPr>
    </w:p>
    <w:p w14:paraId="67D8833A"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Қабанбай батыр даңғылынан Ұлы Дала даңғылының жұп сандар жағымен Г. Әлиев көшесіне дейін, Г. Әлиев көшесінің тақ сандар жағымен </w:t>
      </w:r>
      <w:r w:rsidRPr="00F735D7">
        <w:rPr>
          <w:sz w:val="28"/>
          <w:szCs w:val="28"/>
          <w:lang w:val="kk-KZ"/>
        </w:rPr>
        <w:br/>
        <w:t xml:space="preserve">Анадолы </w:t>
      </w:r>
      <w:r w:rsidRPr="00420D39">
        <w:rPr>
          <w:sz w:val="28"/>
          <w:szCs w:val="28"/>
          <w:lang w:val="kk-KZ"/>
        </w:rPr>
        <w:t>көшесіне</w:t>
      </w:r>
      <w:r w:rsidRPr="00F735D7">
        <w:rPr>
          <w:sz w:val="28"/>
          <w:szCs w:val="28"/>
          <w:lang w:val="kk-KZ"/>
        </w:rPr>
        <w:t xml:space="preserve"> дейін, Анадолы көше</w:t>
      </w:r>
      <w:r w:rsidRPr="00420D39">
        <w:rPr>
          <w:sz w:val="28"/>
          <w:szCs w:val="28"/>
          <w:lang w:val="kk-KZ"/>
        </w:rPr>
        <w:t>сінен</w:t>
      </w:r>
      <w:r w:rsidRPr="00F735D7">
        <w:rPr>
          <w:sz w:val="28"/>
          <w:szCs w:val="28"/>
          <w:lang w:val="kk-KZ"/>
        </w:rPr>
        <w:t xml:space="preserve"> Қабанбай батыр даңғылына дейін, Қабанбай батыр даңғылының жұп сандар жағымен Ұлы Дала даңғылына дейін.</w:t>
      </w:r>
    </w:p>
    <w:p w14:paraId="782F383C" w14:textId="77777777" w:rsidR="00E72A3C" w:rsidRPr="00F735D7" w:rsidRDefault="00E72A3C" w:rsidP="00E72A3C">
      <w:pPr>
        <w:ind w:firstLine="567"/>
        <w:jc w:val="both"/>
        <w:rPr>
          <w:sz w:val="28"/>
          <w:szCs w:val="28"/>
          <w:lang w:val="kk-KZ"/>
        </w:rPr>
      </w:pPr>
    </w:p>
    <w:p w14:paraId="468D52C7" w14:textId="77777777" w:rsidR="00E72A3C" w:rsidRPr="00F735D7" w:rsidRDefault="00E72A3C" w:rsidP="00E72A3C">
      <w:pPr>
        <w:jc w:val="center"/>
        <w:rPr>
          <w:sz w:val="28"/>
          <w:szCs w:val="28"/>
          <w:lang w:val="kk-KZ"/>
        </w:rPr>
      </w:pPr>
      <w:r w:rsidRPr="00F735D7">
        <w:rPr>
          <w:sz w:val="28"/>
          <w:szCs w:val="28"/>
          <w:lang w:val="kk-KZ"/>
        </w:rPr>
        <w:t>№ 156 сайлау учаскесі</w:t>
      </w:r>
    </w:p>
    <w:p w14:paraId="36AD753C" w14:textId="77777777" w:rsidR="00E72A3C" w:rsidRPr="00F735D7" w:rsidRDefault="00E72A3C" w:rsidP="00E72A3C">
      <w:pPr>
        <w:jc w:val="center"/>
        <w:rPr>
          <w:sz w:val="28"/>
          <w:szCs w:val="28"/>
          <w:lang w:val="kk-KZ"/>
        </w:rPr>
      </w:pPr>
      <w:r w:rsidRPr="00F735D7">
        <w:rPr>
          <w:sz w:val="28"/>
          <w:szCs w:val="28"/>
          <w:lang w:val="kk-KZ"/>
        </w:rPr>
        <w:t>(орталығы – «Республикалық физика-математика мектебі» коммерциялық емес акционерлік қоғамы, Түркістан көшесі, № 2/1)</w:t>
      </w:r>
    </w:p>
    <w:p w14:paraId="37774993" w14:textId="77777777" w:rsidR="00E72A3C" w:rsidRPr="00F735D7" w:rsidRDefault="00E72A3C" w:rsidP="00E72A3C">
      <w:pPr>
        <w:jc w:val="center"/>
        <w:rPr>
          <w:sz w:val="28"/>
          <w:szCs w:val="28"/>
          <w:lang w:val="kk-KZ"/>
        </w:rPr>
      </w:pPr>
    </w:p>
    <w:p w14:paraId="764E70E1" w14:textId="77777777" w:rsidR="00E72A3C" w:rsidRPr="0029486E" w:rsidRDefault="00E72A3C" w:rsidP="00E72A3C">
      <w:pPr>
        <w:ind w:firstLine="567"/>
        <w:jc w:val="both"/>
        <w:rPr>
          <w:sz w:val="28"/>
          <w:szCs w:val="28"/>
          <w:lang w:val="kk-KZ"/>
        </w:rPr>
      </w:pPr>
      <w:r w:rsidRPr="00F735D7">
        <w:rPr>
          <w:sz w:val="28"/>
          <w:szCs w:val="28"/>
          <w:lang w:val="kk-KZ"/>
        </w:rPr>
        <w:t>Шекарасы: Алматы көшесі</w:t>
      </w:r>
      <w:r w:rsidRPr="00746A9D">
        <w:rPr>
          <w:sz w:val="28"/>
          <w:szCs w:val="28"/>
          <w:lang w:val="kk-KZ"/>
        </w:rPr>
        <w:t>, № 11, 13, 13/1, 17, 17а үйлер,</w:t>
      </w:r>
      <w:r w:rsidRPr="00F735D7">
        <w:rPr>
          <w:sz w:val="28"/>
          <w:szCs w:val="28"/>
          <w:lang w:val="kk-KZ"/>
        </w:rPr>
        <w:t xml:space="preserve"> Түркістан</w:t>
      </w:r>
      <w:r w:rsidRPr="00746A9D">
        <w:rPr>
          <w:sz w:val="28"/>
          <w:szCs w:val="28"/>
          <w:lang w:val="kk-KZ"/>
        </w:rPr>
        <w:t xml:space="preserve"> көшесі</w:t>
      </w:r>
      <w:r w:rsidRPr="00F735D7">
        <w:rPr>
          <w:sz w:val="28"/>
          <w:szCs w:val="28"/>
          <w:lang w:val="kk-KZ"/>
        </w:rPr>
        <w:t>,</w:t>
      </w:r>
      <w:r w:rsidRPr="00746A9D">
        <w:rPr>
          <w:sz w:val="28"/>
          <w:szCs w:val="28"/>
          <w:lang w:val="kk-KZ"/>
        </w:rPr>
        <w:t xml:space="preserve"> </w:t>
      </w:r>
      <w:r w:rsidRPr="00F735D7">
        <w:rPr>
          <w:sz w:val="28"/>
          <w:szCs w:val="28"/>
          <w:lang w:val="kk-KZ"/>
        </w:rPr>
        <w:br/>
      </w:r>
      <w:r w:rsidRPr="00746A9D">
        <w:rPr>
          <w:sz w:val="28"/>
          <w:szCs w:val="28"/>
          <w:lang w:val="kk-KZ"/>
        </w:rPr>
        <w:t>№ 4а үй.</w:t>
      </w:r>
    </w:p>
    <w:p w14:paraId="3A4D57D5" w14:textId="77777777" w:rsidR="00E72A3C" w:rsidRPr="00F735D7" w:rsidRDefault="00E72A3C" w:rsidP="00E72A3C">
      <w:pPr>
        <w:ind w:firstLine="567"/>
        <w:jc w:val="both"/>
        <w:rPr>
          <w:sz w:val="28"/>
          <w:szCs w:val="28"/>
          <w:lang w:val="kk-KZ"/>
        </w:rPr>
      </w:pPr>
    </w:p>
    <w:p w14:paraId="442F5607" w14:textId="77777777" w:rsidR="00E72A3C" w:rsidRPr="00F735D7" w:rsidRDefault="00E72A3C" w:rsidP="00E72A3C">
      <w:pPr>
        <w:jc w:val="center"/>
        <w:rPr>
          <w:sz w:val="28"/>
          <w:szCs w:val="28"/>
          <w:lang w:val="kk-KZ"/>
        </w:rPr>
      </w:pPr>
      <w:r w:rsidRPr="00F735D7">
        <w:rPr>
          <w:sz w:val="28"/>
          <w:szCs w:val="28"/>
          <w:lang w:val="kk-KZ"/>
        </w:rPr>
        <w:t>№ 157 сайлау учаскесі</w:t>
      </w:r>
    </w:p>
    <w:p w14:paraId="6704279A" w14:textId="77777777" w:rsidR="00E72A3C" w:rsidRPr="00F735D7" w:rsidRDefault="00E72A3C" w:rsidP="00E72A3C">
      <w:pPr>
        <w:jc w:val="center"/>
        <w:rPr>
          <w:sz w:val="28"/>
          <w:szCs w:val="28"/>
          <w:lang w:val="kk-KZ"/>
        </w:rPr>
      </w:pPr>
      <w:r w:rsidRPr="00F735D7">
        <w:rPr>
          <w:sz w:val="28"/>
          <w:szCs w:val="28"/>
          <w:lang w:val="kk-KZ"/>
        </w:rPr>
        <w:t xml:space="preserve">(орталығы – «Astana Partners» бизнес-орталығы, </w:t>
      </w:r>
      <w:r w:rsidRPr="00F735D7">
        <w:rPr>
          <w:sz w:val="28"/>
          <w:szCs w:val="28"/>
          <w:lang w:val="kk-KZ"/>
        </w:rPr>
        <w:br/>
        <w:t>Мәңгілік Ел</w:t>
      </w:r>
      <w:r w:rsidRPr="00420D39">
        <w:rPr>
          <w:sz w:val="28"/>
          <w:szCs w:val="28"/>
          <w:lang w:val="kk-KZ"/>
        </w:rPr>
        <w:t xml:space="preserve"> даңғылы</w:t>
      </w:r>
      <w:r w:rsidRPr="00F735D7">
        <w:rPr>
          <w:sz w:val="28"/>
          <w:szCs w:val="28"/>
          <w:lang w:val="kk-KZ"/>
        </w:rPr>
        <w:t>, № 30)</w:t>
      </w:r>
    </w:p>
    <w:p w14:paraId="25702FB7" w14:textId="77777777" w:rsidR="00E72A3C" w:rsidRPr="00F735D7" w:rsidRDefault="00E72A3C" w:rsidP="00E72A3C">
      <w:pPr>
        <w:ind w:firstLine="567"/>
        <w:jc w:val="both"/>
        <w:rPr>
          <w:sz w:val="28"/>
          <w:szCs w:val="28"/>
          <w:lang w:val="kk-KZ"/>
        </w:rPr>
      </w:pPr>
    </w:p>
    <w:p w14:paraId="5BE3411E" w14:textId="77777777" w:rsidR="00E72A3C" w:rsidRPr="00F735D7" w:rsidRDefault="00E72A3C" w:rsidP="00E72A3C">
      <w:pPr>
        <w:ind w:firstLine="567"/>
        <w:jc w:val="both"/>
        <w:rPr>
          <w:sz w:val="28"/>
          <w:szCs w:val="28"/>
          <w:lang w:val="kk-KZ"/>
        </w:rPr>
      </w:pPr>
      <w:r w:rsidRPr="00F735D7">
        <w:rPr>
          <w:sz w:val="28"/>
          <w:szCs w:val="28"/>
          <w:lang w:val="kk-KZ"/>
        </w:rPr>
        <w:t>Шекара</w:t>
      </w:r>
      <w:r w:rsidRPr="00420D39">
        <w:rPr>
          <w:sz w:val="28"/>
          <w:szCs w:val="28"/>
          <w:lang w:val="kk-KZ"/>
        </w:rPr>
        <w:t>с</w:t>
      </w:r>
      <w:r w:rsidRPr="00F735D7">
        <w:rPr>
          <w:sz w:val="28"/>
          <w:szCs w:val="28"/>
          <w:lang w:val="kk-KZ"/>
        </w:rPr>
        <w:t xml:space="preserve">ы: Мәңгілік Ел даңғылындағы № 40 үйден Мәңгілік Ел даңғылының жұп сандар жағымен Бұқар жырау көшесіне дейін, Бұқар жырау көшесінің тақ сандар жағымен Ә. Бөкейхан көшесіндегі № 28/1 үйге дейін, Бұқар жырау көшесінен </w:t>
      </w:r>
      <w:r w:rsidRPr="00420D39">
        <w:rPr>
          <w:sz w:val="28"/>
          <w:szCs w:val="28"/>
          <w:lang w:val="kk-KZ"/>
        </w:rPr>
        <w:t xml:space="preserve">өтпе </w:t>
      </w:r>
      <w:r w:rsidRPr="00F735D7">
        <w:rPr>
          <w:sz w:val="28"/>
          <w:szCs w:val="28"/>
          <w:lang w:val="kk-KZ"/>
        </w:rPr>
        <w:t>жол</w:t>
      </w:r>
      <w:r w:rsidRPr="00420D39">
        <w:rPr>
          <w:sz w:val="28"/>
          <w:szCs w:val="28"/>
          <w:lang w:val="kk-KZ"/>
        </w:rPr>
        <w:t>мен</w:t>
      </w:r>
      <w:r w:rsidRPr="00F735D7">
        <w:rPr>
          <w:sz w:val="28"/>
          <w:szCs w:val="28"/>
          <w:lang w:val="kk-KZ"/>
        </w:rPr>
        <w:t xml:space="preserve"> Ұлы Дала даңғылындағы № 49а үйге дейін, Мәңгілік Ел даңғылындағы</w:t>
      </w:r>
      <w:r>
        <w:rPr>
          <w:sz w:val="28"/>
          <w:szCs w:val="28"/>
          <w:lang w:val="kk-KZ"/>
        </w:rPr>
        <w:t xml:space="preserve"> </w:t>
      </w:r>
      <w:r w:rsidRPr="00F735D7">
        <w:rPr>
          <w:sz w:val="28"/>
          <w:szCs w:val="28"/>
          <w:lang w:val="kk-KZ"/>
        </w:rPr>
        <w:t xml:space="preserve">№ 48 үйден </w:t>
      </w:r>
      <w:r w:rsidRPr="00420D39">
        <w:rPr>
          <w:sz w:val="28"/>
          <w:szCs w:val="28"/>
          <w:lang w:val="kk-KZ"/>
        </w:rPr>
        <w:t xml:space="preserve">өтпе </w:t>
      </w:r>
      <w:r w:rsidRPr="00F735D7">
        <w:rPr>
          <w:sz w:val="28"/>
          <w:szCs w:val="28"/>
          <w:lang w:val="kk-KZ"/>
        </w:rPr>
        <w:t>жол</w:t>
      </w:r>
      <w:r w:rsidRPr="00420D39">
        <w:rPr>
          <w:sz w:val="28"/>
          <w:szCs w:val="28"/>
          <w:lang w:val="kk-KZ"/>
        </w:rPr>
        <w:t>мен</w:t>
      </w:r>
      <w:r w:rsidRPr="00F735D7">
        <w:rPr>
          <w:sz w:val="28"/>
          <w:szCs w:val="28"/>
          <w:lang w:val="kk-KZ"/>
        </w:rPr>
        <w:t xml:space="preserve"> Ә. Бөкейхан көшесіне дейін, Ә. Бөкейхан көшесінің жұп сандар жағымен Ә. Бөкейхан көшесіндегі № 18 үйге дейін, Ә. Бөкейхан көшесіндегі № 18 үйден Мәңгілік Ел даңғылына дейін.</w:t>
      </w:r>
    </w:p>
    <w:p w14:paraId="3845FA3C" w14:textId="77777777" w:rsidR="00E72A3C" w:rsidRPr="00F735D7" w:rsidRDefault="00E72A3C" w:rsidP="00E72A3C">
      <w:pPr>
        <w:jc w:val="both"/>
        <w:rPr>
          <w:sz w:val="28"/>
          <w:szCs w:val="28"/>
          <w:lang w:val="kk-KZ"/>
        </w:rPr>
      </w:pPr>
    </w:p>
    <w:p w14:paraId="6F9D9D92" w14:textId="77777777" w:rsidR="00E72A3C" w:rsidRPr="00F735D7" w:rsidRDefault="00E72A3C" w:rsidP="00E72A3C">
      <w:pPr>
        <w:jc w:val="center"/>
        <w:rPr>
          <w:sz w:val="28"/>
          <w:szCs w:val="28"/>
          <w:lang w:val="kk-KZ"/>
        </w:rPr>
      </w:pPr>
      <w:r w:rsidRPr="00F735D7">
        <w:rPr>
          <w:sz w:val="28"/>
          <w:szCs w:val="28"/>
          <w:lang w:val="kk-KZ"/>
        </w:rPr>
        <w:t>№ 158 сайлау учаскесі</w:t>
      </w:r>
    </w:p>
    <w:p w14:paraId="0CB2D8B6"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«Фариза Оңғарсынова атындағы </w:t>
      </w:r>
    </w:p>
    <w:p w14:paraId="44307C88" w14:textId="77777777" w:rsidR="00E72A3C" w:rsidRPr="00F735D7" w:rsidRDefault="00E72A3C" w:rsidP="00E72A3C">
      <w:pPr>
        <w:jc w:val="center"/>
        <w:rPr>
          <w:sz w:val="28"/>
          <w:szCs w:val="28"/>
          <w:lang w:val="kk-KZ"/>
        </w:rPr>
      </w:pPr>
      <w:r w:rsidRPr="00F735D7">
        <w:rPr>
          <w:sz w:val="28"/>
          <w:szCs w:val="28"/>
          <w:lang w:val="kk-KZ"/>
        </w:rPr>
        <w:t>№ 77 мектеп-гимназия» шаруашылық жүргізу құқығындағы мемлекеттік коммуналдық кәсіпорны, Мәңгілік Ел даңғылы, № 22/1)</w:t>
      </w:r>
    </w:p>
    <w:p w14:paraId="13265303" w14:textId="77777777" w:rsidR="00E72A3C" w:rsidRPr="00F735D7" w:rsidRDefault="00E72A3C" w:rsidP="00E72A3C">
      <w:pPr>
        <w:jc w:val="center"/>
        <w:rPr>
          <w:sz w:val="28"/>
          <w:szCs w:val="28"/>
          <w:lang w:val="kk-KZ"/>
        </w:rPr>
      </w:pPr>
    </w:p>
    <w:p w14:paraId="404B5941" w14:textId="77777777" w:rsidR="00E72A3C" w:rsidRDefault="00E72A3C" w:rsidP="00E72A3C">
      <w:pPr>
        <w:ind w:firstLine="567"/>
        <w:jc w:val="both"/>
        <w:rPr>
          <w:sz w:val="28"/>
          <w:szCs w:val="28"/>
          <w:lang w:val="kk-KZ"/>
        </w:rPr>
      </w:pPr>
      <w:r w:rsidRPr="00F735D7">
        <w:rPr>
          <w:sz w:val="28"/>
          <w:szCs w:val="28"/>
          <w:lang w:val="kk-KZ"/>
        </w:rPr>
        <w:t>Шекарасы: Сығанақ көшесінен Мәңгілік Ел даңғылының жұп</w:t>
      </w:r>
      <w:r>
        <w:rPr>
          <w:sz w:val="28"/>
          <w:szCs w:val="28"/>
          <w:lang w:val="kk-KZ"/>
        </w:rPr>
        <w:t xml:space="preserve"> сандар</w:t>
      </w:r>
      <w:r w:rsidRPr="00F735D7">
        <w:rPr>
          <w:sz w:val="28"/>
          <w:szCs w:val="28"/>
          <w:lang w:val="kk-KZ"/>
        </w:rPr>
        <w:t xml:space="preserve"> жағымен Мәңгілік Ел даңғылындағы № 24 үйге дейін, Мәңгілік Ел даңғылындағы № 24 үйден өтпе жолмен Ә. Бөкейхан көшесіндегі № 10 үйге дейін, Ә. Бөкейхан көшесіндегі № 10 үйден өт</w:t>
      </w:r>
      <w:r>
        <w:rPr>
          <w:sz w:val="28"/>
          <w:szCs w:val="28"/>
          <w:lang w:val="kk-KZ"/>
        </w:rPr>
        <w:t>пе жо</w:t>
      </w:r>
      <w:r w:rsidRPr="00F735D7">
        <w:rPr>
          <w:sz w:val="28"/>
          <w:szCs w:val="28"/>
          <w:lang w:val="kk-KZ"/>
        </w:rPr>
        <w:t>лмен Ә. Бөкейхан көшесіндегі № 12 үйге дейін, Ә. Бөкейхан көшесіндегі № 12 үйден өтпе жолмен Ә. Бөкейхан көшесіне дейін, Ә. Бөкейхан көшесінің жұп сандар жағымен Сығанақ көшесіне дейін, Сығанақ көшесінің жұп</w:t>
      </w:r>
      <w:r w:rsidRPr="00746A9D">
        <w:rPr>
          <w:sz w:val="28"/>
          <w:szCs w:val="28"/>
          <w:lang w:val="kk-KZ"/>
        </w:rPr>
        <w:t xml:space="preserve"> </w:t>
      </w:r>
      <w:r>
        <w:rPr>
          <w:sz w:val="28"/>
          <w:szCs w:val="28"/>
          <w:lang w:val="kk-KZ"/>
        </w:rPr>
        <w:t>сандар</w:t>
      </w:r>
      <w:r w:rsidRPr="00F735D7">
        <w:rPr>
          <w:sz w:val="28"/>
          <w:szCs w:val="28"/>
          <w:lang w:val="kk-KZ"/>
        </w:rPr>
        <w:t xml:space="preserve"> жағымен Мәңгілік Ел даңғылына дейін.</w:t>
      </w:r>
    </w:p>
    <w:p w14:paraId="25ABF12D" w14:textId="17B10717" w:rsidR="00E72A3C" w:rsidRDefault="00E72A3C" w:rsidP="00E72A3C">
      <w:pPr>
        <w:spacing w:after="160" w:line="259" w:lineRule="auto"/>
        <w:rPr>
          <w:sz w:val="28"/>
          <w:szCs w:val="28"/>
          <w:lang w:val="kk-KZ"/>
        </w:rPr>
      </w:pPr>
    </w:p>
    <w:p w14:paraId="505007AA" w14:textId="77777777" w:rsidR="00E72A3C" w:rsidRPr="00F735D7" w:rsidRDefault="00E72A3C" w:rsidP="00E72A3C">
      <w:pPr>
        <w:jc w:val="center"/>
        <w:rPr>
          <w:sz w:val="28"/>
          <w:szCs w:val="28"/>
          <w:lang w:val="kk-KZ"/>
        </w:rPr>
      </w:pPr>
      <w:r w:rsidRPr="00F735D7">
        <w:rPr>
          <w:sz w:val="28"/>
          <w:szCs w:val="28"/>
          <w:lang w:val="kk-KZ"/>
        </w:rPr>
        <w:t>№ 159 сайлау учаскесі</w:t>
      </w:r>
    </w:p>
    <w:p w14:paraId="2942E711" w14:textId="77777777" w:rsidR="00E72A3C" w:rsidRPr="00F735D7" w:rsidRDefault="00E72A3C" w:rsidP="00E72A3C">
      <w:pPr>
        <w:jc w:val="center"/>
        <w:rPr>
          <w:sz w:val="28"/>
          <w:szCs w:val="28"/>
          <w:lang w:val="kk-KZ"/>
        </w:rPr>
      </w:pPr>
      <w:r w:rsidRPr="00F735D7">
        <w:rPr>
          <w:sz w:val="28"/>
          <w:szCs w:val="28"/>
          <w:lang w:val="kk-KZ"/>
        </w:rPr>
        <w:t>(</w:t>
      </w:r>
      <w:r w:rsidRPr="00814807">
        <w:rPr>
          <w:sz w:val="28"/>
          <w:szCs w:val="28"/>
          <w:lang w:val="kk-KZ"/>
        </w:rPr>
        <w:t>о</w:t>
      </w:r>
      <w:r w:rsidRPr="00814807">
        <w:rPr>
          <w:sz w:val="28"/>
          <w:szCs w:val="32"/>
          <w:lang w:val="kk-KZ"/>
        </w:rPr>
        <w:t>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 Жошы хан көшесі, № 16</w:t>
      </w:r>
      <w:r w:rsidRPr="00F735D7">
        <w:rPr>
          <w:sz w:val="28"/>
          <w:szCs w:val="28"/>
          <w:lang w:val="kk-KZ"/>
        </w:rPr>
        <w:t>)</w:t>
      </w:r>
    </w:p>
    <w:p w14:paraId="06A736A5" w14:textId="77777777" w:rsidR="00E72A3C" w:rsidRPr="00F735D7" w:rsidRDefault="00E72A3C" w:rsidP="00E72A3C">
      <w:pPr>
        <w:ind w:firstLine="567"/>
        <w:jc w:val="both"/>
        <w:rPr>
          <w:sz w:val="28"/>
          <w:szCs w:val="28"/>
          <w:lang w:val="kk-KZ"/>
        </w:rPr>
      </w:pPr>
    </w:p>
    <w:p w14:paraId="57E805A6" w14:textId="77777777" w:rsidR="00E72A3C" w:rsidRPr="00F735D7" w:rsidRDefault="00E72A3C" w:rsidP="00E72A3C">
      <w:pPr>
        <w:ind w:firstLine="567"/>
        <w:jc w:val="both"/>
        <w:rPr>
          <w:sz w:val="28"/>
          <w:szCs w:val="28"/>
          <w:lang w:val="kk-KZ"/>
        </w:rPr>
      </w:pPr>
      <w:r w:rsidRPr="00F735D7">
        <w:rPr>
          <w:sz w:val="28"/>
          <w:szCs w:val="28"/>
          <w:lang w:val="kk-KZ"/>
        </w:rPr>
        <w:t>Шекарасы: № 23 көшеден Ә. Бөкейхан көшесі</w:t>
      </w:r>
      <w:r>
        <w:rPr>
          <w:sz w:val="28"/>
          <w:szCs w:val="28"/>
          <w:lang w:val="kk-KZ"/>
        </w:rPr>
        <w:t>мен</w:t>
      </w:r>
      <w:r w:rsidRPr="00F735D7">
        <w:rPr>
          <w:sz w:val="28"/>
          <w:szCs w:val="28"/>
          <w:lang w:val="kk-KZ"/>
        </w:rPr>
        <w:t xml:space="preserve"> Ақниет көшесіне дейін, Ақниет көшесімен Жиделі көшесіне дейін, Жиделі көшесінен өтпе жолмен Керей, Жәнібек хандар көшесіндегі № 50/3 үйге дейін, Керей, Жәнібек хандар көшесіндегі № 50/3 үйден өтпе жолмен Бұқар жырау көшесіндегі № 33 үйге дейін</w:t>
      </w:r>
      <w:r>
        <w:rPr>
          <w:sz w:val="28"/>
          <w:szCs w:val="28"/>
          <w:lang w:val="kk-KZ"/>
        </w:rPr>
        <w:t>,</w:t>
      </w:r>
      <w:r w:rsidRPr="00F735D7">
        <w:rPr>
          <w:sz w:val="28"/>
          <w:szCs w:val="28"/>
          <w:lang w:val="kk-KZ"/>
        </w:rPr>
        <w:t xml:space="preserve"> Бұқар жырау көшесіндегі № 33 үйден өтпе жолмен № 23 көшеге дейін, № 23 көше</w:t>
      </w:r>
      <w:r>
        <w:rPr>
          <w:sz w:val="28"/>
          <w:szCs w:val="28"/>
          <w:lang w:val="kk-KZ"/>
        </w:rPr>
        <w:t>д</w:t>
      </w:r>
      <w:r w:rsidRPr="00F735D7">
        <w:rPr>
          <w:sz w:val="28"/>
          <w:szCs w:val="28"/>
          <w:lang w:val="kk-KZ"/>
        </w:rPr>
        <w:t>ен Ә. Бөкейхан көше</w:t>
      </w:r>
      <w:r>
        <w:rPr>
          <w:sz w:val="28"/>
          <w:szCs w:val="28"/>
          <w:lang w:val="kk-KZ"/>
        </w:rPr>
        <w:t>сін</w:t>
      </w:r>
      <w:r w:rsidRPr="00F735D7">
        <w:rPr>
          <w:sz w:val="28"/>
          <w:szCs w:val="28"/>
          <w:lang w:val="kk-KZ"/>
        </w:rPr>
        <w:t>е дейін.</w:t>
      </w:r>
    </w:p>
    <w:p w14:paraId="7B2D837F" w14:textId="77777777" w:rsidR="00E72A3C" w:rsidRPr="00F735D7" w:rsidRDefault="00E72A3C" w:rsidP="00E72A3C">
      <w:pPr>
        <w:ind w:firstLine="567"/>
        <w:jc w:val="both"/>
        <w:rPr>
          <w:sz w:val="28"/>
          <w:szCs w:val="28"/>
          <w:lang w:val="kk-KZ"/>
        </w:rPr>
      </w:pPr>
    </w:p>
    <w:p w14:paraId="1C1AA94F" w14:textId="77777777" w:rsidR="00E72A3C" w:rsidRPr="00F735D7" w:rsidRDefault="00E72A3C" w:rsidP="00E72A3C">
      <w:pPr>
        <w:jc w:val="center"/>
        <w:rPr>
          <w:sz w:val="28"/>
          <w:szCs w:val="28"/>
          <w:lang w:val="kk-KZ"/>
        </w:rPr>
      </w:pPr>
      <w:r w:rsidRPr="00F735D7">
        <w:rPr>
          <w:sz w:val="28"/>
          <w:szCs w:val="28"/>
          <w:lang w:val="kk-KZ"/>
        </w:rPr>
        <w:t>№ 160 сайлау учаскесі</w:t>
      </w:r>
    </w:p>
    <w:p w14:paraId="45DDED14" w14:textId="77777777" w:rsidR="00E72A3C" w:rsidRPr="00F735D7" w:rsidRDefault="00E72A3C" w:rsidP="00E72A3C">
      <w:pPr>
        <w:jc w:val="center"/>
        <w:rPr>
          <w:sz w:val="28"/>
          <w:szCs w:val="28"/>
          <w:lang w:val="kk-KZ"/>
        </w:rPr>
      </w:pPr>
      <w:r w:rsidRPr="00F735D7">
        <w:rPr>
          <w:sz w:val="28"/>
          <w:szCs w:val="28"/>
          <w:lang w:val="kk-KZ"/>
        </w:rPr>
        <w:t>(орталығы – Ұлттық қолжазбалар мен сирек кездесетін кітаптар орталығы, «Нұржол» желекжолы, № 12)</w:t>
      </w:r>
    </w:p>
    <w:p w14:paraId="6DDCE6A3" w14:textId="77777777" w:rsidR="00E72A3C" w:rsidRPr="00F735D7" w:rsidRDefault="00E72A3C" w:rsidP="00E72A3C">
      <w:pPr>
        <w:jc w:val="center"/>
        <w:rPr>
          <w:sz w:val="28"/>
          <w:szCs w:val="28"/>
          <w:lang w:val="kk-KZ"/>
        </w:rPr>
      </w:pPr>
    </w:p>
    <w:p w14:paraId="4E88FB44" w14:textId="77777777" w:rsidR="00E72A3C" w:rsidRPr="00420D39" w:rsidRDefault="00E72A3C" w:rsidP="00E72A3C">
      <w:pPr>
        <w:ind w:firstLine="567"/>
        <w:jc w:val="both"/>
        <w:rPr>
          <w:sz w:val="28"/>
          <w:szCs w:val="28"/>
          <w:lang w:val="kk-KZ"/>
        </w:rPr>
      </w:pPr>
      <w:r w:rsidRPr="00F735D7">
        <w:rPr>
          <w:sz w:val="28"/>
          <w:szCs w:val="28"/>
          <w:lang w:val="kk-KZ"/>
        </w:rPr>
        <w:t xml:space="preserve">Шекарасы: Қабанбай батыр даңғылынан Сығанақ көшесінің тақ </w:t>
      </w:r>
      <w:r w:rsidRPr="00420D39">
        <w:rPr>
          <w:sz w:val="28"/>
          <w:szCs w:val="28"/>
          <w:lang w:val="kk-KZ"/>
        </w:rPr>
        <w:t xml:space="preserve">сандар </w:t>
      </w:r>
      <w:r w:rsidRPr="00F735D7">
        <w:rPr>
          <w:sz w:val="28"/>
          <w:szCs w:val="28"/>
          <w:lang w:val="kk-KZ"/>
        </w:rPr>
        <w:t xml:space="preserve">жағымен Сауран көшесіне дейін, Сауран көшесінің тақ </w:t>
      </w:r>
      <w:r w:rsidRPr="00420D39">
        <w:rPr>
          <w:sz w:val="28"/>
          <w:szCs w:val="28"/>
          <w:lang w:val="kk-KZ"/>
        </w:rPr>
        <w:t xml:space="preserve">сандар </w:t>
      </w:r>
      <w:r w:rsidRPr="00F735D7">
        <w:rPr>
          <w:sz w:val="28"/>
          <w:szCs w:val="28"/>
          <w:lang w:val="kk-KZ"/>
        </w:rPr>
        <w:t xml:space="preserve">жағымен Достық көшесіне дейін, Достық көшесінің тақ </w:t>
      </w:r>
      <w:r w:rsidRPr="00420D39">
        <w:rPr>
          <w:sz w:val="28"/>
          <w:szCs w:val="28"/>
          <w:lang w:val="kk-KZ"/>
        </w:rPr>
        <w:t xml:space="preserve">сандар </w:t>
      </w:r>
      <w:r w:rsidRPr="00F735D7">
        <w:rPr>
          <w:sz w:val="28"/>
          <w:szCs w:val="28"/>
          <w:lang w:val="kk-KZ"/>
        </w:rPr>
        <w:t xml:space="preserve">жағымен Ақмешіт көшесіне дейін, Ақмешіт көшесінің тақ </w:t>
      </w:r>
      <w:r w:rsidRPr="00420D39">
        <w:rPr>
          <w:sz w:val="28"/>
          <w:szCs w:val="28"/>
          <w:lang w:val="kk-KZ"/>
        </w:rPr>
        <w:t xml:space="preserve">сандар </w:t>
      </w:r>
      <w:r w:rsidRPr="00F735D7">
        <w:rPr>
          <w:sz w:val="28"/>
          <w:szCs w:val="28"/>
          <w:lang w:val="kk-KZ"/>
        </w:rPr>
        <w:t xml:space="preserve">жағымен «Нұржол» желекжолына дейін, </w:t>
      </w:r>
      <w:r w:rsidRPr="00F735D7">
        <w:rPr>
          <w:sz w:val="28"/>
          <w:szCs w:val="28"/>
          <w:lang w:val="kk-KZ"/>
        </w:rPr>
        <w:lastRenderedPageBreak/>
        <w:t>«Нұржол» желекжолымен Қабанбай батыр даңғылына дейін, Қабанбай батыр даңғылының жұп</w:t>
      </w:r>
      <w:r w:rsidRPr="00420D39">
        <w:rPr>
          <w:sz w:val="28"/>
          <w:szCs w:val="28"/>
          <w:lang w:val="kk-KZ"/>
        </w:rPr>
        <w:t xml:space="preserve"> сандар</w:t>
      </w:r>
      <w:r w:rsidRPr="00F735D7">
        <w:rPr>
          <w:sz w:val="28"/>
          <w:szCs w:val="28"/>
          <w:lang w:val="kk-KZ"/>
        </w:rPr>
        <w:t xml:space="preserve"> жағымен Сығанақ көшесіндегі № 33 үйді қоспағанда</w:t>
      </w:r>
      <w:r w:rsidRPr="00420D39">
        <w:rPr>
          <w:sz w:val="28"/>
          <w:szCs w:val="28"/>
          <w:lang w:val="kk-KZ"/>
        </w:rPr>
        <w:t xml:space="preserve">, </w:t>
      </w:r>
      <w:r w:rsidRPr="00F735D7">
        <w:rPr>
          <w:sz w:val="28"/>
          <w:szCs w:val="28"/>
          <w:lang w:val="kk-KZ"/>
        </w:rPr>
        <w:t>Сығанақ көшесіне дейін.</w:t>
      </w:r>
    </w:p>
    <w:p w14:paraId="781C49E0" w14:textId="77777777" w:rsidR="00E72A3C" w:rsidRPr="00F735D7" w:rsidRDefault="00E72A3C" w:rsidP="00E72A3C">
      <w:pPr>
        <w:jc w:val="center"/>
        <w:rPr>
          <w:sz w:val="28"/>
          <w:szCs w:val="28"/>
          <w:lang w:val="kk-KZ"/>
        </w:rPr>
      </w:pPr>
    </w:p>
    <w:p w14:paraId="704AFEF9" w14:textId="77777777" w:rsidR="00E72A3C" w:rsidRPr="00F735D7" w:rsidRDefault="00E72A3C" w:rsidP="00E72A3C">
      <w:pPr>
        <w:jc w:val="center"/>
        <w:rPr>
          <w:sz w:val="28"/>
          <w:szCs w:val="28"/>
          <w:lang w:val="kk-KZ"/>
        </w:rPr>
      </w:pPr>
      <w:r w:rsidRPr="00F735D7">
        <w:rPr>
          <w:sz w:val="28"/>
          <w:szCs w:val="28"/>
          <w:lang w:val="kk-KZ"/>
        </w:rPr>
        <w:t>№ 161 сайлау учаскесі</w:t>
      </w:r>
    </w:p>
    <w:p w14:paraId="0824862E"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 82 «Дарын» мамандандырылған лицейі» коммуналдық мемлекеттік мекемесі, </w:t>
      </w:r>
    </w:p>
    <w:p w14:paraId="7C3C3F97" w14:textId="77777777" w:rsidR="00E72A3C" w:rsidRPr="00F735D7" w:rsidRDefault="00E72A3C" w:rsidP="00E72A3C">
      <w:pPr>
        <w:jc w:val="center"/>
        <w:rPr>
          <w:sz w:val="28"/>
          <w:szCs w:val="28"/>
          <w:lang w:val="kk-KZ"/>
        </w:rPr>
      </w:pPr>
      <w:r w:rsidRPr="00F735D7">
        <w:rPr>
          <w:sz w:val="28"/>
          <w:szCs w:val="28"/>
          <w:lang w:val="kk-KZ"/>
        </w:rPr>
        <w:t>Ұлы Дала даңғылы, № 61/1)</w:t>
      </w:r>
    </w:p>
    <w:p w14:paraId="2E607C7E" w14:textId="77777777" w:rsidR="00E72A3C" w:rsidRPr="00F735D7" w:rsidRDefault="00E72A3C" w:rsidP="00E72A3C">
      <w:pPr>
        <w:jc w:val="center"/>
        <w:rPr>
          <w:sz w:val="28"/>
          <w:szCs w:val="28"/>
          <w:lang w:val="kk-KZ"/>
        </w:rPr>
      </w:pPr>
    </w:p>
    <w:p w14:paraId="4694B255" w14:textId="77777777" w:rsidR="00E72A3C" w:rsidRPr="00F735D7" w:rsidRDefault="00E72A3C" w:rsidP="00E72A3C">
      <w:pPr>
        <w:ind w:firstLine="567"/>
        <w:jc w:val="both"/>
        <w:rPr>
          <w:sz w:val="28"/>
          <w:szCs w:val="28"/>
          <w:lang w:val="kk-KZ"/>
        </w:rPr>
      </w:pPr>
      <w:r w:rsidRPr="00F735D7">
        <w:rPr>
          <w:sz w:val="28"/>
          <w:szCs w:val="28"/>
          <w:lang w:val="kk-KZ"/>
        </w:rPr>
        <w:t>Шекарасы: Бұқар жырау көшесі, № 36, 36/1, 36а, 36б үйлер, Ұлы Дала даңғылы, № 65/1, 65/2 үйлер.</w:t>
      </w:r>
    </w:p>
    <w:p w14:paraId="518A486F" w14:textId="77777777" w:rsidR="00E72A3C" w:rsidRPr="00F735D7" w:rsidRDefault="00E72A3C" w:rsidP="00E72A3C">
      <w:pPr>
        <w:ind w:firstLine="567"/>
        <w:jc w:val="both"/>
        <w:rPr>
          <w:sz w:val="28"/>
          <w:szCs w:val="28"/>
          <w:lang w:val="kk-KZ"/>
        </w:rPr>
      </w:pPr>
    </w:p>
    <w:p w14:paraId="4109B732" w14:textId="77777777" w:rsidR="00E72A3C" w:rsidRPr="00F735D7" w:rsidRDefault="00E72A3C" w:rsidP="00E72A3C">
      <w:pPr>
        <w:jc w:val="center"/>
        <w:rPr>
          <w:sz w:val="28"/>
          <w:szCs w:val="28"/>
          <w:lang w:val="kk-KZ"/>
        </w:rPr>
      </w:pPr>
      <w:r w:rsidRPr="00F735D7">
        <w:rPr>
          <w:sz w:val="28"/>
          <w:szCs w:val="28"/>
          <w:lang w:val="kk-KZ"/>
        </w:rPr>
        <w:t>№ 162 сайлау учаскесі</w:t>
      </w:r>
    </w:p>
    <w:p w14:paraId="2CC5D015"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халықаралық университеті, </w:t>
      </w:r>
      <w:r w:rsidRPr="00F735D7">
        <w:rPr>
          <w:sz w:val="28"/>
          <w:szCs w:val="28"/>
          <w:lang w:val="kk-KZ"/>
        </w:rPr>
        <w:br/>
        <w:t>Жиембет жырау</w:t>
      </w:r>
      <w:r w:rsidRPr="00746A9D">
        <w:rPr>
          <w:sz w:val="28"/>
          <w:szCs w:val="28"/>
          <w:lang w:val="kk-KZ"/>
        </w:rPr>
        <w:t xml:space="preserve"> көшесі</w:t>
      </w:r>
      <w:r w:rsidRPr="00F735D7">
        <w:rPr>
          <w:sz w:val="28"/>
          <w:szCs w:val="28"/>
          <w:lang w:val="kk-KZ"/>
        </w:rPr>
        <w:t>, № 2)</w:t>
      </w:r>
    </w:p>
    <w:p w14:paraId="3BCC8414" w14:textId="77777777" w:rsidR="00E72A3C" w:rsidRPr="00F735D7" w:rsidRDefault="00E72A3C" w:rsidP="00E72A3C">
      <w:pPr>
        <w:jc w:val="center"/>
        <w:rPr>
          <w:sz w:val="28"/>
          <w:szCs w:val="28"/>
          <w:lang w:val="kk-KZ"/>
        </w:rPr>
      </w:pPr>
    </w:p>
    <w:p w14:paraId="2FF3D3ED"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Сарайшық көшесінен Жиембет жырау көшесінің жұп </w:t>
      </w:r>
      <w:r w:rsidRPr="00746A9D">
        <w:rPr>
          <w:sz w:val="28"/>
          <w:szCs w:val="28"/>
          <w:lang w:val="kk-KZ"/>
        </w:rPr>
        <w:t xml:space="preserve">сандар </w:t>
      </w:r>
      <w:r w:rsidRPr="00F735D7">
        <w:rPr>
          <w:sz w:val="28"/>
          <w:szCs w:val="28"/>
          <w:lang w:val="kk-KZ"/>
        </w:rPr>
        <w:t>жағымен Қарашаш көшесіне дейін, Қарашаш көшесінің жұп</w:t>
      </w:r>
      <w:r w:rsidRPr="00746A9D">
        <w:rPr>
          <w:sz w:val="28"/>
          <w:szCs w:val="28"/>
          <w:lang w:val="kk-KZ"/>
        </w:rPr>
        <w:t xml:space="preserve"> сандар </w:t>
      </w:r>
      <w:r w:rsidRPr="00F735D7">
        <w:rPr>
          <w:sz w:val="28"/>
          <w:szCs w:val="28"/>
          <w:lang w:val="kk-KZ"/>
        </w:rPr>
        <w:t>жағымен Қараөткел көшесіне дейін, Қараөткел көшесінің тақ</w:t>
      </w:r>
      <w:r w:rsidRPr="00F735D7">
        <w:rPr>
          <w:lang w:val="kk-KZ"/>
        </w:rPr>
        <w:t xml:space="preserve"> </w:t>
      </w:r>
      <w:r w:rsidRPr="00F735D7">
        <w:rPr>
          <w:sz w:val="28"/>
          <w:szCs w:val="28"/>
          <w:lang w:val="kk-KZ"/>
        </w:rPr>
        <w:t>сандар жағымен Жиембет жырау көшесіне дейін, Жиембет жырау көшесінің тақ</w:t>
      </w:r>
      <w:r w:rsidRPr="00746A9D">
        <w:rPr>
          <w:sz w:val="28"/>
          <w:szCs w:val="28"/>
          <w:lang w:val="kk-KZ"/>
        </w:rPr>
        <w:t xml:space="preserve"> сандар</w:t>
      </w:r>
      <w:r w:rsidRPr="00F735D7">
        <w:rPr>
          <w:sz w:val="28"/>
          <w:szCs w:val="28"/>
          <w:lang w:val="kk-KZ"/>
        </w:rPr>
        <w:t xml:space="preserve"> жағымен Қалампыр көшесіне дейін, Қалампыр көшесінің тақ</w:t>
      </w:r>
      <w:r w:rsidRPr="00746A9D">
        <w:rPr>
          <w:sz w:val="28"/>
          <w:szCs w:val="28"/>
          <w:lang w:val="kk-KZ"/>
        </w:rPr>
        <w:t xml:space="preserve"> сандар</w:t>
      </w:r>
      <w:r w:rsidRPr="00F735D7">
        <w:rPr>
          <w:sz w:val="28"/>
          <w:szCs w:val="28"/>
          <w:lang w:val="kk-KZ"/>
        </w:rPr>
        <w:t xml:space="preserve"> жағымен Родниковая көшесіне дейін, Қалампыр көшесінен Родниковая көшесімен Жауқазын көшесіне дейін, Жауқазын көшесімен Есіл өзенінің арнасына дейін, Есіл өзенінің арнасымен Сарайшық көшесіне дейін, Сарайшық көшесінің тақ </w:t>
      </w:r>
      <w:r w:rsidRPr="00746A9D">
        <w:rPr>
          <w:sz w:val="28"/>
          <w:szCs w:val="28"/>
          <w:lang w:val="kk-KZ"/>
        </w:rPr>
        <w:t xml:space="preserve">сандар </w:t>
      </w:r>
      <w:r w:rsidRPr="00F735D7">
        <w:rPr>
          <w:sz w:val="28"/>
          <w:szCs w:val="28"/>
          <w:lang w:val="kk-KZ"/>
        </w:rPr>
        <w:t>жағымен Жиембет жырау көшесіне дейін.</w:t>
      </w:r>
    </w:p>
    <w:p w14:paraId="3815EAB6" w14:textId="77777777" w:rsidR="00E72A3C" w:rsidRPr="00F735D7" w:rsidRDefault="00E72A3C" w:rsidP="00E72A3C">
      <w:pPr>
        <w:ind w:firstLine="567"/>
        <w:jc w:val="both"/>
        <w:rPr>
          <w:sz w:val="28"/>
          <w:szCs w:val="28"/>
          <w:lang w:val="kk-KZ"/>
        </w:rPr>
      </w:pPr>
    </w:p>
    <w:p w14:paraId="3BDA2A20" w14:textId="77777777" w:rsidR="00E72A3C" w:rsidRPr="00F735D7" w:rsidRDefault="00E72A3C" w:rsidP="00E72A3C">
      <w:pPr>
        <w:jc w:val="center"/>
        <w:rPr>
          <w:sz w:val="28"/>
          <w:szCs w:val="28"/>
          <w:lang w:val="kk-KZ"/>
        </w:rPr>
      </w:pPr>
      <w:r w:rsidRPr="00F735D7">
        <w:rPr>
          <w:sz w:val="28"/>
          <w:szCs w:val="28"/>
          <w:lang w:val="kk-KZ"/>
        </w:rPr>
        <w:t>№ 163 сайлау учаскесі</w:t>
      </w:r>
    </w:p>
    <w:p w14:paraId="3B8ED794" w14:textId="77777777" w:rsidR="00E72A3C" w:rsidRPr="00F735D7" w:rsidRDefault="00E72A3C" w:rsidP="00E72A3C">
      <w:pPr>
        <w:jc w:val="center"/>
        <w:rPr>
          <w:sz w:val="28"/>
          <w:szCs w:val="28"/>
          <w:lang w:val="kk-KZ"/>
        </w:rPr>
      </w:pPr>
      <w:r w:rsidRPr="00F735D7">
        <w:rPr>
          <w:sz w:val="28"/>
          <w:szCs w:val="28"/>
          <w:lang w:val="kk-KZ"/>
        </w:rPr>
        <w:t xml:space="preserve">(орталығы – Астана қаласы әкімдігінің «Дулат Бабатайұлы атындағы </w:t>
      </w:r>
    </w:p>
    <w:p w14:paraId="71F12D51" w14:textId="77777777" w:rsidR="00E72A3C" w:rsidRPr="00F735D7" w:rsidRDefault="00E72A3C" w:rsidP="00E72A3C">
      <w:pPr>
        <w:jc w:val="center"/>
        <w:rPr>
          <w:sz w:val="28"/>
          <w:szCs w:val="28"/>
          <w:lang w:val="kk-KZ"/>
        </w:rPr>
      </w:pPr>
      <w:r w:rsidRPr="00F735D7">
        <w:rPr>
          <w:sz w:val="28"/>
          <w:szCs w:val="28"/>
          <w:lang w:val="kk-KZ"/>
        </w:rPr>
        <w:t xml:space="preserve">№ 89 мектеп-лицей» шаруашылық жүргізу құқығындағы мемлекеттік </w:t>
      </w:r>
    </w:p>
    <w:p w14:paraId="4C64737D" w14:textId="77777777" w:rsidR="00E72A3C" w:rsidRPr="00F735D7" w:rsidRDefault="00E72A3C" w:rsidP="00E72A3C">
      <w:pPr>
        <w:jc w:val="center"/>
        <w:rPr>
          <w:sz w:val="28"/>
          <w:szCs w:val="28"/>
          <w:lang w:val="kk-KZ"/>
        </w:rPr>
      </w:pPr>
      <w:r w:rsidRPr="00F735D7">
        <w:rPr>
          <w:sz w:val="28"/>
          <w:szCs w:val="28"/>
          <w:lang w:val="kk-KZ"/>
        </w:rPr>
        <w:t>коммуналдық кәсіпорны, Сауран көшесі, № 11)</w:t>
      </w:r>
    </w:p>
    <w:p w14:paraId="44AF4E03" w14:textId="77777777" w:rsidR="00E72A3C" w:rsidRPr="00F735D7" w:rsidRDefault="00E72A3C" w:rsidP="00E72A3C">
      <w:pPr>
        <w:jc w:val="center"/>
        <w:rPr>
          <w:sz w:val="28"/>
          <w:szCs w:val="28"/>
          <w:lang w:val="kk-KZ"/>
        </w:rPr>
      </w:pPr>
    </w:p>
    <w:p w14:paraId="1450AD7F"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Керей, Жәнібек хандар көшесі, № 12/1, 14/2, </w:t>
      </w:r>
      <w:r w:rsidRPr="00420D39">
        <w:rPr>
          <w:sz w:val="28"/>
          <w:szCs w:val="28"/>
          <w:lang w:val="kk-KZ"/>
        </w:rPr>
        <w:t>14а, 14б, 14в</w:t>
      </w:r>
      <w:r w:rsidRPr="00F735D7">
        <w:rPr>
          <w:sz w:val="28"/>
          <w:szCs w:val="28"/>
          <w:lang w:val="kk-KZ"/>
        </w:rPr>
        <w:t>, 16 үйлер, Ақмешіт көшесі, № 9, 9/1, 9/2, 11 үйлер.</w:t>
      </w:r>
    </w:p>
    <w:p w14:paraId="761CA3E5" w14:textId="77777777" w:rsidR="00E72A3C" w:rsidRPr="00F735D7" w:rsidRDefault="00E72A3C" w:rsidP="00E72A3C">
      <w:pPr>
        <w:ind w:firstLine="567"/>
        <w:jc w:val="both"/>
        <w:rPr>
          <w:sz w:val="28"/>
          <w:szCs w:val="28"/>
          <w:lang w:val="kk-KZ"/>
        </w:rPr>
      </w:pPr>
    </w:p>
    <w:p w14:paraId="43C88253" w14:textId="77777777" w:rsidR="00E72A3C" w:rsidRPr="00F735D7" w:rsidRDefault="00E72A3C" w:rsidP="00E72A3C">
      <w:pPr>
        <w:jc w:val="center"/>
        <w:rPr>
          <w:sz w:val="28"/>
          <w:szCs w:val="28"/>
          <w:lang w:val="kk-KZ"/>
        </w:rPr>
      </w:pPr>
      <w:r w:rsidRPr="00F735D7">
        <w:rPr>
          <w:sz w:val="28"/>
          <w:szCs w:val="28"/>
          <w:lang w:val="kk-KZ"/>
        </w:rPr>
        <w:t>№ 164 сайлау учаскесі</w:t>
      </w:r>
    </w:p>
    <w:p w14:paraId="7E3C86FC" w14:textId="77777777" w:rsidR="00E72A3C" w:rsidRPr="00F735D7" w:rsidRDefault="00E72A3C" w:rsidP="00E72A3C">
      <w:pPr>
        <w:jc w:val="center"/>
        <w:rPr>
          <w:sz w:val="28"/>
          <w:szCs w:val="28"/>
          <w:lang w:val="kk-KZ"/>
        </w:rPr>
      </w:pPr>
      <w:r w:rsidRPr="00F735D7">
        <w:rPr>
          <w:sz w:val="28"/>
          <w:szCs w:val="28"/>
          <w:lang w:val="kk-KZ"/>
        </w:rPr>
        <w:t>(орталығы – «Назарбаев Зияткерлік мектептері» дербес білім беру ұйымының «International Steppe School of Astana» филиалы,</w:t>
      </w:r>
      <w:r w:rsidRPr="00EE14F8">
        <w:rPr>
          <w:sz w:val="28"/>
          <w:szCs w:val="28"/>
          <w:lang w:val="kk-KZ"/>
        </w:rPr>
        <w:t xml:space="preserve"> </w:t>
      </w:r>
      <w:r w:rsidRPr="00F735D7">
        <w:rPr>
          <w:sz w:val="28"/>
          <w:szCs w:val="28"/>
          <w:lang w:val="kk-KZ"/>
        </w:rPr>
        <w:t>Түркістан көшесі, № 32/1)</w:t>
      </w:r>
    </w:p>
    <w:p w14:paraId="731373C5" w14:textId="77777777" w:rsidR="00E72A3C" w:rsidRPr="00F735D7" w:rsidRDefault="00E72A3C" w:rsidP="00E72A3C">
      <w:pPr>
        <w:rPr>
          <w:sz w:val="28"/>
          <w:szCs w:val="28"/>
          <w:lang w:val="kk-KZ"/>
        </w:rPr>
      </w:pPr>
    </w:p>
    <w:p w14:paraId="4C4D4114" w14:textId="77777777" w:rsidR="00E72A3C" w:rsidRPr="00F735D7" w:rsidRDefault="00E72A3C" w:rsidP="00E72A3C">
      <w:pPr>
        <w:ind w:firstLine="567"/>
        <w:jc w:val="both"/>
        <w:rPr>
          <w:sz w:val="28"/>
          <w:szCs w:val="28"/>
          <w:lang w:val="kk-KZ"/>
        </w:rPr>
      </w:pPr>
      <w:r w:rsidRPr="00F735D7">
        <w:rPr>
          <w:sz w:val="28"/>
          <w:szCs w:val="28"/>
          <w:lang w:val="kk-KZ"/>
        </w:rPr>
        <w:t>Шекарасы: Түркістан көшесіндегі № 18, 18/1, 20, 20/1 үйлер, Мәңгілік Ел даңғылындағы № 37, 37/1, 37/1 (1-блок), 39 үйлер.</w:t>
      </w:r>
    </w:p>
    <w:p w14:paraId="4AC6877D" w14:textId="77777777" w:rsidR="00E72A3C" w:rsidRPr="00F735D7" w:rsidRDefault="00E72A3C" w:rsidP="00E72A3C">
      <w:pPr>
        <w:jc w:val="center"/>
        <w:rPr>
          <w:sz w:val="28"/>
          <w:szCs w:val="28"/>
          <w:lang w:val="kk-KZ"/>
        </w:rPr>
      </w:pPr>
    </w:p>
    <w:p w14:paraId="3D489D7A" w14:textId="77777777" w:rsidR="00E72A3C" w:rsidRPr="00F735D7" w:rsidRDefault="00E72A3C" w:rsidP="00E72A3C">
      <w:pPr>
        <w:jc w:val="center"/>
        <w:rPr>
          <w:sz w:val="28"/>
          <w:szCs w:val="28"/>
          <w:lang w:val="kk-KZ"/>
        </w:rPr>
      </w:pPr>
      <w:r w:rsidRPr="00F735D7">
        <w:rPr>
          <w:sz w:val="28"/>
          <w:szCs w:val="28"/>
          <w:lang w:val="kk-KZ"/>
        </w:rPr>
        <w:t>№ 165 сайлау учаскесі</w:t>
      </w:r>
    </w:p>
    <w:p w14:paraId="25CE2DB5" w14:textId="77777777" w:rsidR="00E72A3C" w:rsidRPr="00F735D7" w:rsidRDefault="00E72A3C" w:rsidP="00E72A3C">
      <w:pPr>
        <w:jc w:val="center"/>
        <w:rPr>
          <w:sz w:val="28"/>
          <w:szCs w:val="28"/>
          <w:lang w:val="kk-KZ"/>
        </w:rPr>
      </w:pPr>
      <w:r w:rsidRPr="00F735D7">
        <w:rPr>
          <w:sz w:val="28"/>
          <w:szCs w:val="28"/>
          <w:lang w:val="kk-KZ"/>
        </w:rPr>
        <w:t>(орталығы – «Назарбаев Зияткерлік мектептері» дербес білім беру ұйымының «International Steppe School of Astana» филиалы,</w:t>
      </w:r>
      <w:r w:rsidRPr="00EE14F8">
        <w:rPr>
          <w:sz w:val="28"/>
          <w:szCs w:val="28"/>
          <w:lang w:val="kk-KZ"/>
        </w:rPr>
        <w:t xml:space="preserve"> </w:t>
      </w:r>
      <w:r w:rsidRPr="00F735D7">
        <w:rPr>
          <w:sz w:val="28"/>
          <w:szCs w:val="28"/>
          <w:lang w:val="kk-KZ"/>
        </w:rPr>
        <w:t>Түркістан көшесі, № 32/1)</w:t>
      </w:r>
    </w:p>
    <w:p w14:paraId="71BC512B" w14:textId="77777777" w:rsidR="00E72A3C" w:rsidRPr="00F735D7" w:rsidRDefault="00E72A3C" w:rsidP="00E72A3C">
      <w:pPr>
        <w:jc w:val="center"/>
        <w:rPr>
          <w:sz w:val="28"/>
          <w:szCs w:val="28"/>
          <w:lang w:val="kk-KZ"/>
        </w:rPr>
      </w:pPr>
    </w:p>
    <w:p w14:paraId="6082C559" w14:textId="77777777" w:rsidR="00E72A3C" w:rsidRPr="00F735D7" w:rsidRDefault="00E72A3C" w:rsidP="00E72A3C">
      <w:pPr>
        <w:ind w:firstLine="567"/>
        <w:jc w:val="both"/>
        <w:rPr>
          <w:sz w:val="28"/>
          <w:szCs w:val="28"/>
          <w:lang w:val="kk-KZ"/>
        </w:rPr>
      </w:pPr>
      <w:r w:rsidRPr="00F735D7">
        <w:rPr>
          <w:sz w:val="28"/>
          <w:szCs w:val="28"/>
          <w:lang w:val="kk-KZ"/>
        </w:rPr>
        <w:lastRenderedPageBreak/>
        <w:t xml:space="preserve">Шекарасы: Бұқар жырау көшесінен Түркістан көшесінің жұп сандар жағымен Ұлы Дала даңғылындағы № 45/1 үйге дейін, Ұлы Дала даңғылындағы № 45/1 үйден өтпе жолмен Мәңгілік Ел даңғылына дейін, Мәңгілік Ел даңғылының тақ сандар жағымен Мәңгілік Ел даңғылындағы № 48 үйге дейін, Мәңгілік Ел даңғылындағы № 48 үйден өтпе жолмен Ә. Бөкейхан көшесіндегі </w:t>
      </w:r>
      <w:r w:rsidRPr="00F735D7">
        <w:rPr>
          <w:sz w:val="28"/>
          <w:szCs w:val="28"/>
          <w:lang w:val="kk-KZ"/>
        </w:rPr>
        <w:br/>
        <w:t>№ 30 үйге дейін, Ә. Бөкейхан көшесіндегі № 30 үйден өтпе жолмен Бұқар жырау көшесіне дейін, Бұқар жырау көшесінің жұп сандар жағымен Түркістан көшесіне дейін.</w:t>
      </w:r>
    </w:p>
    <w:p w14:paraId="13D9C25F" w14:textId="77777777" w:rsidR="00E72A3C" w:rsidRPr="00F735D7" w:rsidRDefault="00E72A3C" w:rsidP="00E72A3C">
      <w:pPr>
        <w:jc w:val="center"/>
        <w:rPr>
          <w:sz w:val="28"/>
          <w:szCs w:val="28"/>
          <w:lang w:val="kk-KZ"/>
        </w:rPr>
      </w:pPr>
    </w:p>
    <w:p w14:paraId="24028497" w14:textId="77777777" w:rsidR="00E72A3C" w:rsidRPr="00F735D7" w:rsidRDefault="00E72A3C" w:rsidP="00E72A3C">
      <w:pPr>
        <w:jc w:val="center"/>
        <w:rPr>
          <w:sz w:val="28"/>
          <w:szCs w:val="28"/>
          <w:lang w:val="kk-KZ"/>
        </w:rPr>
      </w:pPr>
      <w:r w:rsidRPr="00F735D7">
        <w:rPr>
          <w:sz w:val="28"/>
          <w:szCs w:val="28"/>
          <w:lang w:val="kk-KZ"/>
        </w:rPr>
        <w:t>№ 166 сайлау учаскесі</w:t>
      </w:r>
    </w:p>
    <w:p w14:paraId="0FA552AD" w14:textId="77777777" w:rsidR="00E72A3C" w:rsidRPr="00F735D7" w:rsidRDefault="00E72A3C" w:rsidP="00E72A3C">
      <w:pPr>
        <w:jc w:val="center"/>
        <w:rPr>
          <w:sz w:val="28"/>
          <w:szCs w:val="28"/>
          <w:lang w:val="kk-KZ"/>
        </w:rPr>
      </w:pPr>
      <w:r w:rsidRPr="00F735D7">
        <w:rPr>
          <w:sz w:val="28"/>
          <w:szCs w:val="28"/>
          <w:lang w:val="kk-KZ"/>
        </w:rPr>
        <w:t>(орталығы – Астана қаласы әкімдігінің «№ 82 «Дарын» мамандандырылған лицейі» коммуналдық мемлекеттік мекемесі, Ұлы Дала даңғылы, № 61/1)</w:t>
      </w:r>
    </w:p>
    <w:p w14:paraId="546164B4" w14:textId="77777777" w:rsidR="00E72A3C" w:rsidRPr="00F735D7" w:rsidRDefault="00E72A3C" w:rsidP="00E72A3C">
      <w:pPr>
        <w:jc w:val="center"/>
        <w:rPr>
          <w:sz w:val="28"/>
          <w:szCs w:val="28"/>
          <w:lang w:val="kk-KZ"/>
        </w:rPr>
      </w:pPr>
    </w:p>
    <w:p w14:paraId="37612D86" w14:textId="7711DFF7" w:rsidR="00E72A3C" w:rsidRPr="006C7562" w:rsidRDefault="00E72A3C" w:rsidP="00E72A3C">
      <w:pPr>
        <w:ind w:firstLine="567"/>
        <w:jc w:val="both"/>
        <w:rPr>
          <w:sz w:val="28"/>
          <w:szCs w:val="28"/>
          <w:lang w:val="kk-KZ"/>
        </w:rPr>
      </w:pPr>
      <w:r w:rsidRPr="00F735D7">
        <w:rPr>
          <w:sz w:val="28"/>
          <w:szCs w:val="28"/>
          <w:lang w:val="kk-KZ"/>
        </w:rPr>
        <w:t xml:space="preserve">Шекарасы: </w:t>
      </w:r>
      <w:r w:rsidRPr="00814807">
        <w:rPr>
          <w:sz w:val="28"/>
          <w:szCs w:val="28"/>
          <w:lang w:val="kk-KZ"/>
        </w:rPr>
        <w:t>Ә. Бөкейхан көшесі, № 19, 21, 21/1, 21/2, 21/4 үйлер, Бұқар жырау көшесі, № 32, 32/1, 34, 34а, 34/2 үйлер, Жошы хан көшесі, № 7 (2-блок, 3-блок,</w:t>
      </w:r>
      <w:r w:rsidR="00BC7114">
        <w:rPr>
          <w:sz w:val="28"/>
          <w:szCs w:val="28"/>
          <w:lang w:val="kk-KZ"/>
        </w:rPr>
        <w:t xml:space="preserve"> </w:t>
      </w:r>
      <w:r w:rsidRPr="00814807">
        <w:rPr>
          <w:sz w:val="28"/>
          <w:szCs w:val="28"/>
          <w:lang w:val="kk-KZ"/>
        </w:rPr>
        <w:t>4-блок), № 7/2 (1-блок) үйлер.</w:t>
      </w:r>
    </w:p>
    <w:p w14:paraId="261C493E" w14:textId="77777777" w:rsidR="00E72A3C" w:rsidRPr="006C7562" w:rsidRDefault="00E72A3C" w:rsidP="00E72A3C">
      <w:pPr>
        <w:ind w:firstLine="567"/>
        <w:jc w:val="both"/>
        <w:rPr>
          <w:sz w:val="28"/>
          <w:szCs w:val="28"/>
          <w:lang w:val="kk-KZ"/>
        </w:rPr>
      </w:pPr>
    </w:p>
    <w:p w14:paraId="2632A804" w14:textId="77777777" w:rsidR="00E72A3C" w:rsidRPr="00F735D7" w:rsidRDefault="00E72A3C" w:rsidP="00E72A3C">
      <w:pPr>
        <w:jc w:val="center"/>
        <w:rPr>
          <w:sz w:val="28"/>
          <w:szCs w:val="28"/>
          <w:lang w:val="kk-KZ"/>
        </w:rPr>
      </w:pPr>
      <w:r w:rsidRPr="00F735D7">
        <w:rPr>
          <w:sz w:val="28"/>
          <w:szCs w:val="28"/>
          <w:lang w:val="kk-KZ"/>
        </w:rPr>
        <w:t>№ 167 сайлау учаскесі</w:t>
      </w:r>
    </w:p>
    <w:p w14:paraId="006468CA" w14:textId="77777777" w:rsidR="00E72A3C" w:rsidRPr="00F735D7" w:rsidRDefault="00E72A3C" w:rsidP="00E72A3C">
      <w:pPr>
        <w:jc w:val="center"/>
        <w:rPr>
          <w:sz w:val="28"/>
          <w:szCs w:val="28"/>
          <w:lang w:val="kk-KZ"/>
        </w:rPr>
      </w:pPr>
      <w:r w:rsidRPr="00F735D7">
        <w:rPr>
          <w:sz w:val="28"/>
          <w:szCs w:val="28"/>
          <w:lang w:val="kk-KZ"/>
        </w:rPr>
        <w:t>(орталы</w:t>
      </w:r>
      <w:r w:rsidRPr="00420D39">
        <w:rPr>
          <w:sz w:val="28"/>
          <w:szCs w:val="28"/>
          <w:lang w:val="kk-KZ"/>
        </w:rPr>
        <w:t>ғы</w:t>
      </w:r>
      <w:r w:rsidRPr="00F735D7">
        <w:rPr>
          <w:sz w:val="28"/>
          <w:szCs w:val="28"/>
          <w:lang w:val="kk-KZ"/>
        </w:rPr>
        <w:t xml:space="preserve"> – </w:t>
      </w:r>
      <w:bookmarkStart w:id="1" w:name="_Hlk241483702"/>
      <w:r w:rsidRPr="00F735D7">
        <w:rPr>
          <w:sz w:val="28"/>
          <w:szCs w:val="28"/>
          <w:lang w:val="kk-KZ"/>
        </w:rPr>
        <w:t xml:space="preserve">Астана қаласы әкімдігінің «№ 95 мектеп-лицей» шаруашылық жүргізу құқығындағы мемлекеттік коммуналдық кәсіпорны, </w:t>
      </w:r>
      <w:r w:rsidRPr="00F735D7">
        <w:rPr>
          <w:sz w:val="28"/>
          <w:szCs w:val="28"/>
          <w:lang w:val="kk-KZ"/>
        </w:rPr>
        <w:br/>
        <w:t>Ұлы Дала даңғылы, № 73/1</w:t>
      </w:r>
      <w:bookmarkEnd w:id="1"/>
      <w:r w:rsidRPr="00F735D7">
        <w:rPr>
          <w:sz w:val="28"/>
          <w:szCs w:val="28"/>
          <w:lang w:val="kk-KZ"/>
        </w:rPr>
        <w:t>)</w:t>
      </w:r>
    </w:p>
    <w:p w14:paraId="2714BDDD" w14:textId="77777777" w:rsidR="00E72A3C" w:rsidRPr="00F735D7" w:rsidRDefault="00E72A3C" w:rsidP="00E72A3C">
      <w:pPr>
        <w:ind w:firstLine="567"/>
        <w:jc w:val="both"/>
        <w:rPr>
          <w:sz w:val="28"/>
          <w:szCs w:val="28"/>
          <w:lang w:val="kk-KZ"/>
        </w:rPr>
      </w:pPr>
    </w:p>
    <w:p w14:paraId="61C48EC4" w14:textId="77777777" w:rsidR="00E72A3C" w:rsidRPr="00F735D7" w:rsidRDefault="00E72A3C" w:rsidP="00E72A3C">
      <w:pPr>
        <w:ind w:firstLine="567"/>
        <w:jc w:val="both"/>
        <w:rPr>
          <w:sz w:val="28"/>
          <w:szCs w:val="28"/>
          <w:lang w:val="kk-KZ"/>
        </w:rPr>
      </w:pPr>
      <w:r w:rsidRPr="00F735D7">
        <w:rPr>
          <w:sz w:val="28"/>
          <w:szCs w:val="28"/>
          <w:lang w:val="kk-KZ"/>
        </w:rPr>
        <w:t>Шекарасы: «Саранда» тұрғын кешені, Әл-Фараби даңғылындағы № 4, 6 үйлерді қоспағанда, № 8, 10, 12, 14, 16, 18, 20, 22, 24, 73(26), 75(28) үйлер.</w:t>
      </w:r>
    </w:p>
    <w:p w14:paraId="4CA5E85E" w14:textId="77777777" w:rsidR="00E72A3C" w:rsidRPr="00F735D7" w:rsidRDefault="00E72A3C" w:rsidP="00E72A3C">
      <w:pPr>
        <w:ind w:firstLine="567"/>
        <w:jc w:val="both"/>
        <w:rPr>
          <w:sz w:val="28"/>
          <w:szCs w:val="28"/>
          <w:lang w:val="kk-KZ"/>
        </w:rPr>
      </w:pPr>
    </w:p>
    <w:p w14:paraId="13D03EF5" w14:textId="77777777" w:rsidR="00E72A3C" w:rsidRPr="00F735D7" w:rsidRDefault="00E72A3C" w:rsidP="00E72A3C">
      <w:pPr>
        <w:jc w:val="center"/>
        <w:rPr>
          <w:sz w:val="28"/>
          <w:szCs w:val="28"/>
          <w:lang w:val="kk-KZ"/>
        </w:rPr>
      </w:pPr>
      <w:r w:rsidRPr="00F735D7">
        <w:rPr>
          <w:sz w:val="28"/>
          <w:szCs w:val="28"/>
          <w:lang w:val="kk-KZ"/>
        </w:rPr>
        <w:t>№ 168 сайлау учаскесі</w:t>
      </w:r>
    </w:p>
    <w:p w14:paraId="370C0A8E" w14:textId="77777777" w:rsidR="00E72A3C" w:rsidRPr="00F735D7" w:rsidRDefault="00E72A3C" w:rsidP="00E72A3C">
      <w:pPr>
        <w:jc w:val="center"/>
        <w:rPr>
          <w:sz w:val="28"/>
          <w:szCs w:val="28"/>
          <w:lang w:val="kk-KZ"/>
        </w:rPr>
      </w:pPr>
      <w:r w:rsidRPr="00F735D7">
        <w:rPr>
          <w:sz w:val="28"/>
          <w:szCs w:val="28"/>
          <w:lang w:val="kk-KZ"/>
        </w:rPr>
        <w:t>(орталығы – «Бәйтерек» ұлттық инвестициялық холдингі» акционерлік қоғамы, Мәңгілік Ел даңғылы, № 55а)</w:t>
      </w:r>
    </w:p>
    <w:p w14:paraId="63FDC359" w14:textId="77777777" w:rsidR="00E72A3C" w:rsidRPr="00F735D7" w:rsidRDefault="00E72A3C" w:rsidP="00E72A3C">
      <w:pPr>
        <w:jc w:val="center"/>
        <w:rPr>
          <w:sz w:val="28"/>
          <w:szCs w:val="28"/>
          <w:lang w:val="kk-KZ"/>
        </w:rPr>
      </w:pPr>
    </w:p>
    <w:p w14:paraId="193C1E67" w14:textId="77777777" w:rsidR="00E72A3C" w:rsidRPr="00F735D7" w:rsidRDefault="00E72A3C" w:rsidP="00E72A3C">
      <w:pPr>
        <w:ind w:firstLine="567"/>
        <w:jc w:val="both"/>
        <w:rPr>
          <w:sz w:val="28"/>
          <w:szCs w:val="28"/>
          <w:lang w:val="kk-KZ"/>
        </w:rPr>
      </w:pPr>
      <w:r w:rsidRPr="00F735D7">
        <w:rPr>
          <w:sz w:val="28"/>
          <w:szCs w:val="28"/>
          <w:lang w:val="kk-KZ"/>
        </w:rPr>
        <w:t>Шекарасы: Ұлы Дала даңғылынан Мәңгілік Ел даңғылының жұп сандар жағымен Ә. Кекілбайұлы көшесіне дейін, Ә. Кекілбайұлы көшесімен Ә. Бөкейхан көшесіне дейін, Ә. Бөкейхан көшесінің тақ сандар жағымен Ә. Бөкейхан көшесіндегі № 25 үйге дейін, Ә. Бөкейхан көшесіндегі № 25 үйден өтпе жолмен Жошы хан көшесіне дейін, Жошы хан көшесінің жұп сандар жағымен Ұлы Дала даңғылына дейін, Ұлы Дала даңғылының жұп сандар жағымен Мәңгілік Ел даңғылына дейін.</w:t>
      </w:r>
    </w:p>
    <w:p w14:paraId="32670C91" w14:textId="77777777" w:rsidR="00E72A3C" w:rsidRPr="00F735D7" w:rsidRDefault="00E72A3C" w:rsidP="00E72A3C">
      <w:pPr>
        <w:ind w:firstLine="567"/>
        <w:jc w:val="both"/>
        <w:rPr>
          <w:sz w:val="28"/>
          <w:szCs w:val="28"/>
          <w:lang w:val="kk-KZ"/>
        </w:rPr>
      </w:pPr>
    </w:p>
    <w:p w14:paraId="3659E487" w14:textId="77777777" w:rsidR="00E72A3C" w:rsidRPr="00F735D7" w:rsidRDefault="00E72A3C" w:rsidP="00E72A3C">
      <w:pPr>
        <w:jc w:val="center"/>
        <w:rPr>
          <w:sz w:val="28"/>
          <w:szCs w:val="28"/>
          <w:lang w:val="kk-KZ"/>
        </w:rPr>
      </w:pPr>
      <w:r w:rsidRPr="00F735D7">
        <w:rPr>
          <w:sz w:val="28"/>
          <w:szCs w:val="28"/>
          <w:lang w:val="kk-KZ"/>
        </w:rPr>
        <w:t>№ 169 сайлау учаскесі</w:t>
      </w:r>
    </w:p>
    <w:p w14:paraId="31A0DE51" w14:textId="77777777" w:rsidR="00E72A3C" w:rsidRPr="00F735D7" w:rsidRDefault="00E72A3C" w:rsidP="00E72A3C">
      <w:pPr>
        <w:jc w:val="center"/>
        <w:rPr>
          <w:sz w:val="28"/>
          <w:szCs w:val="28"/>
          <w:lang w:val="kk-KZ"/>
        </w:rPr>
      </w:pPr>
      <w:r w:rsidRPr="00F735D7">
        <w:rPr>
          <w:sz w:val="28"/>
          <w:szCs w:val="28"/>
          <w:lang w:val="kk-KZ"/>
        </w:rPr>
        <w:t>(орталығы – «Quantum TECH School» жауапкершілігі шектеулі серіктестігі, Т. Рысқұлов көшесі, № 9/1)</w:t>
      </w:r>
    </w:p>
    <w:p w14:paraId="037DAA03" w14:textId="77777777" w:rsidR="00E72A3C" w:rsidRPr="00F735D7" w:rsidRDefault="00E72A3C" w:rsidP="00E72A3C">
      <w:pPr>
        <w:jc w:val="center"/>
        <w:rPr>
          <w:sz w:val="28"/>
          <w:szCs w:val="28"/>
          <w:lang w:val="kk-KZ"/>
        </w:rPr>
      </w:pPr>
    </w:p>
    <w:p w14:paraId="06EFEDBD" w14:textId="77777777" w:rsidR="00E72A3C" w:rsidRPr="00F735D7" w:rsidRDefault="00E72A3C" w:rsidP="00E72A3C">
      <w:pPr>
        <w:ind w:firstLine="567"/>
        <w:jc w:val="both"/>
        <w:rPr>
          <w:sz w:val="28"/>
          <w:szCs w:val="28"/>
          <w:lang w:val="kk-KZ"/>
        </w:rPr>
      </w:pPr>
      <w:r w:rsidRPr="00F735D7">
        <w:rPr>
          <w:sz w:val="28"/>
          <w:szCs w:val="28"/>
          <w:lang w:val="kk-KZ"/>
        </w:rPr>
        <w:t xml:space="preserve">Шекарасы: Мәңгілік Ел даңғылынан Ф. Оңғарсынова көшесінің тақ </w:t>
      </w:r>
      <w:r w:rsidRPr="00420D39">
        <w:rPr>
          <w:sz w:val="28"/>
          <w:szCs w:val="28"/>
          <w:lang w:val="kk-KZ"/>
        </w:rPr>
        <w:t xml:space="preserve">сандар </w:t>
      </w:r>
      <w:r w:rsidRPr="00F735D7">
        <w:rPr>
          <w:sz w:val="28"/>
          <w:szCs w:val="28"/>
          <w:lang w:val="kk-KZ"/>
        </w:rPr>
        <w:t xml:space="preserve">жағымен Ә. Бөкейхан көшесіне дейін, Ә. Бөкейхан көшесінің жұп </w:t>
      </w:r>
      <w:r w:rsidRPr="00420D39">
        <w:rPr>
          <w:sz w:val="28"/>
          <w:szCs w:val="28"/>
          <w:lang w:val="kk-KZ"/>
        </w:rPr>
        <w:t xml:space="preserve">сандар </w:t>
      </w:r>
      <w:r w:rsidRPr="00F735D7">
        <w:rPr>
          <w:sz w:val="28"/>
          <w:szCs w:val="28"/>
          <w:lang w:val="kk-KZ"/>
        </w:rPr>
        <w:t xml:space="preserve">жағымен Ә. Кекілбайұлы көшесіне дейін, Ә. Кекілбайұлы көшесімен Мәңгілік </w:t>
      </w:r>
      <w:r w:rsidRPr="00F735D7">
        <w:rPr>
          <w:sz w:val="28"/>
          <w:szCs w:val="28"/>
          <w:lang w:val="kk-KZ"/>
        </w:rPr>
        <w:lastRenderedPageBreak/>
        <w:t>Ел даңғылына дейін, Мәңгілік Ел даңғылының жұп</w:t>
      </w:r>
      <w:r w:rsidRPr="00420D39">
        <w:rPr>
          <w:sz w:val="28"/>
          <w:szCs w:val="28"/>
          <w:lang w:val="kk-KZ"/>
        </w:rPr>
        <w:t xml:space="preserve"> сандар</w:t>
      </w:r>
      <w:r w:rsidRPr="00F735D7">
        <w:rPr>
          <w:sz w:val="28"/>
          <w:szCs w:val="28"/>
          <w:lang w:val="kk-KZ"/>
        </w:rPr>
        <w:t xml:space="preserve"> жағымен Ә. Бөкейхан көшесіндегі № 48 үйді қоспағанда</w:t>
      </w:r>
      <w:r w:rsidRPr="00420D39">
        <w:rPr>
          <w:sz w:val="28"/>
          <w:szCs w:val="28"/>
          <w:lang w:val="kk-KZ"/>
        </w:rPr>
        <w:t>,</w:t>
      </w:r>
      <w:r w:rsidRPr="00F735D7">
        <w:rPr>
          <w:sz w:val="28"/>
          <w:szCs w:val="28"/>
          <w:lang w:val="kk-KZ"/>
        </w:rPr>
        <w:t xml:space="preserve"> Ф. Оңғарсынова көшесіне</w:t>
      </w:r>
      <w:r w:rsidRPr="00420D39">
        <w:rPr>
          <w:sz w:val="28"/>
          <w:szCs w:val="28"/>
          <w:lang w:val="kk-KZ"/>
        </w:rPr>
        <w:t xml:space="preserve"> </w:t>
      </w:r>
      <w:r w:rsidRPr="00F735D7">
        <w:rPr>
          <w:sz w:val="28"/>
          <w:szCs w:val="28"/>
          <w:lang w:val="kk-KZ"/>
        </w:rPr>
        <w:t>дейін.</w:t>
      </w:r>
    </w:p>
    <w:p w14:paraId="3D802B6D" w14:textId="77777777" w:rsidR="00E72A3C" w:rsidRPr="00F735D7" w:rsidRDefault="00E72A3C" w:rsidP="00E72A3C">
      <w:pPr>
        <w:ind w:firstLine="567"/>
        <w:jc w:val="both"/>
        <w:rPr>
          <w:sz w:val="28"/>
          <w:szCs w:val="28"/>
          <w:lang w:val="kk-KZ"/>
        </w:rPr>
      </w:pPr>
    </w:p>
    <w:p w14:paraId="790EBE2D" w14:textId="77777777" w:rsidR="00E72A3C" w:rsidRPr="00F735D7" w:rsidRDefault="00E72A3C" w:rsidP="00E72A3C">
      <w:pPr>
        <w:jc w:val="center"/>
        <w:rPr>
          <w:sz w:val="28"/>
          <w:szCs w:val="28"/>
          <w:lang w:val="kk-KZ"/>
        </w:rPr>
      </w:pPr>
      <w:r w:rsidRPr="00F735D7">
        <w:rPr>
          <w:sz w:val="28"/>
          <w:szCs w:val="28"/>
          <w:lang w:val="kk-KZ"/>
        </w:rPr>
        <w:t>№ 170 сайлау учаскесі</w:t>
      </w:r>
    </w:p>
    <w:p w14:paraId="45A2AC6C" w14:textId="77777777" w:rsidR="00E72A3C" w:rsidRPr="00F735D7" w:rsidRDefault="00E72A3C" w:rsidP="00E72A3C">
      <w:pPr>
        <w:jc w:val="center"/>
        <w:rPr>
          <w:sz w:val="28"/>
          <w:szCs w:val="28"/>
          <w:lang w:val="kk-KZ"/>
        </w:rPr>
      </w:pPr>
      <w:r w:rsidRPr="00F735D7">
        <w:rPr>
          <w:sz w:val="28"/>
          <w:szCs w:val="28"/>
          <w:lang w:val="kk-KZ"/>
        </w:rPr>
        <w:t>(орталығы – «Quantum TECH School» жауапкершілігі шектеулі серіктестігі, Т. Рысқұлов көшесі, № 9/1)</w:t>
      </w:r>
    </w:p>
    <w:p w14:paraId="0CBD909E" w14:textId="77777777" w:rsidR="00E72A3C" w:rsidRPr="00F735D7" w:rsidRDefault="00E72A3C" w:rsidP="00E72A3C">
      <w:pPr>
        <w:jc w:val="center"/>
        <w:rPr>
          <w:sz w:val="28"/>
          <w:szCs w:val="28"/>
          <w:lang w:val="kk-KZ"/>
        </w:rPr>
      </w:pPr>
    </w:p>
    <w:p w14:paraId="5F61A7A8" w14:textId="77777777" w:rsidR="00E72A3C" w:rsidRPr="00746A9D" w:rsidRDefault="00E72A3C" w:rsidP="00E72A3C">
      <w:pPr>
        <w:ind w:firstLine="567"/>
        <w:jc w:val="both"/>
        <w:rPr>
          <w:sz w:val="28"/>
          <w:szCs w:val="28"/>
          <w:lang w:val="kk-KZ"/>
        </w:rPr>
      </w:pPr>
      <w:r w:rsidRPr="00746A9D">
        <w:rPr>
          <w:sz w:val="28"/>
          <w:szCs w:val="28"/>
        </w:rPr>
        <w:t>Шекарасы: Ә. Бөкейхан</w:t>
      </w:r>
      <w:r w:rsidRPr="00746A9D">
        <w:rPr>
          <w:sz w:val="28"/>
          <w:szCs w:val="28"/>
          <w:lang w:val="kk-KZ"/>
        </w:rPr>
        <w:t xml:space="preserve"> көшесі, № 25, 25/1, 25/2, 25/3, 25/4, 25/5, 25/6, 25а, 25б, 48 үйлер.</w:t>
      </w:r>
    </w:p>
    <w:p w14:paraId="4069C2F4" w14:textId="77777777" w:rsidR="00E72A3C" w:rsidRPr="00420D39" w:rsidRDefault="00E72A3C" w:rsidP="00E72A3C">
      <w:pPr>
        <w:spacing w:after="160" w:line="259" w:lineRule="auto"/>
        <w:rPr>
          <w:sz w:val="28"/>
          <w:szCs w:val="28"/>
        </w:rPr>
      </w:pPr>
    </w:p>
    <w:p w14:paraId="3468EC33" w14:textId="77777777" w:rsidR="00E72A3C" w:rsidRPr="00814807" w:rsidRDefault="00E72A3C" w:rsidP="00E72A3C">
      <w:pPr>
        <w:jc w:val="center"/>
        <w:rPr>
          <w:sz w:val="28"/>
          <w:szCs w:val="28"/>
        </w:rPr>
      </w:pPr>
      <w:r w:rsidRPr="00814807">
        <w:rPr>
          <w:sz w:val="28"/>
          <w:szCs w:val="28"/>
        </w:rPr>
        <w:t>№ 171 сайлау учаскесі</w:t>
      </w:r>
    </w:p>
    <w:p w14:paraId="383A2709"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«Қадыр Мырза Әлі атындағы </w:t>
      </w:r>
      <w:r w:rsidRPr="00814807">
        <w:rPr>
          <w:sz w:val="28"/>
          <w:szCs w:val="28"/>
        </w:rPr>
        <w:br/>
        <w:t xml:space="preserve">№ 88 мектеп-лицей» шаруашылық жүргізу құқығындағы мемлекеттік </w:t>
      </w:r>
    </w:p>
    <w:p w14:paraId="29F85B30" w14:textId="77777777" w:rsidR="00E72A3C" w:rsidRPr="00814807" w:rsidRDefault="00E72A3C" w:rsidP="00E72A3C">
      <w:pPr>
        <w:jc w:val="center"/>
        <w:rPr>
          <w:sz w:val="28"/>
          <w:szCs w:val="28"/>
        </w:rPr>
      </w:pPr>
      <w:r w:rsidRPr="00814807">
        <w:rPr>
          <w:sz w:val="28"/>
          <w:szCs w:val="28"/>
        </w:rPr>
        <w:t>коммуналдық кәсіпорны, Е321 көшесі, № 18)</w:t>
      </w:r>
    </w:p>
    <w:p w14:paraId="37CF0EE3" w14:textId="77777777" w:rsidR="00E72A3C" w:rsidRPr="00814807" w:rsidRDefault="00E72A3C" w:rsidP="00E72A3C">
      <w:pPr>
        <w:jc w:val="center"/>
        <w:rPr>
          <w:sz w:val="28"/>
          <w:szCs w:val="28"/>
        </w:rPr>
      </w:pPr>
    </w:p>
    <w:p w14:paraId="1D7AFB20" w14:textId="77777777" w:rsidR="00E72A3C" w:rsidRPr="00746A9D" w:rsidRDefault="00E72A3C" w:rsidP="00E72A3C">
      <w:pPr>
        <w:ind w:firstLine="567"/>
        <w:jc w:val="both"/>
        <w:rPr>
          <w:sz w:val="28"/>
          <w:szCs w:val="28"/>
        </w:rPr>
      </w:pPr>
      <w:r w:rsidRPr="00814807">
        <w:rPr>
          <w:sz w:val="28"/>
          <w:szCs w:val="28"/>
        </w:rPr>
        <w:t>Шекарасы: Қабанбай</w:t>
      </w:r>
      <w:r w:rsidRPr="00746A9D">
        <w:rPr>
          <w:sz w:val="28"/>
          <w:szCs w:val="28"/>
        </w:rPr>
        <w:t xml:space="preserve"> батыр даңғылындағы айналма жол айрығынан Мәңгілік Ел даңғылындағы № 76 үйге дейін, Мәңгілік Ел даңғылындағы № 76 үйден </w:t>
      </w:r>
      <w:r>
        <w:rPr>
          <w:sz w:val="28"/>
          <w:szCs w:val="28"/>
        </w:rPr>
        <w:t>Е319 көше</w:t>
      </w:r>
      <w:r>
        <w:rPr>
          <w:sz w:val="28"/>
          <w:szCs w:val="28"/>
          <w:lang w:val="kk-KZ"/>
        </w:rPr>
        <w:t>г</w:t>
      </w:r>
      <w:r w:rsidRPr="00746A9D">
        <w:rPr>
          <w:sz w:val="28"/>
          <w:szCs w:val="28"/>
        </w:rPr>
        <w:t>е дейін</w:t>
      </w:r>
      <w:r w:rsidRPr="00746A9D">
        <w:rPr>
          <w:sz w:val="28"/>
          <w:szCs w:val="28"/>
          <w:lang w:val="kk-KZ"/>
        </w:rPr>
        <w:t xml:space="preserve">, </w:t>
      </w:r>
      <w:r w:rsidRPr="00746A9D">
        <w:rPr>
          <w:sz w:val="28"/>
          <w:szCs w:val="28"/>
        </w:rPr>
        <w:t>Мә</w:t>
      </w:r>
      <w:r>
        <w:rPr>
          <w:sz w:val="28"/>
          <w:szCs w:val="28"/>
        </w:rPr>
        <w:t>ңгілік Ел даңғылынан Е319 көше</w:t>
      </w:r>
      <w:r w:rsidRPr="00746A9D">
        <w:rPr>
          <w:sz w:val="28"/>
          <w:szCs w:val="28"/>
        </w:rPr>
        <w:t xml:space="preserve">мен Н. Тесла көшесіне дейін, </w:t>
      </w:r>
      <w:r>
        <w:rPr>
          <w:sz w:val="28"/>
          <w:szCs w:val="28"/>
          <w:lang w:val="kk-KZ"/>
        </w:rPr>
        <w:t>Н. Тесла көшесімен</w:t>
      </w:r>
      <w:r w:rsidRPr="00746A9D">
        <w:rPr>
          <w:sz w:val="28"/>
          <w:szCs w:val="28"/>
        </w:rPr>
        <w:t xml:space="preserve"> Әл-Фараби даңғылына</w:t>
      </w:r>
      <w:r>
        <w:rPr>
          <w:sz w:val="28"/>
          <w:szCs w:val="28"/>
          <w:lang w:val="kk-KZ"/>
        </w:rPr>
        <w:t xml:space="preserve"> дейін</w:t>
      </w:r>
      <w:r w:rsidRPr="00746A9D">
        <w:rPr>
          <w:sz w:val="28"/>
          <w:szCs w:val="28"/>
        </w:rPr>
        <w:t>, Әл-Фараби даңғылымен Қабанбай батыр даңғылына дейін, Әл-Фараби даңғылынан Қабанбай батыр даңғылымен</w:t>
      </w:r>
      <w:r>
        <w:rPr>
          <w:sz w:val="28"/>
          <w:szCs w:val="28"/>
          <w:lang w:val="kk-KZ"/>
        </w:rPr>
        <w:t>,</w:t>
      </w:r>
      <w:r>
        <w:rPr>
          <w:sz w:val="28"/>
          <w:szCs w:val="28"/>
        </w:rPr>
        <w:t xml:space="preserve"> Е319 көше</w:t>
      </w:r>
      <w:r w:rsidRPr="00814807">
        <w:rPr>
          <w:sz w:val="28"/>
          <w:szCs w:val="28"/>
        </w:rPr>
        <w:t>дегі № 2а, 2б үйлерді қоспағанда</w:t>
      </w:r>
      <w:r>
        <w:rPr>
          <w:sz w:val="28"/>
          <w:szCs w:val="28"/>
          <w:lang w:val="kk-KZ"/>
        </w:rPr>
        <w:t>,</w:t>
      </w:r>
      <w:r w:rsidRPr="00814807">
        <w:rPr>
          <w:sz w:val="28"/>
          <w:szCs w:val="28"/>
        </w:rPr>
        <w:t xml:space="preserve"> Қабанбай батыр даңғылындағы айналма жол айрығына дейін.</w:t>
      </w:r>
    </w:p>
    <w:p w14:paraId="1200BA3E" w14:textId="77777777" w:rsidR="00E72A3C" w:rsidRPr="00420D39" w:rsidRDefault="00E72A3C" w:rsidP="00E72A3C">
      <w:pPr>
        <w:ind w:firstLine="567"/>
        <w:jc w:val="both"/>
        <w:rPr>
          <w:sz w:val="28"/>
          <w:szCs w:val="28"/>
        </w:rPr>
      </w:pPr>
    </w:p>
    <w:p w14:paraId="2C5E7DC0" w14:textId="77777777" w:rsidR="00536860" w:rsidRDefault="00536860" w:rsidP="00E72A3C">
      <w:pPr>
        <w:jc w:val="center"/>
        <w:rPr>
          <w:sz w:val="28"/>
          <w:szCs w:val="28"/>
        </w:rPr>
      </w:pPr>
    </w:p>
    <w:p w14:paraId="40F5982B" w14:textId="72CFE3AE" w:rsidR="00E72A3C" w:rsidRPr="00814807" w:rsidRDefault="00E72A3C" w:rsidP="00E72A3C">
      <w:pPr>
        <w:jc w:val="center"/>
        <w:rPr>
          <w:sz w:val="28"/>
          <w:szCs w:val="28"/>
        </w:rPr>
      </w:pPr>
      <w:r w:rsidRPr="00814807">
        <w:rPr>
          <w:sz w:val="28"/>
          <w:szCs w:val="28"/>
        </w:rPr>
        <w:t>№ 172 сайлау учаскесі</w:t>
      </w:r>
    </w:p>
    <w:p w14:paraId="28DB7394"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 96 мектеп-гимназия» шаруашылық жүргізу құқығындағы мемлекеттік коммуналдық кәсіпорны, </w:t>
      </w:r>
    </w:p>
    <w:p w14:paraId="05EDB2F6" w14:textId="77777777" w:rsidR="00E72A3C" w:rsidRPr="00814807" w:rsidRDefault="00E72A3C" w:rsidP="00E72A3C">
      <w:pPr>
        <w:jc w:val="center"/>
        <w:rPr>
          <w:sz w:val="28"/>
          <w:szCs w:val="28"/>
          <w:lang w:val="kk-KZ"/>
        </w:rPr>
      </w:pPr>
      <w:r w:rsidRPr="00814807">
        <w:rPr>
          <w:sz w:val="28"/>
          <w:szCs w:val="28"/>
        </w:rPr>
        <w:t>Г. Әлиев көшесі, № 10а)</w:t>
      </w:r>
      <w:r w:rsidRPr="00814807">
        <w:rPr>
          <w:sz w:val="28"/>
          <w:szCs w:val="28"/>
          <w:lang w:val="kk-KZ"/>
        </w:rPr>
        <w:t xml:space="preserve"> </w:t>
      </w:r>
    </w:p>
    <w:p w14:paraId="0AF731B5" w14:textId="77777777" w:rsidR="00E72A3C" w:rsidRPr="00814807" w:rsidRDefault="00E72A3C" w:rsidP="00E72A3C">
      <w:pPr>
        <w:jc w:val="center"/>
        <w:rPr>
          <w:sz w:val="28"/>
          <w:szCs w:val="28"/>
          <w:lang w:val="kk-KZ"/>
        </w:rPr>
      </w:pPr>
    </w:p>
    <w:p w14:paraId="483A91EB" w14:textId="77777777" w:rsidR="00E72A3C" w:rsidRPr="00814807" w:rsidRDefault="00E72A3C" w:rsidP="00E72A3C">
      <w:pPr>
        <w:ind w:firstLine="567"/>
        <w:jc w:val="both"/>
        <w:rPr>
          <w:sz w:val="28"/>
          <w:szCs w:val="28"/>
          <w:lang w:val="kk-KZ"/>
        </w:rPr>
      </w:pPr>
      <w:r w:rsidRPr="00814807">
        <w:rPr>
          <w:sz w:val="28"/>
          <w:szCs w:val="28"/>
          <w:lang w:val="kk-KZ"/>
        </w:rPr>
        <w:t>Шекарасы: Қабанбай батыр даңғылынан Анадолы көшесімен Г. Әлиев көшесіне дейін, Г. Әлиев көшесінің тақ сандар жағымен Н. Балғымбаев көшесіне дейін, Н. Балғымбаев көшесімен Қабанбай батыр даңғылына дейін, Қабанбай батыр даңғылының жұп сандар жағымен Анадолы көшесіне дейін.</w:t>
      </w:r>
    </w:p>
    <w:p w14:paraId="09FCC1CF" w14:textId="77777777" w:rsidR="00E72A3C" w:rsidRPr="00814807" w:rsidRDefault="00E72A3C" w:rsidP="00E72A3C">
      <w:pPr>
        <w:ind w:firstLine="567"/>
        <w:jc w:val="both"/>
        <w:rPr>
          <w:sz w:val="28"/>
          <w:szCs w:val="28"/>
          <w:lang w:val="kk-KZ"/>
        </w:rPr>
      </w:pPr>
    </w:p>
    <w:p w14:paraId="40A3E915" w14:textId="77777777" w:rsidR="00E72A3C" w:rsidRPr="00746A9D" w:rsidRDefault="00E72A3C" w:rsidP="00E72A3C">
      <w:pPr>
        <w:jc w:val="center"/>
        <w:rPr>
          <w:sz w:val="28"/>
          <w:szCs w:val="28"/>
          <w:lang w:val="kk-KZ"/>
        </w:rPr>
      </w:pPr>
      <w:r w:rsidRPr="00746A9D">
        <w:rPr>
          <w:sz w:val="28"/>
          <w:szCs w:val="28"/>
          <w:lang w:val="kk-KZ"/>
        </w:rPr>
        <w:t>№ 173 сайлау учаскесі</w:t>
      </w:r>
    </w:p>
    <w:p w14:paraId="6B319E06" w14:textId="77777777" w:rsidR="00E72A3C" w:rsidRPr="00746A9D" w:rsidRDefault="00E72A3C" w:rsidP="00E72A3C">
      <w:pPr>
        <w:jc w:val="center"/>
        <w:rPr>
          <w:sz w:val="28"/>
          <w:szCs w:val="28"/>
          <w:lang w:val="kk-KZ"/>
        </w:rPr>
      </w:pPr>
      <w:r w:rsidRPr="00746A9D">
        <w:rPr>
          <w:sz w:val="28"/>
          <w:szCs w:val="28"/>
          <w:lang w:val="kk-KZ"/>
        </w:rPr>
        <w:t xml:space="preserve">(орталығы – «BINOM EDUCATION» жауапкершілігі шектеулі серіктестігінің Қ. Сәтпаев атындағы «Binom school» мектеп-лицейі, </w:t>
      </w:r>
    </w:p>
    <w:p w14:paraId="69882C63" w14:textId="77777777" w:rsidR="00E72A3C" w:rsidRPr="00746A9D" w:rsidRDefault="00E72A3C" w:rsidP="00E72A3C">
      <w:pPr>
        <w:jc w:val="center"/>
        <w:rPr>
          <w:sz w:val="28"/>
          <w:szCs w:val="28"/>
          <w:lang w:val="kk-KZ"/>
        </w:rPr>
      </w:pPr>
      <w:r w:rsidRPr="00746A9D">
        <w:rPr>
          <w:sz w:val="28"/>
          <w:szCs w:val="28"/>
          <w:lang w:val="kk-KZ"/>
        </w:rPr>
        <w:t>Әл-Фараби даңғылы, № 40а)</w:t>
      </w:r>
    </w:p>
    <w:p w14:paraId="281BB47F" w14:textId="77777777" w:rsidR="00E72A3C" w:rsidRPr="00746A9D" w:rsidRDefault="00E72A3C" w:rsidP="00E72A3C">
      <w:pPr>
        <w:ind w:firstLine="567"/>
        <w:jc w:val="both"/>
        <w:rPr>
          <w:sz w:val="28"/>
          <w:szCs w:val="28"/>
          <w:lang w:val="kk-KZ"/>
        </w:rPr>
      </w:pPr>
    </w:p>
    <w:p w14:paraId="49E84081" w14:textId="77777777" w:rsidR="00E72A3C" w:rsidRPr="00CF6E84" w:rsidRDefault="00E72A3C" w:rsidP="00E72A3C">
      <w:pPr>
        <w:ind w:firstLine="567"/>
        <w:jc w:val="both"/>
        <w:rPr>
          <w:sz w:val="28"/>
          <w:szCs w:val="28"/>
          <w:lang w:val="kk-KZ"/>
        </w:rPr>
      </w:pPr>
      <w:r w:rsidRPr="00746A9D">
        <w:rPr>
          <w:sz w:val="28"/>
          <w:szCs w:val="28"/>
          <w:lang w:val="kk-KZ"/>
        </w:rPr>
        <w:t>Шекарасы: Әл-Фараби даңғылындағы № 34, 34/1, 34/2, 34/3, 34/4, 36/2, 38/2, 40/2, 44, 44/1, 46 үйлер.</w:t>
      </w:r>
    </w:p>
    <w:p w14:paraId="6DFF82EE" w14:textId="77777777" w:rsidR="00E72A3C" w:rsidRPr="00CF6E84" w:rsidRDefault="00E72A3C" w:rsidP="00E72A3C">
      <w:pPr>
        <w:ind w:firstLine="567"/>
        <w:jc w:val="both"/>
        <w:rPr>
          <w:sz w:val="28"/>
          <w:szCs w:val="28"/>
          <w:lang w:val="kk-KZ"/>
        </w:rPr>
      </w:pPr>
    </w:p>
    <w:p w14:paraId="5D079226" w14:textId="77777777" w:rsidR="00215D5B" w:rsidRDefault="00215D5B" w:rsidP="00E72A3C">
      <w:pPr>
        <w:jc w:val="center"/>
        <w:rPr>
          <w:sz w:val="28"/>
          <w:szCs w:val="28"/>
          <w:lang w:val="kk-KZ"/>
        </w:rPr>
      </w:pPr>
    </w:p>
    <w:p w14:paraId="44FA01AD" w14:textId="77777777" w:rsidR="00215D5B" w:rsidRDefault="00215D5B" w:rsidP="00E72A3C">
      <w:pPr>
        <w:jc w:val="center"/>
        <w:rPr>
          <w:sz w:val="28"/>
          <w:szCs w:val="28"/>
          <w:lang w:val="kk-KZ"/>
        </w:rPr>
      </w:pPr>
    </w:p>
    <w:p w14:paraId="7E4EDE24" w14:textId="067EAE86" w:rsidR="00E72A3C" w:rsidRPr="00746A9D" w:rsidRDefault="00E72A3C" w:rsidP="00E72A3C">
      <w:pPr>
        <w:jc w:val="center"/>
        <w:rPr>
          <w:sz w:val="28"/>
          <w:szCs w:val="28"/>
          <w:lang w:val="kk-KZ"/>
        </w:rPr>
      </w:pPr>
      <w:r w:rsidRPr="00746A9D">
        <w:rPr>
          <w:sz w:val="28"/>
          <w:szCs w:val="28"/>
          <w:lang w:val="kk-KZ"/>
        </w:rPr>
        <w:lastRenderedPageBreak/>
        <w:t>№ 174 сайлау учаскесі</w:t>
      </w:r>
    </w:p>
    <w:p w14:paraId="32AD0AAF" w14:textId="77777777" w:rsidR="00E72A3C" w:rsidRPr="00746A9D" w:rsidRDefault="00E72A3C" w:rsidP="00E72A3C">
      <w:pPr>
        <w:jc w:val="center"/>
        <w:rPr>
          <w:sz w:val="28"/>
          <w:szCs w:val="28"/>
          <w:lang w:val="kk-KZ"/>
        </w:rPr>
      </w:pPr>
      <w:r w:rsidRPr="00746A9D">
        <w:rPr>
          <w:sz w:val="28"/>
          <w:szCs w:val="28"/>
          <w:lang w:val="kk-KZ"/>
        </w:rPr>
        <w:t xml:space="preserve">(орталығы – «BINOM EDUCATION» жауапкершілігі шектеулі серіктестігінің Қ. Сәтпаев атындағы «Binom school» мектеп-лицейі, </w:t>
      </w:r>
    </w:p>
    <w:p w14:paraId="337F9BF0" w14:textId="77777777" w:rsidR="00E72A3C" w:rsidRPr="00746A9D" w:rsidRDefault="00E72A3C" w:rsidP="00E72A3C">
      <w:pPr>
        <w:jc w:val="center"/>
        <w:rPr>
          <w:sz w:val="28"/>
          <w:szCs w:val="28"/>
          <w:lang w:val="kk-KZ"/>
        </w:rPr>
      </w:pPr>
      <w:r w:rsidRPr="00746A9D">
        <w:rPr>
          <w:sz w:val="28"/>
          <w:szCs w:val="28"/>
          <w:lang w:val="kk-KZ"/>
        </w:rPr>
        <w:t>Әл-Фараби даңғылы, № 40а)</w:t>
      </w:r>
    </w:p>
    <w:p w14:paraId="418E2127" w14:textId="77777777" w:rsidR="00E72A3C" w:rsidRPr="00746A9D" w:rsidRDefault="00E72A3C" w:rsidP="00E72A3C">
      <w:pPr>
        <w:jc w:val="center"/>
        <w:rPr>
          <w:sz w:val="28"/>
          <w:szCs w:val="28"/>
          <w:lang w:val="kk-KZ"/>
        </w:rPr>
      </w:pPr>
    </w:p>
    <w:p w14:paraId="049A9C47" w14:textId="77777777" w:rsidR="00E72A3C" w:rsidRPr="00CF6E84" w:rsidRDefault="00E72A3C" w:rsidP="00E72A3C">
      <w:pPr>
        <w:ind w:firstLine="567"/>
        <w:jc w:val="both"/>
        <w:rPr>
          <w:sz w:val="28"/>
          <w:szCs w:val="28"/>
          <w:lang w:val="kk-KZ"/>
        </w:rPr>
      </w:pPr>
      <w:r w:rsidRPr="00746A9D">
        <w:rPr>
          <w:sz w:val="28"/>
          <w:szCs w:val="28"/>
          <w:lang w:val="kk-KZ"/>
        </w:rPr>
        <w:t>Шекарасы: Ұлы Дала даңғылы</w:t>
      </w:r>
      <w:r>
        <w:rPr>
          <w:sz w:val="28"/>
          <w:szCs w:val="28"/>
          <w:lang w:val="kk-KZ"/>
        </w:rPr>
        <w:t>,</w:t>
      </w:r>
      <w:r w:rsidRPr="00746A9D">
        <w:rPr>
          <w:sz w:val="28"/>
          <w:szCs w:val="28"/>
          <w:lang w:val="kk-KZ"/>
        </w:rPr>
        <w:t xml:space="preserve"> № 80, 80/1, 82, 84 үйлер, Әл-Фараби даңғылы</w:t>
      </w:r>
      <w:r>
        <w:rPr>
          <w:sz w:val="28"/>
          <w:szCs w:val="28"/>
          <w:lang w:val="kk-KZ"/>
        </w:rPr>
        <w:t>,</w:t>
      </w:r>
      <w:r w:rsidRPr="00746A9D">
        <w:rPr>
          <w:sz w:val="28"/>
          <w:szCs w:val="28"/>
          <w:lang w:val="kk-KZ"/>
        </w:rPr>
        <w:t xml:space="preserve"> № 30, 30/1, 32 үйлер.</w:t>
      </w:r>
    </w:p>
    <w:p w14:paraId="3A6A11BB" w14:textId="77777777" w:rsidR="00E72A3C" w:rsidRPr="00CF6E84" w:rsidRDefault="00E72A3C" w:rsidP="00E72A3C">
      <w:pPr>
        <w:ind w:firstLine="567"/>
        <w:jc w:val="both"/>
        <w:rPr>
          <w:sz w:val="28"/>
          <w:szCs w:val="28"/>
          <w:lang w:val="kk-KZ"/>
        </w:rPr>
      </w:pPr>
    </w:p>
    <w:p w14:paraId="123706C8" w14:textId="77777777" w:rsidR="00E72A3C" w:rsidRPr="00CF6E84" w:rsidRDefault="00E72A3C" w:rsidP="00E72A3C">
      <w:pPr>
        <w:jc w:val="center"/>
        <w:rPr>
          <w:sz w:val="28"/>
          <w:szCs w:val="28"/>
          <w:lang w:val="kk-KZ"/>
        </w:rPr>
      </w:pPr>
      <w:r w:rsidRPr="00CF6E84">
        <w:rPr>
          <w:sz w:val="28"/>
          <w:szCs w:val="28"/>
          <w:lang w:val="kk-KZ"/>
        </w:rPr>
        <w:t>№ 175 сайлау учаскесі</w:t>
      </w:r>
    </w:p>
    <w:p w14:paraId="640BE3F2" w14:textId="77777777" w:rsidR="00E72A3C" w:rsidRPr="00CF6E84" w:rsidRDefault="00E72A3C" w:rsidP="00E72A3C">
      <w:pPr>
        <w:jc w:val="center"/>
        <w:rPr>
          <w:sz w:val="28"/>
          <w:szCs w:val="28"/>
          <w:lang w:val="kk-KZ"/>
        </w:rPr>
      </w:pPr>
      <w:r w:rsidRPr="00CF6E84">
        <w:rPr>
          <w:sz w:val="28"/>
          <w:szCs w:val="28"/>
          <w:lang w:val="kk-KZ"/>
        </w:rPr>
        <w:t xml:space="preserve">(орталығы – Астана қаласы әкімдігінің «Дінмұхамед Қонаев атындағы </w:t>
      </w:r>
    </w:p>
    <w:p w14:paraId="3734AB15" w14:textId="77777777" w:rsidR="00E72A3C" w:rsidRPr="00CF6E84" w:rsidRDefault="00E72A3C" w:rsidP="00E72A3C">
      <w:pPr>
        <w:jc w:val="center"/>
        <w:rPr>
          <w:sz w:val="28"/>
          <w:szCs w:val="28"/>
          <w:lang w:val="kk-KZ"/>
        </w:rPr>
      </w:pPr>
      <w:r w:rsidRPr="00CF6E84">
        <w:rPr>
          <w:sz w:val="28"/>
          <w:szCs w:val="28"/>
          <w:lang w:val="kk-KZ"/>
        </w:rPr>
        <w:t xml:space="preserve">№ 66 мектеп-лицей» шаруашылық жүргізу құқығындағы </w:t>
      </w:r>
    </w:p>
    <w:p w14:paraId="7A941B3E" w14:textId="77777777" w:rsidR="00E72A3C" w:rsidRPr="00CF6E84" w:rsidRDefault="00E72A3C" w:rsidP="00E72A3C">
      <w:pPr>
        <w:jc w:val="center"/>
        <w:rPr>
          <w:sz w:val="28"/>
          <w:szCs w:val="28"/>
          <w:lang w:val="kk-KZ"/>
        </w:rPr>
      </w:pPr>
      <w:r w:rsidRPr="00CF6E84">
        <w:rPr>
          <w:sz w:val="28"/>
          <w:szCs w:val="28"/>
          <w:lang w:val="kk-KZ"/>
        </w:rPr>
        <w:t>мемлекеттік коммуналдық кәсіпорны, Д. Қонаев көшесі, № 33/1)</w:t>
      </w:r>
    </w:p>
    <w:p w14:paraId="1EE618D4" w14:textId="77777777" w:rsidR="00E72A3C" w:rsidRPr="00CF6E84" w:rsidRDefault="00E72A3C" w:rsidP="00E72A3C">
      <w:pPr>
        <w:jc w:val="center"/>
        <w:rPr>
          <w:sz w:val="28"/>
          <w:szCs w:val="28"/>
          <w:lang w:val="kk-KZ"/>
        </w:rPr>
      </w:pPr>
    </w:p>
    <w:p w14:paraId="7C5347DE" w14:textId="77777777" w:rsidR="00E72A3C" w:rsidRPr="00CF6E84" w:rsidRDefault="00E72A3C" w:rsidP="00E72A3C">
      <w:pPr>
        <w:ind w:firstLine="567"/>
        <w:jc w:val="both"/>
        <w:rPr>
          <w:sz w:val="28"/>
          <w:szCs w:val="28"/>
          <w:lang w:val="kk-KZ"/>
        </w:rPr>
      </w:pPr>
      <w:r w:rsidRPr="00CF6E84">
        <w:rPr>
          <w:sz w:val="28"/>
          <w:szCs w:val="28"/>
          <w:lang w:val="kk-KZ"/>
        </w:rPr>
        <w:t>Шекарасы: Мәңгілік Ел даңғылынан Сарайшық көшесінің жұп сандар жағымен Есіл өзенінің арнасына дейін, Есіл өзенінің арнасымен Сығанақ көшесіне дейін, Сығанақ көшесінің тақ сандар жағымен Түркістан көшесіне дейін, Түркістан көшесінің жұп сандар жағымен «Нұржол» желекжолына дейін, «Нұржол» желекжолымен Мәңгілік Ел даңғылына дейін, Мәңгілік Ел даңғылының жұп сандар жағымен Сарайшық көшесіне дейін.</w:t>
      </w:r>
    </w:p>
    <w:p w14:paraId="21F8FB19" w14:textId="77777777" w:rsidR="00E72A3C" w:rsidRPr="00CF6E84" w:rsidRDefault="00E72A3C" w:rsidP="00E72A3C">
      <w:pPr>
        <w:jc w:val="center"/>
        <w:rPr>
          <w:sz w:val="28"/>
          <w:szCs w:val="28"/>
          <w:lang w:val="kk-KZ"/>
        </w:rPr>
      </w:pPr>
    </w:p>
    <w:p w14:paraId="67C5B3D7" w14:textId="77777777" w:rsidR="00E72A3C" w:rsidRPr="00814807" w:rsidRDefault="00E72A3C" w:rsidP="00E72A3C">
      <w:pPr>
        <w:jc w:val="center"/>
        <w:rPr>
          <w:sz w:val="28"/>
          <w:szCs w:val="28"/>
        </w:rPr>
      </w:pPr>
      <w:r w:rsidRPr="00814807">
        <w:rPr>
          <w:sz w:val="28"/>
          <w:szCs w:val="28"/>
        </w:rPr>
        <w:t>№ 176 сайлау учаскесі</w:t>
      </w:r>
    </w:p>
    <w:p w14:paraId="26911D11" w14:textId="77777777" w:rsidR="00E72A3C" w:rsidRPr="00814807" w:rsidRDefault="00E72A3C" w:rsidP="00E72A3C">
      <w:pPr>
        <w:jc w:val="center"/>
        <w:rPr>
          <w:sz w:val="28"/>
          <w:szCs w:val="28"/>
        </w:rPr>
      </w:pPr>
      <w:r w:rsidRPr="00814807">
        <w:rPr>
          <w:sz w:val="28"/>
          <w:szCs w:val="28"/>
        </w:rPr>
        <w:t xml:space="preserve">(орталығы – Қазақстан Республикасының Президенттік орталығы, </w:t>
      </w:r>
    </w:p>
    <w:p w14:paraId="2814E67A" w14:textId="77777777" w:rsidR="00E72A3C" w:rsidRPr="00814807" w:rsidRDefault="00E72A3C" w:rsidP="00E72A3C">
      <w:pPr>
        <w:jc w:val="center"/>
        <w:rPr>
          <w:sz w:val="28"/>
          <w:szCs w:val="28"/>
        </w:rPr>
      </w:pPr>
      <w:r w:rsidRPr="00814807">
        <w:rPr>
          <w:sz w:val="28"/>
          <w:szCs w:val="28"/>
        </w:rPr>
        <w:t>Ә. Бөкейхан көшесі, № 1а)</w:t>
      </w:r>
    </w:p>
    <w:p w14:paraId="44DA8CDE" w14:textId="77777777" w:rsidR="00E72A3C" w:rsidRPr="00814807" w:rsidRDefault="00E72A3C" w:rsidP="00E72A3C">
      <w:pPr>
        <w:jc w:val="center"/>
        <w:rPr>
          <w:sz w:val="28"/>
          <w:szCs w:val="28"/>
        </w:rPr>
      </w:pPr>
    </w:p>
    <w:p w14:paraId="0F5B037B" w14:textId="77777777" w:rsidR="00E72A3C" w:rsidRPr="00420D39" w:rsidRDefault="00E72A3C" w:rsidP="00E72A3C">
      <w:pPr>
        <w:ind w:firstLine="567"/>
        <w:jc w:val="both"/>
        <w:rPr>
          <w:sz w:val="28"/>
          <w:szCs w:val="28"/>
        </w:rPr>
      </w:pPr>
      <w:r w:rsidRPr="00814807">
        <w:rPr>
          <w:sz w:val="28"/>
          <w:szCs w:val="28"/>
        </w:rPr>
        <w:t xml:space="preserve">Шекарасы: Сығанақ көшесінен Ә. Бөкейхан көшесінің тақ </w:t>
      </w:r>
      <w:r w:rsidRPr="00814807">
        <w:rPr>
          <w:sz w:val="28"/>
          <w:szCs w:val="28"/>
          <w:lang w:val="kk-KZ"/>
        </w:rPr>
        <w:t xml:space="preserve">сандар </w:t>
      </w:r>
      <w:r w:rsidRPr="00814807">
        <w:rPr>
          <w:sz w:val="28"/>
          <w:szCs w:val="28"/>
        </w:rPr>
        <w:t xml:space="preserve">жағымен </w:t>
      </w:r>
      <w:r w:rsidRPr="00814807">
        <w:rPr>
          <w:sz w:val="28"/>
          <w:szCs w:val="28"/>
        </w:rPr>
        <w:br/>
        <w:t>Керей, Жәнібек хандар көшесіне дейін, Керей, Жәнібек хандар көшесінің тақ</w:t>
      </w:r>
      <w:r w:rsidRPr="00814807">
        <w:rPr>
          <w:sz w:val="28"/>
          <w:szCs w:val="28"/>
          <w:lang w:val="kk-KZ"/>
        </w:rPr>
        <w:t xml:space="preserve"> сандар</w:t>
      </w:r>
      <w:r w:rsidRPr="00814807">
        <w:rPr>
          <w:sz w:val="28"/>
          <w:szCs w:val="28"/>
        </w:rPr>
        <w:t xml:space="preserve"> жағымен Жошы хан көшесіне дейін, Жошы хан көшесімен Ұшқыштар көшесіне дейін, Ұшқыштар көшесі</w:t>
      </w:r>
      <w:r w:rsidRPr="00814807">
        <w:rPr>
          <w:sz w:val="28"/>
          <w:szCs w:val="28"/>
          <w:lang w:val="kk-KZ"/>
        </w:rPr>
        <w:t>мен</w:t>
      </w:r>
      <w:r w:rsidRPr="00814807">
        <w:rPr>
          <w:sz w:val="28"/>
          <w:szCs w:val="28"/>
        </w:rPr>
        <w:t xml:space="preserve"> Жиделі көшесіне дейін, Жиделі көшесінің жұп</w:t>
      </w:r>
      <w:r w:rsidRPr="00814807">
        <w:rPr>
          <w:sz w:val="28"/>
          <w:szCs w:val="28"/>
          <w:lang w:val="kk-KZ"/>
        </w:rPr>
        <w:t xml:space="preserve"> сандар</w:t>
      </w:r>
      <w:r w:rsidRPr="00814807">
        <w:rPr>
          <w:sz w:val="28"/>
          <w:szCs w:val="28"/>
        </w:rPr>
        <w:t xml:space="preserve"> жағымен </w:t>
      </w:r>
      <w:r w:rsidRPr="00814807">
        <w:rPr>
          <w:sz w:val="28"/>
          <w:szCs w:val="28"/>
          <w:lang w:val="kk-KZ"/>
        </w:rPr>
        <w:t>Жиделі</w:t>
      </w:r>
      <w:r w:rsidRPr="00814807">
        <w:rPr>
          <w:sz w:val="28"/>
          <w:szCs w:val="28"/>
        </w:rPr>
        <w:t xml:space="preserve"> көше</w:t>
      </w:r>
      <w:r w:rsidRPr="00814807">
        <w:rPr>
          <w:sz w:val="28"/>
          <w:szCs w:val="28"/>
          <w:lang w:val="kk-KZ"/>
        </w:rPr>
        <w:t>сін</w:t>
      </w:r>
      <w:r w:rsidRPr="00814807">
        <w:rPr>
          <w:sz w:val="28"/>
          <w:szCs w:val="28"/>
        </w:rPr>
        <w:t xml:space="preserve">дегі № 22 үйге дейін, </w:t>
      </w:r>
      <w:r w:rsidRPr="00814807">
        <w:rPr>
          <w:sz w:val="28"/>
          <w:szCs w:val="28"/>
          <w:lang w:val="kk-KZ"/>
        </w:rPr>
        <w:t xml:space="preserve">Жиделі көшесіндегі </w:t>
      </w:r>
      <w:r w:rsidRPr="00814807">
        <w:rPr>
          <w:sz w:val="28"/>
          <w:szCs w:val="28"/>
        </w:rPr>
        <w:t>№ 22 үйден Керей, Жәнібек хандар көшесіндегі № 50/3 үйге дейін, Керей, Жәнібек хандар көшесіндегі № 50/3 үйден</w:t>
      </w:r>
      <w:r w:rsidRPr="00814807">
        <w:rPr>
          <w:sz w:val="28"/>
          <w:szCs w:val="28"/>
          <w:lang w:val="kk-KZ"/>
        </w:rPr>
        <w:t xml:space="preserve"> өтпе жолмен</w:t>
      </w:r>
      <w:r w:rsidRPr="00814807">
        <w:rPr>
          <w:sz w:val="28"/>
          <w:szCs w:val="28"/>
        </w:rPr>
        <w:t xml:space="preserve"> Есіл өзенінің арнасына дейін, Есіл өзенінің арнасы бойымен Сығанақ көшесіне дейін, Есіл өзенінің арнасынан Сығанақ көшесінің жұп</w:t>
      </w:r>
      <w:r w:rsidRPr="00814807">
        <w:rPr>
          <w:sz w:val="28"/>
          <w:szCs w:val="28"/>
          <w:lang w:val="kk-KZ"/>
        </w:rPr>
        <w:t xml:space="preserve"> сандар</w:t>
      </w:r>
      <w:r w:rsidRPr="00814807">
        <w:rPr>
          <w:sz w:val="28"/>
          <w:szCs w:val="28"/>
        </w:rPr>
        <w:t xml:space="preserve"> жағымен Ә. Бөкейхан көшесіне дейін.</w:t>
      </w:r>
    </w:p>
    <w:p w14:paraId="31A14F90" w14:textId="77777777" w:rsidR="00E72A3C" w:rsidRPr="00420D39" w:rsidRDefault="00E72A3C" w:rsidP="00E72A3C">
      <w:pPr>
        <w:ind w:firstLine="567"/>
        <w:jc w:val="both"/>
        <w:rPr>
          <w:sz w:val="28"/>
          <w:szCs w:val="28"/>
        </w:rPr>
      </w:pPr>
    </w:p>
    <w:p w14:paraId="147624E7" w14:textId="77777777" w:rsidR="00E72A3C" w:rsidRPr="00420D39" w:rsidRDefault="00E72A3C" w:rsidP="00E72A3C">
      <w:pPr>
        <w:jc w:val="center"/>
        <w:rPr>
          <w:sz w:val="28"/>
          <w:szCs w:val="28"/>
        </w:rPr>
      </w:pPr>
      <w:r w:rsidRPr="00420D39">
        <w:rPr>
          <w:sz w:val="28"/>
          <w:szCs w:val="28"/>
        </w:rPr>
        <w:t>№ 177 сайлау учаскесі</w:t>
      </w:r>
    </w:p>
    <w:p w14:paraId="13726060"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«Шейх Халифа бен Заид әл-Нахаян атындағы № 84 мектеп-лицей» шаруашылық жүргізу құқығындағы мемлекеттік коммуналдық кәсіпорны, Ұлы </w:t>
      </w:r>
      <w:proofErr w:type="gramStart"/>
      <w:r w:rsidRPr="00420D39">
        <w:rPr>
          <w:sz w:val="28"/>
          <w:szCs w:val="28"/>
        </w:rPr>
        <w:t>Дала</w:t>
      </w:r>
      <w:proofErr w:type="gramEnd"/>
      <w:r w:rsidRPr="00420D39">
        <w:rPr>
          <w:sz w:val="28"/>
          <w:szCs w:val="28"/>
        </w:rPr>
        <w:t xml:space="preserve"> даңғылы, № 41/1)</w:t>
      </w:r>
    </w:p>
    <w:p w14:paraId="25E80E08" w14:textId="77777777" w:rsidR="00E72A3C" w:rsidRPr="00420D39" w:rsidRDefault="00E72A3C" w:rsidP="00E72A3C">
      <w:pPr>
        <w:jc w:val="center"/>
        <w:rPr>
          <w:sz w:val="28"/>
          <w:szCs w:val="28"/>
        </w:rPr>
      </w:pPr>
    </w:p>
    <w:p w14:paraId="526F0380" w14:textId="77777777" w:rsidR="00E72A3C" w:rsidRPr="00420D39" w:rsidRDefault="00E72A3C" w:rsidP="00E72A3C">
      <w:pPr>
        <w:ind w:firstLine="567"/>
        <w:jc w:val="both"/>
        <w:rPr>
          <w:sz w:val="28"/>
          <w:szCs w:val="28"/>
        </w:rPr>
      </w:pPr>
      <w:r w:rsidRPr="00420D39">
        <w:rPr>
          <w:sz w:val="28"/>
          <w:szCs w:val="28"/>
        </w:rPr>
        <w:t xml:space="preserve">Шекарасы: Ақмешіт көшесінің тақ сандар жағымен Ұлы Дала даңғылынан </w:t>
      </w:r>
      <w:r w:rsidRPr="00420D39">
        <w:rPr>
          <w:sz w:val="28"/>
          <w:szCs w:val="28"/>
        </w:rPr>
        <w:br/>
        <w:t xml:space="preserve">Т. Рысқұлов көшесіне дейін, Т. Рысқұлов көшесінің жұп сандар жағымен </w:t>
      </w:r>
      <w:r w:rsidRPr="00420D39">
        <w:rPr>
          <w:sz w:val="28"/>
          <w:szCs w:val="28"/>
        </w:rPr>
        <w:br/>
        <w:t>Мәңгілік Ел даңғылына дейін, Мәңгілік Ел даңғылының тақ сандар жағымен Ұлы Дала даңғылына дейін, Ұлы Дала даңғылымен Ақмешіт көшесіне дейін.</w:t>
      </w:r>
    </w:p>
    <w:p w14:paraId="07E620FE" w14:textId="77777777" w:rsidR="00E72A3C" w:rsidRPr="00420D39" w:rsidRDefault="00E72A3C" w:rsidP="00E72A3C">
      <w:pPr>
        <w:jc w:val="both"/>
        <w:rPr>
          <w:sz w:val="28"/>
          <w:szCs w:val="28"/>
        </w:rPr>
      </w:pPr>
    </w:p>
    <w:p w14:paraId="228C5B6F" w14:textId="77777777" w:rsidR="00E72A3C" w:rsidRPr="00814807" w:rsidRDefault="00E72A3C" w:rsidP="00E72A3C">
      <w:pPr>
        <w:jc w:val="center"/>
        <w:rPr>
          <w:sz w:val="28"/>
          <w:szCs w:val="28"/>
        </w:rPr>
      </w:pPr>
      <w:r w:rsidRPr="00814807">
        <w:rPr>
          <w:sz w:val="28"/>
          <w:szCs w:val="28"/>
        </w:rPr>
        <w:t xml:space="preserve">№ 178 сайлау учаскесі </w:t>
      </w:r>
    </w:p>
    <w:p w14:paraId="7D9C7CC6" w14:textId="77777777" w:rsidR="00E72A3C" w:rsidRPr="00814807" w:rsidRDefault="00E72A3C" w:rsidP="00E72A3C">
      <w:pPr>
        <w:jc w:val="center"/>
        <w:rPr>
          <w:sz w:val="28"/>
          <w:szCs w:val="28"/>
        </w:rPr>
      </w:pPr>
      <w:r w:rsidRPr="00814807">
        <w:rPr>
          <w:sz w:val="28"/>
          <w:szCs w:val="28"/>
        </w:rPr>
        <w:lastRenderedPageBreak/>
        <w:t xml:space="preserve">(орталығы – Астана қаласы әкімдігінің «№ 109 жалпы </w:t>
      </w:r>
      <w:r w:rsidRPr="00814807">
        <w:rPr>
          <w:sz w:val="28"/>
          <w:szCs w:val="28"/>
          <w:lang w:val="kk-KZ"/>
        </w:rPr>
        <w:t>орта</w:t>
      </w:r>
      <w:r w:rsidRPr="00814807">
        <w:rPr>
          <w:sz w:val="28"/>
          <w:szCs w:val="28"/>
        </w:rPr>
        <w:t xml:space="preserve"> білім беретін мектеп» коммуналдық м</w:t>
      </w:r>
      <w:r>
        <w:rPr>
          <w:sz w:val="28"/>
          <w:szCs w:val="28"/>
        </w:rPr>
        <w:t>емлекеттік мекемесі, Е669 көше</w:t>
      </w:r>
      <w:r w:rsidRPr="00814807">
        <w:rPr>
          <w:sz w:val="28"/>
          <w:szCs w:val="28"/>
        </w:rPr>
        <w:t>, № 6)</w:t>
      </w:r>
    </w:p>
    <w:p w14:paraId="776BB4C2" w14:textId="77777777" w:rsidR="00E72A3C" w:rsidRPr="00814807" w:rsidRDefault="00E72A3C" w:rsidP="00E72A3C">
      <w:pPr>
        <w:ind w:firstLine="567"/>
        <w:jc w:val="both"/>
        <w:rPr>
          <w:sz w:val="28"/>
          <w:szCs w:val="28"/>
        </w:rPr>
      </w:pPr>
    </w:p>
    <w:p w14:paraId="7A0267FD" w14:textId="77777777" w:rsidR="00E72A3C" w:rsidRPr="00420D39" w:rsidRDefault="00E72A3C" w:rsidP="00E72A3C">
      <w:pPr>
        <w:ind w:firstLine="567"/>
        <w:jc w:val="both"/>
        <w:rPr>
          <w:sz w:val="28"/>
          <w:szCs w:val="28"/>
        </w:rPr>
      </w:pPr>
      <w:r w:rsidRPr="00814807">
        <w:rPr>
          <w:sz w:val="28"/>
          <w:szCs w:val="28"/>
        </w:rPr>
        <w:t>Шекарасы: «Нұра-Есіл» каналынан</w:t>
      </w:r>
      <w:r w:rsidRPr="00746A9D">
        <w:rPr>
          <w:sz w:val="28"/>
          <w:szCs w:val="28"/>
        </w:rPr>
        <w:t xml:space="preserve"> Ұлы Дала даңғылымен Ш. Мұртаза көшесіне дейін, Ұлы Дала даңғылынан Ш</w:t>
      </w:r>
      <w:r>
        <w:rPr>
          <w:sz w:val="28"/>
          <w:szCs w:val="28"/>
        </w:rPr>
        <w:t>. Мұртаза көшесімен Е509 көшег</w:t>
      </w:r>
      <w:r w:rsidRPr="00746A9D">
        <w:rPr>
          <w:sz w:val="28"/>
          <w:szCs w:val="28"/>
        </w:rPr>
        <w:t xml:space="preserve">е </w:t>
      </w:r>
      <w:r>
        <w:rPr>
          <w:sz w:val="28"/>
          <w:szCs w:val="28"/>
        </w:rPr>
        <w:br/>
        <w:t>дейін, Е509 көше</w:t>
      </w:r>
      <w:r w:rsidRPr="00746A9D">
        <w:rPr>
          <w:sz w:val="28"/>
          <w:szCs w:val="28"/>
        </w:rPr>
        <w:t>мен</w:t>
      </w:r>
      <w:r w:rsidRPr="00746A9D">
        <w:t xml:space="preserve"> </w:t>
      </w:r>
      <w:r>
        <w:rPr>
          <w:sz w:val="28"/>
          <w:szCs w:val="28"/>
        </w:rPr>
        <w:t>Е509 көшедегі № 11 үйді және Е915 көше</w:t>
      </w:r>
      <w:r w:rsidRPr="00746A9D">
        <w:rPr>
          <w:sz w:val="28"/>
          <w:szCs w:val="28"/>
        </w:rPr>
        <w:t>дегі № 9 үйді қоса алғанда</w:t>
      </w:r>
      <w:r>
        <w:rPr>
          <w:sz w:val="28"/>
          <w:szCs w:val="28"/>
          <w:lang w:val="kk-KZ"/>
        </w:rPr>
        <w:t>,</w:t>
      </w:r>
      <w:r w:rsidRPr="00746A9D">
        <w:rPr>
          <w:sz w:val="28"/>
          <w:szCs w:val="28"/>
        </w:rPr>
        <w:t xml:space="preserve"> «Нұра-Есіл» каналына дейін.</w:t>
      </w:r>
    </w:p>
    <w:p w14:paraId="495C5C4E" w14:textId="77777777" w:rsidR="00E72A3C" w:rsidRDefault="00E72A3C" w:rsidP="00E72A3C">
      <w:pPr>
        <w:jc w:val="center"/>
        <w:rPr>
          <w:sz w:val="28"/>
          <w:szCs w:val="28"/>
        </w:rPr>
      </w:pPr>
    </w:p>
    <w:p w14:paraId="774DFEDD" w14:textId="77777777" w:rsidR="00E72A3C" w:rsidRPr="00420D39" w:rsidRDefault="00E72A3C" w:rsidP="00E72A3C">
      <w:pPr>
        <w:jc w:val="center"/>
        <w:rPr>
          <w:sz w:val="28"/>
          <w:szCs w:val="28"/>
        </w:rPr>
      </w:pPr>
      <w:r w:rsidRPr="00420D39">
        <w:rPr>
          <w:sz w:val="28"/>
          <w:szCs w:val="28"/>
        </w:rPr>
        <w:t xml:space="preserve">№ 179 сайлау учаскесі </w:t>
      </w:r>
    </w:p>
    <w:p w14:paraId="06375F06" w14:textId="77777777" w:rsidR="00E72A3C" w:rsidRPr="00420D39" w:rsidRDefault="00E72A3C" w:rsidP="00E72A3C">
      <w:pPr>
        <w:jc w:val="center"/>
        <w:rPr>
          <w:sz w:val="28"/>
          <w:szCs w:val="28"/>
        </w:rPr>
      </w:pPr>
      <w:r w:rsidRPr="00420D39">
        <w:rPr>
          <w:sz w:val="28"/>
          <w:szCs w:val="28"/>
        </w:rPr>
        <w:t xml:space="preserve">(орталығы – «BINOM EDUCATION» жауапкершілігі шектеулі серіктестігінің Әбіш Кекілбаев атындағы «Binom school» мектеп-лицейі, </w:t>
      </w:r>
    </w:p>
    <w:p w14:paraId="15450AAD" w14:textId="77777777" w:rsidR="00E72A3C" w:rsidRPr="00420D39" w:rsidRDefault="00E72A3C" w:rsidP="00E72A3C">
      <w:pPr>
        <w:jc w:val="center"/>
        <w:rPr>
          <w:sz w:val="28"/>
          <w:szCs w:val="28"/>
        </w:rPr>
      </w:pPr>
      <w:r w:rsidRPr="00420D39">
        <w:rPr>
          <w:sz w:val="28"/>
          <w:szCs w:val="28"/>
        </w:rPr>
        <w:t>Т. Рысқұлов көшесі, № 20)</w:t>
      </w:r>
    </w:p>
    <w:p w14:paraId="14B749BF" w14:textId="77777777" w:rsidR="00E72A3C" w:rsidRPr="00420D39" w:rsidRDefault="00E72A3C" w:rsidP="00E72A3C">
      <w:pPr>
        <w:ind w:firstLine="567"/>
        <w:jc w:val="both"/>
        <w:rPr>
          <w:sz w:val="28"/>
          <w:szCs w:val="28"/>
        </w:rPr>
      </w:pPr>
    </w:p>
    <w:p w14:paraId="5694CF05" w14:textId="77777777" w:rsidR="00E72A3C" w:rsidRPr="00420D39" w:rsidRDefault="00E72A3C" w:rsidP="00E72A3C">
      <w:pPr>
        <w:ind w:firstLine="567"/>
        <w:jc w:val="both"/>
        <w:rPr>
          <w:sz w:val="28"/>
          <w:szCs w:val="28"/>
        </w:rPr>
      </w:pPr>
      <w:r w:rsidRPr="00420D39">
        <w:rPr>
          <w:sz w:val="28"/>
          <w:szCs w:val="28"/>
        </w:rPr>
        <w:t xml:space="preserve">Шекарасы: Мәңгілік Ел даңғылынан Хусейн бен Талал көшесімен </w:t>
      </w:r>
      <w:r w:rsidRPr="00420D39">
        <w:rPr>
          <w:sz w:val="28"/>
          <w:szCs w:val="28"/>
        </w:rPr>
        <w:br/>
        <w:t xml:space="preserve">Қ. Қайсенов көшесіне дейін, Хусейн бен Талал көшесінен Ф. Оңғарсынова көшесіне дейін, Ф. Оңғарсынова көшесімен Жошы хан көшесіне дейін, Жошы хан көшесімен Т. Рысқұлов көшесіне дейін, Т. Рысқұлов көшесімен Мәңгілік Ел даңғылына дейін, Т. Рысқұлов көшесінен Мәңгілік Ел даңғылымен </w:t>
      </w:r>
      <w:r w:rsidRPr="00420D39">
        <w:rPr>
          <w:sz w:val="28"/>
          <w:szCs w:val="28"/>
        </w:rPr>
        <w:br/>
        <w:t>Хусейн бен Талал көшесіне дейін.</w:t>
      </w:r>
    </w:p>
    <w:p w14:paraId="25D6DA38" w14:textId="461F3020" w:rsidR="00E72A3C" w:rsidRDefault="00E72A3C" w:rsidP="00E72A3C">
      <w:pPr>
        <w:spacing w:after="160" w:line="259" w:lineRule="auto"/>
        <w:rPr>
          <w:sz w:val="28"/>
          <w:szCs w:val="28"/>
        </w:rPr>
      </w:pPr>
    </w:p>
    <w:p w14:paraId="3E7E634C" w14:textId="77777777" w:rsidR="00E72A3C" w:rsidRPr="00420D39" w:rsidRDefault="00E72A3C" w:rsidP="00E72A3C">
      <w:pPr>
        <w:jc w:val="center"/>
        <w:rPr>
          <w:sz w:val="28"/>
          <w:szCs w:val="28"/>
        </w:rPr>
      </w:pPr>
      <w:r w:rsidRPr="00420D39">
        <w:rPr>
          <w:sz w:val="28"/>
          <w:szCs w:val="28"/>
        </w:rPr>
        <w:t>№ 180 сайлау учаскесі</w:t>
      </w:r>
    </w:p>
    <w:p w14:paraId="11B422FE" w14:textId="77777777" w:rsidR="00E72A3C" w:rsidRPr="00420D39" w:rsidRDefault="00E72A3C" w:rsidP="00E72A3C">
      <w:pPr>
        <w:jc w:val="center"/>
        <w:rPr>
          <w:sz w:val="28"/>
          <w:szCs w:val="28"/>
        </w:rPr>
      </w:pPr>
      <w:bookmarkStart w:id="2" w:name="_Hlk227137935"/>
      <w:r w:rsidRPr="00420D39">
        <w:rPr>
          <w:sz w:val="28"/>
          <w:szCs w:val="28"/>
        </w:rPr>
        <w:t>(орталығы – «BINOM EDUCATION» жауапкершілігі шектеулі серіктестігінің Қадыр Мырза Әлі атындағы «Binom school» мектеп-лицейі,</w:t>
      </w:r>
    </w:p>
    <w:p w14:paraId="46AF2F95" w14:textId="77777777" w:rsidR="00E72A3C" w:rsidRPr="00420D39" w:rsidRDefault="00E72A3C" w:rsidP="00E72A3C">
      <w:pPr>
        <w:jc w:val="center"/>
        <w:rPr>
          <w:sz w:val="28"/>
          <w:szCs w:val="28"/>
        </w:rPr>
      </w:pPr>
      <w:r w:rsidRPr="00420D39">
        <w:rPr>
          <w:sz w:val="28"/>
          <w:szCs w:val="28"/>
        </w:rPr>
        <w:t>Әл-Фараби даңғылы, №</w:t>
      </w:r>
      <w:r w:rsidRPr="00420D39">
        <w:rPr>
          <w:sz w:val="28"/>
          <w:szCs w:val="28"/>
          <w:lang w:val="kk-KZ"/>
        </w:rPr>
        <w:t> </w:t>
      </w:r>
      <w:r w:rsidRPr="00420D39">
        <w:rPr>
          <w:sz w:val="28"/>
          <w:szCs w:val="28"/>
        </w:rPr>
        <w:t>9/5)</w:t>
      </w:r>
    </w:p>
    <w:p w14:paraId="49C141A4" w14:textId="77777777" w:rsidR="00E72A3C" w:rsidRPr="00420D39" w:rsidRDefault="00E72A3C" w:rsidP="00E72A3C">
      <w:pPr>
        <w:jc w:val="center"/>
        <w:rPr>
          <w:sz w:val="28"/>
          <w:szCs w:val="28"/>
        </w:rPr>
      </w:pPr>
    </w:p>
    <w:bookmarkEnd w:id="2"/>
    <w:p w14:paraId="16001A9B" w14:textId="77777777" w:rsidR="00E72A3C" w:rsidRPr="00420D39" w:rsidRDefault="00E72A3C" w:rsidP="00E72A3C">
      <w:pPr>
        <w:ind w:firstLine="567"/>
        <w:jc w:val="both"/>
        <w:rPr>
          <w:sz w:val="28"/>
          <w:szCs w:val="28"/>
        </w:rPr>
      </w:pPr>
      <w:r w:rsidRPr="00420D39">
        <w:rPr>
          <w:sz w:val="28"/>
          <w:szCs w:val="28"/>
        </w:rPr>
        <w:t>Шекарасы:</w:t>
      </w:r>
      <w:r w:rsidRPr="00420D39">
        <w:rPr>
          <w:sz w:val="28"/>
          <w:szCs w:val="28"/>
          <w:lang w:val="kk-KZ"/>
        </w:rPr>
        <w:t xml:space="preserve"> </w:t>
      </w:r>
      <w:r w:rsidRPr="00420D39">
        <w:rPr>
          <w:sz w:val="28"/>
          <w:szCs w:val="28"/>
        </w:rPr>
        <w:t>Әл-Фараби даңғылындағы № 1, 3 үйлер, Керей, Жәнібек хандар көшесіндегі № 50, 50/1, 50/3 үйлер.</w:t>
      </w:r>
    </w:p>
    <w:p w14:paraId="1D09609C" w14:textId="77777777" w:rsidR="00E72A3C" w:rsidRPr="00420D39" w:rsidRDefault="00E72A3C" w:rsidP="00E72A3C">
      <w:pPr>
        <w:jc w:val="center"/>
        <w:rPr>
          <w:sz w:val="28"/>
          <w:szCs w:val="28"/>
        </w:rPr>
      </w:pPr>
    </w:p>
    <w:p w14:paraId="0BCC1246" w14:textId="77777777" w:rsidR="00E72A3C" w:rsidRPr="00814807" w:rsidRDefault="00E72A3C" w:rsidP="00E72A3C">
      <w:pPr>
        <w:jc w:val="center"/>
        <w:rPr>
          <w:sz w:val="28"/>
          <w:szCs w:val="28"/>
        </w:rPr>
      </w:pPr>
      <w:r w:rsidRPr="00814807">
        <w:rPr>
          <w:sz w:val="28"/>
          <w:szCs w:val="28"/>
        </w:rPr>
        <w:t>№ 181 сайлау учаскесі</w:t>
      </w:r>
    </w:p>
    <w:p w14:paraId="2EE5B37D" w14:textId="77777777" w:rsidR="00E72A3C" w:rsidRPr="00814807" w:rsidRDefault="00E72A3C" w:rsidP="00E72A3C">
      <w:pPr>
        <w:jc w:val="center"/>
        <w:rPr>
          <w:sz w:val="28"/>
          <w:szCs w:val="28"/>
        </w:rPr>
      </w:pPr>
      <w:r w:rsidRPr="00814807">
        <w:rPr>
          <w:sz w:val="28"/>
          <w:szCs w:val="28"/>
        </w:rPr>
        <w:t xml:space="preserve">(орталығы – Астана қаласы әкімдігінің «№ 96 мектеп-гимназия» шаруашылық жүргізу құқығындағы мемлекеттік коммуналдық кәсіпорны, </w:t>
      </w:r>
    </w:p>
    <w:p w14:paraId="3D2394C2" w14:textId="77777777" w:rsidR="00E72A3C" w:rsidRPr="00814807" w:rsidRDefault="00E72A3C" w:rsidP="00E72A3C">
      <w:pPr>
        <w:jc w:val="center"/>
        <w:rPr>
          <w:sz w:val="28"/>
          <w:szCs w:val="28"/>
        </w:rPr>
      </w:pPr>
      <w:r w:rsidRPr="00814807">
        <w:rPr>
          <w:sz w:val="28"/>
          <w:szCs w:val="28"/>
        </w:rPr>
        <w:t>Г. Әлиев көшесі, № 10а)</w:t>
      </w:r>
    </w:p>
    <w:p w14:paraId="190EA1DB" w14:textId="77777777" w:rsidR="00E72A3C" w:rsidRPr="00814807" w:rsidRDefault="00E72A3C" w:rsidP="00E72A3C">
      <w:pPr>
        <w:jc w:val="center"/>
        <w:rPr>
          <w:sz w:val="28"/>
          <w:szCs w:val="28"/>
        </w:rPr>
      </w:pPr>
    </w:p>
    <w:p w14:paraId="61641E0E" w14:textId="77777777" w:rsidR="00E72A3C" w:rsidRPr="00420D39" w:rsidRDefault="00E72A3C" w:rsidP="00E72A3C">
      <w:pPr>
        <w:ind w:firstLine="567"/>
        <w:jc w:val="both"/>
        <w:rPr>
          <w:sz w:val="28"/>
          <w:szCs w:val="28"/>
        </w:rPr>
      </w:pPr>
      <w:r w:rsidRPr="00814807">
        <w:rPr>
          <w:sz w:val="28"/>
          <w:szCs w:val="28"/>
        </w:rPr>
        <w:t xml:space="preserve">Шекарасы: Ұлы </w:t>
      </w:r>
      <w:proofErr w:type="gramStart"/>
      <w:r w:rsidRPr="00814807">
        <w:rPr>
          <w:sz w:val="28"/>
          <w:szCs w:val="28"/>
        </w:rPr>
        <w:t>Дала</w:t>
      </w:r>
      <w:proofErr w:type="gramEnd"/>
      <w:r w:rsidRPr="00814807">
        <w:rPr>
          <w:sz w:val="28"/>
          <w:szCs w:val="28"/>
        </w:rPr>
        <w:t xml:space="preserve"> даңғылынан Ақмешіт көшесімен Т. Рысқұлов көшесіне дейін, Ақмешіт көшесінен Т. Рысқұлов көшесімен Қабанбай батыр даңғылына дейін, Қабанбай батыр даңғылының жұп сандар жағымен Н. Балғымбаев көшесіне дейін, Қабанбай батыр даңғылынан Н. Балғымбаев көшесімен Г. Әлиев көшесіне дейін, Н. Балғымбаев көшесінен Г. Әлиев көшесімен Ұлы Дала даңғылына дейін, Ұлы Дала даңғылынан Ақмешіт көшесіне дейін.</w:t>
      </w:r>
    </w:p>
    <w:p w14:paraId="58E1F493" w14:textId="77777777" w:rsidR="00E72A3C" w:rsidRPr="00420D39" w:rsidRDefault="00E72A3C" w:rsidP="00E72A3C">
      <w:pPr>
        <w:ind w:firstLine="567"/>
        <w:jc w:val="both"/>
        <w:rPr>
          <w:sz w:val="28"/>
          <w:szCs w:val="28"/>
        </w:rPr>
      </w:pPr>
    </w:p>
    <w:p w14:paraId="484DF1DB" w14:textId="77777777" w:rsidR="00350167" w:rsidRDefault="00350167">
      <w:pPr>
        <w:overflowPunct/>
        <w:autoSpaceDE/>
        <w:autoSpaceDN/>
        <w:adjustRightInd/>
        <w:rPr>
          <w:sz w:val="28"/>
          <w:szCs w:val="28"/>
        </w:rPr>
      </w:pPr>
      <w:r>
        <w:rPr>
          <w:sz w:val="28"/>
          <w:szCs w:val="28"/>
        </w:rPr>
        <w:br w:type="page"/>
      </w:r>
    </w:p>
    <w:p w14:paraId="6F707E0C" w14:textId="0A5A6128" w:rsidR="00E72A3C" w:rsidRPr="00420D39" w:rsidRDefault="00E72A3C" w:rsidP="00E72A3C">
      <w:pPr>
        <w:jc w:val="center"/>
        <w:rPr>
          <w:sz w:val="28"/>
          <w:szCs w:val="28"/>
        </w:rPr>
      </w:pPr>
      <w:r w:rsidRPr="00420D39">
        <w:rPr>
          <w:sz w:val="28"/>
          <w:szCs w:val="28"/>
        </w:rPr>
        <w:lastRenderedPageBreak/>
        <w:t>№ 182 сайлау учаскесі</w:t>
      </w:r>
    </w:p>
    <w:p w14:paraId="49A0799C"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 75 мектеп-гимназия» шаруашылық жүргізу құқығындағы мемлекеттік коммуналдық кәсіпорны, </w:t>
      </w:r>
    </w:p>
    <w:p w14:paraId="2C663B34" w14:textId="77777777" w:rsidR="00E72A3C" w:rsidRPr="00420D39" w:rsidRDefault="00E72A3C" w:rsidP="00E72A3C">
      <w:pPr>
        <w:jc w:val="center"/>
        <w:rPr>
          <w:sz w:val="28"/>
          <w:szCs w:val="28"/>
        </w:rPr>
      </w:pPr>
      <w:r w:rsidRPr="00420D39">
        <w:rPr>
          <w:sz w:val="28"/>
          <w:szCs w:val="28"/>
        </w:rPr>
        <w:t xml:space="preserve">Мәңгілік </w:t>
      </w:r>
      <w:proofErr w:type="gramStart"/>
      <w:r w:rsidRPr="00420D39">
        <w:rPr>
          <w:sz w:val="28"/>
          <w:szCs w:val="28"/>
        </w:rPr>
        <w:t>Ел</w:t>
      </w:r>
      <w:proofErr w:type="gramEnd"/>
      <w:r w:rsidRPr="00420D39">
        <w:rPr>
          <w:sz w:val="28"/>
          <w:szCs w:val="28"/>
        </w:rPr>
        <w:t xml:space="preserve"> даңғылы, № 28/1)</w:t>
      </w:r>
    </w:p>
    <w:p w14:paraId="68F9F216" w14:textId="77777777" w:rsidR="00E72A3C" w:rsidRPr="00420D39" w:rsidRDefault="00E72A3C" w:rsidP="00E72A3C">
      <w:pPr>
        <w:ind w:firstLine="567"/>
        <w:rPr>
          <w:sz w:val="28"/>
          <w:szCs w:val="28"/>
        </w:rPr>
      </w:pPr>
    </w:p>
    <w:p w14:paraId="57C918AC" w14:textId="77777777" w:rsidR="00E72A3C" w:rsidRPr="00420D39" w:rsidRDefault="00E72A3C" w:rsidP="00E72A3C">
      <w:pPr>
        <w:ind w:firstLine="567"/>
        <w:jc w:val="both"/>
        <w:rPr>
          <w:sz w:val="28"/>
          <w:szCs w:val="28"/>
        </w:rPr>
      </w:pPr>
      <w:r w:rsidRPr="00420D39">
        <w:rPr>
          <w:sz w:val="28"/>
          <w:szCs w:val="28"/>
        </w:rPr>
        <w:t>Шекара</w:t>
      </w:r>
      <w:r w:rsidRPr="00420D39">
        <w:rPr>
          <w:sz w:val="28"/>
          <w:szCs w:val="28"/>
          <w:lang w:val="kk-KZ"/>
        </w:rPr>
        <w:t>с</w:t>
      </w:r>
      <w:r w:rsidRPr="00420D39">
        <w:rPr>
          <w:sz w:val="28"/>
          <w:szCs w:val="28"/>
        </w:rPr>
        <w:t>ы: Орынбор көшесінен Мәңгілік Ел даңғылының жұп сандар жағымен Мәңгілік Ел даңғылындағы № 38 үйге дейін, Мәңгілік Ел даңғылындағы № 38 үйден Ә. Бөкейхан көшесіне дейін, Ә. Бөкейхан көшесінің жұп сандар жағымен Орынбор көшесіне дейін, Орынбор көшесінен Мәңгілік Ел даңғылына дейін.</w:t>
      </w:r>
    </w:p>
    <w:p w14:paraId="58C460CA" w14:textId="77777777" w:rsidR="00E72A3C" w:rsidRPr="006C7562" w:rsidRDefault="00E72A3C" w:rsidP="00E72A3C">
      <w:pPr>
        <w:rPr>
          <w:sz w:val="28"/>
          <w:szCs w:val="28"/>
        </w:rPr>
      </w:pPr>
    </w:p>
    <w:p w14:paraId="00C20B37" w14:textId="77777777" w:rsidR="00E72A3C" w:rsidRPr="00420D39" w:rsidRDefault="00E72A3C" w:rsidP="00E72A3C">
      <w:pPr>
        <w:jc w:val="center"/>
        <w:rPr>
          <w:sz w:val="28"/>
          <w:szCs w:val="28"/>
        </w:rPr>
      </w:pPr>
      <w:r w:rsidRPr="00420D39">
        <w:rPr>
          <w:sz w:val="28"/>
          <w:szCs w:val="28"/>
        </w:rPr>
        <w:t>№ 183 сайлау учаскесі</w:t>
      </w:r>
    </w:p>
    <w:p w14:paraId="2F34EAB0"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«Орталықтандырылған кітапханалар жүйесі» коммуналдық мемлекеттік мекемесі, </w:t>
      </w:r>
    </w:p>
    <w:p w14:paraId="1C1C3423" w14:textId="77777777" w:rsidR="00E72A3C" w:rsidRPr="00420D39" w:rsidRDefault="00E72A3C" w:rsidP="00E72A3C">
      <w:pPr>
        <w:jc w:val="center"/>
        <w:rPr>
          <w:sz w:val="28"/>
          <w:szCs w:val="28"/>
        </w:rPr>
      </w:pPr>
      <w:r w:rsidRPr="00420D39">
        <w:rPr>
          <w:sz w:val="28"/>
          <w:szCs w:val="28"/>
        </w:rPr>
        <w:t>Ә. Бөкейхан көшесі, № 25в)</w:t>
      </w:r>
    </w:p>
    <w:p w14:paraId="0108EBA9" w14:textId="77777777" w:rsidR="00E72A3C" w:rsidRPr="00420D39" w:rsidRDefault="00E72A3C" w:rsidP="00E72A3C">
      <w:pPr>
        <w:ind w:firstLine="567"/>
        <w:rPr>
          <w:sz w:val="28"/>
          <w:szCs w:val="28"/>
        </w:rPr>
      </w:pPr>
    </w:p>
    <w:p w14:paraId="4E45726C" w14:textId="77777777" w:rsidR="00E72A3C" w:rsidRPr="00420D39" w:rsidRDefault="00E72A3C" w:rsidP="00E72A3C">
      <w:pPr>
        <w:ind w:firstLine="567"/>
        <w:jc w:val="both"/>
        <w:rPr>
          <w:sz w:val="28"/>
          <w:szCs w:val="28"/>
        </w:rPr>
      </w:pPr>
      <w:r w:rsidRPr="00420D39">
        <w:rPr>
          <w:sz w:val="28"/>
          <w:szCs w:val="28"/>
        </w:rPr>
        <w:t>Шекара</w:t>
      </w:r>
      <w:r w:rsidRPr="00420D39">
        <w:rPr>
          <w:sz w:val="28"/>
          <w:szCs w:val="28"/>
          <w:lang w:val="kk-KZ"/>
        </w:rPr>
        <w:t>с</w:t>
      </w:r>
      <w:r w:rsidRPr="00420D39">
        <w:rPr>
          <w:sz w:val="28"/>
          <w:szCs w:val="28"/>
        </w:rPr>
        <w:t>ы: Ә. Кекілбайұлы көшесінен Жошы хан көшесінің тақ сандар жағымен</w:t>
      </w:r>
      <w:r w:rsidRPr="00EE14F8">
        <w:rPr>
          <w:sz w:val="28"/>
          <w:szCs w:val="28"/>
        </w:rPr>
        <w:t xml:space="preserve"> </w:t>
      </w:r>
      <w:r w:rsidRPr="00420D39">
        <w:rPr>
          <w:sz w:val="28"/>
          <w:szCs w:val="28"/>
        </w:rPr>
        <w:t>Ф. Оңғарсынова көшесіне дейін, Ф. Оңғарсынова көшесінің тақ сандар жағымен Әл-Фараби даңғылына дейін, Әл-Фараби даңғылының тақ сандар жағымен Ә. Кекілбайұлы көшесіне дейін.</w:t>
      </w:r>
    </w:p>
    <w:p w14:paraId="59436805" w14:textId="77777777" w:rsidR="00E72A3C" w:rsidRPr="00420D39" w:rsidRDefault="00E72A3C" w:rsidP="00E72A3C">
      <w:pPr>
        <w:ind w:firstLine="567"/>
        <w:rPr>
          <w:sz w:val="28"/>
          <w:szCs w:val="28"/>
        </w:rPr>
      </w:pPr>
    </w:p>
    <w:p w14:paraId="09FA8028" w14:textId="77777777" w:rsidR="00E72A3C" w:rsidRPr="00420D39" w:rsidRDefault="00E72A3C" w:rsidP="00E72A3C">
      <w:pPr>
        <w:jc w:val="center"/>
        <w:rPr>
          <w:sz w:val="28"/>
          <w:szCs w:val="28"/>
        </w:rPr>
      </w:pPr>
      <w:r w:rsidRPr="00420D39">
        <w:rPr>
          <w:sz w:val="28"/>
          <w:szCs w:val="28"/>
        </w:rPr>
        <w:t>№ 184 сайлау учаскесі</w:t>
      </w:r>
    </w:p>
    <w:p w14:paraId="6A132711" w14:textId="77777777" w:rsidR="00E72A3C" w:rsidRPr="00420D39" w:rsidRDefault="00E72A3C" w:rsidP="00E72A3C">
      <w:pPr>
        <w:jc w:val="center"/>
        <w:rPr>
          <w:sz w:val="28"/>
          <w:szCs w:val="28"/>
        </w:rPr>
      </w:pPr>
      <w:r w:rsidRPr="00420D39">
        <w:rPr>
          <w:sz w:val="28"/>
          <w:szCs w:val="28"/>
        </w:rPr>
        <w:t>(орталығы – «Binom school» мектеп-лицейі, Әл-Фараби даңғылы, № 40а)</w:t>
      </w:r>
    </w:p>
    <w:p w14:paraId="7BCE9B47" w14:textId="77777777" w:rsidR="00E72A3C" w:rsidRPr="00420D39" w:rsidRDefault="00E72A3C" w:rsidP="00E72A3C">
      <w:pPr>
        <w:ind w:firstLine="567"/>
        <w:rPr>
          <w:sz w:val="28"/>
          <w:szCs w:val="28"/>
        </w:rPr>
      </w:pPr>
    </w:p>
    <w:p w14:paraId="4027E668" w14:textId="77777777" w:rsidR="00E72A3C" w:rsidRPr="00420D39" w:rsidRDefault="00E72A3C" w:rsidP="00E72A3C">
      <w:pPr>
        <w:ind w:firstLine="567"/>
        <w:jc w:val="both"/>
        <w:rPr>
          <w:sz w:val="28"/>
          <w:szCs w:val="28"/>
        </w:rPr>
      </w:pPr>
      <w:r w:rsidRPr="00420D39">
        <w:rPr>
          <w:sz w:val="28"/>
          <w:szCs w:val="28"/>
        </w:rPr>
        <w:t>Шекара</w:t>
      </w:r>
      <w:r w:rsidRPr="00420D39">
        <w:rPr>
          <w:sz w:val="28"/>
          <w:szCs w:val="28"/>
          <w:lang w:val="kk-KZ"/>
        </w:rPr>
        <w:t>с</w:t>
      </w:r>
      <w:r w:rsidRPr="00420D39">
        <w:rPr>
          <w:sz w:val="28"/>
          <w:szCs w:val="28"/>
        </w:rPr>
        <w:t>ы: Әл-Фараби даңғылындағы № 44/1 үйден «Нұра-Есіл» каналына дейін, «Нұра-Есіл» каналынан Әл-Фараби даңғылындағы № 30/4 үйге дейін,</w:t>
      </w:r>
      <w:r w:rsidRPr="00420D39">
        <w:rPr>
          <w:sz w:val="28"/>
          <w:szCs w:val="28"/>
        </w:rPr>
        <w:br/>
        <w:t xml:space="preserve">Әл-Фараби даңғылындағы № 30/4 үйден </w:t>
      </w:r>
      <w:r w:rsidRPr="00420D39">
        <w:rPr>
          <w:sz w:val="28"/>
          <w:szCs w:val="28"/>
          <w:lang w:val="kk-KZ"/>
        </w:rPr>
        <w:t xml:space="preserve">өтпе </w:t>
      </w:r>
      <w:r w:rsidRPr="00420D39">
        <w:rPr>
          <w:sz w:val="28"/>
          <w:szCs w:val="28"/>
        </w:rPr>
        <w:t>жол</w:t>
      </w:r>
      <w:r w:rsidRPr="00420D39">
        <w:rPr>
          <w:sz w:val="28"/>
          <w:szCs w:val="28"/>
          <w:lang w:val="kk-KZ"/>
        </w:rPr>
        <w:t>мен</w:t>
      </w:r>
      <w:r w:rsidRPr="00420D39">
        <w:rPr>
          <w:sz w:val="28"/>
          <w:szCs w:val="28"/>
        </w:rPr>
        <w:t xml:space="preserve"> Ұлы Дала даңғылына дейін, Ұлы Дала даңғылынан «Нұра-Есіл» каналымен Әл-Фараби даңғылындағы </w:t>
      </w:r>
      <w:r w:rsidRPr="00420D39">
        <w:rPr>
          <w:sz w:val="28"/>
          <w:szCs w:val="28"/>
        </w:rPr>
        <w:br/>
        <w:t>№ 44/1 үйге дейін.</w:t>
      </w:r>
    </w:p>
    <w:p w14:paraId="55BF081C" w14:textId="77777777" w:rsidR="00E72A3C" w:rsidRPr="00420D39" w:rsidRDefault="00E72A3C" w:rsidP="00E72A3C">
      <w:pPr>
        <w:jc w:val="both"/>
        <w:rPr>
          <w:sz w:val="28"/>
          <w:szCs w:val="28"/>
        </w:rPr>
      </w:pPr>
    </w:p>
    <w:p w14:paraId="1CA6FC55" w14:textId="77777777" w:rsidR="00E72A3C" w:rsidRPr="00420D39" w:rsidRDefault="00E72A3C" w:rsidP="00E72A3C">
      <w:pPr>
        <w:jc w:val="center"/>
        <w:rPr>
          <w:sz w:val="28"/>
          <w:szCs w:val="28"/>
        </w:rPr>
      </w:pPr>
      <w:r w:rsidRPr="00420D39">
        <w:rPr>
          <w:sz w:val="28"/>
          <w:szCs w:val="28"/>
        </w:rPr>
        <w:t>№ 185 сайлау учаскесі</w:t>
      </w:r>
    </w:p>
    <w:p w14:paraId="4D2AFA68" w14:textId="77777777" w:rsidR="00E72A3C" w:rsidRPr="00420D39" w:rsidRDefault="00E72A3C" w:rsidP="00E72A3C">
      <w:pPr>
        <w:jc w:val="center"/>
        <w:rPr>
          <w:sz w:val="28"/>
          <w:szCs w:val="28"/>
        </w:rPr>
      </w:pPr>
      <w:r w:rsidRPr="00420D39">
        <w:rPr>
          <w:sz w:val="28"/>
          <w:szCs w:val="28"/>
        </w:rPr>
        <w:t>(орталығы – Астана қаласы әкімдігінің «Жүсіпбек Аймауытұлы атындағы № 24 жалпы орта білім беретін мектеп» шаруашылық жүргізу құқығындағы мемлекеттік коммуналдық кәсіпорны, Арнасай көшесі, № 127)</w:t>
      </w:r>
    </w:p>
    <w:p w14:paraId="04D54419" w14:textId="77777777" w:rsidR="00E72A3C" w:rsidRPr="00420D39" w:rsidRDefault="00E72A3C" w:rsidP="00E72A3C">
      <w:pPr>
        <w:ind w:firstLine="567"/>
        <w:rPr>
          <w:sz w:val="28"/>
          <w:szCs w:val="28"/>
        </w:rPr>
      </w:pPr>
    </w:p>
    <w:p w14:paraId="04A21E2B" w14:textId="77777777" w:rsidR="00E72A3C" w:rsidRPr="00420D39" w:rsidRDefault="00E72A3C" w:rsidP="00E72A3C">
      <w:pPr>
        <w:ind w:firstLine="567"/>
        <w:jc w:val="both"/>
        <w:rPr>
          <w:sz w:val="28"/>
          <w:szCs w:val="28"/>
        </w:rPr>
      </w:pPr>
      <w:r w:rsidRPr="00420D39">
        <w:rPr>
          <w:sz w:val="28"/>
          <w:szCs w:val="28"/>
        </w:rPr>
        <w:t>Шекара</w:t>
      </w:r>
      <w:r w:rsidRPr="00420D39">
        <w:rPr>
          <w:sz w:val="28"/>
          <w:szCs w:val="28"/>
          <w:lang w:val="kk-KZ"/>
        </w:rPr>
        <w:t>с</w:t>
      </w:r>
      <w:r w:rsidRPr="00420D39">
        <w:rPr>
          <w:sz w:val="28"/>
          <w:szCs w:val="28"/>
        </w:rPr>
        <w:t>ы: Арнасай көшесінен бастап Жа</w:t>
      </w:r>
      <w:r w:rsidRPr="00420D39">
        <w:rPr>
          <w:sz w:val="28"/>
          <w:szCs w:val="28"/>
          <w:lang w:val="kk-KZ"/>
        </w:rPr>
        <w:t>ң</w:t>
      </w:r>
      <w:r w:rsidRPr="00420D39">
        <w:rPr>
          <w:sz w:val="28"/>
          <w:szCs w:val="28"/>
        </w:rPr>
        <w:t>адария көшесімен Қабанбай батыр даңғылына дейін, Қабанбай батыр даңғылымен Арнасай көшесіне дейін, Қабанбай батыр даңғылынан Арнасай көшесімен Жаңадария көшесіне дейін.</w:t>
      </w:r>
    </w:p>
    <w:p w14:paraId="5A6C1C1B" w14:textId="77777777" w:rsidR="00E72A3C" w:rsidRPr="00420D39" w:rsidRDefault="00E72A3C" w:rsidP="00E72A3C">
      <w:pPr>
        <w:ind w:firstLine="567"/>
        <w:rPr>
          <w:sz w:val="28"/>
          <w:szCs w:val="28"/>
        </w:rPr>
      </w:pPr>
    </w:p>
    <w:p w14:paraId="007F1267" w14:textId="77777777" w:rsidR="00E72A3C" w:rsidRPr="00814807" w:rsidRDefault="00E72A3C" w:rsidP="00E72A3C">
      <w:pPr>
        <w:jc w:val="center"/>
        <w:rPr>
          <w:sz w:val="28"/>
          <w:szCs w:val="28"/>
        </w:rPr>
      </w:pPr>
      <w:r w:rsidRPr="00814807">
        <w:rPr>
          <w:sz w:val="28"/>
          <w:szCs w:val="28"/>
        </w:rPr>
        <w:t xml:space="preserve">№ 186 сайлау учаскесі </w:t>
      </w:r>
    </w:p>
    <w:p w14:paraId="25F19DAF" w14:textId="77777777" w:rsidR="00E72A3C" w:rsidRPr="00814807" w:rsidRDefault="00E72A3C" w:rsidP="00E72A3C">
      <w:pPr>
        <w:jc w:val="center"/>
        <w:rPr>
          <w:sz w:val="28"/>
          <w:szCs w:val="28"/>
        </w:rPr>
      </w:pPr>
      <w:r w:rsidRPr="00814807">
        <w:rPr>
          <w:sz w:val="28"/>
          <w:szCs w:val="28"/>
        </w:rPr>
        <w:t>(орталығы – Астана қаласы әкімдігінің «№ 99 жалпы орта білім беретін мектеп» шаруашылық жүргізу құқығындағы мемлекеттік коммуналдық кәсіпорны, Қабанбай батыр даңғылы, № 38а)</w:t>
      </w:r>
    </w:p>
    <w:p w14:paraId="413B191E" w14:textId="77777777" w:rsidR="00E72A3C" w:rsidRPr="00814807" w:rsidRDefault="00E72A3C" w:rsidP="00E72A3C">
      <w:pPr>
        <w:ind w:firstLine="567"/>
        <w:rPr>
          <w:sz w:val="28"/>
          <w:szCs w:val="28"/>
        </w:rPr>
      </w:pPr>
    </w:p>
    <w:p w14:paraId="133F7160" w14:textId="77777777" w:rsidR="00E72A3C" w:rsidRPr="00420D39" w:rsidRDefault="00E72A3C" w:rsidP="00E72A3C">
      <w:pPr>
        <w:ind w:firstLine="567"/>
        <w:rPr>
          <w:sz w:val="28"/>
          <w:szCs w:val="28"/>
        </w:rPr>
      </w:pPr>
      <w:r w:rsidRPr="00814807">
        <w:rPr>
          <w:sz w:val="28"/>
          <w:szCs w:val="28"/>
        </w:rPr>
        <w:t>Шекарасы: Сығанақ көшесі, № 52, 52/1, 52/2, 54, 54а, 54/1</w:t>
      </w:r>
      <w:r w:rsidRPr="00814807">
        <w:rPr>
          <w:sz w:val="28"/>
          <w:szCs w:val="28"/>
          <w:lang w:val="kk-KZ"/>
        </w:rPr>
        <w:t xml:space="preserve"> </w:t>
      </w:r>
      <w:r w:rsidRPr="00814807">
        <w:rPr>
          <w:sz w:val="28"/>
          <w:szCs w:val="28"/>
        </w:rPr>
        <w:t>үйлер.</w:t>
      </w:r>
    </w:p>
    <w:p w14:paraId="03ED2707" w14:textId="77777777" w:rsidR="00E72A3C" w:rsidRPr="00420D39" w:rsidRDefault="00E72A3C" w:rsidP="00E72A3C">
      <w:pPr>
        <w:ind w:firstLine="567"/>
        <w:rPr>
          <w:sz w:val="28"/>
          <w:szCs w:val="28"/>
        </w:rPr>
      </w:pPr>
    </w:p>
    <w:p w14:paraId="3BFEDF08" w14:textId="77777777" w:rsidR="00E72A3C" w:rsidRPr="00814807" w:rsidRDefault="00E72A3C" w:rsidP="00E72A3C">
      <w:pPr>
        <w:jc w:val="center"/>
        <w:rPr>
          <w:sz w:val="28"/>
          <w:szCs w:val="32"/>
          <w:lang w:val="kk-KZ"/>
        </w:rPr>
      </w:pPr>
      <w:r w:rsidRPr="00814807">
        <w:rPr>
          <w:sz w:val="28"/>
          <w:szCs w:val="32"/>
          <w:lang w:val="kk-KZ"/>
        </w:rPr>
        <w:t>№ 485 сайлау учаскесі</w:t>
      </w:r>
    </w:p>
    <w:p w14:paraId="3BBF052E" w14:textId="77777777" w:rsidR="00E72A3C" w:rsidRPr="00814807" w:rsidRDefault="00E72A3C" w:rsidP="00E72A3C">
      <w:pPr>
        <w:jc w:val="center"/>
        <w:rPr>
          <w:sz w:val="28"/>
          <w:szCs w:val="32"/>
          <w:lang w:val="kk-KZ"/>
        </w:rPr>
      </w:pPr>
      <w:r w:rsidRPr="00814807">
        <w:rPr>
          <w:sz w:val="28"/>
          <w:szCs w:val="32"/>
          <w:lang w:val="kk-KZ"/>
        </w:rPr>
        <w:t xml:space="preserve">(орталығы – Астана қаласы әкімдігінің «Дінмұхамед Қонаев атындағы </w:t>
      </w:r>
      <w:r w:rsidRPr="00814807">
        <w:rPr>
          <w:sz w:val="28"/>
          <w:szCs w:val="32"/>
          <w:lang w:val="kk-KZ"/>
        </w:rPr>
        <w:br/>
        <w:t>№ 66 мектеп-лицей» шаруашылық жүргізу құқығындағы мемлекеттік коммуналдық кәсіпорны, Д. Қонаев көшесі, № 33/1)</w:t>
      </w:r>
    </w:p>
    <w:p w14:paraId="2A36964C" w14:textId="77777777" w:rsidR="00E72A3C" w:rsidRPr="00814807" w:rsidRDefault="00E72A3C" w:rsidP="00E72A3C">
      <w:pPr>
        <w:jc w:val="center"/>
        <w:rPr>
          <w:sz w:val="28"/>
          <w:szCs w:val="32"/>
          <w:lang w:val="kk-KZ"/>
        </w:rPr>
      </w:pPr>
    </w:p>
    <w:p w14:paraId="0B309A42" w14:textId="77777777" w:rsidR="00E72A3C" w:rsidRPr="00420D39" w:rsidRDefault="00E72A3C" w:rsidP="00E72A3C">
      <w:pPr>
        <w:ind w:firstLine="567"/>
        <w:jc w:val="both"/>
        <w:rPr>
          <w:sz w:val="28"/>
          <w:szCs w:val="32"/>
          <w:lang w:val="kk-KZ"/>
        </w:rPr>
      </w:pPr>
      <w:r w:rsidRPr="00814807">
        <w:rPr>
          <w:sz w:val="28"/>
          <w:szCs w:val="32"/>
          <w:lang w:val="kk-KZ"/>
        </w:rPr>
        <w:t>Шекарасы: Сарайшық көшесінен Түркістан көшесімен Достық көшесіне дейін, Достық көшесімен Ақмешіт көшесіне дейін, Ақмешіт көшесімен Д. Қонаев көшесіне дейін, Ақмешіт көшесінен Д. Қонаев көшесімен Д. Қонаев көшесіндегі № 29 үйдің соңына дейін, Д. Қонаев көшесіндегі № 29 үйден өтпе жолмен Сарайшық көшесіне дейін, Сарайшық көшесімен</w:t>
      </w:r>
      <w:r>
        <w:rPr>
          <w:sz w:val="28"/>
          <w:szCs w:val="32"/>
          <w:lang w:val="kk-KZ"/>
        </w:rPr>
        <w:t>,</w:t>
      </w:r>
      <w:r w:rsidRPr="00814807">
        <w:rPr>
          <w:sz w:val="28"/>
          <w:szCs w:val="32"/>
          <w:lang w:val="kk-KZ"/>
        </w:rPr>
        <w:t xml:space="preserve"> Сарайшық көшесіндегі № 36, 38 үйлерді қоса алғанда</w:t>
      </w:r>
      <w:r>
        <w:rPr>
          <w:sz w:val="28"/>
          <w:szCs w:val="32"/>
          <w:lang w:val="kk-KZ"/>
        </w:rPr>
        <w:t>,</w:t>
      </w:r>
      <w:r w:rsidRPr="00814807">
        <w:rPr>
          <w:sz w:val="28"/>
          <w:szCs w:val="32"/>
          <w:lang w:val="kk-KZ"/>
        </w:rPr>
        <w:t xml:space="preserve"> Түркістан көшесіне дейін.</w:t>
      </w:r>
    </w:p>
    <w:p w14:paraId="629A95BD" w14:textId="77777777" w:rsidR="00E72A3C" w:rsidRPr="00420D39" w:rsidRDefault="00E72A3C" w:rsidP="00E72A3C">
      <w:pPr>
        <w:ind w:firstLine="567"/>
        <w:rPr>
          <w:sz w:val="28"/>
          <w:szCs w:val="32"/>
          <w:lang w:val="kk-KZ"/>
        </w:rPr>
      </w:pPr>
    </w:p>
    <w:p w14:paraId="5F6F639A" w14:textId="77777777" w:rsidR="00E72A3C" w:rsidRPr="00420D39" w:rsidRDefault="00E72A3C" w:rsidP="00E72A3C">
      <w:pPr>
        <w:jc w:val="center"/>
        <w:rPr>
          <w:sz w:val="28"/>
          <w:szCs w:val="32"/>
          <w:lang w:val="kk-KZ"/>
        </w:rPr>
      </w:pPr>
      <w:r w:rsidRPr="00420D39">
        <w:rPr>
          <w:sz w:val="28"/>
          <w:szCs w:val="32"/>
          <w:lang w:val="kk-KZ"/>
        </w:rPr>
        <w:t>№ 486 сайлау учаскесі</w:t>
      </w:r>
    </w:p>
    <w:p w14:paraId="4F4CF305" w14:textId="77777777" w:rsidR="00E72A3C" w:rsidRPr="00420D39" w:rsidRDefault="00E72A3C" w:rsidP="00E72A3C">
      <w:pPr>
        <w:jc w:val="center"/>
        <w:rPr>
          <w:sz w:val="28"/>
          <w:szCs w:val="32"/>
          <w:lang w:val="kk-KZ"/>
        </w:rPr>
      </w:pPr>
      <w:r w:rsidRPr="00420D39">
        <w:rPr>
          <w:sz w:val="28"/>
          <w:szCs w:val="32"/>
          <w:lang w:val="kk-KZ"/>
        </w:rPr>
        <w:t>(орталығы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 Жошы хан көшесі, № 16)</w:t>
      </w:r>
    </w:p>
    <w:p w14:paraId="5613EC1E" w14:textId="77777777" w:rsidR="00E72A3C" w:rsidRPr="00420D39" w:rsidRDefault="00E72A3C" w:rsidP="00E72A3C">
      <w:pPr>
        <w:ind w:firstLine="567"/>
        <w:jc w:val="both"/>
        <w:rPr>
          <w:sz w:val="28"/>
          <w:szCs w:val="32"/>
          <w:lang w:val="kk-KZ"/>
        </w:rPr>
      </w:pPr>
    </w:p>
    <w:p w14:paraId="55562AEA" w14:textId="77777777" w:rsidR="00E72A3C" w:rsidRPr="00420D39" w:rsidRDefault="00E72A3C" w:rsidP="00E72A3C">
      <w:pPr>
        <w:ind w:firstLine="567"/>
        <w:jc w:val="both"/>
        <w:rPr>
          <w:sz w:val="28"/>
          <w:szCs w:val="32"/>
          <w:lang w:val="kk-KZ"/>
        </w:rPr>
      </w:pPr>
      <w:r w:rsidRPr="00420D39">
        <w:rPr>
          <w:sz w:val="28"/>
          <w:szCs w:val="32"/>
          <w:lang w:val="kk-KZ"/>
        </w:rPr>
        <w:t>Шекарасы: Орынбор көшесінен Ә. Бөкейхан көшесімен Ә. Бөкейхан көшесіндегі № 11а үйге дейін, Ә. Бөкейхан көшесінен өтпе жолмен Жиделі көшесіне дейін, Жиделі көшесімен Орынбор көшесіне дейін, Жиделі көшесінен Орынбор көшесімен Ә. Бөкейхан көшесіне дейін.</w:t>
      </w:r>
    </w:p>
    <w:p w14:paraId="65B9420D" w14:textId="77777777" w:rsidR="00E72A3C" w:rsidRDefault="00E72A3C" w:rsidP="00E72A3C">
      <w:pPr>
        <w:ind w:firstLine="567"/>
        <w:rPr>
          <w:sz w:val="28"/>
          <w:szCs w:val="32"/>
          <w:lang w:val="kk-KZ"/>
        </w:rPr>
      </w:pPr>
    </w:p>
    <w:p w14:paraId="326192D3" w14:textId="77777777" w:rsidR="001901EE" w:rsidRDefault="001901EE" w:rsidP="00E72A3C">
      <w:pPr>
        <w:jc w:val="center"/>
        <w:rPr>
          <w:sz w:val="28"/>
          <w:szCs w:val="32"/>
          <w:lang w:val="kk-KZ"/>
        </w:rPr>
      </w:pPr>
    </w:p>
    <w:p w14:paraId="0F27CDE8" w14:textId="3A643C14" w:rsidR="00E72A3C" w:rsidRPr="00420D39" w:rsidRDefault="00E72A3C" w:rsidP="00E72A3C">
      <w:pPr>
        <w:jc w:val="center"/>
        <w:rPr>
          <w:sz w:val="28"/>
          <w:szCs w:val="32"/>
          <w:lang w:val="kk-KZ"/>
        </w:rPr>
      </w:pPr>
      <w:r w:rsidRPr="00420D39">
        <w:rPr>
          <w:sz w:val="28"/>
          <w:szCs w:val="32"/>
          <w:lang w:val="kk-KZ"/>
        </w:rPr>
        <w:t>№ 487 сайлау учаскесі</w:t>
      </w:r>
    </w:p>
    <w:p w14:paraId="05130750" w14:textId="77777777" w:rsidR="00E72A3C" w:rsidRPr="00420D39" w:rsidRDefault="00E72A3C" w:rsidP="00E72A3C">
      <w:pPr>
        <w:jc w:val="center"/>
        <w:rPr>
          <w:sz w:val="28"/>
          <w:szCs w:val="32"/>
          <w:lang w:val="kk-KZ"/>
        </w:rPr>
      </w:pPr>
      <w:r w:rsidRPr="00420D39">
        <w:rPr>
          <w:sz w:val="28"/>
          <w:szCs w:val="32"/>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460C4D39" w14:textId="77777777" w:rsidR="00E72A3C" w:rsidRPr="00420D39" w:rsidRDefault="00E72A3C" w:rsidP="00E72A3C">
      <w:pPr>
        <w:ind w:firstLine="567"/>
        <w:jc w:val="both"/>
        <w:rPr>
          <w:sz w:val="28"/>
          <w:szCs w:val="32"/>
          <w:lang w:val="kk-KZ"/>
        </w:rPr>
      </w:pPr>
    </w:p>
    <w:p w14:paraId="60FB5048" w14:textId="77777777" w:rsidR="00E72A3C" w:rsidRPr="00420D39" w:rsidRDefault="00E72A3C" w:rsidP="00E72A3C">
      <w:pPr>
        <w:ind w:firstLine="567"/>
        <w:jc w:val="both"/>
        <w:rPr>
          <w:sz w:val="28"/>
          <w:szCs w:val="32"/>
          <w:lang w:val="kk-KZ"/>
        </w:rPr>
      </w:pPr>
      <w:r w:rsidRPr="00420D39">
        <w:rPr>
          <w:sz w:val="28"/>
          <w:szCs w:val="32"/>
          <w:lang w:val="kk-KZ"/>
        </w:rPr>
        <w:t>Шекарасы: Бұқар жырау көшесіндегі № 27, 31, 33, 33/1 үйлер, Әл-Фараби даңғылындағы № 11, 11/1 үйлер.</w:t>
      </w:r>
    </w:p>
    <w:p w14:paraId="2443CC6D" w14:textId="77777777" w:rsidR="00E72A3C" w:rsidRPr="00420D39" w:rsidRDefault="00E72A3C" w:rsidP="00E72A3C">
      <w:pPr>
        <w:ind w:firstLine="567"/>
        <w:rPr>
          <w:sz w:val="28"/>
          <w:szCs w:val="32"/>
          <w:lang w:val="kk-KZ"/>
        </w:rPr>
      </w:pPr>
    </w:p>
    <w:p w14:paraId="58062526" w14:textId="77777777" w:rsidR="00E72A3C" w:rsidRPr="00814807" w:rsidRDefault="00E72A3C" w:rsidP="00E72A3C">
      <w:pPr>
        <w:jc w:val="center"/>
        <w:rPr>
          <w:sz w:val="28"/>
          <w:szCs w:val="32"/>
          <w:lang w:val="kk-KZ"/>
        </w:rPr>
      </w:pPr>
      <w:r w:rsidRPr="00814807">
        <w:rPr>
          <w:sz w:val="28"/>
          <w:szCs w:val="32"/>
          <w:lang w:val="kk-KZ"/>
        </w:rPr>
        <w:t>№ 488 сайлау учаскесі</w:t>
      </w:r>
    </w:p>
    <w:p w14:paraId="7ECBFB71" w14:textId="77777777" w:rsidR="00E72A3C" w:rsidRPr="00814807" w:rsidRDefault="00E72A3C" w:rsidP="00E72A3C">
      <w:pPr>
        <w:jc w:val="center"/>
        <w:rPr>
          <w:sz w:val="28"/>
          <w:szCs w:val="32"/>
          <w:lang w:val="kk-KZ"/>
        </w:rPr>
      </w:pPr>
      <w:r w:rsidRPr="00814807">
        <w:rPr>
          <w:sz w:val="28"/>
          <w:szCs w:val="32"/>
          <w:lang w:val="kk-KZ"/>
        </w:rPr>
        <w:t>(орталығы – Астана қаласы әкімдігінің «№ 109 жалпы орта білім беретін мектеп» коммуналдық мемлекеттік мекемесі, Е669 көше, № 6)</w:t>
      </w:r>
    </w:p>
    <w:p w14:paraId="727A19AE" w14:textId="77777777" w:rsidR="00E72A3C" w:rsidRPr="00814807" w:rsidRDefault="00E72A3C" w:rsidP="00E72A3C">
      <w:pPr>
        <w:jc w:val="center"/>
        <w:rPr>
          <w:sz w:val="28"/>
          <w:szCs w:val="32"/>
          <w:lang w:val="kk-KZ"/>
        </w:rPr>
      </w:pPr>
    </w:p>
    <w:p w14:paraId="51381D53" w14:textId="77777777" w:rsidR="00E72A3C" w:rsidRPr="00420D39" w:rsidRDefault="00E72A3C" w:rsidP="00E72A3C">
      <w:pPr>
        <w:ind w:firstLine="567"/>
        <w:jc w:val="both"/>
        <w:rPr>
          <w:sz w:val="28"/>
          <w:szCs w:val="32"/>
          <w:lang w:val="kk-KZ"/>
        </w:rPr>
      </w:pPr>
      <w:r w:rsidRPr="00814807">
        <w:rPr>
          <w:sz w:val="28"/>
          <w:szCs w:val="32"/>
          <w:lang w:val="kk-KZ"/>
        </w:rPr>
        <w:t xml:space="preserve">Шекарасы: </w:t>
      </w:r>
      <w:r>
        <w:rPr>
          <w:sz w:val="28"/>
          <w:szCs w:val="32"/>
          <w:lang w:val="kk-KZ"/>
        </w:rPr>
        <w:t>Е825 көше</w:t>
      </w:r>
      <w:r w:rsidRPr="00814807">
        <w:rPr>
          <w:sz w:val="28"/>
          <w:szCs w:val="32"/>
          <w:lang w:val="kk-KZ"/>
        </w:rPr>
        <w:t xml:space="preserve">мен Ш. Мұртаза көшесінен Әл-Фараби даңғылына дейін, Әл-Фараби даңғылынан «Нұра-Есіл» каналына дейін, </w:t>
      </w:r>
      <w:r>
        <w:rPr>
          <w:sz w:val="28"/>
          <w:szCs w:val="32"/>
          <w:lang w:val="kk-KZ"/>
        </w:rPr>
        <w:br/>
      </w:r>
      <w:r w:rsidRPr="00814807">
        <w:rPr>
          <w:sz w:val="28"/>
          <w:szCs w:val="32"/>
          <w:lang w:val="kk-KZ"/>
        </w:rPr>
        <w:t>«Н</w:t>
      </w:r>
      <w:r>
        <w:rPr>
          <w:sz w:val="28"/>
          <w:szCs w:val="32"/>
          <w:lang w:val="kk-KZ"/>
        </w:rPr>
        <w:t>ұра-Есіл» каналымен Е509 көшеге дейін, Е509 көшем</w:t>
      </w:r>
      <w:r w:rsidRPr="00814807">
        <w:rPr>
          <w:sz w:val="28"/>
          <w:szCs w:val="32"/>
          <w:lang w:val="kk-KZ"/>
        </w:rPr>
        <w:t xml:space="preserve">ен Ш. Мұртаза көшесіне дейін, </w:t>
      </w:r>
      <w:r>
        <w:rPr>
          <w:sz w:val="28"/>
          <w:szCs w:val="32"/>
          <w:lang w:val="kk-KZ"/>
        </w:rPr>
        <w:t>Ш. Мұртаза көшесімен Е509 көшеден, Е509 көшедегі № 11 үйді және Е915 көше</w:t>
      </w:r>
      <w:r w:rsidRPr="00814807">
        <w:rPr>
          <w:sz w:val="28"/>
          <w:szCs w:val="32"/>
          <w:lang w:val="kk-KZ"/>
        </w:rPr>
        <w:t xml:space="preserve">дегі </w:t>
      </w:r>
      <w:r>
        <w:rPr>
          <w:sz w:val="28"/>
          <w:szCs w:val="32"/>
          <w:lang w:val="kk-KZ"/>
        </w:rPr>
        <w:t>№ 9 үйді қоспағанда, Е825 көшег</w:t>
      </w:r>
      <w:r w:rsidRPr="00814807">
        <w:rPr>
          <w:sz w:val="28"/>
          <w:szCs w:val="32"/>
          <w:lang w:val="kk-KZ"/>
        </w:rPr>
        <w:t>е дейін.</w:t>
      </w:r>
    </w:p>
    <w:p w14:paraId="70C9CF64" w14:textId="77777777" w:rsidR="00E72A3C" w:rsidRPr="00420D39" w:rsidRDefault="00E72A3C" w:rsidP="00E72A3C">
      <w:pPr>
        <w:ind w:firstLine="567"/>
        <w:rPr>
          <w:sz w:val="28"/>
          <w:szCs w:val="32"/>
          <w:lang w:val="kk-KZ"/>
        </w:rPr>
      </w:pPr>
    </w:p>
    <w:p w14:paraId="09263228" w14:textId="77777777" w:rsidR="00E72A3C" w:rsidRPr="00704466" w:rsidRDefault="00E72A3C" w:rsidP="00E72A3C">
      <w:pPr>
        <w:jc w:val="center"/>
        <w:rPr>
          <w:sz w:val="28"/>
          <w:szCs w:val="32"/>
          <w:lang w:val="kk-KZ"/>
        </w:rPr>
      </w:pPr>
      <w:r w:rsidRPr="00704466">
        <w:rPr>
          <w:sz w:val="28"/>
          <w:szCs w:val="32"/>
          <w:lang w:val="kk-KZ"/>
        </w:rPr>
        <w:t>№ 489 сайлау учаскесі</w:t>
      </w:r>
    </w:p>
    <w:p w14:paraId="195EE1B4" w14:textId="77777777" w:rsidR="00E72A3C" w:rsidRPr="00704466" w:rsidRDefault="00E72A3C" w:rsidP="00E72A3C">
      <w:pPr>
        <w:jc w:val="center"/>
        <w:rPr>
          <w:sz w:val="28"/>
          <w:szCs w:val="32"/>
          <w:lang w:val="kk-KZ"/>
        </w:rPr>
      </w:pPr>
      <w:r w:rsidRPr="00704466">
        <w:rPr>
          <w:sz w:val="28"/>
          <w:szCs w:val="32"/>
          <w:lang w:val="kk-KZ"/>
        </w:rPr>
        <w:t>(орталығы – Астана қаласы әкімдігінің «№ 108 жалпы орта білім беретін мектеп» коммуналдық мемлекеттік мекемесі, Е117 көшесі, № 40а)</w:t>
      </w:r>
    </w:p>
    <w:p w14:paraId="68058091" w14:textId="77777777" w:rsidR="00E72A3C" w:rsidRPr="00704466" w:rsidRDefault="00E72A3C" w:rsidP="00E72A3C">
      <w:pPr>
        <w:jc w:val="center"/>
        <w:rPr>
          <w:sz w:val="28"/>
          <w:szCs w:val="32"/>
          <w:lang w:val="kk-KZ"/>
        </w:rPr>
      </w:pPr>
    </w:p>
    <w:p w14:paraId="36223423" w14:textId="77777777" w:rsidR="00E72A3C" w:rsidRPr="00704466" w:rsidRDefault="00E72A3C" w:rsidP="00E72A3C">
      <w:pPr>
        <w:ind w:firstLine="567"/>
        <w:jc w:val="both"/>
        <w:rPr>
          <w:sz w:val="28"/>
          <w:szCs w:val="32"/>
          <w:lang w:val="kk-KZ"/>
        </w:rPr>
      </w:pPr>
      <w:r w:rsidRPr="00704466">
        <w:rPr>
          <w:sz w:val="28"/>
          <w:szCs w:val="32"/>
          <w:lang w:val="kk-KZ"/>
        </w:rPr>
        <w:t>Шекарасы: Ш. Мұртаза көшесіме</w:t>
      </w:r>
      <w:r>
        <w:rPr>
          <w:sz w:val="28"/>
          <w:szCs w:val="32"/>
          <w:lang w:val="kk-KZ"/>
        </w:rPr>
        <w:t>н Ұлы Дала даңғылынан Е825 көшеге дейін, Е825 көше</w:t>
      </w:r>
      <w:r w:rsidRPr="00704466">
        <w:rPr>
          <w:sz w:val="28"/>
          <w:szCs w:val="32"/>
          <w:lang w:val="kk-KZ"/>
        </w:rPr>
        <w:t xml:space="preserve">мен Әл-Фараби даңғылындағы № 44/1 үйге дейін, </w:t>
      </w:r>
      <w:r>
        <w:rPr>
          <w:sz w:val="28"/>
          <w:szCs w:val="32"/>
          <w:lang w:val="kk-KZ"/>
        </w:rPr>
        <w:br/>
      </w:r>
      <w:r w:rsidRPr="00704466">
        <w:rPr>
          <w:sz w:val="28"/>
          <w:szCs w:val="32"/>
          <w:lang w:val="kk-KZ"/>
        </w:rPr>
        <w:t>Әл-Фараби даңғылындағы № 44/1 үйден «Нұра-Есіл» каналымен Қабанбай батыр даңғылына дейін, Қабанбай батыр даңғылының жұп сандар жағымен «Есіл» ауданының шекарасына дейін, «Есіл» ауданының шекарасынан Ш</w:t>
      </w:r>
      <w:r>
        <w:rPr>
          <w:sz w:val="28"/>
          <w:szCs w:val="32"/>
          <w:lang w:val="kk-KZ"/>
        </w:rPr>
        <w:t>. Мұртаза көшесімен Е117 көшеге дейін, Е117 көше</w:t>
      </w:r>
      <w:r w:rsidRPr="00704466">
        <w:rPr>
          <w:sz w:val="28"/>
          <w:szCs w:val="32"/>
          <w:lang w:val="kk-KZ"/>
        </w:rPr>
        <w:t>мен Ұлы Дала даңғылына дейін, Ұлы Дала даңғылынан Ш. Мұртаза көшесіне дейін.</w:t>
      </w:r>
    </w:p>
    <w:p w14:paraId="5936E70C" w14:textId="77777777" w:rsidR="00E72A3C" w:rsidRDefault="00E72A3C" w:rsidP="00E72A3C">
      <w:pPr>
        <w:jc w:val="center"/>
        <w:rPr>
          <w:sz w:val="28"/>
          <w:szCs w:val="32"/>
          <w:lang w:val="kk-KZ"/>
        </w:rPr>
      </w:pPr>
    </w:p>
    <w:p w14:paraId="2A4AAA60" w14:textId="77777777" w:rsidR="00E72A3C" w:rsidRPr="00814807" w:rsidRDefault="00E72A3C" w:rsidP="00E72A3C">
      <w:pPr>
        <w:jc w:val="center"/>
        <w:rPr>
          <w:sz w:val="28"/>
          <w:szCs w:val="32"/>
          <w:lang w:val="kk-KZ"/>
        </w:rPr>
      </w:pPr>
      <w:r w:rsidRPr="00814807">
        <w:rPr>
          <w:sz w:val="28"/>
          <w:szCs w:val="32"/>
          <w:lang w:val="kk-KZ"/>
        </w:rPr>
        <w:t>№ 490 сайлау учаскесі</w:t>
      </w:r>
    </w:p>
    <w:p w14:paraId="0D76F7C0" w14:textId="77777777" w:rsidR="00E72A3C" w:rsidRPr="00814807" w:rsidRDefault="00E72A3C" w:rsidP="00E72A3C">
      <w:pPr>
        <w:jc w:val="center"/>
        <w:rPr>
          <w:sz w:val="28"/>
          <w:szCs w:val="32"/>
          <w:lang w:val="kk-KZ"/>
        </w:rPr>
      </w:pPr>
      <w:r w:rsidRPr="00814807">
        <w:rPr>
          <w:sz w:val="28"/>
          <w:szCs w:val="32"/>
          <w:lang w:val="kk-KZ"/>
        </w:rPr>
        <w:t xml:space="preserve">(орталығы – Астана қаласы әкімдігінің «Қадыр Мырза Әлі атындағы </w:t>
      </w:r>
      <w:r w:rsidRPr="00814807">
        <w:rPr>
          <w:sz w:val="28"/>
          <w:szCs w:val="32"/>
          <w:lang w:val="kk-KZ"/>
        </w:rPr>
        <w:br/>
        <w:t>№ 88 мектеп-лицей» шаруашылық жүргізу құқығындағы мемлекеттік к</w:t>
      </w:r>
      <w:r>
        <w:rPr>
          <w:sz w:val="28"/>
          <w:szCs w:val="32"/>
          <w:lang w:val="kk-KZ"/>
        </w:rPr>
        <w:t>оммуналдық кәсіпорны, Е321 көше</w:t>
      </w:r>
      <w:r w:rsidRPr="00814807">
        <w:rPr>
          <w:sz w:val="28"/>
          <w:szCs w:val="32"/>
          <w:lang w:val="kk-KZ"/>
        </w:rPr>
        <w:t>, № 18)</w:t>
      </w:r>
    </w:p>
    <w:p w14:paraId="280B302E" w14:textId="77777777" w:rsidR="00E72A3C" w:rsidRPr="00814807" w:rsidRDefault="00E72A3C" w:rsidP="00E72A3C">
      <w:pPr>
        <w:jc w:val="center"/>
        <w:rPr>
          <w:sz w:val="28"/>
          <w:szCs w:val="32"/>
          <w:lang w:val="kk-KZ"/>
        </w:rPr>
      </w:pPr>
    </w:p>
    <w:p w14:paraId="50442DBA" w14:textId="77777777" w:rsidR="00E72A3C" w:rsidRPr="006C7562" w:rsidRDefault="00E72A3C" w:rsidP="00E72A3C">
      <w:pPr>
        <w:ind w:firstLine="567"/>
        <w:jc w:val="both"/>
        <w:rPr>
          <w:sz w:val="28"/>
          <w:szCs w:val="32"/>
          <w:lang w:val="kk-KZ"/>
        </w:rPr>
      </w:pPr>
      <w:r w:rsidRPr="00814807">
        <w:rPr>
          <w:sz w:val="28"/>
          <w:szCs w:val="32"/>
          <w:lang w:val="kk-KZ"/>
        </w:rPr>
        <w:t>Шекарасы: Хусейн бен Талал көшесінен «Нұра-Есіл» каналымен Мәңгілік Ел даңғылына дейін, Мәң</w:t>
      </w:r>
      <w:r>
        <w:rPr>
          <w:sz w:val="28"/>
          <w:szCs w:val="32"/>
          <w:lang w:val="kk-KZ"/>
        </w:rPr>
        <w:t>гілік Ел даңғылымен Е319 көшег</w:t>
      </w:r>
      <w:r w:rsidRPr="00814807">
        <w:rPr>
          <w:sz w:val="28"/>
          <w:szCs w:val="32"/>
          <w:lang w:val="kk-KZ"/>
        </w:rPr>
        <w:t>е дей</w:t>
      </w:r>
      <w:r>
        <w:rPr>
          <w:sz w:val="28"/>
          <w:szCs w:val="32"/>
          <w:lang w:val="kk-KZ"/>
        </w:rPr>
        <w:t>ін, Е319 көше</w:t>
      </w:r>
      <w:r w:rsidRPr="00814807">
        <w:rPr>
          <w:sz w:val="28"/>
          <w:szCs w:val="32"/>
          <w:lang w:val="kk-KZ"/>
        </w:rPr>
        <w:t xml:space="preserve">мен Н. Тесла көшесіне дейін, Н. Тесла көшесімен Әл-Фараби даңғылына дейін, </w:t>
      </w:r>
      <w:r>
        <w:rPr>
          <w:sz w:val="28"/>
          <w:szCs w:val="32"/>
          <w:lang w:val="kk-KZ"/>
        </w:rPr>
        <w:br/>
      </w:r>
      <w:r w:rsidRPr="00814807">
        <w:rPr>
          <w:sz w:val="28"/>
          <w:szCs w:val="32"/>
          <w:lang w:val="kk-KZ"/>
        </w:rPr>
        <w:t>Әл-Фараби даңғылымен</w:t>
      </w:r>
      <w:r>
        <w:rPr>
          <w:sz w:val="28"/>
          <w:szCs w:val="32"/>
          <w:lang w:val="kk-KZ"/>
        </w:rPr>
        <w:t>, Е319 көше</w:t>
      </w:r>
      <w:r w:rsidRPr="00814807">
        <w:rPr>
          <w:sz w:val="28"/>
          <w:szCs w:val="32"/>
          <w:lang w:val="kk-KZ"/>
        </w:rPr>
        <w:t>дегі № 2а, 2б үйлерді қоса алғанда</w:t>
      </w:r>
      <w:r>
        <w:rPr>
          <w:sz w:val="28"/>
          <w:szCs w:val="32"/>
          <w:lang w:val="kk-KZ"/>
        </w:rPr>
        <w:t>,</w:t>
      </w:r>
      <w:r w:rsidRPr="00814807">
        <w:rPr>
          <w:sz w:val="28"/>
          <w:szCs w:val="32"/>
          <w:lang w:val="kk-KZ"/>
        </w:rPr>
        <w:t xml:space="preserve"> </w:t>
      </w:r>
      <w:r>
        <w:rPr>
          <w:sz w:val="28"/>
          <w:szCs w:val="32"/>
          <w:lang w:val="kk-KZ"/>
        </w:rPr>
        <w:br/>
      </w:r>
      <w:r w:rsidRPr="00814807">
        <w:rPr>
          <w:sz w:val="28"/>
          <w:szCs w:val="32"/>
          <w:lang w:val="kk-KZ"/>
        </w:rPr>
        <w:t>Хусейн бен Талал көшесіне дейін.</w:t>
      </w:r>
    </w:p>
    <w:p w14:paraId="629B0A51" w14:textId="714437FC" w:rsidR="00E72A3C" w:rsidRPr="006C7562" w:rsidRDefault="00E72A3C" w:rsidP="00E72A3C">
      <w:pPr>
        <w:spacing w:after="160" w:line="259" w:lineRule="auto"/>
        <w:rPr>
          <w:sz w:val="28"/>
          <w:szCs w:val="32"/>
          <w:lang w:val="kk-KZ"/>
        </w:rPr>
      </w:pPr>
    </w:p>
    <w:p w14:paraId="70E7A5C8" w14:textId="77777777" w:rsidR="00E72A3C" w:rsidRPr="00420D39" w:rsidRDefault="00E72A3C" w:rsidP="00E72A3C">
      <w:pPr>
        <w:jc w:val="center"/>
        <w:rPr>
          <w:sz w:val="28"/>
          <w:szCs w:val="32"/>
          <w:lang w:val="kk-KZ"/>
        </w:rPr>
      </w:pPr>
      <w:r w:rsidRPr="00420D39">
        <w:rPr>
          <w:sz w:val="28"/>
          <w:szCs w:val="32"/>
          <w:lang w:val="kk-KZ"/>
        </w:rPr>
        <w:t>№ 491 сайлау учаскесі</w:t>
      </w:r>
    </w:p>
    <w:p w14:paraId="01CFDA21" w14:textId="77777777" w:rsidR="00E72A3C" w:rsidRPr="00420D39" w:rsidRDefault="00E72A3C" w:rsidP="00E72A3C">
      <w:pPr>
        <w:jc w:val="center"/>
        <w:rPr>
          <w:sz w:val="28"/>
          <w:szCs w:val="32"/>
          <w:lang w:val="kk-KZ"/>
        </w:rPr>
      </w:pPr>
      <w:r w:rsidRPr="00420D39">
        <w:rPr>
          <w:sz w:val="28"/>
          <w:szCs w:val="32"/>
          <w:lang w:val="kk-KZ"/>
        </w:rPr>
        <w:t xml:space="preserve">(орталығы – «Білім-Инновация» мектеп-лицейі, </w:t>
      </w:r>
    </w:p>
    <w:p w14:paraId="1DEFC9D4" w14:textId="77777777" w:rsidR="00E72A3C" w:rsidRPr="00420D39" w:rsidRDefault="00E72A3C" w:rsidP="00E72A3C">
      <w:pPr>
        <w:jc w:val="center"/>
        <w:rPr>
          <w:sz w:val="28"/>
          <w:szCs w:val="32"/>
          <w:lang w:val="kk-KZ"/>
        </w:rPr>
      </w:pPr>
      <w:r w:rsidRPr="00420D39">
        <w:rPr>
          <w:sz w:val="28"/>
          <w:szCs w:val="32"/>
          <w:lang w:val="kk-KZ"/>
        </w:rPr>
        <w:t>Т. Рысқұлов көшесі, № 14)</w:t>
      </w:r>
    </w:p>
    <w:p w14:paraId="131E9972" w14:textId="77777777" w:rsidR="00E72A3C" w:rsidRPr="00420D39" w:rsidRDefault="00E72A3C" w:rsidP="00E72A3C">
      <w:pPr>
        <w:jc w:val="center"/>
        <w:rPr>
          <w:sz w:val="28"/>
          <w:szCs w:val="32"/>
          <w:lang w:val="kk-KZ"/>
        </w:rPr>
      </w:pPr>
    </w:p>
    <w:p w14:paraId="17F16336" w14:textId="77777777" w:rsidR="00E72A3C" w:rsidRPr="00420D39" w:rsidRDefault="00E72A3C" w:rsidP="00E72A3C">
      <w:pPr>
        <w:ind w:firstLine="567"/>
        <w:jc w:val="both"/>
        <w:rPr>
          <w:sz w:val="28"/>
          <w:szCs w:val="32"/>
          <w:lang w:val="kk-KZ"/>
        </w:rPr>
      </w:pPr>
      <w:r w:rsidRPr="00420D39">
        <w:rPr>
          <w:sz w:val="28"/>
          <w:szCs w:val="32"/>
          <w:lang w:val="kk-KZ"/>
        </w:rPr>
        <w:t>Шекарасы: Ә. Бөкейхан көшесі, № 25в, 25г, 27/2, 27/3, 29/2, 29б үйлерді қоса алғанда.</w:t>
      </w:r>
    </w:p>
    <w:p w14:paraId="2277DC52" w14:textId="77777777" w:rsidR="00E72A3C" w:rsidRPr="00420D39" w:rsidRDefault="00E72A3C" w:rsidP="00E72A3C">
      <w:pPr>
        <w:ind w:firstLine="567"/>
        <w:rPr>
          <w:sz w:val="28"/>
          <w:szCs w:val="32"/>
          <w:lang w:val="kk-KZ"/>
        </w:rPr>
      </w:pPr>
    </w:p>
    <w:p w14:paraId="6B4BF720" w14:textId="77777777" w:rsidR="00E72A3C" w:rsidRPr="00420D39" w:rsidRDefault="00E72A3C" w:rsidP="00E72A3C">
      <w:pPr>
        <w:jc w:val="center"/>
        <w:rPr>
          <w:sz w:val="28"/>
          <w:szCs w:val="32"/>
          <w:lang w:val="kk-KZ"/>
        </w:rPr>
      </w:pPr>
      <w:r w:rsidRPr="00420D39">
        <w:rPr>
          <w:sz w:val="28"/>
          <w:szCs w:val="32"/>
          <w:lang w:val="kk-KZ"/>
        </w:rPr>
        <w:t>№ 492 сайлау учаскесі</w:t>
      </w:r>
    </w:p>
    <w:p w14:paraId="5C546F73" w14:textId="77777777" w:rsidR="00E72A3C" w:rsidRPr="00420D39" w:rsidRDefault="00E72A3C" w:rsidP="00E72A3C">
      <w:pPr>
        <w:jc w:val="center"/>
        <w:rPr>
          <w:sz w:val="28"/>
          <w:szCs w:val="32"/>
          <w:lang w:val="kk-KZ"/>
        </w:rPr>
      </w:pPr>
      <w:r w:rsidRPr="00420D39">
        <w:rPr>
          <w:sz w:val="28"/>
          <w:szCs w:val="32"/>
          <w:lang w:val="kk-KZ"/>
        </w:rPr>
        <w:t xml:space="preserve">(орталығы – «BINOM EDUCATION» жауапкершілігі шектеулі серіктестігінің Әбіш Кекілбаев атындағы «Binom school» мектеп-лицейі, </w:t>
      </w:r>
      <w:r w:rsidRPr="00420D39">
        <w:rPr>
          <w:sz w:val="28"/>
          <w:szCs w:val="32"/>
          <w:lang w:val="kk-KZ"/>
        </w:rPr>
        <w:br/>
        <w:t>Т. Рысқұлов көшесі, № 20)</w:t>
      </w:r>
    </w:p>
    <w:p w14:paraId="2E446D1D" w14:textId="77777777" w:rsidR="00E72A3C" w:rsidRPr="00420D39" w:rsidRDefault="00E72A3C" w:rsidP="00E72A3C">
      <w:pPr>
        <w:jc w:val="center"/>
        <w:rPr>
          <w:sz w:val="28"/>
          <w:szCs w:val="32"/>
          <w:lang w:val="kk-KZ"/>
        </w:rPr>
      </w:pPr>
    </w:p>
    <w:p w14:paraId="121ABF50" w14:textId="77777777" w:rsidR="00E72A3C" w:rsidRPr="00420D39" w:rsidRDefault="00E72A3C" w:rsidP="00E72A3C">
      <w:pPr>
        <w:ind w:firstLine="567"/>
        <w:jc w:val="both"/>
        <w:rPr>
          <w:sz w:val="28"/>
          <w:szCs w:val="32"/>
          <w:lang w:val="kk-KZ"/>
        </w:rPr>
      </w:pPr>
      <w:r w:rsidRPr="00420D39">
        <w:rPr>
          <w:sz w:val="28"/>
          <w:szCs w:val="32"/>
          <w:lang w:val="kk-KZ"/>
        </w:rPr>
        <w:t xml:space="preserve">Шекарасы: Қ. Қайсенов көшесінен Хусейн бен Талал көшесімен Әл-Фараби даңғылына дейін, Әл-Фараби даңғылымен Ф. Оңғарсынова көшесіне дейін, </w:t>
      </w:r>
      <w:r w:rsidRPr="00420D39">
        <w:rPr>
          <w:sz w:val="28"/>
          <w:szCs w:val="32"/>
          <w:lang w:val="kk-KZ"/>
        </w:rPr>
        <w:br/>
        <w:t>Әл-Фараби даңғылынан Қ. Қайсенов көшесімен Хусейн бен Талал көшесіне дейін.</w:t>
      </w:r>
    </w:p>
    <w:p w14:paraId="272A285F" w14:textId="77777777" w:rsidR="00E72A3C" w:rsidRPr="00420D39" w:rsidRDefault="00E72A3C" w:rsidP="00E72A3C">
      <w:pPr>
        <w:ind w:firstLine="567"/>
        <w:jc w:val="both"/>
        <w:rPr>
          <w:sz w:val="28"/>
          <w:szCs w:val="32"/>
          <w:lang w:val="kk-KZ"/>
        </w:rPr>
      </w:pPr>
    </w:p>
    <w:p w14:paraId="175B82DB" w14:textId="77777777" w:rsidR="00E72A3C" w:rsidRPr="00420D39" w:rsidRDefault="00E72A3C" w:rsidP="00E72A3C">
      <w:pPr>
        <w:jc w:val="center"/>
        <w:rPr>
          <w:sz w:val="28"/>
          <w:szCs w:val="28"/>
          <w:lang w:val="kk-KZ"/>
        </w:rPr>
      </w:pPr>
      <w:r w:rsidRPr="00420D39">
        <w:rPr>
          <w:sz w:val="28"/>
          <w:szCs w:val="28"/>
          <w:lang w:val="kk-KZ"/>
        </w:rPr>
        <w:t>№ 513 сайлау учаскесі</w:t>
      </w:r>
    </w:p>
    <w:p w14:paraId="2CB7C3D5" w14:textId="77777777" w:rsidR="00E72A3C" w:rsidRPr="00420D39" w:rsidRDefault="00E72A3C" w:rsidP="00E72A3C">
      <w:pPr>
        <w:jc w:val="center"/>
        <w:rPr>
          <w:sz w:val="28"/>
          <w:szCs w:val="28"/>
          <w:lang w:val="kk-KZ"/>
        </w:rPr>
      </w:pPr>
      <w:r w:rsidRPr="00420D39">
        <w:rPr>
          <w:sz w:val="28"/>
          <w:szCs w:val="28"/>
          <w:lang w:val="kk-KZ"/>
        </w:rPr>
        <w:t>(орталығы – «BINOM EDUCATION» жауапкершілігі шектеулі серіктестігінің Қадыр Мырза Әлі атындағы «Binom school» мектеп-лицейі,</w:t>
      </w:r>
    </w:p>
    <w:p w14:paraId="20E085AB" w14:textId="77777777" w:rsidR="00E72A3C" w:rsidRPr="00420D39" w:rsidRDefault="00E72A3C" w:rsidP="00E72A3C">
      <w:pPr>
        <w:jc w:val="center"/>
        <w:rPr>
          <w:sz w:val="28"/>
          <w:szCs w:val="28"/>
          <w:lang w:val="kk-KZ"/>
        </w:rPr>
      </w:pPr>
      <w:r w:rsidRPr="00420D39">
        <w:rPr>
          <w:sz w:val="28"/>
          <w:szCs w:val="28"/>
          <w:lang w:val="kk-KZ"/>
        </w:rPr>
        <w:t>Әл-Фараби даңғылы, № 9/5)</w:t>
      </w:r>
    </w:p>
    <w:p w14:paraId="6074A8F1" w14:textId="77777777" w:rsidR="00E72A3C" w:rsidRPr="00420D39" w:rsidRDefault="00E72A3C" w:rsidP="00E72A3C">
      <w:pPr>
        <w:jc w:val="center"/>
        <w:rPr>
          <w:sz w:val="28"/>
          <w:szCs w:val="28"/>
          <w:lang w:val="kk-KZ"/>
        </w:rPr>
      </w:pPr>
    </w:p>
    <w:p w14:paraId="76820BC0" w14:textId="77777777" w:rsidR="00E72A3C" w:rsidRPr="00420D39" w:rsidRDefault="00E72A3C" w:rsidP="00E72A3C">
      <w:pPr>
        <w:ind w:firstLine="567"/>
        <w:rPr>
          <w:sz w:val="28"/>
          <w:szCs w:val="28"/>
          <w:lang w:val="kk-KZ"/>
        </w:rPr>
      </w:pPr>
      <w:r w:rsidRPr="00420D39">
        <w:rPr>
          <w:sz w:val="28"/>
          <w:szCs w:val="28"/>
          <w:lang w:val="kk-KZ"/>
        </w:rPr>
        <w:t>Шекарасы:</w:t>
      </w:r>
      <w:r w:rsidRPr="00420D39">
        <w:rPr>
          <w:lang w:val="kk-KZ"/>
        </w:rPr>
        <w:t xml:space="preserve"> </w:t>
      </w:r>
      <w:r w:rsidRPr="00420D39">
        <w:rPr>
          <w:sz w:val="28"/>
          <w:szCs w:val="28"/>
          <w:lang w:val="kk-KZ"/>
        </w:rPr>
        <w:t>Әл-Фараби даңғылындағы № 5, 7, 7/2, 7/3, 9, 9/1, 9/2 үйлер.</w:t>
      </w:r>
    </w:p>
    <w:p w14:paraId="7609BBA9" w14:textId="77777777" w:rsidR="00E72A3C" w:rsidRPr="00420D39" w:rsidRDefault="00E72A3C" w:rsidP="00E72A3C">
      <w:pPr>
        <w:ind w:firstLine="567"/>
        <w:rPr>
          <w:sz w:val="28"/>
          <w:szCs w:val="28"/>
          <w:lang w:val="kk-KZ"/>
        </w:rPr>
      </w:pPr>
    </w:p>
    <w:p w14:paraId="6E71266C" w14:textId="77777777" w:rsidR="00E72A3C" w:rsidRPr="00420D39" w:rsidRDefault="00E72A3C" w:rsidP="00E72A3C">
      <w:pPr>
        <w:jc w:val="center"/>
        <w:rPr>
          <w:sz w:val="28"/>
          <w:szCs w:val="28"/>
          <w:lang w:val="kk-KZ"/>
        </w:rPr>
      </w:pPr>
      <w:r w:rsidRPr="00420D39">
        <w:rPr>
          <w:sz w:val="28"/>
          <w:szCs w:val="28"/>
          <w:lang w:val="kk-KZ"/>
        </w:rPr>
        <w:lastRenderedPageBreak/>
        <w:t>№ 514 сайлау учаскесі</w:t>
      </w:r>
    </w:p>
    <w:p w14:paraId="05DBE9F6" w14:textId="77777777" w:rsidR="00E72A3C" w:rsidRPr="00420D39" w:rsidRDefault="00E72A3C" w:rsidP="00E72A3C">
      <w:pPr>
        <w:jc w:val="center"/>
        <w:rPr>
          <w:sz w:val="28"/>
          <w:szCs w:val="28"/>
          <w:lang w:val="kk-KZ"/>
        </w:rPr>
      </w:pPr>
      <w:r w:rsidRPr="00420D39">
        <w:rPr>
          <w:sz w:val="28"/>
          <w:szCs w:val="28"/>
          <w:lang w:val="kk-KZ"/>
        </w:rPr>
        <w:t>(орталығы – «Назарбаев Зияткерлік мектептері» дербес білім беру ұйымының «International Steppe School of Astana» филиалы,</w:t>
      </w:r>
      <w:r w:rsidRPr="00EE14F8">
        <w:rPr>
          <w:sz w:val="28"/>
          <w:szCs w:val="28"/>
          <w:lang w:val="kk-KZ"/>
        </w:rPr>
        <w:t xml:space="preserve"> </w:t>
      </w:r>
      <w:r w:rsidRPr="00420D39">
        <w:rPr>
          <w:sz w:val="28"/>
          <w:szCs w:val="28"/>
          <w:lang w:val="kk-KZ"/>
        </w:rPr>
        <w:t>Түркістан көшесі, № 32/1)</w:t>
      </w:r>
    </w:p>
    <w:p w14:paraId="60AB250F" w14:textId="77777777" w:rsidR="00E72A3C" w:rsidRPr="00420D39" w:rsidRDefault="00E72A3C" w:rsidP="00E72A3C">
      <w:pPr>
        <w:jc w:val="center"/>
        <w:rPr>
          <w:sz w:val="28"/>
          <w:szCs w:val="28"/>
          <w:lang w:val="kk-KZ"/>
        </w:rPr>
      </w:pPr>
    </w:p>
    <w:p w14:paraId="20B98E1D" w14:textId="77777777" w:rsidR="00E72A3C" w:rsidRPr="00420D39" w:rsidRDefault="00E72A3C" w:rsidP="00E72A3C">
      <w:pPr>
        <w:ind w:firstLine="567"/>
        <w:jc w:val="both"/>
        <w:rPr>
          <w:sz w:val="28"/>
          <w:szCs w:val="28"/>
          <w:lang w:val="kk-KZ"/>
        </w:rPr>
      </w:pPr>
      <w:r w:rsidRPr="00420D39">
        <w:rPr>
          <w:sz w:val="28"/>
          <w:szCs w:val="28"/>
          <w:lang w:val="kk-KZ"/>
        </w:rPr>
        <w:t>Шекарасы:</w:t>
      </w:r>
      <w:r w:rsidRPr="00420D39">
        <w:rPr>
          <w:lang w:val="kk-KZ"/>
        </w:rPr>
        <w:t xml:space="preserve"> </w:t>
      </w:r>
      <w:r w:rsidRPr="00420D39">
        <w:rPr>
          <w:sz w:val="28"/>
          <w:szCs w:val="28"/>
          <w:lang w:val="kk-KZ"/>
        </w:rPr>
        <w:t>Түркістан көшесіндегі № 28, 28а, 28/1, 28/2 үйлер, Мәңгілік Ел даңғылындағы № 41, 41/2, 41/3, 41/4, 41/5, 43а үйлер, Бұқар жырау көшесіндегі № 19 үй.</w:t>
      </w:r>
    </w:p>
    <w:p w14:paraId="098DA3F6" w14:textId="77777777" w:rsidR="00E72A3C" w:rsidRPr="00420D39" w:rsidRDefault="00E72A3C" w:rsidP="00E72A3C">
      <w:pPr>
        <w:spacing w:line="259" w:lineRule="auto"/>
        <w:rPr>
          <w:sz w:val="28"/>
          <w:szCs w:val="28"/>
          <w:lang w:val="kk-KZ"/>
        </w:rPr>
      </w:pPr>
    </w:p>
    <w:p w14:paraId="19D7DB67" w14:textId="77777777" w:rsidR="00E72A3C" w:rsidRPr="00814807" w:rsidRDefault="00E72A3C" w:rsidP="00E72A3C">
      <w:pPr>
        <w:jc w:val="center"/>
        <w:rPr>
          <w:sz w:val="28"/>
          <w:szCs w:val="28"/>
          <w:lang w:val="kk-KZ"/>
        </w:rPr>
      </w:pPr>
      <w:r w:rsidRPr="00814807">
        <w:rPr>
          <w:sz w:val="28"/>
          <w:szCs w:val="28"/>
          <w:lang w:val="kk-KZ"/>
        </w:rPr>
        <w:t>№ 515 сайлау учаскесі</w:t>
      </w:r>
    </w:p>
    <w:p w14:paraId="0908B964" w14:textId="77777777" w:rsidR="00E72A3C" w:rsidRPr="00814807" w:rsidRDefault="00E72A3C" w:rsidP="00E72A3C">
      <w:pPr>
        <w:jc w:val="center"/>
        <w:rPr>
          <w:sz w:val="28"/>
          <w:szCs w:val="28"/>
          <w:lang w:val="kk-KZ"/>
        </w:rPr>
      </w:pPr>
      <w:r w:rsidRPr="00814807">
        <w:rPr>
          <w:sz w:val="28"/>
          <w:szCs w:val="28"/>
          <w:lang w:val="kk-KZ"/>
        </w:rPr>
        <w:t>(орталығы – Астана қаласы әкімдігінің «№ 103 жалпы орта білім беретін мектеп» коммуналдық мемлекеттік мекемесі, Мәңгілік Ел даңғылы, № 70)</w:t>
      </w:r>
    </w:p>
    <w:p w14:paraId="2EBCE2EF" w14:textId="77777777" w:rsidR="00E72A3C" w:rsidRPr="00814807" w:rsidRDefault="00E72A3C" w:rsidP="00E72A3C">
      <w:pPr>
        <w:jc w:val="center"/>
        <w:rPr>
          <w:sz w:val="28"/>
          <w:szCs w:val="28"/>
          <w:lang w:val="kk-KZ"/>
        </w:rPr>
      </w:pPr>
    </w:p>
    <w:p w14:paraId="1F5AA7BE" w14:textId="77777777" w:rsidR="00E72A3C" w:rsidRPr="00814807" w:rsidRDefault="00E72A3C" w:rsidP="00E72A3C">
      <w:pPr>
        <w:ind w:firstLine="567"/>
        <w:jc w:val="both"/>
        <w:rPr>
          <w:sz w:val="28"/>
          <w:szCs w:val="28"/>
          <w:lang w:val="kk-KZ"/>
        </w:rPr>
      </w:pPr>
      <w:r w:rsidRPr="00814807">
        <w:rPr>
          <w:sz w:val="28"/>
          <w:szCs w:val="28"/>
          <w:lang w:val="kk-KZ"/>
        </w:rPr>
        <w:t>Шекарасы:</w:t>
      </w:r>
      <w:r w:rsidRPr="00814807">
        <w:rPr>
          <w:lang w:val="kk-KZ"/>
        </w:rPr>
        <w:t xml:space="preserve"> </w:t>
      </w:r>
      <w:r w:rsidRPr="00814807">
        <w:rPr>
          <w:sz w:val="28"/>
          <w:szCs w:val="28"/>
          <w:lang w:val="kk-KZ"/>
        </w:rPr>
        <w:t>Хусейн бен Талал көшесінен Мәң</w:t>
      </w:r>
      <w:r>
        <w:rPr>
          <w:sz w:val="28"/>
          <w:szCs w:val="28"/>
          <w:lang w:val="kk-KZ"/>
        </w:rPr>
        <w:t>гілік Ел даңғылымен Е496 көшег</w:t>
      </w:r>
      <w:r w:rsidRPr="00814807">
        <w:rPr>
          <w:sz w:val="28"/>
          <w:szCs w:val="28"/>
          <w:lang w:val="kk-KZ"/>
        </w:rPr>
        <w:t>е дейін, Мә</w:t>
      </w:r>
      <w:r>
        <w:rPr>
          <w:sz w:val="28"/>
          <w:szCs w:val="28"/>
          <w:lang w:val="kk-KZ"/>
        </w:rPr>
        <w:t>ңгілік Ел даңғылынан Е496 көше</w:t>
      </w:r>
      <w:r w:rsidRPr="00814807">
        <w:rPr>
          <w:sz w:val="28"/>
          <w:szCs w:val="28"/>
          <w:lang w:val="kk-KZ"/>
        </w:rPr>
        <w:t xml:space="preserve">мен «Нұра-Есіл» каналына дейін, «Нұра-Есіл» каналымен Хусейн бен Талал көшесіне дейін, </w:t>
      </w:r>
      <w:r w:rsidRPr="00814807">
        <w:rPr>
          <w:sz w:val="28"/>
          <w:szCs w:val="28"/>
          <w:lang w:val="kk-KZ"/>
        </w:rPr>
        <w:br/>
        <w:t>Хусейн бен Талал көшесімен</w:t>
      </w:r>
      <w:r>
        <w:rPr>
          <w:sz w:val="28"/>
          <w:szCs w:val="28"/>
          <w:lang w:val="kk-KZ"/>
        </w:rPr>
        <w:t>, Е496 көше</w:t>
      </w:r>
      <w:r w:rsidRPr="00814807">
        <w:rPr>
          <w:sz w:val="28"/>
          <w:szCs w:val="28"/>
          <w:lang w:val="kk-KZ"/>
        </w:rPr>
        <w:t>дегі № 10, 10/1, 10/2 үйлерді қоса алғанда</w:t>
      </w:r>
      <w:r>
        <w:rPr>
          <w:sz w:val="28"/>
          <w:szCs w:val="28"/>
          <w:lang w:val="kk-KZ"/>
        </w:rPr>
        <w:t>,</w:t>
      </w:r>
      <w:r w:rsidRPr="00814807">
        <w:rPr>
          <w:sz w:val="28"/>
          <w:szCs w:val="28"/>
          <w:lang w:val="kk-KZ"/>
        </w:rPr>
        <w:t xml:space="preserve"> Мәңгілік Ел даңғылына дейін.</w:t>
      </w:r>
    </w:p>
    <w:p w14:paraId="73E1F159" w14:textId="6124A366" w:rsidR="00E72A3C" w:rsidRDefault="00E72A3C" w:rsidP="00E72A3C">
      <w:pPr>
        <w:spacing w:after="160" w:line="259" w:lineRule="auto"/>
        <w:rPr>
          <w:sz w:val="28"/>
          <w:szCs w:val="28"/>
          <w:lang w:val="kk-KZ"/>
        </w:rPr>
      </w:pPr>
    </w:p>
    <w:p w14:paraId="3DF4CE8E" w14:textId="77777777" w:rsidR="00E72A3C" w:rsidRPr="00814807" w:rsidRDefault="00E72A3C" w:rsidP="00E72A3C">
      <w:pPr>
        <w:jc w:val="center"/>
        <w:rPr>
          <w:sz w:val="28"/>
          <w:szCs w:val="28"/>
          <w:lang w:val="kk-KZ"/>
        </w:rPr>
      </w:pPr>
      <w:r w:rsidRPr="00814807">
        <w:rPr>
          <w:sz w:val="28"/>
          <w:szCs w:val="28"/>
          <w:lang w:val="kk-KZ"/>
        </w:rPr>
        <w:t>№ 521 сайлау учаскесі</w:t>
      </w:r>
    </w:p>
    <w:p w14:paraId="73A4F4BA" w14:textId="77777777" w:rsidR="00E72A3C" w:rsidRPr="00814807" w:rsidRDefault="00E72A3C" w:rsidP="00E72A3C">
      <w:pPr>
        <w:jc w:val="center"/>
        <w:rPr>
          <w:sz w:val="28"/>
          <w:szCs w:val="28"/>
          <w:lang w:val="kk-KZ"/>
        </w:rPr>
      </w:pPr>
      <w:r w:rsidRPr="00814807">
        <w:rPr>
          <w:sz w:val="28"/>
          <w:szCs w:val="28"/>
          <w:lang w:val="kk-KZ"/>
        </w:rPr>
        <w:t>(о</w:t>
      </w:r>
      <w:r w:rsidRPr="00814807">
        <w:rPr>
          <w:sz w:val="28"/>
          <w:szCs w:val="32"/>
          <w:lang w:val="kk-KZ"/>
        </w:rPr>
        <w:t>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w:t>
      </w:r>
      <w:r w:rsidRPr="00EE14F8">
        <w:rPr>
          <w:sz w:val="28"/>
          <w:szCs w:val="32"/>
          <w:lang w:val="kk-KZ"/>
        </w:rPr>
        <w:t xml:space="preserve"> </w:t>
      </w:r>
      <w:r w:rsidRPr="00814807">
        <w:rPr>
          <w:sz w:val="28"/>
          <w:szCs w:val="32"/>
          <w:lang w:val="kk-KZ"/>
        </w:rPr>
        <w:t>Жошы хан көшесі, № 16</w:t>
      </w:r>
      <w:r w:rsidRPr="00814807">
        <w:rPr>
          <w:sz w:val="28"/>
          <w:szCs w:val="28"/>
          <w:lang w:val="kk-KZ"/>
        </w:rPr>
        <w:t>)</w:t>
      </w:r>
    </w:p>
    <w:p w14:paraId="1A4D66EE" w14:textId="77777777" w:rsidR="00E72A3C" w:rsidRPr="00814807" w:rsidRDefault="00E72A3C" w:rsidP="00E72A3C">
      <w:pPr>
        <w:jc w:val="center"/>
        <w:rPr>
          <w:sz w:val="28"/>
          <w:szCs w:val="28"/>
          <w:lang w:val="kk-KZ"/>
        </w:rPr>
      </w:pPr>
    </w:p>
    <w:p w14:paraId="2672668B" w14:textId="77777777" w:rsidR="00E72A3C" w:rsidRPr="00814807" w:rsidRDefault="00E72A3C" w:rsidP="00E72A3C">
      <w:pPr>
        <w:ind w:firstLine="708"/>
        <w:jc w:val="both"/>
        <w:rPr>
          <w:sz w:val="28"/>
          <w:szCs w:val="28"/>
          <w:lang w:val="kk-KZ"/>
        </w:rPr>
      </w:pPr>
      <w:r w:rsidRPr="00814807">
        <w:rPr>
          <w:sz w:val="28"/>
          <w:szCs w:val="28"/>
          <w:lang w:val="kk-KZ"/>
        </w:rPr>
        <w:t>Шекарасы: Бұқар жырау көшесінен Ә. Бөкейхан көшесінің тақ сандар жағымен № </w:t>
      </w:r>
      <w:r>
        <w:rPr>
          <w:sz w:val="28"/>
          <w:szCs w:val="28"/>
          <w:lang w:val="kk-KZ"/>
        </w:rPr>
        <w:t>23 көшеге дейін, № 23 көше</w:t>
      </w:r>
      <w:r w:rsidRPr="00814807">
        <w:rPr>
          <w:sz w:val="28"/>
          <w:szCs w:val="28"/>
          <w:lang w:val="kk-KZ"/>
        </w:rPr>
        <w:t>мен және өтпе жолмен Жошы хан көшесіне дейін, Жошы хан көшесімен Бұқар жырау көшесіне дейін, Бұқар жырау көшесінен Ә. Бөкейхан көшесіне дейін.</w:t>
      </w:r>
    </w:p>
    <w:p w14:paraId="0DD4B12D" w14:textId="77777777" w:rsidR="00E72A3C" w:rsidRPr="00814807" w:rsidRDefault="00E72A3C" w:rsidP="00E72A3C">
      <w:pPr>
        <w:ind w:firstLine="708"/>
        <w:jc w:val="both"/>
        <w:rPr>
          <w:sz w:val="28"/>
          <w:szCs w:val="28"/>
          <w:lang w:val="kk-KZ"/>
        </w:rPr>
      </w:pPr>
    </w:p>
    <w:p w14:paraId="339DB42F" w14:textId="77777777" w:rsidR="00E72A3C" w:rsidRPr="00814807" w:rsidRDefault="00E72A3C" w:rsidP="00E72A3C">
      <w:pPr>
        <w:jc w:val="center"/>
        <w:rPr>
          <w:sz w:val="28"/>
          <w:szCs w:val="28"/>
          <w:lang w:val="kk-KZ"/>
        </w:rPr>
      </w:pPr>
      <w:r w:rsidRPr="00814807">
        <w:rPr>
          <w:sz w:val="28"/>
          <w:szCs w:val="28"/>
          <w:lang w:val="kk-KZ"/>
        </w:rPr>
        <w:t>№ 522 сайлау учаскесі</w:t>
      </w:r>
    </w:p>
    <w:p w14:paraId="441648B0" w14:textId="77777777" w:rsidR="00E72A3C" w:rsidRPr="00814807" w:rsidRDefault="00E72A3C" w:rsidP="00E72A3C">
      <w:pPr>
        <w:jc w:val="center"/>
        <w:rPr>
          <w:sz w:val="28"/>
          <w:szCs w:val="32"/>
          <w:lang w:val="kk-KZ"/>
        </w:rPr>
      </w:pPr>
      <w:r w:rsidRPr="00814807">
        <w:rPr>
          <w:sz w:val="28"/>
          <w:szCs w:val="32"/>
          <w:lang w:val="kk-KZ"/>
        </w:rPr>
        <w:t>(орталығы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p w14:paraId="25EF6B12" w14:textId="77777777" w:rsidR="00E72A3C" w:rsidRPr="00814807" w:rsidRDefault="00E72A3C" w:rsidP="00E72A3C">
      <w:pPr>
        <w:jc w:val="center"/>
        <w:rPr>
          <w:sz w:val="28"/>
          <w:szCs w:val="28"/>
          <w:lang w:val="kk-KZ"/>
        </w:rPr>
      </w:pPr>
    </w:p>
    <w:p w14:paraId="6CEB50ED" w14:textId="77777777" w:rsidR="00E72A3C" w:rsidRPr="00814807" w:rsidRDefault="00E72A3C" w:rsidP="00E72A3C">
      <w:pPr>
        <w:ind w:firstLine="708"/>
        <w:jc w:val="both"/>
        <w:rPr>
          <w:b/>
          <w:bCs/>
          <w:sz w:val="28"/>
          <w:szCs w:val="28"/>
          <w:lang w:val="kk-KZ"/>
        </w:rPr>
      </w:pPr>
      <w:r w:rsidRPr="00814807">
        <w:rPr>
          <w:sz w:val="28"/>
          <w:szCs w:val="28"/>
          <w:lang w:val="kk-KZ"/>
        </w:rPr>
        <w:t>Шекарасы</w:t>
      </w:r>
      <w:r w:rsidRPr="008C1CB7">
        <w:rPr>
          <w:sz w:val="28"/>
          <w:szCs w:val="28"/>
          <w:lang w:val="kk-KZ"/>
        </w:rPr>
        <w:t>:</w:t>
      </w:r>
      <w:r w:rsidRPr="008C1CB7">
        <w:rPr>
          <w:lang w:val="kk-KZ"/>
        </w:rPr>
        <w:t xml:space="preserve"> </w:t>
      </w:r>
      <w:r w:rsidRPr="008C1CB7">
        <w:rPr>
          <w:sz w:val="28"/>
          <w:szCs w:val="28"/>
          <w:lang w:val="kk-KZ"/>
        </w:rPr>
        <w:t>Қ. Қайсенов көшесі, № 2, 4, 6 үйлер, Бұқар жырау көшесі, № 40 үй, Ұлы Дала даңғылы, № 67 үй.</w:t>
      </w:r>
    </w:p>
    <w:p w14:paraId="1A8C8791" w14:textId="77777777" w:rsidR="00E72A3C" w:rsidRPr="00814807" w:rsidRDefault="00E72A3C" w:rsidP="00E72A3C">
      <w:pPr>
        <w:ind w:firstLine="708"/>
        <w:jc w:val="both"/>
        <w:rPr>
          <w:b/>
          <w:bCs/>
          <w:sz w:val="28"/>
          <w:szCs w:val="28"/>
          <w:lang w:val="kk-KZ"/>
        </w:rPr>
      </w:pPr>
    </w:p>
    <w:p w14:paraId="1C3975B5" w14:textId="77777777" w:rsidR="00E72A3C" w:rsidRPr="00814807" w:rsidRDefault="00E72A3C" w:rsidP="00E72A3C">
      <w:pPr>
        <w:jc w:val="center"/>
        <w:rPr>
          <w:sz w:val="28"/>
          <w:szCs w:val="28"/>
          <w:lang w:val="kk-KZ"/>
        </w:rPr>
      </w:pPr>
      <w:r w:rsidRPr="00814807">
        <w:rPr>
          <w:sz w:val="28"/>
          <w:szCs w:val="28"/>
          <w:lang w:val="kk-KZ"/>
        </w:rPr>
        <w:t>№ 523 сайлау учаскесі</w:t>
      </w:r>
    </w:p>
    <w:p w14:paraId="636564C9" w14:textId="77777777" w:rsidR="00E72A3C" w:rsidRPr="00814807" w:rsidRDefault="00E72A3C" w:rsidP="00E72A3C">
      <w:pPr>
        <w:jc w:val="center"/>
        <w:rPr>
          <w:sz w:val="28"/>
          <w:szCs w:val="28"/>
          <w:lang w:val="kk-KZ"/>
        </w:rPr>
      </w:pPr>
      <w:r w:rsidRPr="00814807">
        <w:rPr>
          <w:sz w:val="28"/>
          <w:szCs w:val="28"/>
          <w:lang w:val="kk-KZ"/>
        </w:rPr>
        <w:t xml:space="preserve">(орталығы – Астана қаласы әкімдігінің «Әлихан Бөкейхан атындағы </w:t>
      </w:r>
    </w:p>
    <w:p w14:paraId="43D87086" w14:textId="77777777" w:rsidR="00E72A3C" w:rsidRPr="00814807" w:rsidRDefault="00E72A3C" w:rsidP="00E72A3C">
      <w:pPr>
        <w:jc w:val="center"/>
        <w:rPr>
          <w:sz w:val="28"/>
          <w:szCs w:val="28"/>
          <w:lang w:val="kk-KZ"/>
        </w:rPr>
      </w:pPr>
      <w:r w:rsidRPr="00814807">
        <w:rPr>
          <w:sz w:val="28"/>
          <w:szCs w:val="28"/>
          <w:lang w:val="kk-KZ"/>
        </w:rPr>
        <w:t>№ 76 мектеп-лицей» шаруашылық жүргізу құқығындағы мемлекеттік коммуналдық кәсіпорны, Түркістан көшесі, № 10/1)</w:t>
      </w:r>
    </w:p>
    <w:p w14:paraId="6161A808" w14:textId="77777777" w:rsidR="00E72A3C" w:rsidRPr="008C1CB7" w:rsidRDefault="00E72A3C" w:rsidP="00E72A3C">
      <w:pPr>
        <w:jc w:val="center"/>
        <w:rPr>
          <w:sz w:val="28"/>
          <w:szCs w:val="28"/>
          <w:lang w:val="kk-KZ"/>
        </w:rPr>
      </w:pPr>
    </w:p>
    <w:p w14:paraId="7A783590" w14:textId="77777777" w:rsidR="00E72A3C" w:rsidRPr="00420D39" w:rsidRDefault="00E72A3C" w:rsidP="00E72A3C">
      <w:pPr>
        <w:ind w:firstLine="708"/>
        <w:jc w:val="both"/>
        <w:rPr>
          <w:sz w:val="28"/>
          <w:szCs w:val="28"/>
          <w:lang w:val="kk-KZ"/>
        </w:rPr>
      </w:pPr>
      <w:r w:rsidRPr="008C1CB7">
        <w:rPr>
          <w:sz w:val="28"/>
          <w:szCs w:val="28"/>
          <w:lang w:val="kk-KZ"/>
        </w:rPr>
        <w:t>Шекарасы:</w:t>
      </w:r>
      <w:r w:rsidRPr="008C1CB7">
        <w:rPr>
          <w:lang w:val="kk-KZ"/>
        </w:rPr>
        <w:t xml:space="preserve"> </w:t>
      </w:r>
      <w:r w:rsidRPr="008C1CB7">
        <w:rPr>
          <w:sz w:val="28"/>
          <w:szCs w:val="28"/>
          <w:lang w:val="kk-KZ"/>
        </w:rPr>
        <w:t>Керей, Жәнібек хандар көшесі, № 22, 22а үйлер, Мәңгілік Ел даңғылы, № 21, 23, 23/1 үйлер, Түркістан көшесі, № 10/1 үй.</w:t>
      </w:r>
    </w:p>
    <w:p w14:paraId="70ABBC69" w14:textId="77777777" w:rsidR="00E72A3C" w:rsidRPr="00420D39" w:rsidRDefault="00E72A3C" w:rsidP="00E72A3C">
      <w:pPr>
        <w:jc w:val="center"/>
        <w:rPr>
          <w:sz w:val="28"/>
          <w:szCs w:val="28"/>
          <w:lang w:val="kk-KZ"/>
        </w:rPr>
      </w:pPr>
    </w:p>
    <w:p w14:paraId="076805F4" w14:textId="77777777" w:rsidR="00E72A3C" w:rsidRPr="00420D39" w:rsidRDefault="00E72A3C" w:rsidP="00E72A3C">
      <w:pPr>
        <w:jc w:val="center"/>
        <w:rPr>
          <w:sz w:val="28"/>
          <w:szCs w:val="28"/>
          <w:lang w:val="kk-KZ"/>
        </w:rPr>
      </w:pPr>
      <w:r w:rsidRPr="00420D39">
        <w:rPr>
          <w:sz w:val="28"/>
          <w:szCs w:val="28"/>
          <w:lang w:val="kk-KZ"/>
        </w:rPr>
        <w:lastRenderedPageBreak/>
        <w:t>№ 187 сайлау учаскесі</w:t>
      </w:r>
    </w:p>
    <w:p w14:paraId="3CB91438" w14:textId="77777777" w:rsidR="00E72A3C" w:rsidRPr="00420D39" w:rsidRDefault="00E72A3C" w:rsidP="00E72A3C">
      <w:pPr>
        <w:jc w:val="center"/>
        <w:rPr>
          <w:sz w:val="28"/>
          <w:szCs w:val="28"/>
          <w:lang w:val="kk-KZ"/>
        </w:rPr>
      </w:pPr>
      <w:r w:rsidRPr="00420D39">
        <w:rPr>
          <w:sz w:val="28"/>
          <w:szCs w:val="28"/>
          <w:lang w:val="kk-KZ"/>
        </w:rPr>
        <w:t>(орталығы – Астана қаласы әкімдігінің «Қалалық психикалық денсаулық орталығы» шаруашылық жүргізу құқығындағы мемлекеттік коммуналдық кәсіпорны, Хусейн бен Талал көшесі, № 7)</w:t>
      </w:r>
    </w:p>
    <w:p w14:paraId="23497320" w14:textId="77777777" w:rsidR="00E72A3C" w:rsidRPr="00420D39" w:rsidRDefault="00E72A3C" w:rsidP="00E72A3C">
      <w:pPr>
        <w:ind w:firstLine="567"/>
        <w:jc w:val="both"/>
        <w:rPr>
          <w:sz w:val="28"/>
          <w:szCs w:val="28"/>
          <w:lang w:val="kk-KZ"/>
        </w:rPr>
      </w:pPr>
    </w:p>
    <w:p w14:paraId="53D250BD" w14:textId="77777777" w:rsidR="00E72A3C" w:rsidRPr="00420D39" w:rsidRDefault="00E72A3C" w:rsidP="00E72A3C">
      <w:pPr>
        <w:ind w:firstLine="567"/>
        <w:jc w:val="both"/>
        <w:rPr>
          <w:sz w:val="28"/>
          <w:szCs w:val="28"/>
        </w:rPr>
      </w:pPr>
      <w:r w:rsidRPr="00420D39">
        <w:rPr>
          <w:sz w:val="28"/>
          <w:szCs w:val="28"/>
        </w:rPr>
        <w:t>Шекарасы: Хусейн бен Талал көшесі, № 7 үй.</w:t>
      </w:r>
    </w:p>
    <w:p w14:paraId="467052C1" w14:textId="77777777" w:rsidR="00E72A3C" w:rsidRPr="00420D39" w:rsidRDefault="00E72A3C" w:rsidP="00E72A3C">
      <w:pPr>
        <w:jc w:val="center"/>
        <w:rPr>
          <w:sz w:val="28"/>
          <w:szCs w:val="28"/>
        </w:rPr>
      </w:pPr>
    </w:p>
    <w:p w14:paraId="5E2385C3" w14:textId="77777777" w:rsidR="00E72A3C" w:rsidRPr="00420D39" w:rsidRDefault="00E72A3C" w:rsidP="00E72A3C">
      <w:pPr>
        <w:jc w:val="center"/>
        <w:rPr>
          <w:sz w:val="28"/>
          <w:szCs w:val="28"/>
        </w:rPr>
      </w:pPr>
      <w:r w:rsidRPr="00420D39">
        <w:rPr>
          <w:sz w:val="28"/>
          <w:szCs w:val="28"/>
        </w:rPr>
        <w:t>№ 188 сайлау учаскесі</w:t>
      </w:r>
    </w:p>
    <w:p w14:paraId="13CF66E7"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 2 қалалық көпбейінді аурухана» шаруашылық жүргізу құқығындағы мемлекеттік коммуналдық кәсіпорны, </w:t>
      </w:r>
    </w:p>
    <w:p w14:paraId="16AB7653" w14:textId="77777777" w:rsidR="00E72A3C" w:rsidRPr="00420D39" w:rsidRDefault="00E72A3C" w:rsidP="00E72A3C">
      <w:pPr>
        <w:jc w:val="center"/>
        <w:rPr>
          <w:sz w:val="28"/>
          <w:szCs w:val="28"/>
        </w:rPr>
      </w:pPr>
      <w:r w:rsidRPr="00420D39">
        <w:rPr>
          <w:sz w:val="28"/>
          <w:szCs w:val="28"/>
        </w:rPr>
        <w:t>Т. Рысқұлов көшесі, № 6)</w:t>
      </w:r>
      <w:r w:rsidRPr="00420D39">
        <w:rPr>
          <w:sz w:val="28"/>
          <w:szCs w:val="28"/>
        </w:rPr>
        <w:br/>
      </w:r>
    </w:p>
    <w:p w14:paraId="4AE70FCA" w14:textId="77777777" w:rsidR="00E72A3C" w:rsidRPr="00420D39" w:rsidRDefault="00E72A3C" w:rsidP="00E72A3C">
      <w:pPr>
        <w:ind w:firstLine="567"/>
        <w:jc w:val="both"/>
        <w:rPr>
          <w:sz w:val="28"/>
          <w:szCs w:val="28"/>
        </w:rPr>
      </w:pPr>
      <w:r w:rsidRPr="00420D39">
        <w:rPr>
          <w:sz w:val="28"/>
          <w:szCs w:val="28"/>
        </w:rPr>
        <w:t xml:space="preserve">Шекарасы: Т. Рысқұлов көшесі, № 6. </w:t>
      </w:r>
    </w:p>
    <w:p w14:paraId="7783DE9E" w14:textId="77777777" w:rsidR="00E72A3C" w:rsidRPr="00420D39" w:rsidRDefault="00E72A3C" w:rsidP="00E72A3C">
      <w:pPr>
        <w:ind w:firstLine="567"/>
        <w:jc w:val="both"/>
        <w:rPr>
          <w:sz w:val="28"/>
          <w:szCs w:val="28"/>
        </w:rPr>
      </w:pPr>
    </w:p>
    <w:p w14:paraId="19004212" w14:textId="77777777" w:rsidR="00E72A3C" w:rsidRPr="00420D39" w:rsidRDefault="00E72A3C" w:rsidP="00E72A3C">
      <w:pPr>
        <w:jc w:val="center"/>
        <w:rPr>
          <w:sz w:val="28"/>
          <w:szCs w:val="28"/>
        </w:rPr>
      </w:pPr>
      <w:r w:rsidRPr="00420D39">
        <w:rPr>
          <w:sz w:val="28"/>
          <w:szCs w:val="28"/>
        </w:rPr>
        <w:t>№ 189 сайлау учаскесі</w:t>
      </w:r>
    </w:p>
    <w:p w14:paraId="39F36AF4" w14:textId="77777777" w:rsidR="00E72A3C" w:rsidRPr="00420D39" w:rsidRDefault="00E72A3C" w:rsidP="00E72A3C">
      <w:pPr>
        <w:jc w:val="center"/>
        <w:rPr>
          <w:sz w:val="28"/>
          <w:szCs w:val="28"/>
        </w:rPr>
      </w:pPr>
      <w:r w:rsidRPr="00420D39">
        <w:rPr>
          <w:sz w:val="28"/>
          <w:szCs w:val="28"/>
        </w:rPr>
        <w:t xml:space="preserve">(орталығы – Астана қаласы әкімдігінің «№ 2 қалалық көпбейінді аурухана» шаруашылық жүргізу құқығындағы мемлекеттік коммуналдық кәсіпорны, </w:t>
      </w:r>
    </w:p>
    <w:p w14:paraId="4A5AF83E" w14:textId="77777777" w:rsidR="00E72A3C" w:rsidRPr="00420D39" w:rsidRDefault="00E72A3C" w:rsidP="00E72A3C">
      <w:pPr>
        <w:jc w:val="center"/>
        <w:rPr>
          <w:sz w:val="28"/>
          <w:szCs w:val="28"/>
        </w:rPr>
      </w:pPr>
      <w:r w:rsidRPr="00420D39">
        <w:rPr>
          <w:sz w:val="28"/>
          <w:szCs w:val="28"/>
        </w:rPr>
        <w:t>Т. Рысқұлов көшесі, № 8)</w:t>
      </w:r>
    </w:p>
    <w:p w14:paraId="1EF2480E" w14:textId="77777777" w:rsidR="00E72A3C" w:rsidRPr="00420D39" w:rsidRDefault="00E72A3C" w:rsidP="00E72A3C">
      <w:pPr>
        <w:jc w:val="center"/>
        <w:rPr>
          <w:sz w:val="28"/>
          <w:szCs w:val="28"/>
        </w:rPr>
      </w:pPr>
    </w:p>
    <w:p w14:paraId="4FC2F948" w14:textId="77777777" w:rsidR="00E72A3C" w:rsidRPr="00420D39" w:rsidRDefault="00E72A3C" w:rsidP="00E72A3C">
      <w:pPr>
        <w:ind w:firstLine="567"/>
        <w:jc w:val="both"/>
        <w:rPr>
          <w:sz w:val="28"/>
          <w:szCs w:val="28"/>
        </w:rPr>
      </w:pPr>
      <w:r w:rsidRPr="00420D39">
        <w:rPr>
          <w:sz w:val="28"/>
          <w:szCs w:val="28"/>
        </w:rPr>
        <w:t xml:space="preserve">Шекарасы: Т. Рысқұлов көшесі, № 8. </w:t>
      </w:r>
    </w:p>
    <w:p w14:paraId="05E221D7" w14:textId="77777777" w:rsidR="00E72A3C" w:rsidRPr="00420D39" w:rsidRDefault="00E72A3C" w:rsidP="00E72A3C">
      <w:pPr>
        <w:rPr>
          <w:sz w:val="28"/>
          <w:szCs w:val="28"/>
        </w:rPr>
      </w:pPr>
    </w:p>
    <w:p w14:paraId="4F38F10C" w14:textId="77777777" w:rsidR="00E72A3C" w:rsidRPr="00420D39" w:rsidRDefault="00E72A3C" w:rsidP="00E72A3C">
      <w:pPr>
        <w:jc w:val="center"/>
        <w:rPr>
          <w:sz w:val="28"/>
          <w:szCs w:val="28"/>
        </w:rPr>
      </w:pPr>
      <w:r w:rsidRPr="00420D39">
        <w:rPr>
          <w:sz w:val="28"/>
          <w:szCs w:val="28"/>
        </w:rPr>
        <w:t>№ 190 сайлау учаскесі</w:t>
      </w:r>
    </w:p>
    <w:p w14:paraId="56843F30" w14:textId="77777777" w:rsidR="00E72A3C" w:rsidRPr="00420D39" w:rsidRDefault="00E72A3C" w:rsidP="00E72A3C">
      <w:pPr>
        <w:jc w:val="center"/>
        <w:rPr>
          <w:sz w:val="28"/>
          <w:szCs w:val="28"/>
        </w:rPr>
      </w:pPr>
      <w:r w:rsidRPr="00420D39">
        <w:rPr>
          <w:sz w:val="28"/>
          <w:szCs w:val="28"/>
        </w:rPr>
        <w:t xml:space="preserve">(орталығы – «Қазақстан Республикасы Ішкі істер министрлігінің </w:t>
      </w:r>
    </w:p>
    <w:p w14:paraId="2A78E882" w14:textId="77777777" w:rsidR="00E72A3C" w:rsidRPr="00420D39" w:rsidRDefault="00E72A3C" w:rsidP="00E72A3C">
      <w:pPr>
        <w:jc w:val="center"/>
        <w:rPr>
          <w:sz w:val="28"/>
          <w:szCs w:val="28"/>
        </w:rPr>
      </w:pPr>
      <w:r w:rsidRPr="00420D39">
        <w:rPr>
          <w:sz w:val="28"/>
          <w:szCs w:val="28"/>
          <w:lang w:val="kk-KZ"/>
        </w:rPr>
        <w:t>е</w:t>
      </w:r>
      <w:r w:rsidRPr="00420D39">
        <w:rPr>
          <w:sz w:val="28"/>
          <w:szCs w:val="28"/>
        </w:rPr>
        <w:t>мханасы бар орталық госпитал</w:t>
      </w:r>
      <w:r w:rsidRPr="00420D39">
        <w:rPr>
          <w:sz w:val="28"/>
          <w:szCs w:val="28"/>
          <w:lang w:val="kk-KZ"/>
        </w:rPr>
        <w:t>і</w:t>
      </w:r>
      <w:r w:rsidRPr="00420D39">
        <w:rPr>
          <w:sz w:val="28"/>
          <w:szCs w:val="28"/>
        </w:rPr>
        <w:t xml:space="preserve">» мемлекеттік мекемесі, </w:t>
      </w:r>
    </w:p>
    <w:p w14:paraId="7B7C956B" w14:textId="77777777" w:rsidR="00E72A3C" w:rsidRPr="00420D39" w:rsidRDefault="00E72A3C" w:rsidP="00E72A3C">
      <w:pPr>
        <w:jc w:val="center"/>
        <w:rPr>
          <w:sz w:val="28"/>
          <w:szCs w:val="28"/>
        </w:rPr>
      </w:pPr>
      <w:r w:rsidRPr="00420D39">
        <w:rPr>
          <w:sz w:val="28"/>
          <w:szCs w:val="28"/>
        </w:rPr>
        <w:t>Қабанбай батыр даңғылы, № 66)</w:t>
      </w:r>
      <w:r w:rsidRPr="00420D39">
        <w:rPr>
          <w:sz w:val="28"/>
          <w:szCs w:val="28"/>
        </w:rPr>
        <w:br/>
      </w:r>
    </w:p>
    <w:p w14:paraId="757D3409" w14:textId="77777777" w:rsidR="00E72A3C" w:rsidRPr="00420D39" w:rsidRDefault="00E72A3C" w:rsidP="00E72A3C">
      <w:pPr>
        <w:ind w:firstLine="567"/>
        <w:jc w:val="both"/>
        <w:rPr>
          <w:sz w:val="28"/>
          <w:szCs w:val="28"/>
        </w:rPr>
      </w:pPr>
      <w:r w:rsidRPr="00420D39">
        <w:rPr>
          <w:sz w:val="28"/>
          <w:szCs w:val="28"/>
        </w:rPr>
        <w:t xml:space="preserve">Шекарасы: Қабанбай батыр даңғылы, № 66. </w:t>
      </w:r>
    </w:p>
    <w:p w14:paraId="5F423B5F" w14:textId="77777777" w:rsidR="00E72A3C" w:rsidRPr="00420D39" w:rsidRDefault="00E72A3C" w:rsidP="00E72A3C">
      <w:pPr>
        <w:ind w:firstLine="567"/>
        <w:jc w:val="both"/>
        <w:rPr>
          <w:sz w:val="28"/>
          <w:szCs w:val="28"/>
        </w:rPr>
      </w:pPr>
    </w:p>
    <w:p w14:paraId="0AECA054" w14:textId="77777777" w:rsidR="00E72A3C" w:rsidRPr="00420D39" w:rsidRDefault="00E72A3C" w:rsidP="00E72A3C">
      <w:pPr>
        <w:jc w:val="center"/>
        <w:rPr>
          <w:sz w:val="28"/>
          <w:szCs w:val="28"/>
        </w:rPr>
      </w:pPr>
      <w:r w:rsidRPr="00420D39">
        <w:rPr>
          <w:sz w:val="28"/>
          <w:szCs w:val="28"/>
        </w:rPr>
        <w:t>№ 191 сайлау учаскесі</w:t>
      </w:r>
    </w:p>
    <w:p w14:paraId="32CF70D0" w14:textId="77777777" w:rsidR="00E72A3C" w:rsidRPr="00420D39" w:rsidRDefault="00E72A3C" w:rsidP="00E72A3C">
      <w:pPr>
        <w:jc w:val="center"/>
        <w:rPr>
          <w:sz w:val="28"/>
          <w:szCs w:val="28"/>
        </w:rPr>
      </w:pPr>
      <w:r w:rsidRPr="00420D39">
        <w:rPr>
          <w:sz w:val="28"/>
          <w:szCs w:val="28"/>
        </w:rPr>
        <w:t xml:space="preserve">(орталығы – «Қазақстан Республикасы Президентінің Іс </w:t>
      </w:r>
      <w:r w:rsidRPr="00420D39">
        <w:rPr>
          <w:sz w:val="28"/>
          <w:szCs w:val="28"/>
          <w:lang w:val="kk-KZ"/>
        </w:rPr>
        <w:t>б</w:t>
      </w:r>
      <w:r w:rsidRPr="00420D39">
        <w:rPr>
          <w:sz w:val="28"/>
          <w:szCs w:val="28"/>
        </w:rPr>
        <w:t xml:space="preserve">асқармасы Медициналық орталығының ауруханасы» шаруашылық жүргізу құқығындағы республикалық мемлекеттік </w:t>
      </w:r>
      <w:proofErr w:type="gramStart"/>
      <w:r w:rsidRPr="00420D39">
        <w:rPr>
          <w:sz w:val="28"/>
          <w:szCs w:val="28"/>
        </w:rPr>
        <w:t xml:space="preserve">кәсіпорны, </w:t>
      </w:r>
      <w:r w:rsidRPr="00EE14F8">
        <w:rPr>
          <w:sz w:val="28"/>
          <w:szCs w:val="28"/>
        </w:rPr>
        <w:t xml:space="preserve"> </w:t>
      </w:r>
      <w:r w:rsidRPr="00420D39">
        <w:rPr>
          <w:sz w:val="28"/>
          <w:szCs w:val="28"/>
        </w:rPr>
        <w:t>Мәңгілік</w:t>
      </w:r>
      <w:proofErr w:type="gramEnd"/>
      <w:r w:rsidRPr="00420D39">
        <w:rPr>
          <w:sz w:val="28"/>
          <w:szCs w:val="28"/>
        </w:rPr>
        <w:t xml:space="preserve"> Ел даңғылы, № 80)</w:t>
      </w:r>
    </w:p>
    <w:p w14:paraId="5B279B2D" w14:textId="77777777" w:rsidR="00E72A3C" w:rsidRPr="00420D39" w:rsidRDefault="00E72A3C" w:rsidP="00E72A3C">
      <w:pPr>
        <w:jc w:val="center"/>
        <w:rPr>
          <w:sz w:val="28"/>
          <w:szCs w:val="28"/>
        </w:rPr>
      </w:pPr>
    </w:p>
    <w:p w14:paraId="1978EF5B" w14:textId="77777777" w:rsidR="00E72A3C" w:rsidRPr="00420D39" w:rsidRDefault="00E72A3C" w:rsidP="00E72A3C">
      <w:pPr>
        <w:ind w:firstLine="567"/>
        <w:jc w:val="both"/>
        <w:rPr>
          <w:sz w:val="28"/>
          <w:szCs w:val="28"/>
        </w:rPr>
      </w:pPr>
      <w:r w:rsidRPr="00420D39">
        <w:rPr>
          <w:sz w:val="28"/>
          <w:szCs w:val="28"/>
        </w:rPr>
        <w:t>Шекарасы: Мәңгілік Ел даңғылы, № 80.</w:t>
      </w:r>
    </w:p>
    <w:p w14:paraId="4F834003" w14:textId="77777777" w:rsidR="00E72A3C" w:rsidRPr="00420D39" w:rsidRDefault="00E72A3C" w:rsidP="00E72A3C">
      <w:pPr>
        <w:ind w:firstLine="567"/>
        <w:jc w:val="both"/>
        <w:rPr>
          <w:sz w:val="28"/>
          <w:szCs w:val="28"/>
        </w:rPr>
      </w:pPr>
    </w:p>
    <w:p w14:paraId="793B97A4" w14:textId="77777777" w:rsidR="00E72A3C" w:rsidRPr="00420D39" w:rsidRDefault="00E72A3C" w:rsidP="00E72A3C">
      <w:pPr>
        <w:jc w:val="center"/>
        <w:rPr>
          <w:sz w:val="28"/>
          <w:szCs w:val="28"/>
        </w:rPr>
      </w:pPr>
      <w:r w:rsidRPr="00420D39">
        <w:rPr>
          <w:sz w:val="28"/>
          <w:szCs w:val="28"/>
        </w:rPr>
        <w:t>№ 192 сайлау учаскесі</w:t>
      </w:r>
    </w:p>
    <w:p w14:paraId="7E3565A3" w14:textId="77777777" w:rsidR="00E72A3C" w:rsidRPr="00420D39" w:rsidRDefault="00E72A3C" w:rsidP="00E72A3C">
      <w:pPr>
        <w:jc w:val="center"/>
        <w:rPr>
          <w:sz w:val="28"/>
          <w:szCs w:val="28"/>
        </w:rPr>
      </w:pPr>
      <w:r w:rsidRPr="00420D39">
        <w:rPr>
          <w:sz w:val="28"/>
          <w:szCs w:val="28"/>
        </w:rPr>
        <w:t>(орталығы – Астана қаласы әкімдігінің «№ 3 көпсалалы қалалық балалар ауруханасы» шаруашылық жүргізу құқығындағы мемлекеттік коммуналдық кәсіпорны, Т. Рысқұлов көшесі, № 12)</w:t>
      </w:r>
    </w:p>
    <w:p w14:paraId="6189102E" w14:textId="77777777" w:rsidR="00E72A3C" w:rsidRPr="00420D39" w:rsidRDefault="00E72A3C" w:rsidP="00E72A3C">
      <w:pPr>
        <w:tabs>
          <w:tab w:val="left" w:pos="5730"/>
        </w:tabs>
        <w:ind w:firstLine="567"/>
        <w:rPr>
          <w:sz w:val="28"/>
          <w:szCs w:val="28"/>
        </w:rPr>
      </w:pPr>
      <w:r w:rsidRPr="00420D39">
        <w:rPr>
          <w:sz w:val="28"/>
          <w:szCs w:val="28"/>
        </w:rPr>
        <w:tab/>
      </w:r>
    </w:p>
    <w:p w14:paraId="623E9930" w14:textId="77777777" w:rsidR="00E72A3C" w:rsidRPr="00420D39" w:rsidRDefault="00E72A3C" w:rsidP="00E72A3C">
      <w:pPr>
        <w:ind w:firstLine="567"/>
        <w:jc w:val="both"/>
        <w:rPr>
          <w:sz w:val="28"/>
          <w:szCs w:val="28"/>
        </w:rPr>
      </w:pPr>
      <w:r w:rsidRPr="00420D39">
        <w:rPr>
          <w:sz w:val="28"/>
          <w:szCs w:val="28"/>
        </w:rPr>
        <w:t>Шекарасы: Т. Рысқұлов көшесі, № 12.</w:t>
      </w:r>
    </w:p>
    <w:p w14:paraId="1687B688" w14:textId="77777777" w:rsidR="00E72A3C" w:rsidRPr="00E32FFE" w:rsidRDefault="00E72A3C" w:rsidP="00E72A3C">
      <w:pPr>
        <w:jc w:val="center"/>
        <w:rPr>
          <w:sz w:val="28"/>
          <w:szCs w:val="32"/>
          <w:lang w:val="kk-KZ"/>
        </w:rPr>
      </w:pPr>
      <w:r w:rsidRPr="00420D39">
        <w:rPr>
          <w:sz w:val="28"/>
          <w:szCs w:val="32"/>
          <w:lang w:val="kk-KZ"/>
        </w:rPr>
        <w:t>_________________________</w:t>
      </w:r>
    </w:p>
    <w:p w14:paraId="17624175" w14:textId="03C9FDDF" w:rsidR="00E72A3C" w:rsidRDefault="00E72A3C" w:rsidP="000D023A">
      <w:pPr>
        <w:jc w:val="center"/>
        <w:rPr>
          <w:lang w:val="kk-KZ"/>
        </w:rPr>
      </w:pPr>
    </w:p>
    <w:p w14:paraId="771D004B" w14:textId="2EA12480" w:rsidR="00BC7114" w:rsidRDefault="00BC7114" w:rsidP="000D023A">
      <w:pPr>
        <w:jc w:val="center"/>
        <w:rPr>
          <w:lang w:val="kk-KZ"/>
        </w:rPr>
      </w:pPr>
    </w:p>
    <w:p w14:paraId="770201A9" w14:textId="2306B552" w:rsidR="00BC7114" w:rsidRDefault="00BC7114" w:rsidP="000D023A">
      <w:pPr>
        <w:jc w:val="center"/>
        <w:rPr>
          <w:lang w:val="kk-KZ"/>
        </w:rPr>
      </w:pPr>
    </w:p>
    <w:p w14:paraId="5366C741" w14:textId="28F6F8DC" w:rsidR="00BC7114" w:rsidRDefault="00BC7114" w:rsidP="000D023A">
      <w:pPr>
        <w:jc w:val="center"/>
        <w:rPr>
          <w:lang w:val="kk-KZ"/>
        </w:rPr>
      </w:pPr>
    </w:p>
    <w:p w14:paraId="25B5C725" w14:textId="49A5AB43" w:rsidR="00BC7114" w:rsidRDefault="00BC7114" w:rsidP="000D023A">
      <w:pPr>
        <w:jc w:val="center"/>
        <w:rPr>
          <w:lang w:val="kk-KZ"/>
        </w:rPr>
      </w:pPr>
    </w:p>
    <w:p w14:paraId="6863F478" w14:textId="77777777" w:rsidR="00BE72FA" w:rsidRPr="00350167" w:rsidRDefault="00BE72FA" w:rsidP="00BE72FA">
      <w:pPr>
        <w:ind w:firstLine="709"/>
        <w:jc w:val="center"/>
        <w:rPr>
          <w:b/>
          <w:bCs/>
          <w:sz w:val="28"/>
          <w:szCs w:val="28"/>
          <w:lang w:val="kk-KZ"/>
        </w:rPr>
      </w:pPr>
      <w:r w:rsidRPr="00350167">
        <w:rPr>
          <w:b/>
          <w:bCs/>
          <w:sz w:val="28"/>
          <w:szCs w:val="28"/>
          <w:lang w:val="kk-KZ"/>
        </w:rPr>
        <w:t>Астана қаласы «Нұра» ауданының сайлау учаскелері</w:t>
      </w:r>
    </w:p>
    <w:p w14:paraId="5DA69980" w14:textId="77777777" w:rsidR="00BE72FA" w:rsidRPr="00450AE3" w:rsidRDefault="00BE72FA" w:rsidP="00BE72FA">
      <w:pPr>
        <w:ind w:firstLine="709"/>
        <w:jc w:val="center"/>
        <w:rPr>
          <w:sz w:val="28"/>
          <w:szCs w:val="28"/>
          <w:lang w:val="kk-KZ"/>
        </w:rPr>
      </w:pPr>
    </w:p>
    <w:p w14:paraId="5B5BB1A5" w14:textId="77777777" w:rsidR="00BE72FA" w:rsidRPr="00450AE3" w:rsidRDefault="00BE72FA" w:rsidP="00BE72FA">
      <w:pPr>
        <w:keepNext/>
        <w:ind w:firstLine="709"/>
        <w:jc w:val="center"/>
        <w:rPr>
          <w:sz w:val="28"/>
          <w:szCs w:val="28"/>
          <w:lang w:val="kk-KZ"/>
        </w:rPr>
      </w:pPr>
      <w:r w:rsidRPr="00450AE3">
        <w:rPr>
          <w:sz w:val="28"/>
          <w:szCs w:val="28"/>
          <w:lang w:val="kk-KZ"/>
        </w:rPr>
        <w:t>№ 193 сайлау учаскесі</w:t>
      </w:r>
    </w:p>
    <w:p w14:paraId="67BAE13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«Ақан Құрманов атындағы </w:t>
      </w:r>
    </w:p>
    <w:p w14:paraId="075F698E" w14:textId="77777777" w:rsidR="00BE72FA" w:rsidRPr="00450AE3" w:rsidRDefault="00BE72FA" w:rsidP="00BE72FA">
      <w:pPr>
        <w:keepNext/>
        <w:ind w:firstLine="709"/>
        <w:jc w:val="center"/>
        <w:rPr>
          <w:sz w:val="28"/>
          <w:szCs w:val="28"/>
          <w:lang w:val="kk-KZ"/>
        </w:rPr>
      </w:pPr>
      <w:r w:rsidRPr="00450AE3">
        <w:rPr>
          <w:sz w:val="28"/>
          <w:szCs w:val="28"/>
          <w:lang w:val="kk-KZ"/>
        </w:rPr>
        <w:t>№ 17 мектеп-гимназия» шаруашылық жүргізу құқығындағы мемлекеттік коммуналдық кәсіпорны, Қабанбай батыр даңғылы, № 9/1)</w:t>
      </w:r>
    </w:p>
    <w:p w14:paraId="72612D3F" w14:textId="77777777" w:rsidR="00BE72FA" w:rsidRPr="00450AE3" w:rsidRDefault="00BE72FA" w:rsidP="00BE72FA">
      <w:pPr>
        <w:ind w:firstLine="709"/>
        <w:jc w:val="both"/>
        <w:rPr>
          <w:sz w:val="28"/>
          <w:szCs w:val="28"/>
          <w:lang w:val="kk-KZ"/>
        </w:rPr>
      </w:pPr>
    </w:p>
    <w:p w14:paraId="1511C0B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Қабанбай батыр даңғылынан Есіл өзенінің арнасы бойымен Тұран даңғылына дейін, Тұран даңғылының жұп сандар жағымен Тұран даңғылындағы № 22 үйге дейін, Тұран даңғылындағы № 22 үйден Қабанбай батыр даңғылындағы № 11/5 үйге дейін, Қабанбай батыр даңғылындағы № 11/5 үйден Қабанбай батыр даңғылындағы № 9/3 үйге дейін, Қабанбай батыр даңғылындағы </w:t>
      </w:r>
      <w:r w:rsidRPr="00450AE3">
        <w:rPr>
          <w:sz w:val="28"/>
          <w:szCs w:val="28"/>
          <w:lang w:val="kk-KZ"/>
        </w:rPr>
        <w:br/>
        <w:t>№ 9/3 үйден Қабанбай батыр даңғылына дейін, Қабанбай батыр даңғылының тақ сандар жағымен Есіл өзенінің арнасына дейін.</w:t>
      </w:r>
    </w:p>
    <w:p w14:paraId="651B5657" w14:textId="77777777" w:rsidR="00BE72FA" w:rsidRPr="00450AE3" w:rsidRDefault="00BE72FA" w:rsidP="00BE72FA">
      <w:pPr>
        <w:ind w:firstLine="709"/>
        <w:jc w:val="both"/>
        <w:rPr>
          <w:sz w:val="28"/>
          <w:szCs w:val="28"/>
          <w:lang w:val="kk-KZ"/>
        </w:rPr>
      </w:pPr>
    </w:p>
    <w:p w14:paraId="64CC3F57" w14:textId="77777777" w:rsidR="00BE72FA" w:rsidRPr="00450AE3" w:rsidRDefault="00BE72FA" w:rsidP="00BE72FA">
      <w:pPr>
        <w:keepNext/>
        <w:ind w:firstLine="709"/>
        <w:jc w:val="center"/>
        <w:rPr>
          <w:sz w:val="28"/>
          <w:szCs w:val="28"/>
          <w:lang w:val="kk-KZ"/>
        </w:rPr>
      </w:pPr>
      <w:r w:rsidRPr="00450AE3">
        <w:rPr>
          <w:sz w:val="28"/>
          <w:szCs w:val="28"/>
          <w:lang w:val="kk-KZ"/>
        </w:rPr>
        <w:t>№ 194 сайлау учаскесі</w:t>
      </w:r>
    </w:p>
    <w:p w14:paraId="0AA6D07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«ҚазМұнайГаз» ұлттық компаниясы» акционерлік қоғамы, Қабанбай батыр даңғылы, № 19)</w:t>
      </w:r>
    </w:p>
    <w:p w14:paraId="3C9903C2" w14:textId="77777777" w:rsidR="00BE72FA" w:rsidRPr="00450AE3" w:rsidRDefault="00BE72FA" w:rsidP="00BE72FA">
      <w:pPr>
        <w:ind w:firstLine="709"/>
        <w:jc w:val="center"/>
        <w:rPr>
          <w:sz w:val="28"/>
          <w:szCs w:val="28"/>
          <w:lang w:val="kk-KZ"/>
        </w:rPr>
      </w:pPr>
    </w:p>
    <w:p w14:paraId="5531F3B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Қабанбай батыр даңғылынан Достық көшесінің жұп сандар жағымен Тұран даңғылына дейін, Тұран даңғылының жұп сандар жағымен </w:t>
      </w:r>
      <w:r w:rsidRPr="00450AE3">
        <w:rPr>
          <w:sz w:val="28"/>
          <w:szCs w:val="28"/>
          <w:lang w:val="kk-KZ"/>
        </w:rPr>
        <w:br/>
        <w:t>Ш. Петёфи көшесіне дейін, Ш. Петёфи көшесінен Қабанбай батыр даңғылына дейін, Қабанбай батыр даңғылының тақ сандар жағымен Достық көшесіне дейін.</w:t>
      </w:r>
    </w:p>
    <w:p w14:paraId="786026FF" w14:textId="77777777" w:rsidR="00BE72FA" w:rsidRPr="00450AE3" w:rsidRDefault="00BE72FA" w:rsidP="00BE72FA">
      <w:pPr>
        <w:ind w:firstLine="709"/>
        <w:jc w:val="both"/>
        <w:rPr>
          <w:sz w:val="28"/>
          <w:szCs w:val="28"/>
          <w:lang w:val="kk-KZ"/>
        </w:rPr>
      </w:pPr>
    </w:p>
    <w:p w14:paraId="1BC4EB37" w14:textId="77777777" w:rsidR="00BE72FA" w:rsidRPr="00450AE3" w:rsidRDefault="00BE72FA" w:rsidP="00BE72FA">
      <w:pPr>
        <w:keepNext/>
        <w:ind w:firstLine="709"/>
        <w:jc w:val="center"/>
        <w:rPr>
          <w:sz w:val="28"/>
          <w:szCs w:val="28"/>
          <w:lang w:val="kk-KZ"/>
        </w:rPr>
      </w:pPr>
      <w:r w:rsidRPr="00450AE3">
        <w:rPr>
          <w:sz w:val="28"/>
          <w:szCs w:val="28"/>
          <w:lang w:val="kk-KZ"/>
        </w:rPr>
        <w:t>№ 195 сайлау учаскесі</w:t>
      </w:r>
    </w:p>
    <w:p w14:paraId="6C806A14"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15727DF3"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64569058" w14:textId="77777777" w:rsidR="00BE72FA" w:rsidRPr="00450AE3" w:rsidRDefault="00BE72FA" w:rsidP="00BE72FA">
      <w:pPr>
        <w:ind w:firstLine="709"/>
        <w:jc w:val="both"/>
        <w:rPr>
          <w:sz w:val="28"/>
          <w:szCs w:val="28"/>
          <w:lang w:val="kk-KZ"/>
        </w:rPr>
      </w:pPr>
    </w:p>
    <w:p w14:paraId="67EC5B3B" w14:textId="77777777" w:rsidR="00BE72FA" w:rsidRPr="00450AE3" w:rsidRDefault="00BE72FA" w:rsidP="00BE72FA">
      <w:pPr>
        <w:ind w:firstLine="709"/>
        <w:jc w:val="both"/>
        <w:rPr>
          <w:sz w:val="28"/>
          <w:szCs w:val="28"/>
          <w:lang w:val="kk-KZ"/>
        </w:rPr>
      </w:pPr>
      <w:r w:rsidRPr="00450AE3">
        <w:rPr>
          <w:sz w:val="28"/>
          <w:szCs w:val="28"/>
          <w:lang w:val="kk-KZ"/>
        </w:rPr>
        <w:t>Шекарасы: Ш. Айтматов көшесі, № 36, 38 үйлер.</w:t>
      </w:r>
    </w:p>
    <w:p w14:paraId="2BDDCD13" w14:textId="77777777" w:rsidR="00350167" w:rsidRDefault="00350167" w:rsidP="00BE72FA">
      <w:pPr>
        <w:keepNext/>
        <w:jc w:val="center"/>
        <w:rPr>
          <w:sz w:val="28"/>
          <w:szCs w:val="28"/>
          <w:lang w:val="kk-KZ"/>
        </w:rPr>
      </w:pPr>
    </w:p>
    <w:p w14:paraId="285FBF53" w14:textId="7964D21E" w:rsidR="00BE72FA" w:rsidRPr="00450AE3" w:rsidRDefault="00BE72FA" w:rsidP="00BE72FA">
      <w:pPr>
        <w:keepNext/>
        <w:jc w:val="center"/>
        <w:rPr>
          <w:sz w:val="28"/>
          <w:szCs w:val="28"/>
          <w:lang w:val="kk-KZ"/>
        </w:rPr>
      </w:pPr>
      <w:r w:rsidRPr="00450AE3">
        <w:rPr>
          <w:sz w:val="28"/>
          <w:szCs w:val="28"/>
          <w:lang w:val="kk-KZ"/>
        </w:rPr>
        <w:t>№ 196 сайлау учаскесі</w:t>
      </w:r>
    </w:p>
    <w:p w14:paraId="7C3BA87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17BBE5B5" w14:textId="77777777" w:rsidR="00BE72FA" w:rsidRPr="00450AE3" w:rsidRDefault="00BE72FA" w:rsidP="00BE72FA">
      <w:pPr>
        <w:ind w:firstLine="709"/>
        <w:jc w:val="center"/>
        <w:rPr>
          <w:sz w:val="28"/>
          <w:szCs w:val="28"/>
          <w:lang w:val="kk-KZ"/>
        </w:rPr>
      </w:pPr>
    </w:p>
    <w:p w14:paraId="1E68150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көшесінің жұп сандар жағындағы № 6 үйден Қ. Мұхамедханов көшесіндегі № 8 үйге дейін, Қ. Мұхамедханов көшесіндегі № 8 үйден өтпе жолмен С. Асфендияров көшесіндегі № 10 үйге дейін, </w:t>
      </w:r>
      <w:r w:rsidRPr="00450AE3">
        <w:rPr>
          <w:sz w:val="28"/>
          <w:szCs w:val="28"/>
          <w:lang w:val="kk-KZ"/>
        </w:rPr>
        <w:br/>
        <w:t>С. Асфендияров көшесіндегі № 10 үйден Әйтеке би көшесіне дейін, Әйтеке би көшесінің жұп сандар жағымен «GreenLine» аллеясына дейін, «GreenLine» аллеясымен Әнет баба көшесіне дейін, Әнет баба көшесінің тақ сандар жағымен Әнет баба көшесіндегі № 9/3 үйді қоса алғанда, Қ. Мұхамедханов көшесіне дейін.</w:t>
      </w:r>
    </w:p>
    <w:p w14:paraId="19FB0024" w14:textId="77777777" w:rsidR="00BE72FA" w:rsidRPr="00450AE3" w:rsidRDefault="00BE72FA" w:rsidP="00BE72FA">
      <w:pPr>
        <w:ind w:firstLine="709"/>
        <w:jc w:val="both"/>
        <w:rPr>
          <w:sz w:val="28"/>
          <w:szCs w:val="28"/>
          <w:lang w:val="kk-KZ"/>
        </w:rPr>
      </w:pPr>
    </w:p>
    <w:p w14:paraId="4D4115B5" w14:textId="77777777" w:rsidR="00BE72FA" w:rsidRPr="00450AE3" w:rsidRDefault="00BE72FA" w:rsidP="00BE72FA">
      <w:pPr>
        <w:keepNext/>
        <w:ind w:firstLine="709"/>
        <w:jc w:val="center"/>
        <w:rPr>
          <w:sz w:val="28"/>
          <w:szCs w:val="28"/>
          <w:lang w:val="kk-KZ"/>
        </w:rPr>
      </w:pPr>
      <w:r w:rsidRPr="00450AE3">
        <w:rPr>
          <w:sz w:val="28"/>
          <w:szCs w:val="28"/>
          <w:lang w:val="kk-KZ"/>
        </w:rPr>
        <w:t>№ 197 сайлау учаскесі</w:t>
      </w:r>
    </w:p>
    <w:p w14:paraId="54EA962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33 жалпы орта білім беретін мектеп» коммуналдық мемлекеттік мекемесі, Ә. Қашаубаев көшесі, № 28а)</w:t>
      </w:r>
    </w:p>
    <w:p w14:paraId="468FF285" w14:textId="77777777" w:rsidR="00BE72FA" w:rsidRPr="00450AE3" w:rsidRDefault="00BE72FA" w:rsidP="00BE72FA">
      <w:pPr>
        <w:ind w:firstLine="709"/>
        <w:jc w:val="center"/>
        <w:rPr>
          <w:sz w:val="28"/>
          <w:szCs w:val="28"/>
          <w:lang w:val="kk-KZ"/>
        </w:rPr>
      </w:pPr>
    </w:p>
    <w:p w14:paraId="1B57BEAC" w14:textId="77777777" w:rsidR="00BE72FA" w:rsidRPr="00450AE3" w:rsidRDefault="00BE72FA" w:rsidP="00BE72FA">
      <w:pPr>
        <w:ind w:firstLine="709"/>
        <w:jc w:val="both"/>
        <w:rPr>
          <w:sz w:val="28"/>
          <w:szCs w:val="28"/>
          <w:lang w:val="kk-KZ"/>
        </w:rPr>
      </w:pPr>
      <w:r w:rsidRPr="00450AE3">
        <w:rPr>
          <w:sz w:val="28"/>
          <w:szCs w:val="28"/>
          <w:lang w:val="kk-KZ"/>
        </w:rPr>
        <w:t>Шекарасы: Сырым батыр көшесінен Ақтамберді жырау көшесінің тақ сандар жағымен Қорғалжын тас жолына дейін, Қорғалжын тас жолының жұп сандар жағымен «Нұра» ауданының шекарасына дейін, «Нұра» ауданының шекарасы бойымен Жантай батыр көшесіне дейін, Жантай батыр көшесінің жұп сандар жағымен Бойтұмар көшесіне дейін, Бойтұмар көшесінің тақ сандар жағымен Сырым батыр көшесіне дейін, Сырым батыр көшесінің жұп сандар жағымен Ақтамберді жырау көшесіне дейін.</w:t>
      </w:r>
    </w:p>
    <w:p w14:paraId="103A849C" w14:textId="77777777" w:rsidR="00BE72FA" w:rsidRPr="00450AE3" w:rsidRDefault="00BE72FA" w:rsidP="00BE72FA">
      <w:pPr>
        <w:ind w:firstLine="709"/>
        <w:jc w:val="center"/>
        <w:rPr>
          <w:sz w:val="28"/>
          <w:szCs w:val="28"/>
          <w:lang w:val="kk-KZ"/>
        </w:rPr>
      </w:pPr>
    </w:p>
    <w:p w14:paraId="2FFE0A06" w14:textId="77777777" w:rsidR="00BE72FA" w:rsidRPr="00450AE3" w:rsidRDefault="00BE72FA" w:rsidP="00BE72FA">
      <w:pPr>
        <w:keepNext/>
        <w:ind w:firstLine="709"/>
        <w:jc w:val="center"/>
        <w:rPr>
          <w:sz w:val="28"/>
          <w:szCs w:val="28"/>
          <w:lang w:val="kk-KZ"/>
        </w:rPr>
      </w:pPr>
      <w:r w:rsidRPr="00450AE3">
        <w:rPr>
          <w:sz w:val="28"/>
          <w:szCs w:val="28"/>
          <w:lang w:val="kk-KZ"/>
        </w:rPr>
        <w:t>№ 198 сайлау учаскесі</w:t>
      </w:r>
    </w:p>
    <w:p w14:paraId="3FD3483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«Кемел Ақышев атындағы </w:t>
      </w:r>
    </w:p>
    <w:p w14:paraId="278757FA" w14:textId="77777777" w:rsidR="00BE72FA" w:rsidRPr="00450AE3" w:rsidRDefault="00BE72FA" w:rsidP="00BE72FA">
      <w:pPr>
        <w:keepNext/>
        <w:ind w:firstLine="709"/>
        <w:jc w:val="center"/>
        <w:rPr>
          <w:sz w:val="28"/>
          <w:szCs w:val="28"/>
          <w:lang w:val="kk-KZ"/>
        </w:rPr>
      </w:pPr>
      <w:r w:rsidRPr="00450AE3">
        <w:rPr>
          <w:sz w:val="28"/>
          <w:szCs w:val="28"/>
          <w:lang w:val="kk-KZ"/>
        </w:rPr>
        <w:t>№ 69 мектеп-гимназия» шаруашылық жүргізу құқығындағы мемлекеттік коммуналдық кәсіпорны, Исатай батыр көшесі, № 141/1)</w:t>
      </w:r>
    </w:p>
    <w:p w14:paraId="0E46E96A" w14:textId="77777777" w:rsidR="00BE72FA" w:rsidRPr="00450AE3" w:rsidRDefault="00BE72FA" w:rsidP="00BE72FA">
      <w:pPr>
        <w:ind w:firstLine="709"/>
        <w:jc w:val="center"/>
        <w:rPr>
          <w:sz w:val="28"/>
          <w:szCs w:val="28"/>
          <w:lang w:val="kk-KZ"/>
        </w:rPr>
      </w:pPr>
    </w:p>
    <w:p w14:paraId="517547F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Сырым батыр көшесінен Доспамбет жырау көшесінің жұп сандар жағымен Ж. Шаяхметов көшесіне дейін, Ж. Шаяхметов көшесінен </w:t>
      </w:r>
      <w:r w:rsidRPr="00450AE3">
        <w:rPr>
          <w:sz w:val="28"/>
          <w:szCs w:val="28"/>
          <w:lang w:val="kk-KZ"/>
        </w:rPr>
        <w:br/>
        <w:t xml:space="preserve">Е-590 көшеге дейін, Е-590 көшенің бойымен Н. Байғанин көшесіне дейін, </w:t>
      </w:r>
      <w:r w:rsidRPr="00450AE3">
        <w:rPr>
          <w:sz w:val="28"/>
          <w:szCs w:val="28"/>
          <w:lang w:val="kk-KZ"/>
        </w:rPr>
        <w:br/>
        <w:t>Н. Байғанин көшесінің тақ сандар жағымен Қорғалжын тас жолына дейін, Қорғалжын тас жолының жұп сандар жағымен Ақтамберді жырау көшесіне дейін, Ақтамберді жырау көшесінің жұп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жұп сандар жағымен Доспамбет жырау көшесіне дейін.</w:t>
      </w:r>
    </w:p>
    <w:p w14:paraId="1B55F0D9" w14:textId="77777777" w:rsidR="00BE72FA" w:rsidRDefault="00BE72FA" w:rsidP="00BE72FA">
      <w:pPr>
        <w:ind w:firstLine="709"/>
        <w:jc w:val="center"/>
        <w:rPr>
          <w:sz w:val="28"/>
          <w:szCs w:val="28"/>
          <w:lang w:val="kk-KZ"/>
        </w:rPr>
      </w:pPr>
    </w:p>
    <w:p w14:paraId="4B0577D1" w14:textId="77777777" w:rsidR="00BE72FA" w:rsidRPr="00450AE3" w:rsidRDefault="00BE72FA" w:rsidP="00BE72FA">
      <w:pPr>
        <w:keepNext/>
        <w:ind w:firstLine="709"/>
        <w:jc w:val="center"/>
        <w:rPr>
          <w:sz w:val="28"/>
          <w:szCs w:val="28"/>
          <w:lang w:val="kk-KZ"/>
        </w:rPr>
      </w:pPr>
      <w:r w:rsidRPr="00450AE3">
        <w:rPr>
          <w:sz w:val="28"/>
          <w:szCs w:val="28"/>
          <w:lang w:val="kk-KZ"/>
        </w:rPr>
        <w:t>№ 199 сайлау учаскесі</w:t>
      </w:r>
    </w:p>
    <w:p w14:paraId="2BD2759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қаласының жаратылыстану-математика бағытындағы Назарбаев Зияткерлік мектебі» филиалы, Хусейн бен Талал көшесі, № 21)</w:t>
      </w:r>
    </w:p>
    <w:p w14:paraId="43F66545" w14:textId="77777777" w:rsidR="00BE72FA" w:rsidRPr="00450AE3" w:rsidRDefault="00BE72FA" w:rsidP="00BE72FA">
      <w:pPr>
        <w:ind w:firstLine="709"/>
        <w:jc w:val="center"/>
        <w:rPr>
          <w:sz w:val="28"/>
          <w:szCs w:val="28"/>
          <w:lang w:val="kk-KZ"/>
        </w:rPr>
      </w:pPr>
    </w:p>
    <w:p w14:paraId="5E97D71D" w14:textId="77777777" w:rsidR="00BE72FA" w:rsidRPr="00450AE3" w:rsidRDefault="00BE72FA" w:rsidP="00BE72FA">
      <w:pPr>
        <w:ind w:firstLine="709"/>
        <w:jc w:val="both"/>
        <w:rPr>
          <w:sz w:val="28"/>
          <w:szCs w:val="28"/>
          <w:lang w:val="kk-KZ"/>
        </w:rPr>
      </w:pPr>
      <w:r w:rsidRPr="00450AE3">
        <w:rPr>
          <w:sz w:val="28"/>
          <w:szCs w:val="28"/>
          <w:lang w:val="kk-KZ"/>
        </w:rPr>
        <w:t>Шекарасы: Ұлы Дала даңғылынан Қабанбай батыр даңғылының тақ сандар жағымен Қабанбай батыр даңғылындағы № 63 үйге дейін, Қабанбай батыр даңғылындағы № 63 үйден өтпе жолмен Тұран даңғылындағы № 72к1 үйге дейін, Тұран даңғылындағы № 72к1 үйден өтпе жолмен Қабанбай батыр даңғылындағы № 57/2 үйге дейін, Қабанбай батыр даңғылындағы № 57/2 үйден өтпе жолмен Тұран даңғылына дейін, Тұран даңғылының жұп сандар жағымен Ұлы Дала даңғылына дейін, Ұлы Дала даңғылының жұп сандар жағымен Қабанбай батыр даңғылына дейін.</w:t>
      </w:r>
    </w:p>
    <w:p w14:paraId="02246595" w14:textId="77777777" w:rsidR="00BE72FA" w:rsidRPr="00450AE3" w:rsidRDefault="00BE72FA" w:rsidP="00BE72FA">
      <w:pPr>
        <w:rPr>
          <w:sz w:val="28"/>
          <w:szCs w:val="28"/>
          <w:lang w:val="kk-KZ"/>
        </w:rPr>
      </w:pPr>
    </w:p>
    <w:p w14:paraId="4959A3C6"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200 сайлау учаскесі</w:t>
      </w:r>
    </w:p>
    <w:p w14:paraId="0EECC7F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«ҚазМұнайГаз» өңдеу және маркетинг» акционерлік қоғамы, Тұран даңғылы, № 1)</w:t>
      </w:r>
    </w:p>
    <w:p w14:paraId="2CBF06F9" w14:textId="77777777" w:rsidR="00BE72FA" w:rsidRPr="00450AE3" w:rsidRDefault="00BE72FA" w:rsidP="00BE72FA">
      <w:pPr>
        <w:ind w:firstLine="709"/>
        <w:jc w:val="center"/>
        <w:rPr>
          <w:sz w:val="28"/>
          <w:szCs w:val="28"/>
          <w:lang w:val="kk-KZ"/>
        </w:rPr>
      </w:pPr>
    </w:p>
    <w:p w14:paraId="377B4E8E" w14:textId="77777777" w:rsidR="00BE72FA" w:rsidRPr="00450AE3" w:rsidRDefault="00BE72FA" w:rsidP="00BE72FA">
      <w:pPr>
        <w:ind w:firstLine="709"/>
        <w:jc w:val="both"/>
        <w:rPr>
          <w:sz w:val="28"/>
          <w:szCs w:val="28"/>
          <w:lang w:val="kk-KZ"/>
        </w:rPr>
      </w:pPr>
      <w:r w:rsidRPr="00450AE3">
        <w:rPr>
          <w:sz w:val="28"/>
          <w:szCs w:val="28"/>
          <w:lang w:val="kk-KZ"/>
        </w:rPr>
        <w:t>Шекарасы: Есіл өзенінің арнасымен саяжай алқаптарын қоса алғанда, Тұран даңғылына дейін, Тұран даңғылының тақ сандар жағымен Қорғалжын тас жолына дейін, Қорғалжын тас жолының жұп сандар жағымен Әйтеке би көшесіне дейін, Әйтеке би көшесінің бойымен Есіл өзенінің арнасына дейін.</w:t>
      </w:r>
    </w:p>
    <w:p w14:paraId="10817E19" w14:textId="77777777" w:rsidR="00BE72FA" w:rsidRPr="00450AE3" w:rsidRDefault="00BE72FA" w:rsidP="00BE72FA">
      <w:pPr>
        <w:ind w:firstLine="709"/>
        <w:jc w:val="both"/>
        <w:rPr>
          <w:sz w:val="28"/>
          <w:szCs w:val="28"/>
          <w:lang w:val="kk-KZ"/>
        </w:rPr>
      </w:pPr>
    </w:p>
    <w:p w14:paraId="52CF36C2" w14:textId="77777777" w:rsidR="00BE72FA" w:rsidRPr="00450AE3" w:rsidRDefault="00BE72FA" w:rsidP="00BE72FA">
      <w:pPr>
        <w:keepNext/>
        <w:ind w:firstLine="709"/>
        <w:jc w:val="center"/>
        <w:rPr>
          <w:sz w:val="28"/>
          <w:szCs w:val="28"/>
          <w:lang w:val="kk-KZ"/>
        </w:rPr>
      </w:pPr>
      <w:r w:rsidRPr="00450AE3">
        <w:rPr>
          <w:sz w:val="28"/>
          <w:szCs w:val="28"/>
          <w:lang w:val="kk-KZ"/>
        </w:rPr>
        <w:t>№ 201 сайлау учаскесі</w:t>
      </w:r>
    </w:p>
    <w:p w14:paraId="72749A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7E609AC6" w14:textId="77777777" w:rsidR="00BE72FA" w:rsidRPr="00450AE3" w:rsidRDefault="00BE72FA" w:rsidP="00BE72FA">
      <w:pPr>
        <w:ind w:firstLine="709"/>
        <w:jc w:val="center"/>
        <w:rPr>
          <w:sz w:val="28"/>
          <w:szCs w:val="28"/>
          <w:lang w:val="kk-KZ"/>
        </w:rPr>
      </w:pPr>
    </w:p>
    <w:p w14:paraId="5B1E899A" w14:textId="77777777" w:rsidR="00BE72FA" w:rsidRPr="00450AE3" w:rsidRDefault="00BE72FA" w:rsidP="00BE72FA">
      <w:pPr>
        <w:ind w:firstLine="709"/>
        <w:jc w:val="both"/>
        <w:rPr>
          <w:sz w:val="28"/>
          <w:szCs w:val="28"/>
          <w:lang w:val="kk-KZ"/>
        </w:rPr>
      </w:pPr>
      <w:r w:rsidRPr="00450AE3">
        <w:rPr>
          <w:sz w:val="28"/>
          <w:szCs w:val="28"/>
          <w:lang w:val="kk-KZ"/>
        </w:rPr>
        <w:t>Шекарасы: Есіл өзенінің арнасынан Ш. Айтматов көшесінің тақ сандар жағымен Қорғалжын тас жолына дейін, Қорғалжын тас жолының жұп сандар жағымен № 108 көшеге дейін, № 108 көшенің жұп сандар жағымен Есіл өзенінің арнасына дейін, Есіл өзенінің арнасы бойымен Ш. Айтматов көшесіндегі № 53 үйді және Қорғалжын тас жолындағы № 20б, 20/2 үйлерді қоспағанда,</w:t>
      </w:r>
      <w:r w:rsidRPr="00450AE3">
        <w:rPr>
          <w:sz w:val="28"/>
          <w:szCs w:val="28"/>
          <w:lang w:val="kk-KZ"/>
        </w:rPr>
        <w:br/>
        <w:t xml:space="preserve"> Ш. Айтматов көшесіне дейін. </w:t>
      </w:r>
    </w:p>
    <w:p w14:paraId="3D91B389" w14:textId="77777777" w:rsidR="00BE72FA" w:rsidRPr="00450AE3" w:rsidRDefault="00BE72FA" w:rsidP="00BE72FA">
      <w:pPr>
        <w:ind w:firstLine="709"/>
        <w:jc w:val="center"/>
        <w:rPr>
          <w:sz w:val="28"/>
          <w:szCs w:val="28"/>
          <w:lang w:val="kk-KZ"/>
        </w:rPr>
      </w:pPr>
    </w:p>
    <w:p w14:paraId="19A15967" w14:textId="77777777" w:rsidR="00BE72FA" w:rsidRPr="00450AE3" w:rsidRDefault="00BE72FA" w:rsidP="00BE72FA">
      <w:pPr>
        <w:keepNext/>
        <w:ind w:firstLine="709"/>
        <w:jc w:val="center"/>
        <w:rPr>
          <w:sz w:val="28"/>
          <w:szCs w:val="28"/>
          <w:lang w:val="kk-KZ"/>
        </w:rPr>
      </w:pPr>
      <w:r w:rsidRPr="00450AE3">
        <w:rPr>
          <w:sz w:val="28"/>
          <w:szCs w:val="28"/>
          <w:lang w:val="kk-KZ"/>
        </w:rPr>
        <w:t>№ 202 сайлау учаскесі</w:t>
      </w:r>
    </w:p>
    <w:p w14:paraId="5DEF7498"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 Аймақтық Электржелілік Компаниясы» акционерлік қоғамы, Домалақ ана көшесі, № 9)</w:t>
      </w:r>
    </w:p>
    <w:p w14:paraId="4658E38E" w14:textId="77777777" w:rsidR="00BE72FA" w:rsidRPr="00450AE3" w:rsidRDefault="00BE72FA" w:rsidP="00BE72FA">
      <w:pPr>
        <w:ind w:firstLine="709"/>
        <w:jc w:val="center"/>
        <w:rPr>
          <w:sz w:val="28"/>
          <w:szCs w:val="28"/>
          <w:lang w:val="kk-KZ"/>
        </w:rPr>
      </w:pPr>
    </w:p>
    <w:p w14:paraId="5B1E8D7C" w14:textId="77777777"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Тұран даңғылының тақ сандар жағымен Қ. Мұхамедханов көшесіне дейін, Қ. Мұхамедханов көшесінің тақ сандар жағымен Домалақ ана көшесіне дейін, Домалақ ана көшесінің жұп сандар жағымен Қорғалжын тас жолына дейін, Қорғалжын тас жолының тақ сандар жағымен Тұран даңғылына дейін.</w:t>
      </w:r>
    </w:p>
    <w:p w14:paraId="3E26B227" w14:textId="77777777" w:rsidR="00BE72FA" w:rsidRPr="00450AE3" w:rsidRDefault="00BE72FA" w:rsidP="00BE72FA">
      <w:pPr>
        <w:ind w:firstLine="709"/>
        <w:jc w:val="both"/>
        <w:rPr>
          <w:sz w:val="28"/>
          <w:szCs w:val="28"/>
          <w:lang w:val="kk-KZ"/>
        </w:rPr>
      </w:pPr>
    </w:p>
    <w:p w14:paraId="6D8D4F6B" w14:textId="77777777" w:rsidR="00BE72FA" w:rsidRPr="00450AE3" w:rsidRDefault="00BE72FA" w:rsidP="00BE72FA">
      <w:pPr>
        <w:keepNext/>
        <w:ind w:firstLine="709"/>
        <w:jc w:val="center"/>
        <w:rPr>
          <w:sz w:val="28"/>
          <w:szCs w:val="28"/>
          <w:lang w:val="kk-KZ"/>
        </w:rPr>
      </w:pPr>
      <w:r w:rsidRPr="00450AE3">
        <w:rPr>
          <w:sz w:val="28"/>
          <w:szCs w:val="28"/>
          <w:lang w:val="kk-KZ"/>
        </w:rPr>
        <w:t>№ 203 сайлау учаскесі</w:t>
      </w:r>
    </w:p>
    <w:p w14:paraId="612CA020"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0807C6F7"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2D68B551" w14:textId="77777777" w:rsidR="00BE72FA" w:rsidRPr="00450AE3" w:rsidRDefault="00BE72FA" w:rsidP="00BE72FA">
      <w:pPr>
        <w:ind w:firstLine="709"/>
        <w:jc w:val="center"/>
        <w:rPr>
          <w:sz w:val="28"/>
          <w:szCs w:val="28"/>
          <w:lang w:val="kk-KZ"/>
        </w:rPr>
      </w:pPr>
    </w:p>
    <w:p w14:paraId="2500B81F"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көшесінен Әйтеке би көшесінің тақ сандар жағымен М. Нәрікбаев көшесіне дейін, М. Нәрікбаев көшесінің тақ сандар жағымен Қ. Мұхамедханов көшесіне дейін, Қ. Мұхамедханов көшесінің тақ сандар жағымен Әйтеке би көшесіне дейін.</w:t>
      </w:r>
    </w:p>
    <w:p w14:paraId="27A452FB" w14:textId="77777777" w:rsidR="00BE72FA" w:rsidRPr="00450AE3" w:rsidRDefault="00BE72FA" w:rsidP="00BE72FA">
      <w:pPr>
        <w:ind w:firstLine="709"/>
        <w:jc w:val="both"/>
        <w:rPr>
          <w:sz w:val="28"/>
          <w:szCs w:val="28"/>
          <w:lang w:val="kk-KZ"/>
        </w:rPr>
      </w:pPr>
    </w:p>
    <w:p w14:paraId="6610393A"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204 сайлау учаскесі</w:t>
      </w:r>
    </w:p>
    <w:p w14:paraId="1770624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4D7803F5"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103C9BA2" w14:textId="77777777" w:rsidR="00BE72FA" w:rsidRPr="00450AE3" w:rsidRDefault="00BE72FA" w:rsidP="00BE72FA">
      <w:pPr>
        <w:ind w:firstLine="709"/>
        <w:jc w:val="center"/>
        <w:rPr>
          <w:sz w:val="28"/>
          <w:szCs w:val="28"/>
          <w:lang w:val="kk-KZ"/>
        </w:rPr>
      </w:pPr>
    </w:p>
    <w:p w14:paraId="002B503A"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Қорғалжын тас жолынан Әйтеке би көшесінің тақ сандар жағымен Қ. Мұхамедханов көшесіндегі № 21/2 үйге дейін, Қ. Мұхамедханов көшесіндегі № 21/2 үйден өтпе жолмен Е-489 көшедегі № 5 үйге дейін, Е-489 көшенің тақ сандар жағымен Қ. Мұхамедханов көшесіне дейін, </w:t>
      </w:r>
      <w:r w:rsidRPr="00450AE3">
        <w:rPr>
          <w:sz w:val="28"/>
          <w:szCs w:val="28"/>
          <w:lang w:val="kk-KZ"/>
        </w:rPr>
        <w:br/>
        <w:t xml:space="preserve">Қ. Мұхамедханов көшесінің тақ сандар жағымен Қ. Мұхамедханов көшесіндегі </w:t>
      </w:r>
      <w:r w:rsidRPr="00450AE3">
        <w:rPr>
          <w:sz w:val="28"/>
          <w:szCs w:val="28"/>
          <w:lang w:val="kk-KZ"/>
        </w:rPr>
        <w:br/>
        <w:t>№ 25 үйге дейін, Қ. Мұхамедханов көшесінен өтпе жолмен Қорғалжын тас жолына дейін, Қорғалжын тас жолының тақ сандар жағымен Әйтеке би көшесіне дейін.</w:t>
      </w:r>
    </w:p>
    <w:p w14:paraId="18B1614B" w14:textId="77777777" w:rsidR="00BE72FA" w:rsidRPr="00450AE3" w:rsidRDefault="00BE72FA" w:rsidP="00BE72FA">
      <w:pPr>
        <w:ind w:firstLine="709"/>
        <w:jc w:val="both"/>
        <w:rPr>
          <w:sz w:val="28"/>
          <w:szCs w:val="28"/>
          <w:lang w:val="kk-KZ"/>
        </w:rPr>
      </w:pPr>
    </w:p>
    <w:p w14:paraId="67EE31C4" w14:textId="77777777" w:rsidR="00BE72FA" w:rsidRPr="00450AE3" w:rsidRDefault="00BE72FA" w:rsidP="00BE72FA">
      <w:pPr>
        <w:keepNext/>
        <w:ind w:firstLine="709"/>
        <w:jc w:val="center"/>
        <w:rPr>
          <w:sz w:val="28"/>
          <w:szCs w:val="28"/>
          <w:lang w:val="kk-KZ"/>
        </w:rPr>
      </w:pPr>
      <w:r w:rsidRPr="00450AE3">
        <w:rPr>
          <w:sz w:val="28"/>
          <w:szCs w:val="28"/>
          <w:lang w:val="kk-KZ"/>
        </w:rPr>
        <w:t>№ 205 сайлау учаскесі</w:t>
      </w:r>
    </w:p>
    <w:p w14:paraId="37F82B43"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«BIART» креативті индустриялар мектебі, </w:t>
      </w:r>
      <w:r w:rsidRPr="00450AE3">
        <w:rPr>
          <w:sz w:val="28"/>
          <w:szCs w:val="28"/>
          <w:lang w:val="kk-KZ"/>
        </w:rPr>
        <w:br/>
        <w:t>Сығанақ көшесі, № 17/41)</w:t>
      </w:r>
    </w:p>
    <w:p w14:paraId="46A08D72" w14:textId="77777777" w:rsidR="00BE72FA" w:rsidRPr="00450AE3" w:rsidRDefault="00BE72FA" w:rsidP="00BE72FA">
      <w:pPr>
        <w:ind w:firstLine="709"/>
        <w:jc w:val="center"/>
        <w:rPr>
          <w:sz w:val="28"/>
          <w:szCs w:val="28"/>
          <w:lang w:val="kk-KZ"/>
        </w:rPr>
      </w:pPr>
    </w:p>
    <w:p w14:paraId="185F1BA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Сығанақ көшесінен Қорқыт ата көшесімен Е-35 көшеге дейін, </w:t>
      </w:r>
      <w:r w:rsidRPr="00450AE3">
        <w:rPr>
          <w:sz w:val="28"/>
          <w:szCs w:val="28"/>
          <w:lang w:val="kk-KZ"/>
        </w:rPr>
        <w:br/>
        <w:t>Е-35 көшемен Е-34 көшеге дейін, Е-34 көшемен М. Мәметова көшесіне дейін, М. Мәметова көшесінің тақ сандар жағымен Сығанақ көшесіндегі № 32 үйге дейін, Сығанақ көшесіндегі № 32 үйден Сығанақ көшесіне дейін, Сығанақ көшесінің жұп сандар жағымен Қорқыт ата көшесіне дейін.</w:t>
      </w:r>
    </w:p>
    <w:p w14:paraId="13B52D04" w14:textId="77777777" w:rsidR="00BE72FA" w:rsidRPr="00450AE3" w:rsidRDefault="00BE72FA" w:rsidP="00BE72FA">
      <w:pPr>
        <w:jc w:val="both"/>
        <w:rPr>
          <w:sz w:val="28"/>
          <w:szCs w:val="28"/>
          <w:lang w:val="kk-KZ"/>
        </w:rPr>
      </w:pPr>
    </w:p>
    <w:p w14:paraId="288CA748" w14:textId="77777777" w:rsidR="00BE72FA" w:rsidRPr="00450AE3" w:rsidRDefault="00BE72FA" w:rsidP="00BE72FA">
      <w:pPr>
        <w:keepNext/>
        <w:ind w:firstLine="709"/>
        <w:jc w:val="center"/>
        <w:rPr>
          <w:sz w:val="28"/>
          <w:szCs w:val="28"/>
          <w:lang w:val="kk-KZ"/>
        </w:rPr>
      </w:pPr>
      <w:r w:rsidRPr="00450AE3">
        <w:rPr>
          <w:sz w:val="28"/>
          <w:szCs w:val="28"/>
          <w:lang w:val="kk-KZ"/>
        </w:rPr>
        <w:t>№ 206 сайлау учаскесі</w:t>
      </w:r>
    </w:p>
    <w:p w14:paraId="36FA2AC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p w14:paraId="3648FCC6" w14:textId="77777777" w:rsidR="00BE72FA" w:rsidRPr="00450AE3" w:rsidRDefault="00BE72FA" w:rsidP="00BE72FA">
      <w:pPr>
        <w:ind w:firstLine="709"/>
        <w:jc w:val="center"/>
        <w:rPr>
          <w:sz w:val="28"/>
          <w:szCs w:val="28"/>
          <w:lang w:val="kk-KZ"/>
        </w:rPr>
      </w:pPr>
    </w:p>
    <w:p w14:paraId="29160CE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Ж. Молдағалиев көшесінен Ш. Айтматов көшесінің жұп сандар жағымен Ә. Нұршайықов көшесіндегі № 6/1 үйге дейін, Ә. Нұршайықов көшесіндегі № 6/1 үйден Е-15 көшедегі № 9/1 үйге дейін, Е-15 көшедегі </w:t>
      </w:r>
      <w:r w:rsidRPr="00450AE3">
        <w:rPr>
          <w:sz w:val="28"/>
          <w:szCs w:val="28"/>
          <w:lang w:val="kk-KZ"/>
        </w:rPr>
        <w:br/>
        <w:t>№ 9/1 үйден өтпе жолмен Ж. Молдағалиев көшесіне дейін, Ж. Молдағалиев көшесінің тақ сандар жағымен Е-15 көшедегі № 3, 9, 9/1, 9/2, 9а үйлерді қоса алғанда, Ш. Айтматов көшесіне дейін.</w:t>
      </w:r>
    </w:p>
    <w:p w14:paraId="4DF9ACA5" w14:textId="77777777" w:rsidR="00BE72FA" w:rsidRDefault="00BE72FA" w:rsidP="00BE72FA">
      <w:pPr>
        <w:ind w:firstLine="709"/>
        <w:jc w:val="center"/>
        <w:rPr>
          <w:sz w:val="28"/>
          <w:szCs w:val="28"/>
          <w:lang w:val="kk-KZ"/>
        </w:rPr>
      </w:pPr>
    </w:p>
    <w:p w14:paraId="7E610EA7" w14:textId="77777777" w:rsidR="00BE72FA" w:rsidRPr="00450AE3" w:rsidRDefault="00BE72FA" w:rsidP="00BE72FA">
      <w:pPr>
        <w:keepNext/>
        <w:ind w:firstLine="709"/>
        <w:jc w:val="center"/>
        <w:rPr>
          <w:sz w:val="28"/>
          <w:szCs w:val="28"/>
          <w:lang w:val="kk-KZ"/>
        </w:rPr>
      </w:pPr>
      <w:r w:rsidRPr="00450AE3">
        <w:rPr>
          <w:sz w:val="28"/>
          <w:szCs w:val="28"/>
          <w:lang w:val="kk-KZ"/>
        </w:rPr>
        <w:t>№ 207 сайлау учаскесі</w:t>
      </w:r>
    </w:p>
    <w:p w14:paraId="6C7C1F4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p w14:paraId="70C8649E" w14:textId="77777777" w:rsidR="00BE72FA" w:rsidRPr="00450AE3" w:rsidRDefault="00BE72FA" w:rsidP="00BE72FA">
      <w:pPr>
        <w:ind w:firstLine="709"/>
        <w:jc w:val="center"/>
        <w:rPr>
          <w:sz w:val="28"/>
          <w:szCs w:val="28"/>
          <w:lang w:val="kk-KZ"/>
        </w:rPr>
      </w:pPr>
    </w:p>
    <w:p w14:paraId="52C8F769" w14:textId="77777777" w:rsidR="00BE72FA" w:rsidRPr="00450AE3" w:rsidRDefault="00BE72FA" w:rsidP="00BE72FA">
      <w:pPr>
        <w:ind w:firstLine="709"/>
        <w:jc w:val="both"/>
        <w:rPr>
          <w:sz w:val="28"/>
          <w:szCs w:val="28"/>
          <w:lang w:val="kk-KZ"/>
        </w:rPr>
      </w:pPr>
      <w:r w:rsidRPr="00450AE3">
        <w:rPr>
          <w:sz w:val="28"/>
          <w:szCs w:val="28"/>
          <w:lang w:val="kk-KZ"/>
        </w:rPr>
        <w:t>Шекарасы: Сығанақ көшесінен Ш. Айтматов көшесінің жұп сандар жағымен Ә. Нұршайықов көшесіне дейін, Ә. Нұршайықов көшесінің тақ сандар жағымен Тәттімбет көшесіне дейін, Тәттімбет көшесінен Сығанақ көшесіне дейін, Сығанақ көшесінің жұп сандар жағымен Ш. Айтматов көшесіне дейін.</w:t>
      </w:r>
    </w:p>
    <w:p w14:paraId="02C85449" w14:textId="77777777" w:rsidR="00BE72FA" w:rsidRPr="00450AE3" w:rsidRDefault="00BE72FA" w:rsidP="00BE72FA">
      <w:pPr>
        <w:ind w:firstLine="709"/>
        <w:jc w:val="both"/>
        <w:rPr>
          <w:sz w:val="28"/>
          <w:szCs w:val="28"/>
          <w:lang w:val="kk-KZ"/>
        </w:rPr>
      </w:pPr>
    </w:p>
    <w:p w14:paraId="5A561F87" w14:textId="77777777" w:rsidR="00BE72FA" w:rsidRPr="00450AE3" w:rsidRDefault="00BE72FA" w:rsidP="00BE72FA">
      <w:pPr>
        <w:keepNext/>
        <w:ind w:firstLine="709"/>
        <w:jc w:val="center"/>
        <w:rPr>
          <w:sz w:val="28"/>
          <w:szCs w:val="28"/>
          <w:lang w:val="kk-KZ"/>
        </w:rPr>
      </w:pPr>
      <w:r w:rsidRPr="00450AE3">
        <w:rPr>
          <w:sz w:val="28"/>
          <w:szCs w:val="28"/>
          <w:lang w:val="kk-KZ"/>
        </w:rPr>
        <w:t>№ 208 сайлау учаскесі</w:t>
      </w:r>
    </w:p>
    <w:p w14:paraId="350461ED"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«BI-Group» жауапкершілігі шектеулі серіктестігінің </w:t>
      </w:r>
    </w:p>
    <w:p w14:paraId="042D9073" w14:textId="77777777" w:rsidR="00BE72FA" w:rsidRPr="00450AE3" w:rsidRDefault="00BE72FA" w:rsidP="00BE72FA">
      <w:pPr>
        <w:keepNext/>
        <w:ind w:firstLine="709"/>
        <w:jc w:val="center"/>
        <w:rPr>
          <w:sz w:val="28"/>
          <w:szCs w:val="28"/>
          <w:lang w:val="kk-KZ"/>
        </w:rPr>
      </w:pPr>
      <w:r w:rsidRPr="00450AE3">
        <w:rPr>
          <w:sz w:val="28"/>
          <w:szCs w:val="28"/>
          <w:lang w:val="kk-KZ"/>
        </w:rPr>
        <w:t>«GREEN TOWER» бизнес-орталығы, Сығанақ көшесі, № 17М)</w:t>
      </w:r>
    </w:p>
    <w:p w14:paraId="630B4CF7" w14:textId="77777777" w:rsidR="00BE72FA" w:rsidRPr="00450AE3" w:rsidRDefault="00BE72FA" w:rsidP="00BE72FA">
      <w:pPr>
        <w:ind w:firstLine="709"/>
        <w:jc w:val="center"/>
        <w:rPr>
          <w:sz w:val="28"/>
          <w:szCs w:val="28"/>
          <w:lang w:val="kk-KZ"/>
        </w:rPr>
      </w:pPr>
    </w:p>
    <w:p w14:paraId="43947A9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Халифа бен Заид әл-Нахаян көшесінен Әнет баба көшесінің жұп сандар жағымен Әнет баба көшесіндегі № 8 үйге дейін, Әнет баба көшесіндегі </w:t>
      </w:r>
      <w:r w:rsidRPr="00450AE3">
        <w:rPr>
          <w:sz w:val="28"/>
          <w:szCs w:val="28"/>
          <w:lang w:val="kk-KZ"/>
        </w:rPr>
        <w:br/>
        <w:t>№ 8 үйден Е-900 көшедегі № 6 үйге дейін, Е-900 көшедегі № 6 үйден Халифа бен Заид әл-Нахаян көшесіне дейін, Халифа бен Заид әл-Нахаян көшесінен Әнет баба көшесіндегі № 8, 10 үйлерді қоса алғанда, Әнет баба көшесіне дейін.</w:t>
      </w:r>
    </w:p>
    <w:p w14:paraId="3230E5E7" w14:textId="77777777" w:rsidR="00BE72FA" w:rsidRPr="00450AE3" w:rsidRDefault="00BE72FA" w:rsidP="00BE72FA">
      <w:pPr>
        <w:jc w:val="both"/>
        <w:rPr>
          <w:sz w:val="28"/>
          <w:szCs w:val="28"/>
          <w:lang w:val="kk-KZ"/>
        </w:rPr>
      </w:pPr>
    </w:p>
    <w:p w14:paraId="18F094FB" w14:textId="77777777" w:rsidR="00BE72FA" w:rsidRPr="00450AE3" w:rsidRDefault="00BE72FA" w:rsidP="00BE72FA">
      <w:pPr>
        <w:keepNext/>
        <w:ind w:firstLine="709"/>
        <w:jc w:val="center"/>
        <w:rPr>
          <w:sz w:val="28"/>
          <w:szCs w:val="28"/>
          <w:lang w:val="kk-KZ"/>
        </w:rPr>
      </w:pPr>
      <w:r w:rsidRPr="00450AE3">
        <w:rPr>
          <w:sz w:val="28"/>
          <w:szCs w:val="28"/>
          <w:lang w:val="kk-KZ"/>
        </w:rPr>
        <w:t>№ 209 сайлау учаскесі</w:t>
      </w:r>
    </w:p>
    <w:p w14:paraId="60900E4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«Qazaqstan» жеңіл атлетика спорт кешені,</w:t>
      </w:r>
    </w:p>
    <w:p w14:paraId="11811410"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59)</w:t>
      </w:r>
    </w:p>
    <w:p w14:paraId="1FEB61DC" w14:textId="77777777" w:rsidR="00BE72FA" w:rsidRPr="00450AE3" w:rsidRDefault="00BE72FA" w:rsidP="00BE72FA">
      <w:pPr>
        <w:ind w:firstLine="709"/>
        <w:jc w:val="center"/>
        <w:rPr>
          <w:sz w:val="28"/>
          <w:szCs w:val="28"/>
          <w:lang w:val="kk-KZ"/>
        </w:rPr>
      </w:pPr>
    </w:p>
    <w:p w14:paraId="241609A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даңғылынан Ұлы Дала даңғылының тақ сандар жағымен Ұлы Дала даңғылындағы № 33 үйге дейін, Ұлы Дала даңғылындағы </w:t>
      </w:r>
      <w:r w:rsidRPr="00450AE3">
        <w:rPr>
          <w:sz w:val="28"/>
          <w:szCs w:val="28"/>
          <w:lang w:val="kk-KZ"/>
        </w:rPr>
        <w:br/>
        <w:t xml:space="preserve">№ 33 үйден Қабанбай батыр даңғылындағы № 49/2 үйге дейін, Қабанбай батыр даңғылындағы № 49/2 үйден Ұлы Дала даңғылындағы № 33/1 үйге дейін, </w:t>
      </w:r>
      <w:r w:rsidRPr="00450AE3">
        <w:rPr>
          <w:sz w:val="28"/>
          <w:szCs w:val="28"/>
          <w:lang w:val="kk-KZ"/>
        </w:rPr>
        <w:br/>
        <w:t>Ұлы Дала даңғылындағы № 33/1 үйден Бұқар жырау көшесіндегі № 20Б үйге дейін, Бұқар жырау көшесіндегі № 20Б үйден Тұран даңғылына дейін, Тұран даңғылының жұп сандар жағымен Ұлы Дала даңғылына дейін.</w:t>
      </w:r>
    </w:p>
    <w:p w14:paraId="7C7DA94D" w14:textId="77777777" w:rsidR="00BE72FA" w:rsidRPr="00450AE3" w:rsidRDefault="00BE72FA" w:rsidP="00BE72FA">
      <w:pPr>
        <w:ind w:firstLine="709"/>
        <w:jc w:val="both"/>
        <w:rPr>
          <w:sz w:val="28"/>
          <w:szCs w:val="28"/>
          <w:lang w:val="kk-KZ"/>
        </w:rPr>
      </w:pPr>
    </w:p>
    <w:p w14:paraId="7BD4FA69" w14:textId="77777777" w:rsidR="00BE72FA" w:rsidRPr="00450AE3" w:rsidRDefault="00BE72FA" w:rsidP="00BE72FA">
      <w:pPr>
        <w:keepNext/>
        <w:ind w:firstLine="709"/>
        <w:jc w:val="center"/>
        <w:rPr>
          <w:sz w:val="28"/>
          <w:szCs w:val="28"/>
          <w:lang w:val="kk-KZ"/>
        </w:rPr>
      </w:pPr>
      <w:r w:rsidRPr="00450AE3">
        <w:rPr>
          <w:sz w:val="28"/>
          <w:szCs w:val="28"/>
          <w:lang w:val="kk-KZ"/>
        </w:rPr>
        <w:t>№ 210 сайлау учаскесі</w:t>
      </w:r>
    </w:p>
    <w:p w14:paraId="34978FB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«Сарыарқа» республикалық велотрегі, </w:t>
      </w:r>
      <w:r w:rsidRPr="00450AE3">
        <w:rPr>
          <w:sz w:val="28"/>
          <w:szCs w:val="28"/>
          <w:lang w:val="kk-KZ"/>
        </w:rPr>
        <w:br/>
        <w:t>Қабанбай батыр даңғылы, № 45А)</w:t>
      </w:r>
    </w:p>
    <w:p w14:paraId="35707BC0" w14:textId="77777777" w:rsidR="00BE72FA" w:rsidRPr="00450AE3" w:rsidRDefault="00BE72FA" w:rsidP="00BE72FA">
      <w:pPr>
        <w:ind w:firstLine="709"/>
        <w:jc w:val="both"/>
        <w:rPr>
          <w:sz w:val="28"/>
          <w:szCs w:val="28"/>
          <w:lang w:val="kk-KZ"/>
        </w:rPr>
      </w:pPr>
    </w:p>
    <w:p w14:paraId="374857A8" w14:textId="77777777" w:rsidR="00BE72FA" w:rsidRPr="00450AE3" w:rsidRDefault="00BE72FA" w:rsidP="00BE72FA">
      <w:pPr>
        <w:ind w:firstLine="709"/>
        <w:jc w:val="both"/>
        <w:rPr>
          <w:sz w:val="28"/>
          <w:szCs w:val="28"/>
          <w:lang w:val="kk-KZ"/>
        </w:rPr>
      </w:pPr>
      <w:r w:rsidRPr="00450AE3">
        <w:rPr>
          <w:sz w:val="28"/>
          <w:szCs w:val="28"/>
          <w:lang w:val="kk-KZ"/>
        </w:rPr>
        <w:t>Шекарасы: Қабанбай батыр даңғылы, № 47, 47/1, 47/2 үйлер, Тұран даңғылы, № 48, 50, 50/1, 50/2, 50/3, 50/4, 50/5 үйлер.</w:t>
      </w:r>
    </w:p>
    <w:p w14:paraId="6D5798E0" w14:textId="77777777" w:rsidR="00BE72FA" w:rsidRDefault="00BE72FA" w:rsidP="00BE72FA">
      <w:pPr>
        <w:ind w:firstLine="709"/>
        <w:jc w:val="center"/>
        <w:rPr>
          <w:sz w:val="28"/>
          <w:szCs w:val="28"/>
          <w:lang w:val="kk-KZ"/>
        </w:rPr>
      </w:pPr>
    </w:p>
    <w:p w14:paraId="5490C934" w14:textId="77777777" w:rsidR="00BE72FA" w:rsidRPr="00450AE3" w:rsidRDefault="00BE72FA" w:rsidP="00BE72FA">
      <w:pPr>
        <w:keepNext/>
        <w:ind w:firstLine="709"/>
        <w:jc w:val="center"/>
        <w:rPr>
          <w:sz w:val="28"/>
          <w:szCs w:val="28"/>
          <w:lang w:val="kk-KZ"/>
        </w:rPr>
      </w:pPr>
      <w:r w:rsidRPr="00450AE3">
        <w:rPr>
          <w:sz w:val="28"/>
          <w:szCs w:val="28"/>
          <w:lang w:val="kk-KZ"/>
        </w:rPr>
        <w:t>№ 211 сайлау учаскесі</w:t>
      </w:r>
    </w:p>
    <w:p w14:paraId="5183A53C"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Жақсылық Үшкемпіров атындағы Жекпе-жек сарайы, </w:t>
      </w:r>
    </w:p>
    <w:p w14:paraId="4266C45D" w14:textId="77777777" w:rsidR="00BE72FA" w:rsidRPr="00450AE3" w:rsidRDefault="00BE72FA" w:rsidP="00BE72FA">
      <w:pPr>
        <w:keepNext/>
        <w:ind w:firstLine="709"/>
        <w:jc w:val="center"/>
        <w:rPr>
          <w:sz w:val="28"/>
          <w:szCs w:val="28"/>
          <w:lang w:val="kk-KZ"/>
        </w:rPr>
      </w:pPr>
      <w:r w:rsidRPr="00450AE3">
        <w:rPr>
          <w:sz w:val="28"/>
          <w:szCs w:val="28"/>
          <w:lang w:val="kk-KZ"/>
        </w:rPr>
        <w:t>Қабанбай батыр даңғылы, № 43)</w:t>
      </w:r>
    </w:p>
    <w:p w14:paraId="7B880E41" w14:textId="77777777" w:rsidR="00BE72FA" w:rsidRPr="00450AE3" w:rsidRDefault="00BE72FA" w:rsidP="00BE72FA">
      <w:pPr>
        <w:ind w:firstLine="709"/>
        <w:jc w:val="center"/>
        <w:rPr>
          <w:sz w:val="28"/>
          <w:szCs w:val="28"/>
          <w:lang w:val="kk-KZ"/>
        </w:rPr>
      </w:pPr>
    </w:p>
    <w:p w14:paraId="2D97D817" w14:textId="77777777" w:rsidR="00BE72FA" w:rsidRPr="00450AE3" w:rsidRDefault="00BE72FA" w:rsidP="00BE72FA">
      <w:pPr>
        <w:ind w:firstLine="709"/>
        <w:jc w:val="both"/>
        <w:rPr>
          <w:sz w:val="28"/>
          <w:szCs w:val="28"/>
          <w:lang w:val="kk-KZ"/>
        </w:rPr>
      </w:pPr>
      <w:r w:rsidRPr="00450AE3">
        <w:rPr>
          <w:sz w:val="28"/>
          <w:szCs w:val="28"/>
          <w:lang w:val="kk-KZ"/>
        </w:rPr>
        <w:t>Шекарасы: Ш. Петёфи көшесінен Қабанбай батыр даңғылының тақ сандар жағымен Орынбор көшесіне дейін, Орынбор көшесінің тақ сандар жағымен Тұран даңғылындағы № 44Б үйге дейін, Тұран даңғылындағы № 44Б үйден Тұран даңғылындағы № 40/2 үйге дейін, Тұран даңғылындағы № 40/2 үйден өтпе жолмен Керей, Жәнібек хандар көшесіндегі № 8/1 үйге дейін, Керей, Жәнібек хандар көшесіндегі № 8/1 үйден өтпе жолмен Керей, Жәнібек хандар көшесіне дейін, Керей, Жәнібек хандар көшесінің тақ сандар жағымен Тұран даңғылына дейін, Тұран даңғылының жұп сандар жағымен Ш. Петёфи көшесіне дейін, Ш. Петёфи көшесінен Қабанбай батыр даңғылына дейін.</w:t>
      </w:r>
    </w:p>
    <w:p w14:paraId="3549A33A" w14:textId="77777777" w:rsidR="00BE72FA" w:rsidRPr="00450AE3" w:rsidRDefault="00BE72FA" w:rsidP="00BE72FA">
      <w:pPr>
        <w:ind w:firstLine="709"/>
        <w:jc w:val="center"/>
        <w:rPr>
          <w:sz w:val="28"/>
          <w:szCs w:val="28"/>
          <w:lang w:val="kk-KZ"/>
        </w:rPr>
      </w:pPr>
    </w:p>
    <w:p w14:paraId="6507BCBD"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212 сайлау учаскесі</w:t>
      </w:r>
    </w:p>
    <w:p w14:paraId="74E0823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63F1475C" w14:textId="77777777" w:rsidR="00BE72FA" w:rsidRPr="00450AE3" w:rsidRDefault="00BE72FA" w:rsidP="00BE72FA">
      <w:pPr>
        <w:ind w:firstLine="709"/>
        <w:jc w:val="center"/>
        <w:rPr>
          <w:sz w:val="28"/>
          <w:szCs w:val="28"/>
          <w:lang w:val="kk-KZ"/>
        </w:rPr>
      </w:pPr>
    </w:p>
    <w:p w14:paraId="3A4B6F29" w14:textId="77777777"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Ш. Айтматов көшесінің тақ сандар жағымен Қ. Мұхамедханов көшесіне дейін, Қ. Мұхамедханов көшесінің тақ сандар жағымен Қ. Мұхамедханов көшесіндегі № 43 үйге дейін, Қ. Мұхамедханов көшесіндегі № 43 үйден өтпе жолмен Қорғалжын тас жолына дейін, Қорғалжын тас жолының тақ сандар жағымен Ш. Айтматов көшесіне дейін.</w:t>
      </w:r>
    </w:p>
    <w:p w14:paraId="7AF45075" w14:textId="77777777" w:rsidR="00BE72FA" w:rsidRPr="00450AE3" w:rsidRDefault="00BE72FA" w:rsidP="00BE72FA">
      <w:pPr>
        <w:ind w:firstLine="709"/>
        <w:jc w:val="both"/>
        <w:rPr>
          <w:sz w:val="28"/>
          <w:szCs w:val="28"/>
          <w:lang w:val="kk-KZ"/>
        </w:rPr>
      </w:pPr>
    </w:p>
    <w:p w14:paraId="09BF8D2C" w14:textId="77777777" w:rsidR="00BE72FA" w:rsidRPr="00450AE3" w:rsidRDefault="00BE72FA" w:rsidP="00BE72FA">
      <w:pPr>
        <w:keepNext/>
        <w:ind w:firstLine="709"/>
        <w:jc w:val="center"/>
        <w:rPr>
          <w:sz w:val="28"/>
          <w:szCs w:val="28"/>
          <w:lang w:val="kk-KZ"/>
        </w:rPr>
      </w:pPr>
      <w:r w:rsidRPr="00450AE3">
        <w:rPr>
          <w:sz w:val="28"/>
          <w:szCs w:val="28"/>
          <w:lang w:val="kk-KZ"/>
        </w:rPr>
        <w:t>№ 213 сайлау учаскесі</w:t>
      </w:r>
    </w:p>
    <w:p w14:paraId="14977D6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Құлажанов атындағы Қазақ технология және бизнес университеті» акционерлік қоғамы, Қ. Мұхамедханов көшесі, № 37А)</w:t>
      </w:r>
    </w:p>
    <w:p w14:paraId="12B340B3" w14:textId="77777777" w:rsidR="00BE72FA" w:rsidRPr="00450AE3" w:rsidRDefault="00BE72FA" w:rsidP="00BE72FA">
      <w:pPr>
        <w:ind w:firstLine="709"/>
        <w:jc w:val="center"/>
        <w:rPr>
          <w:sz w:val="28"/>
          <w:szCs w:val="28"/>
          <w:lang w:val="kk-KZ"/>
        </w:rPr>
      </w:pPr>
    </w:p>
    <w:p w14:paraId="01C5C9C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Қорғалжын тас жолынан Ш. Айтматов көшесінің жұп сандар жағымен Қ. Мұхамедханов көшесіне дейін, Қ. Мұхамедханов көшесінің тақ сандар жағымен Қ. Мұхамедханов көшесіндегі № 23а үйге дейін, </w:t>
      </w:r>
      <w:r w:rsidRPr="00450AE3">
        <w:rPr>
          <w:sz w:val="28"/>
          <w:szCs w:val="28"/>
          <w:lang w:val="kk-KZ"/>
        </w:rPr>
        <w:br/>
        <w:t>Қ. Мұхамедханов көшесіндегі № 23а үйден өтпе жолмен Қорғалжын тас жолына дейін, Қорғалжын тас жолының тақ сандар жағымен Ш. Айтматов көшесіне дейін.</w:t>
      </w:r>
    </w:p>
    <w:p w14:paraId="1BDB8ED9" w14:textId="77777777" w:rsidR="00BE72FA" w:rsidRPr="00450AE3" w:rsidRDefault="00BE72FA" w:rsidP="00BE72FA">
      <w:pPr>
        <w:ind w:firstLine="709"/>
        <w:jc w:val="both"/>
        <w:rPr>
          <w:sz w:val="28"/>
          <w:szCs w:val="28"/>
          <w:lang w:val="kk-KZ"/>
        </w:rPr>
      </w:pPr>
    </w:p>
    <w:p w14:paraId="5103D85A" w14:textId="77777777" w:rsidR="00BE72FA" w:rsidRPr="00450AE3" w:rsidRDefault="00BE72FA" w:rsidP="00BE72FA">
      <w:pPr>
        <w:keepNext/>
        <w:ind w:firstLine="709"/>
        <w:jc w:val="center"/>
        <w:rPr>
          <w:sz w:val="28"/>
          <w:szCs w:val="28"/>
          <w:lang w:val="kk-KZ"/>
        </w:rPr>
      </w:pPr>
      <w:r w:rsidRPr="00450AE3">
        <w:rPr>
          <w:sz w:val="28"/>
          <w:szCs w:val="28"/>
          <w:lang w:val="kk-KZ"/>
        </w:rPr>
        <w:t>№ 214 сайлау учаскесі</w:t>
      </w:r>
    </w:p>
    <w:p w14:paraId="1B8FC40C"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81 «Astana English School» </w:t>
      </w:r>
      <w:r w:rsidRPr="00450AE3">
        <w:rPr>
          <w:sz w:val="28"/>
          <w:szCs w:val="28"/>
          <w:lang w:val="kk-KZ"/>
        </w:rPr>
        <w:br/>
        <w:t xml:space="preserve">халықаралық мектеп» коммуналдық мемлекеттік мекемесі, </w:t>
      </w:r>
      <w:r w:rsidRPr="00450AE3">
        <w:rPr>
          <w:sz w:val="28"/>
          <w:szCs w:val="28"/>
          <w:lang w:val="kk-KZ"/>
        </w:rPr>
        <w:br/>
        <w:t>І. Омаров көшесі, № 14)</w:t>
      </w:r>
    </w:p>
    <w:p w14:paraId="7560C18B" w14:textId="77777777" w:rsidR="00BE72FA" w:rsidRPr="00450AE3" w:rsidRDefault="00BE72FA" w:rsidP="00BE72FA">
      <w:pPr>
        <w:ind w:firstLine="709"/>
        <w:jc w:val="center"/>
        <w:rPr>
          <w:sz w:val="28"/>
          <w:szCs w:val="28"/>
          <w:lang w:val="kk-KZ"/>
        </w:rPr>
      </w:pPr>
    </w:p>
    <w:p w14:paraId="1BEDF2C0" w14:textId="77777777" w:rsidR="00BE72FA" w:rsidRPr="00450AE3" w:rsidRDefault="00BE72FA" w:rsidP="00BE72FA">
      <w:pPr>
        <w:ind w:firstLine="709"/>
        <w:jc w:val="both"/>
        <w:rPr>
          <w:sz w:val="28"/>
          <w:szCs w:val="28"/>
          <w:lang w:val="kk-KZ"/>
        </w:rPr>
      </w:pPr>
      <w:r w:rsidRPr="00450AE3">
        <w:rPr>
          <w:sz w:val="28"/>
          <w:szCs w:val="28"/>
          <w:lang w:val="kk-KZ"/>
        </w:rPr>
        <w:t>Шекарасы: І. Омаров көшесі, № 8, 10, 12, 12В, 14, 19, 19/1, 21, 21/1, 23, 23/1, 25 үйлер.</w:t>
      </w:r>
    </w:p>
    <w:p w14:paraId="12866FF7" w14:textId="77777777" w:rsidR="00BE72FA" w:rsidRDefault="00BE72FA" w:rsidP="00BE72FA">
      <w:pPr>
        <w:ind w:firstLine="709"/>
        <w:jc w:val="center"/>
        <w:rPr>
          <w:sz w:val="28"/>
          <w:szCs w:val="28"/>
          <w:lang w:val="kk-KZ"/>
        </w:rPr>
      </w:pPr>
    </w:p>
    <w:p w14:paraId="4A8223C2" w14:textId="77777777" w:rsidR="00BE72FA" w:rsidRPr="00450AE3" w:rsidRDefault="00BE72FA" w:rsidP="00BE72FA">
      <w:pPr>
        <w:keepNext/>
        <w:ind w:firstLine="709"/>
        <w:jc w:val="center"/>
        <w:rPr>
          <w:sz w:val="28"/>
          <w:szCs w:val="28"/>
          <w:lang w:val="kk-KZ"/>
        </w:rPr>
      </w:pPr>
      <w:r w:rsidRPr="00450AE3">
        <w:rPr>
          <w:sz w:val="28"/>
          <w:szCs w:val="28"/>
          <w:lang w:val="kk-KZ"/>
        </w:rPr>
        <w:t>№ 215 сайлау учаскесі</w:t>
      </w:r>
    </w:p>
    <w:p w14:paraId="7DA298D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Құлажанов атындағы Қазақ технология және бизнес университеті» акционерлік қоғамы, Қ. Мұхамедханов көшесі, № 37А)</w:t>
      </w:r>
    </w:p>
    <w:p w14:paraId="61CDBE34" w14:textId="77777777" w:rsidR="00BE72FA" w:rsidRPr="00450AE3" w:rsidRDefault="00BE72FA" w:rsidP="00BE72FA">
      <w:pPr>
        <w:ind w:firstLine="709"/>
        <w:jc w:val="center"/>
        <w:rPr>
          <w:sz w:val="28"/>
          <w:szCs w:val="28"/>
          <w:lang w:val="kk-KZ"/>
        </w:rPr>
      </w:pPr>
    </w:p>
    <w:p w14:paraId="2D06ABEE"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 № 20, 20/1, 20/2 үйлер, Ш. Айтматов көшесі, № 40/1, 40/2 үйлер, І. Омаров көшесі, № 27, 27/1 үйлер.</w:t>
      </w:r>
    </w:p>
    <w:p w14:paraId="73FE9789" w14:textId="77777777" w:rsidR="00BE72FA" w:rsidRPr="00450AE3" w:rsidRDefault="00BE72FA" w:rsidP="00BE72FA">
      <w:pPr>
        <w:rPr>
          <w:sz w:val="28"/>
          <w:szCs w:val="28"/>
          <w:lang w:val="kk-KZ"/>
        </w:rPr>
      </w:pPr>
    </w:p>
    <w:p w14:paraId="090846F4" w14:textId="77777777" w:rsidR="00BE72FA" w:rsidRPr="00450AE3" w:rsidRDefault="00BE72FA" w:rsidP="00BE72FA">
      <w:pPr>
        <w:keepNext/>
        <w:ind w:firstLine="709"/>
        <w:jc w:val="center"/>
        <w:rPr>
          <w:sz w:val="28"/>
          <w:szCs w:val="28"/>
          <w:lang w:val="kk-KZ"/>
        </w:rPr>
      </w:pPr>
      <w:r w:rsidRPr="00450AE3">
        <w:rPr>
          <w:sz w:val="28"/>
          <w:szCs w:val="28"/>
          <w:lang w:val="kk-KZ"/>
        </w:rPr>
        <w:t>№ 216 сайлау учаскесі</w:t>
      </w:r>
    </w:p>
    <w:p w14:paraId="1D96AC9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«TANYM» көпфункционалды кешені» шаруашылық жүргізу құқығындағы мемлекеттік коммуналдық кәсіпорны, Қ. Мұхамедханов көшесі, № 26)</w:t>
      </w:r>
      <w:r w:rsidRPr="00450AE3">
        <w:rPr>
          <w:sz w:val="28"/>
          <w:szCs w:val="28"/>
          <w:lang w:val="kk-KZ"/>
        </w:rPr>
        <w:br/>
      </w:r>
    </w:p>
    <w:p w14:paraId="3867442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Ш. Айтматов көшесі, </w:t>
      </w:r>
      <w:r w:rsidRPr="00450AE3">
        <w:rPr>
          <w:sz w:val="28"/>
          <w:szCs w:val="28"/>
        </w:rPr>
        <w:t>№ 33, 37, 39, 40, 41, 41/1, 41а, 41/2, 41б, 41/3</w:t>
      </w:r>
      <w:r w:rsidRPr="00450AE3">
        <w:rPr>
          <w:sz w:val="28"/>
          <w:szCs w:val="28"/>
          <w:lang w:val="kk-KZ"/>
        </w:rPr>
        <w:t xml:space="preserve"> үйлер. </w:t>
      </w:r>
    </w:p>
    <w:p w14:paraId="6CADF084" w14:textId="77777777" w:rsidR="00BE72FA" w:rsidRPr="00450AE3" w:rsidRDefault="00BE72FA" w:rsidP="00BE72FA">
      <w:pPr>
        <w:ind w:firstLine="709"/>
        <w:jc w:val="both"/>
        <w:rPr>
          <w:sz w:val="28"/>
          <w:szCs w:val="28"/>
          <w:lang w:val="kk-KZ"/>
        </w:rPr>
      </w:pPr>
    </w:p>
    <w:p w14:paraId="67F0F72E" w14:textId="77777777" w:rsidR="00BE72FA" w:rsidRPr="00450AE3" w:rsidRDefault="00BE72FA" w:rsidP="00BE72FA">
      <w:pPr>
        <w:keepNext/>
        <w:ind w:firstLine="709"/>
        <w:jc w:val="center"/>
        <w:rPr>
          <w:sz w:val="28"/>
          <w:szCs w:val="28"/>
          <w:lang w:val="kk-KZ"/>
        </w:rPr>
      </w:pPr>
      <w:r w:rsidRPr="00450AE3">
        <w:rPr>
          <w:sz w:val="28"/>
          <w:szCs w:val="28"/>
          <w:lang w:val="kk-KZ"/>
        </w:rPr>
        <w:t>№ 217 сайлау учаскесі</w:t>
      </w:r>
    </w:p>
    <w:p w14:paraId="22478A0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2D874B72" w14:textId="77777777" w:rsidR="00BE72FA" w:rsidRPr="00450AE3" w:rsidRDefault="00BE72FA" w:rsidP="00BE72FA">
      <w:pPr>
        <w:ind w:firstLine="709"/>
        <w:jc w:val="center"/>
        <w:rPr>
          <w:sz w:val="28"/>
          <w:szCs w:val="28"/>
          <w:lang w:val="kk-KZ"/>
        </w:rPr>
      </w:pPr>
    </w:p>
    <w:p w14:paraId="3A661587"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 Асфендияров көшесі, № 8, 9 үйлер, Әнет баба көшесі, </w:t>
      </w:r>
      <w:r w:rsidRPr="00450AE3">
        <w:rPr>
          <w:sz w:val="28"/>
          <w:szCs w:val="28"/>
          <w:lang w:val="kk-KZ"/>
        </w:rPr>
        <w:br/>
        <w:t>№ 5, 7, 7/1, 7/2 үйлер.</w:t>
      </w:r>
    </w:p>
    <w:p w14:paraId="7954AFF6" w14:textId="77777777" w:rsidR="00BE72FA" w:rsidRPr="00450AE3" w:rsidRDefault="00BE72FA" w:rsidP="00BE72FA">
      <w:pPr>
        <w:ind w:firstLine="709"/>
        <w:jc w:val="both"/>
        <w:rPr>
          <w:sz w:val="28"/>
          <w:szCs w:val="28"/>
          <w:lang w:val="kk-KZ"/>
        </w:rPr>
      </w:pPr>
    </w:p>
    <w:p w14:paraId="40EF5AFE" w14:textId="77777777" w:rsidR="00BE72FA" w:rsidRPr="00450AE3" w:rsidRDefault="00BE72FA" w:rsidP="00BE72FA">
      <w:pPr>
        <w:keepNext/>
        <w:ind w:firstLine="709"/>
        <w:jc w:val="center"/>
        <w:rPr>
          <w:sz w:val="28"/>
          <w:szCs w:val="28"/>
          <w:lang w:val="kk-KZ"/>
        </w:rPr>
      </w:pPr>
      <w:r w:rsidRPr="00450AE3">
        <w:rPr>
          <w:sz w:val="28"/>
          <w:szCs w:val="28"/>
          <w:lang w:val="kk-KZ"/>
        </w:rPr>
        <w:t>№ 218 сайлау учаскесі</w:t>
      </w:r>
    </w:p>
    <w:p w14:paraId="3982880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5FA978DD"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038EADF3" w14:textId="77777777" w:rsidR="00BE72FA" w:rsidRPr="00450AE3" w:rsidRDefault="00BE72FA" w:rsidP="00BE72FA">
      <w:pPr>
        <w:ind w:firstLine="709"/>
        <w:jc w:val="center"/>
        <w:rPr>
          <w:sz w:val="28"/>
          <w:szCs w:val="28"/>
          <w:lang w:val="kk-KZ"/>
        </w:rPr>
      </w:pPr>
    </w:p>
    <w:p w14:paraId="13B3F9D4"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С. Асфендияров көшесі, № 6, 7, 12 үйлер, Әйтеке би көшесі, </w:t>
      </w:r>
      <w:r w:rsidRPr="00450AE3">
        <w:rPr>
          <w:sz w:val="28"/>
          <w:szCs w:val="28"/>
          <w:lang w:val="kk-KZ"/>
        </w:rPr>
        <w:br/>
        <w:t>№ 1 үй, Күлтегін көшесі, № 12 үй.</w:t>
      </w:r>
    </w:p>
    <w:p w14:paraId="7A83F67B" w14:textId="77777777" w:rsidR="00BE72FA" w:rsidRPr="00450AE3" w:rsidRDefault="00BE72FA" w:rsidP="00BE72FA">
      <w:pPr>
        <w:ind w:firstLine="709"/>
        <w:jc w:val="center"/>
        <w:rPr>
          <w:sz w:val="28"/>
          <w:szCs w:val="28"/>
          <w:lang w:val="kk-KZ"/>
        </w:rPr>
      </w:pPr>
    </w:p>
    <w:p w14:paraId="3393BCED" w14:textId="77777777" w:rsidR="00BE72FA" w:rsidRPr="00450AE3" w:rsidRDefault="00BE72FA" w:rsidP="00BE72FA">
      <w:pPr>
        <w:keepNext/>
        <w:ind w:firstLine="709"/>
        <w:jc w:val="center"/>
        <w:rPr>
          <w:sz w:val="28"/>
          <w:szCs w:val="28"/>
          <w:lang w:val="kk-KZ"/>
        </w:rPr>
      </w:pPr>
      <w:r w:rsidRPr="00450AE3">
        <w:rPr>
          <w:sz w:val="28"/>
          <w:szCs w:val="28"/>
          <w:lang w:val="kk-KZ"/>
        </w:rPr>
        <w:t>№ 219 сайлау учаскесі</w:t>
      </w:r>
    </w:p>
    <w:p w14:paraId="45C3ADD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p w14:paraId="7EF0A722" w14:textId="77777777" w:rsidR="00BE72FA" w:rsidRPr="00450AE3" w:rsidRDefault="00BE72FA" w:rsidP="00BE72FA">
      <w:pPr>
        <w:ind w:firstLine="709"/>
        <w:jc w:val="center"/>
        <w:rPr>
          <w:sz w:val="28"/>
          <w:szCs w:val="28"/>
          <w:lang w:val="kk-KZ"/>
        </w:rPr>
      </w:pPr>
    </w:p>
    <w:p w14:paraId="7148ACA0" w14:textId="77777777" w:rsidR="00BE72FA" w:rsidRPr="00450AE3" w:rsidRDefault="00BE72FA" w:rsidP="00BE72FA">
      <w:pPr>
        <w:ind w:firstLine="709"/>
        <w:jc w:val="both"/>
        <w:rPr>
          <w:sz w:val="28"/>
          <w:szCs w:val="28"/>
          <w:lang w:val="kk-KZ"/>
        </w:rPr>
      </w:pPr>
      <w:r w:rsidRPr="00450AE3">
        <w:rPr>
          <w:sz w:val="28"/>
          <w:szCs w:val="28"/>
          <w:lang w:val="kk-KZ"/>
        </w:rPr>
        <w:t>Шекарасы: Ә. Нұршайықов көшесі, № 6, 6/1, 8, 10 үйлер, Ш. Айтматов көшесі, № 27, 29, 29А үйлер, Е-429 көше, № 24, 26, 28 үйлер.</w:t>
      </w:r>
    </w:p>
    <w:p w14:paraId="0C1357E9" w14:textId="77777777" w:rsidR="00BE72FA" w:rsidRDefault="00BE72FA" w:rsidP="00BE72FA">
      <w:pPr>
        <w:ind w:firstLine="709"/>
        <w:jc w:val="center"/>
        <w:rPr>
          <w:sz w:val="28"/>
          <w:szCs w:val="28"/>
          <w:lang w:val="kk-KZ"/>
        </w:rPr>
      </w:pPr>
    </w:p>
    <w:p w14:paraId="5D203AC4" w14:textId="77777777" w:rsidR="00BE72FA" w:rsidRPr="00450AE3" w:rsidRDefault="00BE72FA" w:rsidP="00BE72FA">
      <w:pPr>
        <w:keepNext/>
        <w:ind w:firstLine="709"/>
        <w:jc w:val="center"/>
        <w:rPr>
          <w:sz w:val="28"/>
          <w:szCs w:val="28"/>
          <w:lang w:val="kk-KZ"/>
        </w:rPr>
      </w:pPr>
      <w:r w:rsidRPr="00450AE3">
        <w:rPr>
          <w:sz w:val="28"/>
          <w:szCs w:val="28"/>
          <w:lang w:val="kk-KZ"/>
        </w:rPr>
        <w:t>№ 220 сайлау учаскесі</w:t>
      </w:r>
    </w:p>
    <w:p w14:paraId="387B6917" w14:textId="77777777" w:rsidR="00BE72FA" w:rsidRPr="00450AE3" w:rsidRDefault="00BE72FA" w:rsidP="00BE72FA">
      <w:pPr>
        <w:keepNext/>
        <w:jc w:val="center"/>
        <w:rPr>
          <w:sz w:val="28"/>
          <w:szCs w:val="28"/>
          <w:lang w:val="kk-KZ"/>
        </w:rPr>
      </w:pPr>
      <w:r w:rsidRPr="00450AE3">
        <w:rPr>
          <w:sz w:val="28"/>
          <w:szCs w:val="28"/>
          <w:lang w:val="kk-KZ"/>
        </w:rPr>
        <w:t>(орталығы – Астана қаласы әкімдігінің «Орталықтандырылған кітапханалар жүйесі» коммуналдық мемлекеттік мекемесінің № 2 филиалы,</w:t>
      </w:r>
      <w:r w:rsidRPr="00450AE3">
        <w:rPr>
          <w:sz w:val="28"/>
          <w:szCs w:val="28"/>
          <w:lang w:val="kk-KZ"/>
        </w:rPr>
        <w:br/>
        <w:t xml:space="preserve"> Ә. Нұршайықов көшесі, № 10)</w:t>
      </w:r>
    </w:p>
    <w:p w14:paraId="717B62CE" w14:textId="77777777" w:rsidR="00BE72FA" w:rsidRPr="00450AE3" w:rsidRDefault="00BE72FA" w:rsidP="00BE72FA">
      <w:pPr>
        <w:ind w:firstLine="709"/>
        <w:jc w:val="center"/>
        <w:rPr>
          <w:sz w:val="28"/>
          <w:szCs w:val="28"/>
          <w:lang w:val="kk-KZ"/>
        </w:rPr>
      </w:pPr>
    </w:p>
    <w:p w14:paraId="258A75AB" w14:textId="77777777" w:rsidR="00BE72FA" w:rsidRPr="00450AE3" w:rsidRDefault="00BE72FA" w:rsidP="00BE72FA">
      <w:pPr>
        <w:ind w:firstLine="709"/>
        <w:jc w:val="both"/>
        <w:rPr>
          <w:sz w:val="28"/>
          <w:szCs w:val="28"/>
          <w:lang w:val="kk-KZ"/>
        </w:rPr>
      </w:pPr>
      <w:r w:rsidRPr="00450AE3">
        <w:rPr>
          <w:sz w:val="28"/>
          <w:szCs w:val="28"/>
          <w:lang w:val="kk-KZ"/>
        </w:rPr>
        <w:t>Шекарасы: Күлтегін көшесі, № 4, 5, 7 үйлер, Сығанақ көшесі, № 6, 6П, 12, 14 үйлер.</w:t>
      </w:r>
    </w:p>
    <w:p w14:paraId="4BD0EC46" w14:textId="77777777" w:rsidR="00BE72FA" w:rsidRDefault="00BE72FA" w:rsidP="00BE72FA">
      <w:pPr>
        <w:ind w:firstLine="709"/>
        <w:jc w:val="center"/>
        <w:rPr>
          <w:sz w:val="28"/>
          <w:szCs w:val="28"/>
          <w:lang w:val="kk-KZ"/>
        </w:rPr>
      </w:pPr>
    </w:p>
    <w:p w14:paraId="29051A63" w14:textId="77777777" w:rsidR="00BE72FA" w:rsidRPr="00450AE3" w:rsidRDefault="00BE72FA" w:rsidP="00BE72FA">
      <w:pPr>
        <w:keepNext/>
        <w:ind w:firstLine="709"/>
        <w:jc w:val="center"/>
        <w:rPr>
          <w:sz w:val="28"/>
          <w:szCs w:val="28"/>
          <w:lang w:val="kk-KZ"/>
        </w:rPr>
      </w:pPr>
      <w:r w:rsidRPr="00450AE3">
        <w:rPr>
          <w:sz w:val="28"/>
          <w:szCs w:val="28"/>
          <w:lang w:val="kk-KZ"/>
        </w:rPr>
        <w:t>№ 221 сайлау учаскесі</w:t>
      </w:r>
    </w:p>
    <w:p w14:paraId="43D2237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6FA6EAA9" w14:textId="77777777" w:rsidR="00BE72FA" w:rsidRPr="00450AE3" w:rsidRDefault="00BE72FA" w:rsidP="00BE72FA">
      <w:pPr>
        <w:shd w:val="clear" w:color="auto" w:fill="FFFFFF" w:themeFill="background1"/>
        <w:ind w:firstLine="709"/>
        <w:jc w:val="center"/>
        <w:rPr>
          <w:sz w:val="28"/>
          <w:szCs w:val="28"/>
          <w:lang w:val="kk-KZ"/>
        </w:rPr>
      </w:pPr>
    </w:p>
    <w:p w14:paraId="71854735"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41, 41/1, 41а, 43, 43/1, 43/3, 43/5, 43/6, 43а, 43б, 43в үйлер, Сығанақ көшесі, № 38, 38/1, 40, 42 үйлер.</w:t>
      </w:r>
    </w:p>
    <w:p w14:paraId="2109B929" w14:textId="77777777" w:rsidR="00BE72FA" w:rsidRPr="00450AE3" w:rsidRDefault="00BE72FA" w:rsidP="00BE72FA">
      <w:pPr>
        <w:shd w:val="clear" w:color="auto" w:fill="FFFFFF" w:themeFill="background1"/>
        <w:ind w:firstLine="709"/>
        <w:jc w:val="both"/>
        <w:rPr>
          <w:sz w:val="28"/>
          <w:szCs w:val="28"/>
          <w:lang w:val="kk-KZ"/>
        </w:rPr>
      </w:pPr>
    </w:p>
    <w:p w14:paraId="0D112BF2" w14:textId="77777777" w:rsidR="00BE72FA" w:rsidRPr="00450AE3" w:rsidRDefault="00BE72FA" w:rsidP="00BE72FA">
      <w:pPr>
        <w:keepNext/>
        <w:ind w:firstLine="709"/>
        <w:jc w:val="center"/>
        <w:rPr>
          <w:sz w:val="28"/>
          <w:szCs w:val="28"/>
          <w:lang w:val="kk-KZ"/>
        </w:rPr>
      </w:pPr>
      <w:r w:rsidRPr="00450AE3">
        <w:rPr>
          <w:sz w:val="28"/>
          <w:szCs w:val="28"/>
          <w:lang w:val="kk-KZ"/>
        </w:rPr>
        <w:t>№ 222 сайлау учаскесі</w:t>
      </w:r>
    </w:p>
    <w:p w14:paraId="66CF926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«International Future school» жауапкершілігі шектеулі серіктестігі, Ә. Бектұров көшесі, № 19/1)</w:t>
      </w:r>
    </w:p>
    <w:p w14:paraId="4430F2DB" w14:textId="77777777" w:rsidR="00BE72FA" w:rsidRPr="00450AE3" w:rsidRDefault="00BE72FA" w:rsidP="00BE72FA">
      <w:pPr>
        <w:ind w:firstLine="709"/>
        <w:jc w:val="both"/>
        <w:rPr>
          <w:sz w:val="28"/>
          <w:szCs w:val="28"/>
          <w:lang w:val="kk-KZ"/>
        </w:rPr>
      </w:pPr>
    </w:p>
    <w:p w14:paraId="24E18930" w14:textId="77777777" w:rsidR="00BE72FA" w:rsidRPr="00450AE3" w:rsidRDefault="00BE72FA" w:rsidP="00BE72FA">
      <w:pPr>
        <w:ind w:firstLine="709"/>
        <w:jc w:val="both"/>
        <w:rPr>
          <w:sz w:val="28"/>
          <w:szCs w:val="28"/>
          <w:lang w:val="kk-KZ"/>
        </w:rPr>
      </w:pPr>
      <w:r w:rsidRPr="00450AE3">
        <w:rPr>
          <w:sz w:val="28"/>
          <w:szCs w:val="28"/>
          <w:lang w:val="kk-KZ"/>
        </w:rPr>
        <w:lastRenderedPageBreak/>
        <w:t>Шекарасы: Ә. Бектұров көшесі, № 4/1, 4/2, 4/3, 4/4, 4/6, 4/7, 4в үйлер, Тұран даңғылы, № 47, 49, 51, 53, 53а, 53в, 55/1, 55/2, 55/3, 55в үйлер.</w:t>
      </w:r>
    </w:p>
    <w:p w14:paraId="7B58B0CE" w14:textId="77777777" w:rsidR="00BE72FA" w:rsidRPr="00450AE3" w:rsidRDefault="00BE72FA" w:rsidP="00BE72FA">
      <w:pPr>
        <w:ind w:firstLine="709"/>
        <w:jc w:val="both"/>
        <w:rPr>
          <w:sz w:val="28"/>
          <w:szCs w:val="28"/>
          <w:lang w:val="kk-KZ"/>
        </w:rPr>
      </w:pPr>
    </w:p>
    <w:p w14:paraId="1483BBC9" w14:textId="77777777" w:rsidR="00BE72FA" w:rsidRPr="00450AE3" w:rsidRDefault="00BE72FA" w:rsidP="00BE72FA">
      <w:pPr>
        <w:keepNext/>
        <w:ind w:firstLine="709"/>
        <w:jc w:val="center"/>
        <w:rPr>
          <w:sz w:val="28"/>
          <w:szCs w:val="28"/>
          <w:lang w:val="kk-KZ"/>
        </w:rPr>
      </w:pPr>
      <w:r w:rsidRPr="00450AE3">
        <w:rPr>
          <w:sz w:val="28"/>
          <w:szCs w:val="28"/>
          <w:lang w:val="kk-KZ"/>
        </w:rPr>
        <w:t>№ 223 сайлау учаскесі</w:t>
      </w:r>
    </w:p>
    <w:p w14:paraId="1CC7C5B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36F7EF91" w14:textId="77777777" w:rsidR="00BE72FA" w:rsidRPr="00450AE3" w:rsidRDefault="00BE72FA" w:rsidP="00BE72FA">
      <w:pPr>
        <w:ind w:firstLine="709"/>
        <w:jc w:val="center"/>
        <w:rPr>
          <w:sz w:val="28"/>
          <w:szCs w:val="28"/>
          <w:lang w:val="kk-KZ"/>
        </w:rPr>
      </w:pPr>
    </w:p>
    <w:p w14:paraId="60AE6677" w14:textId="77777777" w:rsidR="00BE72FA" w:rsidRPr="00450AE3" w:rsidRDefault="00BE72FA" w:rsidP="00BE72FA">
      <w:pPr>
        <w:ind w:firstLine="709"/>
        <w:jc w:val="both"/>
        <w:rPr>
          <w:sz w:val="28"/>
          <w:szCs w:val="28"/>
          <w:lang w:val="kk-KZ"/>
        </w:rPr>
      </w:pPr>
      <w:r w:rsidRPr="00450AE3">
        <w:rPr>
          <w:sz w:val="28"/>
          <w:szCs w:val="28"/>
          <w:lang w:val="kk-KZ"/>
        </w:rPr>
        <w:t>Шекарасы: Ә. Бектұров көшесі, № 4, 7, 17, 17/1, 17/2, 17/3 үйлер, Төле би көшесі, № 42, 44, 44/1, 44/2 үйлер.</w:t>
      </w:r>
    </w:p>
    <w:p w14:paraId="1D9DC670" w14:textId="77777777" w:rsidR="00BE72FA" w:rsidRPr="00450AE3" w:rsidRDefault="00BE72FA" w:rsidP="00BE72FA">
      <w:pPr>
        <w:ind w:firstLine="709"/>
        <w:jc w:val="both"/>
        <w:rPr>
          <w:sz w:val="28"/>
          <w:szCs w:val="28"/>
          <w:lang w:val="kk-KZ"/>
        </w:rPr>
      </w:pPr>
    </w:p>
    <w:p w14:paraId="48D27D0C" w14:textId="77777777" w:rsidR="00BE72FA" w:rsidRPr="00450AE3" w:rsidRDefault="00BE72FA" w:rsidP="00BE72FA">
      <w:pPr>
        <w:keepNext/>
        <w:ind w:firstLine="709"/>
        <w:jc w:val="center"/>
        <w:rPr>
          <w:sz w:val="28"/>
          <w:szCs w:val="28"/>
          <w:lang w:val="kk-KZ"/>
        </w:rPr>
      </w:pPr>
      <w:r w:rsidRPr="00450AE3">
        <w:rPr>
          <w:sz w:val="28"/>
          <w:szCs w:val="28"/>
          <w:lang w:val="kk-KZ"/>
        </w:rPr>
        <w:t>№ 224 сайлау учаскесі</w:t>
      </w:r>
    </w:p>
    <w:p w14:paraId="4E13FE57"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«Qazaqstan» жеңіл атлетика спорт кешені, </w:t>
      </w:r>
    </w:p>
    <w:p w14:paraId="7011264B"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59)</w:t>
      </w:r>
    </w:p>
    <w:p w14:paraId="5CF71184" w14:textId="77777777" w:rsidR="00BE72FA" w:rsidRPr="00450AE3" w:rsidRDefault="00BE72FA" w:rsidP="00BE72FA">
      <w:pPr>
        <w:ind w:firstLine="709"/>
        <w:jc w:val="center"/>
        <w:rPr>
          <w:sz w:val="28"/>
          <w:szCs w:val="28"/>
          <w:lang w:val="kk-KZ"/>
        </w:rPr>
      </w:pPr>
    </w:p>
    <w:p w14:paraId="0D67E1FA"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даңғылынан Ұлы Дала даңғылының тақ сандар жағымен Кіші Талдыкөл көліне дейін, Кіші Талдыкөл көлінің шекарасы бойымен Бұқар жырау көшесіне дейін, Бұқар жырау көшесінің жұп сандар жағымен Тұран даңғылына дейін, Тұран даңғылының тақ сандар жағымен Ұлы Дала даңғылына дейін.</w:t>
      </w:r>
    </w:p>
    <w:p w14:paraId="6554F24F" w14:textId="77777777" w:rsidR="00BE72FA" w:rsidRDefault="00BE72FA" w:rsidP="00BE72FA">
      <w:pPr>
        <w:ind w:firstLine="709"/>
        <w:jc w:val="center"/>
        <w:rPr>
          <w:sz w:val="28"/>
          <w:szCs w:val="28"/>
          <w:lang w:val="kk-KZ"/>
        </w:rPr>
      </w:pPr>
    </w:p>
    <w:p w14:paraId="06E0AD46" w14:textId="77777777" w:rsidR="00BE72FA" w:rsidRPr="00450AE3" w:rsidRDefault="00BE72FA" w:rsidP="00BE72FA">
      <w:pPr>
        <w:keepNext/>
        <w:ind w:firstLine="709"/>
        <w:jc w:val="center"/>
        <w:rPr>
          <w:sz w:val="28"/>
          <w:szCs w:val="28"/>
          <w:lang w:val="kk-KZ"/>
        </w:rPr>
      </w:pPr>
      <w:r w:rsidRPr="00450AE3">
        <w:rPr>
          <w:sz w:val="28"/>
          <w:szCs w:val="28"/>
          <w:lang w:val="kk-KZ"/>
        </w:rPr>
        <w:t>№ 225 сайлау учаскесі</w:t>
      </w:r>
    </w:p>
    <w:p w14:paraId="7464117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көпфункционалды мұз сарайы, </w:t>
      </w:r>
      <w:r w:rsidRPr="00450AE3">
        <w:rPr>
          <w:sz w:val="28"/>
          <w:szCs w:val="28"/>
          <w:lang w:val="kk-KZ"/>
        </w:rPr>
        <w:br/>
        <w:t>Тұран даңғылы, № 57)</w:t>
      </w:r>
    </w:p>
    <w:p w14:paraId="3DFF2DE4" w14:textId="77777777" w:rsidR="00BE72FA" w:rsidRPr="00450AE3" w:rsidRDefault="00BE72FA" w:rsidP="00BE72FA">
      <w:pPr>
        <w:ind w:firstLine="709"/>
        <w:jc w:val="center"/>
        <w:rPr>
          <w:sz w:val="28"/>
          <w:szCs w:val="28"/>
          <w:lang w:val="kk-KZ"/>
        </w:rPr>
      </w:pPr>
    </w:p>
    <w:p w14:paraId="01906311"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 № 55, 55/4, 55/5, 55/6, 55/7, 55/8, 57д үйлер, </w:t>
      </w:r>
      <w:r w:rsidRPr="00450AE3">
        <w:rPr>
          <w:sz w:val="28"/>
          <w:szCs w:val="28"/>
          <w:lang w:val="kk-KZ"/>
        </w:rPr>
        <w:br/>
        <w:t>Төле би көшесі, № 28, 28/1, 30, 32 үйлер.</w:t>
      </w:r>
    </w:p>
    <w:p w14:paraId="1B35317C" w14:textId="77777777" w:rsidR="00BE72FA" w:rsidRPr="00450AE3" w:rsidRDefault="00BE72FA" w:rsidP="00BE72FA">
      <w:pPr>
        <w:ind w:firstLine="709"/>
        <w:jc w:val="both"/>
        <w:rPr>
          <w:sz w:val="28"/>
          <w:szCs w:val="28"/>
          <w:lang w:val="kk-KZ"/>
        </w:rPr>
      </w:pPr>
    </w:p>
    <w:p w14:paraId="62B81F43" w14:textId="77777777" w:rsidR="00BE72FA" w:rsidRPr="00450AE3" w:rsidRDefault="00BE72FA" w:rsidP="00BE72FA">
      <w:pPr>
        <w:keepNext/>
        <w:ind w:firstLine="709"/>
        <w:jc w:val="center"/>
        <w:rPr>
          <w:sz w:val="28"/>
          <w:szCs w:val="28"/>
          <w:lang w:val="kk-KZ"/>
        </w:rPr>
      </w:pPr>
      <w:r w:rsidRPr="00450AE3">
        <w:rPr>
          <w:sz w:val="28"/>
          <w:szCs w:val="28"/>
          <w:lang w:val="kk-KZ"/>
        </w:rPr>
        <w:t>№ 226 сайлау учаскесі</w:t>
      </w:r>
    </w:p>
    <w:p w14:paraId="4C94420A"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6EB662FB" w14:textId="77777777" w:rsidR="00BE72FA" w:rsidRPr="00450AE3" w:rsidRDefault="00BE72FA" w:rsidP="00BE72FA">
      <w:pPr>
        <w:ind w:firstLine="709"/>
        <w:jc w:val="center"/>
        <w:rPr>
          <w:sz w:val="28"/>
          <w:szCs w:val="28"/>
          <w:lang w:val="kk-KZ"/>
        </w:rPr>
      </w:pPr>
    </w:p>
    <w:p w14:paraId="66001FDB" w14:textId="1FC9B920" w:rsidR="00BE72FA" w:rsidRPr="00450AE3" w:rsidRDefault="00BE72FA" w:rsidP="00BE72FA">
      <w:pPr>
        <w:ind w:firstLine="709"/>
        <w:jc w:val="both"/>
        <w:rPr>
          <w:sz w:val="28"/>
          <w:szCs w:val="28"/>
          <w:lang w:val="kk-KZ"/>
        </w:rPr>
      </w:pPr>
      <w:r w:rsidRPr="00450AE3">
        <w:rPr>
          <w:sz w:val="28"/>
          <w:szCs w:val="28"/>
          <w:lang w:val="kk-KZ"/>
        </w:rPr>
        <w:t>Шекарасы: Е-308 көшеден Тұран даңғылының тақ сандар жағымен Сығанақ көшесіне дейін, Сығанақ көшесінің тақ сандар жағымен Төле би көшесіне дейін, Төле би көшесінің жұп сандар жағымен Е-308 көшеге дейін, Е-308 көшеден Ә. Бектұров көшесіндегі № 3/1, 3/2, 3/3 үйлерді қоспағанда, Тұран даңғылына дейін.</w:t>
      </w:r>
    </w:p>
    <w:p w14:paraId="2DD30B52" w14:textId="77777777" w:rsidR="00BE72FA" w:rsidRPr="00450AE3" w:rsidRDefault="00BE72FA" w:rsidP="00BE72FA">
      <w:pPr>
        <w:ind w:firstLine="709"/>
        <w:jc w:val="both"/>
        <w:rPr>
          <w:sz w:val="28"/>
          <w:szCs w:val="28"/>
          <w:lang w:val="kk-KZ"/>
        </w:rPr>
      </w:pPr>
    </w:p>
    <w:p w14:paraId="14661ECF" w14:textId="77777777" w:rsidR="00BE72FA" w:rsidRPr="00450AE3" w:rsidRDefault="00BE72FA" w:rsidP="00BE72FA">
      <w:pPr>
        <w:keepNext/>
        <w:ind w:firstLine="709"/>
        <w:jc w:val="center"/>
        <w:rPr>
          <w:sz w:val="28"/>
          <w:szCs w:val="28"/>
          <w:lang w:val="kk-KZ"/>
        </w:rPr>
      </w:pPr>
      <w:r w:rsidRPr="00450AE3">
        <w:rPr>
          <w:sz w:val="28"/>
          <w:szCs w:val="28"/>
          <w:lang w:val="kk-KZ"/>
        </w:rPr>
        <w:t>№ 227 сайлау учаскесі</w:t>
      </w:r>
    </w:p>
    <w:p w14:paraId="2CB8B2C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44AE81DC"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75B8B667" w14:textId="77777777" w:rsidR="00BE72FA" w:rsidRPr="00450AE3" w:rsidRDefault="00BE72FA" w:rsidP="00BE72FA">
      <w:pPr>
        <w:ind w:firstLine="709"/>
        <w:jc w:val="center"/>
        <w:rPr>
          <w:sz w:val="28"/>
          <w:szCs w:val="28"/>
          <w:lang w:val="kk-KZ"/>
        </w:rPr>
      </w:pPr>
    </w:p>
    <w:p w14:paraId="4A3A735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көшесінен Домалақ ана көшесінің тақ сандар жағымен Қорғалжын тас жолына дейін, Қорғалжын тас жолының тақ сандар </w:t>
      </w:r>
      <w:r w:rsidRPr="00450AE3">
        <w:rPr>
          <w:sz w:val="28"/>
          <w:szCs w:val="28"/>
          <w:lang w:val="kk-KZ"/>
        </w:rPr>
        <w:lastRenderedPageBreak/>
        <w:t xml:space="preserve">жағымен Әйтеке би көшесіне дейін, Әйтеке би көшесінің тақ сандар жағымен </w:t>
      </w:r>
      <w:r w:rsidRPr="00450AE3">
        <w:rPr>
          <w:sz w:val="28"/>
          <w:szCs w:val="28"/>
          <w:lang w:val="kk-KZ"/>
        </w:rPr>
        <w:br/>
        <w:t xml:space="preserve">М. Нәрікбаев көшесіне дейін, М. Нәрікбаев көшесінің жұп сандар жағымен </w:t>
      </w:r>
      <w:r w:rsidRPr="00450AE3">
        <w:rPr>
          <w:sz w:val="28"/>
          <w:szCs w:val="28"/>
          <w:lang w:val="kk-KZ"/>
        </w:rPr>
        <w:br/>
        <w:t>Қ. Мұхамедханов көшесіне дейін, Қ. Мұхамедханов көшесінің тақ сандар жағымен Домалақ ана көшесіне дейін.</w:t>
      </w:r>
    </w:p>
    <w:p w14:paraId="3F66EBD4" w14:textId="77777777" w:rsidR="00BE72FA" w:rsidRPr="00450AE3" w:rsidRDefault="00BE72FA" w:rsidP="00BE72FA">
      <w:pPr>
        <w:ind w:firstLine="709"/>
        <w:jc w:val="center"/>
        <w:rPr>
          <w:sz w:val="28"/>
          <w:szCs w:val="28"/>
          <w:lang w:val="kk-KZ"/>
        </w:rPr>
      </w:pPr>
    </w:p>
    <w:p w14:paraId="6A71F217" w14:textId="77777777" w:rsidR="00BE72FA" w:rsidRPr="00450AE3" w:rsidRDefault="00BE72FA" w:rsidP="00BE72FA">
      <w:pPr>
        <w:keepNext/>
        <w:ind w:firstLine="709"/>
        <w:jc w:val="center"/>
        <w:rPr>
          <w:sz w:val="28"/>
          <w:szCs w:val="28"/>
        </w:rPr>
      </w:pPr>
      <w:r w:rsidRPr="00450AE3">
        <w:rPr>
          <w:sz w:val="28"/>
          <w:szCs w:val="28"/>
        </w:rPr>
        <w:t>№ 228 сайлау учаскесі</w:t>
      </w:r>
    </w:p>
    <w:p w14:paraId="30614089" w14:textId="77777777" w:rsidR="00BE72FA" w:rsidRPr="00450AE3" w:rsidRDefault="00BE72FA" w:rsidP="00BE72FA">
      <w:pPr>
        <w:keepNext/>
        <w:ind w:firstLine="709"/>
        <w:jc w:val="center"/>
        <w:rPr>
          <w:sz w:val="28"/>
          <w:szCs w:val="28"/>
        </w:rPr>
      </w:pPr>
      <w:r w:rsidRPr="00450AE3">
        <w:rPr>
          <w:sz w:val="28"/>
          <w:szCs w:val="28"/>
        </w:rPr>
        <w:t xml:space="preserve">(орталығы – «Астана Опера» мемлекеттік опера және балет театры, </w:t>
      </w:r>
    </w:p>
    <w:p w14:paraId="1DF59BFE" w14:textId="77777777" w:rsidR="00BE72FA" w:rsidRPr="00450AE3" w:rsidRDefault="00BE72FA" w:rsidP="00BE72FA">
      <w:pPr>
        <w:keepNext/>
        <w:ind w:firstLine="709"/>
        <w:jc w:val="center"/>
        <w:rPr>
          <w:sz w:val="28"/>
          <w:szCs w:val="28"/>
        </w:rPr>
      </w:pPr>
      <w:r w:rsidRPr="00450AE3">
        <w:rPr>
          <w:sz w:val="28"/>
          <w:szCs w:val="28"/>
        </w:rPr>
        <w:t>Д. Қонаев көшесі, № 1)</w:t>
      </w:r>
    </w:p>
    <w:p w14:paraId="726E190A" w14:textId="77777777" w:rsidR="00BE72FA" w:rsidRPr="00450AE3" w:rsidRDefault="00BE72FA" w:rsidP="00BE72FA">
      <w:pPr>
        <w:ind w:firstLine="709"/>
        <w:jc w:val="center"/>
        <w:rPr>
          <w:sz w:val="28"/>
          <w:szCs w:val="28"/>
        </w:rPr>
      </w:pPr>
    </w:p>
    <w:p w14:paraId="04C39690" w14:textId="77777777" w:rsidR="00BE72FA" w:rsidRPr="00450AE3" w:rsidRDefault="00BE72FA" w:rsidP="00BE72FA">
      <w:pPr>
        <w:ind w:firstLine="709"/>
        <w:jc w:val="both"/>
        <w:rPr>
          <w:sz w:val="28"/>
          <w:szCs w:val="28"/>
        </w:rPr>
      </w:pPr>
      <w:r w:rsidRPr="00450AE3">
        <w:rPr>
          <w:sz w:val="28"/>
          <w:szCs w:val="28"/>
        </w:rPr>
        <w:t>Шекарасы: Достық көшесінен Тұран даңғылының жұп</w:t>
      </w:r>
      <w:r w:rsidRPr="00450AE3">
        <w:rPr>
          <w:sz w:val="28"/>
          <w:szCs w:val="28"/>
          <w:lang w:val="kk-KZ"/>
        </w:rPr>
        <w:t xml:space="preserve"> сандар</w:t>
      </w:r>
      <w:r w:rsidRPr="00450AE3">
        <w:rPr>
          <w:sz w:val="28"/>
          <w:szCs w:val="28"/>
        </w:rPr>
        <w:t xml:space="preserve"> жағымен Тұран даңғылындағы № 20 үйге дейін, Тұран даңғылындағы № 20 үйден </w:t>
      </w:r>
      <w:r w:rsidRPr="00450AE3">
        <w:rPr>
          <w:sz w:val="28"/>
          <w:szCs w:val="28"/>
          <w:lang w:val="kk-KZ"/>
        </w:rPr>
        <w:t>өтпе</w:t>
      </w:r>
      <w:r w:rsidRPr="00450AE3">
        <w:rPr>
          <w:sz w:val="28"/>
          <w:szCs w:val="28"/>
        </w:rPr>
        <w:t xml:space="preserve"> жолмен Қабанбай батыр даңғылындағы № 11/5 үйге дейін, Қабанбай батыр даңғылындағы № 11/5 үйден Қабанбай батыр даңғылындағы № 9/3 үйге дейін, Қабанбай батыр даңғылындағы № 9/3 үйден </w:t>
      </w:r>
      <w:r w:rsidRPr="00450AE3">
        <w:rPr>
          <w:sz w:val="28"/>
          <w:szCs w:val="28"/>
          <w:lang w:val="kk-KZ"/>
        </w:rPr>
        <w:t>өтп</w:t>
      </w:r>
      <w:r w:rsidRPr="00450AE3">
        <w:rPr>
          <w:sz w:val="28"/>
          <w:szCs w:val="28"/>
        </w:rPr>
        <w:t xml:space="preserve">е жолмен Қабанбай батыр даңғылына дейін, Қабанбай батыр даңғылының тақ </w:t>
      </w:r>
      <w:r w:rsidRPr="00450AE3">
        <w:rPr>
          <w:sz w:val="28"/>
          <w:szCs w:val="28"/>
          <w:lang w:val="kk-KZ"/>
        </w:rPr>
        <w:t xml:space="preserve">сандар </w:t>
      </w:r>
      <w:r w:rsidRPr="00450AE3">
        <w:rPr>
          <w:sz w:val="28"/>
          <w:szCs w:val="28"/>
        </w:rPr>
        <w:t xml:space="preserve">жағымен Достық көшесіне дейін, Достық көшесінің тақ </w:t>
      </w:r>
      <w:r w:rsidRPr="00450AE3">
        <w:rPr>
          <w:sz w:val="28"/>
          <w:szCs w:val="28"/>
          <w:lang w:val="kk-KZ"/>
        </w:rPr>
        <w:t xml:space="preserve">сандар </w:t>
      </w:r>
      <w:r w:rsidRPr="00450AE3">
        <w:rPr>
          <w:sz w:val="28"/>
          <w:szCs w:val="28"/>
        </w:rPr>
        <w:t>жағымен Тұран даңғылына дейін.</w:t>
      </w:r>
    </w:p>
    <w:p w14:paraId="5E73C496" w14:textId="77777777" w:rsidR="00BE72FA" w:rsidRDefault="00BE72FA" w:rsidP="00BE72FA">
      <w:pPr>
        <w:ind w:firstLine="709"/>
        <w:jc w:val="center"/>
        <w:rPr>
          <w:sz w:val="28"/>
          <w:szCs w:val="28"/>
        </w:rPr>
      </w:pPr>
    </w:p>
    <w:p w14:paraId="1A49AA20" w14:textId="77777777" w:rsidR="00BE72FA" w:rsidRPr="00450AE3" w:rsidRDefault="00BE72FA" w:rsidP="00BE72FA">
      <w:pPr>
        <w:keepNext/>
        <w:ind w:firstLine="709"/>
        <w:jc w:val="center"/>
        <w:rPr>
          <w:sz w:val="28"/>
          <w:szCs w:val="28"/>
        </w:rPr>
      </w:pPr>
      <w:r w:rsidRPr="00450AE3">
        <w:rPr>
          <w:sz w:val="28"/>
          <w:szCs w:val="28"/>
        </w:rPr>
        <w:t>№ 229 сайлау учаскесі</w:t>
      </w:r>
    </w:p>
    <w:p w14:paraId="17105C3A" w14:textId="77777777" w:rsidR="00BE72FA" w:rsidRPr="00450AE3" w:rsidRDefault="00BE72FA" w:rsidP="00BE72FA">
      <w:pPr>
        <w:keepNext/>
        <w:ind w:firstLine="709"/>
        <w:jc w:val="center"/>
        <w:rPr>
          <w:sz w:val="28"/>
          <w:szCs w:val="28"/>
        </w:rPr>
      </w:pPr>
      <w:r w:rsidRPr="00450AE3">
        <w:rPr>
          <w:sz w:val="28"/>
          <w:szCs w:val="28"/>
        </w:rPr>
        <w:t>(орталығы – «EURO AST KZ2019» жауапкершілігі шектеулі серіктестігі</w:t>
      </w:r>
      <w:r w:rsidRPr="00450AE3">
        <w:rPr>
          <w:sz w:val="28"/>
          <w:szCs w:val="28"/>
          <w:lang w:val="kk-KZ"/>
        </w:rPr>
        <w:t>нің</w:t>
      </w:r>
      <w:r w:rsidRPr="00450AE3">
        <w:rPr>
          <w:sz w:val="28"/>
          <w:szCs w:val="28"/>
        </w:rPr>
        <w:t xml:space="preserve"> «NEOTECH DIGITAL SCHOOL» жеке</w:t>
      </w:r>
      <w:r w:rsidRPr="00450AE3">
        <w:rPr>
          <w:sz w:val="28"/>
          <w:szCs w:val="28"/>
          <w:lang w:val="kk-KZ"/>
        </w:rPr>
        <w:t xml:space="preserve">меншік </w:t>
      </w:r>
      <w:r w:rsidRPr="00450AE3">
        <w:rPr>
          <w:sz w:val="28"/>
          <w:szCs w:val="28"/>
        </w:rPr>
        <w:t>мектебі, І. Омаров көшесі, № 10)</w:t>
      </w:r>
    </w:p>
    <w:p w14:paraId="69AEE54D" w14:textId="77777777" w:rsidR="00BE72FA" w:rsidRPr="00450AE3" w:rsidRDefault="00BE72FA" w:rsidP="00BE72FA">
      <w:pPr>
        <w:ind w:firstLine="709"/>
        <w:jc w:val="center"/>
        <w:rPr>
          <w:sz w:val="28"/>
          <w:szCs w:val="28"/>
        </w:rPr>
      </w:pPr>
    </w:p>
    <w:p w14:paraId="759F98B4" w14:textId="77777777" w:rsidR="00BE72FA" w:rsidRPr="00450AE3" w:rsidRDefault="00BE72FA" w:rsidP="00BE72FA">
      <w:pPr>
        <w:ind w:firstLine="709"/>
        <w:jc w:val="both"/>
        <w:rPr>
          <w:sz w:val="28"/>
          <w:szCs w:val="28"/>
        </w:rPr>
      </w:pPr>
      <w:r w:rsidRPr="00450AE3">
        <w:rPr>
          <w:sz w:val="28"/>
          <w:szCs w:val="28"/>
        </w:rPr>
        <w:t>Шекарасы: Ш. Айтматов көшесі, № 36/1, 36/2, 36/3, 36/4, 36/5, 36/6, 36/7 үйлер, І. Омаров көше</w:t>
      </w:r>
      <w:r w:rsidRPr="00450AE3">
        <w:rPr>
          <w:sz w:val="28"/>
          <w:szCs w:val="28"/>
          <w:lang w:val="kk-KZ"/>
        </w:rPr>
        <w:t>сі,</w:t>
      </w:r>
      <w:r w:rsidRPr="00450AE3">
        <w:rPr>
          <w:sz w:val="28"/>
          <w:szCs w:val="28"/>
        </w:rPr>
        <w:t xml:space="preserve"> № 3/1, 5/1, 7, 9, 11, 13, 15, 17 үйлер, Сығанақ көшесі, </w:t>
      </w:r>
      <w:r w:rsidRPr="00450AE3">
        <w:rPr>
          <w:sz w:val="28"/>
          <w:szCs w:val="28"/>
        </w:rPr>
        <w:br/>
        <w:t>№ 1 үй.</w:t>
      </w:r>
    </w:p>
    <w:p w14:paraId="06B23A83" w14:textId="77777777" w:rsidR="00BE72FA" w:rsidRPr="00450AE3" w:rsidRDefault="00BE72FA" w:rsidP="00BE72FA">
      <w:pPr>
        <w:ind w:firstLine="709"/>
        <w:jc w:val="both"/>
        <w:rPr>
          <w:sz w:val="28"/>
          <w:szCs w:val="28"/>
        </w:rPr>
      </w:pPr>
    </w:p>
    <w:p w14:paraId="7E7B76A6" w14:textId="77777777" w:rsidR="00BE72FA" w:rsidRPr="00450AE3" w:rsidRDefault="00BE72FA" w:rsidP="00BE72FA">
      <w:pPr>
        <w:keepNext/>
        <w:ind w:firstLine="709"/>
        <w:jc w:val="center"/>
        <w:rPr>
          <w:sz w:val="28"/>
          <w:szCs w:val="28"/>
        </w:rPr>
      </w:pPr>
      <w:r w:rsidRPr="00450AE3">
        <w:rPr>
          <w:sz w:val="28"/>
          <w:szCs w:val="28"/>
        </w:rPr>
        <w:t>№ 230 сайлау учаскесі</w:t>
      </w:r>
    </w:p>
    <w:p w14:paraId="6183ADF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33 жалпы орта білім беретін мектеп» коммуналдық мемлекеттік мекемесі, Ә. Қашаубаев көшесі, № 28а)</w:t>
      </w:r>
    </w:p>
    <w:p w14:paraId="13B50FA2" w14:textId="77777777" w:rsidR="00BE72FA" w:rsidRPr="00450AE3" w:rsidRDefault="00BE72FA" w:rsidP="00BE72FA">
      <w:pPr>
        <w:ind w:firstLine="709"/>
        <w:jc w:val="center"/>
        <w:rPr>
          <w:sz w:val="28"/>
          <w:szCs w:val="28"/>
          <w:lang w:val="kk-KZ"/>
        </w:rPr>
      </w:pPr>
    </w:p>
    <w:p w14:paraId="242570DA" w14:textId="77777777" w:rsidR="00BE72FA" w:rsidRPr="00450AE3" w:rsidRDefault="00BE72FA" w:rsidP="00BE72FA">
      <w:pPr>
        <w:ind w:firstLine="709"/>
        <w:jc w:val="both"/>
        <w:rPr>
          <w:sz w:val="28"/>
          <w:szCs w:val="28"/>
          <w:lang w:val="kk-KZ"/>
        </w:rPr>
      </w:pPr>
      <w:r w:rsidRPr="00450AE3">
        <w:rPr>
          <w:sz w:val="28"/>
          <w:szCs w:val="28"/>
          <w:lang w:val="kk-KZ"/>
        </w:rPr>
        <w:t>Шекарасы: Е-615 көшеден оңтүстік-батыс айналма жолы трассасы бойымен Жантай батыр көшесіне дейін, Жантай батыр көшесінің тақ сандар жағымен Сырым батыр көшесіне дейін, Сырым батыр көшесінің жұп сандар жағымен Бойтұмар көшесіне дейін, Бойтұмар көшесінен Ақтамберді жырау көшесіне дейін, Ақтамберді жырау көшесінің тақ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тақ сандар жағымен Доспамбет жырау көшесіне дейін, Доспамбет жырау көшесінің тақ сандар жағымен Е-615 көшеге дейін, Е-615 көше бойымен оңтүстік-батыс айналма жолы трассасына дейін.</w:t>
      </w:r>
    </w:p>
    <w:p w14:paraId="4B671B1C" w14:textId="77777777" w:rsidR="00BE72FA" w:rsidRPr="00450AE3" w:rsidRDefault="00BE72FA" w:rsidP="00BE72FA">
      <w:pPr>
        <w:jc w:val="both"/>
        <w:rPr>
          <w:sz w:val="28"/>
          <w:szCs w:val="28"/>
          <w:lang w:val="kk-KZ"/>
        </w:rPr>
      </w:pPr>
    </w:p>
    <w:p w14:paraId="4D87D8B0" w14:textId="77777777" w:rsidR="00BE72FA" w:rsidRPr="00450AE3" w:rsidRDefault="00BE72FA" w:rsidP="00BE72FA">
      <w:pPr>
        <w:keepNext/>
        <w:ind w:firstLine="709"/>
        <w:jc w:val="center"/>
        <w:rPr>
          <w:sz w:val="28"/>
          <w:szCs w:val="28"/>
          <w:lang w:val="kk-KZ"/>
        </w:rPr>
      </w:pPr>
      <w:r w:rsidRPr="00450AE3">
        <w:rPr>
          <w:sz w:val="28"/>
          <w:szCs w:val="28"/>
          <w:lang w:val="kk-KZ"/>
        </w:rPr>
        <w:t>№ 231 сайлау учаскесі</w:t>
      </w:r>
    </w:p>
    <w:p w14:paraId="6F90B7C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«QUANTUM STEM» жауапкершілігі шектеулі серіктестігінің «Quantum STEM School» жекеменшік мектебі, Е-899 көше, № 2)</w:t>
      </w:r>
    </w:p>
    <w:p w14:paraId="1DE6E69F" w14:textId="77777777" w:rsidR="00BE72FA" w:rsidRPr="00450AE3" w:rsidRDefault="00BE72FA" w:rsidP="00BE72FA">
      <w:pPr>
        <w:rPr>
          <w:sz w:val="28"/>
          <w:szCs w:val="28"/>
          <w:lang w:val="kk-KZ"/>
        </w:rPr>
      </w:pPr>
    </w:p>
    <w:p w14:paraId="3E2A2486" w14:textId="77777777" w:rsidR="00BE72FA" w:rsidRPr="00450AE3" w:rsidRDefault="00BE72FA" w:rsidP="00BE72FA">
      <w:pPr>
        <w:ind w:firstLine="709"/>
        <w:jc w:val="both"/>
        <w:rPr>
          <w:sz w:val="28"/>
          <w:szCs w:val="28"/>
          <w:lang w:val="kk-KZ"/>
        </w:rPr>
      </w:pPr>
      <w:r w:rsidRPr="00450AE3">
        <w:rPr>
          <w:sz w:val="28"/>
          <w:szCs w:val="28"/>
          <w:lang w:val="kk-KZ"/>
        </w:rPr>
        <w:lastRenderedPageBreak/>
        <w:t xml:space="preserve">Шекарасы: Сығанақ көшесі, № 11, 13 үйлер, Әнет баба көшесі, </w:t>
      </w:r>
      <w:r w:rsidRPr="00450AE3">
        <w:rPr>
          <w:sz w:val="28"/>
          <w:szCs w:val="28"/>
          <w:lang w:val="kk-KZ"/>
        </w:rPr>
        <w:br/>
        <w:t>№ 1, 3 үйлер, А. Сейдімбек көшесі, № 7, 7/1, 7/2 үйлер.</w:t>
      </w:r>
    </w:p>
    <w:p w14:paraId="71C7FC72" w14:textId="77777777" w:rsidR="00BE72FA" w:rsidRPr="00450AE3" w:rsidRDefault="00BE72FA" w:rsidP="00BE72FA">
      <w:pPr>
        <w:jc w:val="both"/>
        <w:rPr>
          <w:sz w:val="28"/>
          <w:szCs w:val="28"/>
          <w:lang w:val="kk-KZ"/>
        </w:rPr>
      </w:pPr>
    </w:p>
    <w:p w14:paraId="202CA477" w14:textId="77777777" w:rsidR="00BE72FA" w:rsidRPr="00450AE3" w:rsidRDefault="00BE72FA" w:rsidP="00BE72FA">
      <w:pPr>
        <w:keepNext/>
        <w:ind w:firstLine="709"/>
        <w:jc w:val="center"/>
        <w:rPr>
          <w:sz w:val="28"/>
          <w:szCs w:val="28"/>
          <w:lang w:val="kk-KZ"/>
        </w:rPr>
      </w:pPr>
      <w:r w:rsidRPr="00450AE3">
        <w:rPr>
          <w:sz w:val="28"/>
          <w:szCs w:val="28"/>
          <w:lang w:val="kk-KZ"/>
        </w:rPr>
        <w:t>№ 232 сайлау учаскесі</w:t>
      </w:r>
    </w:p>
    <w:p w14:paraId="6BAE373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71 мектеп-лицей» шаруашылық жүргізу құқығындағы мемлекеттік коммуналдық кәсіпорны, </w:t>
      </w:r>
    </w:p>
    <w:p w14:paraId="1589AFA6" w14:textId="77777777" w:rsidR="00BE72FA" w:rsidRPr="00450AE3" w:rsidRDefault="00BE72FA" w:rsidP="00BE72FA">
      <w:pPr>
        <w:keepNext/>
        <w:ind w:firstLine="709"/>
        <w:jc w:val="center"/>
        <w:rPr>
          <w:sz w:val="28"/>
          <w:szCs w:val="28"/>
          <w:lang w:val="kk-KZ"/>
        </w:rPr>
      </w:pPr>
      <w:r w:rsidRPr="00450AE3">
        <w:rPr>
          <w:sz w:val="28"/>
          <w:szCs w:val="28"/>
          <w:lang w:val="kk-KZ"/>
        </w:rPr>
        <w:t>І. Омаров көшесі, № 4)</w:t>
      </w:r>
    </w:p>
    <w:p w14:paraId="5E242548" w14:textId="77777777" w:rsidR="00BE72FA" w:rsidRPr="00450AE3" w:rsidRDefault="00BE72FA" w:rsidP="00BE72FA">
      <w:pPr>
        <w:ind w:firstLine="709"/>
        <w:jc w:val="center"/>
        <w:rPr>
          <w:sz w:val="28"/>
          <w:szCs w:val="28"/>
          <w:lang w:val="kk-KZ"/>
        </w:rPr>
      </w:pPr>
    </w:p>
    <w:p w14:paraId="2BB71AEB"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Күлтегін көшесі, № 11/1, 11А, 13, 15 үйлер, І. Омаров көшесі, </w:t>
      </w:r>
      <w:r>
        <w:rPr>
          <w:sz w:val="28"/>
          <w:szCs w:val="28"/>
          <w:lang w:val="kk-KZ"/>
        </w:rPr>
        <w:br/>
      </w:r>
      <w:r w:rsidRPr="00450AE3">
        <w:rPr>
          <w:sz w:val="28"/>
          <w:szCs w:val="28"/>
          <w:lang w:val="kk-KZ"/>
        </w:rPr>
        <w:t>№ 4, 6/2 үйлер.</w:t>
      </w:r>
    </w:p>
    <w:p w14:paraId="2A906218" w14:textId="77777777" w:rsidR="00BE72FA" w:rsidRDefault="00BE72FA" w:rsidP="00BE72FA">
      <w:pPr>
        <w:ind w:firstLine="709"/>
        <w:jc w:val="center"/>
        <w:rPr>
          <w:sz w:val="28"/>
          <w:szCs w:val="28"/>
          <w:lang w:val="kk-KZ"/>
        </w:rPr>
      </w:pPr>
    </w:p>
    <w:p w14:paraId="000FF975" w14:textId="77777777" w:rsidR="00BE72FA" w:rsidRPr="00450AE3" w:rsidRDefault="00BE72FA" w:rsidP="00BE72FA">
      <w:pPr>
        <w:keepNext/>
        <w:ind w:firstLine="709"/>
        <w:jc w:val="center"/>
        <w:rPr>
          <w:sz w:val="28"/>
          <w:szCs w:val="28"/>
          <w:lang w:val="kk-KZ"/>
        </w:rPr>
      </w:pPr>
      <w:r w:rsidRPr="00450AE3">
        <w:rPr>
          <w:sz w:val="28"/>
          <w:szCs w:val="28"/>
          <w:lang w:val="kk-KZ"/>
        </w:rPr>
        <w:t>№ 233 сайлау учаскесі</w:t>
      </w:r>
    </w:p>
    <w:p w14:paraId="7FE19C98"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97 мектеп-гимназия» шаруашылық жүргізу құқығындағы мемлекеттік коммуналдық кәсіпорны, </w:t>
      </w:r>
    </w:p>
    <w:p w14:paraId="0D418209" w14:textId="77777777" w:rsidR="00BE72FA" w:rsidRPr="00450AE3" w:rsidRDefault="00BE72FA" w:rsidP="00BE72FA">
      <w:pPr>
        <w:keepNext/>
        <w:ind w:firstLine="709"/>
        <w:jc w:val="center"/>
        <w:rPr>
          <w:sz w:val="28"/>
          <w:szCs w:val="28"/>
          <w:lang w:val="kk-KZ"/>
        </w:rPr>
      </w:pPr>
      <w:r w:rsidRPr="00450AE3">
        <w:rPr>
          <w:sz w:val="28"/>
          <w:szCs w:val="28"/>
          <w:lang w:val="kk-KZ"/>
        </w:rPr>
        <w:t>Тұран даңғылы, № 42/1)</w:t>
      </w:r>
    </w:p>
    <w:p w14:paraId="25265C7A" w14:textId="77777777" w:rsidR="00BE72FA" w:rsidRPr="00450AE3" w:rsidRDefault="00BE72FA" w:rsidP="00BE72FA">
      <w:pPr>
        <w:ind w:firstLine="709"/>
        <w:jc w:val="center"/>
        <w:rPr>
          <w:sz w:val="28"/>
          <w:szCs w:val="28"/>
          <w:lang w:val="kk-KZ"/>
        </w:rPr>
      </w:pPr>
    </w:p>
    <w:p w14:paraId="4BB6798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Орынбор көшесіндегі № 8Б үйден Қабанбай батыр даңғылындағы № 46Б/2 үйге дейін, Қабанбай батыр даңғылындағы </w:t>
      </w:r>
      <w:r w:rsidRPr="00450AE3">
        <w:rPr>
          <w:sz w:val="28"/>
          <w:szCs w:val="28"/>
          <w:lang w:val="kk-KZ"/>
        </w:rPr>
        <w:br/>
        <w:t>№ 46Б/2 үйден Тұран даңғылына дейін, Тұран даңғылының жұп сандар жағымен Орынбор көшесіне дейін, Тұран даңғылынан Орынбор көшесінің жұп сандар жағымен Орынбор көшесіндегі № 8Б үйге дейін.</w:t>
      </w:r>
    </w:p>
    <w:p w14:paraId="32621022" w14:textId="77777777" w:rsidR="00BE72FA" w:rsidRPr="00450AE3" w:rsidRDefault="00BE72FA" w:rsidP="00BE72FA">
      <w:pPr>
        <w:ind w:firstLine="709"/>
        <w:jc w:val="center"/>
        <w:rPr>
          <w:sz w:val="28"/>
          <w:szCs w:val="28"/>
          <w:lang w:val="kk-KZ"/>
        </w:rPr>
      </w:pPr>
    </w:p>
    <w:p w14:paraId="7711B021" w14:textId="77777777" w:rsidR="00BE72FA" w:rsidRPr="00450AE3" w:rsidRDefault="00BE72FA" w:rsidP="00BE72FA">
      <w:pPr>
        <w:keepNext/>
        <w:ind w:firstLine="709"/>
        <w:jc w:val="center"/>
        <w:rPr>
          <w:sz w:val="28"/>
          <w:szCs w:val="28"/>
          <w:lang w:val="kk-KZ"/>
        </w:rPr>
      </w:pPr>
      <w:r w:rsidRPr="00450AE3">
        <w:rPr>
          <w:sz w:val="28"/>
          <w:szCs w:val="28"/>
          <w:lang w:val="kk-KZ"/>
        </w:rPr>
        <w:t>№ 234 сайлау учаскесі</w:t>
      </w:r>
    </w:p>
    <w:p w14:paraId="7C9EE2A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766982C5" w14:textId="77777777" w:rsidR="00BE72FA" w:rsidRPr="00450AE3" w:rsidRDefault="00BE72FA" w:rsidP="00BE72FA">
      <w:pPr>
        <w:ind w:firstLine="709"/>
        <w:jc w:val="center"/>
        <w:rPr>
          <w:sz w:val="28"/>
          <w:szCs w:val="28"/>
          <w:lang w:val="kk-KZ"/>
        </w:rPr>
      </w:pPr>
    </w:p>
    <w:p w14:paraId="48CAADA3"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 № 12, 12/3 үйлер, Әйтеке би көшесі, № 3 үй, С. Асфендияров көшесі, № 11 үй, Е-797 көше, № 2 үй.</w:t>
      </w:r>
    </w:p>
    <w:p w14:paraId="2274199D" w14:textId="77777777" w:rsidR="00BE72FA" w:rsidRDefault="00BE72FA" w:rsidP="00BE72FA">
      <w:pPr>
        <w:ind w:firstLine="709"/>
        <w:jc w:val="center"/>
        <w:rPr>
          <w:sz w:val="28"/>
          <w:szCs w:val="28"/>
          <w:lang w:val="kk-KZ"/>
        </w:rPr>
      </w:pPr>
    </w:p>
    <w:p w14:paraId="5B0755E1" w14:textId="77777777" w:rsidR="00BE72FA" w:rsidRPr="00450AE3" w:rsidRDefault="00BE72FA" w:rsidP="00BE72FA">
      <w:pPr>
        <w:keepNext/>
        <w:ind w:firstLine="709"/>
        <w:jc w:val="center"/>
        <w:rPr>
          <w:sz w:val="28"/>
          <w:szCs w:val="28"/>
          <w:lang w:val="kk-KZ"/>
        </w:rPr>
      </w:pPr>
      <w:r w:rsidRPr="00450AE3">
        <w:rPr>
          <w:sz w:val="28"/>
          <w:szCs w:val="28"/>
          <w:lang w:val="kk-KZ"/>
        </w:rPr>
        <w:t>№ 235 сайлау учаскесі</w:t>
      </w:r>
    </w:p>
    <w:p w14:paraId="43767B45"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p w14:paraId="3363DA70" w14:textId="77777777" w:rsidR="00BE72FA" w:rsidRPr="00450AE3" w:rsidRDefault="00BE72FA" w:rsidP="00BE72FA">
      <w:pPr>
        <w:ind w:firstLine="709"/>
        <w:jc w:val="center"/>
        <w:rPr>
          <w:sz w:val="28"/>
          <w:szCs w:val="28"/>
          <w:lang w:val="kk-KZ"/>
        </w:rPr>
      </w:pPr>
    </w:p>
    <w:p w14:paraId="18BFC26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Р. Бағланова көшесі, № 2, 4 үйлер, Тұран даңғылы, </w:t>
      </w:r>
      <w:r w:rsidRPr="00450AE3">
        <w:rPr>
          <w:sz w:val="28"/>
          <w:szCs w:val="28"/>
          <w:lang w:val="kk-KZ"/>
        </w:rPr>
        <w:br/>
        <w:t>№ 55/10, 55/11, 55/12, 55К, 55Е үйлер.</w:t>
      </w:r>
    </w:p>
    <w:p w14:paraId="0F917004" w14:textId="77777777" w:rsidR="00BE72FA" w:rsidRPr="00450AE3" w:rsidRDefault="00BE72FA" w:rsidP="00BE72FA">
      <w:pPr>
        <w:jc w:val="both"/>
        <w:rPr>
          <w:sz w:val="28"/>
          <w:szCs w:val="28"/>
          <w:lang w:val="kk-KZ"/>
        </w:rPr>
      </w:pPr>
    </w:p>
    <w:p w14:paraId="5982FC54" w14:textId="77777777" w:rsidR="00BE72FA" w:rsidRPr="00450AE3" w:rsidRDefault="00BE72FA" w:rsidP="00BE72FA">
      <w:pPr>
        <w:keepNext/>
        <w:ind w:firstLine="709"/>
        <w:jc w:val="center"/>
        <w:rPr>
          <w:sz w:val="28"/>
          <w:szCs w:val="28"/>
          <w:lang w:val="kk-KZ"/>
        </w:rPr>
      </w:pPr>
      <w:r w:rsidRPr="00450AE3">
        <w:rPr>
          <w:sz w:val="28"/>
          <w:szCs w:val="28"/>
          <w:lang w:val="kk-KZ"/>
        </w:rPr>
        <w:t>№ 236 сайлау учаскесі</w:t>
      </w:r>
    </w:p>
    <w:p w14:paraId="1117092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p w14:paraId="3BC78A9E" w14:textId="77777777" w:rsidR="00BE72FA" w:rsidRPr="00450AE3" w:rsidRDefault="00BE72FA" w:rsidP="00BE72FA">
      <w:pPr>
        <w:ind w:firstLine="709"/>
        <w:jc w:val="center"/>
        <w:rPr>
          <w:sz w:val="28"/>
          <w:szCs w:val="28"/>
          <w:lang w:val="kk-KZ"/>
        </w:rPr>
      </w:pPr>
    </w:p>
    <w:p w14:paraId="711D9AA0"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Есіл өзенінің арнасынан Ш. Айтматов көшесінің жұп сандар жағымен Ш. Айтматов көшесіндегі № 48 үйге дейін, Ш. Айтматов көшесіндегі </w:t>
      </w:r>
      <w:r w:rsidRPr="00450AE3">
        <w:rPr>
          <w:sz w:val="28"/>
          <w:szCs w:val="28"/>
          <w:lang w:val="kk-KZ"/>
        </w:rPr>
        <w:br/>
      </w:r>
      <w:r w:rsidRPr="00450AE3">
        <w:rPr>
          <w:sz w:val="28"/>
          <w:szCs w:val="28"/>
          <w:lang w:val="kk-KZ"/>
        </w:rPr>
        <w:lastRenderedPageBreak/>
        <w:t>№ 48 үйден өтпе жолмен Есіл өзенінің арнасына дейін, Есіл өзенінің арнасы бойымен Ш. Айтматов көшесіне дейін.</w:t>
      </w:r>
    </w:p>
    <w:p w14:paraId="17C1D40E" w14:textId="77777777" w:rsidR="00BE72FA" w:rsidRPr="00450AE3" w:rsidRDefault="00BE72FA" w:rsidP="00BE72FA">
      <w:pPr>
        <w:ind w:firstLine="709"/>
        <w:jc w:val="both"/>
        <w:rPr>
          <w:sz w:val="28"/>
          <w:szCs w:val="28"/>
          <w:lang w:val="kk-KZ"/>
        </w:rPr>
      </w:pPr>
    </w:p>
    <w:p w14:paraId="01F0CE2B" w14:textId="77777777" w:rsidR="00BE72FA" w:rsidRPr="00450AE3" w:rsidRDefault="00BE72FA" w:rsidP="00BE72FA">
      <w:pPr>
        <w:keepNext/>
        <w:ind w:firstLine="709"/>
        <w:jc w:val="center"/>
        <w:rPr>
          <w:sz w:val="28"/>
          <w:szCs w:val="28"/>
          <w:lang w:val="kk-KZ"/>
        </w:rPr>
      </w:pPr>
      <w:r w:rsidRPr="00450AE3">
        <w:rPr>
          <w:sz w:val="28"/>
          <w:szCs w:val="28"/>
          <w:lang w:val="kk-KZ"/>
        </w:rPr>
        <w:t>№ 237 сайлау учаскесі</w:t>
      </w:r>
    </w:p>
    <w:p w14:paraId="0E21FA2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«Алау» мұзайдыны, Қабанбай батыр даңғылы, № 47)</w:t>
      </w:r>
    </w:p>
    <w:p w14:paraId="48856170" w14:textId="77777777" w:rsidR="00BE72FA" w:rsidRPr="00450AE3" w:rsidRDefault="00BE72FA" w:rsidP="00BE72FA">
      <w:pPr>
        <w:ind w:firstLine="709"/>
        <w:jc w:val="center"/>
        <w:rPr>
          <w:sz w:val="28"/>
          <w:szCs w:val="28"/>
          <w:lang w:val="kk-KZ"/>
        </w:rPr>
      </w:pPr>
    </w:p>
    <w:p w14:paraId="3FF7DEED" w14:textId="77777777" w:rsidR="00BE72FA" w:rsidRPr="00450AE3" w:rsidRDefault="00BE72FA" w:rsidP="00BE72FA">
      <w:pPr>
        <w:ind w:firstLine="709"/>
        <w:jc w:val="both"/>
        <w:rPr>
          <w:sz w:val="28"/>
          <w:szCs w:val="28"/>
          <w:lang w:val="kk-KZ"/>
        </w:rPr>
      </w:pPr>
      <w:r w:rsidRPr="00450AE3">
        <w:rPr>
          <w:sz w:val="28"/>
          <w:szCs w:val="28"/>
          <w:lang w:val="kk-KZ"/>
        </w:rPr>
        <w:t>Шекарасы: Ұлы Дала даңғылы, № 33, 33/1, 35 үйлер, Қабанбай батыр даңғылы, № 51 үй.</w:t>
      </w:r>
    </w:p>
    <w:p w14:paraId="233010C0" w14:textId="77777777" w:rsidR="00BE72FA" w:rsidRDefault="00BE72FA" w:rsidP="00BE72FA">
      <w:pPr>
        <w:ind w:firstLine="709"/>
        <w:jc w:val="center"/>
        <w:rPr>
          <w:sz w:val="28"/>
          <w:szCs w:val="28"/>
          <w:lang w:val="kk-KZ"/>
        </w:rPr>
      </w:pPr>
    </w:p>
    <w:p w14:paraId="05FF69C0" w14:textId="77777777" w:rsidR="00BE72FA" w:rsidRPr="00450AE3" w:rsidRDefault="00BE72FA" w:rsidP="00BE72FA">
      <w:pPr>
        <w:keepNext/>
        <w:ind w:firstLine="709"/>
        <w:jc w:val="center"/>
        <w:rPr>
          <w:sz w:val="28"/>
          <w:szCs w:val="28"/>
          <w:lang w:val="kk-KZ"/>
        </w:rPr>
      </w:pPr>
      <w:r w:rsidRPr="00450AE3">
        <w:rPr>
          <w:sz w:val="28"/>
          <w:szCs w:val="28"/>
          <w:lang w:val="kk-KZ"/>
        </w:rPr>
        <w:t>№ 238 сайлау учаскесі</w:t>
      </w:r>
    </w:p>
    <w:p w14:paraId="32888F9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3BFA61F6" w14:textId="77777777" w:rsidR="00BE72FA" w:rsidRPr="00450AE3" w:rsidRDefault="00BE72FA" w:rsidP="00BE72FA">
      <w:pPr>
        <w:ind w:firstLine="709"/>
        <w:jc w:val="center"/>
        <w:rPr>
          <w:sz w:val="28"/>
          <w:szCs w:val="28"/>
          <w:lang w:val="kk-KZ"/>
        </w:rPr>
      </w:pPr>
    </w:p>
    <w:p w14:paraId="0F8CF1BD"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Қазыбек би көшесі, № 3, 3/1, 3/2, 5а үйлер, Төле би көшесі, </w:t>
      </w:r>
      <w:r w:rsidRPr="00450AE3">
        <w:rPr>
          <w:sz w:val="28"/>
          <w:szCs w:val="28"/>
          <w:lang w:val="kk-KZ"/>
        </w:rPr>
        <w:br/>
        <w:t>№ 51, 53, 55 үйлер.</w:t>
      </w:r>
    </w:p>
    <w:p w14:paraId="2D228B32" w14:textId="77777777" w:rsidR="00BE72FA" w:rsidRPr="00450AE3" w:rsidRDefault="00BE72FA" w:rsidP="00BE72FA">
      <w:pPr>
        <w:jc w:val="both"/>
        <w:rPr>
          <w:sz w:val="28"/>
          <w:szCs w:val="28"/>
          <w:lang w:val="kk-KZ"/>
        </w:rPr>
      </w:pPr>
    </w:p>
    <w:p w14:paraId="2142C519" w14:textId="77777777" w:rsidR="00BE72FA" w:rsidRPr="00450AE3" w:rsidRDefault="00BE72FA" w:rsidP="00BE72FA">
      <w:pPr>
        <w:keepNext/>
        <w:ind w:firstLine="709"/>
        <w:jc w:val="center"/>
        <w:rPr>
          <w:sz w:val="28"/>
          <w:szCs w:val="28"/>
          <w:lang w:val="kk-KZ"/>
        </w:rPr>
      </w:pPr>
      <w:r w:rsidRPr="00450AE3">
        <w:rPr>
          <w:sz w:val="28"/>
          <w:szCs w:val="28"/>
          <w:lang w:val="kk-KZ"/>
        </w:rPr>
        <w:t>№ 239 сайлау учаскесі</w:t>
      </w:r>
    </w:p>
    <w:p w14:paraId="199011F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45 жалпы орта білім беретін мектеп» коммуналдық мемлекеттік мекемесі, Төле би көшесі, № 25/2)</w:t>
      </w:r>
    </w:p>
    <w:p w14:paraId="470D3DCA" w14:textId="77777777" w:rsidR="00BE72FA" w:rsidRPr="00450AE3" w:rsidRDefault="00BE72FA" w:rsidP="00BE72FA">
      <w:pPr>
        <w:rPr>
          <w:sz w:val="28"/>
          <w:szCs w:val="28"/>
          <w:lang w:val="kk-KZ"/>
        </w:rPr>
      </w:pPr>
    </w:p>
    <w:p w14:paraId="62085628" w14:textId="77777777" w:rsidR="00BE72FA" w:rsidRPr="00450AE3" w:rsidRDefault="00BE72FA" w:rsidP="00BE72FA">
      <w:pPr>
        <w:ind w:firstLine="709"/>
        <w:jc w:val="both"/>
        <w:rPr>
          <w:sz w:val="28"/>
          <w:szCs w:val="28"/>
          <w:lang w:val="kk-KZ"/>
        </w:rPr>
      </w:pPr>
      <w:r w:rsidRPr="00450AE3">
        <w:rPr>
          <w:sz w:val="28"/>
          <w:szCs w:val="28"/>
          <w:lang w:val="kk-KZ"/>
        </w:rPr>
        <w:t>Шекарасы:</w:t>
      </w:r>
      <w:r w:rsidRPr="00450AE3">
        <w:rPr>
          <w:lang w:val="kk-KZ"/>
        </w:rPr>
        <w:t xml:space="preserve"> </w:t>
      </w:r>
      <w:r w:rsidRPr="00450AE3">
        <w:rPr>
          <w:sz w:val="28"/>
          <w:szCs w:val="28"/>
          <w:lang w:val="kk-KZ"/>
        </w:rPr>
        <w:t>Төле би көшесінен Ұлы Дала даңғылының жұп сандар жағымен Тұран даңғылына дейін, Тұран даңғылының тақ сандар жағымен Тұран даңғылындағы № 81 үйге дейін, Тұран даңғылындағы № 81 үйден өтпе жолмен Төле би көшесіне дейін, Төле би көшесінің жұп сандар жағымен Ұлы Дала даңғылына дейін.</w:t>
      </w:r>
    </w:p>
    <w:p w14:paraId="74DE2C52" w14:textId="77777777" w:rsidR="00BE72FA" w:rsidRPr="00450AE3" w:rsidRDefault="00BE72FA" w:rsidP="00BE72FA">
      <w:pPr>
        <w:jc w:val="both"/>
        <w:rPr>
          <w:sz w:val="28"/>
          <w:szCs w:val="28"/>
          <w:lang w:val="kk-KZ"/>
        </w:rPr>
      </w:pPr>
    </w:p>
    <w:p w14:paraId="0A57464B" w14:textId="77777777" w:rsidR="00BE72FA" w:rsidRPr="00450AE3" w:rsidRDefault="00BE72FA" w:rsidP="00BE72FA">
      <w:pPr>
        <w:keepNext/>
        <w:ind w:firstLine="709"/>
        <w:jc w:val="center"/>
        <w:rPr>
          <w:sz w:val="28"/>
          <w:szCs w:val="28"/>
          <w:lang w:val="kk-KZ"/>
        </w:rPr>
      </w:pPr>
      <w:r w:rsidRPr="00450AE3">
        <w:rPr>
          <w:sz w:val="28"/>
          <w:szCs w:val="28"/>
          <w:lang w:val="kk-KZ"/>
        </w:rPr>
        <w:t>№ 240 сайлау учаскесі</w:t>
      </w:r>
    </w:p>
    <w:p w14:paraId="5130728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4AA58EBD" w14:textId="77777777" w:rsidR="00BE72FA" w:rsidRPr="00450AE3" w:rsidRDefault="00BE72FA" w:rsidP="00BE72FA">
      <w:pPr>
        <w:ind w:firstLine="709"/>
        <w:jc w:val="center"/>
        <w:rPr>
          <w:sz w:val="28"/>
          <w:szCs w:val="28"/>
          <w:lang w:val="kk-KZ"/>
        </w:rPr>
      </w:pPr>
    </w:p>
    <w:p w14:paraId="4C61B443" w14:textId="77777777" w:rsidR="00BE72FA" w:rsidRPr="00450AE3" w:rsidRDefault="00BE72FA" w:rsidP="00BE72FA">
      <w:pPr>
        <w:ind w:firstLine="709"/>
        <w:jc w:val="both"/>
        <w:rPr>
          <w:sz w:val="28"/>
          <w:szCs w:val="28"/>
          <w:lang w:val="kk-KZ"/>
        </w:rPr>
      </w:pPr>
      <w:r w:rsidRPr="00450AE3">
        <w:rPr>
          <w:sz w:val="28"/>
          <w:szCs w:val="28"/>
          <w:lang w:val="kk-KZ"/>
        </w:rPr>
        <w:t>Шекарасы: Төле би көшесінен Сығанақ көшесінің тақ сандар жағымен Әнет баба көшесіне дейін, Әнет баба көшесінің жұп сандар жағымен Халифа бен Заид әл-Нахаян көшесіне дейін, Халифа бен Заид әл-Нахаян көшесімен Төле би көшесіне дейін, Төле би көшесінің тақ сандар жағымен Төле би көшесіндегі № 57, 59 үйлерді және Е-900 көшедегі № 2, 4 үйлерді қоса алғанда, Сығанақ көшесіне дейін.</w:t>
      </w:r>
    </w:p>
    <w:p w14:paraId="5B4D52BE" w14:textId="77777777" w:rsidR="00BE72FA" w:rsidRPr="00450AE3" w:rsidRDefault="00BE72FA" w:rsidP="00BE72FA">
      <w:pPr>
        <w:jc w:val="both"/>
        <w:rPr>
          <w:sz w:val="28"/>
          <w:szCs w:val="28"/>
          <w:lang w:val="kk-KZ"/>
        </w:rPr>
      </w:pPr>
    </w:p>
    <w:p w14:paraId="406C2C26" w14:textId="77777777" w:rsidR="00BE72FA" w:rsidRPr="00450AE3" w:rsidRDefault="00BE72FA" w:rsidP="00BE72FA">
      <w:pPr>
        <w:keepNext/>
        <w:ind w:firstLine="709"/>
        <w:jc w:val="center"/>
        <w:rPr>
          <w:sz w:val="28"/>
          <w:szCs w:val="28"/>
          <w:lang w:val="kk-KZ"/>
        </w:rPr>
      </w:pPr>
      <w:r w:rsidRPr="00450AE3">
        <w:rPr>
          <w:sz w:val="28"/>
          <w:szCs w:val="28"/>
          <w:lang w:val="kk-KZ"/>
        </w:rPr>
        <w:t>№ 241 сайлау учаскесі</w:t>
      </w:r>
    </w:p>
    <w:p w14:paraId="10E68194"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7605C116"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55CD5D48" w14:textId="77777777" w:rsidR="00BE72FA" w:rsidRPr="00450AE3" w:rsidRDefault="00BE72FA" w:rsidP="00BE72FA">
      <w:pPr>
        <w:ind w:firstLine="709"/>
        <w:jc w:val="center"/>
        <w:rPr>
          <w:sz w:val="28"/>
          <w:szCs w:val="28"/>
          <w:lang w:val="kk-KZ"/>
        </w:rPr>
      </w:pPr>
    </w:p>
    <w:p w14:paraId="42806966" w14:textId="77777777" w:rsidR="00BE72FA" w:rsidRPr="00450AE3" w:rsidRDefault="00BE72FA" w:rsidP="00BE72FA">
      <w:pPr>
        <w:ind w:firstLine="709"/>
        <w:jc w:val="both"/>
        <w:rPr>
          <w:sz w:val="28"/>
          <w:szCs w:val="28"/>
          <w:lang w:val="kk-KZ"/>
        </w:rPr>
      </w:pPr>
      <w:r w:rsidRPr="00450AE3">
        <w:rPr>
          <w:sz w:val="28"/>
          <w:szCs w:val="28"/>
          <w:lang w:val="kk-KZ"/>
        </w:rPr>
        <w:t>Шекарасы: Е-36 көше, № 2, 2/1, 5, 9, 9/1, 9/2 үйлер, М. Мәметова көшесі, № 12 үй.</w:t>
      </w:r>
    </w:p>
    <w:p w14:paraId="53584A84" w14:textId="77777777" w:rsidR="00BE72FA" w:rsidRPr="00450AE3" w:rsidRDefault="00BE72FA" w:rsidP="00BE72FA">
      <w:pPr>
        <w:ind w:firstLine="709"/>
        <w:jc w:val="both"/>
        <w:rPr>
          <w:sz w:val="28"/>
          <w:szCs w:val="28"/>
          <w:lang w:val="kk-KZ"/>
        </w:rPr>
      </w:pPr>
    </w:p>
    <w:p w14:paraId="7D2F8955" w14:textId="77777777" w:rsidR="00BE72FA" w:rsidRPr="00450AE3" w:rsidRDefault="00BE72FA" w:rsidP="00BE72FA">
      <w:pPr>
        <w:keepNext/>
        <w:ind w:firstLine="709"/>
        <w:jc w:val="center"/>
        <w:rPr>
          <w:sz w:val="28"/>
          <w:szCs w:val="28"/>
          <w:lang w:val="kk-KZ"/>
        </w:rPr>
      </w:pPr>
      <w:r w:rsidRPr="00450AE3">
        <w:rPr>
          <w:sz w:val="28"/>
          <w:szCs w:val="28"/>
          <w:lang w:val="kk-KZ"/>
        </w:rPr>
        <w:t>№ 242 сайлау учаскесі</w:t>
      </w:r>
    </w:p>
    <w:p w14:paraId="23B48AD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79 мектеп-лицей» шаруашылық жүргізу құқығындағы мемлекеттік коммуналдық кәсіпорны, </w:t>
      </w:r>
    </w:p>
    <w:p w14:paraId="603F822B" w14:textId="77777777" w:rsidR="00BE72FA" w:rsidRPr="00450AE3" w:rsidRDefault="00BE72FA" w:rsidP="00BE72FA">
      <w:pPr>
        <w:keepNext/>
        <w:ind w:firstLine="709"/>
        <w:jc w:val="center"/>
        <w:rPr>
          <w:sz w:val="28"/>
          <w:szCs w:val="28"/>
          <w:lang w:val="kk-KZ"/>
        </w:rPr>
      </w:pPr>
      <w:r w:rsidRPr="00450AE3">
        <w:rPr>
          <w:sz w:val="28"/>
          <w:szCs w:val="28"/>
          <w:lang w:val="kk-KZ"/>
        </w:rPr>
        <w:t>М. Нәрікбаев көшесі, № 3)</w:t>
      </w:r>
    </w:p>
    <w:p w14:paraId="7F719591" w14:textId="77777777" w:rsidR="00BE72FA" w:rsidRPr="00450AE3" w:rsidRDefault="00BE72FA" w:rsidP="00BE72FA">
      <w:pPr>
        <w:ind w:firstLine="709"/>
        <w:jc w:val="center"/>
        <w:rPr>
          <w:sz w:val="28"/>
          <w:szCs w:val="28"/>
          <w:lang w:val="kk-KZ"/>
        </w:rPr>
      </w:pPr>
    </w:p>
    <w:p w14:paraId="4383D5BC"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 № 21, 21/2, 23 үйлер, Е-489 көше, </w:t>
      </w:r>
      <w:r w:rsidRPr="00450AE3">
        <w:rPr>
          <w:sz w:val="28"/>
          <w:szCs w:val="28"/>
          <w:lang w:val="kk-KZ"/>
        </w:rPr>
        <w:br/>
        <w:t>№ 4 үй.</w:t>
      </w:r>
    </w:p>
    <w:p w14:paraId="33AB6317" w14:textId="77777777" w:rsidR="00BE72FA" w:rsidRPr="00450AE3" w:rsidRDefault="00BE72FA" w:rsidP="00BE72FA">
      <w:pPr>
        <w:keepNext/>
        <w:ind w:firstLine="709"/>
        <w:jc w:val="center"/>
        <w:rPr>
          <w:sz w:val="28"/>
          <w:szCs w:val="28"/>
          <w:lang w:val="kk-KZ"/>
        </w:rPr>
      </w:pPr>
      <w:r w:rsidRPr="00450AE3">
        <w:rPr>
          <w:sz w:val="28"/>
          <w:szCs w:val="28"/>
          <w:lang w:val="kk-KZ"/>
        </w:rPr>
        <w:t>№ 243 сайлау учаскесі</w:t>
      </w:r>
    </w:p>
    <w:p w14:paraId="5105425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115 жалпы орта білім беретін мектеп» коммуналдық мемлекеттік мекемесі, Күлтегін көшесі, № 18)</w:t>
      </w:r>
    </w:p>
    <w:p w14:paraId="51D00842" w14:textId="77777777" w:rsidR="00BE72FA" w:rsidRPr="00450AE3" w:rsidRDefault="00BE72FA" w:rsidP="00BE72FA">
      <w:pPr>
        <w:ind w:firstLine="709"/>
        <w:jc w:val="both"/>
        <w:rPr>
          <w:sz w:val="28"/>
          <w:szCs w:val="28"/>
          <w:lang w:val="kk-KZ"/>
        </w:rPr>
      </w:pPr>
    </w:p>
    <w:p w14:paraId="34D9AC56" w14:textId="77777777" w:rsidR="00BE72FA" w:rsidRPr="00450AE3" w:rsidRDefault="00BE72FA" w:rsidP="00BE72FA">
      <w:pPr>
        <w:ind w:firstLine="709"/>
        <w:jc w:val="both"/>
        <w:rPr>
          <w:sz w:val="28"/>
          <w:szCs w:val="28"/>
          <w:lang w:val="kk-KZ"/>
        </w:rPr>
      </w:pPr>
      <w:r w:rsidRPr="00450AE3">
        <w:rPr>
          <w:sz w:val="28"/>
          <w:szCs w:val="28"/>
          <w:lang w:val="kk-KZ"/>
        </w:rPr>
        <w:t>Шекарасы: Қ. Мұхамедханов көшесі, № 8, 10, 10а үйлер, Әнет баба көшесі, № 11/2, 11/3 үйлер, Әйтеке би көшесі, № 5, 7, 9, 11, 14 үйлер, Е-876 көше, № 2, 4, 6 үйлер.</w:t>
      </w:r>
    </w:p>
    <w:p w14:paraId="1DB52959" w14:textId="77777777" w:rsidR="00BE72FA" w:rsidRPr="00450AE3" w:rsidRDefault="00BE72FA" w:rsidP="00BE72FA">
      <w:pPr>
        <w:ind w:firstLine="709"/>
        <w:jc w:val="both"/>
        <w:rPr>
          <w:sz w:val="28"/>
          <w:szCs w:val="28"/>
          <w:lang w:val="kk-KZ"/>
        </w:rPr>
      </w:pPr>
    </w:p>
    <w:p w14:paraId="4A000775" w14:textId="77777777" w:rsidR="00BE72FA" w:rsidRPr="00450AE3" w:rsidRDefault="00BE72FA" w:rsidP="00BE72FA">
      <w:pPr>
        <w:keepNext/>
        <w:ind w:firstLine="709"/>
        <w:jc w:val="center"/>
        <w:rPr>
          <w:sz w:val="28"/>
          <w:szCs w:val="28"/>
          <w:lang w:val="kk-KZ"/>
        </w:rPr>
      </w:pPr>
      <w:r w:rsidRPr="00450AE3">
        <w:rPr>
          <w:sz w:val="28"/>
          <w:szCs w:val="28"/>
          <w:lang w:val="kk-KZ"/>
        </w:rPr>
        <w:t>№ 244 сайлау учаскесі</w:t>
      </w:r>
    </w:p>
    <w:p w14:paraId="7E2B0252"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«Тұрсынбек Кәкішұлы атындағы № 94 мектеп-лицей» коммуналдық мемлекеттік мекемесі, № 201 көше, № 55)</w:t>
      </w:r>
    </w:p>
    <w:p w14:paraId="5304F66E" w14:textId="77777777" w:rsidR="00BE72FA" w:rsidRPr="00450AE3" w:rsidRDefault="00BE72FA" w:rsidP="00BE72FA">
      <w:pPr>
        <w:ind w:firstLine="709"/>
        <w:jc w:val="center"/>
        <w:rPr>
          <w:sz w:val="28"/>
          <w:szCs w:val="28"/>
          <w:lang w:val="kk-KZ"/>
        </w:rPr>
      </w:pPr>
    </w:p>
    <w:p w14:paraId="006EB082" w14:textId="77777777"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 108 көшенің бойымен «Нұра» ауданының шекарасына дейін, «Нұра» ауданының шекарасы бойымен Е-615 көшеге дейін, Е-615 көшемен Доспамбет жырау көшесіне дейін, Доспамбет жырау көшесінің тақ сандар жағымен Ж. Шаяхметов көшесіне дейін, Ж. Шаяхметов көшесінің жұп сандар жағымен Е-590 көшеге дейін, Е-590 көшеден Н. Байғанин көшесіне дейін, Н. Байғанин көшесінің жұп сандар жағымен Қорғалжын тас жолына дейін, Қорғалжын тас жолының жұп сандар жағымен № 108 көшеге дейін.</w:t>
      </w:r>
    </w:p>
    <w:p w14:paraId="317616D6" w14:textId="77777777" w:rsidR="00BE72FA" w:rsidRPr="00450AE3" w:rsidRDefault="00BE72FA" w:rsidP="00BE72FA">
      <w:pPr>
        <w:ind w:firstLine="709"/>
        <w:jc w:val="both"/>
        <w:rPr>
          <w:sz w:val="28"/>
          <w:szCs w:val="28"/>
          <w:lang w:val="kk-KZ"/>
        </w:rPr>
      </w:pPr>
    </w:p>
    <w:p w14:paraId="1A56DEA5" w14:textId="77777777" w:rsidR="00BE72FA" w:rsidRPr="00450AE3" w:rsidRDefault="00BE72FA" w:rsidP="00BE72FA">
      <w:pPr>
        <w:keepNext/>
        <w:ind w:firstLine="709"/>
        <w:jc w:val="center"/>
        <w:rPr>
          <w:sz w:val="28"/>
          <w:szCs w:val="28"/>
          <w:lang w:val="kk-KZ"/>
        </w:rPr>
      </w:pPr>
      <w:r w:rsidRPr="00450AE3">
        <w:rPr>
          <w:sz w:val="28"/>
          <w:szCs w:val="28"/>
          <w:lang w:val="kk-KZ"/>
        </w:rPr>
        <w:t>№ 245 сайлау учаскесі</w:t>
      </w:r>
    </w:p>
    <w:p w14:paraId="11A8293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Жақсылық Үшкемпіров атындағы Жекпе-жек сарайы,</w:t>
      </w:r>
      <w:r w:rsidRPr="00450AE3">
        <w:rPr>
          <w:sz w:val="28"/>
          <w:szCs w:val="28"/>
          <w:lang w:val="kk-KZ"/>
        </w:rPr>
        <w:br/>
        <w:t xml:space="preserve"> Қабанбай батыр даңғылы, № 43)</w:t>
      </w:r>
    </w:p>
    <w:p w14:paraId="7B40CBF8" w14:textId="77777777" w:rsidR="00BE72FA" w:rsidRPr="00450AE3" w:rsidRDefault="00BE72FA" w:rsidP="00BE72FA">
      <w:pPr>
        <w:ind w:firstLine="709"/>
        <w:jc w:val="center"/>
        <w:rPr>
          <w:sz w:val="28"/>
          <w:szCs w:val="28"/>
          <w:lang w:val="kk-KZ"/>
        </w:rPr>
      </w:pPr>
    </w:p>
    <w:p w14:paraId="7FDDF41F" w14:textId="77777777" w:rsidR="00BE72FA" w:rsidRPr="00450AE3" w:rsidRDefault="00BE72FA" w:rsidP="00BE72FA">
      <w:pPr>
        <w:ind w:firstLine="709"/>
        <w:jc w:val="both"/>
        <w:rPr>
          <w:sz w:val="28"/>
          <w:szCs w:val="28"/>
          <w:lang w:val="kk-KZ"/>
        </w:rPr>
      </w:pPr>
      <w:r w:rsidRPr="00450AE3">
        <w:rPr>
          <w:sz w:val="28"/>
          <w:szCs w:val="28"/>
          <w:lang w:val="kk-KZ"/>
        </w:rPr>
        <w:t>Шекарасы: Керей, Жәнібек хандар көшесі, № 2, 2/1, 6 үйлер, Тұран даңғылы, № 40/1, 40/2, 42, 44б үйлер.</w:t>
      </w:r>
    </w:p>
    <w:p w14:paraId="00EB37A3" w14:textId="77777777" w:rsidR="00BE72FA" w:rsidRPr="00450AE3" w:rsidRDefault="00BE72FA" w:rsidP="00BE72FA">
      <w:pPr>
        <w:ind w:firstLine="709"/>
        <w:jc w:val="center"/>
        <w:rPr>
          <w:sz w:val="28"/>
          <w:szCs w:val="28"/>
          <w:lang w:val="kk-KZ"/>
        </w:rPr>
      </w:pPr>
    </w:p>
    <w:p w14:paraId="5AC20AC1" w14:textId="77777777" w:rsidR="00BE72FA" w:rsidRPr="00450AE3" w:rsidRDefault="00BE72FA" w:rsidP="00BE72FA">
      <w:pPr>
        <w:keepNext/>
        <w:ind w:firstLine="709"/>
        <w:jc w:val="center"/>
        <w:rPr>
          <w:sz w:val="28"/>
          <w:szCs w:val="28"/>
          <w:lang w:val="kk-KZ"/>
        </w:rPr>
      </w:pPr>
      <w:r w:rsidRPr="00450AE3">
        <w:rPr>
          <w:sz w:val="28"/>
          <w:szCs w:val="28"/>
          <w:lang w:val="kk-KZ"/>
        </w:rPr>
        <w:t>№ 246 сайлау учаскесі</w:t>
      </w:r>
    </w:p>
    <w:p w14:paraId="6123843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«Қ. Құлажанов атындағы Қазақ технология және бизнес университеті» акционерлік қоғамы, Қ. Мұхамедханов көшесі, № 37А)</w:t>
      </w:r>
    </w:p>
    <w:p w14:paraId="2A938806" w14:textId="77777777" w:rsidR="00BE72FA" w:rsidRPr="00450AE3" w:rsidRDefault="00BE72FA" w:rsidP="00BE72FA">
      <w:pPr>
        <w:ind w:firstLine="709"/>
        <w:jc w:val="center"/>
        <w:rPr>
          <w:sz w:val="28"/>
          <w:szCs w:val="28"/>
          <w:lang w:val="kk-KZ"/>
        </w:rPr>
      </w:pPr>
    </w:p>
    <w:p w14:paraId="78D60C71" w14:textId="5B6DD679" w:rsidR="00BE72FA" w:rsidRPr="00450AE3" w:rsidRDefault="00BE72FA" w:rsidP="00BE72FA">
      <w:pPr>
        <w:ind w:firstLine="709"/>
        <w:jc w:val="both"/>
        <w:rPr>
          <w:sz w:val="28"/>
          <w:szCs w:val="28"/>
          <w:lang w:val="kk-KZ"/>
        </w:rPr>
      </w:pPr>
      <w:r w:rsidRPr="00450AE3">
        <w:rPr>
          <w:sz w:val="28"/>
          <w:szCs w:val="28"/>
          <w:lang w:val="kk-KZ"/>
        </w:rPr>
        <w:t>Шекарасы: Қорғалжын тас жолынан Қ. Мұхамедханов көшесінің жұп сандар жағымен Қ. Мұхамедханов көшесіндегі № 26 үйге дейін, Қ. Мұхамедханов көшесіндегі № </w:t>
      </w:r>
      <w:r>
        <w:rPr>
          <w:sz w:val="28"/>
          <w:szCs w:val="28"/>
          <w:lang w:val="kk-KZ"/>
        </w:rPr>
        <w:t>2</w:t>
      </w:r>
      <w:r w:rsidRPr="00450AE3">
        <w:rPr>
          <w:sz w:val="28"/>
          <w:szCs w:val="28"/>
          <w:lang w:val="kk-KZ"/>
        </w:rPr>
        <w:t xml:space="preserve">6 үйден өтпе жолмен Сығанақ көшесіне дейін, Сығанақ көшесінің тақ сандар жағымен Қорғалжын тас жолына дейін, </w:t>
      </w:r>
      <w:r w:rsidRPr="00450AE3">
        <w:rPr>
          <w:sz w:val="28"/>
          <w:szCs w:val="28"/>
          <w:lang w:val="kk-KZ"/>
        </w:rPr>
        <w:lastRenderedPageBreak/>
        <w:t>Қорғалжын тас жолының тақ сандар жағымен Ш. Айтматов көшесіндегі № 31, 31а, 31б үйлерді қоса алғанда, Қ. Мұхамедханов көшесіне дейін.</w:t>
      </w:r>
    </w:p>
    <w:p w14:paraId="46A84915" w14:textId="77777777" w:rsidR="00BE72FA" w:rsidRDefault="00BE72FA" w:rsidP="00BE72FA">
      <w:pPr>
        <w:ind w:firstLine="709"/>
        <w:jc w:val="center"/>
        <w:rPr>
          <w:sz w:val="28"/>
          <w:szCs w:val="28"/>
          <w:lang w:val="kk-KZ"/>
        </w:rPr>
      </w:pPr>
    </w:p>
    <w:p w14:paraId="41087230" w14:textId="77777777" w:rsidR="00BE72FA" w:rsidRPr="00450AE3" w:rsidRDefault="00BE72FA" w:rsidP="00BE72FA">
      <w:pPr>
        <w:keepNext/>
        <w:ind w:firstLine="709"/>
        <w:jc w:val="center"/>
        <w:rPr>
          <w:sz w:val="28"/>
          <w:szCs w:val="28"/>
          <w:lang w:val="kk-KZ"/>
        </w:rPr>
      </w:pPr>
      <w:r w:rsidRPr="00450AE3">
        <w:rPr>
          <w:sz w:val="28"/>
          <w:szCs w:val="28"/>
          <w:lang w:val="kk-KZ"/>
        </w:rPr>
        <w:t>№ 247 сайлау учаскесі</w:t>
      </w:r>
    </w:p>
    <w:p w14:paraId="7C1160D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p w14:paraId="41BC39C5" w14:textId="77777777" w:rsidR="00BE72FA" w:rsidRPr="00450AE3" w:rsidRDefault="00BE72FA" w:rsidP="00BE72FA">
      <w:pPr>
        <w:jc w:val="both"/>
        <w:rPr>
          <w:sz w:val="28"/>
          <w:szCs w:val="28"/>
          <w:lang w:val="kk-KZ"/>
        </w:rPr>
      </w:pPr>
    </w:p>
    <w:p w14:paraId="6D01208B" w14:textId="77777777" w:rsidR="00BE72FA" w:rsidRPr="00450AE3" w:rsidRDefault="00BE72FA" w:rsidP="00BE72FA">
      <w:pPr>
        <w:ind w:firstLine="709"/>
        <w:jc w:val="both"/>
        <w:rPr>
          <w:sz w:val="28"/>
          <w:szCs w:val="28"/>
          <w:lang w:val="kk-KZ"/>
        </w:rPr>
      </w:pPr>
      <w:r w:rsidRPr="00450AE3">
        <w:rPr>
          <w:sz w:val="28"/>
          <w:szCs w:val="28"/>
          <w:lang w:val="kk-KZ"/>
        </w:rPr>
        <w:t>Шекарасы: Қазыбек би көшесі, № 11, 11/1, 11/2 үйлер, Р. Бағланова көшесі, № 3, 3/1, 6/1, 6/2, 6/3, 6/4 үйлер, Төле би көшесі, № 40 үй.</w:t>
      </w:r>
    </w:p>
    <w:p w14:paraId="5F4A5680" w14:textId="77777777" w:rsidR="00BE72FA" w:rsidRPr="00450AE3" w:rsidRDefault="00BE72FA" w:rsidP="00BE72FA">
      <w:pPr>
        <w:ind w:firstLine="709"/>
        <w:jc w:val="both"/>
        <w:rPr>
          <w:sz w:val="28"/>
          <w:szCs w:val="28"/>
          <w:lang w:val="kk-KZ"/>
        </w:rPr>
      </w:pPr>
    </w:p>
    <w:p w14:paraId="41E55CD1" w14:textId="77777777" w:rsidR="00BE72FA" w:rsidRPr="00450AE3" w:rsidRDefault="00BE72FA" w:rsidP="00BE72FA">
      <w:pPr>
        <w:keepNext/>
        <w:ind w:firstLine="709"/>
        <w:jc w:val="center"/>
        <w:rPr>
          <w:sz w:val="28"/>
          <w:szCs w:val="28"/>
          <w:lang w:val="kk-KZ"/>
        </w:rPr>
      </w:pPr>
      <w:r w:rsidRPr="00450AE3">
        <w:rPr>
          <w:sz w:val="28"/>
          <w:szCs w:val="28"/>
          <w:lang w:val="kk-KZ"/>
        </w:rPr>
        <w:t>№ 248 сайлау учаскесі</w:t>
      </w:r>
    </w:p>
    <w:p w14:paraId="1726A27B"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40341962" w14:textId="77777777" w:rsidR="00BE72FA" w:rsidRPr="00450AE3" w:rsidRDefault="00BE72FA" w:rsidP="00BE72FA">
      <w:pPr>
        <w:ind w:firstLine="709"/>
        <w:jc w:val="center"/>
        <w:rPr>
          <w:sz w:val="28"/>
          <w:szCs w:val="28"/>
          <w:lang w:val="kk-KZ"/>
        </w:rPr>
      </w:pPr>
    </w:p>
    <w:p w14:paraId="29BE9022"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Тұран даңғылынан Қ. Мұхамедханов көшесінің жұп сандар жағымен Төле би көшесіне дейін, Төле би көшесінің жұп сандар жағымен Төле би көшесіндегі № 63 үйге дейін, Төле би көшесіндегі № 63 үйден өтпе жолмен Е-899 көшедегі № 10 үйге дейін, Е-899 көшедегі № 10 үйден өтпе жолмен </w:t>
      </w:r>
      <w:r w:rsidRPr="00450AE3">
        <w:rPr>
          <w:sz w:val="28"/>
          <w:szCs w:val="28"/>
          <w:lang w:val="kk-KZ"/>
        </w:rPr>
        <w:br/>
        <w:t xml:space="preserve">Е-900 көшедегі № 9 үйге дейін, Е-900 көшедегі № 9 үйден өтпе жолмен </w:t>
      </w:r>
      <w:r w:rsidRPr="00450AE3">
        <w:rPr>
          <w:sz w:val="28"/>
          <w:szCs w:val="28"/>
          <w:lang w:val="kk-KZ"/>
        </w:rPr>
        <w:br/>
        <w:t>Е-308 көшеге дейін, Е-308 көшемен Тұран даңғылына дейін, Тұран даңғылының тақ сандар жағымен Қ. Мұхамедханов көшесіне дейін.</w:t>
      </w:r>
    </w:p>
    <w:p w14:paraId="0EAC1F6D" w14:textId="77777777" w:rsidR="00BE72FA" w:rsidRPr="00450AE3" w:rsidRDefault="00BE72FA" w:rsidP="00BE72FA">
      <w:pPr>
        <w:ind w:firstLine="709"/>
        <w:jc w:val="both"/>
        <w:rPr>
          <w:sz w:val="28"/>
          <w:szCs w:val="28"/>
          <w:lang w:val="kk-KZ"/>
        </w:rPr>
      </w:pPr>
    </w:p>
    <w:p w14:paraId="7C3E5F7A" w14:textId="77777777" w:rsidR="00BE72FA" w:rsidRPr="00450AE3" w:rsidRDefault="00BE72FA" w:rsidP="00BE72FA">
      <w:pPr>
        <w:keepNext/>
        <w:ind w:firstLine="709"/>
        <w:jc w:val="center"/>
        <w:rPr>
          <w:sz w:val="28"/>
          <w:szCs w:val="28"/>
          <w:lang w:val="kk-KZ"/>
        </w:rPr>
      </w:pPr>
      <w:r w:rsidRPr="00450AE3">
        <w:rPr>
          <w:sz w:val="28"/>
          <w:szCs w:val="28"/>
          <w:lang w:val="kk-KZ"/>
        </w:rPr>
        <w:t>№ 249 сайлау учаскесі</w:t>
      </w:r>
    </w:p>
    <w:p w14:paraId="7FE1C51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«Қайым Мұхамедханов атындағы № 90 гимназия» шаруашылық жүргізу құқығындағы мемлекеттік коммуналдық кәсіпорны, Қорғалжын тас жолы, № 37/1)</w:t>
      </w:r>
    </w:p>
    <w:p w14:paraId="1352708D" w14:textId="77777777" w:rsidR="00BE72FA" w:rsidRPr="00450AE3" w:rsidRDefault="00BE72FA" w:rsidP="00BE72FA">
      <w:pPr>
        <w:ind w:firstLine="709"/>
        <w:jc w:val="center"/>
        <w:rPr>
          <w:sz w:val="28"/>
          <w:szCs w:val="28"/>
          <w:lang w:val="kk-KZ"/>
        </w:rPr>
      </w:pPr>
    </w:p>
    <w:p w14:paraId="5CB4946F"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Қ. Мұхамедханов көшесінен Қорғалжын тас жолының тақ сандар жағымен Қорғалжын тас жолындағы № 33 үйге дейін, Қорғалжын тас жолындағы № 33 үйден өтпе жолмен Қ. Мұхамедханов көшесіне дейін, </w:t>
      </w:r>
      <w:r w:rsidRPr="00450AE3">
        <w:rPr>
          <w:sz w:val="28"/>
          <w:szCs w:val="28"/>
          <w:lang w:val="kk-KZ"/>
        </w:rPr>
        <w:br/>
        <w:t>Қ. Мұхамедханов көшесінің тақ сандар жағымен Қорғалжын тас жолына дейін.</w:t>
      </w:r>
    </w:p>
    <w:p w14:paraId="16AF3D8B" w14:textId="77777777" w:rsidR="00BE72FA" w:rsidRPr="00450AE3" w:rsidRDefault="00BE72FA" w:rsidP="00BE72FA">
      <w:pPr>
        <w:ind w:firstLine="709"/>
        <w:jc w:val="both"/>
        <w:rPr>
          <w:sz w:val="28"/>
          <w:szCs w:val="28"/>
          <w:lang w:val="kk-KZ"/>
        </w:rPr>
      </w:pPr>
    </w:p>
    <w:p w14:paraId="5BD8C174" w14:textId="77777777" w:rsidR="00BE72FA" w:rsidRPr="00450AE3" w:rsidRDefault="00BE72FA" w:rsidP="00BE72FA">
      <w:pPr>
        <w:keepNext/>
        <w:ind w:firstLine="709"/>
        <w:jc w:val="center"/>
        <w:rPr>
          <w:sz w:val="28"/>
          <w:szCs w:val="28"/>
          <w:lang w:val="kk-KZ"/>
        </w:rPr>
      </w:pPr>
      <w:r w:rsidRPr="00450AE3">
        <w:rPr>
          <w:sz w:val="28"/>
          <w:szCs w:val="28"/>
          <w:lang w:val="kk-KZ"/>
        </w:rPr>
        <w:t>№ 250 сайлау учаскесі</w:t>
      </w:r>
    </w:p>
    <w:p w14:paraId="258275AE"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«Школа Нового Поколения NGS» жауапкершілігі шектеулі серіктестігінің «New Generation High School» жекеменшік мектебі, </w:t>
      </w:r>
      <w:r w:rsidRPr="00450AE3">
        <w:rPr>
          <w:sz w:val="28"/>
          <w:szCs w:val="28"/>
          <w:lang w:val="kk-KZ"/>
        </w:rPr>
        <w:br/>
        <w:t>Күлтегін көшесі, № 12)</w:t>
      </w:r>
    </w:p>
    <w:p w14:paraId="18E95554" w14:textId="77777777" w:rsidR="00BE72FA" w:rsidRPr="00450AE3" w:rsidRDefault="00BE72FA" w:rsidP="00BE72FA">
      <w:pPr>
        <w:ind w:firstLine="709"/>
        <w:jc w:val="center"/>
        <w:rPr>
          <w:sz w:val="28"/>
          <w:szCs w:val="28"/>
          <w:lang w:val="kk-KZ"/>
        </w:rPr>
      </w:pPr>
    </w:p>
    <w:p w14:paraId="4A7B2512" w14:textId="77777777" w:rsidR="00BE72FA" w:rsidRPr="00450AE3" w:rsidRDefault="00BE72FA" w:rsidP="00BE72FA">
      <w:pPr>
        <w:ind w:firstLine="709"/>
        <w:jc w:val="both"/>
        <w:rPr>
          <w:sz w:val="28"/>
          <w:szCs w:val="28"/>
          <w:lang w:val="kk-KZ"/>
        </w:rPr>
      </w:pPr>
      <w:r w:rsidRPr="00450AE3">
        <w:rPr>
          <w:sz w:val="28"/>
          <w:szCs w:val="28"/>
          <w:lang w:val="kk-KZ"/>
        </w:rPr>
        <w:t>Шекарасы: С. Асфендияров көшесі, № 4, 5 үйлер.</w:t>
      </w:r>
    </w:p>
    <w:p w14:paraId="714A0E29" w14:textId="77777777" w:rsidR="00BE72FA" w:rsidRPr="00450AE3" w:rsidRDefault="00BE72FA" w:rsidP="00BE72FA">
      <w:pPr>
        <w:jc w:val="both"/>
        <w:rPr>
          <w:sz w:val="28"/>
          <w:szCs w:val="28"/>
          <w:lang w:val="kk-KZ"/>
        </w:rPr>
      </w:pPr>
    </w:p>
    <w:p w14:paraId="410E26F1" w14:textId="77777777" w:rsidR="00BE72FA" w:rsidRPr="00450AE3" w:rsidRDefault="00BE72FA" w:rsidP="00BE72FA">
      <w:pPr>
        <w:keepNext/>
        <w:ind w:firstLine="709"/>
        <w:jc w:val="center"/>
        <w:rPr>
          <w:sz w:val="28"/>
          <w:szCs w:val="28"/>
          <w:lang w:val="kk-KZ"/>
        </w:rPr>
      </w:pPr>
      <w:r w:rsidRPr="00450AE3">
        <w:rPr>
          <w:sz w:val="28"/>
          <w:szCs w:val="28"/>
          <w:lang w:val="kk-KZ"/>
        </w:rPr>
        <w:t>№ 251 сайлау учаскесі</w:t>
      </w:r>
    </w:p>
    <w:p w14:paraId="56F8C2B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2051E3A8" w14:textId="77777777" w:rsidR="00BE72FA" w:rsidRPr="00450AE3" w:rsidRDefault="00BE72FA" w:rsidP="00BE72FA">
      <w:pPr>
        <w:ind w:firstLine="709"/>
        <w:jc w:val="center"/>
        <w:rPr>
          <w:sz w:val="28"/>
          <w:szCs w:val="28"/>
          <w:lang w:val="kk-KZ"/>
        </w:rPr>
      </w:pPr>
    </w:p>
    <w:p w14:paraId="00977854" w14:textId="77777777" w:rsidR="00BE72FA" w:rsidRPr="00450AE3" w:rsidRDefault="00BE72FA" w:rsidP="00BE72FA">
      <w:pPr>
        <w:ind w:firstLine="709"/>
        <w:jc w:val="both"/>
        <w:rPr>
          <w:sz w:val="28"/>
          <w:szCs w:val="28"/>
          <w:lang w:val="kk-KZ"/>
        </w:rPr>
      </w:pPr>
      <w:r w:rsidRPr="00450AE3">
        <w:rPr>
          <w:sz w:val="28"/>
          <w:szCs w:val="28"/>
          <w:lang w:val="kk-KZ"/>
        </w:rPr>
        <w:lastRenderedPageBreak/>
        <w:t xml:space="preserve">Шекарасы: Ж. Молдағалиев көшесі, № 5, 6, 6/К1, 6/К2, 7 үйлер, Күлтегін көшесі, № 1, 1/К1, 1/К2, 3 үйлер. </w:t>
      </w:r>
    </w:p>
    <w:p w14:paraId="4DEFEF41" w14:textId="77777777" w:rsidR="00BE72FA" w:rsidRPr="00450AE3" w:rsidRDefault="00BE72FA" w:rsidP="00BE72FA">
      <w:pPr>
        <w:ind w:firstLine="709"/>
        <w:jc w:val="both"/>
        <w:rPr>
          <w:sz w:val="28"/>
          <w:szCs w:val="28"/>
          <w:lang w:val="kk-KZ"/>
        </w:rPr>
      </w:pPr>
    </w:p>
    <w:p w14:paraId="08BA680F" w14:textId="77777777" w:rsidR="00BE72FA" w:rsidRPr="00450AE3" w:rsidRDefault="00BE72FA" w:rsidP="00BE72FA">
      <w:pPr>
        <w:keepNext/>
        <w:ind w:firstLine="709"/>
        <w:jc w:val="center"/>
        <w:rPr>
          <w:sz w:val="28"/>
          <w:szCs w:val="28"/>
          <w:lang w:val="kk-KZ"/>
        </w:rPr>
      </w:pPr>
      <w:r w:rsidRPr="00450AE3">
        <w:rPr>
          <w:sz w:val="28"/>
          <w:szCs w:val="28"/>
          <w:lang w:val="kk-KZ"/>
        </w:rPr>
        <w:t>№ 252 сайлау учаскесі</w:t>
      </w:r>
    </w:p>
    <w:p w14:paraId="7236C56A"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«Сарыарқа» республикалық велотрегі, </w:t>
      </w:r>
      <w:r w:rsidRPr="00450AE3">
        <w:rPr>
          <w:sz w:val="28"/>
          <w:szCs w:val="28"/>
          <w:lang w:val="kk-KZ"/>
        </w:rPr>
        <w:br/>
        <w:t>Қабанбай батыр даңғылы, № 45А)</w:t>
      </w:r>
    </w:p>
    <w:p w14:paraId="3A4055AA" w14:textId="77777777" w:rsidR="00BE72FA" w:rsidRPr="00450AE3" w:rsidRDefault="00BE72FA" w:rsidP="00BE72FA">
      <w:pPr>
        <w:ind w:firstLine="709"/>
        <w:jc w:val="center"/>
        <w:rPr>
          <w:sz w:val="28"/>
          <w:szCs w:val="28"/>
          <w:lang w:val="kk-KZ"/>
        </w:rPr>
      </w:pPr>
    </w:p>
    <w:p w14:paraId="512332CC" w14:textId="77777777" w:rsidR="00BE72FA" w:rsidRPr="00450AE3" w:rsidRDefault="00BE72FA" w:rsidP="00BE72FA">
      <w:pPr>
        <w:ind w:firstLine="709"/>
        <w:jc w:val="both"/>
        <w:rPr>
          <w:sz w:val="28"/>
          <w:szCs w:val="28"/>
          <w:lang w:val="kk-KZ"/>
        </w:rPr>
      </w:pPr>
      <w:r w:rsidRPr="00450AE3">
        <w:rPr>
          <w:sz w:val="28"/>
          <w:szCs w:val="28"/>
          <w:lang w:val="kk-KZ"/>
        </w:rPr>
        <w:t>Шекарасы: Қабанбай батыр даңғылындағы № 45/3 үйдің № 2 корпусынан Орынбор көшесіне дейін, Орынбор көшесінің жұп сандар жағымен Қабанбай батыр даңғылына дейін, Қабанбай батыр даңғылының тақ сандар жағымен орамішілік жолға дейін, Қабанбай батыр даңғылынан орамішілік жолдың бойымен Қабанбай батыр даңғылындағы № 45/3 үйдің № 2 корпусына дейін.</w:t>
      </w:r>
    </w:p>
    <w:p w14:paraId="4E60A65B" w14:textId="77777777" w:rsidR="00BE72FA" w:rsidRPr="00450AE3" w:rsidRDefault="00BE72FA" w:rsidP="00BE72FA">
      <w:pPr>
        <w:ind w:firstLine="709"/>
        <w:jc w:val="center"/>
        <w:rPr>
          <w:sz w:val="28"/>
          <w:szCs w:val="28"/>
          <w:lang w:val="kk-KZ"/>
        </w:rPr>
      </w:pPr>
    </w:p>
    <w:p w14:paraId="6CDAE0A0" w14:textId="77777777" w:rsidR="00BE72FA" w:rsidRPr="00450AE3" w:rsidRDefault="00BE72FA" w:rsidP="00BE72FA">
      <w:pPr>
        <w:keepNext/>
        <w:ind w:firstLine="709"/>
        <w:jc w:val="center"/>
        <w:rPr>
          <w:sz w:val="28"/>
          <w:szCs w:val="28"/>
          <w:lang w:val="kk-KZ"/>
        </w:rPr>
      </w:pPr>
      <w:r w:rsidRPr="00450AE3">
        <w:rPr>
          <w:sz w:val="28"/>
          <w:szCs w:val="28"/>
          <w:lang w:val="kk-KZ"/>
        </w:rPr>
        <w:t>№ 253 сайлау учаскесі</w:t>
      </w:r>
    </w:p>
    <w:p w14:paraId="23E845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«International Future school-2» жауапкершілігі шектеулі серіктестігі, Төле би көшесі, № 42/1)</w:t>
      </w:r>
    </w:p>
    <w:p w14:paraId="20C79DC1" w14:textId="77777777" w:rsidR="00BE72FA" w:rsidRPr="00450AE3" w:rsidRDefault="00BE72FA" w:rsidP="00BE72FA">
      <w:pPr>
        <w:ind w:firstLine="709"/>
        <w:jc w:val="both"/>
        <w:rPr>
          <w:sz w:val="28"/>
          <w:szCs w:val="28"/>
          <w:lang w:val="kk-KZ"/>
        </w:rPr>
      </w:pPr>
    </w:p>
    <w:p w14:paraId="24FBBCE6"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Р. Бағланова көшесінен Е-68 көшеге дейін, Е-68 көшеден Төле би көшесіне дейін, Төле би көшесінен Е-70 көшеге дейін, Е-70 көшеден </w:t>
      </w:r>
      <w:r w:rsidRPr="00450AE3">
        <w:rPr>
          <w:sz w:val="28"/>
          <w:szCs w:val="28"/>
          <w:lang w:val="kk-KZ"/>
        </w:rPr>
        <w:br/>
        <w:t xml:space="preserve">Ә. Бектұров көшесіндегі № 19 үйге дейін, Ә. Бектұров көшесіндегі № 19 үйден </w:t>
      </w:r>
      <w:r w:rsidRPr="00450AE3">
        <w:rPr>
          <w:sz w:val="28"/>
          <w:szCs w:val="28"/>
          <w:lang w:val="kk-KZ"/>
        </w:rPr>
        <w:br/>
        <w:t xml:space="preserve">Р. Бағланова көшесіне дейін, Р. Бағланова көшесінен Р. Бағланова көшесіндегі </w:t>
      </w:r>
      <w:r w:rsidRPr="00450AE3">
        <w:rPr>
          <w:sz w:val="28"/>
          <w:szCs w:val="28"/>
          <w:lang w:val="kk-KZ"/>
        </w:rPr>
        <w:br/>
        <w:t>№ 3 үйге дейін, Р. Бағланова көшесіндегі № 3 үйден Төле би көшесіне дейін, Төле би көшесінен Р. Бағланова көшесіне дейін.</w:t>
      </w:r>
    </w:p>
    <w:p w14:paraId="688A777A" w14:textId="77777777" w:rsidR="00BE72FA" w:rsidRPr="00450AE3" w:rsidRDefault="00BE72FA" w:rsidP="00BE72FA">
      <w:pPr>
        <w:ind w:firstLine="709"/>
        <w:jc w:val="both"/>
        <w:rPr>
          <w:sz w:val="28"/>
          <w:szCs w:val="28"/>
          <w:lang w:val="kk-KZ"/>
        </w:rPr>
      </w:pPr>
    </w:p>
    <w:p w14:paraId="23167ECE" w14:textId="77777777" w:rsidR="00BE72FA" w:rsidRPr="00450AE3" w:rsidRDefault="00BE72FA" w:rsidP="00BE72FA">
      <w:pPr>
        <w:keepNext/>
        <w:jc w:val="center"/>
        <w:rPr>
          <w:sz w:val="28"/>
          <w:szCs w:val="28"/>
          <w:lang w:val="kk-KZ"/>
        </w:rPr>
      </w:pPr>
      <w:r w:rsidRPr="00450AE3">
        <w:rPr>
          <w:sz w:val="28"/>
          <w:szCs w:val="28"/>
          <w:lang w:val="kk-KZ"/>
        </w:rPr>
        <w:t>№ 254 сайлау учаскесі</w:t>
      </w:r>
    </w:p>
    <w:p w14:paraId="310B658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w:t>
      </w:r>
      <w:r>
        <w:rPr>
          <w:sz w:val="28"/>
          <w:szCs w:val="28"/>
          <w:lang w:val="kk-KZ"/>
        </w:rPr>
        <w:t>Астана Халықаралық университеті»</w:t>
      </w:r>
      <w:r w:rsidRPr="00450AE3">
        <w:rPr>
          <w:sz w:val="28"/>
          <w:szCs w:val="28"/>
          <w:lang w:val="kk-KZ"/>
        </w:rPr>
        <w:t xml:space="preserve"> жауапкершілігі шектеулі серіктестігі, Сығанақ көшесі, № 5а)</w:t>
      </w:r>
    </w:p>
    <w:p w14:paraId="1D41AFFA" w14:textId="77777777" w:rsidR="00BE72FA" w:rsidRPr="00450AE3" w:rsidRDefault="00BE72FA" w:rsidP="00BE72FA">
      <w:pPr>
        <w:jc w:val="center"/>
        <w:rPr>
          <w:b/>
          <w:sz w:val="28"/>
          <w:szCs w:val="28"/>
          <w:lang w:val="kk-KZ"/>
        </w:rPr>
      </w:pPr>
    </w:p>
    <w:p w14:paraId="7C08C071" w14:textId="77777777" w:rsidR="00BE72FA" w:rsidRPr="00450AE3" w:rsidRDefault="00BE72FA" w:rsidP="00BE72FA">
      <w:pPr>
        <w:ind w:firstLine="720"/>
        <w:jc w:val="both"/>
        <w:rPr>
          <w:sz w:val="28"/>
          <w:szCs w:val="28"/>
          <w:lang w:val="kk-KZ"/>
        </w:rPr>
      </w:pPr>
      <w:r w:rsidRPr="00450AE3">
        <w:rPr>
          <w:sz w:val="28"/>
          <w:szCs w:val="28"/>
          <w:lang w:val="kk-KZ"/>
        </w:rPr>
        <w:t>Шекарасы: І. Омаров көшесі, № 1, 2, 2/1, 3, 5 үйлер, Сығанақ көшесі, № 3, 3/1, 5А үйлер, С. Асфендияров көшесі, № 1, 2 үйлер.</w:t>
      </w:r>
    </w:p>
    <w:p w14:paraId="76CB98D9" w14:textId="77777777" w:rsidR="00BE72FA" w:rsidRPr="00450AE3" w:rsidRDefault="00BE72FA" w:rsidP="00BE72FA">
      <w:pPr>
        <w:ind w:firstLine="720"/>
        <w:jc w:val="both"/>
        <w:rPr>
          <w:b/>
          <w:sz w:val="28"/>
          <w:szCs w:val="28"/>
          <w:lang w:val="kk-KZ"/>
        </w:rPr>
      </w:pPr>
    </w:p>
    <w:p w14:paraId="7BB3A8F3" w14:textId="77777777" w:rsidR="00BE72FA" w:rsidRPr="00450AE3" w:rsidRDefault="00BE72FA" w:rsidP="00BE72FA">
      <w:pPr>
        <w:keepNext/>
        <w:tabs>
          <w:tab w:val="left" w:pos="2910"/>
        </w:tabs>
        <w:jc w:val="center"/>
        <w:rPr>
          <w:sz w:val="28"/>
          <w:szCs w:val="28"/>
          <w:lang w:val="kk-KZ"/>
        </w:rPr>
      </w:pPr>
      <w:r w:rsidRPr="00450AE3">
        <w:rPr>
          <w:sz w:val="28"/>
          <w:szCs w:val="28"/>
          <w:lang w:val="kk-KZ"/>
        </w:rPr>
        <w:t>№ 255 сайлау учаскесі</w:t>
      </w:r>
    </w:p>
    <w:p w14:paraId="366576AD"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Астана қаласы әкімдігінің «№ 81 «Astana English School» </w:t>
      </w:r>
      <w:r w:rsidRPr="00450AE3">
        <w:rPr>
          <w:sz w:val="28"/>
          <w:szCs w:val="28"/>
          <w:lang w:val="kk-KZ"/>
        </w:rPr>
        <w:br/>
        <w:t xml:space="preserve">халықаралық мектеп» коммуналдық мемлекеттік мекемесі, </w:t>
      </w:r>
      <w:r w:rsidRPr="00450AE3">
        <w:rPr>
          <w:sz w:val="28"/>
          <w:szCs w:val="28"/>
          <w:lang w:val="kk-KZ"/>
        </w:rPr>
        <w:br/>
        <w:t>І. Омаров көшесі, № 14)</w:t>
      </w:r>
    </w:p>
    <w:p w14:paraId="6D86A330" w14:textId="77777777" w:rsidR="00BE72FA" w:rsidRPr="00450AE3" w:rsidRDefault="00BE72FA" w:rsidP="00BE72FA">
      <w:pPr>
        <w:jc w:val="center"/>
        <w:rPr>
          <w:sz w:val="28"/>
          <w:szCs w:val="28"/>
          <w:lang w:val="kk-KZ"/>
        </w:rPr>
      </w:pPr>
    </w:p>
    <w:p w14:paraId="612F4832"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Күлтегін көшесі, № 14, 17, 16, 18, 19, 19/1, 21, 23 үйлер, </w:t>
      </w:r>
      <w:r w:rsidRPr="00450AE3">
        <w:rPr>
          <w:sz w:val="28"/>
          <w:szCs w:val="28"/>
          <w:lang w:val="kk-KZ"/>
        </w:rPr>
        <w:br/>
        <w:t>Қ. Мұхамедханов көшесі, № 16/2 үй.</w:t>
      </w:r>
    </w:p>
    <w:p w14:paraId="6DF18565" w14:textId="77777777" w:rsidR="00BE72FA" w:rsidRPr="00450AE3" w:rsidRDefault="00BE72FA" w:rsidP="00BE72FA">
      <w:pPr>
        <w:jc w:val="both"/>
        <w:rPr>
          <w:sz w:val="28"/>
          <w:szCs w:val="28"/>
          <w:lang w:val="kk-KZ"/>
        </w:rPr>
      </w:pPr>
    </w:p>
    <w:p w14:paraId="65976EB9" w14:textId="77777777" w:rsidR="00BE72FA" w:rsidRPr="00450AE3" w:rsidRDefault="00BE72FA" w:rsidP="00BE72FA">
      <w:pPr>
        <w:keepNext/>
        <w:jc w:val="center"/>
        <w:rPr>
          <w:sz w:val="28"/>
          <w:szCs w:val="28"/>
          <w:lang w:val="kk-KZ"/>
        </w:rPr>
      </w:pPr>
      <w:r w:rsidRPr="00450AE3">
        <w:rPr>
          <w:sz w:val="28"/>
          <w:szCs w:val="28"/>
          <w:lang w:val="kk-KZ"/>
        </w:rPr>
        <w:t>№ 256 сайлау учаскесі</w:t>
      </w:r>
    </w:p>
    <w:p w14:paraId="7D7F92E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101 жалпы орта білім беретін мектеп» коммуналдық мемлекеттік мекемесі, Төле би көшесі, № 57а)</w:t>
      </w:r>
    </w:p>
    <w:p w14:paraId="2234D1F6" w14:textId="77777777" w:rsidR="00BE72FA" w:rsidRPr="00450AE3" w:rsidRDefault="00BE72FA" w:rsidP="00BE72FA">
      <w:pPr>
        <w:jc w:val="center"/>
        <w:rPr>
          <w:sz w:val="28"/>
          <w:szCs w:val="28"/>
          <w:lang w:val="kk-KZ"/>
        </w:rPr>
      </w:pPr>
    </w:p>
    <w:p w14:paraId="5F679D03" w14:textId="77777777" w:rsidR="00BE72FA" w:rsidRPr="00450AE3" w:rsidRDefault="00BE72FA" w:rsidP="00BE72FA">
      <w:pPr>
        <w:ind w:firstLine="720"/>
        <w:rPr>
          <w:sz w:val="28"/>
          <w:szCs w:val="28"/>
          <w:lang w:val="kk-KZ"/>
        </w:rPr>
      </w:pPr>
      <w:r w:rsidRPr="00450AE3">
        <w:rPr>
          <w:sz w:val="28"/>
          <w:szCs w:val="28"/>
          <w:lang w:val="kk-KZ"/>
        </w:rPr>
        <w:t>Шекарасы: Е-67 көше, № 6 үй, Сығанақ көшесі, № 32 үй, Төле би көшесі, № 46 үй, Ә. Бектұров көшесі, № 3/1, 3/2, 3/3 үйлер.</w:t>
      </w:r>
    </w:p>
    <w:p w14:paraId="24FF6358" w14:textId="77777777" w:rsidR="00BE72FA" w:rsidRDefault="00BE72FA" w:rsidP="00BE72FA">
      <w:pPr>
        <w:jc w:val="center"/>
        <w:rPr>
          <w:sz w:val="28"/>
          <w:szCs w:val="28"/>
          <w:lang w:val="kk-KZ"/>
        </w:rPr>
      </w:pPr>
    </w:p>
    <w:p w14:paraId="7492E5FB" w14:textId="77777777" w:rsidR="00BE72FA" w:rsidRPr="00450AE3" w:rsidRDefault="00BE72FA" w:rsidP="00BE72FA">
      <w:pPr>
        <w:keepNext/>
        <w:jc w:val="center"/>
        <w:rPr>
          <w:sz w:val="28"/>
          <w:szCs w:val="28"/>
          <w:lang w:val="kk-KZ"/>
        </w:rPr>
      </w:pPr>
      <w:r w:rsidRPr="00450AE3">
        <w:rPr>
          <w:sz w:val="28"/>
          <w:szCs w:val="28"/>
          <w:lang w:val="kk-KZ"/>
        </w:rPr>
        <w:t>№ 257 сайлау учаскесі</w:t>
      </w:r>
    </w:p>
    <w:p w14:paraId="428DC52B" w14:textId="77777777" w:rsidR="00BE72FA" w:rsidRPr="00450AE3" w:rsidRDefault="00BE72FA" w:rsidP="00BE72FA">
      <w:pPr>
        <w:keepNext/>
        <w:jc w:val="center"/>
        <w:rPr>
          <w:sz w:val="28"/>
          <w:szCs w:val="28"/>
          <w:lang w:val="kk-KZ"/>
        </w:rPr>
      </w:pPr>
      <w:r w:rsidRPr="00450AE3">
        <w:rPr>
          <w:sz w:val="28"/>
          <w:szCs w:val="28"/>
          <w:lang w:val="kk-KZ"/>
        </w:rPr>
        <w:t>(орталығы – «М.С. Нәрікбаев атындағы ҚАЗМЗУ Университеті» акционерлік қоғамы, Қорғалжын тас жолы, № 8)</w:t>
      </w:r>
    </w:p>
    <w:p w14:paraId="53D1ED8B" w14:textId="77777777" w:rsidR="00BE72FA" w:rsidRPr="00450AE3" w:rsidRDefault="00BE72FA" w:rsidP="00BE72FA">
      <w:pPr>
        <w:jc w:val="center"/>
        <w:rPr>
          <w:sz w:val="28"/>
          <w:szCs w:val="28"/>
          <w:lang w:val="kk-KZ"/>
        </w:rPr>
      </w:pPr>
    </w:p>
    <w:p w14:paraId="3792CF0E"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Е-247 көше, № 4, 6, 8, 10, 34, 35, 41, 42, 65, 66, 67 үйлер, </w:t>
      </w:r>
      <w:r w:rsidRPr="00450AE3">
        <w:rPr>
          <w:sz w:val="28"/>
          <w:szCs w:val="28"/>
          <w:lang w:val="kk-KZ"/>
        </w:rPr>
        <w:br/>
        <w:t xml:space="preserve">Е-248 көше, № 2, 2Б, 3, 4, 5, 7, 9, 10А, 11, 16, 17, 19, 20, 21, 22, 23, 25, 27, 28, 29, 30, 37, 39, 47, 49, 52 үйлер, Е-249 көше, № 3, 4, 7, 9, 10, 31, 33 үйлер, </w:t>
      </w:r>
      <w:r w:rsidRPr="00450AE3">
        <w:rPr>
          <w:sz w:val="28"/>
          <w:szCs w:val="28"/>
          <w:lang w:val="kk-KZ"/>
        </w:rPr>
        <w:br/>
        <w:t>Ш. Айтматов көшесі, № 46, 46/1, 53 үйлер, Қорғалжын тас жолы, № 8/1, 8/2, 20б, 20/2 үйлер.</w:t>
      </w:r>
    </w:p>
    <w:p w14:paraId="161E1299" w14:textId="77777777" w:rsidR="00BE72FA" w:rsidRPr="00450AE3" w:rsidRDefault="00BE72FA" w:rsidP="00BE72FA">
      <w:pPr>
        <w:ind w:firstLine="720"/>
        <w:jc w:val="both"/>
        <w:rPr>
          <w:sz w:val="28"/>
          <w:szCs w:val="28"/>
          <w:lang w:val="kk-KZ"/>
        </w:rPr>
      </w:pPr>
    </w:p>
    <w:p w14:paraId="1ABC2823" w14:textId="77777777" w:rsidR="00BE72FA" w:rsidRPr="00450AE3" w:rsidRDefault="00BE72FA" w:rsidP="00BE72FA">
      <w:pPr>
        <w:keepNext/>
        <w:jc w:val="center"/>
        <w:rPr>
          <w:sz w:val="28"/>
          <w:szCs w:val="28"/>
          <w:lang w:val="kk-KZ"/>
        </w:rPr>
      </w:pPr>
      <w:r w:rsidRPr="00450AE3">
        <w:rPr>
          <w:sz w:val="28"/>
          <w:szCs w:val="28"/>
          <w:lang w:val="kk-KZ"/>
        </w:rPr>
        <w:t>№ 258 сайлау учаскесі</w:t>
      </w:r>
    </w:p>
    <w:p w14:paraId="3F5C952A" w14:textId="77777777" w:rsidR="00BE72FA" w:rsidRPr="00450AE3" w:rsidRDefault="00BE72FA" w:rsidP="00BE72FA">
      <w:pPr>
        <w:keepNext/>
        <w:jc w:val="center"/>
        <w:rPr>
          <w:sz w:val="28"/>
          <w:szCs w:val="28"/>
          <w:lang w:val="kk-KZ"/>
        </w:rPr>
      </w:pPr>
      <w:r w:rsidRPr="00450AE3">
        <w:rPr>
          <w:sz w:val="28"/>
          <w:szCs w:val="28"/>
          <w:lang w:val="kk-KZ"/>
        </w:rPr>
        <w:t xml:space="preserve">(орталығы – «Назарбаев Зияткерлік мектебі IB» дербес білім беру ұйымы, </w:t>
      </w:r>
    </w:p>
    <w:p w14:paraId="5DD34CEA" w14:textId="77777777" w:rsidR="00BE72FA" w:rsidRPr="00450AE3" w:rsidRDefault="00BE72FA" w:rsidP="00BE72FA">
      <w:pPr>
        <w:keepNext/>
        <w:jc w:val="center"/>
        <w:rPr>
          <w:sz w:val="28"/>
          <w:szCs w:val="28"/>
          <w:lang w:val="kk-KZ"/>
        </w:rPr>
      </w:pPr>
      <w:r w:rsidRPr="00450AE3">
        <w:rPr>
          <w:sz w:val="28"/>
          <w:szCs w:val="28"/>
          <w:lang w:val="kk-KZ"/>
        </w:rPr>
        <w:t>Хусейн бен Талал көшесі, № 19)</w:t>
      </w:r>
    </w:p>
    <w:p w14:paraId="0E3A92FD" w14:textId="77777777" w:rsidR="00BE72FA" w:rsidRPr="00450AE3" w:rsidRDefault="00BE72FA" w:rsidP="00BE72FA">
      <w:pPr>
        <w:jc w:val="center"/>
        <w:rPr>
          <w:sz w:val="28"/>
          <w:szCs w:val="28"/>
          <w:lang w:val="kk-KZ"/>
        </w:rPr>
      </w:pPr>
    </w:p>
    <w:p w14:paraId="7825AF8D" w14:textId="400B0C30" w:rsidR="00BE72FA" w:rsidRPr="00450AE3" w:rsidRDefault="00BE72FA" w:rsidP="00BE72FA">
      <w:pPr>
        <w:ind w:firstLine="720"/>
        <w:jc w:val="both"/>
        <w:rPr>
          <w:sz w:val="28"/>
          <w:szCs w:val="28"/>
          <w:lang w:val="kk-KZ"/>
        </w:rPr>
      </w:pPr>
      <w:r w:rsidRPr="00450AE3">
        <w:rPr>
          <w:sz w:val="28"/>
          <w:szCs w:val="28"/>
          <w:lang w:val="kk-KZ"/>
        </w:rPr>
        <w:t xml:space="preserve">Шекарасы: Қабанбай батыр даңғылындағы № 59/3 үйден Қарқаралы тас жолы бойымен </w:t>
      </w:r>
      <w:r>
        <w:rPr>
          <w:sz w:val="28"/>
          <w:szCs w:val="28"/>
          <w:lang w:val="kk-KZ"/>
        </w:rPr>
        <w:t>о</w:t>
      </w:r>
      <w:r w:rsidRPr="00450AE3">
        <w:rPr>
          <w:sz w:val="28"/>
          <w:szCs w:val="28"/>
          <w:lang w:val="kk-KZ"/>
        </w:rPr>
        <w:t>ңтүстік-</w:t>
      </w:r>
      <w:r>
        <w:rPr>
          <w:sz w:val="28"/>
          <w:szCs w:val="28"/>
          <w:lang w:val="kk-KZ"/>
        </w:rPr>
        <w:t>батыс айналма жолға</w:t>
      </w:r>
      <w:r w:rsidRPr="00450AE3">
        <w:rPr>
          <w:sz w:val="28"/>
          <w:szCs w:val="28"/>
          <w:lang w:val="kk-KZ"/>
        </w:rPr>
        <w:t xml:space="preserve"> дейін, </w:t>
      </w:r>
      <w:r>
        <w:rPr>
          <w:sz w:val="28"/>
          <w:szCs w:val="28"/>
          <w:lang w:val="kk-KZ"/>
        </w:rPr>
        <w:t>оңтүстік-батыс айналма жол бойымен</w:t>
      </w:r>
      <w:r w:rsidRPr="00450AE3">
        <w:rPr>
          <w:sz w:val="28"/>
          <w:szCs w:val="28"/>
          <w:lang w:val="kk-KZ"/>
        </w:rPr>
        <w:t xml:space="preserve"> Қорғалжын тас жолы бағытына қарай Ақмола облысы Қосшы қаласының Тайтөбе ауылындағы 18 есептік орам көшесімен қиылысқан жерге дейін, </w:t>
      </w:r>
      <w:r>
        <w:rPr>
          <w:sz w:val="28"/>
          <w:szCs w:val="28"/>
          <w:lang w:val="kk-KZ"/>
        </w:rPr>
        <w:t>о</w:t>
      </w:r>
      <w:r w:rsidRPr="00450AE3">
        <w:rPr>
          <w:sz w:val="28"/>
          <w:szCs w:val="28"/>
          <w:lang w:val="kk-KZ"/>
        </w:rPr>
        <w:t>ңтүстік-</w:t>
      </w:r>
      <w:r>
        <w:rPr>
          <w:sz w:val="28"/>
          <w:szCs w:val="28"/>
          <w:lang w:val="kk-KZ"/>
        </w:rPr>
        <w:t xml:space="preserve">батыс айналма жолдың </w:t>
      </w:r>
      <w:r w:rsidRPr="00450AE3">
        <w:rPr>
          <w:sz w:val="28"/>
          <w:szCs w:val="28"/>
          <w:lang w:val="kk-KZ"/>
        </w:rPr>
        <w:t>Ақмола облысы Қосшы қаласының Тайтөбе ауылындағы 18 есептік орам көшесімен қиылысқан жерінен дала арқылы солтүстік бағытта Хусейн бен Талал көшесіндегі № 1 үйге дейін, Хусейн бен Талал көшесіндегі № 1 үйден Тұран даңғылына дейін, Тұран даңғылының тақ сандар жағымен Тұран даңғылындағы № 68а үйге дейін, Тұран даңғылындағы № 68а үйден өтпе жолмен Қабанбай батыр даңғылындағы № 59а үйге дейін, Қабанбай батыр даңғылындағы № 59а үйден өтпе жолмен Қабанбай батыр даңғылындағы № 63 үйге дейін, Қабанбай батыр даңғылындағы № 63 үйден Қабанбай батыр даңғылына дейін.</w:t>
      </w:r>
    </w:p>
    <w:p w14:paraId="58CCA48A" w14:textId="77777777" w:rsidR="00BE72FA" w:rsidRPr="00450AE3" w:rsidRDefault="00BE72FA" w:rsidP="00BE72FA">
      <w:pPr>
        <w:jc w:val="both"/>
        <w:rPr>
          <w:sz w:val="28"/>
          <w:szCs w:val="28"/>
          <w:lang w:val="kk-KZ"/>
        </w:rPr>
      </w:pPr>
    </w:p>
    <w:p w14:paraId="3DD126C3" w14:textId="77777777" w:rsidR="00BE72FA" w:rsidRPr="00450AE3" w:rsidRDefault="00BE72FA" w:rsidP="00BE72FA">
      <w:pPr>
        <w:keepNext/>
        <w:jc w:val="center"/>
        <w:rPr>
          <w:sz w:val="28"/>
          <w:szCs w:val="28"/>
          <w:lang w:val="kk-KZ"/>
        </w:rPr>
      </w:pPr>
      <w:r w:rsidRPr="00450AE3">
        <w:rPr>
          <w:sz w:val="28"/>
          <w:szCs w:val="28"/>
          <w:lang w:val="kk-KZ"/>
        </w:rPr>
        <w:t>№ 259 сайлау учаскесі</w:t>
      </w:r>
    </w:p>
    <w:p w14:paraId="1BC8DE82"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040CE8A3"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7E456CA9" w14:textId="77777777" w:rsidR="00BE72FA" w:rsidRPr="00450AE3" w:rsidRDefault="00BE72FA" w:rsidP="00BE72FA">
      <w:pPr>
        <w:jc w:val="center"/>
        <w:rPr>
          <w:sz w:val="28"/>
          <w:szCs w:val="28"/>
          <w:lang w:val="kk-KZ"/>
        </w:rPr>
      </w:pPr>
    </w:p>
    <w:p w14:paraId="4866791E"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М. Мәметова көшесі, № 8, 10 үйлер, Е-15 көше, № 13, 13/1, 14, 15, 15/1, 16 үйлер, Ж. Молдағалиев көшесі, № 10, 13 үйлер, Е-18 көше, № 5 үй, </w:t>
      </w:r>
      <w:r w:rsidRPr="00450AE3">
        <w:rPr>
          <w:sz w:val="28"/>
          <w:szCs w:val="28"/>
          <w:lang w:val="kk-KZ"/>
        </w:rPr>
        <w:br/>
        <w:t>Ш. Шөкин көшесі, № 4, 5, 9 үйлер.</w:t>
      </w:r>
    </w:p>
    <w:p w14:paraId="1E415921" w14:textId="77777777" w:rsidR="00BE72FA" w:rsidRPr="00450AE3" w:rsidRDefault="00BE72FA" w:rsidP="00BE72FA">
      <w:pPr>
        <w:rPr>
          <w:sz w:val="28"/>
          <w:szCs w:val="28"/>
          <w:lang w:val="kk-KZ"/>
        </w:rPr>
      </w:pPr>
    </w:p>
    <w:p w14:paraId="4C0509AD" w14:textId="77777777" w:rsidR="00BE72FA" w:rsidRPr="00450AE3" w:rsidRDefault="00BE72FA" w:rsidP="00BE72FA">
      <w:pPr>
        <w:keepNext/>
        <w:jc w:val="center"/>
        <w:rPr>
          <w:sz w:val="28"/>
          <w:szCs w:val="28"/>
          <w:lang w:val="kk-KZ"/>
        </w:rPr>
      </w:pPr>
      <w:r w:rsidRPr="00450AE3">
        <w:rPr>
          <w:sz w:val="28"/>
          <w:szCs w:val="28"/>
          <w:lang w:val="kk-KZ"/>
        </w:rPr>
        <w:t>№ 260 сайлау учаскесі</w:t>
      </w:r>
    </w:p>
    <w:p w14:paraId="7850FEA5" w14:textId="77777777" w:rsidR="00BE72FA" w:rsidRPr="00450AE3" w:rsidRDefault="00BE72FA" w:rsidP="00BE72FA">
      <w:pPr>
        <w:keepNext/>
        <w:jc w:val="center"/>
        <w:rPr>
          <w:sz w:val="28"/>
          <w:szCs w:val="28"/>
          <w:lang w:val="kk-KZ"/>
        </w:rPr>
      </w:pPr>
      <w:r w:rsidRPr="00450AE3">
        <w:rPr>
          <w:sz w:val="28"/>
          <w:szCs w:val="28"/>
          <w:lang w:val="kk-KZ"/>
        </w:rPr>
        <w:t>(орталығы – «Алау» мұзайдыны, Қабанбай батыр даңғылы, № 47)</w:t>
      </w:r>
    </w:p>
    <w:p w14:paraId="5646071C" w14:textId="77777777" w:rsidR="00BE72FA" w:rsidRPr="00450AE3" w:rsidRDefault="00BE72FA" w:rsidP="00BE72FA">
      <w:pPr>
        <w:jc w:val="center"/>
        <w:rPr>
          <w:sz w:val="28"/>
          <w:szCs w:val="28"/>
          <w:lang w:val="kk-KZ"/>
        </w:rPr>
      </w:pPr>
    </w:p>
    <w:p w14:paraId="578BB116" w14:textId="77777777" w:rsidR="00BE72FA" w:rsidRPr="00450AE3" w:rsidRDefault="00BE72FA" w:rsidP="00BE72FA">
      <w:pPr>
        <w:ind w:firstLine="720"/>
        <w:jc w:val="both"/>
        <w:rPr>
          <w:sz w:val="28"/>
          <w:szCs w:val="28"/>
          <w:lang w:val="kk-KZ"/>
        </w:rPr>
      </w:pPr>
      <w:r w:rsidRPr="00450AE3">
        <w:rPr>
          <w:sz w:val="28"/>
          <w:szCs w:val="28"/>
          <w:lang w:val="kk-KZ"/>
        </w:rPr>
        <w:t>Шекарасы: Бұқар жырау көшесі, № 20, 20А, 20Б, 24 үйлер, Қабанбай батыр даңғылы, № 49, 49А үйлер, Тұран даңғылы, № 54 үй.</w:t>
      </w:r>
    </w:p>
    <w:p w14:paraId="251572C2" w14:textId="77777777" w:rsidR="00BE72FA" w:rsidRPr="00450AE3" w:rsidRDefault="00BE72FA" w:rsidP="00BE72FA">
      <w:pPr>
        <w:ind w:firstLine="720"/>
        <w:jc w:val="both"/>
        <w:rPr>
          <w:sz w:val="28"/>
          <w:szCs w:val="28"/>
          <w:lang w:val="kk-KZ"/>
        </w:rPr>
      </w:pPr>
    </w:p>
    <w:p w14:paraId="42E0472E" w14:textId="77777777" w:rsidR="00BE72FA" w:rsidRPr="00450AE3" w:rsidRDefault="00BE72FA" w:rsidP="00BE72FA">
      <w:pPr>
        <w:keepNext/>
        <w:ind w:firstLine="709"/>
        <w:jc w:val="center"/>
        <w:rPr>
          <w:sz w:val="28"/>
          <w:szCs w:val="28"/>
          <w:lang w:val="kk-KZ"/>
        </w:rPr>
      </w:pPr>
      <w:r w:rsidRPr="00450AE3">
        <w:rPr>
          <w:sz w:val="28"/>
          <w:szCs w:val="28"/>
          <w:lang w:val="kk-KZ"/>
        </w:rPr>
        <w:lastRenderedPageBreak/>
        <w:t xml:space="preserve">№ 493 сайлау учаскесі </w:t>
      </w:r>
    </w:p>
    <w:p w14:paraId="31178D39"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көпфункционалды мұз сарайы, </w:t>
      </w:r>
      <w:r w:rsidRPr="00450AE3">
        <w:rPr>
          <w:sz w:val="28"/>
          <w:szCs w:val="28"/>
          <w:lang w:val="kk-KZ"/>
        </w:rPr>
        <w:br/>
        <w:t>Тұран даңғылы, № 57)</w:t>
      </w:r>
    </w:p>
    <w:p w14:paraId="6F91918E" w14:textId="77777777" w:rsidR="00BE72FA" w:rsidRPr="00450AE3" w:rsidRDefault="00BE72FA" w:rsidP="00BE72FA">
      <w:pPr>
        <w:ind w:firstLine="709"/>
        <w:jc w:val="center"/>
        <w:rPr>
          <w:sz w:val="28"/>
          <w:szCs w:val="28"/>
          <w:lang w:val="kk-KZ"/>
        </w:rPr>
      </w:pPr>
    </w:p>
    <w:p w14:paraId="3E89EA39"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Бұқар жырау көшесінен Төле би көшесінің тақ сандар жағымен Тұран даңғылындағы № 55/13 үйге дейін, Тұран даңғылындағы № 55/13 үйден Тұран даңғылындағы № 52/12 үйге дейін, Тұран даңғылындағы № 52/12 үйден </w:t>
      </w:r>
      <w:r w:rsidRPr="00450AE3">
        <w:rPr>
          <w:sz w:val="28"/>
          <w:szCs w:val="28"/>
          <w:lang w:val="kk-KZ"/>
        </w:rPr>
        <w:br/>
        <w:t>Р. Бағланова көшесіндегі № 6/1 үйге дейін, Р. Бағланова көшесіндегі № 6/1 үйден Кіші Талдыкөл көліне дейін, Кіші Талдыкөл көлінің шекарасы бойымен Бұқар жырау көшесіне дейін, Бұқар жырау көшесінің тақ сандар жағымен Төле би көшесіне дейін.</w:t>
      </w:r>
    </w:p>
    <w:p w14:paraId="4BEB6D70" w14:textId="77777777" w:rsidR="00BE72FA" w:rsidRPr="00450AE3" w:rsidRDefault="00BE72FA" w:rsidP="00BE72FA">
      <w:pPr>
        <w:ind w:firstLine="709"/>
        <w:jc w:val="center"/>
        <w:rPr>
          <w:sz w:val="28"/>
          <w:szCs w:val="28"/>
          <w:lang w:val="kk-KZ"/>
        </w:rPr>
      </w:pPr>
    </w:p>
    <w:p w14:paraId="21D24EA3" w14:textId="77777777" w:rsidR="00BE72FA" w:rsidRPr="00450AE3" w:rsidRDefault="00BE72FA" w:rsidP="00BE72FA">
      <w:pPr>
        <w:keepNext/>
        <w:ind w:firstLine="709"/>
        <w:jc w:val="center"/>
        <w:rPr>
          <w:sz w:val="28"/>
          <w:szCs w:val="28"/>
          <w:lang w:val="kk-KZ"/>
        </w:rPr>
      </w:pPr>
      <w:r w:rsidRPr="00450AE3">
        <w:rPr>
          <w:sz w:val="28"/>
          <w:szCs w:val="28"/>
          <w:lang w:val="kk-KZ"/>
        </w:rPr>
        <w:t>№ 494 сайлау учаскесі</w:t>
      </w:r>
    </w:p>
    <w:p w14:paraId="1C1F7ABD"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«Барыс-Арена» көпфункционалды мұз сарайы, </w:t>
      </w:r>
      <w:r w:rsidRPr="00450AE3">
        <w:rPr>
          <w:sz w:val="28"/>
          <w:szCs w:val="28"/>
          <w:lang w:val="kk-KZ"/>
        </w:rPr>
        <w:br/>
        <w:t>Тұран даңғылы, № 57)</w:t>
      </w:r>
    </w:p>
    <w:p w14:paraId="7EB46EFC" w14:textId="77777777" w:rsidR="00BE72FA" w:rsidRPr="00450AE3" w:rsidRDefault="00BE72FA" w:rsidP="00BE72FA">
      <w:pPr>
        <w:ind w:firstLine="709"/>
        <w:jc w:val="center"/>
        <w:rPr>
          <w:sz w:val="28"/>
          <w:szCs w:val="28"/>
          <w:lang w:val="kk-KZ"/>
        </w:rPr>
      </w:pPr>
    </w:p>
    <w:p w14:paraId="6B12C0F1" w14:textId="77777777" w:rsidR="00BE72FA" w:rsidRPr="00450AE3" w:rsidRDefault="00BE72FA" w:rsidP="00BE72FA">
      <w:pPr>
        <w:ind w:firstLine="709"/>
        <w:jc w:val="both"/>
        <w:rPr>
          <w:sz w:val="28"/>
          <w:szCs w:val="28"/>
          <w:lang w:val="kk-KZ"/>
        </w:rPr>
      </w:pPr>
      <w:r w:rsidRPr="00450AE3">
        <w:rPr>
          <w:sz w:val="28"/>
          <w:szCs w:val="28"/>
          <w:lang w:val="kk-KZ"/>
        </w:rPr>
        <w:t>Шекарасы:</w:t>
      </w:r>
      <w:r w:rsidRPr="00450AE3">
        <w:rPr>
          <w:lang w:val="kk-KZ"/>
        </w:rPr>
        <w:t xml:space="preserve"> </w:t>
      </w:r>
      <w:r w:rsidRPr="00450AE3">
        <w:rPr>
          <w:sz w:val="28"/>
          <w:szCs w:val="28"/>
          <w:lang w:val="kk-KZ"/>
        </w:rPr>
        <w:t>Тұран даңғылынан Бұқар жырау көшесінің тақ сандар жағымен Төле би көшесіне дейін, Төле би көшесінің жұп сандар жағымен Тұран даңғылындағы № 57д үйге дейін, Тұран даңғылындағы № 57д үйден Тұран даңғылындағы № 57 үйге дейін, Тұран даңғылындағы № 57 үйден Тұран даңғылындағы № 55/8 үйге дейін, Тұран даңғылындағы № 55/8 үйден өтпе жолмен Тұран даңғылына дейін, Тұран даңғылының тақ сандар жағымен Бұқар жырау көшесіне дейін.</w:t>
      </w:r>
    </w:p>
    <w:p w14:paraId="4980C015" w14:textId="77777777" w:rsidR="00BE72FA" w:rsidRPr="00450AE3" w:rsidRDefault="00BE72FA" w:rsidP="00BE72FA">
      <w:pPr>
        <w:spacing w:after="160" w:line="259" w:lineRule="auto"/>
        <w:rPr>
          <w:sz w:val="28"/>
          <w:szCs w:val="28"/>
          <w:lang w:val="kk-KZ"/>
        </w:rPr>
      </w:pPr>
    </w:p>
    <w:p w14:paraId="6B55BA12" w14:textId="77777777" w:rsidR="00BE72FA" w:rsidRPr="00450AE3" w:rsidRDefault="00BE72FA" w:rsidP="00BE72FA">
      <w:pPr>
        <w:keepNext/>
        <w:ind w:firstLine="709"/>
        <w:jc w:val="center"/>
        <w:rPr>
          <w:sz w:val="28"/>
          <w:szCs w:val="28"/>
          <w:lang w:val="kk-KZ"/>
        </w:rPr>
      </w:pPr>
      <w:r w:rsidRPr="00450AE3">
        <w:rPr>
          <w:sz w:val="28"/>
          <w:szCs w:val="28"/>
          <w:lang w:val="kk-KZ"/>
        </w:rPr>
        <w:t>№ 495 сайлау учаскесі</w:t>
      </w:r>
    </w:p>
    <w:p w14:paraId="52D03994"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45 жалпы орта білім беретін мектеп» коммуналдық мемлекеттік мекемесі, Төле би көшесі, № 25/2)</w:t>
      </w:r>
    </w:p>
    <w:p w14:paraId="193DB21E" w14:textId="77777777" w:rsidR="00BE72FA" w:rsidRPr="00450AE3" w:rsidRDefault="00BE72FA" w:rsidP="00BE72FA">
      <w:pPr>
        <w:ind w:firstLine="709"/>
        <w:jc w:val="center"/>
        <w:rPr>
          <w:sz w:val="28"/>
          <w:szCs w:val="28"/>
          <w:lang w:val="kk-KZ"/>
        </w:rPr>
      </w:pPr>
    </w:p>
    <w:p w14:paraId="6EE6EA15" w14:textId="77777777" w:rsidR="00BE72FA" w:rsidRPr="00450AE3" w:rsidRDefault="00BE72FA" w:rsidP="00BE72FA">
      <w:pPr>
        <w:ind w:firstLine="709"/>
        <w:jc w:val="both"/>
        <w:rPr>
          <w:sz w:val="28"/>
          <w:szCs w:val="28"/>
          <w:lang w:val="kk-KZ"/>
        </w:rPr>
      </w:pPr>
      <w:r w:rsidRPr="00450AE3">
        <w:rPr>
          <w:sz w:val="28"/>
          <w:szCs w:val="28"/>
          <w:lang w:val="kk-KZ"/>
        </w:rPr>
        <w:t>Шекарасы: Төле би көшесі, № 21, 25, 25/1, 25а, 25/2 үйлер, Қазыбек би көшесі, № 37, 39, 41, 41/1 үйлер, Ұлы Дала даңғылы, № 10, 38, 38/1, 38а, 40 үйлер.</w:t>
      </w:r>
    </w:p>
    <w:p w14:paraId="2BAF28E2" w14:textId="77777777" w:rsidR="00BE72FA" w:rsidRPr="00450AE3" w:rsidRDefault="00BE72FA" w:rsidP="00BE72FA">
      <w:pPr>
        <w:ind w:firstLine="709"/>
        <w:jc w:val="both"/>
        <w:rPr>
          <w:sz w:val="28"/>
          <w:szCs w:val="28"/>
          <w:lang w:val="kk-KZ"/>
        </w:rPr>
      </w:pPr>
    </w:p>
    <w:p w14:paraId="79C02650" w14:textId="77777777" w:rsidR="00BE72FA" w:rsidRPr="00450AE3" w:rsidRDefault="00BE72FA" w:rsidP="00BE72FA">
      <w:pPr>
        <w:keepNext/>
        <w:ind w:firstLine="709"/>
        <w:jc w:val="center"/>
        <w:rPr>
          <w:sz w:val="28"/>
          <w:szCs w:val="28"/>
          <w:lang w:val="kk-KZ"/>
        </w:rPr>
      </w:pPr>
      <w:r w:rsidRPr="00450AE3">
        <w:rPr>
          <w:sz w:val="28"/>
          <w:szCs w:val="28"/>
          <w:lang w:val="kk-KZ"/>
        </w:rPr>
        <w:t>№ 496 сайлау учаскесі</w:t>
      </w:r>
    </w:p>
    <w:p w14:paraId="5B8ABE73" w14:textId="77777777" w:rsidR="00BE72FA" w:rsidRPr="00450AE3" w:rsidRDefault="00BE72FA" w:rsidP="00BE72FA">
      <w:pPr>
        <w:keepNext/>
        <w:ind w:firstLine="709"/>
        <w:jc w:val="center"/>
        <w:rPr>
          <w:sz w:val="28"/>
          <w:szCs w:val="28"/>
          <w:lang w:val="kk-KZ"/>
        </w:rPr>
      </w:pPr>
      <w:r w:rsidRPr="00450AE3">
        <w:rPr>
          <w:sz w:val="28"/>
          <w:szCs w:val="28"/>
          <w:lang w:val="kk-KZ"/>
        </w:rPr>
        <w:t xml:space="preserve">(орталығы – «BINOM EDUCATION» жауапкершілігі шектеулі серіктестігінің Ә. Бөкейхан атындағы «BINOM SCHOOL» мектеп-лицейі, </w:t>
      </w:r>
    </w:p>
    <w:p w14:paraId="74B9377D" w14:textId="77777777" w:rsidR="00BE72FA" w:rsidRPr="00450AE3" w:rsidRDefault="00BE72FA" w:rsidP="00BE72FA">
      <w:pPr>
        <w:keepNext/>
        <w:ind w:firstLine="709"/>
        <w:jc w:val="center"/>
        <w:rPr>
          <w:sz w:val="28"/>
          <w:szCs w:val="28"/>
          <w:lang w:val="kk-KZ"/>
        </w:rPr>
      </w:pPr>
      <w:r w:rsidRPr="00450AE3">
        <w:rPr>
          <w:sz w:val="28"/>
          <w:szCs w:val="28"/>
          <w:lang w:val="kk-KZ"/>
        </w:rPr>
        <w:t>Ш. Шөкин көшесі, № 5)</w:t>
      </w:r>
    </w:p>
    <w:p w14:paraId="00929DF7" w14:textId="77777777" w:rsidR="00BE72FA" w:rsidRPr="00450AE3" w:rsidRDefault="00BE72FA" w:rsidP="00BE72FA">
      <w:pPr>
        <w:ind w:firstLine="709"/>
        <w:jc w:val="center"/>
        <w:rPr>
          <w:sz w:val="28"/>
          <w:szCs w:val="28"/>
          <w:lang w:val="kk-KZ"/>
        </w:rPr>
      </w:pPr>
    </w:p>
    <w:p w14:paraId="13C2C168"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Е-37 көше, № 5, 7 үйлер, Е-35 көше, № 13 үй, Е-36 көше, </w:t>
      </w:r>
      <w:r w:rsidRPr="00450AE3">
        <w:rPr>
          <w:sz w:val="28"/>
          <w:szCs w:val="28"/>
          <w:lang w:val="kk-KZ"/>
        </w:rPr>
        <w:br/>
        <w:t>№ 4, 6, 11 үйлер, Ш. Шөкин көшесі, № 6, 8 үйлер.</w:t>
      </w:r>
    </w:p>
    <w:p w14:paraId="318280DC" w14:textId="77777777" w:rsidR="00BE72FA" w:rsidRPr="00450AE3" w:rsidRDefault="00BE72FA" w:rsidP="00BE72FA">
      <w:pPr>
        <w:ind w:firstLine="709"/>
        <w:jc w:val="both"/>
        <w:rPr>
          <w:sz w:val="28"/>
          <w:szCs w:val="28"/>
          <w:lang w:val="kk-KZ"/>
        </w:rPr>
      </w:pPr>
    </w:p>
    <w:p w14:paraId="7696413C" w14:textId="77777777" w:rsidR="00BE72FA" w:rsidRPr="00450AE3" w:rsidRDefault="00BE72FA" w:rsidP="00BE72FA">
      <w:pPr>
        <w:keepNext/>
        <w:ind w:firstLine="709"/>
        <w:jc w:val="center"/>
        <w:rPr>
          <w:sz w:val="28"/>
          <w:szCs w:val="28"/>
          <w:lang w:val="kk-KZ"/>
        </w:rPr>
      </w:pPr>
      <w:r w:rsidRPr="00450AE3">
        <w:rPr>
          <w:sz w:val="28"/>
          <w:szCs w:val="28"/>
          <w:lang w:val="kk-KZ"/>
        </w:rPr>
        <w:t>№ 497 сайлау учаскесі</w:t>
      </w:r>
    </w:p>
    <w:p w14:paraId="7D51A406"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400E8120" w14:textId="77777777" w:rsidR="00BE72FA" w:rsidRPr="00450AE3" w:rsidRDefault="00BE72FA" w:rsidP="00BE72FA">
      <w:pPr>
        <w:ind w:firstLine="709"/>
        <w:jc w:val="center"/>
        <w:rPr>
          <w:sz w:val="28"/>
          <w:szCs w:val="28"/>
          <w:lang w:val="kk-KZ"/>
        </w:rPr>
      </w:pPr>
    </w:p>
    <w:p w14:paraId="077C87B6" w14:textId="77777777" w:rsidR="00BE72FA" w:rsidRPr="00450AE3" w:rsidRDefault="00BE72FA" w:rsidP="00BE72FA">
      <w:pPr>
        <w:ind w:firstLine="709"/>
        <w:jc w:val="both"/>
        <w:rPr>
          <w:sz w:val="28"/>
          <w:szCs w:val="28"/>
          <w:lang w:val="kk-KZ"/>
        </w:rPr>
      </w:pPr>
      <w:r w:rsidRPr="00450AE3">
        <w:rPr>
          <w:sz w:val="28"/>
          <w:szCs w:val="28"/>
          <w:lang w:val="kk-KZ"/>
        </w:rPr>
        <w:lastRenderedPageBreak/>
        <w:t xml:space="preserve">Шекарасы: М. Мәметова көшесі, № 2, 2/1 үйлер, Е-15 көше, № 11, 11/1 үйлер, Күлтегін көшесі, № 2, 4а үйлер, Ж. Молдағалиев көшесі, № 9 үй, </w:t>
      </w:r>
      <w:r w:rsidRPr="00450AE3">
        <w:rPr>
          <w:sz w:val="28"/>
          <w:szCs w:val="28"/>
          <w:lang w:val="kk-KZ"/>
        </w:rPr>
        <w:br/>
        <w:t>Е-18 көше, № 1 үй.</w:t>
      </w:r>
    </w:p>
    <w:p w14:paraId="4F6F17D9" w14:textId="77777777" w:rsidR="00BE72FA" w:rsidRPr="00450AE3" w:rsidRDefault="00BE72FA" w:rsidP="00BE72FA">
      <w:pPr>
        <w:ind w:firstLine="709"/>
        <w:jc w:val="both"/>
        <w:rPr>
          <w:sz w:val="28"/>
          <w:szCs w:val="28"/>
          <w:lang w:val="kk-KZ"/>
        </w:rPr>
      </w:pPr>
    </w:p>
    <w:p w14:paraId="73F2CBA7" w14:textId="77777777" w:rsidR="00BE72FA" w:rsidRPr="00450AE3" w:rsidRDefault="00BE72FA" w:rsidP="00BE72FA">
      <w:pPr>
        <w:keepNext/>
        <w:ind w:firstLine="709"/>
        <w:jc w:val="center"/>
        <w:rPr>
          <w:sz w:val="28"/>
          <w:szCs w:val="28"/>
          <w:lang w:val="kk-KZ"/>
        </w:rPr>
      </w:pPr>
      <w:r w:rsidRPr="00450AE3">
        <w:rPr>
          <w:sz w:val="28"/>
          <w:szCs w:val="28"/>
          <w:lang w:val="kk-KZ"/>
        </w:rPr>
        <w:t>№ 498 сайлау учаскесі</w:t>
      </w:r>
    </w:p>
    <w:p w14:paraId="447BAE1E"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«BINOM EDUCATION» жауапкершілігі шектеулі серіктестігінің Ы. Алтынсарин атындағы «BINOM SCHOOL» мектеп-лицейі, Төле би көшесі, № 42)</w:t>
      </w:r>
    </w:p>
    <w:p w14:paraId="57D396D4" w14:textId="77777777" w:rsidR="00BE72FA" w:rsidRPr="00450AE3" w:rsidRDefault="00BE72FA" w:rsidP="00BE72FA">
      <w:pPr>
        <w:ind w:firstLine="709"/>
        <w:jc w:val="both"/>
        <w:rPr>
          <w:sz w:val="28"/>
          <w:szCs w:val="28"/>
          <w:lang w:val="kk-KZ"/>
        </w:rPr>
      </w:pPr>
    </w:p>
    <w:p w14:paraId="6B4E2C5D"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Е-67 көше, № 8 үй, Ә. Бектұров көшесі, № 9, 11/1, 11а, 11б үйлер, Тұран даңғылы, № 45/1 үй. </w:t>
      </w:r>
    </w:p>
    <w:p w14:paraId="3108D476" w14:textId="77777777" w:rsidR="00BE72FA" w:rsidRPr="00450AE3" w:rsidRDefault="00BE72FA" w:rsidP="00BE72FA">
      <w:pPr>
        <w:ind w:firstLine="709"/>
        <w:jc w:val="both"/>
        <w:rPr>
          <w:sz w:val="28"/>
          <w:szCs w:val="28"/>
          <w:lang w:val="kk-KZ"/>
        </w:rPr>
      </w:pPr>
    </w:p>
    <w:p w14:paraId="3ACB8344" w14:textId="77777777" w:rsidR="00BE72FA" w:rsidRPr="00450AE3" w:rsidRDefault="00BE72FA" w:rsidP="00BE72FA">
      <w:pPr>
        <w:keepNext/>
        <w:ind w:firstLine="709"/>
        <w:jc w:val="center"/>
        <w:rPr>
          <w:sz w:val="28"/>
          <w:szCs w:val="28"/>
          <w:lang w:val="kk-KZ"/>
        </w:rPr>
      </w:pPr>
      <w:r w:rsidRPr="00450AE3">
        <w:rPr>
          <w:sz w:val="28"/>
          <w:szCs w:val="28"/>
          <w:lang w:val="kk-KZ"/>
        </w:rPr>
        <w:t>№ 499 сайлау учаскесі</w:t>
      </w:r>
    </w:p>
    <w:p w14:paraId="2C779DB9"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«Алау» мұзайдыны, Қабанбай батыр даңғылы, № 47)</w:t>
      </w:r>
    </w:p>
    <w:p w14:paraId="03EA89C4" w14:textId="77777777" w:rsidR="00BE72FA" w:rsidRPr="00450AE3" w:rsidRDefault="00BE72FA" w:rsidP="00BE72FA">
      <w:pPr>
        <w:ind w:firstLine="709"/>
        <w:jc w:val="center"/>
        <w:rPr>
          <w:sz w:val="28"/>
          <w:szCs w:val="28"/>
          <w:lang w:val="kk-KZ"/>
        </w:rPr>
      </w:pPr>
    </w:p>
    <w:p w14:paraId="57B3E996"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52, 52/1, 52/2, 52/3, 52/4, 52/5, 52/6, 52/7 үйлер.</w:t>
      </w:r>
    </w:p>
    <w:p w14:paraId="2C1500FA" w14:textId="77777777" w:rsidR="00BE72FA" w:rsidRPr="00450AE3" w:rsidRDefault="00BE72FA" w:rsidP="00BE72FA">
      <w:pPr>
        <w:ind w:firstLine="709"/>
        <w:jc w:val="both"/>
        <w:rPr>
          <w:sz w:val="28"/>
          <w:szCs w:val="28"/>
          <w:lang w:val="kk-KZ"/>
        </w:rPr>
      </w:pPr>
    </w:p>
    <w:p w14:paraId="3CD3365C" w14:textId="77777777" w:rsidR="00BE72FA" w:rsidRPr="00450AE3" w:rsidRDefault="00BE72FA" w:rsidP="00BE72FA">
      <w:pPr>
        <w:keepNext/>
        <w:ind w:firstLine="709"/>
        <w:jc w:val="center"/>
        <w:rPr>
          <w:sz w:val="28"/>
          <w:szCs w:val="28"/>
          <w:lang w:val="kk-KZ"/>
        </w:rPr>
      </w:pPr>
      <w:r w:rsidRPr="00450AE3">
        <w:rPr>
          <w:sz w:val="28"/>
          <w:szCs w:val="28"/>
          <w:lang w:val="kk-KZ"/>
        </w:rPr>
        <w:t>№ 500 сайлау учаскесі</w:t>
      </w:r>
    </w:p>
    <w:p w14:paraId="0DD94277"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117 жалпы орта білім беретін мектеп» коммуналдық мемлекеттік мекемесі, Е-899 көше, № 8)</w:t>
      </w:r>
    </w:p>
    <w:p w14:paraId="62D776F1" w14:textId="77777777" w:rsidR="00BE72FA" w:rsidRPr="00450AE3" w:rsidRDefault="00BE72FA" w:rsidP="00BE72FA">
      <w:pPr>
        <w:ind w:firstLine="709"/>
        <w:jc w:val="center"/>
        <w:rPr>
          <w:sz w:val="28"/>
          <w:szCs w:val="28"/>
          <w:lang w:val="kk-KZ"/>
        </w:rPr>
      </w:pPr>
    </w:p>
    <w:p w14:paraId="7EFADFBA" w14:textId="77777777" w:rsidR="00BE72FA" w:rsidRPr="00450AE3" w:rsidRDefault="00BE72FA" w:rsidP="00BE72FA">
      <w:pPr>
        <w:ind w:firstLine="720"/>
        <w:jc w:val="both"/>
        <w:rPr>
          <w:sz w:val="28"/>
          <w:szCs w:val="28"/>
          <w:lang w:val="kk-KZ"/>
        </w:rPr>
      </w:pPr>
      <w:r w:rsidRPr="00450AE3">
        <w:rPr>
          <w:sz w:val="28"/>
          <w:szCs w:val="28"/>
          <w:lang w:val="kk-KZ"/>
        </w:rPr>
        <w:t xml:space="preserve">Шекарасы: Қ. Мұхамедханов көшесі, № 4в, 6, 6а, 6б, 6/1 үйлер, Әнет баба көшесі, № 12 үй, Е-899 көше, № 5а, 5/1, 5/1а, 5/3, 7, 8, 10 үйлер, Е-900 көше, </w:t>
      </w:r>
      <w:r w:rsidRPr="00450AE3">
        <w:rPr>
          <w:sz w:val="28"/>
          <w:szCs w:val="28"/>
          <w:lang w:val="kk-KZ"/>
        </w:rPr>
        <w:br/>
        <w:t>№ 5/1, 5/2, 10 үйлер, Төле би көшесі, № 65 үй.</w:t>
      </w:r>
    </w:p>
    <w:p w14:paraId="7965DD26" w14:textId="77777777" w:rsidR="00BE72FA" w:rsidRPr="00450AE3" w:rsidRDefault="00BE72FA" w:rsidP="00BE72FA">
      <w:pPr>
        <w:ind w:firstLine="709"/>
        <w:jc w:val="center"/>
        <w:rPr>
          <w:sz w:val="28"/>
          <w:szCs w:val="28"/>
          <w:lang w:val="kk-KZ"/>
        </w:rPr>
      </w:pPr>
    </w:p>
    <w:p w14:paraId="53E2014D" w14:textId="77777777" w:rsidR="00BE72FA" w:rsidRPr="00450AE3" w:rsidRDefault="00BE72FA" w:rsidP="00BE72FA">
      <w:pPr>
        <w:keepNext/>
        <w:ind w:firstLine="709"/>
        <w:jc w:val="center"/>
        <w:rPr>
          <w:sz w:val="28"/>
          <w:szCs w:val="28"/>
          <w:lang w:val="kk-KZ"/>
        </w:rPr>
      </w:pPr>
      <w:r w:rsidRPr="00450AE3">
        <w:rPr>
          <w:sz w:val="28"/>
          <w:szCs w:val="28"/>
          <w:lang w:val="kk-KZ"/>
        </w:rPr>
        <w:t>№ 516 сайлау учаскесі</w:t>
      </w:r>
    </w:p>
    <w:p w14:paraId="2058C29D"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110 жалпы орта білім беретін мектеп» коммуналдық мемлекеттік мекемесі, Е-17 көше, № 4)</w:t>
      </w:r>
    </w:p>
    <w:p w14:paraId="082EBA22" w14:textId="77777777" w:rsidR="00BE72FA" w:rsidRPr="00450AE3" w:rsidRDefault="00BE72FA" w:rsidP="00BE72FA">
      <w:pPr>
        <w:ind w:firstLine="709"/>
        <w:jc w:val="center"/>
        <w:rPr>
          <w:sz w:val="28"/>
          <w:szCs w:val="28"/>
          <w:lang w:val="kk-KZ"/>
        </w:rPr>
      </w:pPr>
    </w:p>
    <w:p w14:paraId="03A76D91" w14:textId="77777777" w:rsidR="00BE72FA" w:rsidRPr="00450AE3" w:rsidRDefault="00BE72FA" w:rsidP="00BE72FA">
      <w:pPr>
        <w:ind w:firstLine="709"/>
        <w:jc w:val="both"/>
        <w:rPr>
          <w:sz w:val="28"/>
          <w:szCs w:val="28"/>
          <w:lang w:val="kk-KZ"/>
        </w:rPr>
      </w:pPr>
      <w:r w:rsidRPr="00450AE3">
        <w:rPr>
          <w:sz w:val="28"/>
          <w:szCs w:val="28"/>
          <w:lang w:val="kk-KZ"/>
        </w:rPr>
        <w:t xml:space="preserve">Шекарасы: Ж. Молдағалиев көшесі, № 2, 2/1, 2/2, 4, 4к1, 4к2 үйлер, </w:t>
      </w:r>
      <w:r w:rsidRPr="00450AE3">
        <w:rPr>
          <w:sz w:val="28"/>
          <w:szCs w:val="28"/>
          <w:lang w:val="kk-KZ"/>
        </w:rPr>
        <w:br/>
        <w:t>Ш. Айтматов көшесі, № 1, 22, 23 үйлер, Тәттімбет көшесі, № 9 үй.</w:t>
      </w:r>
    </w:p>
    <w:p w14:paraId="49230487" w14:textId="77777777" w:rsidR="00BE72FA" w:rsidRPr="00450AE3" w:rsidRDefault="00BE72FA" w:rsidP="00BE72FA">
      <w:pPr>
        <w:ind w:firstLine="709"/>
        <w:jc w:val="center"/>
        <w:rPr>
          <w:sz w:val="28"/>
          <w:szCs w:val="28"/>
          <w:lang w:val="kk-KZ"/>
        </w:rPr>
      </w:pPr>
    </w:p>
    <w:p w14:paraId="5F71995D" w14:textId="77777777" w:rsidR="00BE72FA" w:rsidRPr="00450AE3" w:rsidRDefault="00BE72FA" w:rsidP="00BE72FA">
      <w:pPr>
        <w:keepNext/>
        <w:ind w:firstLine="709"/>
        <w:jc w:val="center"/>
        <w:rPr>
          <w:sz w:val="28"/>
          <w:szCs w:val="28"/>
          <w:lang w:val="kk-KZ"/>
        </w:rPr>
      </w:pPr>
      <w:r w:rsidRPr="00450AE3">
        <w:rPr>
          <w:sz w:val="28"/>
          <w:szCs w:val="28"/>
          <w:lang w:val="kk-KZ"/>
        </w:rPr>
        <w:t>№ 524 сайлау учаскесі</w:t>
      </w:r>
    </w:p>
    <w:p w14:paraId="24157B53"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«Intellectual generation» жауапкершілігі шектеулі серіктестігінің «Zialy Urpaq» жекеменшік мектебі, Сығанақ көшесі, № 5)</w:t>
      </w:r>
    </w:p>
    <w:p w14:paraId="6728E043" w14:textId="77777777" w:rsidR="00BE72FA" w:rsidRPr="00450AE3" w:rsidRDefault="00BE72FA" w:rsidP="00BE72FA">
      <w:pPr>
        <w:jc w:val="center"/>
        <w:rPr>
          <w:sz w:val="28"/>
          <w:szCs w:val="28"/>
          <w:lang w:val="kk-KZ"/>
        </w:rPr>
      </w:pPr>
    </w:p>
    <w:p w14:paraId="263064A0" w14:textId="77777777" w:rsidR="00BE72FA" w:rsidRPr="00450AE3" w:rsidRDefault="00BE72FA" w:rsidP="00BE72FA">
      <w:pPr>
        <w:ind w:firstLine="709"/>
        <w:jc w:val="both"/>
        <w:rPr>
          <w:sz w:val="28"/>
          <w:szCs w:val="28"/>
          <w:lang w:val="kk-KZ"/>
        </w:rPr>
      </w:pPr>
      <w:r w:rsidRPr="00450AE3">
        <w:rPr>
          <w:sz w:val="28"/>
          <w:szCs w:val="28"/>
          <w:lang w:val="kk-KZ"/>
        </w:rPr>
        <w:t>Шекарасы: Күлтегін көшесі, № 9, 10, 11 үйлер, С. Асфендияров көшесі, № 3 үй.</w:t>
      </w:r>
    </w:p>
    <w:p w14:paraId="29911263" w14:textId="77777777" w:rsidR="00BE72FA" w:rsidRPr="00450AE3" w:rsidRDefault="00BE72FA" w:rsidP="00BE72FA">
      <w:pPr>
        <w:ind w:firstLine="709"/>
        <w:jc w:val="center"/>
        <w:rPr>
          <w:sz w:val="28"/>
          <w:szCs w:val="28"/>
          <w:lang w:val="kk-KZ"/>
        </w:rPr>
      </w:pPr>
    </w:p>
    <w:p w14:paraId="3D7B25A6" w14:textId="77777777" w:rsidR="00BE72FA" w:rsidRPr="00450AE3" w:rsidRDefault="00BE72FA" w:rsidP="00BE72FA">
      <w:pPr>
        <w:keepNext/>
        <w:ind w:firstLine="709"/>
        <w:jc w:val="center"/>
        <w:rPr>
          <w:sz w:val="28"/>
          <w:szCs w:val="28"/>
          <w:lang w:val="kk-KZ"/>
        </w:rPr>
      </w:pPr>
      <w:r w:rsidRPr="00450AE3">
        <w:rPr>
          <w:sz w:val="28"/>
          <w:szCs w:val="28"/>
          <w:lang w:val="kk-KZ"/>
        </w:rPr>
        <w:t>№ 525 сайлау учаскесі</w:t>
      </w:r>
    </w:p>
    <w:p w14:paraId="3860284C"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Астана қаласы әкімдігінің «№ 118 жалпы орта білім беретін мектеп» коммуналдық мемлекеттік мекемесі, Ұлы Дала даңғылы, № 11)</w:t>
      </w:r>
    </w:p>
    <w:p w14:paraId="5BF6C107" w14:textId="77777777" w:rsidR="00BE72FA" w:rsidRPr="00450AE3" w:rsidRDefault="00BE72FA" w:rsidP="00BE72FA">
      <w:pPr>
        <w:ind w:firstLine="709"/>
        <w:jc w:val="center"/>
        <w:rPr>
          <w:sz w:val="28"/>
          <w:szCs w:val="28"/>
          <w:lang w:val="kk-KZ"/>
        </w:rPr>
      </w:pPr>
    </w:p>
    <w:p w14:paraId="24580615" w14:textId="77777777" w:rsidR="00BE72FA" w:rsidRPr="00450AE3" w:rsidRDefault="00BE72FA" w:rsidP="00BE72FA">
      <w:pPr>
        <w:ind w:firstLine="708"/>
        <w:jc w:val="both"/>
        <w:rPr>
          <w:sz w:val="28"/>
          <w:szCs w:val="28"/>
          <w:lang w:val="kk-KZ"/>
        </w:rPr>
      </w:pPr>
      <w:r w:rsidRPr="00450AE3">
        <w:rPr>
          <w:sz w:val="28"/>
          <w:szCs w:val="28"/>
          <w:lang w:val="kk-KZ"/>
        </w:rPr>
        <w:lastRenderedPageBreak/>
        <w:t xml:space="preserve">Шекарасы: Қазыбек би көшесінен бастап Ұлы Дала даңғылы бойымен (екі жағынан) Ш. Айтматов көшесіне дейін, Ш. Айтматов көшесінің бойымен (екі жағынан) Ш. Айтматов көшесіндегі № 22 үйге дейін, Ш. Айтматов көшесіндегі </w:t>
      </w:r>
      <w:r w:rsidRPr="00450AE3">
        <w:rPr>
          <w:sz w:val="28"/>
          <w:szCs w:val="28"/>
          <w:lang w:val="kk-KZ"/>
        </w:rPr>
        <w:br/>
        <w:t>№ 22 үйден бастап дала арқылы Қазыбек би көшесіндегі № 11/1 үйге дейін, Қазыбек би көшесіндегі № 11/1 үйден бастап Кіші Талдыкөл көлінің бойымен Ұлы Дала даңғылына дейін.</w:t>
      </w:r>
    </w:p>
    <w:p w14:paraId="5FEE139E" w14:textId="77777777" w:rsidR="00BE72FA" w:rsidRPr="00450AE3" w:rsidRDefault="00BE72FA" w:rsidP="00BE72FA">
      <w:pPr>
        <w:ind w:firstLine="709"/>
        <w:jc w:val="center"/>
        <w:rPr>
          <w:sz w:val="28"/>
          <w:szCs w:val="28"/>
          <w:lang w:val="kk-KZ"/>
        </w:rPr>
      </w:pPr>
    </w:p>
    <w:p w14:paraId="4B7372E2" w14:textId="77777777" w:rsidR="00BE72FA" w:rsidRPr="00450AE3" w:rsidRDefault="00BE72FA" w:rsidP="00BE72FA">
      <w:pPr>
        <w:keepNext/>
        <w:ind w:firstLine="709"/>
        <w:jc w:val="center"/>
        <w:rPr>
          <w:sz w:val="28"/>
          <w:szCs w:val="28"/>
          <w:lang w:val="kk-KZ"/>
        </w:rPr>
      </w:pPr>
      <w:r w:rsidRPr="00450AE3">
        <w:rPr>
          <w:sz w:val="28"/>
          <w:szCs w:val="28"/>
          <w:lang w:val="kk-KZ"/>
        </w:rPr>
        <w:t>№ 261 сайлау учаскесі</w:t>
      </w:r>
    </w:p>
    <w:p w14:paraId="270B23D1"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«Ана мен бала ұлттық ғылыми орталығы» акционерлік қоғамының «University Medical Center» корпоративтік қорының филиалы, Тұран даңғылы, № 32)</w:t>
      </w:r>
    </w:p>
    <w:p w14:paraId="7169C8FD" w14:textId="77777777" w:rsidR="00BE72FA" w:rsidRPr="00450AE3" w:rsidRDefault="00BE72FA" w:rsidP="00BE72FA">
      <w:pPr>
        <w:ind w:firstLine="709"/>
        <w:jc w:val="center"/>
        <w:rPr>
          <w:sz w:val="28"/>
          <w:szCs w:val="28"/>
          <w:lang w:val="kk-KZ"/>
        </w:rPr>
      </w:pPr>
    </w:p>
    <w:p w14:paraId="0250775E"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32.</w:t>
      </w:r>
    </w:p>
    <w:p w14:paraId="64000286" w14:textId="77777777" w:rsidR="00BE72FA" w:rsidRPr="00450AE3" w:rsidRDefault="00BE72FA" w:rsidP="00BE72FA">
      <w:pPr>
        <w:ind w:firstLine="709"/>
        <w:jc w:val="center"/>
        <w:rPr>
          <w:sz w:val="28"/>
          <w:szCs w:val="28"/>
          <w:lang w:val="kk-KZ"/>
        </w:rPr>
      </w:pPr>
    </w:p>
    <w:p w14:paraId="6F6DC36B" w14:textId="77777777" w:rsidR="00BE72FA" w:rsidRPr="00450AE3" w:rsidRDefault="00BE72FA" w:rsidP="00BE72FA">
      <w:pPr>
        <w:keepNext/>
        <w:ind w:firstLine="709"/>
        <w:jc w:val="center"/>
        <w:rPr>
          <w:sz w:val="28"/>
          <w:szCs w:val="28"/>
          <w:lang w:val="kk-KZ"/>
        </w:rPr>
      </w:pPr>
      <w:r w:rsidRPr="00450AE3">
        <w:rPr>
          <w:sz w:val="28"/>
          <w:szCs w:val="28"/>
          <w:lang w:val="kk-KZ"/>
        </w:rPr>
        <w:t>№ 262 сайлау учаскесі</w:t>
      </w:r>
    </w:p>
    <w:p w14:paraId="60EED09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нейрохирургия орталығы» акционерлік қоғамы, Тұран даңғылы, № 34/1)</w:t>
      </w:r>
    </w:p>
    <w:p w14:paraId="44C40558" w14:textId="77777777" w:rsidR="00BE72FA" w:rsidRPr="00450AE3" w:rsidRDefault="00BE72FA" w:rsidP="00BE72FA">
      <w:pPr>
        <w:ind w:firstLine="709"/>
        <w:jc w:val="center"/>
        <w:rPr>
          <w:sz w:val="28"/>
          <w:szCs w:val="28"/>
          <w:lang w:val="kk-KZ"/>
        </w:rPr>
      </w:pPr>
    </w:p>
    <w:p w14:paraId="2F0DE36D"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34/1.</w:t>
      </w:r>
    </w:p>
    <w:p w14:paraId="42DA9A00" w14:textId="77777777" w:rsidR="00BE72FA" w:rsidRPr="00450AE3" w:rsidRDefault="00BE72FA" w:rsidP="00BE72FA">
      <w:pPr>
        <w:jc w:val="both"/>
        <w:rPr>
          <w:sz w:val="28"/>
          <w:szCs w:val="28"/>
          <w:lang w:val="kk-KZ"/>
        </w:rPr>
      </w:pPr>
    </w:p>
    <w:p w14:paraId="5752BDD4" w14:textId="77777777" w:rsidR="00BE72FA" w:rsidRPr="00450AE3" w:rsidRDefault="00BE72FA" w:rsidP="00BE72FA">
      <w:pPr>
        <w:keepNext/>
        <w:ind w:firstLine="709"/>
        <w:jc w:val="center"/>
        <w:rPr>
          <w:sz w:val="28"/>
          <w:szCs w:val="28"/>
          <w:lang w:val="kk-KZ"/>
        </w:rPr>
      </w:pPr>
      <w:r w:rsidRPr="00450AE3">
        <w:rPr>
          <w:sz w:val="28"/>
          <w:szCs w:val="28"/>
          <w:lang w:val="kk-KZ"/>
        </w:rPr>
        <w:t>№ 263 сайлау учаскесі</w:t>
      </w:r>
    </w:p>
    <w:p w14:paraId="1C4940F7"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ғылыми медициналық орталықтың балалар кардиохирургия бөлімі» акционерлік қоғамы, Қабанбай батыр даңғылы, № 27)</w:t>
      </w:r>
    </w:p>
    <w:p w14:paraId="414DFA21" w14:textId="77777777" w:rsidR="00BE72FA" w:rsidRPr="00450AE3" w:rsidRDefault="00BE72FA" w:rsidP="00BE72FA">
      <w:pPr>
        <w:ind w:firstLine="709"/>
        <w:jc w:val="center"/>
        <w:rPr>
          <w:sz w:val="28"/>
          <w:szCs w:val="28"/>
          <w:lang w:val="kk-KZ"/>
        </w:rPr>
      </w:pPr>
    </w:p>
    <w:p w14:paraId="678198E1" w14:textId="77777777" w:rsidR="00BE72FA" w:rsidRPr="00450AE3" w:rsidRDefault="00BE72FA" w:rsidP="00BE72FA">
      <w:pPr>
        <w:ind w:firstLine="709"/>
        <w:jc w:val="both"/>
        <w:rPr>
          <w:sz w:val="28"/>
          <w:szCs w:val="28"/>
          <w:lang w:val="kk-KZ"/>
        </w:rPr>
      </w:pPr>
      <w:r w:rsidRPr="00450AE3">
        <w:rPr>
          <w:sz w:val="28"/>
          <w:szCs w:val="28"/>
          <w:lang w:val="kk-KZ"/>
        </w:rPr>
        <w:t>Шекарасы: Қабанбай батыр даңғылы, № 27.</w:t>
      </w:r>
    </w:p>
    <w:p w14:paraId="71D2E838" w14:textId="77777777" w:rsidR="00BE72FA" w:rsidRPr="00450AE3" w:rsidRDefault="00BE72FA" w:rsidP="00BE72FA">
      <w:pPr>
        <w:ind w:firstLine="709"/>
        <w:jc w:val="center"/>
        <w:rPr>
          <w:sz w:val="28"/>
          <w:szCs w:val="28"/>
          <w:lang w:val="kk-KZ"/>
        </w:rPr>
      </w:pPr>
    </w:p>
    <w:p w14:paraId="4323AF8B" w14:textId="77777777" w:rsidR="00BE72FA" w:rsidRPr="00450AE3" w:rsidRDefault="00BE72FA" w:rsidP="00BE72FA">
      <w:pPr>
        <w:keepNext/>
        <w:ind w:firstLine="709"/>
        <w:jc w:val="center"/>
        <w:rPr>
          <w:sz w:val="28"/>
          <w:szCs w:val="28"/>
          <w:lang w:val="kk-KZ"/>
        </w:rPr>
      </w:pPr>
      <w:r w:rsidRPr="00450AE3">
        <w:rPr>
          <w:sz w:val="28"/>
          <w:szCs w:val="28"/>
          <w:lang w:val="kk-KZ"/>
        </w:rPr>
        <w:t>№ 264 сайлау учаскесі</w:t>
      </w:r>
    </w:p>
    <w:p w14:paraId="4B12436F"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«Балаларды оңалтудың ұлттық орталығы» акционерлік қоғамының «University Medical Center» корпоративтік қорының филиалы, Тұран даңғылы, № 36)</w:t>
      </w:r>
    </w:p>
    <w:p w14:paraId="16B1CE4C" w14:textId="77777777" w:rsidR="00BE72FA" w:rsidRPr="00450AE3" w:rsidRDefault="00BE72FA" w:rsidP="00BE72FA">
      <w:pPr>
        <w:ind w:firstLine="709"/>
        <w:jc w:val="center"/>
        <w:rPr>
          <w:sz w:val="28"/>
          <w:szCs w:val="28"/>
          <w:lang w:val="kk-KZ"/>
        </w:rPr>
      </w:pPr>
    </w:p>
    <w:p w14:paraId="3E43EC56" w14:textId="77777777" w:rsidR="00BE72FA" w:rsidRPr="00450AE3" w:rsidRDefault="00BE72FA" w:rsidP="00BE72FA">
      <w:pPr>
        <w:ind w:firstLine="709"/>
        <w:jc w:val="both"/>
        <w:rPr>
          <w:sz w:val="28"/>
          <w:szCs w:val="28"/>
          <w:lang w:val="kk-KZ"/>
        </w:rPr>
      </w:pPr>
      <w:r w:rsidRPr="00450AE3">
        <w:rPr>
          <w:sz w:val="28"/>
          <w:szCs w:val="28"/>
          <w:lang w:val="kk-KZ"/>
        </w:rPr>
        <w:t>Шекарасы: Тұран даңғылы, № 36.</w:t>
      </w:r>
    </w:p>
    <w:p w14:paraId="4ECE77F5" w14:textId="77777777" w:rsidR="00BE72FA" w:rsidRPr="00450AE3" w:rsidRDefault="00BE72FA" w:rsidP="00BE72FA">
      <w:pPr>
        <w:ind w:firstLine="709"/>
        <w:jc w:val="center"/>
        <w:rPr>
          <w:sz w:val="28"/>
          <w:szCs w:val="28"/>
          <w:lang w:val="kk-KZ"/>
        </w:rPr>
      </w:pPr>
    </w:p>
    <w:p w14:paraId="61DCCE3D" w14:textId="77777777" w:rsidR="00BE72FA" w:rsidRPr="00450AE3" w:rsidRDefault="00BE72FA" w:rsidP="00BE72FA">
      <w:pPr>
        <w:keepNext/>
        <w:ind w:firstLine="709"/>
        <w:jc w:val="center"/>
        <w:rPr>
          <w:sz w:val="28"/>
          <w:szCs w:val="28"/>
          <w:lang w:val="kk-KZ"/>
        </w:rPr>
      </w:pPr>
      <w:r w:rsidRPr="00450AE3">
        <w:rPr>
          <w:sz w:val="28"/>
          <w:szCs w:val="28"/>
          <w:lang w:val="kk-KZ"/>
        </w:rPr>
        <w:t>№ 265 сайлау учаскесі</w:t>
      </w:r>
    </w:p>
    <w:p w14:paraId="6EE0EB00" w14:textId="77777777" w:rsidR="00BE72FA" w:rsidRPr="00450AE3" w:rsidRDefault="00BE72FA" w:rsidP="00BE72FA">
      <w:pPr>
        <w:keepNext/>
        <w:ind w:firstLine="709"/>
        <w:jc w:val="center"/>
        <w:rPr>
          <w:sz w:val="28"/>
          <w:szCs w:val="28"/>
          <w:lang w:val="kk-KZ"/>
        </w:rPr>
      </w:pPr>
      <w:r w:rsidRPr="00450AE3">
        <w:rPr>
          <w:sz w:val="28"/>
          <w:szCs w:val="28"/>
          <w:lang w:val="kk-KZ"/>
        </w:rPr>
        <w:t>(орталығы – «Ұлттық ғылыми онкологиялық орталық» жауапкершілігі шектеулі серіктестігі, Керей, Жәнібек хандар көшесі, № 3/2)</w:t>
      </w:r>
    </w:p>
    <w:p w14:paraId="45A44DF8" w14:textId="77777777" w:rsidR="00BE72FA" w:rsidRPr="00450AE3" w:rsidRDefault="00BE72FA" w:rsidP="00BE72FA">
      <w:pPr>
        <w:ind w:firstLine="709"/>
        <w:jc w:val="center"/>
        <w:rPr>
          <w:sz w:val="28"/>
          <w:szCs w:val="28"/>
          <w:lang w:val="kk-KZ"/>
        </w:rPr>
      </w:pPr>
    </w:p>
    <w:p w14:paraId="4B4FFD62" w14:textId="77777777" w:rsidR="00BE72FA" w:rsidRPr="00450AE3" w:rsidRDefault="00BE72FA" w:rsidP="00BE72FA">
      <w:pPr>
        <w:ind w:firstLine="709"/>
        <w:jc w:val="both"/>
        <w:rPr>
          <w:sz w:val="28"/>
          <w:szCs w:val="28"/>
        </w:rPr>
      </w:pPr>
      <w:r w:rsidRPr="00450AE3">
        <w:rPr>
          <w:sz w:val="28"/>
          <w:szCs w:val="28"/>
        </w:rPr>
        <w:t>Шекарасы: Керей, Жәнібек хандар көшесі, № 3</w:t>
      </w:r>
      <w:r w:rsidRPr="00450AE3">
        <w:rPr>
          <w:sz w:val="28"/>
          <w:szCs w:val="28"/>
          <w:lang w:val="kk-KZ"/>
        </w:rPr>
        <w:t>/</w:t>
      </w:r>
      <w:r w:rsidRPr="00450AE3">
        <w:rPr>
          <w:sz w:val="28"/>
          <w:szCs w:val="28"/>
        </w:rPr>
        <w:t>2.</w:t>
      </w:r>
    </w:p>
    <w:p w14:paraId="56B86DB8" w14:textId="77777777" w:rsidR="00BE72FA" w:rsidRPr="00450AE3" w:rsidRDefault="00BE72FA" w:rsidP="00BE72FA">
      <w:pPr>
        <w:jc w:val="both"/>
        <w:rPr>
          <w:sz w:val="28"/>
          <w:szCs w:val="28"/>
        </w:rPr>
      </w:pPr>
    </w:p>
    <w:p w14:paraId="7C5612DE" w14:textId="77777777" w:rsidR="00BE72FA" w:rsidRPr="00450AE3" w:rsidRDefault="00BE72FA" w:rsidP="00BE72FA">
      <w:pPr>
        <w:keepNext/>
        <w:ind w:firstLine="709"/>
        <w:jc w:val="center"/>
        <w:rPr>
          <w:sz w:val="28"/>
          <w:szCs w:val="28"/>
        </w:rPr>
      </w:pPr>
      <w:r w:rsidRPr="00450AE3">
        <w:rPr>
          <w:sz w:val="28"/>
          <w:szCs w:val="28"/>
        </w:rPr>
        <w:t>№ 266 сайлау учаскесі</w:t>
      </w:r>
    </w:p>
    <w:p w14:paraId="0D1EC57D" w14:textId="77777777" w:rsidR="00BE72FA" w:rsidRPr="00450AE3" w:rsidRDefault="00BE72FA" w:rsidP="00BE72FA">
      <w:pPr>
        <w:keepNext/>
        <w:ind w:firstLine="709"/>
        <w:jc w:val="center"/>
        <w:rPr>
          <w:sz w:val="28"/>
          <w:szCs w:val="28"/>
        </w:rPr>
      </w:pPr>
      <w:r w:rsidRPr="00450AE3">
        <w:rPr>
          <w:sz w:val="28"/>
          <w:szCs w:val="28"/>
        </w:rPr>
        <w:t xml:space="preserve">(орталығы – «Қазақстан Республикасы Ұлттық ұланының 5573 әскери бөлімі» республикалық мемлекеттік мекемесі, </w:t>
      </w:r>
    </w:p>
    <w:p w14:paraId="708B032E" w14:textId="77777777" w:rsidR="00BE72FA" w:rsidRPr="00450AE3" w:rsidRDefault="00BE72FA" w:rsidP="00BE72FA">
      <w:pPr>
        <w:keepNext/>
        <w:ind w:firstLine="709"/>
        <w:jc w:val="center"/>
        <w:rPr>
          <w:sz w:val="28"/>
          <w:szCs w:val="28"/>
        </w:rPr>
      </w:pPr>
      <w:r w:rsidRPr="00450AE3">
        <w:rPr>
          <w:sz w:val="28"/>
          <w:szCs w:val="28"/>
        </w:rPr>
        <w:t>«Үркер» тұрғын алабы, Е</w:t>
      </w:r>
      <w:r w:rsidRPr="00450AE3">
        <w:rPr>
          <w:sz w:val="28"/>
          <w:szCs w:val="28"/>
          <w:lang w:val="kk-KZ"/>
        </w:rPr>
        <w:t>-</w:t>
      </w:r>
      <w:r w:rsidRPr="00450AE3">
        <w:rPr>
          <w:sz w:val="28"/>
          <w:szCs w:val="28"/>
        </w:rPr>
        <w:t>575 көше, № 1)</w:t>
      </w:r>
    </w:p>
    <w:p w14:paraId="2005F373" w14:textId="77777777" w:rsidR="00BE72FA" w:rsidRPr="00450AE3" w:rsidRDefault="00BE72FA" w:rsidP="00BE72FA">
      <w:pPr>
        <w:ind w:firstLine="709"/>
        <w:jc w:val="center"/>
        <w:rPr>
          <w:sz w:val="28"/>
          <w:szCs w:val="28"/>
        </w:rPr>
      </w:pPr>
    </w:p>
    <w:p w14:paraId="1F594072" w14:textId="77777777" w:rsidR="00BE72FA" w:rsidRPr="00450AE3" w:rsidRDefault="00BE72FA" w:rsidP="00BE72FA">
      <w:pPr>
        <w:ind w:firstLine="709"/>
        <w:jc w:val="both"/>
        <w:rPr>
          <w:sz w:val="28"/>
          <w:szCs w:val="28"/>
        </w:rPr>
      </w:pPr>
      <w:r w:rsidRPr="00450AE3">
        <w:rPr>
          <w:sz w:val="28"/>
          <w:szCs w:val="28"/>
        </w:rPr>
        <w:t>Шекарасы: Е</w:t>
      </w:r>
      <w:r w:rsidRPr="00450AE3">
        <w:rPr>
          <w:sz w:val="28"/>
          <w:szCs w:val="28"/>
          <w:lang w:val="kk-KZ"/>
        </w:rPr>
        <w:t>-</w:t>
      </w:r>
      <w:r w:rsidRPr="00450AE3">
        <w:rPr>
          <w:sz w:val="28"/>
          <w:szCs w:val="28"/>
        </w:rPr>
        <w:t>575 көше, № 1.</w:t>
      </w:r>
    </w:p>
    <w:p w14:paraId="3E0A1BB2" w14:textId="77777777" w:rsidR="00BE72FA" w:rsidRPr="00450AE3" w:rsidRDefault="00BE72FA" w:rsidP="00BE72FA">
      <w:pPr>
        <w:ind w:firstLine="709"/>
        <w:jc w:val="both"/>
        <w:rPr>
          <w:sz w:val="28"/>
          <w:szCs w:val="28"/>
        </w:rPr>
      </w:pPr>
    </w:p>
    <w:p w14:paraId="24D5640B" w14:textId="77777777" w:rsidR="00BE72FA" w:rsidRPr="00450AE3" w:rsidRDefault="00BE72FA" w:rsidP="00BE72FA">
      <w:pPr>
        <w:keepNext/>
        <w:ind w:firstLine="709"/>
        <w:jc w:val="center"/>
        <w:rPr>
          <w:sz w:val="28"/>
          <w:szCs w:val="28"/>
        </w:rPr>
      </w:pPr>
      <w:r w:rsidRPr="00450AE3">
        <w:rPr>
          <w:sz w:val="28"/>
          <w:szCs w:val="28"/>
        </w:rPr>
        <w:t>№ 267 сайлау учаскесі</w:t>
      </w:r>
    </w:p>
    <w:p w14:paraId="296BAE73" w14:textId="77777777" w:rsidR="00BE72FA" w:rsidRPr="00450AE3" w:rsidRDefault="00BE72FA" w:rsidP="00BE72FA">
      <w:pPr>
        <w:keepNext/>
        <w:ind w:firstLine="709"/>
        <w:jc w:val="center"/>
        <w:rPr>
          <w:sz w:val="28"/>
          <w:szCs w:val="28"/>
        </w:rPr>
      </w:pPr>
      <w:r w:rsidRPr="00450AE3">
        <w:rPr>
          <w:sz w:val="28"/>
          <w:szCs w:val="28"/>
        </w:rPr>
        <w:t>(орталығы – «Ұлттық ғылыми кардиохирургия орталығы» акционерлік қоғамы, Тұран даңғылы, № 38)</w:t>
      </w:r>
    </w:p>
    <w:p w14:paraId="23102AF3" w14:textId="77777777" w:rsidR="00BE72FA" w:rsidRPr="00450AE3" w:rsidRDefault="00BE72FA" w:rsidP="00BE72FA">
      <w:pPr>
        <w:ind w:firstLine="709"/>
        <w:jc w:val="center"/>
        <w:rPr>
          <w:sz w:val="28"/>
          <w:szCs w:val="28"/>
        </w:rPr>
      </w:pPr>
    </w:p>
    <w:p w14:paraId="3E4C7675" w14:textId="77777777" w:rsidR="00BE72FA" w:rsidRPr="00450AE3" w:rsidRDefault="00BE72FA" w:rsidP="00BE72FA">
      <w:pPr>
        <w:ind w:firstLine="709"/>
        <w:jc w:val="both"/>
        <w:rPr>
          <w:sz w:val="28"/>
          <w:szCs w:val="28"/>
        </w:rPr>
      </w:pPr>
      <w:r w:rsidRPr="00450AE3">
        <w:rPr>
          <w:sz w:val="28"/>
          <w:szCs w:val="28"/>
        </w:rPr>
        <w:t>Шекарасы: Тұран даңғылы, № 38.</w:t>
      </w:r>
    </w:p>
    <w:p w14:paraId="1669399A" w14:textId="77777777" w:rsidR="00BE72FA" w:rsidRPr="00450AE3" w:rsidRDefault="00BE72FA" w:rsidP="00BE72FA">
      <w:pPr>
        <w:ind w:firstLine="709"/>
        <w:jc w:val="both"/>
        <w:rPr>
          <w:sz w:val="28"/>
          <w:szCs w:val="28"/>
        </w:rPr>
      </w:pPr>
    </w:p>
    <w:p w14:paraId="5DD38D47" w14:textId="77777777" w:rsidR="00BE72FA" w:rsidRPr="00450AE3" w:rsidRDefault="00BE72FA" w:rsidP="00BE72FA">
      <w:pPr>
        <w:keepNext/>
        <w:ind w:firstLine="709"/>
        <w:jc w:val="center"/>
        <w:rPr>
          <w:sz w:val="28"/>
          <w:szCs w:val="28"/>
          <w:lang w:val="kk-KZ"/>
        </w:rPr>
      </w:pPr>
      <w:r w:rsidRPr="00450AE3">
        <w:rPr>
          <w:sz w:val="28"/>
          <w:szCs w:val="28"/>
          <w:lang w:val="kk-KZ"/>
        </w:rPr>
        <w:t>№</w:t>
      </w:r>
      <w:r w:rsidRPr="00450AE3">
        <w:rPr>
          <w:sz w:val="28"/>
          <w:szCs w:val="28"/>
        </w:rPr>
        <w:t> 501</w:t>
      </w:r>
      <w:r w:rsidRPr="00450AE3">
        <w:rPr>
          <w:sz w:val="28"/>
          <w:szCs w:val="28"/>
          <w:lang w:val="kk-KZ"/>
        </w:rPr>
        <w:t xml:space="preserve"> сайлау учаскесі</w:t>
      </w:r>
    </w:p>
    <w:p w14:paraId="17DFCFD0" w14:textId="77777777" w:rsidR="00BE72FA" w:rsidRPr="00450AE3" w:rsidRDefault="00BE72FA" w:rsidP="00BE72FA">
      <w:pPr>
        <w:keepNext/>
        <w:jc w:val="center"/>
        <w:rPr>
          <w:sz w:val="28"/>
          <w:szCs w:val="28"/>
          <w:lang w:val="kk-KZ"/>
        </w:rPr>
      </w:pPr>
      <w:r w:rsidRPr="00450AE3">
        <w:rPr>
          <w:sz w:val="28"/>
          <w:szCs w:val="28"/>
          <w:lang w:val="kk-KZ"/>
        </w:rPr>
        <w:t>(орталығы – Қазақстан Республикасы Денсаулық сақтау министрлігінің</w:t>
      </w:r>
      <w:r w:rsidRPr="00450AE3">
        <w:rPr>
          <w:sz w:val="28"/>
          <w:szCs w:val="28"/>
          <w:lang w:val="kk-KZ"/>
        </w:rPr>
        <w:br/>
        <w:t xml:space="preserve"> «Жедел медициналық жәрдемді үйлестіру ұлттық орталығы» шаруашылық жүргізу құқығындағы республикалық мемлекеттік кәсіпорны, </w:t>
      </w:r>
    </w:p>
    <w:p w14:paraId="00340B13" w14:textId="77777777" w:rsidR="00BE72FA" w:rsidRPr="00450AE3" w:rsidRDefault="00BE72FA" w:rsidP="00BE72FA">
      <w:pPr>
        <w:keepNext/>
        <w:jc w:val="center"/>
        <w:rPr>
          <w:sz w:val="28"/>
          <w:szCs w:val="28"/>
          <w:lang w:val="kk-KZ"/>
        </w:rPr>
      </w:pPr>
      <w:r w:rsidRPr="00450AE3">
        <w:rPr>
          <w:sz w:val="28"/>
          <w:szCs w:val="28"/>
          <w:lang w:val="kk-KZ"/>
        </w:rPr>
        <w:t>Хусейн бен Талал көшесі, № 14, F1 блогы)</w:t>
      </w:r>
    </w:p>
    <w:p w14:paraId="67998754" w14:textId="77777777" w:rsidR="00BE72FA" w:rsidRPr="00450AE3" w:rsidRDefault="00BE72FA" w:rsidP="00BE72FA">
      <w:pPr>
        <w:ind w:firstLine="709"/>
        <w:jc w:val="center"/>
        <w:rPr>
          <w:sz w:val="28"/>
          <w:szCs w:val="28"/>
          <w:lang w:val="kk-KZ"/>
        </w:rPr>
      </w:pPr>
    </w:p>
    <w:p w14:paraId="07E9A0E6" w14:textId="77777777" w:rsidR="00BE72FA" w:rsidRPr="00450AE3" w:rsidRDefault="00BE72FA" w:rsidP="00BE72FA">
      <w:pPr>
        <w:ind w:firstLine="709"/>
        <w:jc w:val="both"/>
        <w:rPr>
          <w:sz w:val="28"/>
          <w:szCs w:val="28"/>
        </w:rPr>
      </w:pPr>
      <w:r w:rsidRPr="00450AE3">
        <w:rPr>
          <w:sz w:val="28"/>
          <w:szCs w:val="28"/>
          <w:lang w:val="kk-KZ"/>
        </w:rPr>
        <w:t xml:space="preserve">Шекарасы: </w:t>
      </w:r>
      <w:r w:rsidRPr="00450AE3">
        <w:rPr>
          <w:sz w:val="28"/>
          <w:szCs w:val="28"/>
        </w:rPr>
        <w:t>Хусейн бен Талал көшесі, № 14, F1 блогы.</w:t>
      </w:r>
    </w:p>
    <w:p w14:paraId="28CE5153" w14:textId="77777777" w:rsidR="00BE72FA" w:rsidRDefault="00BE72FA" w:rsidP="00BE72FA">
      <w:pPr>
        <w:jc w:val="center"/>
        <w:rPr>
          <w:sz w:val="28"/>
          <w:szCs w:val="28"/>
          <w:lang w:val="kk-KZ"/>
        </w:rPr>
      </w:pPr>
      <w:r w:rsidRPr="00450AE3">
        <w:rPr>
          <w:sz w:val="28"/>
          <w:szCs w:val="28"/>
          <w:lang w:val="kk-KZ"/>
        </w:rPr>
        <w:t>_________________________</w:t>
      </w:r>
    </w:p>
    <w:p w14:paraId="0E12B8B8" w14:textId="77777777" w:rsidR="00BE72FA" w:rsidRPr="00D46174" w:rsidRDefault="00BE72FA" w:rsidP="00BE72FA">
      <w:pPr>
        <w:spacing w:line="20" w:lineRule="exact"/>
        <w:jc w:val="center"/>
        <w:rPr>
          <w:sz w:val="2"/>
        </w:rPr>
      </w:pPr>
    </w:p>
    <w:p w14:paraId="6BDA8EDC" w14:textId="3AA7885B" w:rsidR="00BC7114" w:rsidRDefault="00BC7114" w:rsidP="000D023A">
      <w:pPr>
        <w:jc w:val="center"/>
        <w:rPr>
          <w:lang w:val="kk-KZ"/>
        </w:rPr>
      </w:pPr>
    </w:p>
    <w:p w14:paraId="4826DD68" w14:textId="5EE841AA" w:rsidR="00BC7114" w:rsidRDefault="00BC7114" w:rsidP="000D023A">
      <w:pPr>
        <w:jc w:val="center"/>
        <w:rPr>
          <w:lang w:val="kk-KZ"/>
        </w:rPr>
      </w:pPr>
    </w:p>
    <w:p w14:paraId="0F2C11DE" w14:textId="28B635D6" w:rsidR="00361D60" w:rsidRDefault="00361D60" w:rsidP="000D023A">
      <w:pPr>
        <w:jc w:val="center"/>
        <w:rPr>
          <w:lang w:val="kk-KZ"/>
        </w:rPr>
      </w:pPr>
    </w:p>
    <w:p w14:paraId="713C1174" w14:textId="2876909E" w:rsidR="00361D60" w:rsidRDefault="00361D60" w:rsidP="000D023A">
      <w:pPr>
        <w:jc w:val="center"/>
        <w:rPr>
          <w:lang w:val="kk-KZ"/>
        </w:rPr>
      </w:pPr>
    </w:p>
    <w:p w14:paraId="6796D271" w14:textId="2014191C" w:rsidR="00361D60" w:rsidRDefault="00361D60" w:rsidP="000D023A">
      <w:pPr>
        <w:jc w:val="center"/>
        <w:rPr>
          <w:lang w:val="kk-KZ"/>
        </w:rPr>
      </w:pPr>
    </w:p>
    <w:p w14:paraId="3E141BC4" w14:textId="247A0AD1" w:rsidR="00361D60" w:rsidRDefault="00361D60" w:rsidP="000D023A">
      <w:pPr>
        <w:jc w:val="center"/>
        <w:rPr>
          <w:lang w:val="kk-KZ"/>
        </w:rPr>
      </w:pPr>
    </w:p>
    <w:p w14:paraId="78FDBAE1" w14:textId="38F74A77" w:rsidR="00361D60" w:rsidRDefault="00361D60" w:rsidP="000D023A">
      <w:pPr>
        <w:jc w:val="center"/>
        <w:rPr>
          <w:lang w:val="kk-KZ"/>
        </w:rPr>
      </w:pPr>
    </w:p>
    <w:p w14:paraId="01F09379" w14:textId="05562D14" w:rsidR="00361D60" w:rsidRDefault="00361D60" w:rsidP="000D023A">
      <w:pPr>
        <w:jc w:val="center"/>
        <w:rPr>
          <w:lang w:val="kk-KZ"/>
        </w:rPr>
      </w:pPr>
    </w:p>
    <w:p w14:paraId="560BFA82" w14:textId="24963E70" w:rsidR="00361D60" w:rsidRDefault="00361D60" w:rsidP="000D023A">
      <w:pPr>
        <w:jc w:val="center"/>
        <w:rPr>
          <w:lang w:val="kk-KZ"/>
        </w:rPr>
      </w:pPr>
    </w:p>
    <w:p w14:paraId="32E6047D" w14:textId="3D46F2EC" w:rsidR="00361D60" w:rsidRDefault="00361D60" w:rsidP="000D023A">
      <w:pPr>
        <w:jc w:val="center"/>
        <w:rPr>
          <w:lang w:val="kk-KZ"/>
        </w:rPr>
      </w:pPr>
    </w:p>
    <w:p w14:paraId="65E21475" w14:textId="2D37CCB5" w:rsidR="00361D60" w:rsidRDefault="00361D60" w:rsidP="000D023A">
      <w:pPr>
        <w:jc w:val="center"/>
        <w:rPr>
          <w:lang w:val="kk-KZ"/>
        </w:rPr>
      </w:pPr>
    </w:p>
    <w:p w14:paraId="50B50D6D" w14:textId="4CD0E7FD" w:rsidR="00361D60" w:rsidRDefault="00361D60" w:rsidP="000D023A">
      <w:pPr>
        <w:jc w:val="center"/>
        <w:rPr>
          <w:lang w:val="kk-KZ"/>
        </w:rPr>
      </w:pPr>
    </w:p>
    <w:p w14:paraId="0560A324" w14:textId="675F4177" w:rsidR="00361D60" w:rsidRDefault="00361D60" w:rsidP="000D023A">
      <w:pPr>
        <w:jc w:val="center"/>
        <w:rPr>
          <w:lang w:val="kk-KZ"/>
        </w:rPr>
      </w:pPr>
    </w:p>
    <w:p w14:paraId="4C5F6492" w14:textId="77777777" w:rsidR="00361D60" w:rsidRDefault="00361D60" w:rsidP="000D023A">
      <w:pPr>
        <w:jc w:val="center"/>
        <w:rPr>
          <w:lang w:val="kk-KZ"/>
        </w:rPr>
      </w:pPr>
    </w:p>
    <w:p w14:paraId="741D5107" w14:textId="23BA6AC3" w:rsidR="00BE72FA" w:rsidRDefault="00BE72FA" w:rsidP="000D023A">
      <w:pPr>
        <w:jc w:val="center"/>
        <w:rPr>
          <w:lang w:val="kk-KZ"/>
        </w:rPr>
      </w:pPr>
    </w:p>
    <w:p w14:paraId="0E144EF4" w14:textId="2A97B9A0" w:rsidR="00D82BE0" w:rsidRDefault="00D82BE0">
      <w:pPr>
        <w:overflowPunct/>
        <w:autoSpaceDE/>
        <w:autoSpaceDN/>
        <w:adjustRightInd/>
        <w:rPr>
          <w:sz w:val="28"/>
          <w:szCs w:val="28"/>
          <w:lang w:val="kk-KZ"/>
        </w:rPr>
      </w:pPr>
      <w:r>
        <w:rPr>
          <w:sz w:val="28"/>
          <w:szCs w:val="28"/>
          <w:lang w:val="kk-KZ"/>
        </w:rPr>
        <w:br w:type="page"/>
      </w:r>
    </w:p>
    <w:p w14:paraId="3C25ACB3" w14:textId="77777777" w:rsidR="00634B77" w:rsidRPr="00D82BE0" w:rsidRDefault="00634B77" w:rsidP="00634B77">
      <w:pPr>
        <w:ind w:firstLine="709"/>
        <w:jc w:val="center"/>
        <w:rPr>
          <w:b/>
          <w:bCs/>
          <w:sz w:val="28"/>
          <w:szCs w:val="28"/>
          <w:lang w:val="kk-KZ"/>
        </w:rPr>
      </w:pPr>
      <w:r w:rsidRPr="00D82BE0">
        <w:rPr>
          <w:b/>
          <w:bCs/>
          <w:sz w:val="28"/>
          <w:szCs w:val="28"/>
          <w:lang w:val="kk-KZ"/>
        </w:rPr>
        <w:lastRenderedPageBreak/>
        <w:t>Астана қаласы «Сарайшық» ауданының сайлау учаскелері</w:t>
      </w:r>
    </w:p>
    <w:p w14:paraId="0C5F2280" w14:textId="77777777" w:rsidR="00634B77" w:rsidRPr="00DC236A" w:rsidRDefault="00634B77" w:rsidP="00634B77">
      <w:pPr>
        <w:ind w:firstLine="709"/>
        <w:jc w:val="both"/>
        <w:rPr>
          <w:sz w:val="28"/>
          <w:szCs w:val="28"/>
          <w:lang w:val="kk-KZ"/>
        </w:rPr>
      </w:pPr>
    </w:p>
    <w:p w14:paraId="38BB4950" w14:textId="77777777" w:rsidR="00634B77" w:rsidRPr="00DC236A" w:rsidRDefault="00634B77" w:rsidP="00634B77">
      <w:pPr>
        <w:keepNext/>
        <w:keepLines/>
        <w:ind w:firstLine="709"/>
        <w:jc w:val="center"/>
        <w:rPr>
          <w:sz w:val="28"/>
          <w:szCs w:val="28"/>
          <w:lang w:val="kk-KZ"/>
        </w:rPr>
      </w:pPr>
      <w:r w:rsidRPr="00DC236A">
        <w:rPr>
          <w:sz w:val="28"/>
          <w:szCs w:val="28"/>
          <w:lang w:val="kk-KZ"/>
        </w:rPr>
        <w:t>№ 268 сайлау учаскесі</w:t>
      </w:r>
    </w:p>
    <w:p w14:paraId="03F8607A"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p w14:paraId="6A99D6B3" w14:textId="77777777" w:rsidR="00634B77" w:rsidRPr="00DC236A" w:rsidRDefault="00634B77" w:rsidP="00634B77">
      <w:pPr>
        <w:keepNext/>
        <w:keepLines/>
        <w:ind w:firstLine="709"/>
        <w:jc w:val="center"/>
        <w:rPr>
          <w:sz w:val="28"/>
          <w:szCs w:val="28"/>
          <w:lang w:val="kk-KZ"/>
        </w:rPr>
      </w:pPr>
    </w:p>
    <w:p w14:paraId="2ACE7B94" w14:textId="77777777" w:rsidR="00634B77" w:rsidRPr="00DC236A" w:rsidRDefault="00634B77" w:rsidP="00634B77">
      <w:pPr>
        <w:ind w:firstLine="709"/>
        <w:jc w:val="both"/>
        <w:rPr>
          <w:sz w:val="28"/>
          <w:szCs w:val="28"/>
          <w:lang w:val="kk-KZ"/>
        </w:rPr>
      </w:pPr>
      <w:r w:rsidRPr="00DC236A">
        <w:rPr>
          <w:sz w:val="28"/>
          <w:szCs w:val="28"/>
          <w:lang w:val="kk-KZ"/>
        </w:rPr>
        <w:t>Шекарасы: Көкжелек көшесінен М. Төлебаев көшесінің тақ сандар жағымен Р. Қошқарбаев даңғылына дейін, Р. Қошқарбаев даңғылының жұп сандар жағымен Қордай көшесіне дейін, Қордай көшесінің жұп сандар жағымен Н. Ахметбеков көшесіне дейін, Н. Ахметбеков көшесінің тақ сандар жағымен Ө. Жәнібек көшесіне дейін, Ө. Жәнібек көшесінің тақ сандар жағымен Көкжелек көшесіне дейін, Көкжелек көшесінің жұп сандар жағымен М. Төлебаев көшесіне дейін.</w:t>
      </w:r>
    </w:p>
    <w:p w14:paraId="4E679B7B" w14:textId="77777777" w:rsidR="00634B77" w:rsidRPr="00DC236A" w:rsidRDefault="00634B77" w:rsidP="00634B77">
      <w:pPr>
        <w:ind w:firstLine="709"/>
        <w:jc w:val="both"/>
        <w:rPr>
          <w:sz w:val="28"/>
          <w:szCs w:val="28"/>
          <w:lang w:val="kk-KZ"/>
        </w:rPr>
      </w:pPr>
    </w:p>
    <w:p w14:paraId="77C498CB" w14:textId="77777777" w:rsidR="00634B77" w:rsidRPr="00DC236A" w:rsidRDefault="00634B77" w:rsidP="00634B77">
      <w:pPr>
        <w:keepNext/>
        <w:keepLines/>
        <w:ind w:firstLine="709"/>
        <w:jc w:val="center"/>
        <w:rPr>
          <w:sz w:val="28"/>
          <w:szCs w:val="28"/>
          <w:lang w:val="kk-KZ"/>
        </w:rPr>
      </w:pPr>
      <w:r w:rsidRPr="00DC236A">
        <w:rPr>
          <w:sz w:val="28"/>
          <w:szCs w:val="28"/>
          <w:lang w:val="kk-KZ"/>
        </w:rPr>
        <w:t>№ 269 сайлау учаскесі</w:t>
      </w:r>
    </w:p>
    <w:p w14:paraId="4C269F27"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«Мәшһүр Жүсіп атындағы </w:t>
      </w:r>
    </w:p>
    <w:p w14:paraId="00B47B4E" w14:textId="77777777" w:rsidR="00634B77" w:rsidRPr="00DC236A" w:rsidRDefault="00634B77" w:rsidP="00634B77">
      <w:pPr>
        <w:keepNext/>
        <w:keepLines/>
        <w:ind w:firstLine="709"/>
        <w:jc w:val="center"/>
        <w:rPr>
          <w:sz w:val="28"/>
          <w:szCs w:val="28"/>
          <w:lang w:val="kk-KZ"/>
        </w:rPr>
      </w:pPr>
      <w:r w:rsidRPr="00DC236A">
        <w:rPr>
          <w:sz w:val="28"/>
          <w:szCs w:val="28"/>
          <w:lang w:val="kk-KZ"/>
        </w:rPr>
        <w:t>№ 57 жалпы орта білім беретін мектеп» шаруашылық жүргізу құқығындағы мемлекеттік коммуналдық кәсіпорны,</w:t>
      </w:r>
    </w:p>
    <w:p w14:paraId="26EB148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«Промышленный» тұрғын алабы, Шарбақты көшесі, № 46)</w:t>
      </w:r>
    </w:p>
    <w:p w14:paraId="237FA443" w14:textId="77777777" w:rsidR="00634B77" w:rsidRPr="00DC236A" w:rsidRDefault="00634B77" w:rsidP="00634B77">
      <w:pPr>
        <w:keepNext/>
        <w:keepLines/>
        <w:ind w:firstLine="709"/>
        <w:jc w:val="center"/>
        <w:rPr>
          <w:sz w:val="28"/>
          <w:szCs w:val="28"/>
          <w:lang w:val="kk-KZ"/>
        </w:rPr>
      </w:pPr>
    </w:p>
    <w:p w14:paraId="72CD712C" w14:textId="77777777" w:rsidR="00634B77" w:rsidRPr="00DC236A" w:rsidRDefault="00634B77" w:rsidP="00634B77">
      <w:pPr>
        <w:ind w:firstLine="709"/>
        <w:jc w:val="both"/>
        <w:rPr>
          <w:sz w:val="28"/>
          <w:szCs w:val="28"/>
          <w:lang w:val="kk-KZ"/>
        </w:rPr>
      </w:pPr>
      <w:r w:rsidRPr="00DC236A">
        <w:rPr>
          <w:sz w:val="28"/>
          <w:szCs w:val="28"/>
          <w:lang w:val="kk-KZ"/>
        </w:rPr>
        <w:t>Шекарасы: Б. Серікбаев көшесінен Құлагер көшесінің тақ сандар жағымен Шалкөде көшесіне дейін, Шалкөде көшесінің тақ сандар жағымен Шарбақты көшесіне дейін, Шарбақты көшесінің жұп сандар жағымен Қордай көшесіне дейін, Қордай көшесінің жұп сандар жағымен Н. Ахметбеков көшесіне дейін, Н. Ахметбеков көшесінің жұп сандар жағымен Ө. Жәнібек көшесіне дейін, Ө. Жәнібек көшесінің жұп сандар жағымен Б. Серікбаев көшесіне дейін, Б. Серікбаев көшесінің жұп сандар жағымен Құлагер көшесіне дейін.</w:t>
      </w:r>
    </w:p>
    <w:p w14:paraId="4E7B8A79" w14:textId="77777777" w:rsidR="00634B77" w:rsidRPr="00DC236A" w:rsidRDefault="00634B77" w:rsidP="00634B77">
      <w:pPr>
        <w:ind w:firstLine="709"/>
        <w:jc w:val="both"/>
        <w:rPr>
          <w:sz w:val="28"/>
          <w:szCs w:val="28"/>
          <w:lang w:val="kk-KZ"/>
        </w:rPr>
      </w:pPr>
    </w:p>
    <w:p w14:paraId="747C3253" w14:textId="77777777" w:rsidR="00634B77" w:rsidRPr="00DC236A" w:rsidRDefault="00634B77" w:rsidP="00634B77">
      <w:pPr>
        <w:keepNext/>
        <w:keepLines/>
        <w:ind w:firstLine="709"/>
        <w:jc w:val="center"/>
        <w:rPr>
          <w:sz w:val="28"/>
          <w:szCs w:val="28"/>
          <w:lang w:val="kk-KZ"/>
        </w:rPr>
      </w:pPr>
      <w:r w:rsidRPr="00DC236A">
        <w:rPr>
          <w:sz w:val="28"/>
          <w:szCs w:val="28"/>
          <w:lang w:val="kk-KZ"/>
        </w:rPr>
        <w:t>№ 270 сайлау учаскесі</w:t>
      </w:r>
    </w:p>
    <w:p w14:paraId="5BA38958"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«Мәшһүр Жүсіп атындағы </w:t>
      </w:r>
    </w:p>
    <w:p w14:paraId="2BD8E417" w14:textId="77777777" w:rsidR="00634B77" w:rsidRPr="00DC236A" w:rsidRDefault="00634B77" w:rsidP="00634B77">
      <w:pPr>
        <w:keepNext/>
        <w:keepLines/>
        <w:ind w:firstLine="709"/>
        <w:jc w:val="center"/>
        <w:rPr>
          <w:sz w:val="28"/>
          <w:szCs w:val="28"/>
          <w:lang w:val="kk-KZ"/>
        </w:rPr>
      </w:pPr>
      <w:r w:rsidRPr="00DC236A">
        <w:rPr>
          <w:sz w:val="28"/>
          <w:szCs w:val="28"/>
          <w:lang w:val="kk-KZ"/>
        </w:rPr>
        <w:t>№ 57 жалпы орта білім беретін мектеп» шаруашылық жүргізу құқығындағы мемлекеттік коммуналдық кәсіпорны, «Промышленный» тұрғын алабы, Шарбақты көшесі, № 46)</w:t>
      </w:r>
    </w:p>
    <w:p w14:paraId="3AB30825" w14:textId="77777777" w:rsidR="00634B77" w:rsidRPr="00DC236A" w:rsidRDefault="00634B77" w:rsidP="00634B77">
      <w:pPr>
        <w:keepNext/>
        <w:keepLines/>
        <w:ind w:firstLine="709"/>
        <w:jc w:val="center"/>
        <w:rPr>
          <w:sz w:val="28"/>
          <w:lang w:val="kk-KZ"/>
        </w:rPr>
      </w:pPr>
    </w:p>
    <w:p w14:paraId="014C395B" w14:textId="77777777" w:rsidR="00634B77" w:rsidRPr="00DC236A" w:rsidRDefault="00634B77" w:rsidP="00634B77">
      <w:pPr>
        <w:ind w:firstLine="709"/>
        <w:jc w:val="both"/>
        <w:rPr>
          <w:b/>
          <w:sz w:val="28"/>
          <w:szCs w:val="28"/>
          <w:lang w:val="kk-KZ"/>
        </w:rPr>
      </w:pPr>
      <w:r w:rsidRPr="00DC236A">
        <w:rPr>
          <w:sz w:val="28"/>
          <w:szCs w:val="28"/>
          <w:lang w:val="kk-KZ"/>
        </w:rPr>
        <w:t>Шекарасы</w:t>
      </w:r>
      <w:r w:rsidRPr="00DC236A">
        <w:rPr>
          <w:rStyle w:val="ae"/>
          <w:sz w:val="28"/>
          <w:szCs w:val="28"/>
          <w:lang w:val="kk-KZ"/>
        </w:rPr>
        <w:t>:</w:t>
      </w:r>
      <w:r w:rsidRPr="00DC236A">
        <w:rPr>
          <w:sz w:val="28"/>
          <w:szCs w:val="28"/>
          <w:lang w:val="kk-KZ"/>
        </w:rPr>
        <w:t xml:space="preserve"> </w:t>
      </w:r>
      <w:r>
        <w:rPr>
          <w:sz w:val="28"/>
          <w:szCs w:val="28"/>
          <w:lang w:val="kk-KZ"/>
        </w:rPr>
        <w:t>А92 көшеден</w:t>
      </w:r>
      <w:r w:rsidRPr="00DC236A">
        <w:rPr>
          <w:sz w:val="28"/>
          <w:szCs w:val="28"/>
          <w:lang w:val="kk-KZ"/>
        </w:rPr>
        <w:t xml:space="preserve"> Шарбақты көшесінің тақ сандар жағымен Құлагер көшесіне дейін, Құлагер көшесімен М. Тынышбайұлы көшесіне дейін, М. Тынышбайұлы көшесінің тақ сандар жағымен А. Байтұрсынұлы көшесіне дейін, А. Байтұрсынұлы көшесін</w:t>
      </w:r>
      <w:r>
        <w:rPr>
          <w:sz w:val="28"/>
          <w:szCs w:val="28"/>
          <w:lang w:val="kk-KZ"/>
        </w:rPr>
        <w:t>ің тақ сандар жағымен А91 көшеге дейін, А91 көшемен А92 көшеге дейін, А92 көше</w:t>
      </w:r>
      <w:r w:rsidRPr="00DC236A">
        <w:rPr>
          <w:sz w:val="28"/>
          <w:szCs w:val="28"/>
          <w:lang w:val="kk-KZ"/>
        </w:rPr>
        <w:t>нің</w:t>
      </w:r>
      <w:r>
        <w:rPr>
          <w:sz w:val="28"/>
          <w:szCs w:val="28"/>
          <w:lang w:val="kk-KZ"/>
        </w:rPr>
        <w:t xml:space="preserve"> жұп сандар жағымен, А91 көшедегі № 17 үйді, А123 көше</w:t>
      </w:r>
      <w:r w:rsidRPr="00DC236A">
        <w:rPr>
          <w:sz w:val="28"/>
          <w:szCs w:val="28"/>
          <w:lang w:val="kk-KZ"/>
        </w:rPr>
        <w:t>дегі № 7, 8 үйлерді қоспағанда, Шарбақты көшесіне дейін.</w:t>
      </w:r>
    </w:p>
    <w:p w14:paraId="6440F73A" w14:textId="77777777" w:rsidR="00634B77" w:rsidRPr="00DC236A" w:rsidRDefault="00634B77" w:rsidP="00634B77">
      <w:pPr>
        <w:ind w:firstLine="709"/>
        <w:jc w:val="both"/>
        <w:rPr>
          <w:sz w:val="28"/>
          <w:szCs w:val="28"/>
          <w:lang w:val="kk-KZ"/>
        </w:rPr>
      </w:pPr>
    </w:p>
    <w:p w14:paraId="2B595B7E"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271 сайлау учаскесі</w:t>
      </w:r>
    </w:p>
    <w:p w14:paraId="1E17B389"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43 қосымша білім беру мектеп-орталығы» шаруашылық жүргізу құқығындағы мемлекеттік коммуналдық кәсіпорны, «Мичурино» тұрғын алабы, Бастау көшесі, № 2)</w:t>
      </w:r>
    </w:p>
    <w:p w14:paraId="0E4F628B" w14:textId="77777777" w:rsidR="00634B77" w:rsidRPr="00DC236A" w:rsidRDefault="00634B77" w:rsidP="00634B77">
      <w:pPr>
        <w:keepNext/>
        <w:keepLines/>
        <w:ind w:firstLine="709"/>
        <w:jc w:val="center"/>
        <w:rPr>
          <w:sz w:val="28"/>
          <w:szCs w:val="28"/>
          <w:lang w:val="kk-KZ"/>
        </w:rPr>
      </w:pPr>
    </w:p>
    <w:p w14:paraId="168424D2" w14:textId="77777777" w:rsidR="00634B77" w:rsidRPr="00DC236A" w:rsidRDefault="00634B77" w:rsidP="00634B77">
      <w:pPr>
        <w:ind w:firstLine="709"/>
        <w:jc w:val="both"/>
        <w:rPr>
          <w:sz w:val="28"/>
          <w:szCs w:val="28"/>
          <w:lang w:val="kk-KZ"/>
        </w:rPr>
      </w:pPr>
      <w:r w:rsidRPr="00DC236A">
        <w:rPr>
          <w:sz w:val="28"/>
          <w:szCs w:val="28"/>
          <w:lang w:val="kk-KZ"/>
        </w:rPr>
        <w:t>Шекарасы: «Мичурино» тұрғын алабының шекарасындағы үйлер.</w:t>
      </w:r>
    </w:p>
    <w:p w14:paraId="66855A36" w14:textId="77777777" w:rsidR="00634B77" w:rsidRPr="00DC236A" w:rsidRDefault="00634B77" w:rsidP="00634B77">
      <w:pPr>
        <w:ind w:firstLine="709"/>
        <w:jc w:val="both"/>
        <w:rPr>
          <w:sz w:val="28"/>
          <w:szCs w:val="28"/>
          <w:lang w:val="kk-KZ"/>
        </w:rPr>
      </w:pPr>
    </w:p>
    <w:p w14:paraId="24E2C63A" w14:textId="77777777" w:rsidR="00634B77" w:rsidRPr="00DC236A" w:rsidRDefault="00634B77" w:rsidP="00634B77">
      <w:pPr>
        <w:keepNext/>
        <w:keepLines/>
        <w:ind w:firstLine="709"/>
        <w:jc w:val="center"/>
        <w:rPr>
          <w:sz w:val="28"/>
          <w:szCs w:val="28"/>
          <w:lang w:val="kk-KZ"/>
        </w:rPr>
      </w:pPr>
      <w:r w:rsidRPr="00DC236A">
        <w:rPr>
          <w:sz w:val="28"/>
          <w:szCs w:val="28"/>
          <w:lang w:val="kk-KZ"/>
        </w:rPr>
        <w:t>№ 272 сайлау учаскесі</w:t>
      </w:r>
    </w:p>
    <w:p w14:paraId="2ADB552C"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«Интернациональный» тұрғын алабы, </w:t>
      </w:r>
    </w:p>
    <w:p w14:paraId="3B5F3201" w14:textId="77777777" w:rsidR="00634B77" w:rsidRPr="00DC236A" w:rsidRDefault="00634B77" w:rsidP="00634B77">
      <w:pPr>
        <w:keepNext/>
        <w:keepLines/>
        <w:ind w:firstLine="709"/>
        <w:jc w:val="center"/>
        <w:rPr>
          <w:sz w:val="28"/>
          <w:szCs w:val="28"/>
          <w:lang w:val="kk-KZ"/>
        </w:rPr>
      </w:pPr>
      <w:r w:rsidRPr="00DC236A">
        <w:rPr>
          <w:sz w:val="28"/>
          <w:szCs w:val="28"/>
          <w:lang w:val="kk-KZ"/>
        </w:rPr>
        <w:t>Нұрлыжол көшесі, № 8)</w:t>
      </w:r>
    </w:p>
    <w:p w14:paraId="4E0E32F8" w14:textId="77777777" w:rsidR="00634B77" w:rsidRPr="00DC236A" w:rsidRDefault="00634B77" w:rsidP="00634B77">
      <w:pPr>
        <w:keepNext/>
        <w:keepLines/>
        <w:ind w:firstLine="709"/>
        <w:jc w:val="center"/>
        <w:rPr>
          <w:sz w:val="28"/>
          <w:szCs w:val="28"/>
          <w:lang w:val="kk-KZ"/>
        </w:rPr>
      </w:pPr>
    </w:p>
    <w:p w14:paraId="11C62F6F" w14:textId="77777777" w:rsidR="00634B77" w:rsidRPr="00DC236A" w:rsidRDefault="00634B77" w:rsidP="00634B77">
      <w:pPr>
        <w:ind w:firstLine="709"/>
        <w:jc w:val="both"/>
        <w:rPr>
          <w:sz w:val="28"/>
          <w:szCs w:val="28"/>
          <w:lang w:val="kk-KZ"/>
        </w:rPr>
      </w:pPr>
      <w:r w:rsidRPr="00DC236A">
        <w:rPr>
          <w:sz w:val="28"/>
          <w:szCs w:val="28"/>
          <w:lang w:val="kk-KZ"/>
        </w:rPr>
        <w:t>Шекарасы: Армандастар көшесінен «Астана – Қарағанды» тас жолының бойымен айналма жолға дейін, айналма жолдың бойымен Есіл өзенінің жағалауына дейін, Есіл өзенінің жағалауымен Көлсай көшесіне дейін, Көлсай көшесінің тақ сандар жағымен Мереке көшесіне дейін, Мереке көшесінің жұп сандар жағымен Армандастар көшесіне дейін, Армандастар көшесінің тақ сандар жағымен, «Village-BAY» коттедж қалашығын, «Интернациональный» тұрғын алабының бау-бақша қоғамдарын қоса алғанда, «Астана – Қарағанды» тас жолына дейін.</w:t>
      </w:r>
    </w:p>
    <w:p w14:paraId="7B1678E8" w14:textId="77777777" w:rsidR="00634B77" w:rsidRPr="00DC236A" w:rsidRDefault="00634B77" w:rsidP="00634B77">
      <w:pPr>
        <w:ind w:firstLine="709"/>
        <w:jc w:val="both"/>
        <w:rPr>
          <w:sz w:val="28"/>
          <w:szCs w:val="28"/>
          <w:lang w:val="kk-KZ"/>
        </w:rPr>
      </w:pPr>
    </w:p>
    <w:p w14:paraId="28295657" w14:textId="77777777" w:rsidR="00634B77" w:rsidRPr="00DC236A" w:rsidRDefault="00634B77" w:rsidP="00634B77">
      <w:pPr>
        <w:keepNext/>
        <w:keepLines/>
        <w:ind w:firstLine="709"/>
        <w:jc w:val="center"/>
        <w:rPr>
          <w:sz w:val="28"/>
          <w:szCs w:val="28"/>
          <w:lang w:val="kk-KZ"/>
        </w:rPr>
      </w:pPr>
      <w:r w:rsidRPr="00DC236A">
        <w:rPr>
          <w:sz w:val="28"/>
          <w:szCs w:val="28"/>
          <w:lang w:val="kk-KZ"/>
        </w:rPr>
        <w:t>№ 273 сайлау учаскесі</w:t>
      </w:r>
    </w:p>
    <w:p w14:paraId="54E21D66"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42 жалпы орта білім беретін мектеп» коммуналдық мемлекеттік мекемесі, «Күйгенжар» тұрғын алабы, Жаңатұрмыс көшесі, № 6/2)</w:t>
      </w:r>
    </w:p>
    <w:p w14:paraId="018EAB13" w14:textId="77777777" w:rsidR="00634B77" w:rsidRPr="00DC236A" w:rsidRDefault="00634B77" w:rsidP="00634B77">
      <w:pPr>
        <w:keepNext/>
        <w:keepLines/>
        <w:ind w:firstLine="709"/>
        <w:jc w:val="both"/>
        <w:rPr>
          <w:sz w:val="28"/>
          <w:szCs w:val="28"/>
          <w:lang w:val="kk-KZ"/>
        </w:rPr>
      </w:pPr>
    </w:p>
    <w:p w14:paraId="5945A349" w14:textId="77777777" w:rsidR="00634B77" w:rsidRPr="00DC236A" w:rsidRDefault="00634B77" w:rsidP="00634B77">
      <w:pPr>
        <w:ind w:firstLine="709"/>
        <w:jc w:val="both"/>
        <w:rPr>
          <w:sz w:val="28"/>
          <w:szCs w:val="28"/>
          <w:lang w:val="kk-KZ"/>
        </w:rPr>
      </w:pPr>
      <w:r w:rsidRPr="00DC236A">
        <w:rPr>
          <w:sz w:val="28"/>
          <w:szCs w:val="28"/>
          <w:lang w:val="kk-KZ"/>
        </w:rPr>
        <w:t>Шекарасы: «Күйгенжар» тұрғын алабының шекарасындағы үйлер.</w:t>
      </w:r>
    </w:p>
    <w:p w14:paraId="5F9607E0" w14:textId="77777777" w:rsidR="00634B77" w:rsidRPr="00DC236A" w:rsidRDefault="00634B77" w:rsidP="00634B77">
      <w:pPr>
        <w:ind w:firstLine="709"/>
        <w:jc w:val="both"/>
        <w:rPr>
          <w:sz w:val="28"/>
          <w:szCs w:val="28"/>
          <w:lang w:val="kk-KZ"/>
        </w:rPr>
      </w:pPr>
    </w:p>
    <w:p w14:paraId="19B9184F" w14:textId="77777777" w:rsidR="00634B77" w:rsidRPr="00DC236A" w:rsidRDefault="00634B77" w:rsidP="00634B77">
      <w:pPr>
        <w:keepNext/>
        <w:keepLines/>
        <w:ind w:firstLine="709"/>
        <w:jc w:val="center"/>
        <w:rPr>
          <w:sz w:val="28"/>
          <w:szCs w:val="28"/>
          <w:lang w:val="kk-KZ"/>
        </w:rPr>
      </w:pPr>
      <w:r w:rsidRPr="00DC236A">
        <w:rPr>
          <w:sz w:val="28"/>
          <w:szCs w:val="28"/>
          <w:lang w:val="kk-KZ"/>
        </w:rPr>
        <w:t>№ 274 сайлау учаскесі</w:t>
      </w:r>
    </w:p>
    <w:p w14:paraId="6CE652CE"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102 </w:t>
      </w:r>
      <w:r w:rsidRPr="00DC236A">
        <w:rPr>
          <w:sz w:val="28"/>
          <w:szCs w:val="28"/>
          <w:lang w:val="kk-KZ"/>
        </w:rPr>
        <w:t>жалпы орта білім беретін мектеп</w:t>
      </w:r>
      <w:r w:rsidRPr="00DC236A">
        <w:rPr>
          <w:sz w:val="28"/>
          <w:lang w:val="kk-KZ"/>
        </w:rPr>
        <w:t>» коммуналдық мемлекеттік мекемесі, А. Байтұрсынұлы көшесі, № 7)</w:t>
      </w:r>
    </w:p>
    <w:p w14:paraId="5B03AD4F" w14:textId="77777777" w:rsidR="00634B77" w:rsidRPr="00DC236A" w:rsidRDefault="00634B77" w:rsidP="00634B77">
      <w:pPr>
        <w:keepNext/>
        <w:keepLines/>
        <w:ind w:firstLine="709"/>
        <w:jc w:val="center"/>
        <w:rPr>
          <w:sz w:val="28"/>
          <w:lang w:val="kk-KZ"/>
        </w:rPr>
      </w:pPr>
    </w:p>
    <w:p w14:paraId="371C8EEF"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даңғылынан Тәуелсіздік даңғылының тақ сандар жағымен Ж. Нәжімеденов көшесіне дейін, Ж. Нәжімеденов көшесінің тақ сандар жағымен Есіл өзенінің жағалауына дейін, Есіл өзенінің жағалауы бойымен Р. Қошқарбаев даңғылына дейін, Р. Қошқарбаев даңғылының жұп сандар жағымен Р. Қошқарбаев даңғылындағы № 8, 10, 10/1 үйлерді, А. Байтұрсынұлы көшесіндегі № 7, 9 үйлерді қоспағанда, Тәуелсіздік даңғылына дейін.</w:t>
      </w:r>
    </w:p>
    <w:p w14:paraId="5DA43B7E" w14:textId="77777777" w:rsidR="00634B77" w:rsidRPr="00DC236A" w:rsidRDefault="00634B77" w:rsidP="00634B77">
      <w:pPr>
        <w:ind w:firstLine="709"/>
        <w:jc w:val="both"/>
        <w:rPr>
          <w:sz w:val="28"/>
          <w:szCs w:val="28"/>
          <w:lang w:val="kk-KZ"/>
        </w:rPr>
      </w:pPr>
    </w:p>
    <w:p w14:paraId="008B345B"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275 сайлау учаскесі</w:t>
      </w:r>
    </w:p>
    <w:p w14:paraId="776449E4"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5D73B0EE" w14:textId="77777777" w:rsidR="00634B77" w:rsidRPr="00DC236A" w:rsidRDefault="00634B77" w:rsidP="00634B77">
      <w:pPr>
        <w:keepNext/>
        <w:keepLines/>
        <w:ind w:firstLine="709"/>
        <w:jc w:val="center"/>
        <w:rPr>
          <w:sz w:val="28"/>
          <w:szCs w:val="28"/>
          <w:lang w:val="kk-KZ"/>
        </w:rPr>
      </w:pPr>
    </w:p>
    <w:p w14:paraId="3A577EA4" w14:textId="77777777" w:rsidR="00634B77" w:rsidRPr="00DC236A" w:rsidRDefault="00634B77" w:rsidP="00634B77">
      <w:pPr>
        <w:ind w:firstLine="709"/>
        <w:jc w:val="both"/>
        <w:rPr>
          <w:sz w:val="28"/>
          <w:szCs w:val="28"/>
          <w:lang w:val="kk-KZ"/>
        </w:rPr>
      </w:pPr>
      <w:r w:rsidRPr="00DC236A">
        <w:rPr>
          <w:sz w:val="28"/>
          <w:szCs w:val="28"/>
          <w:lang w:val="kk-KZ"/>
        </w:rPr>
        <w:t>Шекарасы: М. Жұмабаев даңғылынан К. Әзірбаев көшесінің жұп сандар жағымен А. Бөлекпаев көшесіне дейін, А. Бөлекпаев көшесінің тақ сандар жағымен М. Жұмабаев даңғылына дейін, М. Жұмабаев даңғылының тақ сандар жағымен А. Бөлекпаев көшесіндегі № 13 үйді қоспағанда, К. Әзірбаев көшесіне дейін.</w:t>
      </w:r>
    </w:p>
    <w:p w14:paraId="49A22DCC" w14:textId="77777777" w:rsidR="00634B77" w:rsidRPr="00DC236A" w:rsidRDefault="00634B77" w:rsidP="00634B77">
      <w:pPr>
        <w:ind w:firstLine="709"/>
        <w:jc w:val="both"/>
        <w:rPr>
          <w:sz w:val="28"/>
          <w:szCs w:val="28"/>
          <w:lang w:val="kk-KZ"/>
        </w:rPr>
      </w:pPr>
    </w:p>
    <w:p w14:paraId="6DC3CB3D" w14:textId="77777777" w:rsidR="00634B77" w:rsidRPr="00DC236A" w:rsidRDefault="00634B77" w:rsidP="00634B77">
      <w:pPr>
        <w:keepNext/>
        <w:keepLines/>
        <w:ind w:firstLine="709"/>
        <w:jc w:val="center"/>
        <w:rPr>
          <w:sz w:val="28"/>
          <w:szCs w:val="28"/>
          <w:lang w:val="kk-KZ"/>
        </w:rPr>
      </w:pPr>
      <w:r w:rsidRPr="00DC236A">
        <w:rPr>
          <w:sz w:val="28"/>
          <w:szCs w:val="28"/>
          <w:lang w:val="kk-KZ"/>
        </w:rPr>
        <w:t>№ 276 сайлау учаскесі</w:t>
      </w:r>
    </w:p>
    <w:p w14:paraId="0B58E517"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72 мектеп-лицей» шаруашылық жүргізу құқығындағы мемлекеттік коммуналдық кәсіпорны, </w:t>
      </w:r>
    </w:p>
    <w:p w14:paraId="6C5955A1" w14:textId="77777777" w:rsidR="00634B77" w:rsidRPr="00DC236A" w:rsidRDefault="00634B77" w:rsidP="00634B77">
      <w:pPr>
        <w:keepNext/>
        <w:keepLines/>
        <w:ind w:firstLine="709"/>
        <w:jc w:val="center"/>
        <w:rPr>
          <w:sz w:val="28"/>
          <w:szCs w:val="28"/>
          <w:lang w:val="kk-KZ"/>
        </w:rPr>
      </w:pPr>
      <w:r w:rsidRPr="00DC236A">
        <w:rPr>
          <w:sz w:val="28"/>
          <w:szCs w:val="28"/>
          <w:lang w:val="kk-KZ"/>
        </w:rPr>
        <w:t>А. Байтұрсынұлы көшесі, № 25)</w:t>
      </w:r>
    </w:p>
    <w:p w14:paraId="3A36FD1F" w14:textId="77777777" w:rsidR="00634B77" w:rsidRPr="00DC236A" w:rsidRDefault="00634B77" w:rsidP="00634B77">
      <w:pPr>
        <w:keepNext/>
        <w:keepLines/>
        <w:ind w:firstLine="709"/>
        <w:jc w:val="center"/>
        <w:rPr>
          <w:sz w:val="28"/>
          <w:szCs w:val="28"/>
          <w:lang w:val="kk-KZ"/>
        </w:rPr>
      </w:pPr>
    </w:p>
    <w:p w14:paraId="6A995D02"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44, 46, 46/1, 46/2, 48, 50, 50/1 үйлер, К. Әзірбаев көшесі, № 37/1, 39, 41 үйлер.</w:t>
      </w:r>
    </w:p>
    <w:p w14:paraId="18921243" w14:textId="77777777" w:rsidR="00634B77" w:rsidRPr="00361D60" w:rsidRDefault="00634B77" w:rsidP="00634B77">
      <w:pPr>
        <w:ind w:firstLine="709"/>
        <w:jc w:val="both"/>
        <w:rPr>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D34378" w14:textId="77777777" w:rsidR="00634B77" w:rsidRPr="00DC236A" w:rsidRDefault="00634B77" w:rsidP="00634B77">
      <w:pPr>
        <w:keepNext/>
        <w:keepLines/>
        <w:spacing w:line="259" w:lineRule="auto"/>
        <w:jc w:val="center"/>
        <w:rPr>
          <w:sz w:val="28"/>
          <w:szCs w:val="28"/>
          <w:lang w:val="kk-KZ"/>
        </w:rPr>
      </w:pPr>
      <w:r w:rsidRPr="001C6F47">
        <w:rPr>
          <w:sz w:val="28"/>
          <w:szCs w:val="28"/>
          <w:lang w:val="kk-KZ"/>
        </w:rPr>
        <w:t>№ 277 сайлау учаскесі</w:t>
      </w:r>
      <w:r w:rsidRPr="001C6F47">
        <w:rPr>
          <w:sz w:val="28"/>
          <w:szCs w:val="28"/>
          <w:lang w:val="kk-KZ"/>
        </w:rPr>
        <w:br/>
      </w:r>
      <w:r w:rsidRPr="00DC236A">
        <w:rPr>
          <w:sz w:val="28"/>
          <w:szCs w:val="28"/>
          <w:lang w:val="kk-KZ"/>
        </w:rPr>
        <w:t>(орталығы – Қазақстан Республикасы Мәдениет және ақпарат министрлігі Мәдениет комитетінің «Қалибек Қуанышбаев атындағы Мемлекеттік академиялық қазақ музыкалық-драма театры» республикалық мемлекеттік қазыналық кәсіпорны, Қ. Қуанышбаев көшесі, № 8/1)</w:t>
      </w:r>
    </w:p>
    <w:p w14:paraId="61D03619" w14:textId="77777777" w:rsidR="00634B77" w:rsidRPr="00DC236A" w:rsidRDefault="00634B77" w:rsidP="00634B77">
      <w:pPr>
        <w:keepNext/>
        <w:keepLines/>
        <w:ind w:firstLine="709"/>
        <w:jc w:val="center"/>
        <w:rPr>
          <w:sz w:val="28"/>
          <w:szCs w:val="28"/>
          <w:lang w:val="kk-KZ"/>
        </w:rPr>
      </w:pPr>
    </w:p>
    <w:p w14:paraId="0BB83F51" w14:textId="77777777" w:rsidR="00634B77" w:rsidRPr="00DC236A" w:rsidRDefault="00634B77" w:rsidP="00634B77">
      <w:pPr>
        <w:ind w:firstLine="709"/>
        <w:jc w:val="both"/>
        <w:rPr>
          <w:sz w:val="28"/>
          <w:szCs w:val="28"/>
          <w:lang w:val="kk-KZ"/>
        </w:rPr>
      </w:pPr>
      <w:r w:rsidRPr="00DC236A">
        <w:rPr>
          <w:sz w:val="28"/>
          <w:szCs w:val="28"/>
          <w:lang w:val="kk-KZ"/>
        </w:rPr>
        <w:t>Шекарасы: Қ. Қуанышбаев көшесі, № 12, 12/1, 14 үйлер, Р. Қошқарбаев даңғылы, № 30, 32, 32/1, 32/2, 32/3 үйлер, А. Байтұрсынұлы көшесі, № 23, 23/1, 23/2 үйлер.</w:t>
      </w:r>
    </w:p>
    <w:p w14:paraId="3661BEEC" w14:textId="77777777" w:rsidR="00634B77" w:rsidRPr="00DC236A" w:rsidRDefault="00634B77" w:rsidP="00634B77">
      <w:pPr>
        <w:ind w:firstLine="709"/>
        <w:jc w:val="center"/>
        <w:rPr>
          <w:sz w:val="28"/>
          <w:szCs w:val="28"/>
          <w:lang w:val="kk-KZ"/>
        </w:rPr>
      </w:pPr>
    </w:p>
    <w:p w14:paraId="5EE63BEC" w14:textId="77777777" w:rsidR="00634B77" w:rsidRPr="00DC236A" w:rsidRDefault="00634B77" w:rsidP="00634B77">
      <w:pPr>
        <w:keepNext/>
        <w:keepLines/>
        <w:ind w:firstLine="709"/>
        <w:jc w:val="center"/>
        <w:rPr>
          <w:sz w:val="28"/>
          <w:szCs w:val="28"/>
          <w:lang w:val="kk-KZ"/>
        </w:rPr>
      </w:pPr>
      <w:r w:rsidRPr="00DC236A">
        <w:rPr>
          <w:sz w:val="28"/>
          <w:szCs w:val="28"/>
          <w:lang w:val="kk-KZ"/>
        </w:rPr>
        <w:t>№ 278 сайлау учаскесі</w:t>
      </w:r>
    </w:p>
    <w:p w14:paraId="4195C4EB"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73 мектеп-лицей» шаруашылық жүргізу құқығындағы мемлекеттік коммуналдық кәсіпорны, </w:t>
      </w:r>
    </w:p>
    <w:p w14:paraId="29B052B3" w14:textId="77777777" w:rsidR="00634B77" w:rsidRPr="00DC236A" w:rsidRDefault="00634B77" w:rsidP="00634B77">
      <w:pPr>
        <w:keepNext/>
        <w:keepLines/>
        <w:ind w:firstLine="709"/>
        <w:jc w:val="center"/>
        <w:rPr>
          <w:sz w:val="28"/>
          <w:szCs w:val="28"/>
          <w:lang w:val="kk-KZ"/>
        </w:rPr>
      </w:pPr>
      <w:r>
        <w:rPr>
          <w:sz w:val="28"/>
          <w:szCs w:val="28"/>
          <w:lang w:val="kk-KZ"/>
        </w:rPr>
        <w:t>А191 көше</w:t>
      </w:r>
      <w:r w:rsidRPr="00DC236A">
        <w:rPr>
          <w:sz w:val="28"/>
          <w:szCs w:val="28"/>
          <w:lang w:val="kk-KZ"/>
        </w:rPr>
        <w:t>, № 2)</w:t>
      </w:r>
    </w:p>
    <w:p w14:paraId="6C616302" w14:textId="77777777" w:rsidR="00634B77" w:rsidRPr="00DC236A" w:rsidRDefault="00634B77" w:rsidP="00634B77">
      <w:pPr>
        <w:keepNext/>
        <w:keepLines/>
        <w:ind w:firstLine="709"/>
        <w:jc w:val="center"/>
        <w:rPr>
          <w:sz w:val="28"/>
          <w:szCs w:val="28"/>
          <w:lang w:val="kk-KZ"/>
        </w:rPr>
      </w:pPr>
    </w:p>
    <w:p w14:paraId="6F20369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rStyle w:val="ae"/>
          <w:sz w:val="28"/>
          <w:szCs w:val="28"/>
          <w:lang w:val="kk-KZ"/>
        </w:rPr>
        <w:t>:</w:t>
      </w:r>
      <w:r w:rsidRPr="00DC236A">
        <w:rPr>
          <w:sz w:val="28"/>
          <w:szCs w:val="28"/>
          <w:lang w:val="kk-KZ"/>
        </w:rPr>
        <w:t xml:space="preserve"> Тәуелсіздік даңғылынан Ш. Қалдаяқов көшесінің жұп сандар жағымен К. Әзірбаев көшесіне дейін, К. Әзірбаев көшесімен Есіл өзенінің жағалауына дейін, Есіл өзенінің жағалауы бойымен Тәуелсіздік даңғылына дейін, Тәуелсіздік даңғылының жұп сандар жағымен Ш. Қалдаяқов көшесіне дейін. </w:t>
      </w:r>
    </w:p>
    <w:p w14:paraId="41DB2A3A" w14:textId="77777777" w:rsidR="00634B77" w:rsidRPr="00DC236A" w:rsidRDefault="00634B77" w:rsidP="00634B77">
      <w:pPr>
        <w:ind w:firstLine="709"/>
        <w:jc w:val="both"/>
        <w:rPr>
          <w:sz w:val="28"/>
          <w:szCs w:val="28"/>
          <w:lang w:val="kk-KZ"/>
        </w:rPr>
      </w:pPr>
    </w:p>
    <w:p w14:paraId="0FEFD827"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279 сайлау учаскесі</w:t>
      </w:r>
    </w:p>
    <w:p w14:paraId="7F4404EA"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6F7D806A"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3CB442A4" w14:textId="77777777" w:rsidR="00634B77" w:rsidRPr="00DC236A" w:rsidRDefault="00634B77" w:rsidP="00634B77">
      <w:pPr>
        <w:keepNext/>
        <w:keepLines/>
        <w:ind w:firstLine="709"/>
        <w:jc w:val="center"/>
        <w:rPr>
          <w:sz w:val="28"/>
          <w:szCs w:val="28"/>
          <w:lang w:val="kk-KZ"/>
        </w:rPr>
      </w:pPr>
    </w:p>
    <w:p w14:paraId="6A6D6937" w14:textId="77777777" w:rsidR="00634B77" w:rsidRPr="00DC236A" w:rsidRDefault="00634B77" w:rsidP="00634B77">
      <w:pPr>
        <w:ind w:firstLine="709"/>
        <w:jc w:val="both"/>
        <w:rPr>
          <w:sz w:val="28"/>
          <w:szCs w:val="28"/>
          <w:lang w:val="kk-KZ"/>
        </w:rPr>
      </w:pPr>
      <w:r w:rsidRPr="00DC236A">
        <w:rPr>
          <w:sz w:val="28"/>
          <w:szCs w:val="28"/>
          <w:lang w:val="kk-KZ"/>
        </w:rPr>
        <w:t>Шекарасы: Т. Жүргенов көшесінен Р. Қошқарбаев даңғылының жұп сандар жағымен Қордай көшесіне дейін, Қордай көшесінің тақ сандар жағымен К. Әзірбаев көшесіне дейін, К. Әзірбаев көшесінің тақ сандар жағымен Т. Жүргенов көшесіне дейін, Т. Жүргенов көшесінің жұп сандар жағымен Р. Қошқарбаев даңғылына дейін.</w:t>
      </w:r>
    </w:p>
    <w:p w14:paraId="026A4271" w14:textId="77777777" w:rsidR="00634B77" w:rsidRPr="00DC236A" w:rsidRDefault="00634B77" w:rsidP="00634B77">
      <w:pPr>
        <w:ind w:firstLine="709"/>
        <w:jc w:val="both"/>
        <w:rPr>
          <w:sz w:val="28"/>
          <w:szCs w:val="28"/>
          <w:lang w:val="kk-KZ"/>
        </w:rPr>
      </w:pPr>
    </w:p>
    <w:p w14:paraId="4183AC43" w14:textId="77777777" w:rsidR="00634B77" w:rsidRPr="00DC236A" w:rsidRDefault="00634B77" w:rsidP="00634B77">
      <w:pPr>
        <w:keepNext/>
        <w:keepLines/>
        <w:ind w:firstLine="709"/>
        <w:jc w:val="center"/>
        <w:rPr>
          <w:sz w:val="28"/>
          <w:szCs w:val="28"/>
          <w:lang w:val="kk-KZ"/>
        </w:rPr>
      </w:pPr>
      <w:r w:rsidRPr="00DC236A">
        <w:rPr>
          <w:sz w:val="28"/>
          <w:szCs w:val="28"/>
          <w:lang w:val="kk-KZ"/>
        </w:rPr>
        <w:t>№ 280 сайлау учаскесі</w:t>
      </w:r>
    </w:p>
    <w:p w14:paraId="73745D8E"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23611E9"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«Binom school» мектеп-лицейі,</w:t>
      </w:r>
    </w:p>
    <w:p w14:paraId="7F5A0543"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3B88D194" w14:textId="77777777" w:rsidR="00634B77" w:rsidRPr="00DC236A" w:rsidRDefault="00634B77" w:rsidP="00634B77">
      <w:pPr>
        <w:keepNext/>
        <w:keepLines/>
        <w:jc w:val="center"/>
        <w:rPr>
          <w:sz w:val="28"/>
          <w:lang w:val="kk-KZ"/>
        </w:rPr>
      </w:pPr>
    </w:p>
    <w:p w14:paraId="0ADCE686"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көшесінен Ұлы Дала даңғылына дейін, Ұлы Дала даңғылының жұп сандар жағымен А. Байтұрсынұлы көшесіне дейін, А. Байтұрсынұлы көшесінің жұп сандар жағымен М. Тынышбайұлы көшесіне дейін, М. Тынышбайұлы көшесінің тақ сандар жағымен Ж. Нәжімеденов көшесіне дейін, Ж. Нәжімеденов көшесінің тақ сандар жағымен, Ж. Нәжімеденов көшесіндегі № 17, 19, 27, 29, 31 үйлерді, А. Байтұрсынұлы көшесіндегі № 20, 20А, 20/2, 22 үйлерді қоспағанда, Ұлы Дала даңғылына дейін.</w:t>
      </w:r>
    </w:p>
    <w:p w14:paraId="5784484B" w14:textId="77777777" w:rsidR="00634B77" w:rsidRPr="00DC236A" w:rsidRDefault="00634B77" w:rsidP="00634B77">
      <w:pPr>
        <w:ind w:firstLine="709"/>
        <w:jc w:val="center"/>
        <w:rPr>
          <w:sz w:val="28"/>
          <w:szCs w:val="28"/>
          <w:lang w:val="kk-KZ"/>
        </w:rPr>
      </w:pPr>
    </w:p>
    <w:p w14:paraId="08D64622" w14:textId="77777777" w:rsidR="00634B77" w:rsidRPr="00DC236A" w:rsidRDefault="00634B77" w:rsidP="00634B77">
      <w:pPr>
        <w:keepNext/>
        <w:keepLines/>
        <w:ind w:firstLine="709"/>
        <w:jc w:val="center"/>
        <w:rPr>
          <w:sz w:val="28"/>
          <w:szCs w:val="28"/>
          <w:lang w:val="kk-KZ"/>
        </w:rPr>
      </w:pPr>
      <w:r w:rsidRPr="00DC236A">
        <w:rPr>
          <w:sz w:val="28"/>
          <w:szCs w:val="28"/>
          <w:lang w:val="kk-KZ"/>
        </w:rPr>
        <w:t>№ 281 сайлау учаскесі</w:t>
      </w:r>
    </w:p>
    <w:p w14:paraId="1F4D3482"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98 мектеп-лицей» шаруашылық жүргізу құқығындағы мемлекеттік коммуналдық кәсіпорны, </w:t>
      </w:r>
    </w:p>
    <w:p w14:paraId="6FE434DE"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8)</w:t>
      </w:r>
    </w:p>
    <w:p w14:paraId="20CD1A18" w14:textId="77777777" w:rsidR="00634B77" w:rsidRPr="00DC236A" w:rsidRDefault="00634B77" w:rsidP="00634B77">
      <w:pPr>
        <w:keepNext/>
        <w:keepLines/>
        <w:ind w:firstLine="709"/>
        <w:jc w:val="center"/>
        <w:rPr>
          <w:sz w:val="28"/>
          <w:szCs w:val="28"/>
          <w:lang w:val="kk-KZ"/>
        </w:rPr>
      </w:pPr>
    </w:p>
    <w:p w14:paraId="776EBE7E" w14:textId="77777777" w:rsidR="00634B77" w:rsidRPr="00DC236A" w:rsidRDefault="00634B77" w:rsidP="00634B77">
      <w:pPr>
        <w:ind w:firstLine="709"/>
        <w:jc w:val="both"/>
        <w:rPr>
          <w:sz w:val="28"/>
          <w:szCs w:val="28"/>
          <w:lang w:val="kk-KZ"/>
        </w:rPr>
      </w:pPr>
      <w:r w:rsidRPr="00DC236A">
        <w:rPr>
          <w:sz w:val="28"/>
          <w:szCs w:val="28"/>
          <w:lang w:val="kk-KZ"/>
        </w:rPr>
        <w:t>Шекарасы: Ш. Қалдаяқов көшесі, № 1, 3, 11 үйлер.</w:t>
      </w:r>
    </w:p>
    <w:p w14:paraId="6E8ED551" w14:textId="77777777" w:rsidR="00634B77" w:rsidRPr="00DC236A" w:rsidRDefault="00634B77" w:rsidP="00634B77">
      <w:pPr>
        <w:spacing w:after="160" w:line="259" w:lineRule="auto"/>
        <w:rPr>
          <w:sz w:val="28"/>
          <w:szCs w:val="28"/>
          <w:lang w:val="kk-KZ"/>
        </w:rPr>
      </w:pPr>
    </w:p>
    <w:p w14:paraId="789A73D7" w14:textId="77777777" w:rsidR="00634B77" w:rsidRPr="00DC236A" w:rsidRDefault="00634B77" w:rsidP="00634B77">
      <w:pPr>
        <w:keepNext/>
        <w:keepLines/>
        <w:ind w:firstLine="709"/>
        <w:jc w:val="center"/>
        <w:rPr>
          <w:sz w:val="28"/>
          <w:szCs w:val="28"/>
          <w:lang w:val="kk-KZ"/>
        </w:rPr>
      </w:pPr>
      <w:r w:rsidRPr="00DC236A">
        <w:rPr>
          <w:sz w:val="28"/>
          <w:szCs w:val="28"/>
          <w:lang w:val="kk-KZ"/>
        </w:rPr>
        <w:t>№ 282 сайлау учаскесі</w:t>
      </w:r>
    </w:p>
    <w:p w14:paraId="585B0334" w14:textId="77777777" w:rsidR="00634B77" w:rsidRPr="00DC236A" w:rsidRDefault="00634B77" w:rsidP="00634B77">
      <w:pPr>
        <w:keepNext/>
        <w:keepLines/>
        <w:jc w:val="center"/>
        <w:rPr>
          <w:sz w:val="28"/>
          <w:szCs w:val="28"/>
          <w:lang w:val="kk-KZ"/>
        </w:rPr>
      </w:pPr>
      <w:r w:rsidRPr="00DC236A">
        <w:rPr>
          <w:sz w:val="28"/>
          <w:szCs w:val="28"/>
          <w:lang w:val="kk-KZ"/>
        </w:rPr>
        <w:t>(орталығы – Қазақстан Республикасы Мәдениет және ақпарат министрлігі Мәдениет комитетінің «Қазақстан Республикасының Ұлттық мұражайы» республикалық мемлекеттік қазыналық кәсіпорны, Тәуелсіздік даңғылы, № 54)</w:t>
      </w:r>
    </w:p>
    <w:p w14:paraId="3696C4B9" w14:textId="77777777" w:rsidR="00634B77" w:rsidRPr="00DC236A" w:rsidRDefault="00634B77" w:rsidP="00634B77">
      <w:pPr>
        <w:keepNext/>
        <w:keepLines/>
        <w:ind w:firstLine="709"/>
        <w:jc w:val="center"/>
        <w:rPr>
          <w:sz w:val="28"/>
          <w:szCs w:val="28"/>
          <w:lang w:val="kk-KZ"/>
        </w:rPr>
      </w:pPr>
    </w:p>
    <w:p w14:paraId="5105B716"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16, 18/3, 20 үйлер, Ш. Қалдаяқов көшесі, № 19, 19/1, 21, 21/1, 21/2 үйлер, С. Нұрмағамбетов көшесі, № 19, 21, 21/1 үйлер.</w:t>
      </w:r>
    </w:p>
    <w:p w14:paraId="634DA493" w14:textId="77777777" w:rsidR="00634B77" w:rsidRPr="00DC236A" w:rsidRDefault="00634B77" w:rsidP="00634B77">
      <w:pPr>
        <w:ind w:firstLine="709"/>
        <w:jc w:val="center"/>
        <w:rPr>
          <w:sz w:val="28"/>
          <w:szCs w:val="28"/>
          <w:lang w:val="kk-KZ"/>
        </w:rPr>
      </w:pPr>
    </w:p>
    <w:p w14:paraId="34AF9696" w14:textId="77777777" w:rsidR="00634B77" w:rsidRPr="00DC236A" w:rsidRDefault="00634B77" w:rsidP="00634B77">
      <w:pPr>
        <w:keepNext/>
        <w:keepLines/>
        <w:ind w:firstLine="709"/>
        <w:jc w:val="center"/>
        <w:rPr>
          <w:sz w:val="28"/>
          <w:szCs w:val="28"/>
          <w:lang w:val="kk-KZ"/>
        </w:rPr>
      </w:pPr>
      <w:r w:rsidRPr="001C6F47">
        <w:rPr>
          <w:sz w:val="28"/>
          <w:szCs w:val="28"/>
          <w:lang w:val="kk-KZ"/>
        </w:rPr>
        <w:lastRenderedPageBreak/>
        <w:t>№ 283 сайлау учаскесі</w:t>
      </w:r>
      <w:r w:rsidRPr="001C6F47">
        <w:rPr>
          <w:sz w:val="28"/>
          <w:szCs w:val="28"/>
          <w:lang w:val="kk-KZ"/>
        </w:rPr>
        <w:br/>
      </w:r>
      <w:r w:rsidRPr="00DC236A">
        <w:rPr>
          <w:sz w:val="28"/>
          <w:szCs w:val="28"/>
          <w:lang w:val="kk-KZ"/>
        </w:rPr>
        <w:t>(орталығы – Күләш Байсейітова атындағы Қазақ ұлттық өнер университеті, Тәуелсіздік даңғылы, № 50)</w:t>
      </w:r>
    </w:p>
    <w:p w14:paraId="4F30C3A5" w14:textId="77777777" w:rsidR="00634B77" w:rsidRPr="00DC236A" w:rsidRDefault="00634B77" w:rsidP="00634B77">
      <w:pPr>
        <w:keepNext/>
        <w:keepLines/>
        <w:ind w:firstLine="709"/>
        <w:jc w:val="center"/>
        <w:rPr>
          <w:sz w:val="28"/>
          <w:szCs w:val="28"/>
          <w:lang w:val="kk-KZ"/>
        </w:rPr>
      </w:pPr>
    </w:p>
    <w:p w14:paraId="1CCE71E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Қ. Аманжолов көшесінен А. Байтұрсынұлы көшесінің жұп сандар жағымен Қ. Қуанышбаев көшесіне дейін, Қ. Қуанышбаев көшесінің тақ сандар жағымен Ж. Нәжімеденов көшесіне дейін, Ж. Нәжімеденов көшесінің тақ сандар жағымен Қ. Аманжолов көшесіне дейін, Қ. Аманжолов көшесінің жұп сандар жағымен А. Байтұрсынұлы көшесіне дейін.</w:t>
      </w:r>
    </w:p>
    <w:p w14:paraId="36F4600B" w14:textId="77777777" w:rsidR="00634B77" w:rsidRPr="00DC236A" w:rsidRDefault="00634B77" w:rsidP="00634B77">
      <w:pPr>
        <w:ind w:firstLine="709"/>
        <w:jc w:val="both"/>
        <w:rPr>
          <w:sz w:val="28"/>
          <w:szCs w:val="28"/>
          <w:lang w:val="kk-KZ"/>
        </w:rPr>
      </w:pPr>
    </w:p>
    <w:p w14:paraId="58155784"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284 сайлау учаскесі </w:t>
      </w:r>
    </w:p>
    <w:p w14:paraId="45CB54C5"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Қазақстан Республикасы Мәдениет және ақпарат министрлігі </w:t>
      </w:r>
    </w:p>
    <w:p w14:paraId="247FE00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Мәдениет комитетінің «Қалибек Қуанышбаев атындағы Мемлекеттік </w:t>
      </w:r>
    </w:p>
    <w:p w14:paraId="58C28446"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академиялық қазақ музыкалық-драма театры» республикалық </w:t>
      </w:r>
    </w:p>
    <w:p w14:paraId="39594473" w14:textId="77777777" w:rsidR="00634B77" w:rsidRPr="00DC236A" w:rsidRDefault="00634B77" w:rsidP="00634B77">
      <w:pPr>
        <w:keepNext/>
        <w:keepLines/>
        <w:ind w:firstLine="709"/>
        <w:jc w:val="center"/>
        <w:rPr>
          <w:sz w:val="28"/>
          <w:szCs w:val="28"/>
          <w:lang w:val="kk-KZ"/>
        </w:rPr>
      </w:pPr>
      <w:r w:rsidRPr="00DC236A">
        <w:rPr>
          <w:sz w:val="28"/>
          <w:szCs w:val="28"/>
          <w:lang w:val="kk-KZ"/>
        </w:rPr>
        <w:t>мемлекеттік қазыналық кәсіпорны, Қ. Қуанышбаев көшесі, № 8/1)</w:t>
      </w:r>
    </w:p>
    <w:p w14:paraId="30A3D382" w14:textId="77777777" w:rsidR="00634B77" w:rsidRPr="00DC236A" w:rsidRDefault="00634B77" w:rsidP="00634B77">
      <w:pPr>
        <w:keepNext/>
        <w:keepLines/>
        <w:ind w:firstLine="709"/>
        <w:jc w:val="center"/>
        <w:rPr>
          <w:sz w:val="28"/>
          <w:szCs w:val="28"/>
          <w:lang w:val="kk-KZ"/>
        </w:rPr>
      </w:pPr>
    </w:p>
    <w:p w14:paraId="17F5F301" w14:textId="77777777" w:rsidR="00634B77" w:rsidRPr="00DC236A" w:rsidRDefault="00634B77" w:rsidP="00634B77">
      <w:pPr>
        <w:ind w:firstLine="709"/>
        <w:jc w:val="both"/>
        <w:rPr>
          <w:sz w:val="28"/>
          <w:szCs w:val="28"/>
          <w:lang w:val="kk-KZ"/>
        </w:rPr>
      </w:pPr>
      <w:r w:rsidRPr="00DC236A">
        <w:rPr>
          <w:sz w:val="28"/>
          <w:szCs w:val="28"/>
          <w:lang w:val="kk-KZ"/>
        </w:rPr>
        <w:t xml:space="preserve">Шекарасы: Қ. Қуанышбаев көшесінен бастап, А. Байтұрсынұлы көшесінің жұп сандар жағымен С. Нұрмағамбетов көшесіне дейін, С. Нұрмағамбетов көшесінің тақ сандар жағымен Ж. Нәжімеденов көшесіне дейін, Ж. Нәжімеденов көшесінің тақ сандар жағымен Қ. Қуанышбаев көшесіне дейін, Қ. Қуанышбаев көшесінің жұп сандар жағымен С. Нұрмағамбетов көшесіндегі № 29 үйді, А. Байтұрсынұлы көшесіндегі № 2 үйді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қоспағанда,</w:t>
      </w:r>
      <w:r w:rsidRPr="00DC236A">
        <w:rPr>
          <w:sz w:val="28"/>
          <w:szCs w:val="28"/>
          <w:lang w:val="kk-KZ"/>
        </w:rPr>
        <w:t xml:space="preserve"> А. Байтұрсынұлы көшесіне дейін</w:t>
      </w:r>
      <w:r w:rsidRPr="00DC236A">
        <w:rPr>
          <w:bCs/>
          <w:sz w:val="28"/>
          <w:szCs w:val="28"/>
          <w:lang w:val="kk-KZ"/>
        </w:rPr>
        <w:t>.</w:t>
      </w:r>
    </w:p>
    <w:p w14:paraId="5178197F" w14:textId="77777777" w:rsidR="00634B77" w:rsidRPr="00DC236A" w:rsidRDefault="00634B77" w:rsidP="00634B77">
      <w:pPr>
        <w:spacing w:line="259" w:lineRule="auto"/>
        <w:jc w:val="center"/>
        <w:rPr>
          <w:sz w:val="28"/>
          <w:szCs w:val="28"/>
          <w:lang w:val="kk-KZ"/>
        </w:rPr>
      </w:pPr>
    </w:p>
    <w:p w14:paraId="0776F674" w14:textId="77777777" w:rsidR="00634B77" w:rsidRPr="00DC236A" w:rsidRDefault="00634B77" w:rsidP="00634B77">
      <w:pPr>
        <w:keepNext/>
        <w:keepLines/>
        <w:spacing w:line="259" w:lineRule="auto"/>
        <w:jc w:val="center"/>
        <w:rPr>
          <w:sz w:val="28"/>
          <w:szCs w:val="28"/>
          <w:lang w:val="kk-KZ"/>
        </w:rPr>
      </w:pPr>
      <w:r w:rsidRPr="00DC236A">
        <w:rPr>
          <w:sz w:val="28"/>
          <w:szCs w:val="28"/>
          <w:lang w:val="kk-KZ"/>
        </w:rPr>
        <w:t>№ 285 сайлау учаскесі</w:t>
      </w:r>
    </w:p>
    <w:p w14:paraId="79D98765"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«Мұхтар Әуезов атындағы </w:t>
      </w:r>
    </w:p>
    <w:p w14:paraId="292C23EE" w14:textId="77777777" w:rsidR="00634B77" w:rsidRPr="00DC236A" w:rsidRDefault="00634B77" w:rsidP="00634B77">
      <w:pPr>
        <w:keepNext/>
        <w:keepLines/>
        <w:ind w:firstLine="709"/>
        <w:jc w:val="center"/>
        <w:rPr>
          <w:sz w:val="28"/>
          <w:szCs w:val="28"/>
          <w:lang w:val="kk-KZ"/>
        </w:rPr>
      </w:pPr>
      <w:r w:rsidRPr="00DC236A">
        <w:rPr>
          <w:sz w:val="28"/>
          <w:szCs w:val="28"/>
          <w:lang w:val="kk-KZ"/>
        </w:rPr>
        <w:t>№ 86 мектеп-гимназия» шаруашылық жүргізу құқығындағы мемлекеттік</w:t>
      </w:r>
    </w:p>
    <w:p w14:paraId="1D6B2D37" w14:textId="77777777" w:rsidR="00634B77" w:rsidRPr="00DC236A" w:rsidRDefault="00634B77" w:rsidP="00634B77">
      <w:pPr>
        <w:keepNext/>
        <w:keepLines/>
        <w:ind w:firstLine="709"/>
        <w:jc w:val="center"/>
        <w:rPr>
          <w:sz w:val="28"/>
          <w:szCs w:val="28"/>
          <w:lang w:val="kk-KZ"/>
        </w:rPr>
      </w:pPr>
      <w:r w:rsidRPr="00DC236A">
        <w:rPr>
          <w:sz w:val="28"/>
          <w:szCs w:val="28"/>
          <w:lang w:val="kk-KZ"/>
        </w:rPr>
        <w:t>коммуналдық кәсіпорны, А. Бөлекпаев көшесі, № 20)</w:t>
      </w:r>
    </w:p>
    <w:p w14:paraId="33B262F5" w14:textId="77777777" w:rsidR="00634B77" w:rsidRPr="00DC236A" w:rsidRDefault="00634B77" w:rsidP="00634B77">
      <w:pPr>
        <w:keepNext/>
        <w:keepLines/>
        <w:ind w:firstLine="709"/>
        <w:jc w:val="center"/>
        <w:rPr>
          <w:sz w:val="28"/>
          <w:szCs w:val="28"/>
          <w:lang w:val="kk-KZ"/>
        </w:rPr>
      </w:pPr>
    </w:p>
    <w:p w14:paraId="5D8B31E2" w14:textId="77777777" w:rsidR="00634B77" w:rsidRPr="00DC236A" w:rsidRDefault="00634B77" w:rsidP="00634B77">
      <w:pPr>
        <w:ind w:firstLine="709"/>
        <w:jc w:val="both"/>
        <w:rPr>
          <w:sz w:val="28"/>
          <w:szCs w:val="28"/>
          <w:lang w:val="kk-KZ"/>
        </w:rPr>
      </w:pPr>
      <w:r w:rsidRPr="00DC236A">
        <w:rPr>
          <w:sz w:val="28"/>
          <w:szCs w:val="28"/>
          <w:lang w:val="kk-KZ"/>
        </w:rPr>
        <w:t>Шекарасы: А. Бөлекпаев көшесі, № 17, 19 үйлер, Қордай көшесі, № 97, 99 үйлер, Т. Жүргенов көшесі, № 28 үй, М. Шоқай көшесі, № 107 үй.</w:t>
      </w:r>
    </w:p>
    <w:p w14:paraId="4005A5FC" w14:textId="77777777" w:rsidR="00634B77" w:rsidRPr="00DC236A" w:rsidRDefault="00634B77" w:rsidP="00634B77">
      <w:pPr>
        <w:spacing w:after="160" w:line="259" w:lineRule="auto"/>
        <w:rPr>
          <w:sz w:val="28"/>
          <w:szCs w:val="28"/>
          <w:lang w:val="kk-KZ"/>
        </w:rPr>
      </w:pPr>
    </w:p>
    <w:p w14:paraId="33BD8A31" w14:textId="77777777" w:rsidR="00634B77" w:rsidRPr="00DC236A" w:rsidRDefault="00634B77" w:rsidP="00634B77">
      <w:pPr>
        <w:keepNext/>
        <w:keepLines/>
        <w:ind w:firstLine="709"/>
        <w:jc w:val="center"/>
        <w:rPr>
          <w:sz w:val="28"/>
          <w:szCs w:val="28"/>
          <w:lang w:val="kk-KZ"/>
        </w:rPr>
      </w:pPr>
      <w:r w:rsidRPr="00DC236A">
        <w:rPr>
          <w:sz w:val="28"/>
          <w:szCs w:val="28"/>
          <w:lang w:val="kk-KZ"/>
        </w:rPr>
        <w:t>№ 286 сайлау учаскесі</w:t>
      </w:r>
    </w:p>
    <w:p w14:paraId="096B44E2" w14:textId="77777777" w:rsidR="00634B77" w:rsidRPr="00DC236A" w:rsidRDefault="00634B77" w:rsidP="00634B77">
      <w:pPr>
        <w:keepNext/>
        <w:keepLines/>
        <w:jc w:val="center"/>
        <w:rPr>
          <w:sz w:val="28"/>
          <w:szCs w:val="28"/>
          <w:lang w:val="kk-KZ"/>
        </w:rPr>
      </w:pPr>
      <w:r w:rsidRPr="00DC236A">
        <w:rPr>
          <w:sz w:val="28"/>
          <w:szCs w:val="28"/>
          <w:lang w:val="kk-KZ"/>
        </w:rPr>
        <w:t xml:space="preserve">(орталығы – «BINOM EDUCATION» жауапкершілігі шектеулі серіктестігінің А. Байтұрсынұлы атындағы «Binom school» мектеп-лицейі, </w:t>
      </w:r>
    </w:p>
    <w:p w14:paraId="733E45B9" w14:textId="77777777" w:rsidR="00634B77" w:rsidRPr="00DC236A" w:rsidRDefault="00634B77" w:rsidP="00634B77">
      <w:pPr>
        <w:keepNext/>
        <w:keepLines/>
        <w:jc w:val="center"/>
        <w:rPr>
          <w:sz w:val="28"/>
          <w:szCs w:val="28"/>
          <w:lang w:val="kk-KZ"/>
        </w:rPr>
      </w:pPr>
      <w:r w:rsidRPr="00DC236A">
        <w:rPr>
          <w:sz w:val="28"/>
          <w:szCs w:val="28"/>
          <w:lang w:val="kk-KZ"/>
        </w:rPr>
        <w:t>А. Байтұрсынұлы көшесі, № 49А)</w:t>
      </w:r>
    </w:p>
    <w:p w14:paraId="3705D02E" w14:textId="77777777" w:rsidR="00634B77" w:rsidRPr="00DC236A" w:rsidRDefault="00634B77" w:rsidP="00634B77">
      <w:pPr>
        <w:keepNext/>
        <w:keepLines/>
        <w:ind w:firstLine="709"/>
        <w:jc w:val="center"/>
        <w:rPr>
          <w:sz w:val="28"/>
          <w:szCs w:val="28"/>
          <w:lang w:val="kk-KZ"/>
        </w:rPr>
      </w:pPr>
    </w:p>
    <w:p w14:paraId="751045DB" w14:textId="77777777" w:rsidR="00634B77" w:rsidRPr="00DC236A" w:rsidRDefault="00634B77" w:rsidP="00634B77">
      <w:pPr>
        <w:ind w:firstLine="709"/>
        <w:jc w:val="both"/>
        <w:rPr>
          <w:sz w:val="28"/>
          <w:szCs w:val="28"/>
          <w:lang w:val="kk-KZ"/>
        </w:rPr>
      </w:pPr>
      <w:r w:rsidRPr="00DC236A">
        <w:rPr>
          <w:sz w:val="28"/>
          <w:szCs w:val="28"/>
          <w:lang w:val="kk-KZ"/>
        </w:rPr>
        <w:t>Шекарасы: А. Байтұрсынұлы көшесі, № 49, 49/1, 49А, 51, 53, 53/1 үйлер.</w:t>
      </w:r>
    </w:p>
    <w:p w14:paraId="0C54D7E6" w14:textId="77777777" w:rsidR="00634B77" w:rsidRPr="00DC236A" w:rsidRDefault="00634B77" w:rsidP="00634B77">
      <w:pPr>
        <w:ind w:firstLine="709"/>
        <w:jc w:val="center"/>
        <w:rPr>
          <w:sz w:val="28"/>
          <w:szCs w:val="28"/>
          <w:lang w:val="kk-KZ"/>
        </w:rPr>
      </w:pPr>
    </w:p>
    <w:p w14:paraId="2DEB576A"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287 сайлау учаскесі</w:t>
      </w:r>
    </w:p>
    <w:p w14:paraId="38855493"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«Интернациональный» тұрғын алабы, </w:t>
      </w:r>
    </w:p>
    <w:p w14:paraId="6E0A67C9" w14:textId="77777777" w:rsidR="00634B77" w:rsidRPr="00DC236A" w:rsidRDefault="00634B77" w:rsidP="00634B77">
      <w:pPr>
        <w:keepNext/>
        <w:keepLines/>
        <w:ind w:firstLine="709"/>
        <w:jc w:val="center"/>
        <w:rPr>
          <w:sz w:val="28"/>
          <w:szCs w:val="28"/>
          <w:lang w:val="kk-KZ"/>
        </w:rPr>
      </w:pPr>
      <w:r w:rsidRPr="00DC236A">
        <w:rPr>
          <w:sz w:val="28"/>
          <w:szCs w:val="28"/>
          <w:lang w:val="kk-KZ"/>
        </w:rPr>
        <w:t>Нұрлыжол көшесі, № 8)</w:t>
      </w:r>
    </w:p>
    <w:p w14:paraId="203C88CD" w14:textId="77777777" w:rsidR="00634B77" w:rsidRPr="00DC236A" w:rsidRDefault="00634B77" w:rsidP="00634B77">
      <w:pPr>
        <w:keepNext/>
        <w:keepLines/>
        <w:ind w:firstLine="709"/>
        <w:jc w:val="center"/>
        <w:rPr>
          <w:sz w:val="28"/>
          <w:szCs w:val="28"/>
          <w:lang w:val="kk-KZ"/>
        </w:rPr>
      </w:pPr>
    </w:p>
    <w:p w14:paraId="4D58E0D6" w14:textId="77777777" w:rsidR="00634B77" w:rsidRPr="00DC236A" w:rsidRDefault="00634B77" w:rsidP="00634B77">
      <w:pPr>
        <w:ind w:firstLine="709"/>
        <w:jc w:val="both"/>
        <w:rPr>
          <w:sz w:val="28"/>
          <w:szCs w:val="28"/>
          <w:lang w:val="kk-KZ"/>
        </w:rPr>
      </w:pPr>
      <w:r w:rsidRPr="00DC236A">
        <w:rPr>
          <w:sz w:val="28"/>
          <w:szCs w:val="28"/>
          <w:lang w:val="kk-KZ"/>
        </w:rPr>
        <w:t>Шекарасы: Х. Болғанбаев көшесінен «Астана – Қарағанды» тас жолының бойымен Армандастар көшесіне дейін, Армандастар көшесінің жұп сандар жағымен Мереке көшесіне дейін, Мереке көшесінің тақ сандар жағымен Көлсай көшесіне дейін, Көлсай көшесінің жұп сандар жағымен Есіл өзенінің жағалауына дейін, Есіл өзенінің жағалауымен Х. Болғанбаев көшесіне дейін, Х. Болғанбаев көшесімен «Астана – Қарағанды» тас жолына дейін.</w:t>
      </w:r>
    </w:p>
    <w:p w14:paraId="65B64CB4" w14:textId="77777777" w:rsidR="00634B77" w:rsidRPr="00DC236A" w:rsidRDefault="00634B77" w:rsidP="00634B77">
      <w:pPr>
        <w:ind w:firstLine="709"/>
        <w:jc w:val="both"/>
        <w:rPr>
          <w:sz w:val="28"/>
          <w:szCs w:val="28"/>
          <w:lang w:val="kk-KZ"/>
        </w:rPr>
      </w:pPr>
    </w:p>
    <w:p w14:paraId="1DA982DD" w14:textId="77777777" w:rsidR="00634B77" w:rsidRPr="001C6F47" w:rsidRDefault="00634B77" w:rsidP="00634B77">
      <w:pPr>
        <w:keepNext/>
        <w:keepLines/>
        <w:ind w:firstLine="709"/>
        <w:jc w:val="center"/>
        <w:rPr>
          <w:sz w:val="28"/>
          <w:lang w:val="kk-KZ"/>
        </w:rPr>
      </w:pPr>
      <w:r w:rsidRPr="001C6F47">
        <w:rPr>
          <w:sz w:val="28"/>
          <w:lang w:val="kk-KZ"/>
        </w:rPr>
        <w:t>№ 288 сайлау учаскесі</w:t>
      </w:r>
    </w:p>
    <w:p w14:paraId="0B0E1A3A"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Күләш Байсейітова атындағы Қазақ ұлттық өнер университеті, Тәуелсіздік даңғылы, № 50)</w:t>
      </w:r>
    </w:p>
    <w:p w14:paraId="3710D08D" w14:textId="77777777" w:rsidR="00634B77" w:rsidRPr="00DC236A" w:rsidRDefault="00634B77" w:rsidP="00634B77">
      <w:pPr>
        <w:keepNext/>
        <w:keepLines/>
        <w:ind w:firstLine="709"/>
        <w:jc w:val="center"/>
        <w:rPr>
          <w:sz w:val="28"/>
          <w:szCs w:val="28"/>
          <w:lang w:val="kk-KZ"/>
        </w:rPr>
      </w:pPr>
    </w:p>
    <w:p w14:paraId="1B1D94E1"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даңғылынан Қ. Қуанышбаев көшесінің тақ сандар жағымен А. Байтұрсынұлы көшесіне дейін, А. Байтұрсынұлы көшесінің тақ сандар жағымен Қ. Аманжолов көшесіне дейін, Қ. Аманжолов көшесінің жұп сандар жағымен Р. Қошқарбаев даңғылына дейін, Р. Қошқарбаев даңғылының жұп сандар жағымен Қ. Қуанышбаев көшесіне дейін.</w:t>
      </w:r>
    </w:p>
    <w:p w14:paraId="58E5458B" w14:textId="77777777" w:rsidR="00634B77" w:rsidRPr="00DC236A" w:rsidRDefault="00634B77" w:rsidP="00634B77">
      <w:pPr>
        <w:ind w:firstLine="709"/>
        <w:jc w:val="both"/>
        <w:rPr>
          <w:sz w:val="28"/>
          <w:lang w:val="kk-KZ"/>
        </w:rPr>
      </w:pPr>
    </w:p>
    <w:p w14:paraId="6EA9BC1C" w14:textId="77777777" w:rsidR="00634B77" w:rsidRPr="00DC236A" w:rsidRDefault="00634B77" w:rsidP="00634B77">
      <w:pPr>
        <w:keepNext/>
        <w:keepLines/>
        <w:ind w:firstLine="709"/>
        <w:jc w:val="center"/>
        <w:rPr>
          <w:sz w:val="28"/>
          <w:lang w:val="kk-KZ"/>
        </w:rPr>
      </w:pPr>
      <w:r w:rsidRPr="00DC236A">
        <w:rPr>
          <w:sz w:val="28"/>
          <w:lang w:val="kk-KZ"/>
        </w:rPr>
        <w:t>№ 289 сайлау учаскесі</w:t>
      </w:r>
    </w:p>
    <w:p w14:paraId="00A27D7B" w14:textId="77777777" w:rsidR="00634B77" w:rsidRPr="00DC236A" w:rsidRDefault="00634B77" w:rsidP="00634B77">
      <w:pPr>
        <w:keepNext/>
        <w:keepLines/>
        <w:ind w:firstLine="709"/>
        <w:jc w:val="center"/>
        <w:rPr>
          <w:sz w:val="28"/>
          <w:lang w:val="kk-KZ"/>
        </w:rPr>
      </w:pPr>
      <w:r w:rsidRPr="00DC236A">
        <w:rPr>
          <w:sz w:val="28"/>
          <w:lang w:val="kk-KZ"/>
        </w:rPr>
        <w:t>(орталығы </w:t>
      </w:r>
      <w:r w:rsidRPr="00DC236A">
        <w:rPr>
          <w:sz w:val="28"/>
          <w:szCs w:val="28"/>
          <w:lang w:val="kk-KZ"/>
        </w:rPr>
        <w:t xml:space="preserve">– </w:t>
      </w:r>
      <w:r w:rsidRPr="00DC236A">
        <w:rPr>
          <w:sz w:val="28"/>
          <w:lang w:val="kk-KZ"/>
        </w:rPr>
        <w:t xml:space="preserve">Астана қаласы әкімдігінің «№ 91 мектеп-гимназия» шаруашылық жүргізу құқығындағы мемлекеттік коммуналдық кәсіпорны, </w:t>
      </w:r>
    </w:p>
    <w:p w14:paraId="74B47C2C" w14:textId="77777777" w:rsidR="00634B77" w:rsidRPr="00DC236A" w:rsidRDefault="00634B77" w:rsidP="00634B77">
      <w:pPr>
        <w:keepNext/>
        <w:keepLines/>
        <w:ind w:firstLine="709"/>
        <w:jc w:val="center"/>
        <w:rPr>
          <w:sz w:val="28"/>
          <w:lang w:val="kk-KZ"/>
        </w:rPr>
      </w:pPr>
      <w:r w:rsidRPr="00DC236A">
        <w:rPr>
          <w:sz w:val="28"/>
          <w:lang w:val="kk-KZ"/>
        </w:rPr>
        <w:t>А. Храпатый көшесі, № 10)</w:t>
      </w:r>
    </w:p>
    <w:p w14:paraId="4B0C8F6F" w14:textId="77777777" w:rsidR="00634B77" w:rsidRPr="00DC236A" w:rsidRDefault="00634B77" w:rsidP="00634B77">
      <w:pPr>
        <w:keepNext/>
        <w:keepLines/>
        <w:ind w:firstLine="709"/>
        <w:jc w:val="center"/>
        <w:rPr>
          <w:sz w:val="28"/>
          <w:lang w:val="kk-KZ"/>
        </w:rPr>
      </w:pPr>
    </w:p>
    <w:p w14:paraId="3BE76679" w14:textId="77777777" w:rsidR="00634B77" w:rsidRPr="00DC236A" w:rsidRDefault="00634B77" w:rsidP="00634B77">
      <w:pPr>
        <w:ind w:firstLine="709"/>
        <w:jc w:val="both"/>
        <w:rPr>
          <w:sz w:val="28"/>
          <w:szCs w:val="28"/>
          <w:lang w:val="kk-KZ"/>
        </w:rPr>
      </w:pPr>
      <w:r w:rsidRPr="00DC236A">
        <w:rPr>
          <w:sz w:val="28"/>
          <w:szCs w:val="28"/>
          <w:lang w:val="kk-KZ"/>
        </w:rPr>
        <w:t>Шекарасы: Тәуелсіздік даңғылынан бастап, Ш. Қалдаяқов көшесінің жұп сандар жағымен А. Храпатый көшесіне дейін, А. Храпатый көшесінің жұп сандар жағымен Тәуелсіздік даңғылына дейін, Тәуелсіздік даңғылының тақ сандар жағымен Ш. Қалдаяқов көшесіне дейін.</w:t>
      </w:r>
    </w:p>
    <w:p w14:paraId="3752FEEF" w14:textId="77777777" w:rsidR="00634B77" w:rsidRPr="00DC236A" w:rsidRDefault="00634B77" w:rsidP="00634B77">
      <w:pPr>
        <w:ind w:firstLine="709"/>
        <w:jc w:val="both"/>
        <w:rPr>
          <w:sz w:val="28"/>
          <w:szCs w:val="28"/>
          <w:lang w:val="kk-KZ"/>
        </w:rPr>
      </w:pPr>
    </w:p>
    <w:p w14:paraId="060ADB8A" w14:textId="77777777" w:rsidR="00634B77" w:rsidRPr="00DC236A" w:rsidRDefault="00634B77" w:rsidP="00634B77">
      <w:pPr>
        <w:keepNext/>
        <w:keepLines/>
        <w:ind w:firstLine="709"/>
        <w:jc w:val="center"/>
        <w:rPr>
          <w:sz w:val="28"/>
          <w:szCs w:val="28"/>
          <w:lang w:val="kk-KZ"/>
        </w:rPr>
      </w:pPr>
      <w:r w:rsidRPr="00DC236A">
        <w:rPr>
          <w:sz w:val="28"/>
          <w:szCs w:val="28"/>
          <w:lang w:val="kk-KZ"/>
        </w:rPr>
        <w:t>№ 290 сайлау учаскесі</w:t>
      </w:r>
    </w:p>
    <w:p w14:paraId="6994DFE6"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0F5E5F30"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327665BE" w14:textId="77777777" w:rsidR="00634B77" w:rsidRPr="00DC236A" w:rsidRDefault="00634B77" w:rsidP="00634B77">
      <w:pPr>
        <w:keepNext/>
        <w:keepLines/>
        <w:ind w:firstLine="709"/>
        <w:jc w:val="center"/>
        <w:rPr>
          <w:sz w:val="28"/>
          <w:szCs w:val="28"/>
          <w:lang w:val="kk-KZ"/>
        </w:rPr>
      </w:pPr>
    </w:p>
    <w:p w14:paraId="0329F16F" w14:textId="77777777" w:rsidR="00634B77" w:rsidRPr="00DC236A" w:rsidRDefault="00634B77" w:rsidP="00634B77">
      <w:pPr>
        <w:ind w:firstLine="709"/>
        <w:jc w:val="both"/>
        <w:rPr>
          <w:sz w:val="28"/>
          <w:szCs w:val="28"/>
          <w:lang w:val="kk-KZ"/>
        </w:rPr>
      </w:pPr>
      <w:r w:rsidRPr="00DC236A">
        <w:rPr>
          <w:sz w:val="28"/>
          <w:szCs w:val="28"/>
          <w:lang w:val="kk-KZ"/>
        </w:rPr>
        <w:t>Шекарасы: М. Жұмабаев даңғылынан Р. Қошқарбаев даңғылының жұп сандар жағымен Т. Жүргенов көшесіне дейін, Т. Жүргенов көшесінің тақ сандар жағымен Х. Доспанова көшесіне дейін, Х. Доспанова көшесімен М. Жұмабаев даңғылына дейін, М. Жұмабаев даңғылының жұп сандар жағымен, К. Әзірбаев көшесіндегі № 4/1 үйді қоспағанда, Р. Қошқарбаев даңғылына дейін.</w:t>
      </w:r>
    </w:p>
    <w:p w14:paraId="7B1FE6C5" w14:textId="77777777" w:rsidR="00634B77" w:rsidRPr="00DC236A" w:rsidRDefault="00634B77" w:rsidP="00634B77">
      <w:pPr>
        <w:ind w:firstLine="709"/>
        <w:jc w:val="both"/>
        <w:rPr>
          <w:b/>
          <w:sz w:val="28"/>
          <w:szCs w:val="28"/>
          <w:lang w:val="kk-KZ"/>
        </w:rPr>
      </w:pPr>
    </w:p>
    <w:p w14:paraId="11E4FD4C"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291 сайлау учаскесі</w:t>
      </w:r>
    </w:p>
    <w:p w14:paraId="18D5FC0B"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6432E4A5" w14:textId="77777777" w:rsidR="00634B77" w:rsidRPr="00DC236A" w:rsidRDefault="00634B77" w:rsidP="00634B77">
      <w:pPr>
        <w:keepNext/>
        <w:keepLines/>
        <w:ind w:firstLine="709"/>
        <w:jc w:val="center"/>
        <w:rPr>
          <w:sz w:val="28"/>
          <w:szCs w:val="28"/>
          <w:lang w:val="kk-KZ"/>
        </w:rPr>
      </w:pPr>
    </w:p>
    <w:p w14:paraId="0F7A860E" w14:textId="77777777" w:rsidR="00634B77" w:rsidRPr="00DC236A" w:rsidRDefault="00634B77" w:rsidP="00634B77">
      <w:pPr>
        <w:ind w:firstLine="709"/>
        <w:jc w:val="both"/>
        <w:rPr>
          <w:b/>
          <w:sz w:val="28"/>
          <w:szCs w:val="28"/>
          <w:lang w:val="kk-KZ"/>
        </w:rPr>
      </w:pPr>
      <w:r w:rsidRPr="00DC236A">
        <w:rPr>
          <w:sz w:val="28"/>
          <w:szCs w:val="28"/>
          <w:lang w:val="kk-KZ"/>
        </w:rPr>
        <w:t xml:space="preserve">Шекарасы: М. Жұмабаев даңғылынан бастап, А. Бөлекпаев көшесінің жұп сандар жағымен К. Әзірбаев көшесіне дейін, К. Әзірбаев көшесінің жұп сандар жағымен А. Байтұрсынұлы көшесіне дейін, А. Байтұрсынұлы көшесінің тақ сандар жағымен М. Жұмабаев даңғылына дейін, М. Жұмабаев даңғылының тақ сандар жағымен А. Бөлекпаев көшесіндегі № 12 үйді </w:t>
      </w:r>
      <w:r w:rsidRPr="00361D60">
        <w:rPr>
          <w:rStyle w:val="ae"/>
          <w:color w:val="000000" w:themeColor="text1"/>
          <w:sz w:val="28"/>
          <w:szCs w:val="28"/>
          <w:u w:val="none"/>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қоспағанда,</w:t>
      </w:r>
      <w:r w:rsidRPr="00DC236A">
        <w:rPr>
          <w:sz w:val="28"/>
          <w:szCs w:val="28"/>
          <w:lang w:val="kk-KZ"/>
        </w:rPr>
        <w:t xml:space="preserve"> А. Бөлекпаев көшесіне дейін.</w:t>
      </w:r>
    </w:p>
    <w:p w14:paraId="6A758114" w14:textId="77777777" w:rsidR="00634B77" w:rsidRPr="00DC236A" w:rsidRDefault="00634B77" w:rsidP="00634B77">
      <w:pPr>
        <w:ind w:firstLine="709"/>
        <w:jc w:val="both"/>
        <w:rPr>
          <w:sz w:val="28"/>
          <w:szCs w:val="28"/>
          <w:lang w:val="kk-KZ"/>
        </w:rPr>
      </w:pPr>
    </w:p>
    <w:p w14:paraId="38E5CCBC" w14:textId="77777777" w:rsidR="00634B77" w:rsidRPr="00DC236A" w:rsidRDefault="00634B77" w:rsidP="00634B77">
      <w:pPr>
        <w:keepNext/>
        <w:keepLines/>
        <w:ind w:firstLine="709"/>
        <w:jc w:val="center"/>
        <w:rPr>
          <w:sz w:val="28"/>
          <w:lang w:val="kk-KZ"/>
        </w:rPr>
      </w:pPr>
      <w:r w:rsidRPr="00DC236A">
        <w:rPr>
          <w:sz w:val="28"/>
          <w:lang w:val="kk-KZ"/>
        </w:rPr>
        <w:t>№ 292 сайлау учаскесі</w:t>
      </w:r>
    </w:p>
    <w:p w14:paraId="62EC146C"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p w14:paraId="15D8620E" w14:textId="77777777" w:rsidR="00634B77" w:rsidRPr="00DC236A" w:rsidRDefault="00634B77" w:rsidP="00634B77">
      <w:pPr>
        <w:keepNext/>
        <w:keepLines/>
        <w:ind w:firstLine="709"/>
        <w:jc w:val="center"/>
        <w:rPr>
          <w:sz w:val="24"/>
          <w:lang w:val="kk-KZ"/>
        </w:rPr>
      </w:pPr>
    </w:p>
    <w:p w14:paraId="29367F5D" w14:textId="77777777" w:rsidR="00634B77" w:rsidRPr="00DC236A" w:rsidRDefault="00634B77" w:rsidP="00634B77">
      <w:pPr>
        <w:ind w:firstLine="709"/>
        <w:jc w:val="both"/>
        <w:rPr>
          <w:sz w:val="36"/>
          <w:szCs w:val="28"/>
          <w:lang w:val="kk-KZ"/>
        </w:rPr>
      </w:pPr>
      <w:r w:rsidRPr="00DC236A">
        <w:rPr>
          <w:sz w:val="28"/>
          <w:lang w:val="kk-KZ"/>
        </w:rPr>
        <w:t>Шекарасы: Ө. Жәнібек көшесінен Көкжелек көшесінің тақ сандар жағымен М. Төлебаев көшесіне дейін, М. Төлебаев көшесінің тақ сандар жағымен Шарбақты көшесіне дейін, Шарбақты көшесінің жұп сандар жағымен Атамұра орамына дейін, Атамұра орамымен Атамұра көшесіне дейін, Атамұра көшесінің жұп сандар жағымен Құлагер көшесіне дейін, Құлагер көшесімен Шарбақты көшесіне дейін, Шарбақты көшесінің жұп сандар жағымен Шалкөде көшесіне дейін, Шалкөде көшесінің жұп сандар жағымен Құлагер көшесіне дейін, Құлагер көшесінің жұп сандар жағымен Б. Серікбаев көшесіне дейін, Б. Серікбаев көшесінің тақ сандар жағымен Ө. Жәнібек көшесіне дейін, Ө. Жәнібек көшесінің тақ сандар жағымен Көкжелек көшесіне дейін.</w:t>
      </w:r>
    </w:p>
    <w:p w14:paraId="2AC0E92E" w14:textId="77777777" w:rsidR="00634B77" w:rsidRPr="00DC236A" w:rsidRDefault="00634B77" w:rsidP="00634B77">
      <w:pPr>
        <w:rPr>
          <w:sz w:val="28"/>
          <w:lang w:val="kk-KZ"/>
        </w:rPr>
      </w:pPr>
    </w:p>
    <w:p w14:paraId="45BE4DBF" w14:textId="77777777" w:rsidR="00634B77" w:rsidRPr="00DC236A" w:rsidRDefault="00634B77" w:rsidP="00634B77">
      <w:pPr>
        <w:keepNext/>
        <w:keepLines/>
        <w:ind w:firstLine="709"/>
        <w:jc w:val="center"/>
        <w:rPr>
          <w:sz w:val="28"/>
          <w:lang w:val="kk-KZ"/>
        </w:rPr>
      </w:pPr>
      <w:r w:rsidRPr="00DC236A">
        <w:rPr>
          <w:sz w:val="28"/>
          <w:lang w:val="kk-KZ"/>
        </w:rPr>
        <w:t>№ 293 сайлау учаскесі</w:t>
      </w:r>
    </w:p>
    <w:p w14:paraId="30B96F88" w14:textId="77777777" w:rsidR="00634B77" w:rsidRPr="00DC236A" w:rsidRDefault="00634B77" w:rsidP="00634B77">
      <w:pPr>
        <w:keepNext/>
        <w:keepLines/>
        <w:ind w:firstLine="709"/>
        <w:jc w:val="center"/>
        <w:rPr>
          <w:sz w:val="28"/>
          <w:lang w:val="kk-KZ"/>
        </w:rPr>
      </w:pPr>
      <w:r w:rsidRPr="00DC236A">
        <w:rPr>
          <w:sz w:val="28"/>
          <w:lang w:val="kk-KZ"/>
        </w:rPr>
        <w:t>(</w:t>
      </w:r>
      <w:r w:rsidRPr="00DC236A">
        <w:rPr>
          <w:sz w:val="28"/>
          <w:szCs w:val="28"/>
          <w:lang w:val="kk-KZ"/>
        </w:rPr>
        <w:t xml:space="preserve">орталығы – </w:t>
      </w:r>
      <w:r w:rsidRPr="00DC236A">
        <w:rPr>
          <w:sz w:val="28"/>
          <w:lang w:val="kk-KZ"/>
        </w:rPr>
        <w:t xml:space="preserve">«Нұрлы жол» теміржол вокзалы, </w:t>
      </w:r>
    </w:p>
    <w:p w14:paraId="54F87166" w14:textId="77777777" w:rsidR="00634B77" w:rsidRPr="00DC236A" w:rsidRDefault="00634B77" w:rsidP="00634B77">
      <w:pPr>
        <w:keepNext/>
        <w:keepLines/>
        <w:ind w:firstLine="709"/>
        <w:jc w:val="center"/>
        <w:rPr>
          <w:sz w:val="28"/>
          <w:lang w:val="kk-KZ"/>
        </w:rPr>
      </w:pPr>
      <w:r w:rsidRPr="00DC236A">
        <w:rPr>
          <w:sz w:val="28"/>
          <w:lang w:val="kk-KZ"/>
        </w:rPr>
        <w:t>М. Тынышбайұлы көшесі, № 8)</w:t>
      </w:r>
    </w:p>
    <w:p w14:paraId="5A232A59" w14:textId="77777777" w:rsidR="00634B77" w:rsidRPr="00DC236A" w:rsidRDefault="00634B77" w:rsidP="00634B77">
      <w:pPr>
        <w:keepNext/>
        <w:keepLines/>
        <w:ind w:firstLine="709"/>
        <w:jc w:val="center"/>
        <w:rPr>
          <w:sz w:val="28"/>
          <w:lang w:val="kk-KZ"/>
        </w:rPr>
      </w:pPr>
    </w:p>
    <w:p w14:paraId="121C7F70" w14:textId="77777777" w:rsidR="00634B77" w:rsidRPr="00DC236A" w:rsidRDefault="00634B77" w:rsidP="00634B77">
      <w:pPr>
        <w:ind w:firstLine="709"/>
        <w:jc w:val="both"/>
        <w:rPr>
          <w:sz w:val="28"/>
          <w:lang w:val="kk-KZ"/>
        </w:rPr>
      </w:pPr>
      <w:r w:rsidRPr="00DC236A">
        <w:rPr>
          <w:sz w:val="28"/>
          <w:lang w:val="kk-KZ"/>
        </w:rPr>
        <w:t>Шекарасы: Ж. Нәжімеденов көшесінен С. Шаймерденов көшесінің жұп сандар жағымен А. Байтұрсынұлы көшесіне дейін, А. Байтұрсынұлы көшесіндегі № 36, 36А, 36/1, 38, 38/1, 40, 40/1 үйлерді, С. Шаймерденов көшесінд</w:t>
      </w:r>
      <w:r>
        <w:rPr>
          <w:sz w:val="28"/>
          <w:lang w:val="kk-KZ"/>
        </w:rPr>
        <w:t>егі № 8, 8Б үйлерді, А83 көше</w:t>
      </w:r>
      <w:r w:rsidRPr="00DC236A">
        <w:rPr>
          <w:sz w:val="28"/>
          <w:lang w:val="kk-KZ"/>
        </w:rPr>
        <w:t>дегі № 11 үйді қоса алғанда, Ж. Нәжімеденов көшесіндегі № 37, 39 үйлерді қоспағанда, А. Байтұрсынұлы көшесіне дейін.</w:t>
      </w:r>
    </w:p>
    <w:p w14:paraId="6A519CC3" w14:textId="77777777" w:rsidR="00634B77" w:rsidRPr="00DC236A" w:rsidRDefault="00634B77" w:rsidP="00634B77">
      <w:pPr>
        <w:ind w:firstLine="709"/>
        <w:jc w:val="center"/>
        <w:rPr>
          <w:sz w:val="28"/>
          <w:szCs w:val="28"/>
          <w:lang w:val="kk-KZ"/>
        </w:rPr>
      </w:pPr>
    </w:p>
    <w:p w14:paraId="57F7E411" w14:textId="77777777" w:rsidR="00634B77" w:rsidRPr="00DC236A" w:rsidRDefault="00634B77" w:rsidP="00634B77">
      <w:pPr>
        <w:keepNext/>
        <w:keepLines/>
        <w:ind w:firstLine="709"/>
        <w:jc w:val="center"/>
        <w:rPr>
          <w:sz w:val="28"/>
          <w:szCs w:val="28"/>
          <w:lang w:val="kk-KZ"/>
        </w:rPr>
      </w:pPr>
      <w:r w:rsidRPr="00DC236A">
        <w:rPr>
          <w:sz w:val="28"/>
          <w:szCs w:val="28"/>
          <w:lang w:val="kk-KZ"/>
        </w:rPr>
        <w:t>№ 294 сайлау учаскесі</w:t>
      </w:r>
    </w:p>
    <w:p w14:paraId="5BF54A59"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мемлекеттік мекемесі, А102 көше, № 39)</w:t>
      </w:r>
    </w:p>
    <w:p w14:paraId="6C3220EE" w14:textId="77777777" w:rsidR="00634B77" w:rsidRPr="00DC236A" w:rsidRDefault="00634B77" w:rsidP="00634B77">
      <w:pPr>
        <w:keepNext/>
        <w:keepLines/>
        <w:ind w:firstLine="709"/>
        <w:jc w:val="center"/>
        <w:rPr>
          <w:sz w:val="28"/>
          <w:szCs w:val="28"/>
          <w:lang w:val="kk-KZ"/>
        </w:rPr>
      </w:pPr>
    </w:p>
    <w:p w14:paraId="5A263A2E" w14:textId="77777777" w:rsidR="00634B77" w:rsidRPr="00DC236A" w:rsidRDefault="00634B77" w:rsidP="00634B77">
      <w:pPr>
        <w:ind w:firstLine="709"/>
        <w:jc w:val="both"/>
        <w:rPr>
          <w:sz w:val="28"/>
          <w:szCs w:val="28"/>
        </w:rPr>
      </w:pPr>
      <w:r w:rsidRPr="00DC236A">
        <w:rPr>
          <w:sz w:val="28"/>
          <w:szCs w:val="28"/>
          <w:lang w:val="kk-KZ"/>
        </w:rPr>
        <w:t>Шекарасы: А108 көше, № 20, 22, 24, 26, 28, 30,</w:t>
      </w:r>
      <w:r>
        <w:rPr>
          <w:sz w:val="28"/>
          <w:szCs w:val="28"/>
          <w:lang w:val="kk-KZ"/>
        </w:rPr>
        <w:t xml:space="preserve"> 32, 34 үйлер, А130 көше</w:t>
      </w:r>
      <w:r w:rsidRPr="00DC236A">
        <w:rPr>
          <w:sz w:val="28"/>
          <w:szCs w:val="28"/>
          <w:lang w:val="kk-KZ"/>
        </w:rPr>
        <w:t>, № 5 үй</w:t>
      </w:r>
      <w:r w:rsidRPr="00DC236A">
        <w:rPr>
          <w:sz w:val="28"/>
          <w:szCs w:val="28"/>
        </w:rPr>
        <w:t>.</w:t>
      </w:r>
    </w:p>
    <w:p w14:paraId="0792C9F6" w14:textId="77777777" w:rsidR="00634B77" w:rsidRPr="00DC236A" w:rsidRDefault="00634B77" w:rsidP="00634B77">
      <w:pPr>
        <w:ind w:firstLine="709"/>
        <w:jc w:val="center"/>
        <w:rPr>
          <w:sz w:val="28"/>
          <w:szCs w:val="28"/>
          <w:lang w:val="kk-KZ"/>
        </w:rPr>
      </w:pPr>
    </w:p>
    <w:p w14:paraId="255A8E47" w14:textId="77777777" w:rsidR="00634B77" w:rsidRPr="00DC236A" w:rsidRDefault="00634B77" w:rsidP="00634B77">
      <w:pPr>
        <w:keepNext/>
        <w:keepLines/>
        <w:ind w:firstLine="709"/>
        <w:jc w:val="center"/>
        <w:rPr>
          <w:sz w:val="28"/>
          <w:szCs w:val="28"/>
          <w:lang w:val="kk-KZ"/>
        </w:rPr>
      </w:pPr>
      <w:r w:rsidRPr="00DC236A">
        <w:rPr>
          <w:sz w:val="28"/>
          <w:szCs w:val="28"/>
          <w:lang w:val="kk-KZ"/>
        </w:rPr>
        <w:t>№ 295 сайлау учаскесі</w:t>
      </w:r>
    </w:p>
    <w:p w14:paraId="1E10FE34"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w:t>
      </w:r>
      <w:r>
        <w:rPr>
          <w:sz w:val="28"/>
          <w:szCs w:val="28"/>
          <w:lang w:val="kk-KZ"/>
        </w:rPr>
        <w:t>емлекеттік мекемесі, А102 көше</w:t>
      </w:r>
      <w:r w:rsidRPr="00DC236A">
        <w:rPr>
          <w:sz w:val="28"/>
          <w:szCs w:val="28"/>
          <w:lang w:val="kk-KZ"/>
        </w:rPr>
        <w:t>, № 39)</w:t>
      </w:r>
    </w:p>
    <w:p w14:paraId="0CF4E484" w14:textId="77777777" w:rsidR="00634B77" w:rsidRPr="00DC236A" w:rsidRDefault="00634B77" w:rsidP="00634B77">
      <w:pPr>
        <w:keepNext/>
        <w:keepLines/>
        <w:ind w:firstLine="709"/>
        <w:jc w:val="center"/>
        <w:rPr>
          <w:sz w:val="28"/>
          <w:szCs w:val="28"/>
          <w:lang w:val="kk-KZ"/>
        </w:rPr>
      </w:pPr>
    </w:p>
    <w:p w14:paraId="29EF4457" w14:textId="77777777" w:rsidR="00634B77" w:rsidRPr="00DC236A" w:rsidRDefault="00634B77" w:rsidP="00634B77">
      <w:pPr>
        <w:spacing w:line="259" w:lineRule="auto"/>
        <w:ind w:firstLine="709"/>
        <w:jc w:val="both"/>
        <w:rPr>
          <w:sz w:val="28"/>
          <w:szCs w:val="28"/>
          <w:lang w:val="kk-KZ"/>
        </w:rPr>
      </w:pPr>
      <w:r w:rsidRPr="00DC236A">
        <w:rPr>
          <w:sz w:val="28"/>
          <w:szCs w:val="28"/>
          <w:lang w:val="kk-KZ"/>
        </w:rPr>
        <w:t xml:space="preserve">Шекарасы: </w:t>
      </w:r>
      <w:r>
        <w:rPr>
          <w:sz w:val="28"/>
          <w:szCs w:val="28"/>
          <w:lang w:val="kk-KZ"/>
        </w:rPr>
        <w:t>А105 көшед</w:t>
      </w:r>
      <w:r w:rsidRPr="00DC236A">
        <w:rPr>
          <w:sz w:val="28"/>
          <w:szCs w:val="28"/>
          <w:lang w:val="kk-KZ"/>
        </w:rPr>
        <w:t>ен «Астана – Қарағанды» тас жолының бойымен Х. Болғанбаев көшесіне дейін, Х. Б</w:t>
      </w:r>
      <w:r>
        <w:rPr>
          <w:sz w:val="28"/>
          <w:szCs w:val="28"/>
          <w:lang w:val="kk-KZ"/>
        </w:rPr>
        <w:t>олғанбаев көшесімен А68 көшеге дейін, А68 көше</w:t>
      </w:r>
      <w:r w:rsidRPr="00DC236A">
        <w:rPr>
          <w:sz w:val="28"/>
          <w:szCs w:val="28"/>
          <w:lang w:val="kk-KZ"/>
        </w:rPr>
        <w:t>мен Есіл өзенінің жағалауына дейін, Есіл өзенін</w:t>
      </w:r>
      <w:r>
        <w:rPr>
          <w:sz w:val="28"/>
          <w:szCs w:val="28"/>
          <w:lang w:val="kk-KZ"/>
        </w:rPr>
        <w:t>ің жағалауы бойымен А86 көшеге дейін, А86 көше</w:t>
      </w:r>
      <w:r w:rsidRPr="00DC236A">
        <w:rPr>
          <w:sz w:val="28"/>
          <w:szCs w:val="28"/>
          <w:lang w:val="kk-KZ"/>
        </w:rPr>
        <w:t xml:space="preserve">мен А. Байтұрсынұлы көшесіне дейін, А. Байтұрсынұлы көшесінің </w:t>
      </w:r>
      <w:r>
        <w:rPr>
          <w:sz w:val="28"/>
          <w:szCs w:val="28"/>
          <w:lang w:val="kk-KZ"/>
        </w:rPr>
        <w:t>тақ сандар жағымен А431 көшеге дейін, А431 көшемен А102 көшеге дейін, А102 көше</w:t>
      </w:r>
      <w:r w:rsidRPr="00DC236A">
        <w:rPr>
          <w:sz w:val="28"/>
          <w:szCs w:val="28"/>
          <w:lang w:val="kk-KZ"/>
        </w:rPr>
        <w:t>нің</w:t>
      </w:r>
      <w:r>
        <w:rPr>
          <w:sz w:val="28"/>
          <w:szCs w:val="28"/>
          <w:lang w:val="kk-KZ"/>
        </w:rPr>
        <w:t xml:space="preserve"> тақ сандар жағымен А105 көшеге дейін, А105 көше</w:t>
      </w:r>
      <w:r w:rsidRPr="00DC236A">
        <w:rPr>
          <w:sz w:val="28"/>
          <w:szCs w:val="28"/>
          <w:lang w:val="kk-KZ"/>
        </w:rPr>
        <w:t>нің жұп сандар жағымен, «Village-BAY» коттедж қалашығын, «Интернациональный» тұрғын алабының бау-бақша қоғамдар</w:t>
      </w:r>
      <w:r>
        <w:rPr>
          <w:sz w:val="28"/>
          <w:szCs w:val="28"/>
          <w:lang w:val="kk-KZ"/>
        </w:rPr>
        <w:t>ы мен гольф-клубын, А108 көше</w:t>
      </w:r>
      <w:r w:rsidRPr="00DC236A">
        <w:rPr>
          <w:sz w:val="28"/>
          <w:szCs w:val="28"/>
          <w:lang w:val="kk-KZ"/>
        </w:rPr>
        <w:t xml:space="preserve">дегі № 26, 28, </w:t>
      </w:r>
      <w:r>
        <w:rPr>
          <w:sz w:val="28"/>
          <w:szCs w:val="28"/>
          <w:lang w:val="kk-KZ"/>
        </w:rPr>
        <w:t>30, 32, 34 үйлерді, А130 көше</w:t>
      </w:r>
      <w:r w:rsidRPr="00DC236A">
        <w:rPr>
          <w:sz w:val="28"/>
          <w:szCs w:val="28"/>
          <w:lang w:val="kk-KZ"/>
        </w:rPr>
        <w:t>дегі № 5 үйді қоспағанда, «Астана – Қарағанды» тас жолына дейін.</w:t>
      </w:r>
    </w:p>
    <w:p w14:paraId="5B1D93C6" w14:textId="77777777" w:rsidR="00634B77" w:rsidRPr="00DC236A" w:rsidRDefault="00634B77" w:rsidP="00634B77">
      <w:pPr>
        <w:ind w:firstLine="709"/>
        <w:jc w:val="center"/>
        <w:rPr>
          <w:sz w:val="28"/>
          <w:szCs w:val="28"/>
          <w:lang w:val="kk-KZ"/>
        </w:rPr>
      </w:pPr>
    </w:p>
    <w:p w14:paraId="18BAE86D" w14:textId="77777777" w:rsidR="00634B77" w:rsidRPr="00DC236A" w:rsidRDefault="00634B77" w:rsidP="00634B77">
      <w:pPr>
        <w:keepNext/>
        <w:keepLines/>
        <w:ind w:firstLine="709"/>
        <w:jc w:val="center"/>
        <w:rPr>
          <w:sz w:val="28"/>
          <w:szCs w:val="28"/>
          <w:lang w:val="kk-KZ"/>
        </w:rPr>
      </w:pPr>
      <w:r w:rsidRPr="00DC236A">
        <w:rPr>
          <w:sz w:val="28"/>
          <w:szCs w:val="28"/>
          <w:lang w:val="kk-KZ"/>
        </w:rPr>
        <w:t>№ 296 сайлау учаскесі</w:t>
      </w:r>
    </w:p>
    <w:p w14:paraId="55735ABD"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72 мектеп-лицей» шаруашылық жүргізу құқығындағы мемлекеттік коммуналдық кәсіпорны, </w:t>
      </w:r>
    </w:p>
    <w:p w14:paraId="456CE6E4" w14:textId="77777777" w:rsidR="00634B77" w:rsidRPr="00DC236A" w:rsidRDefault="00634B77" w:rsidP="00634B77">
      <w:pPr>
        <w:keepNext/>
        <w:keepLines/>
        <w:ind w:firstLine="709"/>
        <w:jc w:val="center"/>
        <w:rPr>
          <w:sz w:val="28"/>
          <w:szCs w:val="28"/>
          <w:lang w:val="kk-KZ"/>
        </w:rPr>
      </w:pPr>
      <w:r w:rsidRPr="00DC236A">
        <w:rPr>
          <w:sz w:val="28"/>
          <w:szCs w:val="28"/>
          <w:lang w:val="kk-KZ"/>
        </w:rPr>
        <w:t>А. Байтұрсынұлы көшесі, № 25)</w:t>
      </w:r>
    </w:p>
    <w:p w14:paraId="7DE297AF" w14:textId="77777777" w:rsidR="00634B77" w:rsidRPr="00DC236A" w:rsidRDefault="00634B77" w:rsidP="00634B77">
      <w:pPr>
        <w:keepNext/>
        <w:keepLines/>
        <w:ind w:firstLine="709"/>
        <w:jc w:val="center"/>
        <w:rPr>
          <w:sz w:val="28"/>
          <w:szCs w:val="28"/>
          <w:lang w:val="kk-KZ"/>
        </w:rPr>
      </w:pPr>
    </w:p>
    <w:p w14:paraId="78E21320" w14:textId="77777777" w:rsidR="00634B77" w:rsidRPr="00DC236A" w:rsidRDefault="00634B77" w:rsidP="00634B77">
      <w:pPr>
        <w:ind w:firstLine="709"/>
        <w:jc w:val="both"/>
        <w:rPr>
          <w:sz w:val="28"/>
          <w:szCs w:val="28"/>
          <w:lang w:val="kk-KZ"/>
        </w:rPr>
      </w:pPr>
      <w:r w:rsidRPr="00DC236A">
        <w:rPr>
          <w:sz w:val="28"/>
          <w:szCs w:val="28"/>
          <w:lang w:val="kk-KZ"/>
        </w:rPr>
        <w:t>Шекарасы: А. Байтұрсынұлы көшесінен Қ. Қуанышбаев көшесінің жұп сандар жағымен Р. Қошқарбаев даңғылына дейін, Р. Қошқарбаев даңғылының жұп сандар 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Қ. Қуанышбаев көшесіндегі № 12, 12/1, 14 үйлерді, Р. Қошқарбаев даңғылындағы № 30, 32, 32/1, 32/2, 32/3 үйлерді, А. Байтұрсынұлы көшесіндегі № 23, 23/1, 23/2 үйлерді қоспағанда, Қ. Қуанышбаев көшесіне дейін.</w:t>
      </w:r>
    </w:p>
    <w:p w14:paraId="1404AAE3" w14:textId="77777777" w:rsidR="00634B77" w:rsidRPr="00DC236A" w:rsidRDefault="00634B77" w:rsidP="00634B77">
      <w:pPr>
        <w:spacing w:after="160" w:line="259" w:lineRule="auto"/>
        <w:rPr>
          <w:sz w:val="28"/>
          <w:szCs w:val="28"/>
          <w:lang w:val="kk-KZ"/>
        </w:rPr>
      </w:pPr>
    </w:p>
    <w:p w14:paraId="121C8E79" w14:textId="77777777" w:rsidR="00634B77" w:rsidRPr="00DC236A" w:rsidRDefault="00634B77" w:rsidP="00634B77">
      <w:pPr>
        <w:keepNext/>
        <w:keepLines/>
        <w:ind w:firstLine="709"/>
        <w:jc w:val="center"/>
        <w:rPr>
          <w:sz w:val="28"/>
          <w:szCs w:val="28"/>
          <w:lang w:val="kk-KZ"/>
        </w:rPr>
      </w:pPr>
      <w:r w:rsidRPr="00DC236A">
        <w:rPr>
          <w:sz w:val="28"/>
          <w:szCs w:val="28"/>
          <w:lang w:val="kk-KZ"/>
        </w:rPr>
        <w:t>№ 297 сайлау учаскесі</w:t>
      </w:r>
    </w:p>
    <w:p w14:paraId="6C9280C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«Мұқағали Мақатаев атындағы </w:t>
      </w:r>
    </w:p>
    <w:p w14:paraId="4B638E23" w14:textId="77777777" w:rsidR="00634B77" w:rsidRPr="00DC236A" w:rsidRDefault="00634B77" w:rsidP="00634B77">
      <w:pPr>
        <w:keepNext/>
        <w:keepLines/>
        <w:ind w:firstLine="709"/>
        <w:jc w:val="center"/>
        <w:rPr>
          <w:sz w:val="28"/>
          <w:szCs w:val="28"/>
          <w:lang w:val="kk-KZ"/>
        </w:rPr>
      </w:pPr>
      <w:r w:rsidRPr="00DC236A">
        <w:rPr>
          <w:sz w:val="28"/>
          <w:szCs w:val="28"/>
          <w:lang w:val="kk-KZ"/>
        </w:rPr>
        <w:t>№ 74 мектеп-гимназия» шаруашылық жүргізу құқығындағы мемлекеттік коммуналдық кәсіпорны, Т. Жүргенов көшесі, № 29)</w:t>
      </w:r>
    </w:p>
    <w:p w14:paraId="4550BCF1" w14:textId="77777777" w:rsidR="00634B77" w:rsidRPr="00DC236A" w:rsidRDefault="00634B77" w:rsidP="00634B77">
      <w:pPr>
        <w:keepNext/>
        <w:keepLines/>
        <w:ind w:firstLine="709"/>
        <w:jc w:val="center"/>
        <w:rPr>
          <w:sz w:val="28"/>
          <w:szCs w:val="28"/>
          <w:lang w:val="kk-KZ"/>
        </w:rPr>
      </w:pPr>
    </w:p>
    <w:p w14:paraId="456D366D" w14:textId="77777777" w:rsidR="00634B77" w:rsidRPr="00DC236A" w:rsidRDefault="00634B77" w:rsidP="00634B77">
      <w:pPr>
        <w:ind w:firstLine="709"/>
        <w:jc w:val="both"/>
        <w:rPr>
          <w:sz w:val="28"/>
          <w:szCs w:val="28"/>
          <w:lang w:val="kk-KZ"/>
        </w:rPr>
      </w:pPr>
      <w:r w:rsidRPr="00DC236A">
        <w:rPr>
          <w:sz w:val="28"/>
          <w:szCs w:val="28"/>
          <w:lang w:val="kk-KZ"/>
        </w:rPr>
        <w:t>Шекарасы: Х. Доспанова көшесінен Т. Жүргенов көшесінің жұп сандар жағымен К. Әзірбаев көшесіне дейін, К. Әзірбаев көшесінің жұп сандар жағымен Қордай көшесіне дейін, Қордай көшесінің тақ сандар жағымен Х. Доспанова көшесіне дейін, Х. Доспанова көшесінің жұп сандар жағымен, К. Әзірбаев көшесіндегі № 4/1 үйді қоса алғанда, Т. Жүргенов көшесіне дейін.</w:t>
      </w:r>
    </w:p>
    <w:p w14:paraId="09CDDB61" w14:textId="77777777" w:rsidR="00634B77" w:rsidRPr="00DC236A" w:rsidRDefault="00634B77" w:rsidP="00634B77">
      <w:pPr>
        <w:ind w:firstLine="709"/>
        <w:jc w:val="both"/>
        <w:rPr>
          <w:sz w:val="28"/>
          <w:szCs w:val="28"/>
          <w:lang w:val="kk-KZ"/>
        </w:rPr>
      </w:pPr>
    </w:p>
    <w:p w14:paraId="3965BB4E"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298 сайлау учаскесі</w:t>
      </w:r>
    </w:p>
    <w:p w14:paraId="0ECF797A"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93 мектеп-лицей» </w:t>
      </w:r>
    </w:p>
    <w:p w14:paraId="48740481"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шаруашылық жүргізу құқығындағы мемлекеттік коммуналдық кәсіпорны, </w:t>
      </w:r>
    </w:p>
    <w:p w14:paraId="25DD91C5"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24)</w:t>
      </w:r>
    </w:p>
    <w:p w14:paraId="402E024A" w14:textId="77777777" w:rsidR="00634B77" w:rsidRPr="00DC236A" w:rsidRDefault="00634B77" w:rsidP="00634B77">
      <w:pPr>
        <w:keepNext/>
        <w:keepLines/>
        <w:ind w:firstLine="709"/>
        <w:jc w:val="center"/>
        <w:rPr>
          <w:sz w:val="28"/>
          <w:szCs w:val="28"/>
          <w:lang w:val="kk-KZ"/>
        </w:rPr>
      </w:pPr>
    </w:p>
    <w:p w14:paraId="401AB4EA" w14:textId="77777777" w:rsidR="00634B77" w:rsidRPr="00DC236A" w:rsidRDefault="00634B77" w:rsidP="00634B77">
      <w:pPr>
        <w:ind w:firstLine="709"/>
        <w:jc w:val="both"/>
        <w:rPr>
          <w:sz w:val="28"/>
          <w:szCs w:val="28"/>
          <w:lang w:val="kk-KZ"/>
        </w:rPr>
      </w:pPr>
      <w:r w:rsidRPr="00DC236A">
        <w:rPr>
          <w:sz w:val="28"/>
          <w:szCs w:val="28"/>
          <w:lang w:val="kk-KZ"/>
        </w:rPr>
        <w:t>Шекарасы: К. Әзірбаев көшесінен А. Байтұрсынұлы көшесінің жұп сандар жағымен Т. Жүргенов көшесіне дейін, Т. Жүргенов көшесінің жұп сандар жағымен Ш. Қалдаяқов көшесіне дейін, Ш. Қалдаяқов көшесінің тақ сандар жағымен М. Жұмабаев даңғылына дейін, М. Жұмабаев даңғылының жұп сандар жағымен Ж. Нәжімеденов көшесіне дейін, Ж. Нәжімеденов көшесінің тақ сандар жағымен К. Әзірбаев көшесіне дейін, К. Әзірбаев көшесінің жұп сандар жағымен А. Байтұрсынұлы көшесіне дейін.</w:t>
      </w:r>
    </w:p>
    <w:p w14:paraId="5B9B3B4A" w14:textId="77777777" w:rsidR="00634B77" w:rsidRPr="00DC236A" w:rsidRDefault="00634B77" w:rsidP="00634B77">
      <w:pPr>
        <w:ind w:firstLine="709"/>
        <w:jc w:val="both"/>
        <w:rPr>
          <w:sz w:val="28"/>
          <w:lang w:val="kk-KZ"/>
        </w:rPr>
      </w:pPr>
    </w:p>
    <w:p w14:paraId="6D3E6E41" w14:textId="77777777" w:rsidR="00634B77" w:rsidRPr="00DC236A" w:rsidRDefault="00634B77" w:rsidP="00634B77">
      <w:pPr>
        <w:keepNext/>
        <w:keepLines/>
        <w:ind w:firstLine="709"/>
        <w:jc w:val="center"/>
        <w:rPr>
          <w:sz w:val="28"/>
          <w:lang w:val="kk-KZ"/>
        </w:rPr>
      </w:pPr>
      <w:r w:rsidRPr="00DC236A">
        <w:rPr>
          <w:sz w:val="28"/>
          <w:lang w:val="kk-KZ"/>
        </w:rPr>
        <w:t xml:space="preserve">№ 299 сайлау учаскесі </w:t>
      </w:r>
    </w:p>
    <w:p w14:paraId="0F18B4CB"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93 мектеп-лицей» шаруашылық жүргізу құқығындағы мемлекеттік коммуналдық кәсіпорны, </w:t>
      </w:r>
    </w:p>
    <w:p w14:paraId="41DC88EB" w14:textId="77777777" w:rsidR="00634B77" w:rsidRPr="00DC236A" w:rsidRDefault="00634B77" w:rsidP="00634B77">
      <w:pPr>
        <w:keepNext/>
        <w:keepLines/>
        <w:ind w:firstLine="709"/>
        <w:jc w:val="center"/>
        <w:rPr>
          <w:sz w:val="28"/>
          <w:lang w:val="kk-KZ"/>
        </w:rPr>
      </w:pPr>
      <w:r w:rsidRPr="00DC236A">
        <w:rPr>
          <w:sz w:val="28"/>
          <w:lang w:val="kk-KZ"/>
        </w:rPr>
        <w:t>Ж. Нәжімеденов көшесі, № 24)</w:t>
      </w:r>
    </w:p>
    <w:p w14:paraId="447D698D" w14:textId="77777777" w:rsidR="00634B77" w:rsidRPr="00DC236A" w:rsidRDefault="00634B77" w:rsidP="00634B77">
      <w:pPr>
        <w:keepNext/>
        <w:keepLines/>
        <w:ind w:firstLine="709"/>
        <w:jc w:val="center"/>
        <w:rPr>
          <w:sz w:val="28"/>
          <w:lang w:val="kk-KZ"/>
        </w:rPr>
      </w:pPr>
    </w:p>
    <w:p w14:paraId="1A471952" w14:textId="77777777" w:rsidR="00634B77" w:rsidRPr="00DC236A" w:rsidRDefault="00634B77" w:rsidP="00634B77">
      <w:pPr>
        <w:ind w:firstLine="709"/>
        <w:jc w:val="both"/>
        <w:rPr>
          <w:lang w:val="kk-KZ"/>
        </w:rPr>
      </w:pPr>
      <w:r w:rsidRPr="00DC236A">
        <w:rPr>
          <w:sz w:val="28"/>
          <w:lang w:val="kk-KZ"/>
        </w:rPr>
        <w:t>Шекарасы:</w:t>
      </w:r>
      <w:r w:rsidRPr="00DC236A">
        <w:rPr>
          <w:lang w:val="kk-KZ"/>
        </w:rPr>
        <w:t xml:space="preserve"> </w:t>
      </w:r>
      <w:r w:rsidRPr="00DC236A">
        <w:rPr>
          <w:sz w:val="28"/>
          <w:szCs w:val="28"/>
          <w:lang w:val="kk-KZ"/>
        </w:rPr>
        <w:t>К. Әзірбаев көшесінен Ж. Нәжімеденов көшесінің жұп сандар жағымен М. Жұмабаев даңғылына дейін, М. Жұмабаев даңғылының тақ сандар жағымен Ш. Қалдаяқов көшесіне дейін, Ш. Қалдаяқов көшесінің тақ сандар жағымен К. Әзірбаев көшесіне дейін, К. Әзірбаев көшесінің жұп сандар жағымен, Ш. Қалдаяқов көшесіндегі № 23/2 үйді қоса алғанда, Ж. Нәжімеденов көшесіне дейін.</w:t>
      </w:r>
    </w:p>
    <w:p w14:paraId="34A32320" w14:textId="77777777" w:rsidR="00634B77" w:rsidRPr="00DC236A" w:rsidRDefault="00634B77" w:rsidP="00634B77">
      <w:pPr>
        <w:ind w:firstLine="709"/>
        <w:jc w:val="both"/>
        <w:rPr>
          <w:sz w:val="28"/>
          <w:szCs w:val="28"/>
          <w:lang w:val="kk-KZ"/>
        </w:rPr>
      </w:pPr>
    </w:p>
    <w:p w14:paraId="71874F46" w14:textId="77777777" w:rsidR="00634B77" w:rsidRPr="00DC236A" w:rsidRDefault="00634B77" w:rsidP="00634B77">
      <w:pPr>
        <w:keepNext/>
        <w:keepLines/>
        <w:ind w:firstLine="709"/>
        <w:jc w:val="center"/>
        <w:rPr>
          <w:sz w:val="28"/>
          <w:szCs w:val="28"/>
          <w:lang w:val="kk-KZ"/>
        </w:rPr>
      </w:pPr>
      <w:r w:rsidRPr="00DC236A">
        <w:rPr>
          <w:sz w:val="28"/>
          <w:szCs w:val="28"/>
          <w:lang w:val="kk-KZ"/>
        </w:rPr>
        <w:t>№ 300 сайлау учаскесі</w:t>
      </w:r>
    </w:p>
    <w:p w14:paraId="6EF929A9"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Қазақстан Республикасы Мәдениет және ақпарат министрлігі </w:t>
      </w:r>
    </w:p>
    <w:p w14:paraId="67C034B3"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Мәдениет комитетінің «Қазақстан Республикасының Ұлттық мұражайы» </w:t>
      </w:r>
    </w:p>
    <w:p w14:paraId="53B29E0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республикалық мемлекеттік қазыналық кәсіпорны, </w:t>
      </w:r>
      <w:r w:rsidRPr="00DC236A">
        <w:rPr>
          <w:sz w:val="28"/>
          <w:szCs w:val="28"/>
          <w:lang w:val="kk-KZ"/>
        </w:rPr>
        <w:br/>
        <w:t>Тәуелсіздік даңғылы, № 54)</w:t>
      </w:r>
    </w:p>
    <w:p w14:paraId="06664F90" w14:textId="77777777" w:rsidR="00634B77" w:rsidRPr="00DC236A" w:rsidRDefault="00634B77" w:rsidP="00634B77">
      <w:pPr>
        <w:keepNext/>
        <w:keepLines/>
        <w:ind w:firstLine="709"/>
        <w:jc w:val="center"/>
        <w:rPr>
          <w:sz w:val="28"/>
          <w:szCs w:val="28"/>
          <w:lang w:val="kk-KZ"/>
        </w:rPr>
      </w:pPr>
    </w:p>
    <w:p w14:paraId="1E06FDF0" w14:textId="77777777" w:rsidR="00634B77" w:rsidRPr="00DC236A" w:rsidRDefault="00634B77" w:rsidP="00634B77">
      <w:pPr>
        <w:ind w:firstLine="709"/>
        <w:jc w:val="both"/>
        <w:rPr>
          <w:sz w:val="28"/>
          <w:szCs w:val="28"/>
          <w:lang w:val="kk-KZ"/>
        </w:rPr>
      </w:pPr>
      <w:r w:rsidRPr="00DC236A">
        <w:rPr>
          <w:sz w:val="28"/>
          <w:szCs w:val="28"/>
          <w:lang w:val="kk-KZ"/>
        </w:rPr>
        <w:t>Шекарасы: Тәуелсіздік даңғылы, № 54 үй, Ж. Нәжімеденов көшесі, № 14, 14/1, 16А, 16Б, 16Е үйлер, Ш. Қалдаяқов көшесі, № 15, 15/1, 17 үйлер, Қ. Аманжолов көшесі, № 24 үй.</w:t>
      </w:r>
    </w:p>
    <w:p w14:paraId="0D48A3A0" w14:textId="77777777" w:rsidR="00634B77" w:rsidRPr="00DC236A" w:rsidRDefault="00634B77" w:rsidP="00634B77">
      <w:pPr>
        <w:ind w:firstLine="709"/>
        <w:jc w:val="both"/>
        <w:rPr>
          <w:sz w:val="28"/>
          <w:szCs w:val="28"/>
          <w:lang w:val="kk-KZ"/>
        </w:rPr>
      </w:pPr>
    </w:p>
    <w:p w14:paraId="36B9F6E2" w14:textId="77777777" w:rsidR="00634B77" w:rsidRPr="00DC236A" w:rsidRDefault="00634B77" w:rsidP="00634B77">
      <w:pPr>
        <w:keepNext/>
        <w:keepLines/>
        <w:ind w:firstLine="709"/>
        <w:jc w:val="center"/>
        <w:rPr>
          <w:sz w:val="28"/>
          <w:szCs w:val="28"/>
          <w:lang w:val="kk-KZ"/>
        </w:rPr>
      </w:pPr>
      <w:r w:rsidRPr="00DC236A">
        <w:rPr>
          <w:sz w:val="28"/>
          <w:szCs w:val="28"/>
          <w:lang w:val="kk-KZ"/>
        </w:rPr>
        <w:t>№ 301 сайлау учаскесі</w:t>
      </w:r>
    </w:p>
    <w:p w14:paraId="17411A10"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3791A91C" w14:textId="77777777" w:rsidR="00634B77" w:rsidRPr="00DC236A" w:rsidRDefault="00634B77" w:rsidP="00634B77">
      <w:pPr>
        <w:keepNext/>
        <w:keepLines/>
        <w:ind w:firstLine="709"/>
        <w:jc w:val="center"/>
        <w:rPr>
          <w:sz w:val="28"/>
          <w:szCs w:val="28"/>
          <w:lang w:val="kk-KZ"/>
        </w:rPr>
      </w:pPr>
    </w:p>
    <w:p w14:paraId="6A117415" w14:textId="77777777" w:rsidR="00634B77" w:rsidRPr="00DC236A" w:rsidRDefault="00634B77" w:rsidP="00634B77">
      <w:pPr>
        <w:ind w:firstLine="709"/>
        <w:jc w:val="both"/>
        <w:rPr>
          <w:sz w:val="28"/>
          <w:szCs w:val="28"/>
          <w:lang w:val="kk-KZ"/>
        </w:rPr>
      </w:pPr>
      <w:r w:rsidRPr="00DC236A">
        <w:rPr>
          <w:sz w:val="28"/>
          <w:szCs w:val="28"/>
          <w:lang w:val="kk-KZ"/>
        </w:rPr>
        <w:t>Шекарасы: А. Бөлекпаев көшесінен Т. Жүргенов көшесінің тақ сандар жағымен А. Байтұрсынұлы көшесіне дейін, А. Байтұрсынұлы көшесінің тақ сандар жағымен М. Жұмабаев даңғылына дейін, М. Жұмабаев даңғылының жұп сандар жағымен А. Бөлекпаев көшесіне дейін, А. Бөлекпаев көшесінің жұп сандар жағымен Т. Жүргенов көшесіне дейін.</w:t>
      </w:r>
    </w:p>
    <w:p w14:paraId="3A9F2C76" w14:textId="77777777" w:rsidR="00634B77" w:rsidRPr="00DC236A" w:rsidRDefault="00634B77" w:rsidP="00634B77">
      <w:pPr>
        <w:ind w:firstLine="709"/>
        <w:jc w:val="both"/>
        <w:rPr>
          <w:sz w:val="28"/>
          <w:szCs w:val="28"/>
          <w:lang w:val="kk-KZ"/>
        </w:rPr>
      </w:pPr>
    </w:p>
    <w:p w14:paraId="077974C0" w14:textId="77777777" w:rsidR="00634B77" w:rsidRPr="00DC236A" w:rsidRDefault="00634B77" w:rsidP="00634B77">
      <w:pPr>
        <w:keepNext/>
        <w:keepLines/>
        <w:ind w:firstLine="709"/>
        <w:jc w:val="center"/>
        <w:rPr>
          <w:sz w:val="28"/>
          <w:lang w:val="kk-KZ"/>
        </w:rPr>
      </w:pPr>
      <w:r w:rsidRPr="00DC236A">
        <w:rPr>
          <w:sz w:val="28"/>
          <w:lang w:val="kk-KZ"/>
        </w:rPr>
        <w:t xml:space="preserve">№ 302 сайлау учаскесі </w:t>
      </w:r>
    </w:p>
    <w:p w14:paraId="5980A0F9"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 91 мектеп-гимназия» шаруашылық жүргізу құқығындағы мемлекеттік коммуналдық кәсіпорны, </w:t>
      </w:r>
    </w:p>
    <w:p w14:paraId="36AC4547" w14:textId="77777777" w:rsidR="00634B77" w:rsidRPr="00DC236A" w:rsidRDefault="00634B77" w:rsidP="00634B77">
      <w:pPr>
        <w:keepNext/>
        <w:keepLines/>
        <w:ind w:firstLine="709"/>
        <w:jc w:val="center"/>
        <w:rPr>
          <w:sz w:val="28"/>
          <w:lang w:val="kk-KZ"/>
        </w:rPr>
      </w:pPr>
      <w:r w:rsidRPr="00DC236A">
        <w:rPr>
          <w:sz w:val="28"/>
          <w:lang w:val="kk-KZ"/>
        </w:rPr>
        <w:t>А. Храпатый көшесі, № 10)</w:t>
      </w:r>
    </w:p>
    <w:p w14:paraId="09EA7FF3" w14:textId="77777777" w:rsidR="00634B77" w:rsidRPr="00DC236A" w:rsidRDefault="00634B77" w:rsidP="00634B77">
      <w:pPr>
        <w:keepNext/>
        <w:keepLines/>
        <w:ind w:firstLine="709"/>
        <w:jc w:val="center"/>
        <w:rPr>
          <w:sz w:val="28"/>
          <w:lang w:val="kk-KZ"/>
        </w:rPr>
      </w:pPr>
    </w:p>
    <w:p w14:paraId="043B47E0" w14:textId="77777777" w:rsidR="00634B77" w:rsidRPr="00DC236A" w:rsidRDefault="00634B77" w:rsidP="00634B77">
      <w:pPr>
        <w:ind w:firstLine="709"/>
        <w:jc w:val="both"/>
        <w:rPr>
          <w:sz w:val="28"/>
          <w:lang w:val="kk-KZ"/>
        </w:rPr>
      </w:pPr>
      <w:r w:rsidRPr="00DC236A">
        <w:rPr>
          <w:sz w:val="28"/>
          <w:lang w:val="kk-KZ"/>
        </w:rPr>
        <w:t>Шекарасы: А. Храпатый көшесі, № 3, 5, 5/1, 5/2, 7, 7/1, 9, 11, 11/1, 13, 15, 15/1, 17, 17/1, 19, 21, 21/1, 21/2, 23, 25, 25/1, 25/2 үйлер, И. Панфилов көшесі, № 1, 1/2, 3/1, 6, 8, 10, 12, 14, 16, 18 үйлер.</w:t>
      </w:r>
    </w:p>
    <w:p w14:paraId="7141117F" w14:textId="77777777" w:rsidR="00634B77" w:rsidRPr="00DC236A" w:rsidRDefault="00634B77" w:rsidP="00634B77">
      <w:pPr>
        <w:ind w:firstLine="709"/>
        <w:jc w:val="both"/>
        <w:rPr>
          <w:sz w:val="28"/>
          <w:lang w:val="kk-KZ"/>
        </w:rPr>
      </w:pPr>
    </w:p>
    <w:p w14:paraId="68492D05" w14:textId="77777777" w:rsidR="00634B77" w:rsidRPr="00DC236A" w:rsidRDefault="00634B77" w:rsidP="00634B77">
      <w:pPr>
        <w:keepNext/>
        <w:keepLines/>
        <w:ind w:firstLine="709"/>
        <w:jc w:val="center"/>
        <w:rPr>
          <w:sz w:val="28"/>
          <w:szCs w:val="28"/>
          <w:lang w:val="kk-KZ"/>
        </w:rPr>
      </w:pPr>
      <w:r w:rsidRPr="00DC236A">
        <w:rPr>
          <w:sz w:val="28"/>
          <w:szCs w:val="28"/>
          <w:lang w:val="kk-KZ"/>
        </w:rPr>
        <w:t>№ 303 сайлау учаскесі</w:t>
      </w:r>
    </w:p>
    <w:p w14:paraId="5A510AA2"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93 мектеп-лицей» шаруашылық жүргізу құқығындағы мемлекеттік коммуналдық кәсіпорны, </w:t>
      </w:r>
    </w:p>
    <w:p w14:paraId="7211BF51"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24)</w:t>
      </w:r>
    </w:p>
    <w:p w14:paraId="2DE577CB" w14:textId="77777777" w:rsidR="00634B77" w:rsidRPr="00DC236A" w:rsidRDefault="00634B77" w:rsidP="00634B77">
      <w:pPr>
        <w:keepNext/>
        <w:keepLines/>
        <w:ind w:firstLine="709"/>
        <w:jc w:val="center"/>
        <w:rPr>
          <w:sz w:val="28"/>
          <w:szCs w:val="28"/>
          <w:lang w:val="kk-KZ"/>
        </w:rPr>
      </w:pPr>
    </w:p>
    <w:p w14:paraId="573179D7" w14:textId="77777777" w:rsidR="00634B77" w:rsidRPr="00DC236A" w:rsidRDefault="00634B77" w:rsidP="00634B77">
      <w:pPr>
        <w:ind w:firstLine="709"/>
        <w:jc w:val="both"/>
        <w:rPr>
          <w:sz w:val="28"/>
          <w:szCs w:val="28"/>
          <w:lang w:val="kk-KZ"/>
        </w:rPr>
      </w:pPr>
      <w:r w:rsidRPr="00DC236A">
        <w:rPr>
          <w:sz w:val="28"/>
          <w:szCs w:val="28"/>
          <w:lang w:val="kk-KZ"/>
        </w:rPr>
        <w:t>Шекарасы: С. Нұрмағамбетов көшесінен Ж. Нәжімеденов көшесінің жұп сандар жағымен К. Әзірбаев көшесіне дейін, К. Әзірбаев көшесінің тақ сандар жағымен Ш. Қалдаяқов көшесіне дейін, Ш. Қалдаяқов көшесінің тақ сандар жағымен С. Нұрмағамбетов көшесіне дейін, С. Нұрмағамбетов көшесінің жұп сандар жағымен, Ш. Қалдаяқов көшесіндегі № 23/2 үйді қоспағанда, Ж. Нәжімеденов көшесіне дейін.</w:t>
      </w:r>
    </w:p>
    <w:p w14:paraId="201C17CE" w14:textId="77777777" w:rsidR="00634B77" w:rsidRPr="00DC236A" w:rsidRDefault="00634B77" w:rsidP="00634B77">
      <w:pPr>
        <w:ind w:firstLine="709"/>
        <w:jc w:val="both"/>
        <w:rPr>
          <w:sz w:val="28"/>
          <w:szCs w:val="28"/>
          <w:lang w:val="kk-KZ"/>
        </w:rPr>
      </w:pPr>
    </w:p>
    <w:p w14:paraId="70CA067C" w14:textId="77777777" w:rsidR="00634B77" w:rsidRPr="00DC236A" w:rsidRDefault="00634B77" w:rsidP="00634B77">
      <w:pPr>
        <w:keepNext/>
        <w:keepLines/>
        <w:ind w:firstLine="709"/>
        <w:jc w:val="center"/>
        <w:rPr>
          <w:sz w:val="28"/>
          <w:szCs w:val="28"/>
          <w:lang w:val="kk-KZ"/>
        </w:rPr>
      </w:pPr>
      <w:r w:rsidRPr="00DC236A">
        <w:rPr>
          <w:sz w:val="28"/>
          <w:szCs w:val="28"/>
          <w:lang w:val="kk-KZ"/>
        </w:rPr>
        <w:t>№ 304 сайлау учаскесі</w:t>
      </w:r>
      <w:r w:rsidRPr="00DC236A">
        <w:rPr>
          <w:sz w:val="28"/>
          <w:szCs w:val="28"/>
          <w:lang w:val="kk-KZ"/>
        </w:rPr>
        <w:br/>
        <w:t>(орталығы – Астана қаласы әкімдігінің «№ 72 мектеп-лицей» шаруашылық жүргізу құқығындағы мемлекеттік коммуналдық кәсіпорны, А. Байтұрсынұлы көшесі, № 25)</w:t>
      </w:r>
    </w:p>
    <w:p w14:paraId="1167BC49" w14:textId="77777777" w:rsidR="00634B77" w:rsidRPr="00DC236A" w:rsidRDefault="00634B77" w:rsidP="00634B77">
      <w:pPr>
        <w:keepNext/>
        <w:keepLines/>
        <w:rPr>
          <w:sz w:val="28"/>
          <w:szCs w:val="28"/>
          <w:lang w:val="kk-KZ"/>
        </w:rPr>
      </w:pPr>
    </w:p>
    <w:p w14:paraId="53AEEC19" w14:textId="77777777" w:rsidR="00634B77" w:rsidRPr="00634B77" w:rsidRDefault="00634B77" w:rsidP="00634B77">
      <w:pPr>
        <w:ind w:firstLine="709"/>
        <w:jc w:val="both"/>
        <w:rPr>
          <w:sz w:val="28"/>
          <w:szCs w:val="28"/>
          <w:lang w:val="kk-KZ"/>
        </w:rPr>
      </w:pPr>
      <w:r w:rsidRPr="00DC236A">
        <w:rPr>
          <w:sz w:val="28"/>
          <w:szCs w:val="28"/>
          <w:lang w:val="kk-KZ"/>
        </w:rPr>
        <w:t>Шекарасы: С. Нұрмағамбетов көшесінен бастап, Р. Қошқарбаев даңғылының жұп сандар жағымен М. Жұмабаев даңғылына дейін, М. Жұмабаев даңғылының тақ сандар жағымен К. Әзірбаев көшесіне дейін, К. Әзірбаев көшесінің тақ сандар жағымен А. Байтұрсынұлы көшесіне дейін, А. Байтұрсынұлы көшесінің тақ сандар жағымен С. Нұрмағамбетов көшесіне дейін, С. Нұрмағамбетов көшесінің жұп сандар жағымен</w:t>
      </w:r>
      <w:r w:rsidRPr="001C6F47">
        <w:rPr>
          <w:sz w:val="28"/>
          <w:szCs w:val="28"/>
          <w:lang w:val="kk-KZ"/>
        </w:rPr>
        <w:t xml:space="preserve"> Р. Қошқарбаев даңғылы бойындағы № 44, 46, 46/1, 46/2, 48, 50, 50/1 үйлерді және К. Әзірбаев көшесіндегі № 37/1, 39, 41 үйлерді қоспағанда, Р. Қошқарбаев даңғылын</w:t>
      </w:r>
      <w:r w:rsidRPr="00634B77">
        <w:rPr>
          <w:sz w:val="28"/>
          <w:szCs w:val="28"/>
          <w:lang w:val="kk-KZ"/>
        </w:rPr>
        <w:t>а дейін.</w:t>
      </w:r>
    </w:p>
    <w:p w14:paraId="78A46208" w14:textId="77777777" w:rsidR="00634B77" w:rsidRPr="00DC236A" w:rsidRDefault="00634B77" w:rsidP="00634B77">
      <w:pPr>
        <w:ind w:firstLine="709"/>
        <w:jc w:val="both"/>
        <w:rPr>
          <w:b/>
          <w:sz w:val="28"/>
          <w:szCs w:val="28"/>
          <w:lang w:val="kk-KZ"/>
        </w:rPr>
      </w:pPr>
    </w:p>
    <w:p w14:paraId="5551BCC6" w14:textId="77777777" w:rsidR="00634B77" w:rsidRPr="00DC236A" w:rsidRDefault="00634B77" w:rsidP="00634B77">
      <w:pPr>
        <w:keepNext/>
        <w:keepLines/>
        <w:ind w:firstLine="709"/>
        <w:jc w:val="center"/>
        <w:rPr>
          <w:sz w:val="28"/>
          <w:szCs w:val="28"/>
          <w:lang w:val="kk-KZ"/>
        </w:rPr>
      </w:pPr>
      <w:r w:rsidRPr="00DC236A">
        <w:rPr>
          <w:sz w:val="28"/>
          <w:szCs w:val="28"/>
          <w:lang w:val="kk-KZ"/>
        </w:rPr>
        <w:t>№ 305 сайлау учаскесі</w:t>
      </w:r>
    </w:p>
    <w:p w14:paraId="3BC3D91D"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102 жалпы орта білім беретін мектеп» коммуналдық мемлекеттік мекемесі, А. Байтұрсынұлы көшесі, № 7)</w:t>
      </w:r>
    </w:p>
    <w:p w14:paraId="636CF790" w14:textId="77777777" w:rsidR="00634B77" w:rsidRPr="00DC236A" w:rsidRDefault="00634B77" w:rsidP="00634B77">
      <w:pPr>
        <w:keepNext/>
        <w:keepLines/>
        <w:ind w:firstLine="709"/>
        <w:jc w:val="center"/>
        <w:rPr>
          <w:sz w:val="28"/>
          <w:szCs w:val="28"/>
          <w:lang w:val="kk-KZ"/>
        </w:rPr>
      </w:pPr>
    </w:p>
    <w:p w14:paraId="66623AD5"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8, 10, 10/1 үйлер, А. Байтұрсынұлы көшесі, № 7, 9 үйлер, Тәуелсіздік даңғылы, № 48 үй.</w:t>
      </w:r>
    </w:p>
    <w:p w14:paraId="6177F051" w14:textId="77777777" w:rsidR="00634B77" w:rsidRPr="00DC236A" w:rsidRDefault="00634B77" w:rsidP="00634B77">
      <w:pPr>
        <w:ind w:firstLine="709"/>
        <w:jc w:val="center"/>
        <w:rPr>
          <w:sz w:val="28"/>
          <w:szCs w:val="28"/>
          <w:lang w:val="kk-KZ"/>
        </w:rPr>
      </w:pPr>
    </w:p>
    <w:p w14:paraId="514B45B1"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306 сайлау учаскесі</w:t>
      </w:r>
      <w:r w:rsidRPr="00DC236A">
        <w:rPr>
          <w:lang w:val="kk-KZ"/>
        </w:rPr>
        <w:br/>
      </w:r>
      <w:r w:rsidRPr="00DC236A">
        <w:rPr>
          <w:sz w:val="28"/>
          <w:szCs w:val="28"/>
          <w:lang w:val="kk-KZ"/>
        </w:rPr>
        <w:t xml:space="preserve">(орталығы – Астана қаласы әкімдігінің «№ 98 мектеп-лицей» шаруашылық жүргізу құқығындағы мемлекеттік коммуналдық кәсіпорны, </w:t>
      </w:r>
    </w:p>
    <w:p w14:paraId="4FBD7137" w14:textId="77777777" w:rsidR="00634B77" w:rsidRPr="00DC236A" w:rsidRDefault="00634B77" w:rsidP="00634B77">
      <w:pPr>
        <w:keepNext/>
        <w:keepLines/>
        <w:ind w:firstLine="709"/>
        <w:jc w:val="center"/>
        <w:rPr>
          <w:sz w:val="28"/>
          <w:szCs w:val="28"/>
          <w:lang w:val="kk-KZ"/>
        </w:rPr>
      </w:pPr>
      <w:r w:rsidRPr="00DC236A">
        <w:rPr>
          <w:sz w:val="28"/>
          <w:szCs w:val="28"/>
          <w:lang w:val="kk-KZ"/>
        </w:rPr>
        <w:t>Ж. Нәжімеденов көшесі, № 8)</w:t>
      </w:r>
    </w:p>
    <w:p w14:paraId="31AD239F" w14:textId="77777777" w:rsidR="00634B77" w:rsidRPr="00DC236A" w:rsidRDefault="00634B77" w:rsidP="00634B77">
      <w:pPr>
        <w:keepNext/>
        <w:keepLines/>
        <w:ind w:firstLine="709"/>
        <w:jc w:val="center"/>
        <w:rPr>
          <w:sz w:val="28"/>
          <w:szCs w:val="28"/>
          <w:lang w:val="kk-KZ"/>
        </w:rPr>
      </w:pPr>
    </w:p>
    <w:p w14:paraId="5A3C6007"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Ж. Нәжімеденов көшесі, № 2, 4, 4/1, 8, 10, 10/1, 10/2, 10/3, 10/4 үйлер, Ш. Қалдаяқов көшесі, № 13 үй.</w:t>
      </w:r>
    </w:p>
    <w:p w14:paraId="593CE181" w14:textId="77777777" w:rsidR="00634B77" w:rsidRPr="00DC236A" w:rsidRDefault="00634B77" w:rsidP="00634B77">
      <w:pPr>
        <w:ind w:firstLine="709"/>
        <w:jc w:val="both"/>
        <w:rPr>
          <w:sz w:val="28"/>
          <w:szCs w:val="28"/>
          <w:lang w:val="kk-KZ"/>
        </w:rPr>
      </w:pPr>
    </w:p>
    <w:p w14:paraId="0FA40076" w14:textId="77777777" w:rsidR="00634B77" w:rsidRPr="00DC236A" w:rsidRDefault="00634B77" w:rsidP="00634B77">
      <w:pPr>
        <w:keepNext/>
        <w:keepLines/>
        <w:ind w:firstLine="709"/>
        <w:jc w:val="center"/>
        <w:rPr>
          <w:sz w:val="28"/>
          <w:szCs w:val="28"/>
          <w:lang w:val="kk-KZ"/>
        </w:rPr>
      </w:pPr>
      <w:r w:rsidRPr="00DC236A">
        <w:rPr>
          <w:sz w:val="28"/>
          <w:szCs w:val="28"/>
          <w:lang w:val="kk-KZ"/>
        </w:rPr>
        <w:t>№ 307 сайлау учаскесі</w:t>
      </w:r>
    </w:p>
    <w:p w14:paraId="21B2663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«Мұхтар Әуезов атындағы </w:t>
      </w:r>
    </w:p>
    <w:p w14:paraId="540914EA" w14:textId="77777777" w:rsidR="00634B77" w:rsidRPr="00DC236A" w:rsidRDefault="00634B77" w:rsidP="00634B77">
      <w:pPr>
        <w:keepNext/>
        <w:keepLines/>
        <w:ind w:firstLine="709"/>
        <w:jc w:val="center"/>
        <w:rPr>
          <w:sz w:val="28"/>
          <w:szCs w:val="28"/>
          <w:lang w:val="kk-KZ"/>
        </w:rPr>
      </w:pPr>
      <w:r w:rsidRPr="00DC236A">
        <w:rPr>
          <w:sz w:val="28"/>
          <w:szCs w:val="28"/>
          <w:lang w:val="kk-KZ"/>
        </w:rPr>
        <w:t>№ 86 мектеп-гимназия» шаруашылық жүргізу құқығындағы мемлекеттік коммуналдық кәсіпорны, А. Бөлекпаев көшесі, № 20)</w:t>
      </w:r>
    </w:p>
    <w:p w14:paraId="7B743E47" w14:textId="77777777" w:rsidR="00634B77" w:rsidRPr="00DC236A" w:rsidRDefault="00634B77" w:rsidP="00634B77">
      <w:pPr>
        <w:keepNext/>
        <w:keepLines/>
        <w:ind w:firstLine="709"/>
        <w:jc w:val="center"/>
        <w:rPr>
          <w:sz w:val="28"/>
          <w:szCs w:val="28"/>
          <w:lang w:val="kk-KZ"/>
        </w:rPr>
      </w:pPr>
    </w:p>
    <w:p w14:paraId="358631DD" w14:textId="77777777" w:rsidR="00634B77"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Т. Жүргенов көшесі, № 28/1, 30, 30А, 30/1, 32 үйлер, Х. Доспанова көшесі, № 1, 1/1, 2, 2/1, 2/2, 2/3, 2П үйлер.</w:t>
      </w:r>
    </w:p>
    <w:p w14:paraId="7833BFBA" w14:textId="77777777" w:rsidR="00634B77" w:rsidRPr="0079478D" w:rsidRDefault="00634B77" w:rsidP="00634B77">
      <w:pPr>
        <w:ind w:firstLine="709"/>
        <w:jc w:val="both"/>
        <w:rPr>
          <w:sz w:val="28"/>
          <w:szCs w:val="28"/>
          <w:lang w:val="kk-KZ"/>
        </w:rPr>
      </w:pPr>
    </w:p>
    <w:p w14:paraId="744F379B" w14:textId="77777777" w:rsidR="00634B77" w:rsidRPr="00DC236A" w:rsidRDefault="00634B77" w:rsidP="00634B77">
      <w:pPr>
        <w:keepNext/>
        <w:keepLines/>
        <w:ind w:firstLine="709"/>
        <w:jc w:val="center"/>
        <w:rPr>
          <w:sz w:val="28"/>
          <w:lang w:val="kk-KZ"/>
        </w:rPr>
      </w:pPr>
      <w:r w:rsidRPr="00DC236A">
        <w:rPr>
          <w:sz w:val="28"/>
          <w:lang w:val="kk-KZ"/>
        </w:rPr>
        <w:t>№ 308 сайлау учаскесі</w:t>
      </w:r>
    </w:p>
    <w:p w14:paraId="1E152B06"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Астана қаласы әкімдігінің «Мұхтар Әуезов атындағы </w:t>
      </w:r>
    </w:p>
    <w:p w14:paraId="2D204672" w14:textId="77777777" w:rsidR="00634B77" w:rsidRPr="00DC236A" w:rsidRDefault="00634B77" w:rsidP="00634B77">
      <w:pPr>
        <w:keepNext/>
        <w:keepLines/>
        <w:ind w:firstLine="709"/>
        <w:jc w:val="center"/>
        <w:rPr>
          <w:sz w:val="28"/>
          <w:lang w:val="kk-KZ"/>
        </w:rPr>
      </w:pPr>
      <w:r w:rsidRPr="00DC236A">
        <w:rPr>
          <w:sz w:val="28"/>
          <w:lang w:val="kk-KZ"/>
        </w:rPr>
        <w:t xml:space="preserve">№ 86 мектеп-гимназия» шаруашылық жүргізу құқығындағы мемлекеттік </w:t>
      </w:r>
    </w:p>
    <w:p w14:paraId="4A3B3EE8" w14:textId="77777777" w:rsidR="00634B77" w:rsidRPr="00DC236A" w:rsidRDefault="00634B77" w:rsidP="00634B77">
      <w:pPr>
        <w:keepNext/>
        <w:keepLines/>
        <w:ind w:firstLine="709"/>
        <w:jc w:val="center"/>
        <w:rPr>
          <w:sz w:val="28"/>
          <w:lang w:val="kk-KZ"/>
        </w:rPr>
      </w:pPr>
      <w:r w:rsidRPr="00DC236A">
        <w:rPr>
          <w:sz w:val="28"/>
          <w:lang w:val="kk-KZ"/>
        </w:rPr>
        <w:t>коммуналдық кәсіпорны, А. Бөлекпаев көшесі, № 20)</w:t>
      </w:r>
    </w:p>
    <w:p w14:paraId="5DE92CA9" w14:textId="77777777" w:rsidR="00634B77" w:rsidRPr="00DC236A" w:rsidRDefault="00634B77" w:rsidP="00634B77">
      <w:pPr>
        <w:keepNext/>
        <w:keepLines/>
        <w:ind w:firstLine="709"/>
        <w:jc w:val="center"/>
        <w:rPr>
          <w:sz w:val="28"/>
          <w:szCs w:val="28"/>
          <w:lang w:val="kk-KZ"/>
        </w:rPr>
      </w:pPr>
    </w:p>
    <w:p w14:paraId="55633C30" w14:textId="77777777" w:rsidR="00634B77" w:rsidRPr="00DC236A" w:rsidRDefault="00634B77" w:rsidP="00634B77">
      <w:pPr>
        <w:ind w:firstLine="709"/>
        <w:jc w:val="both"/>
        <w:rPr>
          <w:b/>
          <w:sz w:val="28"/>
          <w:szCs w:val="28"/>
          <w:lang w:val="kk-KZ"/>
        </w:rPr>
      </w:pPr>
      <w:r w:rsidRPr="00DC236A">
        <w:rPr>
          <w:sz w:val="28"/>
          <w:szCs w:val="28"/>
          <w:lang w:val="kk-KZ"/>
        </w:rPr>
        <w:t>Шекарасы: А. Байтұрсынұлы көшесінен Т. Жүргенов көшесінің жұп сандар жағымен А. Бөлекпаев көшесіне дейін, А. Бөлекпаев көшесінің</w:t>
      </w:r>
      <w:r>
        <w:rPr>
          <w:sz w:val="28"/>
          <w:szCs w:val="28"/>
          <w:lang w:val="kk-KZ"/>
        </w:rPr>
        <w:t xml:space="preserve"> жұп сандар жағымен А75 көшеге дейін, А75 көше</w:t>
      </w:r>
      <w:r w:rsidRPr="00DC236A">
        <w:rPr>
          <w:sz w:val="28"/>
          <w:szCs w:val="28"/>
          <w:lang w:val="kk-KZ"/>
        </w:rPr>
        <w:t>нің жұп сандар жағымен А. Байтұрсынұлы көшесіне дейін, А. Байтұрсынұлы көшесінің тақ сандар жағымен Т. Жүргенов көшесіне дейін.</w:t>
      </w:r>
    </w:p>
    <w:p w14:paraId="5B08F3BF" w14:textId="77777777" w:rsidR="00634B77" w:rsidRPr="00DC236A" w:rsidRDefault="00634B77" w:rsidP="00634B77">
      <w:pPr>
        <w:rPr>
          <w:sz w:val="28"/>
          <w:lang w:val="kk-KZ"/>
        </w:rPr>
      </w:pPr>
    </w:p>
    <w:p w14:paraId="017BDF53" w14:textId="77777777" w:rsidR="00634B77" w:rsidRPr="00DC236A" w:rsidRDefault="00634B77" w:rsidP="00634B77">
      <w:pPr>
        <w:keepNext/>
        <w:keepLines/>
        <w:ind w:firstLine="709"/>
        <w:jc w:val="center"/>
        <w:rPr>
          <w:sz w:val="28"/>
          <w:lang w:val="kk-KZ"/>
        </w:rPr>
      </w:pPr>
      <w:r w:rsidRPr="00DC236A">
        <w:rPr>
          <w:sz w:val="28"/>
          <w:lang w:val="kk-KZ"/>
        </w:rPr>
        <w:t>№ 309 сайлау учаскесі</w:t>
      </w:r>
    </w:p>
    <w:p w14:paraId="08332D13" w14:textId="77777777" w:rsidR="00634B77" w:rsidRPr="00DC236A" w:rsidRDefault="00634B77" w:rsidP="00634B77">
      <w:pPr>
        <w:keepNext/>
        <w:keepLines/>
        <w:ind w:firstLine="709"/>
        <w:jc w:val="center"/>
        <w:rPr>
          <w:sz w:val="28"/>
          <w:lang w:val="kk-KZ"/>
        </w:rPr>
      </w:pPr>
      <w:r w:rsidRPr="00DC236A">
        <w:rPr>
          <w:sz w:val="28"/>
          <w:lang w:val="kk-KZ"/>
        </w:rPr>
        <w:t xml:space="preserve">(орталығы – «Нұрлы жол» теміржол вокзалы, </w:t>
      </w:r>
    </w:p>
    <w:p w14:paraId="2E54F50A" w14:textId="77777777" w:rsidR="00634B77" w:rsidRPr="00DC236A" w:rsidRDefault="00634B77" w:rsidP="00634B77">
      <w:pPr>
        <w:keepNext/>
        <w:keepLines/>
        <w:ind w:firstLine="709"/>
        <w:jc w:val="center"/>
        <w:rPr>
          <w:sz w:val="28"/>
          <w:lang w:val="kk-KZ"/>
        </w:rPr>
      </w:pPr>
      <w:r w:rsidRPr="00DC236A">
        <w:rPr>
          <w:sz w:val="28"/>
          <w:lang w:val="kk-KZ"/>
        </w:rPr>
        <w:t>М. Тынышбайұлы көшесі, № 8)</w:t>
      </w:r>
    </w:p>
    <w:p w14:paraId="0C495C63" w14:textId="77777777" w:rsidR="00634B77" w:rsidRPr="00DC236A" w:rsidRDefault="00634B77" w:rsidP="00634B77">
      <w:pPr>
        <w:keepNext/>
        <w:keepLines/>
        <w:ind w:firstLine="709"/>
        <w:jc w:val="center"/>
        <w:rPr>
          <w:sz w:val="28"/>
          <w:lang w:val="kk-KZ"/>
        </w:rPr>
      </w:pPr>
    </w:p>
    <w:p w14:paraId="7569F254" w14:textId="77777777" w:rsidR="00634B77" w:rsidRPr="00DC236A" w:rsidRDefault="00634B77" w:rsidP="00634B77">
      <w:pPr>
        <w:ind w:firstLine="709"/>
        <w:jc w:val="both"/>
        <w:rPr>
          <w:sz w:val="28"/>
          <w:szCs w:val="28"/>
          <w:lang w:val="kk-KZ"/>
        </w:rPr>
      </w:pPr>
      <w:r w:rsidRPr="001C6F47">
        <w:rPr>
          <w:sz w:val="28"/>
          <w:szCs w:val="28"/>
          <w:lang w:val="kk-KZ"/>
        </w:rPr>
        <w:t>Шекарасы:</w:t>
      </w:r>
      <w:r w:rsidRPr="00DC236A">
        <w:rPr>
          <w:sz w:val="28"/>
          <w:szCs w:val="28"/>
          <w:lang w:val="kk-KZ"/>
        </w:rPr>
        <w:t xml:space="preserve"> Ж. Нәжімеденов көшесі, № 46, 52А, 54, 54/1 үйлер, Ш. Қалдаяқов көшесі, № 51, 55А үйлер.</w:t>
      </w:r>
    </w:p>
    <w:p w14:paraId="7C827716" w14:textId="77777777" w:rsidR="00634B77" w:rsidRPr="00DC236A" w:rsidRDefault="00634B77" w:rsidP="00634B77">
      <w:pPr>
        <w:ind w:firstLine="709"/>
        <w:jc w:val="both"/>
        <w:rPr>
          <w:sz w:val="28"/>
          <w:szCs w:val="28"/>
          <w:lang w:val="kk-KZ"/>
        </w:rPr>
      </w:pPr>
    </w:p>
    <w:p w14:paraId="341F853F" w14:textId="77777777" w:rsidR="00634B77" w:rsidRPr="00DC236A" w:rsidRDefault="00634B77" w:rsidP="00634B77">
      <w:pPr>
        <w:keepNext/>
        <w:keepLines/>
        <w:ind w:firstLine="709"/>
        <w:jc w:val="center"/>
        <w:rPr>
          <w:sz w:val="28"/>
          <w:szCs w:val="28"/>
          <w:lang w:val="kk-KZ"/>
        </w:rPr>
      </w:pPr>
      <w:r w:rsidRPr="00DC236A">
        <w:rPr>
          <w:sz w:val="28"/>
          <w:szCs w:val="28"/>
          <w:lang w:val="kk-KZ"/>
        </w:rPr>
        <w:t>№ 310 сайлау учаскесі</w:t>
      </w:r>
    </w:p>
    <w:p w14:paraId="38479E46"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«Томирис» медициналық колледжі» жауапкершілігі шектеулі серіктестігі, Р. Қошқарбаев даңғылы, № 68)</w:t>
      </w:r>
    </w:p>
    <w:p w14:paraId="2E8FBBD9" w14:textId="77777777" w:rsidR="00634B77" w:rsidRPr="00DC236A" w:rsidRDefault="00634B77" w:rsidP="00634B77">
      <w:pPr>
        <w:keepNext/>
        <w:keepLines/>
        <w:ind w:firstLine="709"/>
        <w:jc w:val="center"/>
        <w:rPr>
          <w:lang w:val="kk-KZ"/>
        </w:rPr>
      </w:pPr>
    </w:p>
    <w:p w14:paraId="5B263432" w14:textId="77777777" w:rsidR="00634B77" w:rsidRPr="00DC236A" w:rsidRDefault="00634B77" w:rsidP="00634B77">
      <w:pPr>
        <w:ind w:firstLine="709"/>
        <w:jc w:val="both"/>
        <w:rPr>
          <w:sz w:val="28"/>
          <w:szCs w:val="28"/>
          <w:lang w:val="kk-KZ"/>
        </w:rPr>
      </w:pPr>
      <w:r w:rsidRPr="00DC236A">
        <w:rPr>
          <w:sz w:val="28"/>
          <w:szCs w:val="28"/>
          <w:lang w:val="kk-KZ"/>
        </w:rPr>
        <w:t>Шекарасы: теміржолдан Р. Қошқарбаев даңғылына дейін, Р. Қошқарбаев даңғылының жұп сандар жағымен М. Төлебаев көшесіне дейін, М. Төлебаев көшесінің тақ сандар жағымен «Астана – Қарағанды» тас жолына дейін, «Астана – Қарағанды» тас жолының жұп сандар жағымен айналма жолға дейін, айналма жолмен теміржолға дейін, теміржолмен Р. Қошқарбаев даңғылына дейін.</w:t>
      </w:r>
    </w:p>
    <w:p w14:paraId="63AD3D20" w14:textId="77777777" w:rsidR="00634B77" w:rsidRPr="00DC236A" w:rsidRDefault="00634B77" w:rsidP="00634B77">
      <w:pPr>
        <w:ind w:firstLine="709"/>
        <w:jc w:val="both"/>
        <w:rPr>
          <w:sz w:val="28"/>
          <w:szCs w:val="28"/>
          <w:lang w:val="kk-KZ"/>
        </w:rPr>
      </w:pPr>
    </w:p>
    <w:p w14:paraId="080EE219" w14:textId="77777777" w:rsidR="00634B77" w:rsidRPr="00DC236A" w:rsidRDefault="00634B77" w:rsidP="00634B77">
      <w:pPr>
        <w:keepNext/>
        <w:keepLines/>
        <w:ind w:firstLine="709"/>
        <w:jc w:val="center"/>
        <w:rPr>
          <w:sz w:val="28"/>
          <w:lang w:val="kk-KZ"/>
        </w:rPr>
      </w:pPr>
      <w:r w:rsidRPr="00DC236A">
        <w:rPr>
          <w:sz w:val="28"/>
          <w:lang w:val="kk-KZ"/>
        </w:rPr>
        <w:lastRenderedPageBreak/>
        <w:t>№ 311 сайлау учаскесі</w:t>
      </w:r>
    </w:p>
    <w:p w14:paraId="3E049B05"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1BBE2A9"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«Binom school» мектеп-лицейі,</w:t>
      </w:r>
    </w:p>
    <w:p w14:paraId="2FF3510D"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24792987" w14:textId="77777777" w:rsidR="00634B77" w:rsidRPr="00DC236A" w:rsidRDefault="00634B77" w:rsidP="00634B77">
      <w:pPr>
        <w:keepNext/>
        <w:keepLines/>
        <w:jc w:val="both"/>
        <w:rPr>
          <w:sz w:val="28"/>
          <w:lang w:val="kk-KZ"/>
        </w:rPr>
      </w:pPr>
    </w:p>
    <w:p w14:paraId="573AF6A9" w14:textId="77777777" w:rsidR="00634B77" w:rsidRPr="00DC236A" w:rsidRDefault="00634B77" w:rsidP="00634B77">
      <w:pPr>
        <w:ind w:firstLine="709"/>
        <w:jc w:val="both"/>
        <w:rPr>
          <w:sz w:val="28"/>
          <w:szCs w:val="28"/>
          <w:lang w:val="kk-KZ"/>
        </w:rPr>
      </w:pPr>
      <w:r w:rsidRPr="001C6F47">
        <w:rPr>
          <w:sz w:val="28"/>
          <w:szCs w:val="28"/>
          <w:lang w:val="kk-KZ"/>
        </w:rPr>
        <w:t xml:space="preserve">Шекарасы: </w:t>
      </w:r>
      <w:r w:rsidRPr="00DC236A">
        <w:rPr>
          <w:sz w:val="28"/>
          <w:szCs w:val="28"/>
          <w:lang w:val="kk-KZ"/>
        </w:rPr>
        <w:t>А. Байтұрсынұлы көшесі, № 20, 20А, 20/2, 22, 47 үйлер, А. Бөлекпаев көшесі, № 22 үй, Ж. Нәжімеденов көшесі, № 17, 19 үйлер.</w:t>
      </w:r>
    </w:p>
    <w:p w14:paraId="0C158A57" w14:textId="77777777" w:rsidR="00634B77" w:rsidRPr="00DC236A" w:rsidRDefault="00634B77" w:rsidP="00634B77">
      <w:pPr>
        <w:ind w:firstLine="709"/>
        <w:jc w:val="both"/>
        <w:rPr>
          <w:sz w:val="28"/>
          <w:szCs w:val="28"/>
          <w:lang w:val="kk-KZ"/>
        </w:rPr>
      </w:pPr>
    </w:p>
    <w:p w14:paraId="3168D006" w14:textId="77777777" w:rsidR="00634B77" w:rsidRPr="00DC236A" w:rsidRDefault="00634B77" w:rsidP="00634B77">
      <w:pPr>
        <w:keepNext/>
        <w:keepLines/>
        <w:ind w:firstLine="709"/>
        <w:jc w:val="center"/>
        <w:rPr>
          <w:sz w:val="28"/>
          <w:lang w:val="kk-KZ"/>
        </w:rPr>
      </w:pPr>
      <w:r w:rsidRPr="00DC236A">
        <w:rPr>
          <w:sz w:val="28"/>
          <w:szCs w:val="28"/>
          <w:lang w:val="kk-KZ"/>
        </w:rPr>
        <w:t>№ 312 сайлау учаскесі</w:t>
      </w:r>
    </w:p>
    <w:p w14:paraId="1D01344C"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p w14:paraId="52401157" w14:textId="77777777" w:rsidR="00634B77" w:rsidRPr="00DC236A" w:rsidRDefault="00634B77" w:rsidP="00634B77">
      <w:pPr>
        <w:keepNext/>
        <w:keepLines/>
        <w:ind w:firstLine="709"/>
        <w:jc w:val="center"/>
        <w:rPr>
          <w:sz w:val="28"/>
          <w:szCs w:val="28"/>
          <w:lang w:val="kk-KZ"/>
        </w:rPr>
      </w:pPr>
    </w:p>
    <w:p w14:paraId="7EE60640" w14:textId="77777777" w:rsidR="00634B77" w:rsidRPr="00DC236A" w:rsidRDefault="00634B77" w:rsidP="00634B77">
      <w:pPr>
        <w:ind w:firstLine="709"/>
        <w:jc w:val="both"/>
        <w:rPr>
          <w:sz w:val="28"/>
          <w:szCs w:val="28"/>
          <w:lang w:val="kk-KZ"/>
        </w:rPr>
      </w:pPr>
      <w:r w:rsidRPr="00DC236A">
        <w:rPr>
          <w:sz w:val="28"/>
          <w:lang w:val="kk-KZ"/>
        </w:rPr>
        <w:t>Шекарасы:</w:t>
      </w:r>
      <w:r w:rsidRPr="00DC236A">
        <w:rPr>
          <w:lang w:val="kk-KZ"/>
        </w:rPr>
        <w:t xml:space="preserve"> </w:t>
      </w:r>
      <w:r w:rsidRPr="00DC236A">
        <w:rPr>
          <w:sz w:val="28"/>
          <w:szCs w:val="28"/>
          <w:lang w:val="kk-KZ"/>
        </w:rPr>
        <w:t>Х. Доспанова көшесінен Т. Жүргенов көшесінің тақ сандар жағымен А. Бөлекпаев көшесіне дейін, А. Бөлекпаев көшесінің тақ сандар жағымен М. Жұмабаев даңғылына дейін, М. Жұмабаев даңғылының жұп сандар жағымен Х. Доспанова көшесіне дейін, Х. Доспанова көшесімен, А. Бөлекпаев көшесіндегі № 12, 13 үйлерді қоса алғанда, Т. Жүргенов көшесіне дейін.</w:t>
      </w:r>
    </w:p>
    <w:p w14:paraId="598AC8AC" w14:textId="77777777" w:rsidR="00634B77" w:rsidRPr="00DC236A" w:rsidRDefault="00634B77" w:rsidP="00634B77">
      <w:pPr>
        <w:jc w:val="center"/>
        <w:rPr>
          <w:sz w:val="28"/>
          <w:szCs w:val="28"/>
          <w:lang w:val="kk-KZ"/>
        </w:rPr>
      </w:pPr>
    </w:p>
    <w:p w14:paraId="3C415F67" w14:textId="77777777" w:rsidR="00634B77" w:rsidRPr="00DC236A" w:rsidRDefault="00634B77" w:rsidP="00634B77">
      <w:pPr>
        <w:keepNext/>
        <w:keepLines/>
        <w:jc w:val="center"/>
        <w:rPr>
          <w:sz w:val="28"/>
          <w:szCs w:val="28"/>
          <w:lang w:val="kk-KZ"/>
        </w:rPr>
      </w:pPr>
      <w:r w:rsidRPr="00DC236A">
        <w:rPr>
          <w:sz w:val="28"/>
          <w:szCs w:val="28"/>
          <w:lang w:val="kk-KZ"/>
        </w:rPr>
        <w:t>№ 502 сайлау учаскесі</w:t>
      </w:r>
    </w:p>
    <w:p w14:paraId="32F5C1FE" w14:textId="77777777" w:rsidR="00634B77" w:rsidRPr="00DC236A" w:rsidRDefault="00634B77" w:rsidP="00634B77">
      <w:pPr>
        <w:keepNext/>
        <w:keepLines/>
        <w:jc w:val="center"/>
        <w:rPr>
          <w:sz w:val="28"/>
          <w:szCs w:val="28"/>
          <w:lang w:val="kk-KZ"/>
        </w:rPr>
      </w:pPr>
      <w:r w:rsidRPr="00DC236A">
        <w:rPr>
          <w:sz w:val="28"/>
          <w:szCs w:val="28"/>
          <w:lang w:val="kk-KZ"/>
        </w:rPr>
        <w:t>(орталығы – Астана қаласы әкімдігінің «№ 112 жалпы орта білім беретін мектеп» коммуналдық мемлекеттік мекемесі</w:t>
      </w:r>
      <w:r>
        <w:rPr>
          <w:sz w:val="28"/>
          <w:szCs w:val="28"/>
          <w:lang w:val="kk-KZ"/>
        </w:rPr>
        <w:t>, А102 көше</w:t>
      </w:r>
      <w:r w:rsidRPr="00DC236A">
        <w:rPr>
          <w:sz w:val="28"/>
          <w:szCs w:val="28"/>
          <w:lang w:val="kk-KZ"/>
        </w:rPr>
        <w:t>, № 39)</w:t>
      </w:r>
    </w:p>
    <w:p w14:paraId="1920035E" w14:textId="77777777" w:rsidR="00634B77" w:rsidRPr="00DC236A" w:rsidRDefault="00634B77" w:rsidP="00634B77">
      <w:pPr>
        <w:keepNext/>
        <w:keepLines/>
        <w:jc w:val="center"/>
        <w:rPr>
          <w:sz w:val="28"/>
          <w:szCs w:val="28"/>
          <w:lang w:val="kk-KZ"/>
        </w:rPr>
      </w:pPr>
    </w:p>
    <w:p w14:paraId="7C2DFBAC" w14:textId="77777777" w:rsidR="00634B77" w:rsidRPr="00DC236A" w:rsidRDefault="00634B77" w:rsidP="00634B77">
      <w:pPr>
        <w:ind w:firstLine="720"/>
        <w:jc w:val="both"/>
        <w:rPr>
          <w:sz w:val="28"/>
          <w:szCs w:val="28"/>
          <w:lang w:val="kk-KZ"/>
        </w:rPr>
      </w:pPr>
      <w:r w:rsidRPr="00DC236A">
        <w:rPr>
          <w:sz w:val="28"/>
          <w:lang w:val="kk-KZ"/>
        </w:rPr>
        <w:t>Шекарасы</w:t>
      </w:r>
      <w:r w:rsidRPr="00DC236A">
        <w:rPr>
          <w:sz w:val="28"/>
          <w:szCs w:val="28"/>
          <w:lang w:val="kk-KZ"/>
        </w:rPr>
        <w:t xml:space="preserve">: </w:t>
      </w:r>
      <w:r>
        <w:rPr>
          <w:sz w:val="28"/>
          <w:szCs w:val="28"/>
          <w:lang w:val="kk-KZ"/>
        </w:rPr>
        <w:t>А102 көше</w:t>
      </w:r>
      <w:r w:rsidRPr="00DC236A">
        <w:rPr>
          <w:sz w:val="28"/>
          <w:szCs w:val="28"/>
          <w:lang w:val="kk-KZ"/>
        </w:rPr>
        <w:t>, № 11, 11/1,</w:t>
      </w:r>
      <w:r>
        <w:rPr>
          <w:sz w:val="28"/>
          <w:szCs w:val="28"/>
          <w:lang w:val="kk-KZ"/>
        </w:rPr>
        <w:t xml:space="preserve"> 11/2, 17, 21 үйлер, А129 көше</w:t>
      </w:r>
      <w:r w:rsidRPr="00DC236A">
        <w:rPr>
          <w:sz w:val="28"/>
          <w:szCs w:val="28"/>
          <w:lang w:val="kk-KZ"/>
        </w:rPr>
        <w:t>, № 1</w:t>
      </w:r>
      <w:r>
        <w:rPr>
          <w:sz w:val="28"/>
          <w:szCs w:val="28"/>
          <w:lang w:val="kk-KZ"/>
        </w:rPr>
        <w:t>4, 14/1 үйлер, А105 көше</w:t>
      </w:r>
      <w:r w:rsidRPr="00DC236A">
        <w:rPr>
          <w:sz w:val="28"/>
          <w:szCs w:val="28"/>
          <w:lang w:val="kk-KZ"/>
        </w:rPr>
        <w:t>, № 11 үй, «Астана – Қарағанды» тас жолы, № 4/1 үй.</w:t>
      </w:r>
    </w:p>
    <w:p w14:paraId="0B1CDD1D" w14:textId="77777777" w:rsidR="00634B77" w:rsidRPr="00DC236A" w:rsidRDefault="00634B77" w:rsidP="00634B77">
      <w:pPr>
        <w:ind w:firstLine="720"/>
        <w:jc w:val="both"/>
        <w:rPr>
          <w:sz w:val="28"/>
          <w:szCs w:val="28"/>
          <w:lang w:val="kk-KZ"/>
        </w:rPr>
      </w:pPr>
    </w:p>
    <w:p w14:paraId="6D5B5D1A" w14:textId="77777777" w:rsidR="00634B77" w:rsidRPr="00DC236A" w:rsidRDefault="00634B77" w:rsidP="00634B77">
      <w:pPr>
        <w:keepNext/>
        <w:keepLines/>
        <w:ind w:firstLine="709"/>
        <w:jc w:val="center"/>
        <w:rPr>
          <w:sz w:val="28"/>
          <w:szCs w:val="28"/>
          <w:lang w:val="kk-KZ"/>
        </w:rPr>
      </w:pPr>
      <w:r w:rsidRPr="00DC236A">
        <w:rPr>
          <w:sz w:val="28"/>
          <w:szCs w:val="28"/>
          <w:lang w:val="kk-KZ"/>
        </w:rPr>
        <w:t>№ 503 сайлау учаскесі</w:t>
      </w:r>
      <w:r w:rsidRPr="00DC236A">
        <w:rPr>
          <w:sz w:val="28"/>
          <w:szCs w:val="28"/>
          <w:lang w:val="kk-KZ"/>
        </w:rPr>
        <w:br/>
        <w:t>(орталығы – Қазақстан Республикасы Мәдениет және ақпарат министрлігі</w:t>
      </w:r>
    </w:p>
    <w:p w14:paraId="650F97CB" w14:textId="77777777" w:rsidR="00634B77" w:rsidRPr="00DC236A" w:rsidRDefault="00634B77" w:rsidP="00634B77">
      <w:pPr>
        <w:keepNext/>
        <w:keepLines/>
        <w:ind w:firstLine="709"/>
        <w:jc w:val="center"/>
        <w:rPr>
          <w:sz w:val="28"/>
          <w:szCs w:val="28"/>
          <w:lang w:val="kk-KZ"/>
        </w:rPr>
      </w:pPr>
      <w:r w:rsidRPr="00DC236A">
        <w:rPr>
          <w:sz w:val="28"/>
          <w:szCs w:val="28"/>
          <w:lang w:val="kk-KZ"/>
        </w:rPr>
        <w:t>Мәдениет комитетінің «Қалибек Қуанышбаев атындағы Мемлекеттік</w:t>
      </w:r>
    </w:p>
    <w:p w14:paraId="223F2F93" w14:textId="77777777" w:rsidR="00634B77" w:rsidRPr="00DC236A" w:rsidRDefault="00634B77" w:rsidP="00634B77">
      <w:pPr>
        <w:keepNext/>
        <w:keepLines/>
        <w:ind w:firstLine="709"/>
        <w:jc w:val="center"/>
        <w:rPr>
          <w:sz w:val="28"/>
          <w:szCs w:val="28"/>
          <w:lang w:val="kk-KZ"/>
        </w:rPr>
      </w:pPr>
      <w:r w:rsidRPr="00DC236A">
        <w:rPr>
          <w:sz w:val="28"/>
          <w:szCs w:val="28"/>
          <w:lang w:val="kk-KZ"/>
        </w:rPr>
        <w:t>академиялық қазақ музыкалық-драма театры» республикалық</w:t>
      </w:r>
    </w:p>
    <w:p w14:paraId="6D10D24C" w14:textId="77777777" w:rsidR="00634B77" w:rsidRPr="00DC236A" w:rsidRDefault="00634B77" w:rsidP="00634B77">
      <w:pPr>
        <w:keepNext/>
        <w:keepLines/>
        <w:ind w:firstLine="720"/>
        <w:jc w:val="center"/>
        <w:rPr>
          <w:sz w:val="28"/>
          <w:szCs w:val="28"/>
          <w:lang w:val="kk-KZ"/>
        </w:rPr>
      </w:pPr>
      <w:r w:rsidRPr="00DC236A">
        <w:rPr>
          <w:sz w:val="28"/>
          <w:szCs w:val="28"/>
          <w:lang w:val="kk-KZ"/>
        </w:rPr>
        <w:t>мемлекеттік қазыналық кәсіпорны, Қ. Қуанышбаев көшесі, № 8/1)</w:t>
      </w:r>
    </w:p>
    <w:p w14:paraId="39609AC8" w14:textId="77777777" w:rsidR="00634B77" w:rsidRPr="00DC236A" w:rsidRDefault="00634B77" w:rsidP="00634B77">
      <w:pPr>
        <w:keepNext/>
        <w:keepLines/>
        <w:ind w:firstLine="720"/>
        <w:jc w:val="center"/>
        <w:rPr>
          <w:sz w:val="28"/>
          <w:szCs w:val="28"/>
          <w:lang w:val="kk-KZ"/>
        </w:rPr>
      </w:pPr>
    </w:p>
    <w:p w14:paraId="4A1EB728" w14:textId="77777777" w:rsidR="00634B77" w:rsidRPr="00DC236A" w:rsidRDefault="00634B77" w:rsidP="00634B77">
      <w:pPr>
        <w:ind w:firstLine="720"/>
        <w:jc w:val="both"/>
        <w:rPr>
          <w:sz w:val="28"/>
          <w:szCs w:val="28"/>
          <w:lang w:val="kk-KZ"/>
        </w:rPr>
      </w:pPr>
      <w:r w:rsidRPr="00DC236A">
        <w:rPr>
          <w:sz w:val="28"/>
          <w:szCs w:val="28"/>
          <w:lang w:val="kk-KZ"/>
        </w:rPr>
        <w:t>Шекарасы: А. Байтұрсынұлы көшесінен К. Әзірбаев көшесінің тақ сандар жағымен Ж. Нәжімеденов көшесіне дейін, Ж. Нәжімеденов көшесінің тақ сандар 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С. Нұрмағамбетов көшесіндегі № 29 үйді, А. Байтұрсынұлы көшесіндегі № 2 үйді қоса алғанда, К. Әзірбаев көшесіне дейін.</w:t>
      </w:r>
    </w:p>
    <w:p w14:paraId="176564D5" w14:textId="77777777" w:rsidR="00634B77" w:rsidRPr="00DC236A" w:rsidRDefault="00634B77" w:rsidP="00634B77">
      <w:pPr>
        <w:ind w:firstLine="720"/>
        <w:jc w:val="both"/>
        <w:rPr>
          <w:sz w:val="28"/>
          <w:szCs w:val="28"/>
          <w:lang w:val="kk-KZ"/>
        </w:rPr>
      </w:pPr>
    </w:p>
    <w:p w14:paraId="27D9F70D" w14:textId="77777777" w:rsidR="00634B77" w:rsidRPr="00DC236A" w:rsidRDefault="00634B77" w:rsidP="00634B77">
      <w:pPr>
        <w:keepNext/>
        <w:keepLines/>
        <w:jc w:val="center"/>
        <w:rPr>
          <w:sz w:val="28"/>
          <w:szCs w:val="28"/>
          <w:lang w:val="kk-KZ"/>
        </w:rPr>
      </w:pPr>
      <w:r w:rsidRPr="00DC236A">
        <w:rPr>
          <w:sz w:val="28"/>
          <w:szCs w:val="28"/>
          <w:lang w:val="kk-KZ"/>
        </w:rPr>
        <w:t>№ 504 сайлау учаскесі</w:t>
      </w:r>
      <w:r w:rsidRPr="00DC236A">
        <w:rPr>
          <w:sz w:val="28"/>
          <w:szCs w:val="28"/>
          <w:lang w:val="kk-KZ"/>
        </w:rPr>
        <w:br/>
        <w:t>(орталығы – «Нұрлы жол» теміржол вокзалы, М. Тынышбайұлы көшесі, № 8)</w:t>
      </w:r>
    </w:p>
    <w:p w14:paraId="6FE785FC" w14:textId="77777777" w:rsidR="00634B77" w:rsidRPr="00DC236A" w:rsidRDefault="00634B77" w:rsidP="00634B77">
      <w:pPr>
        <w:keepNext/>
        <w:keepLines/>
        <w:jc w:val="center"/>
        <w:rPr>
          <w:sz w:val="28"/>
          <w:szCs w:val="28"/>
          <w:lang w:val="kk-KZ"/>
        </w:rPr>
      </w:pPr>
    </w:p>
    <w:p w14:paraId="200C13B4" w14:textId="77777777" w:rsidR="00634B77" w:rsidRPr="00DC236A" w:rsidRDefault="00634B77" w:rsidP="00634B77">
      <w:pPr>
        <w:ind w:firstLine="720"/>
        <w:jc w:val="both"/>
        <w:rPr>
          <w:sz w:val="28"/>
          <w:szCs w:val="28"/>
          <w:lang w:val="kk-KZ"/>
        </w:rPr>
      </w:pPr>
      <w:r w:rsidRPr="00DC236A">
        <w:rPr>
          <w:sz w:val="28"/>
          <w:szCs w:val="28"/>
          <w:lang w:val="kk-KZ"/>
        </w:rPr>
        <w:t>Шекарасы: Ж. Нәжімеденов көшесі, № 27, 29, 31 үйлер, М. Тынышбайұлы көшесі, № 2, 8 үйлер, А. Байтұрсынұлы көшесі, № 59, 59/1, 61 үйлер.</w:t>
      </w:r>
    </w:p>
    <w:p w14:paraId="0A5C9D50" w14:textId="77777777" w:rsidR="00634B77" w:rsidRPr="00DC236A" w:rsidRDefault="00634B77" w:rsidP="00634B77">
      <w:pPr>
        <w:ind w:firstLine="720"/>
        <w:jc w:val="both"/>
        <w:rPr>
          <w:sz w:val="28"/>
          <w:szCs w:val="28"/>
          <w:lang w:val="kk-KZ"/>
        </w:rPr>
      </w:pPr>
    </w:p>
    <w:p w14:paraId="1E0BAD07" w14:textId="77777777" w:rsidR="00634B77" w:rsidRPr="00DC236A" w:rsidRDefault="00634B77" w:rsidP="00634B77">
      <w:pPr>
        <w:keepNext/>
        <w:keepLines/>
        <w:jc w:val="center"/>
        <w:rPr>
          <w:sz w:val="28"/>
          <w:szCs w:val="28"/>
          <w:lang w:val="kk-KZ"/>
        </w:rPr>
      </w:pPr>
      <w:r w:rsidRPr="00DC236A">
        <w:rPr>
          <w:sz w:val="28"/>
          <w:szCs w:val="28"/>
          <w:lang w:val="kk-KZ"/>
        </w:rPr>
        <w:lastRenderedPageBreak/>
        <w:t>№ 505 сайлау учаскесі</w:t>
      </w:r>
      <w:r w:rsidRPr="00DC236A">
        <w:rPr>
          <w:sz w:val="28"/>
          <w:szCs w:val="28"/>
          <w:lang w:val="kk-KZ"/>
        </w:rPr>
        <w:br/>
        <w:t>(орталығы – Астана қаласы әкімдігінің «№ 113 жалпы орта білім беретін мектеп» коммуналдық мемлекеттік мекемесі, Ш. Қалдаяқов көшесі, № 38)</w:t>
      </w:r>
    </w:p>
    <w:p w14:paraId="40F9AA67" w14:textId="77777777" w:rsidR="00634B77" w:rsidRPr="00DC236A" w:rsidRDefault="00634B77" w:rsidP="00634B77">
      <w:pPr>
        <w:keepNext/>
        <w:keepLines/>
        <w:jc w:val="center"/>
        <w:rPr>
          <w:sz w:val="28"/>
          <w:szCs w:val="28"/>
          <w:lang w:val="kk-KZ"/>
        </w:rPr>
      </w:pPr>
    </w:p>
    <w:p w14:paraId="450B087C" w14:textId="77777777" w:rsidR="00634B77" w:rsidRPr="00DC236A" w:rsidRDefault="00634B77" w:rsidP="00634B77">
      <w:pPr>
        <w:ind w:firstLine="720"/>
        <w:jc w:val="both"/>
        <w:rPr>
          <w:sz w:val="28"/>
          <w:szCs w:val="28"/>
          <w:lang w:val="kk-KZ"/>
        </w:rPr>
      </w:pPr>
      <w:r w:rsidRPr="00DC236A">
        <w:rPr>
          <w:sz w:val="28"/>
          <w:szCs w:val="28"/>
          <w:lang w:val="kk-KZ"/>
        </w:rPr>
        <w:t>Шекарасы: Т. Жүргенов көшесінен Қ. Ахмедияров көшесінің</w:t>
      </w:r>
      <w:r>
        <w:rPr>
          <w:sz w:val="28"/>
          <w:szCs w:val="28"/>
          <w:lang w:val="kk-KZ"/>
        </w:rPr>
        <w:t xml:space="preserve"> жұп сандар жағымен А52 көшеге</w:t>
      </w:r>
      <w:r w:rsidRPr="00DC236A">
        <w:rPr>
          <w:sz w:val="28"/>
          <w:szCs w:val="28"/>
          <w:lang w:val="kk-KZ"/>
        </w:rPr>
        <w:t xml:space="preserve"> дейін, А52 к</w:t>
      </w:r>
      <w:r>
        <w:rPr>
          <w:sz w:val="28"/>
          <w:szCs w:val="28"/>
          <w:lang w:val="kk-KZ"/>
        </w:rPr>
        <w:t>өше</w:t>
      </w:r>
      <w:r w:rsidRPr="00DC236A">
        <w:rPr>
          <w:sz w:val="28"/>
          <w:szCs w:val="28"/>
          <w:lang w:val="kk-KZ"/>
        </w:rPr>
        <w:t>мен Ш. Қалдаяқов көшесіне дейін, Ш. Қалдаяқов көшесінің жұп сандар жағымен Есіл өзенінің жағалауына дейін, Есіл өзенінің жағалауы бойымен Т. Жүргенов көшесіне дейін, Т. Жүргенов көшесінің жұп сандар жағымен Қ. Ахмедияров көшесіне дейін.</w:t>
      </w:r>
    </w:p>
    <w:p w14:paraId="5351596F" w14:textId="77777777" w:rsidR="00634B77" w:rsidRPr="00DC236A" w:rsidRDefault="00634B77" w:rsidP="00634B77">
      <w:pPr>
        <w:rPr>
          <w:sz w:val="28"/>
          <w:szCs w:val="28"/>
          <w:lang w:val="kk-KZ"/>
        </w:rPr>
      </w:pPr>
    </w:p>
    <w:p w14:paraId="72E0CFBD" w14:textId="77777777" w:rsidR="00634B77" w:rsidRPr="00DC236A" w:rsidRDefault="00634B77" w:rsidP="00634B77">
      <w:pPr>
        <w:keepNext/>
        <w:keepLines/>
        <w:jc w:val="center"/>
        <w:rPr>
          <w:sz w:val="28"/>
          <w:szCs w:val="28"/>
          <w:lang w:val="kk-KZ"/>
        </w:rPr>
      </w:pPr>
      <w:r w:rsidRPr="00DC236A">
        <w:rPr>
          <w:sz w:val="28"/>
          <w:szCs w:val="28"/>
          <w:lang w:val="kk-KZ"/>
        </w:rPr>
        <w:t>№ 506 сайлау учаскесі</w:t>
      </w:r>
      <w:r w:rsidRPr="00DC236A">
        <w:rPr>
          <w:sz w:val="28"/>
          <w:szCs w:val="28"/>
          <w:lang w:val="kk-KZ"/>
        </w:rPr>
        <w:br/>
        <w:t>(орталығы – Астана қаласы әкімдігінің «№ 113 жалпы орта білім беретін мектеп» коммуналдық мемлекеттік мекемесі, Ш. Қалдаяқов көшесі, № 38)</w:t>
      </w:r>
    </w:p>
    <w:p w14:paraId="358E6C63" w14:textId="77777777" w:rsidR="00634B77" w:rsidRPr="00DC236A" w:rsidRDefault="00634B77" w:rsidP="00634B77">
      <w:pPr>
        <w:keepNext/>
        <w:keepLines/>
        <w:jc w:val="center"/>
        <w:rPr>
          <w:sz w:val="28"/>
          <w:szCs w:val="28"/>
          <w:lang w:val="kk-KZ"/>
        </w:rPr>
      </w:pPr>
    </w:p>
    <w:p w14:paraId="33E0ED01" w14:textId="77777777" w:rsidR="00634B77" w:rsidRPr="00DC236A" w:rsidRDefault="00634B77" w:rsidP="00634B77">
      <w:pPr>
        <w:ind w:firstLine="720"/>
        <w:jc w:val="both"/>
        <w:rPr>
          <w:sz w:val="28"/>
          <w:szCs w:val="28"/>
          <w:lang w:val="kk-KZ"/>
        </w:rPr>
      </w:pPr>
      <w:r w:rsidRPr="00DC236A">
        <w:rPr>
          <w:sz w:val="28"/>
          <w:szCs w:val="28"/>
          <w:lang w:val="kk-KZ"/>
        </w:rPr>
        <w:t>Шекарасы: Қ. Ахмедияров көшесінен Т. Жүргенов көшесінің тақ сандар жағымен Ж. Нәжімеденов көшесіне дейін, Ж. Нәжімеденов көшесінің</w:t>
      </w:r>
      <w:r>
        <w:rPr>
          <w:sz w:val="28"/>
          <w:szCs w:val="28"/>
          <w:lang w:val="kk-KZ"/>
        </w:rPr>
        <w:t xml:space="preserve"> жұп сандар жағымен А52 көшеге дейін, А52 көше</w:t>
      </w:r>
      <w:r w:rsidRPr="00DC236A">
        <w:rPr>
          <w:sz w:val="28"/>
          <w:szCs w:val="28"/>
          <w:lang w:val="kk-KZ"/>
        </w:rPr>
        <w:t>нің жұп сандар жағымен Қ. Ахмедияров көшесіне дейін, Қ. Ахмедияров көшесінің тақ сандар жағымен, Ж. Нәжімеденов көшесіндегі № 15 үйді қоса алғанда, Т. Жүргенов көшесіне дейін.</w:t>
      </w:r>
    </w:p>
    <w:p w14:paraId="56F10D70" w14:textId="77777777" w:rsidR="00634B77" w:rsidRPr="00DC236A" w:rsidRDefault="00634B77" w:rsidP="00634B77">
      <w:pPr>
        <w:jc w:val="center"/>
        <w:rPr>
          <w:sz w:val="28"/>
          <w:szCs w:val="28"/>
          <w:lang w:val="kk-KZ"/>
        </w:rPr>
      </w:pPr>
    </w:p>
    <w:p w14:paraId="789D65DD"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517 сайлау учаскесі </w:t>
      </w:r>
    </w:p>
    <w:p w14:paraId="4959C9D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«Нұрлы жол» теміржол вокзалы, </w:t>
      </w:r>
    </w:p>
    <w:p w14:paraId="14A229C9" w14:textId="77777777" w:rsidR="00634B77" w:rsidRPr="00DC236A" w:rsidRDefault="00634B77" w:rsidP="00634B77">
      <w:pPr>
        <w:keepNext/>
        <w:keepLines/>
        <w:ind w:firstLine="709"/>
        <w:jc w:val="center"/>
        <w:rPr>
          <w:sz w:val="28"/>
          <w:szCs w:val="28"/>
          <w:lang w:val="kk-KZ"/>
        </w:rPr>
      </w:pPr>
      <w:r w:rsidRPr="00DC236A">
        <w:rPr>
          <w:sz w:val="28"/>
          <w:szCs w:val="28"/>
          <w:lang w:val="kk-KZ"/>
        </w:rPr>
        <w:t>М. Тынышбайұлы көшесі, № 8)</w:t>
      </w:r>
    </w:p>
    <w:p w14:paraId="2C29B938" w14:textId="77777777" w:rsidR="00634B77" w:rsidRPr="00DC236A" w:rsidRDefault="00634B77" w:rsidP="00634B77">
      <w:pPr>
        <w:keepNext/>
        <w:keepLines/>
        <w:ind w:firstLine="709"/>
        <w:jc w:val="both"/>
        <w:rPr>
          <w:sz w:val="28"/>
          <w:szCs w:val="28"/>
          <w:lang w:val="kk-KZ"/>
        </w:rPr>
      </w:pPr>
    </w:p>
    <w:p w14:paraId="57B371D5"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36, 37, 39, 62, 62к1, 62к3, 64 үйлер, Ш. Қалдаяқов көшесі, № 61 үй.</w:t>
      </w:r>
    </w:p>
    <w:p w14:paraId="1A22E614" w14:textId="77777777" w:rsidR="00634B77" w:rsidRPr="00DC236A" w:rsidRDefault="00634B77" w:rsidP="00634B77">
      <w:pPr>
        <w:ind w:firstLine="709"/>
        <w:jc w:val="center"/>
        <w:rPr>
          <w:sz w:val="28"/>
          <w:szCs w:val="28"/>
          <w:lang w:val="kk-KZ"/>
        </w:rPr>
      </w:pPr>
    </w:p>
    <w:p w14:paraId="47E13DB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518 сайлау учаскесі </w:t>
      </w:r>
    </w:p>
    <w:p w14:paraId="270A8FDF"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Астана қаласы әкімдігінің «№ 73 мектеп-лицей» шаруашылық жүргізу құқығындағы мемлекеттік коммуналдық кәсіпорны, </w:t>
      </w:r>
    </w:p>
    <w:p w14:paraId="5B3E1C6D" w14:textId="77777777" w:rsidR="00634B77" w:rsidRPr="00DC236A" w:rsidRDefault="00634B77" w:rsidP="00634B77">
      <w:pPr>
        <w:keepNext/>
        <w:keepLines/>
        <w:ind w:firstLine="709"/>
        <w:jc w:val="center"/>
        <w:rPr>
          <w:sz w:val="28"/>
          <w:szCs w:val="28"/>
          <w:lang w:val="kk-KZ"/>
        </w:rPr>
      </w:pPr>
      <w:r>
        <w:rPr>
          <w:sz w:val="28"/>
          <w:szCs w:val="28"/>
          <w:lang w:val="kk-KZ"/>
        </w:rPr>
        <w:t>А191 көше</w:t>
      </w:r>
      <w:r w:rsidRPr="00DC236A">
        <w:rPr>
          <w:sz w:val="28"/>
          <w:szCs w:val="28"/>
          <w:lang w:val="kk-KZ"/>
        </w:rPr>
        <w:t>, № 2)</w:t>
      </w:r>
    </w:p>
    <w:p w14:paraId="78D56733" w14:textId="77777777" w:rsidR="00634B77" w:rsidRPr="00DC236A" w:rsidRDefault="00634B77" w:rsidP="00634B77">
      <w:pPr>
        <w:keepNext/>
        <w:keepLines/>
        <w:ind w:firstLine="709"/>
        <w:jc w:val="center"/>
        <w:rPr>
          <w:sz w:val="28"/>
          <w:szCs w:val="28"/>
          <w:lang w:val="kk-KZ"/>
        </w:rPr>
      </w:pPr>
    </w:p>
    <w:p w14:paraId="2DE4F50E" w14:textId="77777777" w:rsidR="00634B77" w:rsidRPr="00DC236A" w:rsidRDefault="00634B77" w:rsidP="00634B77">
      <w:pPr>
        <w:ind w:firstLine="709"/>
        <w:jc w:val="both"/>
        <w:rPr>
          <w:sz w:val="28"/>
          <w:lang w:val="kk-KZ"/>
        </w:rPr>
      </w:pPr>
      <w:r w:rsidRPr="00DC236A">
        <w:rPr>
          <w:sz w:val="28"/>
          <w:szCs w:val="28"/>
          <w:lang w:val="kk-KZ"/>
        </w:rPr>
        <w:t>Шекарасы: К. Әзірбаев көшесінен Ш. Қалдаяқов көшесінің жұп сандар жағымен Т. Жүргенов көшесіне дейін, Т. Жүргенов көшесімен Есіл өзенінің жағалауына дейін, Есіл өзенінің жағалауы бойымен К. Әзірбаев көшесіне дейін, К. Әзірбаев көшесінің жұп сандар жағымен Ш. Қалдаяқов көшесіне дейін.</w:t>
      </w:r>
    </w:p>
    <w:p w14:paraId="4399F8B8" w14:textId="77777777" w:rsidR="00634B77" w:rsidRPr="00DC236A" w:rsidRDefault="00634B77" w:rsidP="00634B77">
      <w:pPr>
        <w:ind w:firstLine="709"/>
        <w:rPr>
          <w:sz w:val="28"/>
          <w:szCs w:val="28"/>
          <w:lang w:val="kk-KZ"/>
        </w:rPr>
      </w:pPr>
    </w:p>
    <w:p w14:paraId="04E7947F" w14:textId="77777777" w:rsidR="00634B77" w:rsidRPr="00DC236A" w:rsidRDefault="00634B77" w:rsidP="00634B77">
      <w:pPr>
        <w:keepNext/>
        <w:keepLines/>
        <w:ind w:firstLine="709"/>
        <w:jc w:val="center"/>
        <w:rPr>
          <w:sz w:val="28"/>
          <w:szCs w:val="28"/>
          <w:lang w:val="kk-KZ"/>
        </w:rPr>
      </w:pPr>
      <w:r w:rsidRPr="00DC236A">
        <w:rPr>
          <w:sz w:val="28"/>
          <w:szCs w:val="28"/>
          <w:lang w:val="kk-KZ"/>
        </w:rPr>
        <w:t>№ 519 сайлау учаскесі</w:t>
      </w:r>
    </w:p>
    <w:p w14:paraId="433883F5"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113 жалпы орта білім беретін мектеп» коммуналдық мемлекеттік мекемесі, Ш. Қалдаяқов көшесі, № 38)</w:t>
      </w:r>
    </w:p>
    <w:p w14:paraId="6A2B3434" w14:textId="77777777" w:rsidR="00634B77" w:rsidRPr="00DC236A" w:rsidRDefault="00634B77" w:rsidP="00634B77">
      <w:pPr>
        <w:keepNext/>
        <w:keepLines/>
        <w:ind w:firstLine="709"/>
        <w:jc w:val="center"/>
        <w:rPr>
          <w:sz w:val="28"/>
          <w:szCs w:val="28"/>
          <w:lang w:val="kk-KZ"/>
        </w:rPr>
      </w:pPr>
    </w:p>
    <w:p w14:paraId="167EA5CE" w14:textId="77777777" w:rsidR="00634B77" w:rsidRPr="00DC236A" w:rsidRDefault="00634B77" w:rsidP="00634B77">
      <w:pPr>
        <w:ind w:firstLine="709"/>
        <w:jc w:val="both"/>
        <w:rPr>
          <w:sz w:val="28"/>
          <w:szCs w:val="28"/>
          <w:lang w:val="kk-KZ"/>
        </w:rPr>
      </w:pPr>
      <w:r w:rsidRPr="00DC236A">
        <w:rPr>
          <w:sz w:val="28"/>
          <w:szCs w:val="28"/>
          <w:lang w:val="kk-KZ"/>
        </w:rPr>
        <w:t>Шекарасы: Ж. Нәжімеденов көшесі, № 7, 7А үйлер, Т. Жүргенов көшесі, № 20, 22 үйлер, А. Байтұрсынұлы көшесі, № 14, 14А, 14/1, 14/2, 14/3 үйлер.</w:t>
      </w:r>
    </w:p>
    <w:p w14:paraId="13AB8D6E" w14:textId="77777777" w:rsidR="00634B77" w:rsidRPr="00DC236A" w:rsidRDefault="00634B77" w:rsidP="00634B77">
      <w:pPr>
        <w:ind w:firstLine="709"/>
        <w:jc w:val="both"/>
        <w:rPr>
          <w:sz w:val="28"/>
          <w:szCs w:val="28"/>
          <w:lang w:val="kk-KZ"/>
        </w:rPr>
      </w:pPr>
    </w:p>
    <w:p w14:paraId="375D7447"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520 сайлау учаскесі</w:t>
      </w:r>
    </w:p>
    <w:p w14:paraId="17428DEE"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Тәуелсіздік сарайы, Тәуелсіздік даңғылы, № 52)</w:t>
      </w:r>
    </w:p>
    <w:p w14:paraId="6F4B9789" w14:textId="77777777" w:rsidR="00634B77" w:rsidRPr="00DC236A" w:rsidRDefault="00634B77" w:rsidP="00634B77">
      <w:pPr>
        <w:keepNext/>
        <w:keepLines/>
        <w:ind w:firstLine="709"/>
        <w:jc w:val="center"/>
        <w:rPr>
          <w:sz w:val="28"/>
          <w:szCs w:val="28"/>
          <w:lang w:val="kk-KZ"/>
        </w:rPr>
      </w:pPr>
    </w:p>
    <w:p w14:paraId="420145D3" w14:textId="77777777" w:rsidR="00634B77" w:rsidRPr="00DC236A" w:rsidRDefault="00634B77" w:rsidP="00634B77">
      <w:pPr>
        <w:ind w:firstLine="709"/>
        <w:jc w:val="both"/>
        <w:rPr>
          <w:sz w:val="28"/>
          <w:szCs w:val="28"/>
          <w:lang w:val="kk-KZ"/>
        </w:rPr>
      </w:pPr>
      <w:r w:rsidRPr="00DC236A">
        <w:rPr>
          <w:sz w:val="28"/>
          <w:szCs w:val="28"/>
          <w:lang w:val="kk-KZ"/>
        </w:rPr>
        <w:t>Шекарасы:</w:t>
      </w:r>
      <w:r w:rsidRPr="00DC236A">
        <w:rPr>
          <w:lang w:val="kk-KZ"/>
        </w:rPr>
        <w:t xml:space="preserve"> </w:t>
      </w:r>
      <w:r w:rsidRPr="00DC236A">
        <w:rPr>
          <w:sz w:val="28"/>
          <w:szCs w:val="28"/>
          <w:lang w:val="kk-KZ"/>
        </w:rPr>
        <w:t>Тәуелсіздік даңғылынан А. Байтұрсынұлы көшесінің жұп сандар жағымен Қ. Аманжолов көшесіне дейін, Қ. Аманжолов көшесінің тақ сандар жағымен Ж. Нәжімеденов көшесіне дейін, Ж. Нәжімеденов көшесінің тақ сандар жағымен Тәуелсіздік даңғылына дейін, Тәуелсіздік даңғылының жұп сандар жағымен, Ж. Нәжімеденов көшесіндегі № 12 үйді қоса алғанда, А. Байтұрсынұлы көшесіне дейін.</w:t>
      </w:r>
    </w:p>
    <w:p w14:paraId="45E08E96" w14:textId="77777777" w:rsidR="00634B77" w:rsidRPr="00DC236A" w:rsidRDefault="00634B77" w:rsidP="00634B77">
      <w:pPr>
        <w:jc w:val="both"/>
        <w:rPr>
          <w:sz w:val="28"/>
          <w:szCs w:val="28"/>
          <w:lang w:val="kk-KZ"/>
        </w:rPr>
      </w:pPr>
    </w:p>
    <w:p w14:paraId="52CAEFA6" w14:textId="77777777" w:rsidR="00634B77" w:rsidRPr="00DC236A" w:rsidRDefault="00634B77" w:rsidP="00634B77">
      <w:pPr>
        <w:keepNext/>
        <w:keepLines/>
        <w:ind w:firstLine="709"/>
        <w:jc w:val="center"/>
        <w:rPr>
          <w:sz w:val="28"/>
          <w:szCs w:val="28"/>
          <w:lang w:val="kk-KZ"/>
        </w:rPr>
      </w:pPr>
      <w:r w:rsidRPr="00DC236A">
        <w:rPr>
          <w:sz w:val="28"/>
          <w:szCs w:val="28"/>
          <w:lang w:val="kk-KZ"/>
        </w:rPr>
        <w:t>№ 526 сайлау учаскесі</w:t>
      </w:r>
    </w:p>
    <w:p w14:paraId="4E58A75E"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p w14:paraId="3A19A8DA" w14:textId="77777777" w:rsidR="00634B77" w:rsidRPr="00DC236A" w:rsidRDefault="00634B77" w:rsidP="00634B77">
      <w:pPr>
        <w:keepNext/>
        <w:keepLines/>
        <w:ind w:firstLine="709"/>
        <w:jc w:val="center"/>
        <w:rPr>
          <w:sz w:val="28"/>
          <w:szCs w:val="28"/>
          <w:lang w:val="kk-KZ"/>
        </w:rPr>
      </w:pPr>
    </w:p>
    <w:p w14:paraId="056F75A9" w14:textId="77777777" w:rsidR="00634B77" w:rsidRPr="00DC236A" w:rsidRDefault="00634B77" w:rsidP="00634B77">
      <w:pPr>
        <w:ind w:firstLine="709"/>
        <w:jc w:val="both"/>
        <w:rPr>
          <w:sz w:val="28"/>
          <w:szCs w:val="28"/>
          <w:lang w:val="kk-KZ"/>
        </w:rPr>
      </w:pPr>
      <w:r w:rsidRPr="00DC236A">
        <w:rPr>
          <w:sz w:val="28"/>
          <w:szCs w:val="28"/>
          <w:lang w:val="kk-KZ"/>
        </w:rPr>
        <w:t>Шекарасы: М. Төлебаев көшесінен «Астана – Қарағанды» тас жолының бойымен С. Шаймерденов көшесіне дейін, С. Ша</w:t>
      </w:r>
      <w:r>
        <w:rPr>
          <w:sz w:val="28"/>
          <w:szCs w:val="28"/>
          <w:lang w:val="kk-KZ"/>
        </w:rPr>
        <w:t>ймерденов көшесінен А91 көшеге дейін, А91 көше</w:t>
      </w:r>
      <w:r w:rsidRPr="00DC236A">
        <w:rPr>
          <w:sz w:val="28"/>
          <w:szCs w:val="28"/>
          <w:lang w:val="kk-KZ"/>
        </w:rPr>
        <w:t>мен Құлагер көшесіне дейін, Құлагер көшесінен Атамұра көшесіне дейін, Атамұра көшесінің тақ сандар жағымен Шарбақты көшесіне дейін, Шарбақты көшесінің жұп сандар жағымен, С. Шаймерденов көшесіндегі № 4/2, 4/3 үйлерді, М. Төлебаев көшесіндегі</w:t>
      </w:r>
      <w:r>
        <w:rPr>
          <w:sz w:val="28"/>
          <w:szCs w:val="28"/>
          <w:lang w:val="kk-KZ"/>
        </w:rPr>
        <w:t xml:space="preserve"> № 1 үйді, А91 көшедегі № 17 үйді, А123 көше</w:t>
      </w:r>
      <w:r w:rsidRPr="00DC236A">
        <w:rPr>
          <w:sz w:val="28"/>
          <w:szCs w:val="28"/>
          <w:lang w:val="kk-KZ"/>
        </w:rPr>
        <w:t>дегі № 7, 8 үйлерді қоса алғанда, М. Төлебаев көшесіне дейін.</w:t>
      </w:r>
    </w:p>
    <w:p w14:paraId="20018C4B" w14:textId="77777777" w:rsidR="00634B77" w:rsidRPr="00DC236A" w:rsidRDefault="00634B77" w:rsidP="00634B77">
      <w:pPr>
        <w:ind w:firstLine="709"/>
        <w:jc w:val="both"/>
        <w:rPr>
          <w:sz w:val="28"/>
          <w:szCs w:val="28"/>
          <w:lang w:val="kk-KZ"/>
        </w:rPr>
      </w:pPr>
    </w:p>
    <w:p w14:paraId="766FE00D" w14:textId="77777777" w:rsidR="00634B77" w:rsidRPr="00DC236A" w:rsidRDefault="00634B77" w:rsidP="00634B77">
      <w:pPr>
        <w:keepNext/>
        <w:keepLines/>
        <w:ind w:firstLine="709"/>
        <w:jc w:val="center"/>
        <w:rPr>
          <w:sz w:val="28"/>
          <w:lang w:val="kk-KZ"/>
        </w:rPr>
      </w:pPr>
      <w:r w:rsidRPr="00DC236A">
        <w:rPr>
          <w:sz w:val="28"/>
          <w:lang w:val="kk-KZ"/>
        </w:rPr>
        <w:t>№ 527 сайлау учаскесі</w:t>
      </w:r>
    </w:p>
    <w:p w14:paraId="3CF34583" w14:textId="77777777" w:rsidR="00634B77" w:rsidRPr="00DC236A" w:rsidRDefault="00634B77" w:rsidP="00634B77">
      <w:pPr>
        <w:keepNext/>
        <w:keepLines/>
        <w:jc w:val="center"/>
        <w:rPr>
          <w:sz w:val="28"/>
          <w:lang w:val="kk-KZ"/>
        </w:rPr>
      </w:pPr>
      <w:r w:rsidRPr="00DC236A">
        <w:rPr>
          <w:sz w:val="28"/>
          <w:lang w:val="kk-KZ"/>
        </w:rPr>
        <w:t xml:space="preserve">(орталығы – «BINOM EDUCATION» жауапкершілігі шектеулі серіктестігінің </w:t>
      </w:r>
    </w:p>
    <w:p w14:paraId="5BBE96EB" w14:textId="77777777" w:rsidR="00634B77" w:rsidRPr="00DC236A" w:rsidRDefault="00634B77" w:rsidP="00634B77">
      <w:pPr>
        <w:keepNext/>
        <w:keepLines/>
        <w:ind w:firstLine="709"/>
        <w:jc w:val="center"/>
        <w:rPr>
          <w:sz w:val="28"/>
          <w:lang w:val="kk-KZ"/>
        </w:rPr>
      </w:pPr>
      <w:r w:rsidRPr="00DC236A">
        <w:rPr>
          <w:sz w:val="28"/>
          <w:lang w:val="kk-KZ"/>
        </w:rPr>
        <w:t>А. Байтұрсынұлы атындағы «Binom school» мектеп-лицейі,</w:t>
      </w:r>
    </w:p>
    <w:p w14:paraId="39B09787" w14:textId="77777777" w:rsidR="00634B77" w:rsidRPr="00DC236A" w:rsidRDefault="00634B77" w:rsidP="00634B77">
      <w:pPr>
        <w:keepNext/>
        <w:keepLines/>
        <w:jc w:val="center"/>
        <w:rPr>
          <w:sz w:val="28"/>
          <w:lang w:val="kk-KZ"/>
        </w:rPr>
      </w:pPr>
      <w:r w:rsidRPr="00DC236A">
        <w:rPr>
          <w:sz w:val="28"/>
          <w:lang w:val="kk-KZ"/>
        </w:rPr>
        <w:t>А. Байтұрсынұлы көшесі, № 49А)</w:t>
      </w:r>
    </w:p>
    <w:p w14:paraId="46B1EDEF" w14:textId="77777777" w:rsidR="00634B77" w:rsidRPr="00DC236A" w:rsidRDefault="00634B77" w:rsidP="00634B77">
      <w:pPr>
        <w:keepNext/>
        <w:keepLines/>
        <w:jc w:val="center"/>
        <w:rPr>
          <w:sz w:val="28"/>
          <w:lang w:val="kk-KZ"/>
        </w:rPr>
      </w:pPr>
    </w:p>
    <w:p w14:paraId="3301C623" w14:textId="77777777" w:rsidR="00634B77" w:rsidRPr="00DC236A" w:rsidRDefault="00634B77" w:rsidP="00634B77">
      <w:pPr>
        <w:ind w:firstLine="709"/>
        <w:jc w:val="both"/>
        <w:rPr>
          <w:sz w:val="28"/>
          <w:szCs w:val="28"/>
          <w:lang w:val="kk-KZ"/>
        </w:rPr>
      </w:pPr>
      <w:r w:rsidRPr="00DC236A">
        <w:rPr>
          <w:sz w:val="28"/>
          <w:szCs w:val="28"/>
          <w:lang w:val="kk-KZ"/>
        </w:rPr>
        <w:t>Шекарасы: А. </w:t>
      </w:r>
      <w:r w:rsidRPr="00DC236A">
        <w:rPr>
          <w:sz w:val="28"/>
          <w:lang w:val="kk-KZ"/>
        </w:rPr>
        <w:t>Байтұрсынұлы</w:t>
      </w:r>
      <w:r w:rsidRPr="00DC236A">
        <w:rPr>
          <w:sz w:val="28"/>
          <w:szCs w:val="28"/>
          <w:lang w:val="kk-KZ"/>
        </w:rPr>
        <w:t xml:space="preserve"> көшесі, № 16, 16/1, 16/2, 16/3, 18, 18А үйлер, Ж. Нәжімеденов көшесі, № 13/1 үй.</w:t>
      </w:r>
    </w:p>
    <w:p w14:paraId="661AFE29" w14:textId="77777777" w:rsidR="00634B77" w:rsidRPr="00DC236A" w:rsidRDefault="00634B77" w:rsidP="00634B77">
      <w:pPr>
        <w:ind w:firstLine="709"/>
        <w:jc w:val="both"/>
        <w:rPr>
          <w:sz w:val="28"/>
          <w:szCs w:val="28"/>
          <w:lang w:val="kk-KZ"/>
        </w:rPr>
      </w:pPr>
    </w:p>
    <w:p w14:paraId="349555BE"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 528 сайлау учаскесі </w:t>
      </w:r>
    </w:p>
    <w:p w14:paraId="6007349C" w14:textId="77777777" w:rsidR="00634B77" w:rsidRPr="00DC236A" w:rsidRDefault="00634B77" w:rsidP="00634B77">
      <w:pPr>
        <w:keepNext/>
        <w:keepLines/>
        <w:ind w:firstLine="709"/>
        <w:jc w:val="center"/>
        <w:rPr>
          <w:sz w:val="28"/>
          <w:szCs w:val="28"/>
          <w:lang w:val="kk-KZ"/>
        </w:rPr>
      </w:pPr>
      <w:r w:rsidRPr="00DC236A">
        <w:rPr>
          <w:sz w:val="28"/>
          <w:szCs w:val="28"/>
          <w:lang w:val="kk-KZ"/>
        </w:rPr>
        <w:t xml:space="preserve">(орталығы – «Нұрлы жол» теміржол вокзалы, </w:t>
      </w:r>
    </w:p>
    <w:p w14:paraId="0F7A35AB" w14:textId="77777777" w:rsidR="00634B77" w:rsidRPr="00DC236A" w:rsidRDefault="00634B77" w:rsidP="00634B77">
      <w:pPr>
        <w:keepNext/>
        <w:keepLines/>
        <w:ind w:firstLine="709"/>
        <w:jc w:val="center"/>
        <w:rPr>
          <w:sz w:val="28"/>
          <w:szCs w:val="28"/>
          <w:lang w:val="kk-KZ"/>
        </w:rPr>
      </w:pPr>
      <w:r w:rsidRPr="00DC236A">
        <w:rPr>
          <w:sz w:val="28"/>
          <w:szCs w:val="28"/>
          <w:lang w:val="kk-KZ"/>
        </w:rPr>
        <w:t>М. Тынышбайұлы көшесі, № 8)</w:t>
      </w:r>
    </w:p>
    <w:p w14:paraId="5E69914C" w14:textId="77777777" w:rsidR="00634B77" w:rsidRPr="00DC236A" w:rsidRDefault="00634B77" w:rsidP="00634B77">
      <w:pPr>
        <w:keepNext/>
        <w:keepLines/>
        <w:ind w:firstLine="709"/>
        <w:jc w:val="both"/>
        <w:rPr>
          <w:sz w:val="28"/>
          <w:szCs w:val="28"/>
          <w:lang w:val="kk-KZ"/>
        </w:rPr>
      </w:pPr>
    </w:p>
    <w:p w14:paraId="12F808F3" w14:textId="77777777" w:rsidR="00634B77" w:rsidRPr="00DC236A" w:rsidRDefault="00634B77" w:rsidP="00634B77">
      <w:pPr>
        <w:ind w:firstLine="709"/>
        <w:jc w:val="both"/>
        <w:rPr>
          <w:sz w:val="28"/>
          <w:szCs w:val="28"/>
          <w:lang w:val="kk-KZ"/>
        </w:rPr>
      </w:pPr>
      <w:r w:rsidRPr="00DC236A">
        <w:rPr>
          <w:sz w:val="28"/>
          <w:szCs w:val="28"/>
          <w:lang w:val="kk-KZ"/>
        </w:rPr>
        <w:t>Шекарасы: Есіл өзенінің жағалауымен М. Тынышбайұлы көшесіне дейін, М. Тынышбайұлы көшесінің жұп сандар жағымен Ж. Нәжімеденов көшесіне дейін, Ж. Нәжімеденов көшесінің жұп сандар жағымен С. Шаймерденов көшесіне дейін, С. Шаймерденов көшесінің жұп сандар жағымен Есіл өзенінің жағалауына дейін.</w:t>
      </w:r>
    </w:p>
    <w:p w14:paraId="507BFAD0" w14:textId="77777777" w:rsidR="00634B77" w:rsidRPr="00DC236A" w:rsidRDefault="00634B77" w:rsidP="00634B77">
      <w:pPr>
        <w:jc w:val="both"/>
        <w:rPr>
          <w:sz w:val="28"/>
          <w:szCs w:val="28"/>
          <w:lang w:val="kk-KZ"/>
        </w:rPr>
      </w:pPr>
    </w:p>
    <w:p w14:paraId="3F51E1AB" w14:textId="77777777" w:rsidR="00634B77" w:rsidRPr="00DC236A" w:rsidRDefault="00634B77" w:rsidP="00634B77">
      <w:pPr>
        <w:keepNext/>
        <w:keepLines/>
        <w:ind w:firstLine="709"/>
        <w:jc w:val="center"/>
        <w:rPr>
          <w:sz w:val="28"/>
          <w:szCs w:val="28"/>
          <w:lang w:val="kk-KZ"/>
        </w:rPr>
      </w:pPr>
      <w:r w:rsidRPr="00DC236A">
        <w:rPr>
          <w:sz w:val="28"/>
          <w:szCs w:val="28"/>
          <w:lang w:val="kk-KZ"/>
        </w:rPr>
        <w:lastRenderedPageBreak/>
        <w:t>№ 313 сайлау учаскесі</w:t>
      </w:r>
    </w:p>
    <w:p w14:paraId="434B2A5F"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1 көпбейінді қалалық аурухана» шаруашылық жүргізу құқығындағы мемлекеттік коммуналдық кәсіпорны, Р. Қошқарбаев даңғылы, № 66)</w:t>
      </w:r>
    </w:p>
    <w:p w14:paraId="35A562C4" w14:textId="77777777" w:rsidR="00634B77" w:rsidRPr="00DC236A" w:rsidRDefault="00634B77" w:rsidP="00634B77">
      <w:pPr>
        <w:keepNext/>
        <w:keepLines/>
        <w:ind w:firstLine="709"/>
        <w:jc w:val="both"/>
        <w:rPr>
          <w:sz w:val="28"/>
          <w:szCs w:val="28"/>
          <w:lang w:val="kk-KZ"/>
        </w:rPr>
      </w:pPr>
    </w:p>
    <w:p w14:paraId="24CAD465"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66 үй.</w:t>
      </w:r>
    </w:p>
    <w:p w14:paraId="1442DC58" w14:textId="77777777" w:rsidR="00634B77" w:rsidRPr="00DC236A" w:rsidRDefault="00634B77" w:rsidP="00634B77">
      <w:pPr>
        <w:ind w:firstLine="709"/>
        <w:jc w:val="center"/>
        <w:rPr>
          <w:sz w:val="28"/>
          <w:szCs w:val="28"/>
          <w:lang w:val="kk-KZ"/>
        </w:rPr>
      </w:pPr>
    </w:p>
    <w:p w14:paraId="640BD18A" w14:textId="77777777" w:rsidR="00634B77" w:rsidRPr="00DC236A" w:rsidRDefault="00634B77" w:rsidP="00634B77">
      <w:pPr>
        <w:keepNext/>
        <w:keepLines/>
        <w:ind w:firstLine="709"/>
        <w:jc w:val="center"/>
        <w:rPr>
          <w:sz w:val="28"/>
          <w:szCs w:val="28"/>
          <w:lang w:val="kk-KZ"/>
        </w:rPr>
      </w:pPr>
      <w:r w:rsidRPr="00DC236A">
        <w:rPr>
          <w:sz w:val="28"/>
          <w:szCs w:val="28"/>
          <w:lang w:val="kk-KZ"/>
        </w:rPr>
        <w:t>№ 314 сайлау учаскесі</w:t>
      </w:r>
    </w:p>
    <w:p w14:paraId="34729677" w14:textId="77777777" w:rsidR="00634B77" w:rsidRPr="00DC236A" w:rsidRDefault="00634B77" w:rsidP="00634B77">
      <w:pPr>
        <w:keepNext/>
        <w:keepLines/>
        <w:ind w:firstLine="709"/>
        <w:jc w:val="center"/>
        <w:rPr>
          <w:sz w:val="28"/>
          <w:szCs w:val="28"/>
          <w:lang w:val="kk-KZ"/>
        </w:rPr>
      </w:pPr>
      <w:r w:rsidRPr="00DC236A">
        <w:rPr>
          <w:sz w:val="28"/>
          <w:szCs w:val="28"/>
          <w:lang w:val="kk-KZ"/>
        </w:rPr>
        <w:t>(орталығы – Астана қаласы әкімдігінің «№ 2 көпбейінді қалалық балалар ауруханасы» шаруашылық жүргізу құқығындағы мемлекеттік коммуналдық кәсіпорны, Р. Қошқарбаев даңғылы, № 64)</w:t>
      </w:r>
    </w:p>
    <w:p w14:paraId="2B032C52" w14:textId="77777777" w:rsidR="00634B77" w:rsidRPr="00DC236A" w:rsidRDefault="00634B77" w:rsidP="00634B77">
      <w:pPr>
        <w:keepNext/>
        <w:keepLines/>
        <w:ind w:firstLine="709"/>
        <w:jc w:val="center"/>
        <w:rPr>
          <w:sz w:val="28"/>
          <w:szCs w:val="28"/>
          <w:lang w:val="kk-KZ"/>
        </w:rPr>
      </w:pPr>
    </w:p>
    <w:p w14:paraId="33C81E81" w14:textId="77777777" w:rsidR="00634B77" w:rsidRPr="00DC236A" w:rsidRDefault="00634B77" w:rsidP="00634B77">
      <w:pPr>
        <w:ind w:firstLine="709"/>
        <w:jc w:val="both"/>
        <w:rPr>
          <w:sz w:val="28"/>
          <w:szCs w:val="28"/>
          <w:lang w:val="kk-KZ"/>
        </w:rPr>
      </w:pPr>
      <w:r w:rsidRPr="00DC236A">
        <w:rPr>
          <w:sz w:val="28"/>
          <w:szCs w:val="28"/>
          <w:lang w:val="kk-KZ"/>
        </w:rPr>
        <w:t>Шекарасы: Р. Қошқарбаев даңғылы, № 64 үй.</w:t>
      </w:r>
    </w:p>
    <w:p w14:paraId="1F47171A" w14:textId="77777777" w:rsidR="00634B77" w:rsidRPr="008427E9" w:rsidRDefault="00634B77" w:rsidP="00634B77">
      <w:pPr>
        <w:ind w:firstLine="709"/>
        <w:jc w:val="center"/>
        <w:rPr>
          <w:sz w:val="28"/>
          <w:szCs w:val="28"/>
          <w:lang w:val="kk-KZ"/>
        </w:rPr>
      </w:pPr>
      <w:r w:rsidRPr="008427E9">
        <w:rPr>
          <w:sz w:val="28"/>
          <w:szCs w:val="28"/>
          <w:lang w:val="kk-KZ"/>
        </w:rPr>
        <w:t>____________________________</w:t>
      </w:r>
    </w:p>
    <w:p w14:paraId="054E0AEE" w14:textId="77777777" w:rsidR="00634B77" w:rsidRPr="007C46B4" w:rsidRDefault="00634B77" w:rsidP="00634B77">
      <w:pPr>
        <w:ind w:firstLine="709"/>
        <w:jc w:val="both"/>
        <w:rPr>
          <w:sz w:val="28"/>
          <w:szCs w:val="28"/>
          <w:lang w:val="kk-KZ"/>
        </w:rPr>
      </w:pPr>
    </w:p>
    <w:p w14:paraId="419E8000" w14:textId="408F26E5" w:rsidR="00BE72FA" w:rsidRDefault="00BE72FA" w:rsidP="000D023A">
      <w:pPr>
        <w:jc w:val="center"/>
        <w:rPr>
          <w:lang w:val="kk-KZ"/>
        </w:rPr>
      </w:pPr>
    </w:p>
    <w:p w14:paraId="4ED3F5BC" w14:textId="3486FF45" w:rsidR="005B42CB" w:rsidRDefault="005B42CB" w:rsidP="000D023A">
      <w:pPr>
        <w:jc w:val="center"/>
        <w:rPr>
          <w:lang w:val="kk-KZ"/>
        </w:rPr>
      </w:pPr>
    </w:p>
    <w:p w14:paraId="39FBC8F7" w14:textId="0B598FD7" w:rsidR="005B42CB" w:rsidRDefault="005B42CB" w:rsidP="000D023A">
      <w:pPr>
        <w:jc w:val="center"/>
        <w:rPr>
          <w:lang w:val="kk-KZ"/>
        </w:rPr>
      </w:pPr>
    </w:p>
    <w:p w14:paraId="05EFD1FF" w14:textId="5C57E187" w:rsidR="005B42CB" w:rsidRDefault="005B42CB" w:rsidP="000D023A">
      <w:pPr>
        <w:jc w:val="center"/>
        <w:rPr>
          <w:lang w:val="kk-KZ"/>
        </w:rPr>
      </w:pPr>
    </w:p>
    <w:p w14:paraId="3273D33B" w14:textId="207B5A73" w:rsidR="005B42CB" w:rsidRDefault="005B42CB" w:rsidP="000D023A">
      <w:pPr>
        <w:jc w:val="center"/>
        <w:rPr>
          <w:lang w:val="kk-KZ"/>
        </w:rPr>
      </w:pPr>
    </w:p>
    <w:p w14:paraId="3749A35A" w14:textId="1F0C88AB" w:rsidR="005B42CB" w:rsidRDefault="005B42CB" w:rsidP="000D023A">
      <w:pPr>
        <w:jc w:val="center"/>
        <w:rPr>
          <w:lang w:val="kk-KZ"/>
        </w:rPr>
      </w:pPr>
    </w:p>
    <w:p w14:paraId="3EE3BAD9" w14:textId="4183EF8C" w:rsidR="005B42CB" w:rsidRDefault="005B42CB" w:rsidP="000D023A">
      <w:pPr>
        <w:jc w:val="center"/>
        <w:rPr>
          <w:lang w:val="kk-KZ"/>
        </w:rPr>
      </w:pPr>
    </w:p>
    <w:p w14:paraId="7D89AA18" w14:textId="254F4B90" w:rsidR="005B42CB" w:rsidRDefault="005B42CB" w:rsidP="000D023A">
      <w:pPr>
        <w:jc w:val="center"/>
        <w:rPr>
          <w:lang w:val="kk-KZ"/>
        </w:rPr>
      </w:pPr>
    </w:p>
    <w:p w14:paraId="6E129C11" w14:textId="5AFA2053" w:rsidR="005B42CB" w:rsidRDefault="005B42CB" w:rsidP="000D023A">
      <w:pPr>
        <w:jc w:val="center"/>
        <w:rPr>
          <w:lang w:val="kk-KZ"/>
        </w:rPr>
      </w:pPr>
    </w:p>
    <w:p w14:paraId="48B6FC93" w14:textId="2F0466E0" w:rsidR="005B42CB" w:rsidRDefault="005B42CB" w:rsidP="000D023A">
      <w:pPr>
        <w:jc w:val="center"/>
        <w:rPr>
          <w:lang w:val="kk-KZ"/>
        </w:rPr>
      </w:pPr>
    </w:p>
    <w:p w14:paraId="56EB6030" w14:textId="1ED5EFD9" w:rsidR="005B42CB" w:rsidRDefault="005B42CB" w:rsidP="000D023A">
      <w:pPr>
        <w:jc w:val="center"/>
        <w:rPr>
          <w:lang w:val="kk-KZ"/>
        </w:rPr>
      </w:pPr>
    </w:p>
    <w:p w14:paraId="105F2C94" w14:textId="2E3DEDF4" w:rsidR="005B42CB" w:rsidRDefault="005B42CB" w:rsidP="000D023A">
      <w:pPr>
        <w:jc w:val="center"/>
        <w:rPr>
          <w:lang w:val="kk-KZ"/>
        </w:rPr>
      </w:pPr>
    </w:p>
    <w:p w14:paraId="18DE685C" w14:textId="2756462C" w:rsidR="005B42CB" w:rsidRDefault="005B42CB" w:rsidP="000D023A">
      <w:pPr>
        <w:jc w:val="center"/>
        <w:rPr>
          <w:lang w:val="kk-KZ"/>
        </w:rPr>
      </w:pPr>
    </w:p>
    <w:p w14:paraId="33CEDB07" w14:textId="21B57B9A" w:rsidR="005B42CB" w:rsidRDefault="005B42CB" w:rsidP="000D023A">
      <w:pPr>
        <w:jc w:val="center"/>
        <w:rPr>
          <w:lang w:val="kk-KZ"/>
        </w:rPr>
      </w:pPr>
    </w:p>
    <w:p w14:paraId="4A53978A" w14:textId="03E965C0" w:rsidR="005B42CB" w:rsidRDefault="005B42CB" w:rsidP="000D023A">
      <w:pPr>
        <w:jc w:val="center"/>
        <w:rPr>
          <w:lang w:val="kk-KZ"/>
        </w:rPr>
      </w:pPr>
    </w:p>
    <w:p w14:paraId="2BF11758" w14:textId="5B196555" w:rsidR="005B42CB" w:rsidRDefault="005B42CB" w:rsidP="000D023A">
      <w:pPr>
        <w:jc w:val="center"/>
        <w:rPr>
          <w:lang w:val="kk-KZ"/>
        </w:rPr>
      </w:pPr>
    </w:p>
    <w:p w14:paraId="5F8CC213" w14:textId="679C1301" w:rsidR="008777DE" w:rsidRDefault="008777DE">
      <w:pPr>
        <w:overflowPunct/>
        <w:autoSpaceDE/>
        <w:autoSpaceDN/>
        <w:adjustRightInd/>
        <w:rPr>
          <w:sz w:val="28"/>
          <w:szCs w:val="28"/>
          <w:lang w:val="kk-KZ"/>
        </w:rPr>
      </w:pPr>
      <w:r>
        <w:rPr>
          <w:sz w:val="28"/>
          <w:szCs w:val="28"/>
          <w:lang w:val="kk-KZ"/>
        </w:rPr>
        <w:br w:type="page"/>
      </w:r>
    </w:p>
    <w:p w14:paraId="6991E9F9" w14:textId="77777777" w:rsidR="005B42CB" w:rsidRPr="006F7332" w:rsidRDefault="005B42CB" w:rsidP="005B42CB">
      <w:pPr>
        <w:ind w:firstLine="709"/>
        <w:jc w:val="center"/>
        <w:rPr>
          <w:sz w:val="28"/>
          <w:szCs w:val="28"/>
          <w:lang w:val="kk-KZ"/>
        </w:rPr>
      </w:pPr>
    </w:p>
    <w:p w14:paraId="35FE4AA4" w14:textId="77777777" w:rsidR="005B42CB" w:rsidRPr="008777DE" w:rsidRDefault="005B42CB" w:rsidP="005B42CB">
      <w:pPr>
        <w:jc w:val="center"/>
        <w:rPr>
          <w:b/>
          <w:bCs/>
          <w:sz w:val="28"/>
          <w:szCs w:val="28"/>
          <w:lang w:val="kk-KZ"/>
        </w:rPr>
      </w:pPr>
      <w:r w:rsidRPr="008777DE">
        <w:rPr>
          <w:b/>
          <w:bCs/>
          <w:sz w:val="28"/>
          <w:szCs w:val="28"/>
          <w:lang w:val="kk-KZ"/>
        </w:rPr>
        <w:t>Астана қаласы «Сарыарқа» ауданының сайлау учаскелері</w:t>
      </w:r>
    </w:p>
    <w:p w14:paraId="77823317" w14:textId="77777777" w:rsidR="005B42CB" w:rsidRPr="006F7332" w:rsidRDefault="005B42CB" w:rsidP="005B42CB">
      <w:pPr>
        <w:ind w:firstLine="709"/>
        <w:jc w:val="center"/>
        <w:rPr>
          <w:sz w:val="28"/>
          <w:szCs w:val="28"/>
          <w:lang w:val="kk-KZ"/>
        </w:rPr>
      </w:pPr>
    </w:p>
    <w:p w14:paraId="58EEFE6D" w14:textId="77777777" w:rsidR="005B42CB" w:rsidRPr="006F7332" w:rsidRDefault="005B42CB" w:rsidP="005B42CB">
      <w:pPr>
        <w:keepNext/>
        <w:keepLines/>
        <w:jc w:val="center"/>
        <w:rPr>
          <w:sz w:val="28"/>
          <w:szCs w:val="28"/>
          <w:lang w:val="kk-KZ"/>
        </w:rPr>
      </w:pPr>
      <w:r w:rsidRPr="006F7332">
        <w:rPr>
          <w:sz w:val="28"/>
          <w:szCs w:val="28"/>
          <w:lang w:val="kk-KZ"/>
        </w:rPr>
        <w:t>№ 315 сайлау учаскесі</w:t>
      </w:r>
    </w:p>
    <w:p w14:paraId="63A38C3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«Махамбет Өтемісұлы атындағы оқушылар сарайы» шаруашылық жүргізу құқығындағы мемлекеттік коммуналдық кәсіпорны, Ә. Мәмбетов көшесі, № 1)</w:t>
      </w:r>
    </w:p>
    <w:p w14:paraId="1446F40C" w14:textId="77777777" w:rsidR="005B42CB" w:rsidRPr="006F7332" w:rsidRDefault="005B42CB" w:rsidP="005B42CB">
      <w:pPr>
        <w:keepNext/>
        <w:jc w:val="both"/>
        <w:rPr>
          <w:lang w:val="kk-KZ"/>
        </w:rPr>
      </w:pPr>
    </w:p>
    <w:p w14:paraId="010D3094" w14:textId="77777777" w:rsidR="005B42CB" w:rsidRPr="006F7332" w:rsidRDefault="005B42CB" w:rsidP="005B42CB">
      <w:pPr>
        <w:ind w:firstLine="709"/>
        <w:jc w:val="both"/>
        <w:rPr>
          <w:sz w:val="28"/>
          <w:szCs w:val="28"/>
          <w:lang w:val="kk-KZ"/>
        </w:rPr>
      </w:pPr>
      <w:r w:rsidRPr="006F7332">
        <w:rPr>
          <w:sz w:val="28"/>
          <w:szCs w:val="28"/>
          <w:lang w:val="kk-KZ"/>
        </w:rPr>
        <w:t>Шекарасы: А. Бараев көшесінен Республика даңғылының тақ сандар жағымен Ғ. Қараш көшесіне дейін, Ғ. Қараш көшесінің жұп сандар жағымен</w:t>
      </w:r>
      <w:r w:rsidRPr="006F7332">
        <w:rPr>
          <w:sz w:val="28"/>
          <w:szCs w:val="28"/>
          <w:lang w:val="kk-KZ"/>
        </w:rPr>
        <w:br/>
        <w:t>Ә. Мәмбетов көшесіне дейін, Ә. Мәмбетов көшесінен Есіл өзенінің жағалауымен, Самал шағын ауданын қоса алғанда, А. Бараев көшесіне дейін.</w:t>
      </w:r>
    </w:p>
    <w:p w14:paraId="720D446D" w14:textId="77777777" w:rsidR="005B42CB" w:rsidRPr="006F7332" w:rsidRDefault="005B42CB" w:rsidP="005B42CB">
      <w:pPr>
        <w:jc w:val="both"/>
        <w:rPr>
          <w:lang w:val="kk-KZ"/>
        </w:rPr>
      </w:pPr>
    </w:p>
    <w:p w14:paraId="0206FF51" w14:textId="77777777" w:rsidR="005B42CB" w:rsidRPr="006F7332" w:rsidRDefault="005B42CB" w:rsidP="005B42CB">
      <w:pPr>
        <w:keepNext/>
        <w:keepLines/>
        <w:jc w:val="center"/>
        <w:rPr>
          <w:sz w:val="28"/>
          <w:szCs w:val="28"/>
          <w:lang w:val="kk-KZ"/>
        </w:rPr>
      </w:pPr>
      <w:r w:rsidRPr="006F7332">
        <w:rPr>
          <w:sz w:val="28"/>
          <w:szCs w:val="28"/>
          <w:lang w:val="kk-KZ"/>
        </w:rPr>
        <w:t>№ 316 сайлау учаскесі</w:t>
      </w:r>
    </w:p>
    <w:p w14:paraId="617D6CDD" w14:textId="77777777" w:rsidR="005B42CB" w:rsidRPr="006F7332" w:rsidRDefault="005B42CB" w:rsidP="005B42CB">
      <w:pPr>
        <w:keepNext/>
        <w:keepLines/>
        <w:jc w:val="center"/>
        <w:rPr>
          <w:sz w:val="28"/>
          <w:szCs w:val="28"/>
          <w:lang w:val="kk-KZ"/>
        </w:rPr>
      </w:pPr>
      <w:r w:rsidRPr="006F7332">
        <w:rPr>
          <w:sz w:val="28"/>
          <w:szCs w:val="28"/>
          <w:lang w:val="kk-KZ"/>
        </w:rPr>
        <w:t>(орталығы – Е. Рахмадиев атындағы Мемлекеттік академиялық филармонияның концерт залы, Кенесары көшесі, № 32)</w:t>
      </w:r>
    </w:p>
    <w:p w14:paraId="23C63B19" w14:textId="77777777" w:rsidR="005B42CB" w:rsidRPr="006F7332" w:rsidRDefault="005B42CB" w:rsidP="005B42CB">
      <w:pPr>
        <w:keepNext/>
        <w:jc w:val="both"/>
        <w:rPr>
          <w:lang w:val="kk-KZ"/>
        </w:rPr>
      </w:pPr>
    </w:p>
    <w:p w14:paraId="06D5EC47" w14:textId="77777777" w:rsidR="005B42CB" w:rsidRPr="006F7332" w:rsidRDefault="005B42CB" w:rsidP="005B42CB">
      <w:pPr>
        <w:ind w:firstLine="709"/>
        <w:jc w:val="both"/>
        <w:rPr>
          <w:sz w:val="28"/>
          <w:szCs w:val="28"/>
          <w:lang w:val="kk-KZ"/>
        </w:rPr>
      </w:pPr>
      <w:r w:rsidRPr="006F7332">
        <w:rPr>
          <w:sz w:val="28"/>
          <w:szCs w:val="28"/>
          <w:lang w:val="kk-KZ"/>
        </w:rPr>
        <w:t>Шекарасы: Ә. Мәмбетов көшесінен Кенесары көшесінің жұп сандар жағымен Сарыарқа даңғылына дейін, Сарыарқа даңғылынан Есіл өзенінің жағалауына дейін, Есіл өзенінің жағалауымен Ә. Мәмбетов көшесіне дейін,</w:t>
      </w:r>
      <w:r w:rsidRPr="006F7332">
        <w:rPr>
          <w:sz w:val="28"/>
          <w:szCs w:val="28"/>
          <w:lang w:val="kk-KZ"/>
        </w:rPr>
        <w:br/>
        <w:t>Ә. Мәмбетов көшесінің тақ сандар жағымен Кенесары көшесіне дейін.</w:t>
      </w:r>
    </w:p>
    <w:p w14:paraId="57D60A20" w14:textId="77777777" w:rsidR="005B42CB" w:rsidRPr="006F7332" w:rsidRDefault="005B42CB" w:rsidP="005B42CB">
      <w:pPr>
        <w:jc w:val="both"/>
        <w:rPr>
          <w:lang w:val="kk-KZ"/>
        </w:rPr>
      </w:pPr>
    </w:p>
    <w:p w14:paraId="494F5F84" w14:textId="77777777" w:rsidR="005B42CB" w:rsidRPr="006F7332" w:rsidRDefault="005B42CB" w:rsidP="005B42CB">
      <w:pPr>
        <w:keepNext/>
        <w:keepLines/>
        <w:jc w:val="center"/>
        <w:rPr>
          <w:sz w:val="28"/>
          <w:szCs w:val="28"/>
          <w:lang w:val="kk-KZ"/>
        </w:rPr>
      </w:pPr>
      <w:r w:rsidRPr="006F7332">
        <w:rPr>
          <w:sz w:val="28"/>
          <w:szCs w:val="28"/>
          <w:lang w:val="kk-KZ"/>
        </w:rPr>
        <w:t>№ 317 сайлау учаскесі</w:t>
      </w:r>
    </w:p>
    <w:p w14:paraId="05102865" w14:textId="77777777" w:rsidR="005B42CB" w:rsidRPr="006F7332" w:rsidRDefault="005B42CB" w:rsidP="005B42CB">
      <w:pPr>
        <w:keepNext/>
        <w:keepLines/>
        <w:jc w:val="center"/>
        <w:rPr>
          <w:sz w:val="28"/>
          <w:szCs w:val="28"/>
          <w:lang w:val="kk-KZ"/>
        </w:rPr>
      </w:pPr>
      <w:r w:rsidRPr="006F7332">
        <w:rPr>
          <w:sz w:val="28"/>
          <w:szCs w:val="28"/>
          <w:lang w:val="kk-KZ"/>
        </w:rPr>
        <w:t>(орталығы – Е. Рахмадиев атындағы Мемлекеттік академиялық филармонияның концерт залы, Кенесары көшесі, № 32)</w:t>
      </w:r>
    </w:p>
    <w:p w14:paraId="57EA4B36" w14:textId="77777777" w:rsidR="005B42CB" w:rsidRPr="006F7332" w:rsidRDefault="005B42CB" w:rsidP="005B42CB">
      <w:pPr>
        <w:keepNext/>
        <w:jc w:val="both"/>
        <w:rPr>
          <w:lang w:val="kk-KZ"/>
        </w:rPr>
      </w:pPr>
    </w:p>
    <w:p w14:paraId="52542A03" w14:textId="77777777" w:rsidR="005B42CB" w:rsidRPr="006F7332" w:rsidRDefault="005B42CB" w:rsidP="005B42CB">
      <w:pPr>
        <w:ind w:firstLine="709"/>
        <w:jc w:val="both"/>
        <w:rPr>
          <w:sz w:val="28"/>
          <w:szCs w:val="28"/>
          <w:lang w:val="kk-KZ"/>
        </w:rPr>
      </w:pPr>
      <w:r w:rsidRPr="006F7332">
        <w:rPr>
          <w:sz w:val="28"/>
          <w:szCs w:val="28"/>
          <w:lang w:val="kk-KZ"/>
        </w:rPr>
        <w:t>Шекарасы: Бейбітшілік көшесінен Абай даңғылының жұп сандар жағымен Республика даңғылына дейін, Республика даңғылының тақ сандар жағымен</w:t>
      </w:r>
      <w:r w:rsidRPr="006F7332">
        <w:rPr>
          <w:sz w:val="28"/>
          <w:szCs w:val="28"/>
          <w:lang w:val="kk-KZ"/>
        </w:rPr>
        <w:br/>
        <w:t>Ғ. Қараш көшесіне дейін, Ғ. Қараш көшесінің тақ сандар жағымен Ә. Мәмбетов көшесіне дейін, Ә. Мәмбетов көшесінің жұп сандар жағымен Кенесары көшесіне дейін, Кенесары көшесінің тақ сандар жағымен Бейбітшілік көшесіне дейін, Бейбітшілік көшесінің жұп сандар жағымен Абай даңғылына дейін.</w:t>
      </w:r>
    </w:p>
    <w:p w14:paraId="01DC954D" w14:textId="77777777" w:rsidR="005B42CB" w:rsidRPr="006F7332" w:rsidRDefault="005B42CB" w:rsidP="005B42CB">
      <w:pPr>
        <w:jc w:val="both"/>
        <w:rPr>
          <w:lang w:val="kk-KZ"/>
        </w:rPr>
      </w:pPr>
    </w:p>
    <w:p w14:paraId="06586725" w14:textId="77777777" w:rsidR="005B42CB" w:rsidRPr="006F7332" w:rsidRDefault="005B42CB" w:rsidP="005B42CB">
      <w:pPr>
        <w:keepNext/>
        <w:keepLines/>
        <w:jc w:val="center"/>
        <w:rPr>
          <w:sz w:val="28"/>
          <w:szCs w:val="28"/>
          <w:lang w:val="kk-KZ"/>
        </w:rPr>
      </w:pPr>
      <w:r w:rsidRPr="006F7332">
        <w:rPr>
          <w:sz w:val="28"/>
          <w:szCs w:val="28"/>
          <w:lang w:val="kk-KZ"/>
        </w:rPr>
        <w:t>№ 318 сайлау учаскесі</w:t>
      </w:r>
    </w:p>
    <w:p w14:paraId="0879A47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«Өзбекәлі Жәнібеков атындағы № 11 мектеп-лицей» шаруашылық жүргізу құқығындағы мемлекеттік коммуналдық кәсіпорны, Абай даңғылы, № 6)</w:t>
      </w:r>
    </w:p>
    <w:p w14:paraId="3DA6AE7A" w14:textId="77777777" w:rsidR="005B42CB" w:rsidRPr="006F7332" w:rsidRDefault="005B42CB" w:rsidP="005B42CB">
      <w:pPr>
        <w:keepNext/>
        <w:jc w:val="both"/>
        <w:rPr>
          <w:lang w:val="kk-KZ"/>
        </w:rPr>
      </w:pPr>
    </w:p>
    <w:p w14:paraId="3E805FAE" w14:textId="77777777" w:rsidR="005B42CB" w:rsidRPr="006F7332" w:rsidRDefault="005B42CB" w:rsidP="005B42CB">
      <w:pPr>
        <w:ind w:firstLine="709"/>
        <w:jc w:val="both"/>
        <w:rPr>
          <w:sz w:val="28"/>
          <w:szCs w:val="28"/>
          <w:lang w:val="kk-KZ"/>
        </w:rPr>
      </w:pPr>
      <w:r w:rsidRPr="006F7332">
        <w:rPr>
          <w:sz w:val="28"/>
          <w:szCs w:val="28"/>
          <w:lang w:val="kk-KZ"/>
        </w:rPr>
        <w:t>Шекарасы: Абай даңғылынан, Абай даңғылындағы № 10, 10/1, 10/2 және Сарыарқа даңғылындағы № 13, 13г үйлерді қоспағанда, Сарыарқа даңғылына дейін, Сарыарқа даңғылының тақ сандар жағымен Кенесары көшесіне дейін, Кенесары көшесінен К. Күмісбеков көшесіне дейін, К. Күмісбеков көшесінен,</w:t>
      </w:r>
      <w:r w:rsidRPr="006F7332">
        <w:rPr>
          <w:sz w:val="28"/>
          <w:szCs w:val="28"/>
          <w:lang w:val="kk-KZ"/>
        </w:rPr>
        <w:br/>
        <w:t>К. Күмісбеков көшесіндегі № 4 үйді қоспағанда, Абай даңғылына дейін.</w:t>
      </w:r>
    </w:p>
    <w:p w14:paraId="5DE37598" w14:textId="77777777" w:rsidR="005B42CB" w:rsidRPr="006F7332" w:rsidRDefault="005B42CB" w:rsidP="005B42CB">
      <w:pPr>
        <w:jc w:val="both"/>
        <w:rPr>
          <w:lang w:val="kk-KZ"/>
        </w:rPr>
      </w:pPr>
    </w:p>
    <w:p w14:paraId="7A232AD2" w14:textId="77777777" w:rsidR="005B42CB" w:rsidRPr="006F7332" w:rsidRDefault="005B42CB" w:rsidP="005B42CB">
      <w:pPr>
        <w:keepNext/>
        <w:keepLines/>
        <w:jc w:val="center"/>
        <w:rPr>
          <w:sz w:val="28"/>
          <w:szCs w:val="28"/>
          <w:lang w:val="kk-KZ"/>
        </w:rPr>
      </w:pPr>
      <w:r w:rsidRPr="006F7332">
        <w:rPr>
          <w:sz w:val="28"/>
          <w:szCs w:val="28"/>
          <w:lang w:val="kk-KZ"/>
        </w:rPr>
        <w:lastRenderedPageBreak/>
        <w:t>№ 319 сайлау учаскесі</w:t>
      </w:r>
    </w:p>
    <w:p w14:paraId="322EBBFE" w14:textId="74A3A6A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«Шәкәрім атындағы № 56 мектеп-лицей» шаруашылық жүргізу құқығындағы мемлекеттік коммуналдық кәсіпорны,</w:t>
      </w:r>
      <w:r w:rsidR="00842062" w:rsidRPr="00842062">
        <w:rPr>
          <w:sz w:val="28"/>
          <w:szCs w:val="28"/>
          <w:lang w:val="kk-KZ"/>
        </w:rPr>
        <w:t xml:space="preserve"> </w:t>
      </w:r>
      <w:r w:rsidRPr="006F7332">
        <w:rPr>
          <w:sz w:val="28"/>
          <w:szCs w:val="28"/>
          <w:lang w:val="kk-KZ"/>
        </w:rPr>
        <w:t>Т. Шевченко көшесі, № 3)</w:t>
      </w:r>
    </w:p>
    <w:p w14:paraId="45EEC2EF" w14:textId="77777777" w:rsidR="005B42CB" w:rsidRPr="006F7332" w:rsidRDefault="005B42CB" w:rsidP="005B42CB">
      <w:pPr>
        <w:keepNext/>
        <w:jc w:val="both"/>
        <w:rPr>
          <w:lang w:val="kk-KZ"/>
        </w:rPr>
      </w:pPr>
    </w:p>
    <w:p w14:paraId="73B9257C" w14:textId="77777777"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Кенесары көшесіне дейін, Кенесары көшесінен Т. Шевченко көшесіне дейін, Т. Шевченко көшесінің жұп сандар жағымен, Кенесары көшесіндегі № 4Б үйді қоспағанда, А. Косыгин көшесіне дейін, А. Косыгин көшесінен Есіл өзенінің жағалауына дейін.</w:t>
      </w:r>
    </w:p>
    <w:p w14:paraId="20DFFE02" w14:textId="77777777" w:rsidR="005B42CB" w:rsidRPr="006F7332" w:rsidRDefault="005B42CB" w:rsidP="005B42CB">
      <w:pPr>
        <w:jc w:val="both"/>
        <w:rPr>
          <w:lang w:val="kk-KZ"/>
        </w:rPr>
      </w:pPr>
    </w:p>
    <w:p w14:paraId="4C206539" w14:textId="77777777" w:rsidR="005B42CB" w:rsidRPr="006F7332" w:rsidRDefault="005B42CB" w:rsidP="005B42CB">
      <w:pPr>
        <w:keepNext/>
        <w:keepLines/>
        <w:jc w:val="center"/>
        <w:rPr>
          <w:sz w:val="28"/>
          <w:szCs w:val="28"/>
          <w:lang w:val="kk-KZ"/>
        </w:rPr>
      </w:pPr>
      <w:r w:rsidRPr="006F7332">
        <w:rPr>
          <w:sz w:val="28"/>
          <w:szCs w:val="28"/>
          <w:lang w:val="kk-KZ"/>
        </w:rPr>
        <w:t>№ 320 сайлау учаскесі</w:t>
      </w:r>
    </w:p>
    <w:p w14:paraId="11D8150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«Нәзір Төреқұлов атындағы </w:t>
      </w:r>
      <w:r>
        <w:rPr>
          <w:sz w:val="28"/>
          <w:szCs w:val="28"/>
          <w:lang w:val="kk-KZ"/>
        </w:rPr>
        <w:br/>
      </w:r>
      <w:r w:rsidRPr="006F7332">
        <w:rPr>
          <w:sz w:val="28"/>
          <w:szCs w:val="28"/>
          <w:lang w:val="kk-KZ"/>
        </w:rPr>
        <w:t>№ 35 мектеп-лицей» шаруашылық жүргізу құқығындағы мемлекеттік коммуналдық кәсіпорны, Абай даңғылы, № 9/1)</w:t>
      </w:r>
    </w:p>
    <w:p w14:paraId="29AB4E70" w14:textId="77777777" w:rsidR="005B42CB" w:rsidRPr="006F7332" w:rsidRDefault="005B42CB" w:rsidP="005B42CB">
      <w:pPr>
        <w:keepNext/>
        <w:jc w:val="both"/>
        <w:rPr>
          <w:lang w:val="kk-KZ"/>
        </w:rPr>
      </w:pPr>
    </w:p>
    <w:p w14:paraId="2BECEE90" w14:textId="77777777" w:rsidR="005B42CB" w:rsidRPr="006F7332" w:rsidRDefault="005B42CB" w:rsidP="005B42CB">
      <w:pPr>
        <w:ind w:firstLine="709"/>
        <w:jc w:val="both"/>
        <w:rPr>
          <w:sz w:val="28"/>
          <w:szCs w:val="28"/>
          <w:lang w:val="kk-KZ"/>
        </w:rPr>
      </w:pPr>
      <w:r w:rsidRPr="006F7332">
        <w:rPr>
          <w:sz w:val="28"/>
          <w:szCs w:val="28"/>
          <w:lang w:val="kk-KZ"/>
        </w:rPr>
        <w:t>Шекарасы: С. Кубрин көшесінен М. Әуезов орамына дейін, М. Әуезов орамынан С. Сейфуллин көшесіне дейін, С. Сейфуллин көшесінен С. Сейфуллин көшесіндегі № 8 үйге дейін, С. Сейфуллин көшесіндегі № 8 үйдің бойымен Абай даңғылындағы № 5/1 үйге дейін, Абай даңғылындағы № 5/1 үйден С. Сейфуллин көшесіндегі № 4/1 және К. Күмісбеков көшесіндегі № 8 үйлердің бойымен</w:t>
      </w:r>
      <w:r w:rsidRPr="006F7332">
        <w:rPr>
          <w:sz w:val="28"/>
          <w:szCs w:val="28"/>
          <w:lang w:val="kk-KZ"/>
        </w:rPr>
        <w:br/>
        <w:t>К. Күмісбеков көшесіне дейін, К. Күмісбеков көшесінен, К. Күмісбеков көшесіндегі № 7/1, 7/2 үйлерді қоса алғанда, С. Кубрин көшесіне дейін.</w:t>
      </w:r>
    </w:p>
    <w:p w14:paraId="3B88D5EA" w14:textId="77777777" w:rsidR="005B42CB" w:rsidRPr="006F7332" w:rsidRDefault="005B42CB" w:rsidP="005B42CB">
      <w:pPr>
        <w:jc w:val="both"/>
        <w:rPr>
          <w:lang w:val="kk-KZ"/>
        </w:rPr>
      </w:pPr>
    </w:p>
    <w:p w14:paraId="0B83566A" w14:textId="77777777" w:rsidR="005B42CB" w:rsidRPr="006F7332" w:rsidRDefault="005B42CB" w:rsidP="005B42CB">
      <w:pPr>
        <w:keepNext/>
        <w:keepLines/>
        <w:jc w:val="center"/>
        <w:rPr>
          <w:sz w:val="28"/>
          <w:szCs w:val="28"/>
          <w:lang w:val="kk-KZ"/>
        </w:rPr>
      </w:pPr>
      <w:r w:rsidRPr="006F7332">
        <w:rPr>
          <w:sz w:val="28"/>
          <w:szCs w:val="28"/>
          <w:lang w:val="kk-KZ"/>
        </w:rPr>
        <w:t>№ 321 сайлау учаскесі</w:t>
      </w:r>
    </w:p>
    <w:p w14:paraId="4896E345"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15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Сарыарқа даңғылы, № 20)</w:t>
      </w:r>
    </w:p>
    <w:p w14:paraId="5F99A1D6" w14:textId="77777777" w:rsidR="005B42CB" w:rsidRPr="006F7332" w:rsidRDefault="005B42CB" w:rsidP="005B42CB">
      <w:pPr>
        <w:keepNext/>
        <w:jc w:val="both"/>
        <w:rPr>
          <w:lang w:val="kk-KZ"/>
        </w:rPr>
      </w:pPr>
    </w:p>
    <w:p w14:paraId="23E26B6E"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Сарыарқа даңғылынан, Абай даңғылындағы № 10, 10/1, </w:t>
      </w:r>
      <w:r>
        <w:rPr>
          <w:sz w:val="28"/>
          <w:szCs w:val="28"/>
          <w:lang w:val="kk-KZ"/>
        </w:rPr>
        <w:br/>
      </w:r>
      <w:r w:rsidRPr="006F7332">
        <w:rPr>
          <w:sz w:val="28"/>
          <w:szCs w:val="28"/>
          <w:lang w:val="kk-KZ"/>
        </w:rPr>
        <w:t xml:space="preserve">10/2 үйлерді және Сарыарқа даңғылындағы № 13, 13г үйлерді қоса алғанда, </w:t>
      </w:r>
      <w:r>
        <w:rPr>
          <w:sz w:val="28"/>
          <w:szCs w:val="28"/>
          <w:lang w:val="kk-KZ"/>
        </w:rPr>
        <w:br/>
      </w:r>
      <w:r w:rsidRPr="006F7332">
        <w:rPr>
          <w:sz w:val="28"/>
          <w:szCs w:val="28"/>
          <w:lang w:val="kk-KZ"/>
        </w:rPr>
        <w:t>Ж. Омаров көшесіне дейін, Ж. Омаров көшесінен Жеңіс даңғылына дейін, Жеңіс даңғылынан Абай даңғылына дейін, Абай даңғылынан Бейбітшілік көшесіне дейін, Бейбітшілік көшесінен Кенесары көшесіне дейін, Кенесары көшесінен Сарыарқа даңғылына дейін.</w:t>
      </w:r>
    </w:p>
    <w:p w14:paraId="404028E3" w14:textId="77777777" w:rsidR="005B42CB" w:rsidRPr="006F7332" w:rsidRDefault="005B42CB" w:rsidP="005B42CB">
      <w:pPr>
        <w:jc w:val="both"/>
        <w:rPr>
          <w:lang w:val="kk-KZ"/>
        </w:rPr>
      </w:pPr>
    </w:p>
    <w:p w14:paraId="786D62B4" w14:textId="77777777" w:rsidR="005B42CB" w:rsidRPr="006F7332" w:rsidRDefault="005B42CB" w:rsidP="005B42CB">
      <w:pPr>
        <w:keepNext/>
        <w:keepLines/>
        <w:jc w:val="center"/>
        <w:rPr>
          <w:sz w:val="28"/>
          <w:szCs w:val="28"/>
          <w:lang w:val="kk-KZ"/>
        </w:rPr>
      </w:pPr>
      <w:r w:rsidRPr="006F7332">
        <w:rPr>
          <w:sz w:val="28"/>
          <w:szCs w:val="28"/>
          <w:lang w:val="kk-KZ"/>
        </w:rPr>
        <w:t>№ 322 сайлау учаскесі</w:t>
      </w:r>
    </w:p>
    <w:p w14:paraId="17709638"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«Музыкалық жас көрермен театры» мемлекеттік коммуналдық қазыналық кәсіпорны, Ж. Омаров көшесі, № 47б)</w:t>
      </w:r>
    </w:p>
    <w:p w14:paraId="553F9B83" w14:textId="77777777" w:rsidR="005B42CB" w:rsidRPr="006F7332" w:rsidRDefault="005B42CB" w:rsidP="005B42CB">
      <w:pPr>
        <w:keepNext/>
        <w:jc w:val="both"/>
        <w:rPr>
          <w:lang w:val="kk-KZ"/>
        </w:rPr>
      </w:pPr>
    </w:p>
    <w:p w14:paraId="043DE123" w14:textId="77777777" w:rsidR="005B42CB" w:rsidRPr="006F7332" w:rsidRDefault="005B42CB" w:rsidP="005B42CB">
      <w:pPr>
        <w:ind w:firstLine="709"/>
        <w:jc w:val="both"/>
        <w:rPr>
          <w:sz w:val="28"/>
          <w:szCs w:val="28"/>
          <w:lang w:val="kk-KZ"/>
        </w:rPr>
      </w:pPr>
      <w:r w:rsidRPr="006F7332">
        <w:rPr>
          <w:sz w:val="28"/>
          <w:szCs w:val="28"/>
          <w:lang w:val="kk-KZ"/>
        </w:rPr>
        <w:t>Шекарасы: Желтоқсан көшесінен Ә. Жангелдин көшесінің жұп сандар жағымен М. Әуезов көшесіне дейін, М. Әуезов көшесінің тақ сандар жағымен</w:t>
      </w:r>
      <w:r w:rsidRPr="006F7332">
        <w:rPr>
          <w:sz w:val="28"/>
          <w:szCs w:val="28"/>
          <w:lang w:val="kk-KZ"/>
        </w:rPr>
        <w:br/>
        <w:t>С. Сейфуллин көшесіне дейін, С. Сейфуллин көшесінің тақ сандар жағымен Желтоқсан көшесіне дейін.</w:t>
      </w:r>
    </w:p>
    <w:p w14:paraId="54F2A872" w14:textId="77777777" w:rsidR="005B42CB" w:rsidRPr="006F7332" w:rsidRDefault="005B42CB" w:rsidP="005B42CB">
      <w:pPr>
        <w:jc w:val="both"/>
        <w:rPr>
          <w:lang w:val="kk-KZ"/>
        </w:rPr>
      </w:pPr>
    </w:p>
    <w:p w14:paraId="7C35081C" w14:textId="77777777" w:rsidR="005B42CB" w:rsidRPr="006F7332" w:rsidRDefault="005B42CB" w:rsidP="005B42CB">
      <w:pPr>
        <w:keepNext/>
        <w:keepLines/>
        <w:jc w:val="center"/>
        <w:rPr>
          <w:sz w:val="28"/>
          <w:szCs w:val="28"/>
          <w:lang w:val="kk-KZ"/>
        </w:rPr>
      </w:pPr>
      <w:r w:rsidRPr="006F7332">
        <w:rPr>
          <w:sz w:val="28"/>
          <w:szCs w:val="28"/>
          <w:lang w:val="kk-KZ"/>
        </w:rPr>
        <w:lastRenderedPageBreak/>
        <w:t>№ 323 сайлау учаскесі</w:t>
      </w:r>
    </w:p>
    <w:p w14:paraId="19850D3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3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Республика даңғылы, № 35)</w:t>
      </w:r>
    </w:p>
    <w:p w14:paraId="2057BD63" w14:textId="77777777" w:rsidR="005B42CB" w:rsidRPr="006F7332" w:rsidRDefault="005B42CB" w:rsidP="005B42CB">
      <w:pPr>
        <w:keepNext/>
        <w:jc w:val="both"/>
        <w:rPr>
          <w:lang w:val="kk-KZ"/>
        </w:rPr>
      </w:pPr>
    </w:p>
    <w:p w14:paraId="6109355C" w14:textId="77777777" w:rsidR="005B42CB" w:rsidRPr="006F7332" w:rsidRDefault="005B42CB" w:rsidP="005B42CB">
      <w:pPr>
        <w:ind w:firstLine="709"/>
        <w:jc w:val="both"/>
        <w:rPr>
          <w:sz w:val="28"/>
          <w:szCs w:val="28"/>
          <w:lang w:val="kk-KZ"/>
        </w:rPr>
      </w:pPr>
      <w:r w:rsidRPr="006F7332">
        <w:rPr>
          <w:sz w:val="28"/>
          <w:szCs w:val="28"/>
          <w:lang w:val="kk-KZ"/>
        </w:rPr>
        <w:t>Шекарасы: С. Сейфуллин көшесінен Республика даңғылының тақ сандар жағымен Абай даңғылына дейін, Абай даңғылынан Жеңіс даңғылына дейін, Жеңіс даңғылынан Ж. Омаров көшесіне дейін, Ж. Омаров көшесінің тақ сандар жағымен Сарыарқа даңғылына дейін, Сарыарқа даңғылынан С. Сейфуллин көшесіне дейін.</w:t>
      </w:r>
    </w:p>
    <w:p w14:paraId="395105AE" w14:textId="77777777" w:rsidR="005B42CB" w:rsidRPr="006F7332" w:rsidRDefault="005B42CB" w:rsidP="005B42CB">
      <w:pPr>
        <w:jc w:val="both"/>
        <w:rPr>
          <w:lang w:val="kk-KZ"/>
        </w:rPr>
      </w:pPr>
    </w:p>
    <w:p w14:paraId="7453B654" w14:textId="77777777" w:rsidR="005B42CB" w:rsidRPr="006F7332" w:rsidRDefault="005B42CB" w:rsidP="005B42CB">
      <w:pPr>
        <w:keepNext/>
        <w:keepLines/>
        <w:jc w:val="center"/>
        <w:rPr>
          <w:sz w:val="28"/>
          <w:szCs w:val="28"/>
          <w:lang w:val="kk-KZ"/>
        </w:rPr>
      </w:pPr>
      <w:r w:rsidRPr="006F7332">
        <w:rPr>
          <w:sz w:val="28"/>
          <w:szCs w:val="28"/>
          <w:lang w:val="kk-KZ"/>
        </w:rPr>
        <w:t>№ 324 сайлау учаскесі</w:t>
      </w:r>
    </w:p>
    <w:p w14:paraId="4A86B7B7"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«Ғафу Қайырбеков атындағы </w:t>
      </w:r>
      <w:r>
        <w:rPr>
          <w:sz w:val="28"/>
          <w:szCs w:val="28"/>
          <w:lang w:val="kk-KZ"/>
        </w:rPr>
        <w:br/>
      </w:r>
      <w:r w:rsidRPr="006F7332">
        <w:rPr>
          <w:sz w:val="28"/>
          <w:szCs w:val="28"/>
          <w:lang w:val="kk-KZ"/>
        </w:rPr>
        <w:t>№ 2 мектеп-гимназия» шаруашылық жүргізу құқығындағы мемлекеттік коммуналдық кәсіпорны, С. Сейфуллин көшесі, № 19)</w:t>
      </w:r>
    </w:p>
    <w:p w14:paraId="2D42C36B" w14:textId="77777777" w:rsidR="005B42CB" w:rsidRPr="006F7332" w:rsidRDefault="005B42CB" w:rsidP="005B42CB">
      <w:pPr>
        <w:keepNext/>
        <w:jc w:val="both"/>
        <w:rPr>
          <w:lang w:val="kk-KZ"/>
        </w:rPr>
      </w:pPr>
    </w:p>
    <w:p w14:paraId="754FB4D6"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Желтоқсан көшесінің тақ сандар жағымен С. Сейфуллин көшесіне дейін, С. Сейфуллин көшесінің тақ сандар жағымен, С. Сейфуллин көшесіндегі № 11 және Сарыарқа даңғылындағы № 30, 30/1, 30/2, 30/2а үйлерді және Ә. Жангелдин көшесіндегі № 2 үйді қоспағанда,</w:t>
      </w:r>
      <w:r w:rsidRPr="006F7332">
        <w:rPr>
          <w:sz w:val="28"/>
          <w:szCs w:val="28"/>
          <w:lang w:val="kk-KZ"/>
        </w:rPr>
        <w:br/>
        <w:t>Ә. Жангелдин көшесіне дейін.</w:t>
      </w:r>
    </w:p>
    <w:p w14:paraId="0DD97533" w14:textId="77777777" w:rsidR="005B42CB" w:rsidRPr="006F7332" w:rsidRDefault="005B42CB" w:rsidP="005B42CB">
      <w:pPr>
        <w:jc w:val="both"/>
        <w:rPr>
          <w:lang w:val="kk-KZ"/>
        </w:rPr>
      </w:pPr>
    </w:p>
    <w:p w14:paraId="6A71D7F4" w14:textId="77777777" w:rsidR="005B42CB" w:rsidRPr="006F7332" w:rsidRDefault="005B42CB" w:rsidP="005B42CB">
      <w:pPr>
        <w:keepNext/>
        <w:keepLines/>
        <w:jc w:val="center"/>
        <w:rPr>
          <w:sz w:val="28"/>
          <w:szCs w:val="28"/>
          <w:lang w:val="kk-KZ"/>
        </w:rPr>
      </w:pPr>
      <w:r w:rsidRPr="006F7332">
        <w:rPr>
          <w:sz w:val="28"/>
          <w:szCs w:val="28"/>
          <w:lang w:val="kk-KZ"/>
        </w:rPr>
        <w:t>№ 325 сайлау учаскесі</w:t>
      </w:r>
    </w:p>
    <w:p w14:paraId="2C768ED9"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Медицина университеті» коммерциялық емес акционерлік қоғамы, Сарыарқа даңғылы, № 33)</w:t>
      </w:r>
    </w:p>
    <w:p w14:paraId="5B52E130" w14:textId="77777777" w:rsidR="005B42CB" w:rsidRPr="006F7332" w:rsidRDefault="005B42CB" w:rsidP="005B42CB">
      <w:pPr>
        <w:keepNext/>
        <w:jc w:val="both"/>
        <w:rPr>
          <w:lang w:val="kk-KZ"/>
        </w:rPr>
      </w:pPr>
    </w:p>
    <w:p w14:paraId="1595DDC9"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Сарыарқа даңғылына дейін, Сарыарқа даңғылынан Ә. Жангелдин көшесіне дейін, Ә. Жангелдин көшесінен</w:t>
      </w:r>
      <w:r w:rsidRPr="006F7332">
        <w:rPr>
          <w:sz w:val="28"/>
          <w:szCs w:val="28"/>
          <w:lang w:val="kk-KZ"/>
        </w:rPr>
        <w:br/>
        <w:t>Н. Щорс көшесіндегі № 12/2 үйге дейін, Н. Щорс көшесіндегі № 12/2 үйден</w:t>
      </w:r>
      <w:r w:rsidRPr="006F7332">
        <w:rPr>
          <w:sz w:val="28"/>
          <w:szCs w:val="28"/>
          <w:lang w:val="kk-KZ"/>
        </w:rPr>
        <w:br/>
        <w:t>Н. Щорс көшесінің жұп сандар жағымен Бөгенбай батыр даңғылына дейін.</w:t>
      </w:r>
    </w:p>
    <w:p w14:paraId="316A1859" w14:textId="77777777" w:rsidR="005B42CB" w:rsidRPr="006F7332" w:rsidRDefault="005B42CB" w:rsidP="005B42CB">
      <w:pPr>
        <w:jc w:val="both"/>
        <w:rPr>
          <w:lang w:val="kk-KZ"/>
        </w:rPr>
      </w:pPr>
    </w:p>
    <w:p w14:paraId="4E34EE3D" w14:textId="77777777" w:rsidR="005B42CB" w:rsidRPr="006F7332" w:rsidRDefault="005B42CB" w:rsidP="005B42CB">
      <w:pPr>
        <w:keepNext/>
        <w:keepLines/>
        <w:jc w:val="center"/>
        <w:rPr>
          <w:sz w:val="28"/>
          <w:szCs w:val="28"/>
          <w:lang w:val="kk-KZ"/>
        </w:rPr>
      </w:pPr>
      <w:r w:rsidRPr="006F7332">
        <w:rPr>
          <w:sz w:val="28"/>
          <w:szCs w:val="28"/>
          <w:lang w:val="kk-KZ"/>
        </w:rPr>
        <w:t>№ 326 сайлау учаскесі</w:t>
      </w:r>
    </w:p>
    <w:p w14:paraId="5FA4872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«Ғали Орманов атындағы </w:t>
      </w:r>
      <w:r>
        <w:rPr>
          <w:sz w:val="28"/>
          <w:szCs w:val="28"/>
          <w:lang w:val="kk-KZ"/>
        </w:rPr>
        <w:br/>
      </w:r>
      <w:r w:rsidRPr="006F7332">
        <w:rPr>
          <w:sz w:val="28"/>
          <w:szCs w:val="28"/>
          <w:lang w:val="kk-KZ"/>
        </w:rPr>
        <w:t>№ 7 мектеп-гимназия» шаруашылық жүргізу құқығындағы мемлекеттік коммуналдық кәсіпорны, Бөгенбай батыр даңғылы, № 57)</w:t>
      </w:r>
    </w:p>
    <w:p w14:paraId="45E2D490" w14:textId="77777777" w:rsidR="005B42CB" w:rsidRPr="006F7332" w:rsidRDefault="005B42CB" w:rsidP="005B42CB">
      <w:pPr>
        <w:keepNext/>
        <w:jc w:val="both"/>
        <w:rPr>
          <w:lang w:val="kk-KZ"/>
        </w:rPr>
      </w:pPr>
    </w:p>
    <w:p w14:paraId="2A0184E3"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Ы. Дүкенұлы көшесінен Ы. Дүкенұлы көшесіндегі № 32 үйге дейін, Ы. Дүкенұлы көшесіндегі № 32 үйден, Ы. Дүкенұлы көшесіндегі </w:t>
      </w:r>
      <w:r w:rsidRPr="006F7332">
        <w:rPr>
          <w:sz w:val="28"/>
          <w:szCs w:val="28"/>
          <w:lang w:val="kk-KZ"/>
        </w:rPr>
        <w:br/>
        <w:t xml:space="preserve">№ 32/1 үйді, Бөгенбай батыр даңғылындағы № 63 үйді қоспағанда, </w:t>
      </w:r>
      <w:r w:rsidRPr="006F7332">
        <w:rPr>
          <w:sz w:val="28"/>
          <w:szCs w:val="28"/>
          <w:lang w:val="kk-KZ"/>
        </w:rPr>
        <w:br/>
        <w:t>Бөгенбай батыр даңғылына дейін, Бөгенбай батыр даңғылынан М. Әуезов көшесіне дейін, М. Әуезов көшесінен Ы. Дүкенұлы көшесіне дейін.</w:t>
      </w:r>
    </w:p>
    <w:p w14:paraId="1753B383" w14:textId="77777777" w:rsidR="005B42CB" w:rsidRPr="006F7332" w:rsidRDefault="005B42CB" w:rsidP="005B42CB">
      <w:pPr>
        <w:jc w:val="both"/>
        <w:rPr>
          <w:lang w:val="kk-KZ"/>
        </w:rPr>
      </w:pPr>
    </w:p>
    <w:p w14:paraId="011A612A" w14:textId="77777777" w:rsidR="005B42CB" w:rsidRPr="006F7332" w:rsidRDefault="005B42CB" w:rsidP="005B42CB">
      <w:pPr>
        <w:keepNext/>
        <w:keepLines/>
        <w:jc w:val="center"/>
        <w:rPr>
          <w:sz w:val="28"/>
          <w:szCs w:val="28"/>
          <w:lang w:val="kk-KZ"/>
        </w:rPr>
      </w:pPr>
      <w:r w:rsidRPr="006F7332">
        <w:rPr>
          <w:sz w:val="28"/>
          <w:szCs w:val="28"/>
          <w:lang w:val="kk-KZ"/>
        </w:rPr>
        <w:lastRenderedPageBreak/>
        <w:t>№ 327 сайлау учаскесі</w:t>
      </w:r>
    </w:p>
    <w:p w14:paraId="6C0E410D"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p w14:paraId="79E283C9" w14:textId="77777777" w:rsidR="005B42CB" w:rsidRPr="006F7332" w:rsidRDefault="005B42CB" w:rsidP="005B42CB">
      <w:pPr>
        <w:keepNext/>
        <w:jc w:val="both"/>
        <w:rPr>
          <w:lang w:val="kk-KZ"/>
        </w:rPr>
      </w:pPr>
    </w:p>
    <w:p w14:paraId="01E6A957"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Желтоқсан көшесінің жұп сандар жағымен Бөгенбай батыр даңғылына дейін, Бөгенбай батыр даңғылының жұп сандар жағымен Бейбітшілік көшесіне дейін, Бейбітшілік көшесінің тақ сандар жағымен Ә. Жангелдин көшесіне дейін, Ә. Жангелдин көшесінің тақ сандар жағымен Желтоқсан көшесіне дейін.</w:t>
      </w:r>
    </w:p>
    <w:p w14:paraId="08FB10B4" w14:textId="77777777" w:rsidR="005B42CB" w:rsidRPr="006F7332" w:rsidRDefault="005B42CB" w:rsidP="005B42CB">
      <w:pPr>
        <w:jc w:val="both"/>
        <w:rPr>
          <w:lang w:val="kk-KZ"/>
        </w:rPr>
      </w:pPr>
    </w:p>
    <w:p w14:paraId="22BC6F4F" w14:textId="77777777" w:rsidR="005B42CB" w:rsidRPr="006F7332" w:rsidRDefault="005B42CB" w:rsidP="005B42CB">
      <w:pPr>
        <w:keepNext/>
        <w:keepLines/>
        <w:jc w:val="center"/>
        <w:rPr>
          <w:sz w:val="28"/>
          <w:szCs w:val="28"/>
          <w:lang w:val="kk-KZ"/>
        </w:rPr>
      </w:pPr>
      <w:r w:rsidRPr="006F7332">
        <w:rPr>
          <w:sz w:val="28"/>
          <w:szCs w:val="28"/>
          <w:lang w:val="kk-KZ"/>
        </w:rPr>
        <w:t>№ 328 сайлау учаскесі</w:t>
      </w:r>
    </w:p>
    <w:p w14:paraId="3206F0B9" w14:textId="77777777" w:rsidR="005B42CB" w:rsidRPr="006F7332" w:rsidRDefault="005B42CB" w:rsidP="005B42CB">
      <w:pPr>
        <w:keepNext/>
        <w:keepLines/>
        <w:jc w:val="center"/>
        <w:rPr>
          <w:sz w:val="28"/>
          <w:szCs w:val="28"/>
          <w:lang w:val="kk-KZ"/>
        </w:rPr>
      </w:pPr>
      <w:r w:rsidRPr="006F7332">
        <w:rPr>
          <w:sz w:val="28"/>
          <w:szCs w:val="28"/>
          <w:lang w:val="kk-KZ"/>
        </w:rPr>
        <w:t>(орталығы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p w14:paraId="4F4DBB4A" w14:textId="77777777" w:rsidR="005B42CB" w:rsidRPr="006F7332" w:rsidRDefault="005B42CB" w:rsidP="005B42CB">
      <w:pPr>
        <w:keepNext/>
        <w:jc w:val="both"/>
        <w:rPr>
          <w:lang w:val="kk-KZ"/>
        </w:rPr>
      </w:pPr>
    </w:p>
    <w:p w14:paraId="7416F26A" w14:textId="77777777" w:rsidR="005B42CB" w:rsidRPr="006F7332" w:rsidRDefault="005B42CB" w:rsidP="005B42CB">
      <w:pPr>
        <w:ind w:firstLine="709"/>
        <w:jc w:val="both"/>
        <w:rPr>
          <w:sz w:val="28"/>
          <w:szCs w:val="28"/>
          <w:lang w:val="kk-KZ"/>
        </w:rPr>
      </w:pPr>
      <w:r w:rsidRPr="006F7332">
        <w:rPr>
          <w:sz w:val="28"/>
          <w:szCs w:val="28"/>
          <w:lang w:val="kk-KZ"/>
        </w:rPr>
        <w:t>Шекарасы: Сарыарқа даңғылынан Ә. Жангелдин көшесінің тақ сандар жағымен Желтоқсан көшесіне дейін, Желтоқсан көшесінің тақ сандар жағымен Бөгенбай батыр даңғылына дейін, Бөгенбай батыр даңғылының жұп сандар жағымен Сарыарқа даңғылына дейін, Сарыарқа даңғылының жұп сандар жағымен Ә. Жангелдин көшесіне дейін.</w:t>
      </w:r>
    </w:p>
    <w:p w14:paraId="2F5EBDA7" w14:textId="77777777" w:rsidR="005B42CB" w:rsidRPr="006F7332" w:rsidRDefault="005B42CB" w:rsidP="005B42CB">
      <w:pPr>
        <w:jc w:val="both"/>
        <w:rPr>
          <w:lang w:val="kk-KZ"/>
        </w:rPr>
      </w:pPr>
    </w:p>
    <w:p w14:paraId="609E6DEF" w14:textId="77777777" w:rsidR="005B42CB" w:rsidRPr="006F7332" w:rsidRDefault="005B42CB" w:rsidP="005B42CB">
      <w:pPr>
        <w:keepNext/>
        <w:keepLines/>
        <w:jc w:val="center"/>
        <w:rPr>
          <w:sz w:val="28"/>
          <w:szCs w:val="28"/>
          <w:lang w:val="kk-KZ"/>
        </w:rPr>
      </w:pPr>
      <w:r w:rsidRPr="006F7332">
        <w:rPr>
          <w:sz w:val="28"/>
          <w:szCs w:val="28"/>
          <w:lang w:val="kk-KZ"/>
        </w:rPr>
        <w:t>№ 329 сайлау учаскесі</w:t>
      </w:r>
    </w:p>
    <w:p w14:paraId="38EC417E"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18 орта мектеп» шаруашылық жүргізу құқығындағы мемлекеттік коммуналдық кәсіпорны, Бөгенбай батыр даңғылы, № 17)</w:t>
      </w:r>
    </w:p>
    <w:p w14:paraId="5A99462E" w14:textId="77777777" w:rsidR="005B42CB" w:rsidRPr="006F7332" w:rsidRDefault="005B42CB" w:rsidP="005B42CB">
      <w:pPr>
        <w:keepNext/>
        <w:jc w:val="both"/>
        <w:rPr>
          <w:lang w:val="kk-KZ"/>
        </w:rPr>
      </w:pPr>
    </w:p>
    <w:p w14:paraId="45263085"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Мәскеу көшесінен бастап, Мәскеу көшесіндегі № 20, 20/1, </w:t>
      </w:r>
      <w:r>
        <w:rPr>
          <w:sz w:val="28"/>
          <w:szCs w:val="28"/>
          <w:lang w:val="kk-KZ"/>
        </w:rPr>
        <w:br/>
      </w:r>
      <w:r w:rsidRPr="006F7332">
        <w:rPr>
          <w:sz w:val="28"/>
          <w:szCs w:val="28"/>
          <w:lang w:val="kk-KZ"/>
        </w:rPr>
        <w:t>20/2 үйлерді және Домбыралы көшесіндегі № 24, 24/1, 26 үйлерді қоса алғанда,</w:t>
      </w:r>
      <w:r w:rsidRPr="006F7332">
        <w:rPr>
          <w:sz w:val="28"/>
          <w:szCs w:val="28"/>
          <w:lang w:val="kk-KZ"/>
        </w:rPr>
        <w:br/>
        <w:t>С. Разин көшесіне дейін, С. Разин көшесінен Жамбыл көшесіне дейін, Жамбыл көшесінен Сарыарқа даңғылына дейін, Сарыарқа даңғылынан бастап Бөгенбай батыр даңғылына дейін, Бөгенбай батыр даңғылынан, Бөгенбай батыр даңғылындағы № 17 үйді қоспағанда, С. Разин орамына дейін, С. Разин орамынан Мәскеу көшесіне дейін.</w:t>
      </w:r>
    </w:p>
    <w:p w14:paraId="6520480A" w14:textId="77777777" w:rsidR="005B42CB" w:rsidRPr="006F7332" w:rsidRDefault="005B42CB" w:rsidP="005B42CB">
      <w:pPr>
        <w:jc w:val="both"/>
        <w:rPr>
          <w:lang w:val="kk-KZ"/>
        </w:rPr>
      </w:pPr>
    </w:p>
    <w:p w14:paraId="22788CCA" w14:textId="77777777" w:rsidR="005B42CB" w:rsidRPr="006F7332" w:rsidRDefault="005B42CB" w:rsidP="005B42CB">
      <w:pPr>
        <w:keepNext/>
        <w:keepLines/>
        <w:jc w:val="center"/>
        <w:rPr>
          <w:sz w:val="28"/>
          <w:szCs w:val="28"/>
          <w:lang w:val="kk-KZ"/>
        </w:rPr>
      </w:pPr>
      <w:r w:rsidRPr="006F7332">
        <w:rPr>
          <w:sz w:val="28"/>
          <w:szCs w:val="28"/>
          <w:lang w:val="kk-KZ"/>
        </w:rPr>
        <w:t>№ 330 сайлау учаскесі</w:t>
      </w:r>
    </w:p>
    <w:p w14:paraId="05BDDD1B"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18 орта мектеп»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 № 17)</w:t>
      </w:r>
    </w:p>
    <w:p w14:paraId="5FD7FF5E" w14:textId="77777777" w:rsidR="005B42CB" w:rsidRPr="006F7332" w:rsidRDefault="005B42CB" w:rsidP="005B42CB">
      <w:pPr>
        <w:keepNext/>
        <w:jc w:val="both"/>
        <w:rPr>
          <w:lang w:val="kk-KZ"/>
        </w:rPr>
      </w:pPr>
    </w:p>
    <w:p w14:paraId="7C6C9994" w14:textId="77777777" w:rsidR="005B42CB" w:rsidRPr="006F7332" w:rsidRDefault="005B42CB" w:rsidP="005B42CB">
      <w:pPr>
        <w:ind w:firstLine="709"/>
        <w:jc w:val="both"/>
        <w:rPr>
          <w:sz w:val="28"/>
          <w:szCs w:val="28"/>
          <w:lang w:val="kk-KZ"/>
        </w:rPr>
      </w:pPr>
      <w:r w:rsidRPr="006F7332">
        <w:rPr>
          <w:sz w:val="28"/>
          <w:szCs w:val="28"/>
          <w:lang w:val="kk-KZ"/>
        </w:rPr>
        <w:t>Шекарасы: Мәскеу көшесінен С. Разин орамына дейін, С. Разин орамынан, Бөгенбай батыр даңғылындағы № 17 үйді қоса алғанда, Бөгенбай батыр даңғылына дейін, Бөгенбай батыр даңғылынан Мәскеу көшесіне дейін.</w:t>
      </w:r>
    </w:p>
    <w:p w14:paraId="6D4CBA33" w14:textId="77777777" w:rsidR="005B42CB" w:rsidRPr="006F7332" w:rsidRDefault="005B42CB" w:rsidP="005B42CB">
      <w:pPr>
        <w:jc w:val="both"/>
        <w:rPr>
          <w:lang w:val="kk-KZ"/>
        </w:rPr>
      </w:pPr>
    </w:p>
    <w:p w14:paraId="3390250C" w14:textId="77777777" w:rsidR="005B42CB" w:rsidRPr="006F7332" w:rsidRDefault="005B42CB" w:rsidP="005B42CB">
      <w:pPr>
        <w:keepNext/>
        <w:keepLines/>
        <w:jc w:val="center"/>
        <w:rPr>
          <w:sz w:val="28"/>
          <w:szCs w:val="28"/>
          <w:lang w:val="kk-KZ"/>
        </w:rPr>
      </w:pPr>
      <w:r w:rsidRPr="006F7332">
        <w:rPr>
          <w:sz w:val="28"/>
          <w:szCs w:val="28"/>
          <w:lang w:val="kk-KZ"/>
        </w:rPr>
        <w:lastRenderedPageBreak/>
        <w:t>№ 331 сайлау учаскесі</w:t>
      </w:r>
    </w:p>
    <w:p w14:paraId="3BEA143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65 мектеп-гимназия» шаруашылық жүргізу құқығындағы мемлекеттік коммуналдық кәсіпорны, Б. Соқпақбаев көшесі, № 18/4)</w:t>
      </w:r>
    </w:p>
    <w:p w14:paraId="1E15D660" w14:textId="77777777" w:rsidR="005B42CB" w:rsidRPr="006F7332" w:rsidRDefault="005B42CB" w:rsidP="005B42CB">
      <w:pPr>
        <w:keepNext/>
        <w:jc w:val="both"/>
        <w:rPr>
          <w:lang w:val="kk-KZ"/>
        </w:rPr>
      </w:pPr>
    </w:p>
    <w:p w14:paraId="46CDDF4A"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Б. Соқпақбаев көшесіндегі № 14/3, 14/4, 16/3, 16/4, 18/4 және Бірінші Алматы көшесіндегі № 11/1 үйлерді қоса алғанда,</w:t>
      </w:r>
      <w:r w:rsidRPr="006F7332">
        <w:rPr>
          <w:sz w:val="28"/>
          <w:szCs w:val="28"/>
          <w:lang w:val="kk-KZ"/>
        </w:rPr>
        <w:br/>
        <w:t>Б. Соқпақбаев көшесіне дейін, Б. Соқпақбаев көшесінен Бірінші Алматы көшесіне дейін, Бірінші Алматы көшесінен Ш. Қосшығұлұлы көшесіне дейін,</w:t>
      </w:r>
      <w:r w:rsidRPr="006F7332">
        <w:rPr>
          <w:sz w:val="28"/>
          <w:szCs w:val="28"/>
          <w:lang w:val="kk-KZ"/>
        </w:rPr>
        <w:br/>
        <w:t>Ш. Қосшығұлұлы көшесінен Сарыбұлақ бұлағына дейін.</w:t>
      </w:r>
    </w:p>
    <w:p w14:paraId="62FBFF7C" w14:textId="77777777" w:rsidR="005B42CB" w:rsidRPr="006F7332" w:rsidRDefault="005B42CB" w:rsidP="005B42CB">
      <w:pPr>
        <w:jc w:val="both"/>
        <w:rPr>
          <w:lang w:val="kk-KZ"/>
        </w:rPr>
      </w:pPr>
    </w:p>
    <w:p w14:paraId="78851D92" w14:textId="77777777" w:rsidR="005B42CB" w:rsidRPr="006F7332" w:rsidRDefault="005B42CB" w:rsidP="005B42CB">
      <w:pPr>
        <w:keepNext/>
        <w:keepLines/>
        <w:jc w:val="center"/>
        <w:rPr>
          <w:sz w:val="28"/>
          <w:szCs w:val="28"/>
          <w:lang w:val="kk-KZ"/>
        </w:rPr>
      </w:pPr>
      <w:r w:rsidRPr="006F7332">
        <w:rPr>
          <w:sz w:val="28"/>
          <w:szCs w:val="28"/>
          <w:lang w:val="kk-KZ"/>
        </w:rPr>
        <w:t>№ 332 сайлау учаскесі</w:t>
      </w:r>
    </w:p>
    <w:p w14:paraId="25CC6EF7"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«Сәкен Сейфуллин атындағы </w:t>
      </w:r>
      <w:r>
        <w:rPr>
          <w:sz w:val="28"/>
          <w:szCs w:val="28"/>
          <w:lang w:val="kk-KZ"/>
        </w:rPr>
        <w:br/>
      </w:r>
      <w:r w:rsidRPr="006F7332">
        <w:rPr>
          <w:sz w:val="28"/>
          <w:szCs w:val="28"/>
          <w:lang w:val="kk-KZ"/>
        </w:rPr>
        <w:t>№ 80 мектеп-гимназия» шаруашылық жүргізу құқығындағы мемлекеттік коммуналдық кәсіпорны, Ш. Қосшығұлұлы көшесі, № 17/2)</w:t>
      </w:r>
    </w:p>
    <w:p w14:paraId="2EC9B633" w14:textId="77777777" w:rsidR="005B42CB" w:rsidRPr="006F7332" w:rsidRDefault="005B42CB" w:rsidP="005B42CB">
      <w:pPr>
        <w:keepNext/>
        <w:jc w:val="both"/>
        <w:rPr>
          <w:lang w:val="kk-KZ"/>
        </w:rPr>
      </w:pPr>
    </w:p>
    <w:p w14:paraId="0B5F8C69" w14:textId="77777777"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Сарыбұлақ бұлағына дейін, Сарыбұлақ бұлағынан Ш. Қосшығұлұлы көшесіндегі № 19/2 үйге дейін,</w:t>
      </w:r>
      <w:r w:rsidRPr="006F7332">
        <w:rPr>
          <w:sz w:val="28"/>
          <w:szCs w:val="28"/>
          <w:lang w:val="kk-KZ"/>
        </w:rPr>
        <w:br/>
        <w:t>Ш. Қосшығұлұлы көшесіндегі № 19/2 үйден, Ш. Қосшығұлұлы көшесіндегі</w:t>
      </w:r>
      <w:r w:rsidRPr="006F7332">
        <w:rPr>
          <w:sz w:val="28"/>
          <w:szCs w:val="28"/>
          <w:lang w:val="kk-KZ"/>
        </w:rPr>
        <w:br/>
        <w:t xml:space="preserve">№ 13/3, 17/2 үйлерді қоса алғанда, Ш. Қосшығұлұлы көшесіндегі № 11/1, </w:t>
      </w:r>
      <w:r>
        <w:rPr>
          <w:sz w:val="28"/>
          <w:szCs w:val="28"/>
          <w:lang w:val="kk-KZ"/>
        </w:rPr>
        <w:br/>
      </w:r>
      <w:r w:rsidRPr="006F7332">
        <w:rPr>
          <w:sz w:val="28"/>
          <w:szCs w:val="28"/>
          <w:lang w:val="kk-KZ"/>
        </w:rPr>
        <w:t>11/2 үйлерге дейін, Ш. Қосшығұлұлы көшесіндегі № 11/1, 11/2 үйлердің бойымен,</w:t>
      </w:r>
      <w:r w:rsidRPr="006F7332">
        <w:rPr>
          <w:sz w:val="28"/>
          <w:szCs w:val="28"/>
          <w:lang w:val="kk-KZ"/>
        </w:rPr>
        <w:br/>
        <w:t xml:space="preserve">Ш. Қосшығұлұлы көшесіндегі № 9/1 үйді қоса алғанда, Е. Серкебаев көшесіне дейін, Е. Серкебаев көшесінен, Е882 көшедегі № 3а, 5 үйлерді қоса алғанда, </w:t>
      </w:r>
      <w:r>
        <w:rPr>
          <w:sz w:val="28"/>
          <w:szCs w:val="28"/>
          <w:lang w:val="kk-KZ"/>
        </w:rPr>
        <w:br/>
      </w:r>
      <w:r w:rsidRPr="006F7332">
        <w:rPr>
          <w:sz w:val="28"/>
          <w:szCs w:val="28"/>
          <w:lang w:val="kk-KZ"/>
        </w:rPr>
        <w:t>Есіл өзенінің жағалауына дейін.</w:t>
      </w:r>
    </w:p>
    <w:p w14:paraId="6B9A4F5D" w14:textId="77777777" w:rsidR="005B42CB" w:rsidRPr="006F7332" w:rsidRDefault="005B42CB" w:rsidP="005B42CB">
      <w:pPr>
        <w:jc w:val="both"/>
        <w:rPr>
          <w:lang w:val="kk-KZ"/>
        </w:rPr>
      </w:pPr>
    </w:p>
    <w:p w14:paraId="19E39DF8" w14:textId="77777777" w:rsidR="005B42CB" w:rsidRPr="006F7332" w:rsidRDefault="005B42CB" w:rsidP="005B42CB">
      <w:pPr>
        <w:keepNext/>
        <w:keepLines/>
        <w:jc w:val="center"/>
        <w:rPr>
          <w:sz w:val="28"/>
          <w:szCs w:val="28"/>
          <w:lang w:val="kk-KZ"/>
        </w:rPr>
      </w:pPr>
      <w:r w:rsidRPr="006F7332">
        <w:rPr>
          <w:sz w:val="28"/>
          <w:szCs w:val="28"/>
          <w:lang w:val="kk-KZ"/>
        </w:rPr>
        <w:t>№ 333 сайлау учаскесі</w:t>
      </w:r>
    </w:p>
    <w:p w14:paraId="4C2FFE3F"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65 мектеп-гимназия» шаруашылық жүргізу құқығындағы мемлекеттік коммуналдық кәсіпорны, Б. Соқпақбаев көшесі, № 18/4)</w:t>
      </w:r>
    </w:p>
    <w:p w14:paraId="683997D8" w14:textId="77777777" w:rsidR="005B42CB" w:rsidRPr="006F7332" w:rsidRDefault="005B42CB" w:rsidP="005B42CB">
      <w:pPr>
        <w:keepNext/>
        <w:jc w:val="both"/>
        <w:rPr>
          <w:lang w:val="kk-KZ"/>
        </w:rPr>
      </w:pPr>
    </w:p>
    <w:p w14:paraId="048314F6"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Бөгенбай батыр даңғылына дейін, Бөгенбай батыр даңғылынан Бөгенбай батыр даңғылындағы № 10 үйге дейін, Бөгенбай батыр даңғылындағы № 10 үйден Бөгенбай батыр даңғылындағы № 6/5, 6/6 үйлердің бойымен Бірінші Алматы көшесіне дейін, Бірінші Алматы көшесінің тақ сандар жағымен, Б. Соқпақбаев көшесіндегі № 14/1, 14/2, 16/1, 16/2, 18/1, 18/2, 18/3, 18а үйлерді қоса алғанда, Б. Соқпақбаев көшесіне дейін, Б. Соқпақбаев көшесінен Сарыбұлақ бұлағына дейін.</w:t>
      </w:r>
    </w:p>
    <w:p w14:paraId="33C7CC87" w14:textId="77777777" w:rsidR="005B42CB" w:rsidRPr="006F7332" w:rsidRDefault="005B42CB" w:rsidP="005B42CB">
      <w:pPr>
        <w:jc w:val="both"/>
        <w:rPr>
          <w:lang w:val="kk-KZ"/>
        </w:rPr>
      </w:pPr>
    </w:p>
    <w:p w14:paraId="12FE2280" w14:textId="77777777" w:rsidR="005B42CB" w:rsidRPr="006F7332" w:rsidRDefault="005B42CB" w:rsidP="005B42CB">
      <w:pPr>
        <w:keepNext/>
        <w:keepLines/>
        <w:jc w:val="center"/>
        <w:rPr>
          <w:sz w:val="28"/>
          <w:szCs w:val="28"/>
          <w:lang w:val="kk-KZ"/>
        </w:rPr>
      </w:pPr>
      <w:r w:rsidRPr="006F7332">
        <w:rPr>
          <w:sz w:val="28"/>
          <w:szCs w:val="28"/>
          <w:lang w:val="kk-KZ"/>
        </w:rPr>
        <w:t>№ 334 сайлау учаскесі</w:t>
      </w:r>
    </w:p>
    <w:p w14:paraId="14D737B4" w14:textId="77777777" w:rsidR="005B42CB"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58 «Өркен» балабақшасы» мемлекеттік коммуналдық қазыналық кәсіпорны, </w:t>
      </w:r>
    </w:p>
    <w:p w14:paraId="3A7E389B" w14:textId="1F80C3F7" w:rsidR="005B42CB" w:rsidRPr="006F7332" w:rsidRDefault="005B42CB" w:rsidP="005B42CB">
      <w:pPr>
        <w:keepNext/>
        <w:keepLines/>
        <w:jc w:val="center"/>
        <w:rPr>
          <w:sz w:val="28"/>
          <w:szCs w:val="28"/>
          <w:lang w:val="kk-KZ"/>
        </w:rPr>
      </w:pPr>
      <w:r w:rsidRPr="006F7332">
        <w:rPr>
          <w:sz w:val="28"/>
          <w:szCs w:val="28"/>
          <w:lang w:val="kk-KZ"/>
        </w:rPr>
        <w:t>Б. Соқпақбаев көшесі, № 20/6)</w:t>
      </w:r>
    </w:p>
    <w:p w14:paraId="174E5D51" w14:textId="77777777" w:rsidR="005B42CB" w:rsidRPr="006F7332" w:rsidRDefault="005B42CB" w:rsidP="005B42CB">
      <w:pPr>
        <w:keepNext/>
        <w:jc w:val="both"/>
        <w:rPr>
          <w:lang w:val="kk-KZ"/>
        </w:rPr>
      </w:pPr>
    </w:p>
    <w:p w14:paraId="345E9916" w14:textId="77777777" w:rsidR="005B42CB" w:rsidRPr="006F7332" w:rsidRDefault="005B42CB" w:rsidP="005B42CB">
      <w:pPr>
        <w:ind w:firstLine="709"/>
        <w:jc w:val="both"/>
        <w:rPr>
          <w:sz w:val="28"/>
          <w:szCs w:val="28"/>
          <w:lang w:val="kk-KZ"/>
        </w:rPr>
      </w:pPr>
      <w:r w:rsidRPr="006F7332">
        <w:rPr>
          <w:sz w:val="28"/>
          <w:szCs w:val="28"/>
          <w:lang w:val="kk-KZ"/>
        </w:rPr>
        <w:t>Шекарасы: Ш. Қосшығұлұлы көшесінен Ш. Бейсекова көшесіне дейін,</w:t>
      </w:r>
      <w:r w:rsidRPr="006F7332">
        <w:rPr>
          <w:sz w:val="28"/>
          <w:szCs w:val="28"/>
          <w:lang w:val="kk-KZ"/>
        </w:rPr>
        <w:br/>
        <w:t xml:space="preserve">Ш. Бейсекова көшесінен, Ш. Қосшығұлұлы көшесіндегі № 20, 20/1, 24/1 үйлерді және Б. Соқпақбаев көшесіндегі № 20/6 үйді қоса алғанда, Сарыбұлақ бұлағына </w:t>
      </w:r>
      <w:r w:rsidRPr="006F7332">
        <w:rPr>
          <w:sz w:val="28"/>
          <w:szCs w:val="28"/>
          <w:lang w:val="kk-KZ"/>
        </w:rPr>
        <w:lastRenderedPageBreak/>
        <w:t>дейін, Сарыбұлақ бұлағынан, Ш. Қосшығұлұлы көшесіндегі № 21, 21/1,</w:t>
      </w:r>
      <w:r>
        <w:rPr>
          <w:sz w:val="28"/>
          <w:szCs w:val="28"/>
          <w:lang w:val="kk-KZ"/>
        </w:rPr>
        <w:t xml:space="preserve"> </w:t>
      </w:r>
      <w:r>
        <w:rPr>
          <w:sz w:val="28"/>
          <w:szCs w:val="28"/>
          <w:lang w:val="kk-KZ"/>
        </w:rPr>
        <w:br/>
      </w:r>
      <w:r w:rsidRPr="006F7332">
        <w:rPr>
          <w:sz w:val="28"/>
          <w:szCs w:val="28"/>
          <w:lang w:val="kk-KZ"/>
        </w:rPr>
        <w:t>21/2 үйлерді қоса алғанда, Ш. Қосшығұлұлы көшесіне дейін.</w:t>
      </w:r>
    </w:p>
    <w:p w14:paraId="2C239E5C" w14:textId="77777777" w:rsidR="005B42CB" w:rsidRPr="006F7332" w:rsidRDefault="005B42CB" w:rsidP="005B42CB">
      <w:pPr>
        <w:jc w:val="both"/>
        <w:rPr>
          <w:lang w:val="kk-KZ"/>
        </w:rPr>
      </w:pPr>
    </w:p>
    <w:p w14:paraId="6D7F0031" w14:textId="77777777" w:rsidR="005B42CB" w:rsidRPr="006F7332" w:rsidRDefault="005B42CB" w:rsidP="005B42CB">
      <w:pPr>
        <w:keepNext/>
        <w:keepLines/>
        <w:jc w:val="center"/>
        <w:rPr>
          <w:sz w:val="28"/>
          <w:szCs w:val="28"/>
          <w:lang w:val="kk-KZ"/>
        </w:rPr>
      </w:pPr>
      <w:r w:rsidRPr="006F7332">
        <w:rPr>
          <w:sz w:val="28"/>
          <w:szCs w:val="28"/>
          <w:lang w:val="kk-KZ"/>
        </w:rPr>
        <w:t>№ 335 сайлау учаскесі</w:t>
      </w:r>
    </w:p>
    <w:p w14:paraId="3C3750A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Есенберлин атындағы </w:t>
      </w:r>
      <w:r>
        <w:rPr>
          <w:sz w:val="28"/>
          <w:szCs w:val="28"/>
          <w:lang w:val="kk-KZ"/>
        </w:rPr>
        <w:br/>
      </w:r>
      <w:r w:rsidRPr="006F7332">
        <w:rPr>
          <w:sz w:val="28"/>
          <w:szCs w:val="28"/>
          <w:lang w:val="kk-KZ"/>
        </w:rPr>
        <w:t>№ 67 гимназия» шаруашылық жүргізу құқығындағы мемлекеттік коммуналдық кәсіпорны, Ш. Қосшығұлұлы көшесі, № 23/1)</w:t>
      </w:r>
    </w:p>
    <w:p w14:paraId="311E3CC9" w14:textId="77777777" w:rsidR="005B42CB" w:rsidRPr="006F7332" w:rsidRDefault="005B42CB" w:rsidP="005B42CB">
      <w:pPr>
        <w:keepNext/>
        <w:jc w:val="both"/>
        <w:rPr>
          <w:lang w:val="kk-KZ"/>
        </w:rPr>
      </w:pPr>
    </w:p>
    <w:p w14:paraId="700EB93E" w14:textId="77777777"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Ш. Бейсекова көшесіне дейін,</w:t>
      </w:r>
      <w:r w:rsidRPr="006F7332">
        <w:rPr>
          <w:sz w:val="28"/>
          <w:szCs w:val="28"/>
          <w:lang w:val="kk-KZ"/>
        </w:rPr>
        <w:br/>
        <w:t>Ш. Бейсекова көшесінен Ш. Қосшығұлұлы көшесіне дейін, Ш. Қосшығұлұлы көшесінен, Ш. Қосшығұлұлы көшесіндегі № 21, 21/1, 21/2 үйлерді қоспағанда, Сарыбұлақ бұлағына дейін, Сарыбұлақ бұлағынан, Ш. Қосшығұлұлы көшесіндегі № 19/1, 19/2, 19/3, 19/4 үйлерді қоса алғанда, Есіл өзенінің жағалауына дейін.</w:t>
      </w:r>
    </w:p>
    <w:p w14:paraId="7FE571A3" w14:textId="77777777" w:rsidR="005B42CB" w:rsidRPr="006F7332" w:rsidRDefault="005B42CB" w:rsidP="005B42CB">
      <w:pPr>
        <w:jc w:val="both"/>
        <w:rPr>
          <w:lang w:val="kk-KZ"/>
        </w:rPr>
      </w:pPr>
    </w:p>
    <w:p w14:paraId="20456CA2" w14:textId="77777777" w:rsidR="005B42CB" w:rsidRPr="006F7332" w:rsidRDefault="005B42CB" w:rsidP="005B42CB">
      <w:pPr>
        <w:keepNext/>
        <w:keepLines/>
        <w:jc w:val="center"/>
        <w:rPr>
          <w:sz w:val="28"/>
          <w:szCs w:val="28"/>
          <w:lang w:val="kk-KZ"/>
        </w:rPr>
      </w:pPr>
      <w:r w:rsidRPr="006F7332">
        <w:rPr>
          <w:sz w:val="28"/>
          <w:szCs w:val="28"/>
          <w:lang w:val="kk-KZ"/>
        </w:rPr>
        <w:t>№ 336 сайлау учаскесі</w:t>
      </w:r>
    </w:p>
    <w:p w14:paraId="2265446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«Дарынды қыз балаларға арналған «Білім-инновация» лицей-интернаты» коммуналдық мемлекеттік мекемесі,</w:t>
      </w:r>
      <w:r w:rsidRPr="006F7332">
        <w:rPr>
          <w:sz w:val="28"/>
          <w:szCs w:val="28"/>
          <w:lang w:val="kk-KZ"/>
        </w:rPr>
        <w:br/>
        <w:t>Б. Соқпақбаев көшесі, № 17)</w:t>
      </w:r>
    </w:p>
    <w:p w14:paraId="21FE6DE0" w14:textId="77777777" w:rsidR="005B42CB" w:rsidRPr="006F7332" w:rsidRDefault="005B42CB" w:rsidP="005B42CB">
      <w:pPr>
        <w:keepNext/>
        <w:jc w:val="both"/>
        <w:rPr>
          <w:lang w:val="kk-KZ"/>
        </w:rPr>
      </w:pPr>
    </w:p>
    <w:p w14:paraId="38C9FC46" w14:textId="77777777" w:rsidR="005B42CB" w:rsidRPr="006F7332" w:rsidRDefault="005B42CB" w:rsidP="005B42CB">
      <w:pPr>
        <w:ind w:firstLine="709"/>
        <w:jc w:val="both"/>
        <w:rPr>
          <w:sz w:val="28"/>
          <w:szCs w:val="28"/>
          <w:lang w:val="kk-KZ"/>
        </w:rPr>
      </w:pPr>
      <w:r w:rsidRPr="006F7332">
        <w:rPr>
          <w:sz w:val="28"/>
          <w:szCs w:val="28"/>
          <w:lang w:val="kk-KZ"/>
        </w:rPr>
        <w:t>Шекарасы: Ақан сері көшесінен Н. Тілендиев даңғылына дейін,</w:t>
      </w:r>
      <w:r w:rsidRPr="006F7332">
        <w:rPr>
          <w:sz w:val="28"/>
          <w:szCs w:val="28"/>
          <w:lang w:val="kk-KZ"/>
        </w:rPr>
        <w:br/>
        <w:t>Н. Тілендиев даңғылының тақ сандар жағымен Ш. Бейсекова көшесіне дейін,</w:t>
      </w:r>
      <w:r w:rsidRPr="006F7332">
        <w:rPr>
          <w:sz w:val="28"/>
          <w:szCs w:val="28"/>
          <w:lang w:val="kk-KZ"/>
        </w:rPr>
        <w:br/>
        <w:t>Ш. Бейсекова көшесінің жұп сандар жағымен Ш. Қосшығұлұлы көшесіне дейін, Ш. Қосшығұлұлы көшесінен Қараменде би Шақаұлы көшесіне дейін, Қараменде би Шақаұлы көшесінен Байынкөл орамына дейін, Байынкөл орамынан Жоламан орамына дейін, Жоламан орамынан Дәулеткерей көшесіне дейін, Дәулеткерей көшесінен Ақан сері көшесіне дейін.</w:t>
      </w:r>
    </w:p>
    <w:p w14:paraId="37DFD15D" w14:textId="77777777" w:rsidR="005B42CB" w:rsidRPr="006F7332" w:rsidRDefault="005B42CB" w:rsidP="005B42CB">
      <w:pPr>
        <w:jc w:val="both"/>
        <w:rPr>
          <w:lang w:val="kk-KZ"/>
        </w:rPr>
      </w:pPr>
    </w:p>
    <w:p w14:paraId="206F9EA6" w14:textId="77777777" w:rsidR="005B42CB" w:rsidRPr="006F7332" w:rsidRDefault="005B42CB" w:rsidP="005B42CB">
      <w:pPr>
        <w:keepNext/>
        <w:keepLines/>
        <w:jc w:val="center"/>
        <w:rPr>
          <w:sz w:val="28"/>
          <w:szCs w:val="28"/>
          <w:lang w:val="kk-KZ"/>
        </w:rPr>
      </w:pPr>
      <w:r w:rsidRPr="006F7332">
        <w:rPr>
          <w:sz w:val="28"/>
          <w:szCs w:val="28"/>
          <w:lang w:val="kk-KZ"/>
        </w:rPr>
        <w:t>№ 337 сайлау учаскесі</w:t>
      </w:r>
    </w:p>
    <w:p w14:paraId="7526132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 гимназия»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w:t>
      </w:r>
      <w:r>
        <w:rPr>
          <w:sz w:val="28"/>
          <w:szCs w:val="28"/>
          <w:lang w:val="kk-KZ"/>
        </w:rPr>
        <w:t xml:space="preserve"> </w:t>
      </w:r>
      <w:r w:rsidRPr="006F7332">
        <w:rPr>
          <w:sz w:val="28"/>
          <w:szCs w:val="28"/>
          <w:lang w:val="kk-KZ"/>
        </w:rPr>
        <w:t>№ 47/1)</w:t>
      </w:r>
    </w:p>
    <w:p w14:paraId="50BAB37C" w14:textId="77777777" w:rsidR="005B42CB" w:rsidRPr="006F7332" w:rsidRDefault="005B42CB" w:rsidP="005B42CB">
      <w:pPr>
        <w:keepNext/>
        <w:jc w:val="both"/>
        <w:rPr>
          <w:lang w:val="kk-KZ"/>
        </w:rPr>
      </w:pPr>
    </w:p>
    <w:p w14:paraId="25848BEB"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Бейбітшілік көшесінің жұп сандар жағымен Бөгенбай батыр даңғылына дейін, Бөгенбай батыр даңғылының жұп сандар жағымен Республика даңғылына дейін, Республика даңғылының тақ сандар жағымен С. Сейфуллин көшесіне дейін, С. Сейфуллин көшесінен</w:t>
      </w:r>
      <w:r w:rsidRPr="006F7332">
        <w:rPr>
          <w:sz w:val="28"/>
          <w:szCs w:val="28"/>
          <w:lang w:val="kk-KZ"/>
        </w:rPr>
        <w:br/>
        <w:t>М. Әуезов көшесіне дейін, М. Әуезов көшесінің жұп сандар жағымен</w:t>
      </w:r>
      <w:r w:rsidRPr="006F7332">
        <w:rPr>
          <w:sz w:val="28"/>
          <w:szCs w:val="28"/>
          <w:lang w:val="kk-KZ"/>
        </w:rPr>
        <w:br/>
        <w:t>Ә. Жангелдин көшесіне дейін, Ә. Жангелдин көшесінен Бейбітшілік көшесіне дейін.</w:t>
      </w:r>
    </w:p>
    <w:p w14:paraId="68F8711D" w14:textId="77777777" w:rsidR="005B42CB" w:rsidRPr="006F7332" w:rsidRDefault="005B42CB" w:rsidP="005B42CB">
      <w:pPr>
        <w:jc w:val="both"/>
        <w:rPr>
          <w:lang w:val="kk-KZ"/>
        </w:rPr>
      </w:pPr>
    </w:p>
    <w:p w14:paraId="1E184EF6" w14:textId="77777777" w:rsidR="005B42CB" w:rsidRPr="006F7332" w:rsidRDefault="005B42CB" w:rsidP="005B42CB">
      <w:pPr>
        <w:keepNext/>
        <w:keepLines/>
        <w:jc w:val="center"/>
        <w:rPr>
          <w:sz w:val="28"/>
          <w:szCs w:val="28"/>
          <w:lang w:val="kk-KZ"/>
        </w:rPr>
      </w:pPr>
      <w:r w:rsidRPr="006F7332">
        <w:rPr>
          <w:sz w:val="28"/>
          <w:szCs w:val="28"/>
          <w:lang w:val="kk-KZ"/>
        </w:rPr>
        <w:lastRenderedPageBreak/>
        <w:t>№ 338 сайлау учаскесі</w:t>
      </w:r>
    </w:p>
    <w:p w14:paraId="2599FCA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«Л.Н. Гумилев атындағы Еуразия ұлттық университеті» коммерциялық емес акционерлік қоғамының спорт кешені, </w:t>
      </w:r>
      <w:r>
        <w:rPr>
          <w:sz w:val="28"/>
          <w:szCs w:val="28"/>
          <w:lang w:val="kk-KZ"/>
        </w:rPr>
        <w:br/>
      </w:r>
      <w:r w:rsidRPr="006F7332">
        <w:rPr>
          <w:sz w:val="28"/>
          <w:szCs w:val="28"/>
          <w:lang w:val="kk-KZ"/>
        </w:rPr>
        <w:t>Ы. Дүкенұлы көшесі, № 23)</w:t>
      </w:r>
    </w:p>
    <w:p w14:paraId="1F7E3882" w14:textId="77777777" w:rsidR="005B42CB" w:rsidRPr="006F7332" w:rsidRDefault="005B42CB" w:rsidP="005B42CB">
      <w:pPr>
        <w:keepNext/>
        <w:jc w:val="both"/>
        <w:rPr>
          <w:lang w:val="kk-KZ"/>
        </w:rPr>
      </w:pPr>
    </w:p>
    <w:p w14:paraId="484AA2A6" w14:textId="77777777" w:rsidR="005B42CB" w:rsidRPr="006F7332" w:rsidRDefault="005B42CB" w:rsidP="005B42CB">
      <w:pPr>
        <w:ind w:firstLine="709"/>
        <w:jc w:val="both"/>
        <w:rPr>
          <w:sz w:val="28"/>
          <w:szCs w:val="28"/>
          <w:lang w:val="kk-KZ"/>
        </w:rPr>
      </w:pPr>
      <w:r w:rsidRPr="006F7332">
        <w:rPr>
          <w:sz w:val="28"/>
          <w:szCs w:val="28"/>
          <w:lang w:val="kk-KZ"/>
        </w:rPr>
        <w:t>Шекарасы: Республика даңғылынан Республика даңғылындағы № 52 үйге дейін, «Астана-Технопарк» акционерлік қоғамының оңтүстік шекарасымен,</w:t>
      </w:r>
      <w:r w:rsidRPr="006F7332">
        <w:rPr>
          <w:sz w:val="28"/>
          <w:szCs w:val="28"/>
          <w:lang w:val="kk-KZ"/>
        </w:rPr>
        <w:br/>
        <w:t>Ш. Айманов көшесіндегі № 20 үйді қоса алғанда, Ш. Айманов көшесіне дейін,</w:t>
      </w:r>
      <w:r w:rsidRPr="006F7332">
        <w:rPr>
          <w:sz w:val="28"/>
          <w:szCs w:val="28"/>
          <w:lang w:val="kk-KZ"/>
        </w:rPr>
        <w:br/>
        <w:t>Ш. Айманов көшесінің тақ сандар жағымен Ы. Дүкенұлы көшесіне дейін,</w:t>
      </w:r>
      <w:r w:rsidRPr="006F7332">
        <w:rPr>
          <w:sz w:val="28"/>
          <w:szCs w:val="28"/>
          <w:lang w:val="kk-KZ"/>
        </w:rPr>
        <w:br/>
        <w:t>Ы. Дүкенұлы көшесінің тақ сандар жағымен Республика даңғылына дейін.</w:t>
      </w:r>
    </w:p>
    <w:p w14:paraId="724EA8D2" w14:textId="77777777" w:rsidR="005B42CB" w:rsidRPr="006F7332" w:rsidRDefault="005B42CB" w:rsidP="005B42CB">
      <w:pPr>
        <w:jc w:val="both"/>
        <w:rPr>
          <w:lang w:val="kk-KZ"/>
        </w:rPr>
      </w:pPr>
    </w:p>
    <w:p w14:paraId="4EAF7D6B" w14:textId="77777777" w:rsidR="005B42CB" w:rsidRPr="006F7332" w:rsidRDefault="005B42CB" w:rsidP="005B42CB">
      <w:pPr>
        <w:keepNext/>
        <w:keepLines/>
        <w:jc w:val="center"/>
        <w:rPr>
          <w:sz w:val="28"/>
          <w:szCs w:val="28"/>
          <w:lang w:val="kk-KZ"/>
        </w:rPr>
      </w:pPr>
      <w:r w:rsidRPr="006F7332">
        <w:rPr>
          <w:sz w:val="28"/>
          <w:szCs w:val="28"/>
          <w:lang w:val="kk-KZ"/>
        </w:rPr>
        <w:t>№ 339 сайлау учаскесі</w:t>
      </w:r>
    </w:p>
    <w:p w14:paraId="3D6B58E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 гимназия» шаруашылық жүргізу құқығындағы мемлекеттік коммуналдық кәсіпорны, </w:t>
      </w:r>
      <w:r>
        <w:rPr>
          <w:sz w:val="28"/>
          <w:szCs w:val="28"/>
          <w:lang w:val="kk-KZ"/>
        </w:rPr>
        <w:br/>
      </w:r>
      <w:r w:rsidRPr="006F7332">
        <w:rPr>
          <w:sz w:val="28"/>
          <w:szCs w:val="28"/>
          <w:lang w:val="kk-KZ"/>
        </w:rPr>
        <w:t>Бөгенбай батыр даңғылы,</w:t>
      </w:r>
      <w:r>
        <w:rPr>
          <w:sz w:val="28"/>
          <w:szCs w:val="28"/>
          <w:lang w:val="kk-KZ"/>
        </w:rPr>
        <w:t xml:space="preserve"> </w:t>
      </w:r>
      <w:r w:rsidRPr="006F7332">
        <w:rPr>
          <w:sz w:val="28"/>
          <w:szCs w:val="28"/>
          <w:lang w:val="kk-KZ"/>
        </w:rPr>
        <w:t>№ 47/1)</w:t>
      </w:r>
    </w:p>
    <w:p w14:paraId="5A3E4007" w14:textId="77777777" w:rsidR="005B42CB" w:rsidRPr="006F7332" w:rsidRDefault="005B42CB" w:rsidP="005B42CB">
      <w:pPr>
        <w:keepNext/>
        <w:jc w:val="both"/>
        <w:rPr>
          <w:lang w:val="kk-KZ"/>
        </w:rPr>
      </w:pPr>
    </w:p>
    <w:p w14:paraId="212B2988" w14:textId="77777777" w:rsidR="005B42CB" w:rsidRPr="006F7332" w:rsidRDefault="005B42CB" w:rsidP="005B42CB">
      <w:pPr>
        <w:ind w:firstLine="709"/>
        <w:jc w:val="both"/>
        <w:rPr>
          <w:sz w:val="28"/>
          <w:szCs w:val="28"/>
          <w:lang w:val="kk-KZ"/>
        </w:rPr>
      </w:pPr>
      <w:r w:rsidRPr="006F7332">
        <w:rPr>
          <w:sz w:val="28"/>
          <w:szCs w:val="28"/>
          <w:lang w:val="kk-KZ"/>
        </w:rPr>
        <w:t>Шекарасы: Ы. Дүкенұлы көшесінен Бейбітшілік көшесінің жұп сандар жағымен Мәскеу көшесіне дейін, Мәскеу көшесінің жұп сандар жағымен Республика даңғылына дейін, Республика даңғылынан Ы. Дүкенұлы көшесіне дейін.</w:t>
      </w:r>
    </w:p>
    <w:p w14:paraId="0FE509D8" w14:textId="77777777" w:rsidR="005B42CB" w:rsidRPr="006F7332" w:rsidRDefault="005B42CB" w:rsidP="005B42CB">
      <w:pPr>
        <w:jc w:val="both"/>
        <w:rPr>
          <w:lang w:val="kk-KZ"/>
        </w:rPr>
      </w:pPr>
    </w:p>
    <w:p w14:paraId="60B7693A" w14:textId="77777777" w:rsidR="005B42CB" w:rsidRPr="006F7332" w:rsidRDefault="005B42CB" w:rsidP="005B42CB">
      <w:pPr>
        <w:keepNext/>
        <w:keepLines/>
        <w:jc w:val="center"/>
        <w:rPr>
          <w:sz w:val="28"/>
          <w:szCs w:val="28"/>
          <w:lang w:val="kk-KZ"/>
        </w:rPr>
      </w:pPr>
      <w:r w:rsidRPr="006F7332">
        <w:rPr>
          <w:sz w:val="28"/>
          <w:szCs w:val="28"/>
          <w:lang w:val="kk-KZ"/>
        </w:rPr>
        <w:t>№ 340 сайлау учаскесі</w:t>
      </w:r>
    </w:p>
    <w:p w14:paraId="774CB40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p w14:paraId="54A36834" w14:textId="77777777" w:rsidR="005B42CB" w:rsidRPr="006F7332" w:rsidRDefault="005B42CB" w:rsidP="005B42CB">
      <w:pPr>
        <w:keepNext/>
        <w:jc w:val="both"/>
        <w:rPr>
          <w:lang w:val="kk-KZ"/>
        </w:rPr>
      </w:pPr>
    </w:p>
    <w:p w14:paraId="1BE16FE1"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Жеңіс даңғылына дейін, Жеңіс даңғылынан Желтоқсан көшесіндегі № 45 үйге дейін, Желтоқсан көшесіндегі</w:t>
      </w:r>
      <w:r w:rsidRPr="006F7332">
        <w:rPr>
          <w:sz w:val="28"/>
          <w:szCs w:val="28"/>
          <w:lang w:val="kk-KZ"/>
        </w:rPr>
        <w:br/>
        <w:t>№ 45 үйден, Желтоқсан көшесіндегі № 38, 38/1 және Ы. Дүкенұлы көшесіндегі</w:t>
      </w:r>
      <w:r w:rsidRPr="006F7332">
        <w:rPr>
          <w:sz w:val="28"/>
          <w:szCs w:val="28"/>
          <w:lang w:val="kk-KZ"/>
        </w:rPr>
        <w:br/>
        <w:t>№ 1 үйлерді қоспағанда, Ы. Дүкенұлы көшесіне дейін, Ы. Дүкенұлы көшесінен</w:t>
      </w:r>
      <w:r w:rsidRPr="006F7332">
        <w:rPr>
          <w:sz w:val="28"/>
          <w:szCs w:val="28"/>
          <w:lang w:val="kk-KZ"/>
        </w:rPr>
        <w:br/>
        <w:t>М. Әуезов көшесіне дейін, М. Әуезов көшесінен бастап Бөгенбай батыр даңғылына дейін.</w:t>
      </w:r>
    </w:p>
    <w:p w14:paraId="328DCE2D" w14:textId="77777777" w:rsidR="005B42CB" w:rsidRPr="006F7332" w:rsidRDefault="005B42CB" w:rsidP="005B42CB">
      <w:pPr>
        <w:jc w:val="both"/>
        <w:rPr>
          <w:lang w:val="kk-KZ"/>
        </w:rPr>
      </w:pPr>
    </w:p>
    <w:p w14:paraId="052B5A1C" w14:textId="77777777" w:rsidR="005B42CB" w:rsidRPr="006F7332" w:rsidRDefault="005B42CB" w:rsidP="005B42CB">
      <w:pPr>
        <w:keepNext/>
        <w:keepLines/>
        <w:jc w:val="center"/>
        <w:rPr>
          <w:sz w:val="28"/>
          <w:szCs w:val="28"/>
          <w:lang w:val="kk-KZ"/>
        </w:rPr>
      </w:pPr>
      <w:r w:rsidRPr="006F7332">
        <w:rPr>
          <w:sz w:val="28"/>
          <w:szCs w:val="28"/>
          <w:lang w:val="kk-KZ"/>
        </w:rPr>
        <w:t>№ 341 сайлау учаскесі</w:t>
      </w:r>
    </w:p>
    <w:p w14:paraId="6B2C9BC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Медицина университеті» коммерциялық емес акционерлік қоғамы, Бейбітшілік көшесі, № 49а)</w:t>
      </w:r>
    </w:p>
    <w:p w14:paraId="2960A5DE" w14:textId="77777777" w:rsidR="005B42CB" w:rsidRPr="006F7332" w:rsidRDefault="005B42CB" w:rsidP="005B42CB">
      <w:pPr>
        <w:keepNext/>
        <w:jc w:val="both"/>
        <w:rPr>
          <w:lang w:val="kk-KZ"/>
        </w:rPr>
      </w:pPr>
    </w:p>
    <w:p w14:paraId="7BC7EC45"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Мәскеу көшесіне дейін, Мәскеу көшесінің жұп сандар жағымен Бейбітшілік көшесіне дейін, Бейбітшілік көшесінің тақ сандар жағымен Ы. Дүкенұлы көшесіне дейін, Ы. Дүкенұлы көшесінің тақ сандар жағымен, Желтоқсан көшесіндегі № 38, 38/1, 45 және Ы. Дүкенұлы көшесіндегі № 1 үйлерді қоса алғанда, Жеңіс даңғылына дейін.</w:t>
      </w:r>
    </w:p>
    <w:p w14:paraId="3FBFFCDE" w14:textId="77777777" w:rsidR="005B42CB" w:rsidRPr="006F7332" w:rsidRDefault="005B42CB" w:rsidP="005B42CB">
      <w:pPr>
        <w:jc w:val="both"/>
        <w:rPr>
          <w:lang w:val="kk-KZ"/>
        </w:rPr>
      </w:pPr>
    </w:p>
    <w:p w14:paraId="43549668" w14:textId="77777777" w:rsidR="005B42CB" w:rsidRPr="006F7332" w:rsidRDefault="005B42CB" w:rsidP="005B42CB">
      <w:pPr>
        <w:keepNext/>
        <w:keepLines/>
        <w:jc w:val="center"/>
        <w:rPr>
          <w:sz w:val="28"/>
          <w:szCs w:val="28"/>
          <w:lang w:val="kk-KZ"/>
        </w:rPr>
      </w:pPr>
      <w:r w:rsidRPr="006F7332">
        <w:rPr>
          <w:sz w:val="28"/>
          <w:szCs w:val="28"/>
          <w:lang w:val="kk-KZ"/>
        </w:rPr>
        <w:lastRenderedPageBreak/>
        <w:t>№ 342 сайлау учаскесі</w:t>
      </w:r>
    </w:p>
    <w:p w14:paraId="1F1AF1BE" w14:textId="77777777" w:rsidR="005B42CB" w:rsidRPr="006F7332" w:rsidRDefault="005B42CB" w:rsidP="005B42CB">
      <w:pPr>
        <w:keepNext/>
        <w:keepLines/>
        <w:jc w:val="center"/>
        <w:rPr>
          <w:sz w:val="28"/>
          <w:szCs w:val="28"/>
          <w:lang w:val="kk-KZ"/>
        </w:rPr>
      </w:pPr>
      <w:r w:rsidRPr="006F7332">
        <w:rPr>
          <w:sz w:val="28"/>
          <w:szCs w:val="28"/>
          <w:lang w:val="kk-KZ"/>
        </w:rPr>
        <w:t>(орталығы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p w14:paraId="67B8D752" w14:textId="77777777" w:rsidR="005B42CB" w:rsidRPr="006F7332" w:rsidRDefault="005B42CB" w:rsidP="005B42CB">
      <w:pPr>
        <w:keepNext/>
        <w:jc w:val="both"/>
        <w:rPr>
          <w:lang w:val="kk-KZ"/>
        </w:rPr>
      </w:pPr>
    </w:p>
    <w:p w14:paraId="392941B3"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Жеңіс даңғылына дейін, Жеңіс даңғылынан, Жеңіс даңғылындағы № 53, 53/1 үйлерді қоспағанда, Бестерек көшесіне дейін, Бестерек көшесінен, Сарыарқа даңғылындағы № 46, 48 үйлерді қоса алғанда, Сарыарқа даңғылына дейін, Сарыарқа даңғылынан Бөгенбай батыр даңғылына дейін.</w:t>
      </w:r>
    </w:p>
    <w:p w14:paraId="7ECA52DB" w14:textId="77777777" w:rsidR="005B42CB" w:rsidRPr="006F7332" w:rsidRDefault="005B42CB" w:rsidP="005B42CB">
      <w:pPr>
        <w:jc w:val="both"/>
        <w:rPr>
          <w:lang w:val="kk-KZ"/>
        </w:rPr>
      </w:pPr>
    </w:p>
    <w:p w14:paraId="32D98BCD" w14:textId="77777777" w:rsidR="005B42CB" w:rsidRPr="006F7332" w:rsidRDefault="005B42CB" w:rsidP="005B42CB">
      <w:pPr>
        <w:keepNext/>
        <w:keepLines/>
        <w:jc w:val="center"/>
        <w:rPr>
          <w:sz w:val="28"/>
          <w:szCs w:val="28"/>
          <w:lang w:val="kk-KZ"/>
        </w:rPr>
      </w:pPr>
      <w:r w:rsidRPr="006F7332">
        <w:rPr>
          <w:sz w:val="28"/>
          <w:szCs w:val="28"/>
          <w:lang w:val="kk-KZ"/>
        </w:rPr>
        <w:t>№ 343 сайлау учаскесі</w:t>
      </w:r>
    </w:p>
    <w:p w14:paraId="5ED51535"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14 «Ақбөпе» балабақшасы» мемлекеттік коммуналдық қазыналық кәсіпорны, Мәскеу көшесі, № 29/4)</w:t>
      </w:r>
    </w:p>
    <w:p w14:paraId="2F9B7503" w14:textId="77777777" w:rsidR="005B42CB" w:rsidRPr="006F7332" w:rsidRDefault="005B42CB" w:rsidP="005B42CB">
      <w:pPr>
        <w:keepNext/>
        <w:jc w:val="both"/>
        <w:rPr>
          <w:lang w:val="kk-KZ"/>
        </w:rPr>
      </w:pPr>
    </w:p>
    <w:p w14:paraId="79E4B6FF" w14:textId="77777777" w:rsidR="005B42CB" w:rsidRPr="006F7332" w:rsidRDefault="005B42CB" w:rsidP="005B42CB">
      <w:pPr>
        <w:ind w:firstLine="709"/>
        <w:jc w:val="both"/>
        <w:rPr>
          <w:sz w:val="28"/>
          <w:szCs w:val="28"/>
          <w:lang w:val="kk-KZ"/>
        </w:rPr>
      </w:pPr>
      <w:r w:rsidRPr="006F7332">
        <w:rPr>
          <w:sz w:val="28"/>
          <w:szCs w:val="28"/>
          <w:lang w:val="kk-KZ"/>
        </w:rPr>
        <w:t>Шекарасы: Мәскеу көшесінен Г. Потанин көшесіне дейін, Г. Потанин көшесінің жұп сандар жағымен, Г. Потанин көшесіндегі № 2, 4, 6, 8 үйлерді қоспағанда, Ә. Молдағұлова көшесіне дейін, Ә. Молдағұлова көшесінің жұп сандар жағымен Жеңіс даңғылына дейін, Жеңіс даңғылымен Бестерек көшесіне дейін, Бестерек көшесінен, Жеңіс даңғылындағы № 51/3, 51/4, 53, 53/1 және Мәскеу көшесіндегі № 26/1 үйлерді қоса алғанда, Мәскеу көшесіне дейін.</w:t>
      </w:r>
    </w:p>
    <w:p w14:paraId="564D5CB5" w14:textId="77777777" w:rsidR="005B42CB" w:rsidRPr="006F7332" w:rsidRDefault="005B42CB" w:rsidP="005B42CB">
      <w:pPr>
        <w:jc w:val="both"/>
        <w:rPr>
          <w:lang w:val="kk-KZ"/>
        </w:rPr>
      </w:pPr>
    </w:p>
    <w:p w14:paraId="70EA6032" w14:textId="77777777" w:rsidR="005B42CB" w:rsidRPr="006F7332" w:rsidRDefault="005B42CB" w:rsidP="005B42CB">
      <w:pPr>
        <w:keepNext/>
        <w:keepLines/>
        <w:jc w:val="center"/>
        <w:rPr>
          <w:sz w:val="28"/>
          <w:szCs w:val="28"/>
          <w:lang w:val="kk-KZ"/>
        </w:rPr>
      </w:pPr>
      <w:r w:rsidRPr="006F7332">
        <w:rPr>
          <w:sz w:val="28"/>
          <w:szCs w:val="28"/>
          <w:lang w:val="kk-KZ"/>
        </w:rPr>
        <w:t>№ 344 сайлау учаскесі</w:t>
      </w:r>
    </w:p>
    <w:p w14:paraId="6A795333"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14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23)</w:t>
      </w:r>
    </w:p>
    <w:p w14:paraId="4B79C13D" w14:textId="77777777" w:rsidR="005B42CB" w:rsidRPr="006F7332" w:rsidRDefault="005B42CB" w:rsidP="005B42CB">
      <w:pPr>
        <w:keepNext/>
        <w:jc w:val="both"/>
        <w:rPr>
          <w:lang w:val="kk-KZ"/>
        </w:rPr>
      </w:pPr>
    </w:p>
    <w:p w14:paraId="18F728B7"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Ә. Молдағұлова көшесіне дейін,</w:t>
      </w:r>
      <w:r w:rsidRPr="006F7332">
        <w:rPr>
          <w:sz w:val="28"/>
          <w:szCs w:val="28"/>
          <w:lang w:val="kk-KZ"/>
        </w:rPr>
        <w:br/>
        <w:t>Ә. Молдағұлова көшесінің жұп сандар жағымен Б. Хмельницкий көшесіне дейін, Б. Хмельницкий көшесінің тақ сандар жағымен Мәскеу көшесіне дейін, Мәскеу көшесінің тақ сандар жағымен Н. Тілендиев даңғылына дейін, Н. Тілендиев даңғылының жұп сандар жағымен Сарыбұлақ бұлағына дейін.</w:t>
      </w:r>
    </w:p>
    <w:p w14:paraId="5CE1A901" w14:textId="77777777" w:rsidR="005B42CB" w:rsidRPr="006F7332" w:rsidRDefault="005B42CB" w:rsidP="005B42CB">
      <w:pPr>
        <w:jc w:val="both"/>
        <w:rPr>
          <w:lang w:val="kk-KZ"/>
        </w:rPr>
      </w:pPr>
    </w:p>
    <w:p w14:paraId="581D71DD" w14:textId="77777777" w:rsidR="005B42CB" w:rsidRPr="006F7332" w:rsidRDefault="005B42CB" w:rsidP="005B42CB">
      <w:pPr>
        <w:keepNext/>
        <w:keepLines/>
        <w:jc w:val="center"/>
        <w:rPr>
          <w:sz w:val="28"/>
          <w:szCs w:val="28"/>
          <w:lang w:val="kk-KZ"/>
        </w:rPr>
      </w:pPr>
      <w:r w:rsidRPr="006F7332">
        <w:rPr>
          <w:sz w:val="28"/>
          <w:szCs w:val="28"/>
          <w:lang w:val="kk-KZ"/>
        </w:rPr>
        <w:t>№ 345 сайлау учаскесі</w:t>
      </w:r>
    </w:p>
    <w:p w14:paraId="7CA617B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14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23)</w:t>
      </w:r>
    </w:p>
    <w:p w14:paraId="0AE84E3A" w14:textId="77777777" w:rsidR="005B42CB" w:rsidRPr="006F7332" w:rsidRDefault="005B42CB" w:rsidP="005B42CB">
      <w:pPr>
        <w:keepNext/>
        <w:jc w:val="both"/>
        <w:rPr>
          <w:lang w:val="kk-KZ"/>
        </w:rPr>
      </w:pPr>
    </w:p>
    <w:p w14:paraId="0D0DC809"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көшесінен Г. Потанин көшесіне дейін,</w:t>
      </w:r>
      <w:r w:rsidRPr="006F7332">
        <w:rPr>
          <w:sz w:val="28"/>
          <w:szCs w:val="28"/>
          <w:lang w:val="kk-KZ"/>
        </w:rPr>
        <w:br/>
        <w:t>Г. Потанин көшесінен, Г. Потанин көшесіндегі № 2, 4, 6, 8 үйлерді қоса алғанда, Мәскеу көшесіне дейін, Мәскеу көшесінен Б. Хмельницкий көшесіне дейін,</w:t>
      </w:r>
      <w:r w:rsidRPr="006F7332">
        <w:rPr>
          <w:sz w:val="28"/>
          <w:szCs w:val="28"/>
          <w:lang w:val="kk-KZ"/>
        </w:rPr>
        <w:br/>
        <w:t>Б. Хмельницкий көшесінен Ә. Молдағұлова көшесіне дейін.</w:t>
      </w:r>
    </w:p>
    <w:p w14:paraId="64BFC740" w14:textId="77777777" w:rsidR="005B42CB" w:rsidRPr="006F7332" w:rsidRDefault="005B42CB" w:rsidP="005B42CB">
      <w:pPr>
        <w:jc w:val="both"/>
        <w:rPr>
          <w:lang w:val="kk-KZ"/>
        </w:rPr>
      </w:pPr>
    </w:p>
    <w:p w14:paraId="2C4BD51E" w14:textId="77777777" w:rsidR="005B42CB" w:rsidRPr="006F7332" w:rsidRDefault="005B42CB" w:rsidP="005B42CB">
      <w:pPr>
        <w:keepNext/>
        <w:keepLines/>
        <w:jc w:val="center"/>
        <w:rPr>
          <w:sz w:val="28"/>
          <w:szCs w:val="28"/>
          <w:lang w:val="kk-KZ"/>
        </w:rPr>
      </w:pPr>
      <w:r w:rsidRPr="006F7332">
        <w:rPr>
          <w:sz w:val="28"/>
          <w:szCs w:val="28"/>
          <w:lang w:val="kk-KZ"/>
        </w:rPr>
        <w:lastRenderedPageBreak/>
        <w:t>№ 346 сайлау учаскесі</w:t>
      </w:r>
    </w:p>
    <w:p w14:paraId="743BA4D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51 «Алтын сандық» балабақшасы» мемлекеттік коммуналдық қазыналық кәсіпорны, Мәскеу көшесі, № 28а)</w:t>
      </w:r>
    </w:p>
    <w:p w14:paraId="2F2F5D6A" w14:textId="77777777" w:rsidR="005B42CB" w:rsidRPr="006F7332" w:rsidRDefault="005B42CB" w:rsidP="005B42CB">
      <w:pPr>
        <w:keepNext/>
        <w:jc w:val="both"/>
        <w:rPr>
          <w:lang w:val="kk-KZ"/>
        </w:rPr>
      </w:pPr>
    </w:p>
    <w:p w14:paraId="471F83D9" w14:textId="77777777" w:rsidR="005B42CB" w:rsidRPr="006F7332" w:rsidRDefault="005B42CB" w:rsidP="005B42CB">
      <w:pPr>
        <w:ind w:firstLine="709"/>
        <w:jc w:val="both"/>
        <w:rPr>
          <w:sz w:val="28"/>
          <w:szCs w:val="28"/>
          <w:lang w:val="kk-KZ"/>
        </w:rPr>
      </w:pPr>
      <w:r w:rsidRPr="006F7332">
        <w:rPr>
          <w:sz w:val="28"/>
          <w:szCs w:val="28"/>
          <w:lang w:val="kk-KZ"/>
        </w:rPr>
        <w:t>Шекарасы: Мәскеу көшесінен, Мәскеу көшесіндегі № 26/1 үйді және Жеңіс даңғылындағы № 51/3, 51/4 үйлерді қоспағанда, Бестерек көшесіне дейін, Бестерек көшесінен, Сарыарқа даңғылындағы № 48 үйді қоспағанда, Жамбыл көшесіне дейін, Жамбыл көшесінен С. Разин көшесіне дейін, С. Разин көшесінен, Сарыарқа даңғылындағы № 41, 43 үйлерді қоса алғанда, Мәскеу көшесіне дейін.</w:t>
      </w:r>
    </w:p>
    <w:p w14:paraId="1F11FB98" w14:textId="77777777" w:rsidR="005B42CB" w:rsidRPr="006F7332" w:rsidRDefault="005B42CB" w:rsidP="005B42CB">
      <w:pPr>
        <w:jc w:val="both"/>
        <w:rPr>
          <w:lang w:val="kk-KZ"/>
        </w:rPr>
      </w:pPr>
    </w:p>
    <w:p w14:paraId="0FEDAEF1" w14:textId="77777777" w:rsidR="005B42CB" w:rsidRPr="006F7332" w:rsidRDefault="005B42CB" w:rsidP="005B42CB">
      <w:pPr>
        <w:keepNext/>
        <w:keepLines/>
        <w:jc w:val="center"/>
        <w:rPr>
          <w:sz w:val="28"/>
          <w:szCs w:val="28"/>
          <w:lang w:val="kk-KZ"/>
        </w:rPr>
      </w:pPr>
      <w:r w:rsidRPr="006F7332">
        <w:rPr>
          <w:sz w:val="28"/>
          <w:szCs w:val="28"/>
          <w:lang w:val="kk-KZ"/>
        </w:rPr>
        <w:t>№ 347 сайлау учаскесі</w:t>
      </w:r>
    </w:p>
    <w:p w14:paraId="2C5D1A4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62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Мәскеу көшесі,</w:t>
      </w:r>
      <w:r>
        <w:rPr>
          <w:sz w:val="28"/>
          <w:szCs w:val="28"/>
          <w:lang w:val="kk-KZ"/>
        </w:rPr>
        <w:t xml:space="preserve"> </w:t>
      </w:r>
      <w:r w:rsidRPr="006F7332">
        <w:rPr>
          <w:sz w:val="28"/>
          <w:szCs w:val="28"/>
          <w:lang w:val="kk-KZ"/>
        </w:rPr>
        <w:t>№ 41)</w:t>
      </w:r>
    </w:p>
    <w:p w14:paraId="0AC627FB" w14:textId="77777777" w:rsidR="005B42CB" w:rsidRPr="006F7332" w:rsidRDefault="005B42CB" w:rsidP="005B42CB">
      <w:pPr>
        <w:keepNext/>
        <w:jc w:val="both"/>
        <w:rPr>
          <w:lang w:val="kk-KZ"/>
        </w:rPr>
      </w:pPr>
    </w:p>
    <w:p w14:paraId="6EF88A45"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Ә. Молдағұлова көшесіне дейін,</w:t>
      </w:r>
      <w:r w:rsidRPr="006F7332">
        <w:rPr>
          <w:sz w:val="28"/>
          <w:szCs w:val="28"/>
          <w:lang w:val="kk-KZ"/>
        </w:rPr>
        <w:br/>
        <w:t>Ә. Молдағұлова көшесінің жұп сандар жағымен Республика даңғылына дейін, Республика даңғылының тақ сандар жағымен Мәскеу көшесіне дейін, Мәскеу көшесінің тақ сандар жағымен Жеңіс даңғылына дейін.</w:t>
      </w:r>
    </w:p>
    <w:p w14:paraId="4FDD5AD9" w14:textId="77777777" w:rsidR="005B42CB" w:rsidRPr="006F7332" w:rsidRDefault="005B42CB" w:rsidP="005B42CB">
      <w:pPr>
        <w:jc w:val="both"/>
        <w:rPr>
          <w:lang w:val="kk-KZ"/>
        </w:rPr>
      </w:pPr>
    </w:p>
    <w:p w14:paraId="79F31251" w14:textId="77777777" w:rsidR="005B42CB" w:rsidRPr="006F7332" w:rsidRDefault="005B42CB" w:rsidP="005B42CB">
      <w:pPr>
        <w:keepNext/>
        <w:keepLines/>
        <w:jc w:val="center"/>
        <w:rPr>
          <w:sz w:val="28"/>
          <w:szCs w:val="28"/>
          <w:lang w:val="kk-KZ"/>
        </w:rPr>
      </w:pPr>
      <w:r w:rsidRPr="006F7332">
        <w:rPr>
          <w:sz w:val="28"/>
          <w:szCs w:val="28"/>
          <w:lang w:val="kk-KZ"/>
        </w:rPr>
        <w:t>№ 348 сайлау учаскесі</w:t>
      </w:r>
    </w:p>
    <w:p w14:paraId="7D12A54F"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46 балабақша-мектеп-гимназия» кешені» коммуналдық мемлекеттік мекемесі, Ә. Молдағұлова көшесі, № 35)</w:t>
      </w:r>
    </w:p>
    <w:p w14:paraId="4F5CB984" w14:textId="77777777" w:rsidR="005B42CB" w:rsidRPr="006F7332" w:rsidRDefault="005B42CB" w:rsidP="005B42CB">
      <w:pPr>
        <w:keepNext/>
        <w:jc w:val="both"/>
        <w:rPr>
          <w:lang w:val="kk-KZ"/>
        </w:rPr>
      </w:pPr>
    </w:p>
    <w:p w14:paraId="3345D37F"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көшесінен Бейбітшілік көшесінің жұп сандар жағымен І. Есенберлин көшесіне дейін, І. Есенберлин көшесінің жұп сандар жағымен Республика даңғылына дейін, Республика даңғылымен Ә. Молдағұлова көшесіне дейін, Ә. Молдағұлова көшесінің тақ сандар жағымен Бейбітшілік көшесіне дейін.</w:t>
      </w:r>
    </w:p>
    <w:p w14:paraId="18CF811C" w14:textId="77777777" w:rsidR="005B42CB" w:rsidRPr="006F7332" w:rsidRDefault="005B42CB" w:rsidP="005B42CB">
      <w:pPr>
        <w:jc w:val="both"/>
        <w:rPr>
          <w:lang w:val="kk-KZ"/>
        </w:rPr>
      </w:pPr>
    </w:p>
    <w:p w14:paraId="6B98DE12" w14:textId="77777777" w:rsidR="005B42CB" w:rsidRPr="006F7332" w:rsidRDefault="005B42CB" w:rsidP="005B42CB">
      <w:pPr>
        <w:keepNext/>
        <w:keepLines/>
        <w:jc w:val="center"/>
        <w:rPr>
          <w:sz w:val="28"/>
          <w:szCs w:val="28"/>
          <w:lang w:val="kk-KZ"/>
        </w:rPr>
      </w:pPr>
      <w:r w:rsidRPr="006F7332">
        <w:rPr>
          <w:sz w:val="28"/>
          <w:szCs w:val="28"/>
          <w:lang w:val="kk-KZ"/>
        </w:rPr>
        <w:t>№ 349 сайлау учаскесі</w:t>
      </w:r>
    </w:p>
    <w:p w14:paraId="628C3CA4" w14:textId="77777777" w:rsidR="005B42CB" w:rsidRPr="006F7332" w:rsidRDefault="005B42CB" w:rsidP="005B42CB">
      <w:pPr>
        <w:keepNext/>
        <w:keepLines/>
        <w:jc w:val="center"/>
        <w:rPr>
          <w:sz w:val="28"/>
          <w:szCs w:val="28"/>
          <w:lang w:val="kk-KZ"/>
        </w:rPr>
      </w:pPr>
      <w:r w:rsidRPr="006F7332">
        <w:rPr>
          <w:sz w:val="28"/>
          <w:szCs w:val="28"/>
          <w:lang w:val="kk-KZ"/>
        </w:rPr>
        <w:t>(орталығы – «Тұран-Астана» университеті, Ы. Дүкенұлы көшесі, № 29)</w:t>
      </w:r>
    </w:p>
    <w:p w14:paraId="38FF5331" w14:textId="77777777" w:rsidR="005B42CB" w:rsidRPr="006F7332" w:rsidRDefault="005B42CB" w:rsidP="005B42CB">
      <w:pPr>
        <w:keepNext/>
        <w:jc w:val="both"/>
        <w:rPr>
          <w:lang w:val="kk-KZ"/>
        </w:rPr>
      </w:pPr>
    </w:p>
    <w:p w14:paraId="3627630E" w14:textId="77777777" w:rsidR="005B42CB" w:rsidRPr="006F7332" w:rsidRDefault="005B42CB" w:rsidP="005B42CB">
      <w:pPr>
        <w:ind w:firstLine="709"/>
        <w:jc w:val="both"/>
        <w:rPr>
          <w:sz w:val="28"/>
          <w:szCs w:val="28"/>
          <w:lang w:val="kk-KZ"/>
        </w:rPr>
      </w:pPr>
      <w:r w:rsidRPr="006F7332">
        <w:rPr>
          <w:sz w:val="28"/>
          <w:szCs w:val="28"/>
          <w:lang w:val="kk-KZ"/>
        </w:rPr>
        <w:t>Шекарасы: Ы. Дүкенұлы көшесінен, Ш. Айманов көшесіндегі № 20 үйді қоспағанда, Ш. Айманов көшесіне дейін, Ш. Айманов көшесінен, Ш. Айманов көшесіндегі № 11 үйді, Ы. Дүкенұлы көшесіндегі № 21/1, 23/1 және Республика даңғылындағы № 50, 50/1, 50/2 үйлерді қоспағанда, Республика даңғылына дейін, Республика даңғылынан Сарыөзек көшесіне дейін, Сарыөзек көшесінен теміржол жолдарына дейін, теміржол жолдарынан Алаш тас жолына дейін, Алаш тас жолынан Н. Павлов көшесіне дейін, Н. Павлов көшесінен, Бөгенбай батыр даңғылындағы № 81а үйді, Ы. Дүкенұлы көшесіндегі № 32, 34, 36, 38, 38/1 үйлерді қоспағанда, Ы. Дүкенұлы көшесіне дейін.</w:t>
      </w:r>
    </w:p>
    <w:p w14:paraId="200FEB47" w14:textId="77777777" w:rsidR="005B42CB" w:rsidRPr="006F7332" w:rsidRDefault="005B42CB" w:rsidP="005B42CB">
      <w:pPr>
        <w:jc w:val="both"/>
        <w:rPr>
          <w:lang w:val="kk-KZ"/>
        </w:rPr>
      </w:pPr>
    </w:p>
    <w:p w14:paraId="1DC1B872" w14:textId="77777777" w:rsidR="005B42CB" w:rsidRPr="006F7332" w:rsidRDefault="005B42CB" w:rsidP="005B42CB">
      <w:pPr>
        <w:keepNext/>
        <w:keepLines/>
        <w:jc w:val="center"/>
        <w:rPr>
          <w:sz w:val="28"/>
          <w:szCs w:val="28"/>
          <w:lang w:val="kk-KZ"/>
        </w:rPr>
      </w:pPr>
      <w:r w:rsidRPr="006F7332">
        <w:rPr>
          <w:sz w:val="28"/>
          <w:szCs w:val="28"/>
          <w:lang w:val="kk-KZ"/>
        </w:rPr>
        <w:lastRenderedPageBreak/>
        <w:t>№ 350 сайлау учаскесі</w:t>
      </w:r>
    </w:p>
    <w:p w14:paraId="2BCDA2FD" w14:textId="77777777" w:rsidR="005B42CB" w:rsidRPr="006F7332" w:rsidRDefault="005B42CB" w:rsidP="005B42CB">
      <w:pPr>
        <w:keepNext/>
        <w:keepLines/>
        <w:jc w:val="center"/>
        <w:rPr>
          <w:sz w:val="28"/>
          <w:szCs w:val="28"/>
          <w:lang w:val="kk-KZ"/>
        </w:rPr>
      </w:pPr>
      <w:r w:rsidRPr="006F7332">
        <w:rPr>
          <w:sz w:val="28"/>
          <w:szCs w:val="28"/>
          <w:lang w:val="kk-KZ"/>
        </w:rPr>
        <w:t>(орталығы – «Тұран-Астана» университеті, Ы. Дүкенұлы көшесі, № 29)</w:t>
      </w:r>
    </w:p>
    <w:p w14:paraId="0AF298E2" w14:textId="77777777" w:rsidR="005B42CB" w:rsidRPr="006F7332" w:rsidRDefault="005B42CB" w:rsidP="005B42CB">
      <w:pPr>
        <w:keepNext/>
        <w:jc w:val="both"/>
        <w:rPr>
          <w:lang w:val="kk-KZ"/>
        </w:rPr>
      </w:pPr>
    </w:p>
    <w:p w14:paraId="17DFC8D5"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Бөгенбай батыр даңғылындағы</w:t>
      </w:r>
      <w:r w:rsidRPr="006F7332">
        <w:rPr>
          <w:sz w:val="28"/>
          <w:szCs w:val="28"/>
          <w:lang w:val="kk-KZ"/>
        </w:rPr>
        <w:br/>
        <w:t>№ 63 үйді және Ы. Дүкенұлы көшесіндегі № 32, 32/1 үйлерді қоса алғанда,</w:t>
      </w:r>
      <w:r w:rsidRPr="006F7332">
        <w:rPr>
          <w:sz w:val="28"/>
          <w:szCs w:val="28"/>
          <w:lang w:val="kk-KZ"/>
        </w:rPr>
        <w:br/>
        <w:t>Ы. Дүкенұлы көшесіне дейін, Ы. Дүкенұлы көшесінен, Ы. Дүкенұлы көшесіндегі № 32, 34, 36, 38, 38/1 үйлерді және Бөгенбай батыр даңғылындағы № 81а үйді қоса алғанда, Н. Павлов көшесіне дейін, Н. Павлов көшесінен Алаш тас жолына дейін, Алаш тас жолынан Бөгенбай батыр даңғылына дейін.</w:t>
      </w:r>
    </w:p>
    <w:p w14:paraId="7F2845BA" w14:textId="77777777" w:rsidR="005B42CB" w:rsidRPr="006F7332" w:rsidRDefault="005B42CB" w:rsidP="005B42CB">
      <w:pPr>
        <w:jc w:val="both"/>
        <w:rPr>
          <w:lang w:val="kk-KZ"/>
        </w:rPr>
      </w:pPr>
    </w:p>
    <w:p w14:paraId="4707F32C" w14:textId="77777777" w:rsidR="005B42CB" w:rsidRPr="006F7332" w:rsidRDefault="005B42CB" w:rsidP="005B42CB">
      <w:pPr>
        <w:keepNext/>
        <w:keepLines/>
        <w:jc w:val="center"/>
        <w:rPr>
          <w:sz w:val="28"/>
          <w:szCs w:val="28"/>
          <w:lang w:val="kk-KZ"/>
        </w:rPr>
      </w:pPr>
      <w:r w:rsidRPr="006F7332">
        <w:rPr>
          <w:sz w:val="28"/>
          <w:szCs w:val="28"/>
          <w:lang w:val="kk-KZ"/>
        </w:rPr>
        <w:t>№ 351 сайлау учаскесі</w:t>
      </w:r>
    </w:p>
    <w:p w14:paraId="1708A98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«С. Сейфуллин атындағы Қазақ агротехникалық зерттеу университеті» коммерциялық емес акционерлік қоғамының «Сарыарқа» </w:t>
      </w:r>
      <w:r>
        <w:rPr>
          <w:sz w:val="28"/>
          <w:szCs w:val="28"/>
          <w:lang w:val="kk-KZ"/>
        </w:rPr>
        <w:br/>
      </w:r>
      <w:r w:rsidRPr="006F7332">
        <w:rPr>
          <w:sz w:val="28"/>
          <w:szCs w:val="28"/>
          <w:lang w:val="kk-KZ"/>
        </w:rPr>
        <w:t>спорт кешені, Г. Потанин көшесі, № 16/1)</w:t>
      </w:r>
    </w:p>
    <w:p w14:paraId="425CE2B5" w14:textId="77777777" w:rsidR="005B42CB" w:rsidRPr="006F7332" w:rsidRDefault="005B42CB" w:rsidP="005B42CB">
      <w:pPr>
        <w:keepNext/>
        <w:jc w:val="both"/>
        <w:rPr>
          <w:lang w:val="kk-KZ"/>
        </w:rPr>
      </w:pPr>
    </w:p>
    <w:p w14:paraId="00720FDA"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көшесінен Г. Потанин көшесіне дейін,</w:t>
      </w:r>
      <w:r w:rsidRPr="006F7332">
        <w:rPr>
          <w:sz w:val="28"/>
          <w:szCs w:val="28"/>
          <w:lang w:val="kk-KZ"/>
        </w:rPr>
        <w:br/>
        <w:t>Г. Потанин көшесінен, Г. Потанин көшесіндегі № 14, 14а, 14в, 14/1 үйлерді және Жеңіс даңғылындағы № 71/3, 73 үйлерді қоса алғанда, Жеңіс даңғылына дейін, Жеңіс даңғылынан Ә. Молдағұлова көшесіне дейін.</w:t>
      </w:r>
    </w:p>
    <w:p w14:paraId="32D6C65C" w14:textId="77777777" w:rsidR="005B42CB" w:rsidRPr="006F7332" w:rsidRDefault="005B42CB" w:rsidP="005B42CB">
      <w:pPr>
        <w:jc w:val="both"/>
        <w:rPr>
          <w:lang w:val="kk-KZ"/>
        </w:rPr>
      </w:pPr>
    </w:p>
    <w:p w14:paraId="748478AF" w14:textId="77777777" w:rsidR="005B42CB" w:rsidRPr="006F7332" w:rsidRDefault="005B42CB" w:rsidP="005B42CB">
      <w:pPr>
        <w:keepNext/>
        <w:keepLines/>
        <w:jc w:val="center"/>
        <w:rPr>
          <w:sz w:val="28"/>
          <w:szCs w:val="28"/>
          <w:lang w:val="kk-KZ"/>
        </w:rPr>
      </w:pPr>
      <w:r w:rsidRPr="006F7332">
        <w:rPr>
          <w:sz w:val="28"/>
          <w:szCs w:val="28"/>
          <w:lang w:val="kk-KZ"/>
        </w:rPr>
        <w:t>№ 352 сайлау учаскесі</w:t>
      </w:r>
    </w:p>
    <w:p w14:paraId="1916BEEF"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«Жастар театры» мемлекеттік коммуналдық қазыналық кәсіпорны, І. Есенберлин көшесі, № 10)</w:t>
      </w:r>
    </w:p>
    <w:p w14:paraId="18A7A188" w14:textId="77777777" w:rsidR="005B42CB" w:rsidRPr="006F7332" w:rsidRDefault="005B42CB" w:rsidP="005B42CB">
      <w:pPr>
        <w:keepNext/>
        <w:jc w:val="both"/>
        <w:rPr>
          <w:lang w:val="kk-KZ"/>
        </w:rPr>
      </w:pPr>
    </w:p>
    <w:p w14:paraId="71EC958D" w14:textId="77777777" w:rsidR="005B42CB" w:rsidRPr="006F7332" w:rsidRDefault="005B42CB" w:rsidP="005B42CB">
      <w:pPr>
        <w:ind w:firstLine="709"/>
        <w:jc w:val="both"/>
        <w:rPr>
          <w:sz w:val="28"/>
          <w:szCs w:val="28"/>
          <w:lang w:val="kk-KZ"/>
        </w:rPr>
      </w:pPr>
      <w:r w:rsidRPr="006F7332">
        <w:rPr>
          <w:sz w:val="28"/>
          <w:szCs w:val="28"/>
          <w:lang w:val="kk-KZ"/>
        </w:rPr>
        <w:t>Шекарасы: І. Есенберлин көшесінен Жеңіс даңғылына дейін, Жеңіс даңғылынан Г. Потанин көшесіне дейін, Г. Потанин көшесінен, Г. Потанин көшесіндегі № 5/11, 13, 14, 14а, 14в, 14/1, 15, 15/1 үйлерді және Жеңіс даңғылындағы № 71/3, 73 үйлерді қоспағанда, А. Затаевич көшесіне дейін,</w:t>
      </w:r>
      <w:r w:rsidRPr="006F7332">
        <w:rPr>
          <w:sz w:val="28"/>
          <w:szCs w:val="28"/>
          <w:lang w:val="kk-KZ"/>
        </w:rPr>
        <w:br/>
        <w:t>А. Затаевич көшесінен І. Есенберлин көшесіне дейін.</w:t>
      </w:r>
    </w:p>
    <w:p w14:paraId="1C323670" w14:textId="77777777" w:rsidR="005B42CB" w:rsidRPr="006F7332" w:rsidRDefault="005B42CB" w:rsidP="005B42CB">
      <w:pPr>
        <w:jc w:val="both"/>
        <w:rPr>
          <w:lang w:val="kk-KZ"/>
        </w:rPr>
      </w:pPr>
    </w:p>
    <w:p w14:paraId="4D5F3609" w14:textId="77777777" w:rsidR="005B42CB" w:rsidRPr="006F7332" w:rsidRDefault="005B42CB" w:rsidP="005B42CB">
      <w:pPr>
        <w:keepNext/>
        <w:keepLines/>
        <w:jc w:val="center"/>
        <w:rPr>
          <w:sz w:val="28"/>
          <w:szCs w:val="28"/>
          <w:lang w:val="kk-KZ"/>
        </w:rPr>
      </w:pPr>
      <w:r w:rsidRPr="006F7332">
        <w:rPr>
          <w:sz w:val="28"/>
          <w:szCs w:val="28"/>
          <w:lang w:val="kk-KZ"/>
        </w:rPr>
        <w:t>№ 353 сайлау учаскесі</w:t>
      </w:r>
    </w:p>
    <w:p w14:paraId="58A8DED2" w14:textId="77777777" w:rsidR="005B42CB" w:rsidRPr="006F7332" w:rsidRDefault="005B42CB" w:rsidP="005B42CB">
      <w:pPr>
        <w:keepNext/>
        <w:keepLines/>
        <w:jc w:val="center"/>
        <w:rPr>
          <w:sz w:val="28"/>
          <w:szCs w:val="28"/>
          <w:lang w:val="kk-KZ"/>
        </w:rPr>
      </w:pPr>
      <w:r w:rsidRPr="006F7332">
        <w:rPr>
          <w:sz w:val="28"/>
          <w:szCs w:val="28"/>
          <w:lang w:val="kk-KZ"/>
        </w:rPr>
        <w:t>(орталығы – «С. Сейфуллин атындағы Қазақ агротехникалық зерттеу университеті» коммерциялық емес акционерлік қоғамы, Жеңіс даңғылы, № 62)</w:t>
      </w:r>
    </w:p>
    <w:p w14:paraId="6178F92D" w14:textId="77777777" w:rsidR="005B42CB" w:rsidRPr="006F7332" w:rsidRDefault="005B42CB" w:rsidP="005B42CB">
      <w:pPr>
        <w:keepNext/>
        <w:jc w:val="both"/>
        <w:rPr>
          <w:lang w:val="kk-KZ"/>
        </w:rPr>
      </w:pPr>
    </w:p>
    <w:p w14:paraId="78FC19D9"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даңғылынан І. Есенберлин көшесіне дейін, І. Есенберлин көшесінен Бейбітшілік көшесіне дейін, Бейбітшілік көшесінен Ә. Молдағұлова көшесіне дейін, Ә. Молдағұлова көшесінен Жеңіс даңғылына дейін.</w:t>
      </w:r>
    </w:p>
    <w:p w14:paraId="7A788640" w14:textId="77777777" w:rsidR="005B42CB" w:rsidRPr="006F7332" w:rsidRDefault="005B42CB" w:rsidP="005B42CB">
      <w:pPr>
        <w:jc w:val="both"/>
        <w:rPr>
          <w:lang w:val="kk-KZ"/>
        </w:rPr>
      </w:pPr>
    </w:p>
    <w:p w14:paraId="7CC33F28" w14:textId="77777777" w:rsidR="005B42CB" w:rsidRPr="006F7332" w:rsidRDefault="005B42CB" w:rsidP="005B42CB">
      <w:pPr>
        <w:keepNext/>
        <w:keepLines/>
        <w:jc w:val="center"/>
        <w:rPr>
          <w:sz w:val="28"/>
          <w:szCs w:val="28"/>
          <w:lang w:val="kk-KZ"/>
        </w:rPr>
      </w:pPr>
      <w:r w:rsidRPr="006F7332">
        <w:rPr>
          <w:sz w:val="28"/>
          <w:szCs w:val="28"/>
          <w:lang w:val="kk-KZ"/>
        </w:rPr>
        <w:t>№ 354 сайлау учаскесі</w:t>
      </w:r>
    </w:p>
    <w:p w14:paraId="695ACFC0"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Мағжан Жұмабаев халықаралық жоғары колледжі, </w:t>
      </w:r>
      <w:r>
        <w:rPr>
          <w:sz w:val="28"/>
          <w:szCs w:val="28"/>
          <w:lang w:val="kk-KZ"/>
        </w:rPr>
        <w:br/>
      </w:r>
      <w:r w:rsidRPr="006F7332">
        <w:rPr>
          <w:sz w:val="28"/>
          <w:szCs w:val="28"/>
          <w:lang w:val="kk-KZ"/>
        </w:rPr>
        <w:t>І. Есенберлин көшесі, № 27)</w:t>
      </w:r>
    </w:p>
    <w:p w14:paraId="5BE0DA15" w14:textId="77777777" w:rsidR="005B42CB" w:rsidRPr="006F7332" w:rsidRDefault="005B42CB" w:rsidP="005B42CB">
      <w:pPr>
        <w:keepNext/>
        <w:jc w:val="both"/>
        <w:rPr>
          <w:lang w:val="kk-KZ"/>
        </w:rPr>
      </w:pPr>
    </w:p>
    <w:p w14:paraId="5C1B2F98" w14:textId="77777777" w:rsidR="005B42CB" w:rsidRPr="006F7332" w:rsidRDefault="005B42CB" w:rsidP="005B42CB">
      <w:pPr>
        <w:ind w:firstLine="709"/>
        <w:jc w:val="both"/>
        <w:rPr>
          <w:sz w:val="28"/>
          <w:szCs w:val="28"/>
          <w:lang w:val="kk-KZ"/>
        </w:rPr>
      </w:pPr>
      <w:r w:rsidRPr="006F7332">
        <w:rPr>
          <w:sz w:val="28"/>
          <w:szCs w:val="28"/>
          <w:lang w:val="kk-KZ"/>
        </w:rPr>
        <w:t>Шекарасы:</w:t>
      </w:r>
      <w:r w:rsidRPr="006F7332">
        <w:rPr>
          <w:lang w:val="kk-KZ"/>
        </w:rPr>
        <w:t xml:space="preserve"> </w:t>
      </w:r>
      <w:r w:rsidRPr="006F7332">
        <w:rPr>
          <w:sz w:val="28"/>
          <w:szCs w:val="28"/>
          <w:lang w:val="kk-KZ"/>
        </w:rPr>
        <w:t>І. Есенберлин көшесінен Ы. Алтынсарин көшесіне дейін,</w:t>
      </w:r>
      <w:r w:rsidRPr="006F7332">
        <w:rPr>
          <w:sz w:val="28"/>
          <w:szCs w:val="28"/>
          <w:lang w:val="kk-KZ"/>
        </w:rPr>
        <w:br/>
        <w:t xml:space="preserve">Ы. Алтынсарин көшесінің жұп сандар жағымен теміржол жолдарына дейін, теміржол жолдары бойымен Сарыөзек көшесіне дейін, Сарыөзек көшесінің </w:t>
      </w:r>
      <w:r>
        <w:rPr>
          <w:sz w:val="28"/>
          <w:szCs w:val="28"/>
          <w:lang w:val="kk-KZ"/>
        </w:rPr>
        <w:br/>
      </w:r>
      <w:r w:rsidRPr="006F7332">
        <w:rPr>
          <w:sz w:val="28"/>
          <w:szCs w:val="28"/>
          <w:lang w:val="kk-KZ"/>
        </w:rPr>
        <w:t xml:space="preserve">тақ сандар жағымен Республика даңғылына дейін, Республика даңғылының </w:t>
      </w:r>
      <w:r>
        <w:rPr>
          <w:sz w:val="28"/>
          <w:szCs w:val="28"/>
          <w:lang w:val="kk-KZ"/>
        </w:rPr>
        <w:br/>
      </w:r>
      <w:r w:rsidRPr="006F7332">
        <w:rPr>
          <w:sz w:val="28"/>
          <w:szCs w:val="28"/>
          <w:lang w:val="kk-KZ"/>
        </w:rPr>
        <w:t>тақ сандар жағымен І. Есенберлин көшесіне дейін.</w:t>
      </w:r>
    </w:p>
    <w:p w14:paraId="19FDBD80" w14:textId="77777777" w:rsidR="005B42CB" w:rsidRPr="006F7332" w:rsidRDefault="005B42CB" w:rsidP="005B42CB">
      <w:pPr>
        <w:jc w:val="both"/>
        <w:rPr>
          <w:lang w:val="kk-KZ"/>
        </w:rPr>
      </w:pPr>
    </w:p>
    <w:p w14:paraId="365BA4D4" w14:textId="77777777" w:rsidR="005B42CB" w:rsidRPr="006F7332" w:rsidRDefault="005B42CB" w:rsidP="005B42CB">
      <w:pPr>
        <w:keepNext/>
        <w:keepLines/>
        <w:jc w:val="center"/>
        <w:rPr>
          <w:sz w:val="28"/>
          <w:szCs w:val="28"/>
          <w:lang w:val="kk-KZ"/>
        </w:rPr>
      </w:pPr>
      <w:r w:rsidRPr="006F7332">
        <w:rPr>
          <w:sz w:val="28"/>
          <w:szCs w:val="28"/>
          <w:lang w:val="kk-KZ"/>
        </w:rPr>
        <w:t>№ 355 сайлау учаскесі</w:t>
      </w:r>
    </w:p>
    <w:p w14:paraId="74CF1DDF" w14:textId="77777777" w:rsidR="005B42CB" w:rsidRPr="006F7332" w:rsidRDefault="005B42CB" w:rsidP="005B42CB">
      <w:pPr>
        <w:keepNext/>
        <w:keepLines/>
        <w:jc w:val="center"/>
        <w:rPr>
          <w:sz w:val="28"/>
          <w:szCs w:val="28"/>
          <w:lang w:val="kk-KZ"/>
        </w:rPr>
      </w:pPr>
      <w:r w:rsidRPr="006F7332">
        <w:rPr>
          <w:sz w:val="28"/>
          <w:szCs w:val="28"/>
          <w:lang w:val="kk-KZ"/>
        </w:rPr>
        <w:t>(орталығы – «М. Тынышбаев атындағы Астана ALT көлік колледжі» жауапкершілігі шектеулі серіктестігі, И. Гете көшесі, № 10а)</w:t>
      </w:r>
    </w:p>
    <w:p w14:paraId="48B9F171" w14:textId="77777777" w:rsidR="005B42CB" w:rsidRPr="006F7332" w:rsidRDefault="005B42CB" w:rsidP="005B42CB">
      <w:pPr>
        <w:keepNext/>
        <w:jc w:val="both"/>
        <w:rPr>
          <w:lang w:val="kk-KZ"/>
        </w:rPr>
      </w:pPr>
    </w:p>
    <w:p w14:paraId="20705897" w14:textId="77777777" w:rsidR="005B42CB" w:rsidRPr="006F7332" w:rsidRDefault="005B42CB" w:rsidP="005B42CB">
      <w:pPr>
        <w:ind w:firstLine="709"/>
        <w:jc w:val="both"/>
        <w:rPr>
          <w:sz w:val="28"/>
          <w:szCs w:val="28"/>
          <w:lang w:val="kk-KZ"/>
        </w:rPr>
      </w:pPr>
      <w:r w:rsidRPr="006F7332">
        <w:rPr>
          <w:sz w:val="28"/>
          <w:szCs w:val="28"/>
          <w:lang w:val="kk-KZ"/>
        </w:rPr>
        <w:t>Шекарасы: І. Есенберлин көшесінен, І. Есенберлин көшесіндегі № 9/1, 11, 11/1 үйлерді және Біржан сал көшесіндегі № 2, 2/1 үйлерді қоспағанда, Біржан сал көшесіне дейін, Біржан сал көшесінен И. Құтпанұлы көшесіне дейін,</w:t>
      </w:r>
      <w:r w:rsidRPr="006F7332">
        <w:rPr>
          <w:sz w:val="28"/>
          <w:szCs w:val="28"/>
          <w:lang w:val="kk-KZ"/>
        </w:rPr>
        <w:br/>
        <w:t>И. Құтпанұлы көшесінен Қарасай батыр көшесіне дейін, Қарасай батыр көшесінен, Қарасай батыр көшесіндегі № 2а/1, 2/1а үйлерді және Шыңтас орамындағы № 1а к5 үйді қоспағанда, теміржол жолдарына дейін, теміржол жолдарынан, И. Гете көшесіндегі № 1/2а, 7 үйлерді қоспағанда, Ы. Алтынсарин көшесіне дейін, Ы. Алтынсарин көшесінен І. Есенберлин көшесіне дейін.</w:t>
      </w:r>
    </w:p>
    <w:p w14:paraId="110358D9" w14:textId="77777777" w:rsidR="005B42CB" w:rsidRPr="006F7332" w:rsidRDefault="005B42CB" w:rsidP="005B42CB">
      <w:pPr>
        <w:jc w:val="both"/>
        <w:rPr>
          <w:lang w:val="kk-KZ"/>
        </w:rPr>
      </w:pPr>
    </w:p>
    <w:p w14:paraId="487434F4" w14:textId="77777777" w:rsidR="005B42CB" w:rsidRPr="006F7332" w:rsidRDefault="005B42CB" w:rsidP="005B42CB">
      <w:pPr>
        <w:keepNext/>
        <w:keepLines/>
        <w:jc w:val="center"/>
        <w:rPr>
          <w:sz w:val="28"/>
          <w:szCs w:val="28"/>
          <w:lang w:val="kk-KZ"/>
        </w:rPr>
      </w:pPr>
      <w:r w:rsidRPr="006F7332">
        <w:rPr>
          <w:sz w:val="28"/>
          <w:szCs w:val="28"/>
          <w:lang w:val="kk-KZ"/>
        </w:rPr>
        <w:t>№ 356 сайлау учаскесі</w:t>
      </w:r>
    </w:p>
    <w:p w14:paraId="2D20505B"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А. Затаевич көшесі, № 12)</w:t>
      </w:r>
    </w:p>
    <w:p w14:paraId="4BB7731F" w14:textId="77777777" w:rsidR="005B42CB" w:rsidRPr="006F7332" w:rsidRDefault="005B42CB" w:rsidP="005B42CB">
      <w:pPr>
        <w:keepNext/>
        <w:jc w:val="both"/>
        <w:rPr>
          <w:lang w:val="kk-KZ"/>
        </w:rPr>
      </w:pPr>
    </w:p>
    <w:p w14:paraId="57C851B7"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И. Құтпанұлы көшесіне дейін,</w:t>
      </w:r>
      <w:r w:rsidRPr="006F7332">
        <w:rPr>
          <w:sz w:val="28"/>
          <w:szCs w:val="28"/>
          <w:lang w:val="kk-KZ"/>
        </w:rPr>
        <w:br/>
        <w:t>И. Құтпанұлы көшесінен Біржан сал көшесіне дейін, Біржан сал көшесінен,</w:t>
      </w:r>
      <w:r w:rsidRPr="006F7332">
        <w:rPr>
          <w:sz w:val="28"/>
          <w:szCs w:val="28"/>
          <w:lang w:val="kk-KZ"/>
        </w:rPr>
        <w:br/>
        <w:t>І. Есенберлин көшесіндегі № 9/1, 11, 11/1 үйлерді және Біржан сал көшесіндегі</w:t>
      </w:r>
      <w:r w:rsidRPr="006F7332">
        <w:rPr>
          <w:sz w:val="28"/>
          <w:szCs w:val="28"/>
          <w:lang w:val="kk-KZ"/>
        </w:rPr>
        <w:br/>
        <w:t>№ 2, 2/1 үйлерді қоса алғанда, І. Есенберлин көшесіне дейін, І. Есенберлин көшесінен Сарыбұлақ бұлағына дейін.</w:t>
      </w:r>
    </w:p>
    <w:p w14:paraId="3AF3B113" w14:textId="77777777" w:rsidR="005B42CB" w:rsidRPr="006F7332" w:rsidRDefault="005B42CB" w:rsidP="005B42CB">
      <w:pPr>
        <w:jc w:val="both"/>
        <w:rPr>
          <w:lang w:val="kk-KZ"/>
        </w:rPr>
      </w:pPr>
    </w:p>
    <w:p w14:paraId="31DCE658" w14:textId="77777777" w:rsidR="005B42CB" w:rsidRPr="006F7332" w:rsidRDefault="005B42CB" w:rsidP="005B42CB">
      <w:pPr>
        <w:keepNext/>
        <w:keepLines/>
        <w:jc w:val="center"/>
        <w:rPr>
          <w:sz w:val="28"/>
          <w:szCs w:val="28"/>
          <w:lang w:val="kk-KZ"/>
        </w:rPr>
      </w:pPr>
      <w:r w:rsidRPr="006F7332">
        <w:rPr>
          <w:sz w:val="28"/>
          <w:szCs w:val="28"/>
          <w:lang w:val="kk-KZ"/>
        </w:rPr>
        <w:t>№ 357 сайлау учаскесі</w:t>
      </w:r>
    </w:p>
    <w:p w14:paraId="027D798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36 орта мектеп» коммуналдық мемлекеттік мекемесі, Қарасай батыр көшесі, № 10)</w:t>
      </w:r>
    </w:p>
    <w:p w14:paraId="22AC661F" w14:textId="77777777" w:rsidR="005B42CB" w:rsidRPr="006F7332" w:rsidRDefault="005B42CB" w:rsidP="005B42CB">
      <w:pPr>
        <w:keepNext/>
        <w:jc w:val="both"/>
        <w:rPr>
          <w:lang w:val="kk-KZ"/>
        </w:rPr>
      </w:pPr>
    </w:p>
    <w:p w14:paraId="4AD67593" w14:textId="77777777" w:rsidR="005B42CB" w:rsidRPr="006F7332" w:rsidRDefault="005B42CB" w:rsidP="005B42CB">
      <w:pPr>
        <w:ind w:firstLine="709"/>
        <w:jc w:val="both"/>
        <w:rPr>
          <w:sz w:val="28"/>
          <w:szCs w:val="28"/>
          <w:lang w:val="kk-KZ"/>
        </w:rPr>
      </w:pPr>
      <w:r w:rsidRPr="006F7332">
        <w:rPr>
          <w:sz w:val="28"/>
          <w:szCs w:val="28"/>
          <w:lang w:val="kk-KZ"/>
        </w:rPr>
        <w:t>Шекарасы: Қарталы көшесінен, Аспара көшесіндегі № 4/3 үйді қоса алғанда, теміржол жолдарына дейін, теміржол жолдарынан, И. Гете көшесіндегі № 1/3 үйді және Қарасай батыр көшесіндегі № 2, 2к үйлерді қоспағанда, Қарасай батыр көшесіне дейін, Қарасай батыр көшесінен, Қарасай батыр көшесіндегі</w:t>
      </w:r>
      <w:r w:rsidRPr="006F7332">
        <w:rPr>
          <w:sz w:val="28"/>
          <w:szCs w:val="28"/>
          <w:lang w:val="kk-KZ"/>
        </w:rPr>
        <w:br/>
        <w:t>№ 15, 19, 25 үйлерді қоса алғанда, Қарталы көшесіне дейін.</w:t>
      </w:r>
    </w:p>
    <w:p w14:paraId="20696FBB" w14:textId="77777777" w:rsidR="005B42CB" w:rsidRPr="006F7332" w:rsidRDefault="005B42CB" w:rsidP="005B42CB">
      <w:pPr>
        <w:jc w:val="both"/>
        <w:rPr>
          <w:lang w:val="kk-KZ"/>
        </w:rPr>
      </w:pPr>
    </w:p>
    <w:p w14:paraId="07F01EEC" w14:textId="77777777" w:rsidR="005B42CB" w:rsidRPr="006F7332" w:rsidRDefault="005B42CB" w:rsidP="005B42CB">
      <w:pPr>
        <w:keepNext/>
        <w:keepLines/>
        <w:jc w:val="center"/>
        <w:rPr>
          <w:sz w:val="28"/>
          <w:szCs w:val="28"/>
          <w:lang w:val="kk-KZ"/>
        </w:rPr>
      </w:pPr>
      <w:r w:rsidRPr="006F7332">
        <w:rPr>
          <w:sz w:val="28"/>
          <w:szCs w:val="28"/>
          <w:lang w:val="kk-KZ"/>
        </w:rPr>
        <w:t>№ 358 сайлау учаскесі</w:t>
      </w:r>
    </w:p>
    <w:p w14:paraId="21DEE9E0"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«Жастар театры» мемлекеттік коммуналдық қазыналық кәсіпорны, І. Есенберлин көшесі, № 10)</w:t>
      </w:r>
    </w:p>
    <w:p w14:paraId="7FBEFB4E" w14:textId="77777777" w:rsidR="005B42CB" w:rsidRPr="006F7332" w:rsidRDefault="005B42CB" w:rsidP="005B42CB">
      <w:pPr>
        <w:keepNext/>
        <w:jc w:val="both"/>
        <w:rPr>
          <w:lang w:val="kk-KZ"/>
        </w:rPr>
      </w:pPr>
    </w:p>
    <w:p w14:paraId="5CBBE3BC"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І. Есенберлин көшесіне дейін,</w:t>
      </w:r>
      <w:r w:rsidRPr="006F7332">
        <w:rPr>
          <w:sz w:val="28"/>
          <w:szCs w:val="28"/>
          <w:lang w:val="kk-KZ"/>
        </w:rPr>
        <w:br/>
        <w:t>І. Есенберлин көшесінен А. Затаевич көшесіне дейін, А. Затаевич көшесінен,</w:t>
      </w:r>
      <w:r w:rsidRPr="006F7332">
        <w:rPr>
          <w:sz w:val="28"/>
          <w:szCs w:val="28"/>
          <w:lang w:val="kk-KZ"/>
        </w:rPr>
        <w:br/>
        <w:t>А. Затаевич көшесіндегі № 2, 2/1 үйлерді қоса алғанда, Сарыбұлақ бұлағына дейін.</w:t>
      </w:r>
    </w:p>
    <w:p w14:paraId="2F1C7BA4" w14:textId="77777777" w:rsidR="005B42CB" w:rsidRPr="006F7332" w:rsidRDefault="005B42CB" w:rsidP="005B42CB">
      <w:pPr>
        <w:jc w:val="both"/>
        <w:rPr>
          <w:lang w:val="kk-KZ"/>
        </w:rPr>
      </w:pPr>
    </w:p>
    <w:p w14:paraId="72BFFBF8" w14:textId="77777777" w:rsidR="005B42CB" w:rsidRPr="006F7332" w:rsidRDefault="005B42CB" w:rsidP="005B42CB">
      <w:pPr>
        <w:keepNext/>
        <w:keepLines/>
        <w:jc w:val="center"/>
        <w:rPr>
          <w:sz w:val="28"/>
          <w:szCs w:val="28"/>
          <w:lang w:val="kk-KZ"/>
        </w:rPr>
      </w:pPr>
      <w:r w:rsidRPr="006F7332">
        <w:rPr>
          <w:sz w:val="28"/>
          <w:szCs w:val="28"/>
          <w:lang w:val="kk-KZ"/>
        </w:rPr>
        <w:lastRenderedPageBreak/>
        <w:t>№ 359 сайлау учаскесі</w:t>
      </w:r>
    </w:p>
    <w:p w14:paraId="4A325E8A"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36 орта мектеп» коммуналдық мемлекеттік мекемесі, Қарасай батыр көшесі, № 10)</w:t>
      </w:r>
    </w:p>
    <w:p w14:paraId="0961C14F" w14:textId="77777777" w:rsidR="005B42CB" w:rsidRPr="006F7332" w:rsidRDefault="005B42CB" w:rsidP="005B42CB">
      <w:pPr>
        <w:keepNext/>
        <w:jc w:val="both"/>
        <w:rPr>
          <w:lang w:val="kk-KZ"/>
        </w:rPr>
      </w:pPr>
    </w:p>
    <w:p w14:paraId="064199C4" w14:textId="77777777" w:rsidR="005B42CB" w:rsidRPr="006F7332" w:rsidRDefault="005B42CB" w:rsidP="005B42CB">
      <w:pPr>
        <w:ind w:firstLine="709"/>
        <w:jc w:val="both"/>
        <w:rPr>
          <w:sz w:val="28"/>
          <w:szCs w:val="28"/>
          <w:lang w:val="kk-KZ"/>
        </w:rPr>
      </w:pPr>
      <w:r w:rsidRPr="006F7332">
        <w:rPr>
          <w:sz w:val="28"/>
          <w:szCs w:val="28"/>
          <w:lang w:val="kk-KZ"/>
        </w:rPr>
        <w:t>Шекарасы: К. Байсейітова көшесінен, Қарасай батыр көшесіндегі № 15, 19, 25 үйлерді қоспағанда, Бұланты көшесіне дейін, Бұланты көшесінен Қарасай батыр көшесінің тақ сандар жағымен Сарыбұлақ бұлағына дейін, Сарыбұлақ бұлағының оң жағалауымен Мартылоги көшесіне дейін, Мартылоги көшесінің жұп сандар жағымен, С. Мұхамеджанов көшесіндегі № 55, 55Б үйлерді және Мұзтау көшесіндегі № 9 үйді қоспағанда, Ш. Бейсекова көшесіне дейін,</w:t>
      </w:r>
      <w:r w:rsidRPr="006F7332">
        <w:rPr>
          <w:sz w:val="28"/>
          <w:szCs w:val="28"/>
          <w:lang w:val="kk-KZ"/>
        </w:rPr>
        <w:br/>
        <w:t>Ш. Бейсекова көшесінен Конституция көшесіне дейін, Конституция көшесінің жұп сандар жағымен К. Байсейітова көшесіне дейін.</w:t>
      </w:r>
    </w:p>
    <w:p w14:paraId="1DB4B22C" w14:textId="77777777" w:rsidR="005B42CB" w:rsidRPr="006F7332" w:rsidRDefault="005B42CB" w:rsidP="005B42CB">
      <w:pPr>
        <w:jc w:val="both"/>
        <w:rPr>
          <w:lang w:val="kk-KZ"/>
        </w:rPr>
      </w:pPr>
    </w:p>
    <w:p w14:paraId="3823FDC7" w14:textId="77777777" w:rsidR="005B42CB" w:rsidRPr="006F7332" w:rsidRDefault="005B42CB" w:rsidP="005B42CB">
      <w:pPr>
        <w:keepNext/>
        <w:keepLines/>
        <w:jc w:val="center"/>
        <w:rPr>
          <w:sz w:val="28"/>
          <w:szCs w:val="28"/>
          <w:lang w:val="kk-KZ"/>
        </w:rPr>
      </w:pPr>
      <w:r w:rsidRPr="006F7332">
        <w:rPr>
          <w:sz w:val="28"/>
          <w:szCs w:val="28"/>
          <w:lang w:val="kk-KZ"/>
        </w:rPr>
        <w:t>№ 360 сайлау учаскесі</w:t>
      </w:r>
    </w:p>
    <w:p w14:paraId="57CB932F"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«Қаныш Сәтбаев атындағы </w:t>
      </w:r>
      <w:r>
        <w:rPr>
          <w:sz w:val="28"/>
          <w:szCs w:val="28"/>
          <w:lang w:val="kk-KZ"/>
        </w:rPr>
        <w:br/>
      </w:r>
      <w:r w:rsidRPr="006F7332">
        <w:rPr>
          <w:sz w:val="28"/>
          <w:szCs w:val="28"/>
          <w:lang w:val="kk-KZ"/>
        </w:rPr>
        <w:t>№ 61 мектеп-лицей» шаруашылық жүргізу құқығындағы мемлекеттік коммуналдық кәсіпорны, Конституция көшесі, № 33)</w:t>
      </w:r>
    </w:p>
    <w:p w14:paraId="37DA4E63" w14:textId="77777777" w:rsidR="005B42CB" w:rsidRPr="006F7332" w:rsidRDefault="005B42CB" w:rsidP="005B42CB">
      <w:pPr>
        <w:keepNext/>
        <w:jc w:val="both"/>
        <w:rPr>
          <w:lang w:val="kk-KZ"/>
        </w:rPr>
      </w:pPr>
    </w:p>
    <w:p w14:paraId="4CFDFD69" w14:textId="77777777" w:rsidR="005B42CB" w:rsidRPr="006F7332" w:rsidRDefault="005B42CB" w:rsidP="005B42CB">
      <w:pPr>
        <w:ind w:firstLine="709"/>
        <w:jc w:val="both"/>
        <w:rPr>
          <w:sz w:val="28"/>
          <w:szCs w:val="28"/>
          <w:lang w:val="kk-KZ"/>
        </w:rPr>
      </w:pPr>
      <w:r w:rsidRPr="006F7332">
        <w:rPr>
          <w:sz w:val="28"/>
          <w:szCs w:val="28"/>
          <w:lang w:val="kk-KZ"/>
        </w:rPr>
        <w:t>Шекарасы: Қарасай батыр көшесінен Қарталы көшесінің жұп сандар жағымен М. Дулатов көшесіне дейін, М. Дулатов көшесінің жұп сандар жағымен, Жалын көшесіндегі № 26 үйді және Жидебай көшесіндегі № 22Б үйді қоса алғанда, Аспара көшесіне дейін, Аспара көшесінен Қатонқарағай көшесіне дейін, Қатонқарағай көшесінен Медеу көшесіне дейін, Медеу көшесінен, Медеу көшесіндегі № 43, 45, 45Б үйлерді және Конституция көшесіндегі № 33 үйді қоса алғанда, Аспара көшесіне дейін, Аспара көшесінен Қарасай батыр көшесіне дейін.</w:t>
      </w:r>
    </w:p>
    <w:p w14:paraId="46EF8FFE" w14:textId="77777777" w:rsidR="005B42CB" w:rsidRPr="006F7332" w:rsidRDefault="005B42CB" w:rsidP="005B42CB">
      <w:pPr>
        <w:jc w:val="both"/>
        <w:rPr>
          <w:lang w:val="kk-KZ"/>
        </w:rPr>
      </w:pPr>
    </w:p>
    <w:p w14:paraId="6F73DDDC" w14:textId="77777777" w:rsidR="005B42CB" w:rsidRPr="006F7332" w:rsidRDefault="005B42CB" w:rsidP="005B42CB">
      <w:pPr>
        <w:keepNext/>
        <w:keepLines/>
        <w:jc w:val="center"/>
        <w:rPr>
          <w:sz w:val="28"/>
          <w:szCs w:val="28"/>
          <w:lang w:val="kk-KZ"/>
        </w:rPr>
      </w:pPr>
      <w:r w:rsidRPr="006F7332">
        <w:rPr>
          <w:sz w:val="28"/>
          <w:szCs w:val="28"/>
          <w:lang w:val="kk-KZ"/>
        </w:rPr>
        <w:t>№ 361 сайлау учаскесі</w:t>
      </w:r>
    </w:p>
    <w:p w14:paraId="4B1331E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26 мектеп-гимназия» шаруашылық жүргізу құқығындағы мемлекеттік коммуналдық кәсіпорны, </w:t>
      </w:r>
      <w:r>
        <w:rPr>
          <w:sz w:val="28"/>
          <w:szCs w:val="28"/>
          <w:lang w:val="kk-KZ"/>
        </w:rPr>
        <w:br/>
      </w:r>
      <w:r w:rsidRPr="006F7332">
        <w:rPr>
          <w:sz w:val="28"/>
          <w:szCs w:val="28"/>
          <w:lang w:val="kk-KZ"/>
        </w:rPr>
        <w:t>Конституция көшесі, № 24)</w:t>
      </w:r>
    </w:p>
    <w:p w14:paraId="3A6EB48D" w14:textId="77777777" w:rsidR="005B42CB" w:rsidRPr="006F7332" w:rsidRDefault="005B42CB" w:rsidP="005B42CB">
      <w:pPr>
        <w:keepNext/>
        <w:jc w:val="both"/>
        <w:rPr>
          <w:lang w:val="kk-KZ"/>
        </w:rPr>
      </w:pPr>
    </w:p>
    <w:p w14:paraId="44115732" w14:textId="77777777" w:rsidR="005B42CB" w:rsidRPr="006F7332" w:rsidRDefault="005B42CB" w:rsidP="005B42CB">
      <w:pPr>
        <w:ind w:firstLine="709"/>
        <w:jc w:val="both"/>
        <w:rPr>
          <w:sz w:val="28"/>
          <w:szCs w:val="28"/>
          <w:lang w:val="kk-KZ"/>
        </w:rPr>
      </w:pPr>
      <w:r w:rsidRPr="006F7332">
        <w:rPr>
          <w:sz w:val="28"/>
          <w:szCs w:val="28"/>
          <w:lang w:val="kk-KZ"/>
        </w:rPr>
        <w:t>Шекарасы: Қарасай батыр көшесінен Қарталы көшесінің жұп сандар жағымен теміржол жолдарына дейін, теміржол жолдарымен, Р. Дүйсенбаев көшесіндегі № 1а үйді қоса алғанда, Жерұйық көшесіне дейін, Жерұйық көшесінен, Р. Дүйсенбаев көшесіндегі № 23Б үйді қоспағанда және Р. Дүйсенбаев көшесіндегі № 29а үйді қоса алғанда, Әулие ата көшесіне дейін, Әулие ата көшесінен, Әулие ата көшесіндегі № 75/2, 81 үйлерді қоспағанда және Ш. Бөкеев көшесіндегі № 40д, 40д/1 үйлерді қоса алғанда, № 49 көшеге дейін, № 49 көшеден, Ш. Бөкеев көшесіндегі № 50 үйді, Күршім орамындағы № 8а, 13 үйлерді және Оқжетпес көшесіндегі № 102 үйді қоспағанда, Оқжетпес көшесіне дейін, Оқжетпес көшесінен Медеу көшесіне дейін, Медеу көшесінен, Медеу көшесіндегі № 43, 45, 45Б үйлерді және Конституция көшесіндегі № 33 үйді қоспағанда, Аспара көшесіне дейін, Аспара көшесінен Қарасай батыр көшесіне дейін.</w:t>
      </w:r>
    </w:p>
    <w:p w14:paraId="684AE810" w14:textId="77777777" w:rsidR="005B42CB" w:rsidRPr="006F7332" w:rsidRDefault="005B42CB" w:rsidP="005B42CB">
      <w:pPr>
        <w:jc w:val="both"/>
        <w:rPr>
          <w:lang w:val="kk-KZ"/>
        </w:rPr>
      </w:pPr>
    </w:p>
    <w:p w14:paraId="1CB591EB" w14:textId="77777777" w:rsidR="005B42CB" w:rsidRPr="006F7332" w:rsidRDefault="005B42CB" w:rsidP="005B42CB">
      <w:pPr>
        <w:keepNext/>
        <w:keepLines/>
        <w:jc w:val="center"/>
        <w:rPr>
          <w:sz w:val="28"/>
          <w:szCs w:val="28"/>
          <w:lang w:val="kk-KZ"/>
        </w:rPr>
      </w:pPr>
      <w:r w:rsidRPr="006F7332">
        <w:rPr>
          <w:sz w:val="28"/>
          <w:szCs w:val="28"/>
          <w:lang w:val="kk-KZ"/>
        </w:rPr>
        <w:lastRenderedPageBreak/>
        <w:t>№ 362 сайлау учаскесі</w:t>
      </w:r>
    </w:p>
    <w:p w14:paraId="7CABB19E"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p w14:paraId="61CA0504" w14:textId="77777777" w:rsidR="005B42CB" w:rsidRPr="006F7332" w:rsidRDefault="005B42CB" w:rsidP="005B42CB">
      <w:pPr>
        <w:keepNext/>
        <w:jc w:val="both"/>
        <w:rPr>
          <w:lang w:val="kk-KZ"/>
        </w:rPr>
      </w:pPr>
    </w:p>
    <w:p w14:paraId="1E2F45CB" w14:textId="77777777" w:rsidR="005B42CB" w:rsidRPr="006F7332" w:rsidRDefault="005B42CB" w:rsidP="005B42CB">
      <w:pPr>
        <w:ind w:firstLine="709"/>
        <w:jc w:val="both"/>
        <w:rPr>
          <w:sz w:val="28"/>
          <w:szCs w:val="28"/>
          <w:lang w:val="kk-KZ"/>
        </w:rPr>
      </w:pPr>
      <w:r w:rsidRPr="006F7332">
        <w:rPr>
          <w:sz w:val="28"/>
          <w:szCs w:val="28"/>
          <w:lang w:val="kk-KZ"/>
        </w:rPr>
        <w:t>Шекарасы: Конституция көшесінен Ш. Бейсекова көшесіне дейін,</w:t>
      </w:r>
      <w:r w:rsidRPr="006F7332">
        <w:rPr>
          <w:sz w:val="28"/>
          <w:szCs w:val="28"/>
          <w:lang w:val="kk-KZ"/>
        </w:rPr>
        <w:br/>
        <w:t>Ш. Бейсекова көшесінен Оғыланды көшесіне дейін, Оғыланды көшесінен,</w:t>
      </w:r>
      <w:r w:rsidRPr="006F7332">
        <w:rPr>
          <w:sz w:val="28"/>
          <w:szCs w:val="28"/>
          <w:lang w:val="kk-KZ"/>
        </w:rPr>
        <w:br/>
        <w:t xml:space="preserve">Ш. Бейсекова көшесіндегі № 13/5, 13/6 үйлерді және Оғыланды көшесіндегі </w:t>
      </w:r>
      <w:r>
        <w:rPr>
          <w:sz w:val="28"/>
          <w:szCs w:val="28"/>
          <w:lang w:val="kk-KZ"/>
        </w:rPr>
        <w:br/>
      </w:r>
      <w:r w:rsidRPr="006F7332">
        <w:rPr>
          <w:sz w:val="28"/>
          <w:szCs w:val="28"/>
          <w:lang w:val="kk-KZ"/>
        </w:rPr>
        <w:t>№ 1 үйді қоспағанда, К. Байсейітова көшесіне дейін, К. Байсейітова көшесінен</w:t>
      </w:r>
      <w:r w:rsidRPr="006F7332">
        <w:rPr>
          <w:sz w:val="28"/>
          <w:szCs w:val="28"/>
          <w:lang w:val="kk-KZ"/>
        </w:rPr>
        <w:br/>
        <w:t>М. Дулатов көшесіне дейін, М. Дулатов көшесінен, К. Байсейітова көшесіндегі</w:t>
      </w:r>
      <w:r w:rsidRPr="006F7332">
        <w:rPr>
          <w:sz w:val="28"/>
          <w:szCs w:val="28"/>
          <w:lang w:val="kk-KZ"/>
        </w:rPr>
        <w:br/>
        <w:t>№ 10, 10/1 үйлерді қоса алғанда, Қызылсу көшесіне дейін, Қызылсу көшесінен Конституция көшесіне дейін.</w:t>
      </w:r>
    </w:p>
    <w:p w14:paraId="16954056" w14:textId="77777777" w:rsidR="005B42CB" w:rsidRPr="006F7332" w:rsidRDefault="005B42CB" w:rsidP="005B42CB">
      <w:pPr>
        <w:jc w:val="both"/>
        <w:rPr>
          <w:lang w:val="kk-KZ"/>
        </w:rPr>
      </w:pPr>
    </w:p>
    <w:p w14:paraId="76D1D092" w14:textId="77777777" w:rsidR="005B42CB" w:rsidRPr="006F7332" w:rsidRDefault="005B42CB" w:rsidP="005B42CB">
      <w:pPr>
        <w:keepNext/>
        <w:keepLines/>
        <w:jc w:val="center"/>
        <w:rPr>
          <w:sz w:val="28"/>
          <w:szCs w:val="28"/>
          <w:lang w:val="kk-KZ"/>
        </w:rPr>
      </w:pPr>
      <w:r w:rsidRPr="006F7332">
        <w:rPr>
          <w:sz w:val="28"/>
          <w:szCs w:val="28"/>
          <w:lang w:val="kk-KZ"/>
        </w:rPr>
        <w:t>№ 363 сайлау учаскесі</w:t>
      </w:r>
    </w:p>
    <w:p w14:paraId="6A3B6D1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04D61050" w14:textId="77777777" w:rsidR="005B42CB" w:rsidRPr="006F7332" w:rsidRDefault="005B42CB" w:rsidP="005B42CB">
      <w:pPr>
        <w:keepNext/>
        <w:jc w:val="both"/>
        <w:rPr>
          <w:lang w:val="kk-KZ"/>
        </w:rPr>
      </w:pPr>
    </w:p>
    <w:p w14:paraId="233C7C92"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Оғыланды көшесінен, Ш. Бейсекова көшесіндегі № 13/5, </w:t>
      </w:r>
      <w:r>
        <w:rPr>
          <w:sz w:val="28"/>
          <w:szCs w:val="28"/>
          <w:lang w:val="kk-KZ"/>
        </w:rPr>
        <w:br/>
      </w:r>
      <w:r w:rsidRPr="006F7332">
        <w:rPr>
          <w:sz w:val="28"/>
          <w:szCs w:val="28"/>
          <w:lang w:val="kk-KZ"/>
        </w:rPr>
        <w:t>13/6 және Оғыланды көшесіндегі № 1 үйлерді қоса алғанда, Мартылоги көшесіне дейін, Мартылоги көшесінен, С. Мұхамеджанов көшесіндегі № 55, 55Б үйлерді және Мұзтау көшесіндегі № 9 үйді қоса алғанда, Сарыбұлақ бұлағына дейін, Сарыбұлақ бұлағынан, Ш. Бейсекова көшесіндегі № 4/2, 4/2е, 4/3, 4/3а, 4/3Б, 4/4, 4/5Б, 4/5е, 4/5д, 4/6 үйлерді қоса алғанда, Фахд бен Абдул Азиз көшесіне дейін, Фахд бен Абдул Азиз көшесінен К. Байсейітова көшесіне дейін, К. Байсейітова көшесінен Оғыланды көшесіне дейін.</w:t>
      </w:r>
    </w:p>
    <w:p w14:paraId="6283A6A8" w14:textId="77777777" w:rsidR="005B42CB" w:rsidRPr="006F7332" w:rsidRDefault="005B42CB" w:rsidP="005B42CB">
      <w:pPr>
        <w:jc w:val="both"/>
        <w:rPr>
          <w:lang w:val="kk-KZ"/>
        </w:rPr>
      </w:pPr>
    </w:p>
    <w:p w14:paraId="6F9D6F05" w14:textId="77777777" w:rsidR="005B42CB" w:rsidRPr="006F7332" w:rsidRDefault="005B42CB" w:rsidP="005B42CB">
      <w:pPr>
        <w:keepNext/>
        <w:keepLines/>
        <w:jc w:val="center"/>
        <w:rPr>
          <w:sz w:val="28"/>
          <w:szCs w:val="28"/>
          <w:lang w:val="kk-KZ"/>
        </w:rPr>
      </w:pPr>
      <w:r w:rsidRPr="006F7332">
        <w:rPr>
          <w:sz w:val="28"/>
          <w:szCs w:val="28"/>
          <w:lang w:val="kk-KZ"/>
        </w:rPr>
        <w:t>№ 364 сайлау учаскесі</w:t>
      </w:r>
    </w:p>
    <w:p w14:paraId="05B8F38D"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23642EE2" w14:textId="77777777" w:rsidR="005B42CB" w:rsidRPr="006F7332" w:rsidRDefault="005B42CB" w:rsidP="005B42CB">
      <w:pPr>
        <w:keepNext/>
        <w:jc w:val="both"/>
        <w:rPr>
          <w:lang w:val="kk-KZ"/>
        </w:rPr>
      </w:pPr>
    </w:p>
    <w:p w14:paraId="55675297" w14:textId="77777777" w:rsidR="005B42CB" w:rsidRPr="006F7332" w:rsidRDefault="005B42CB" w:rsidP="005B42CB">
      <w:pPr>
        <w:ind w:firstLine="709"/>
        <w:jc w:val="both"/>
        <w:rPr>
          <w:sz w:val="28"/>
          <w:szCs w:val="28"/>
          <w:lang w:val="kk-KZ"/>
        </w:rPr>
      </w:pPr>
      <w:r w:rsidRPr="006F7332">
        <w:rPr>
          <w:sz w:val="28"/>
          <w:szCs w:val="28"/>
          <w:lang w:val="kk-KZ"/>
        </w:rPr>
        <w:t>Шекарасы: Фахд бен Абдул Азиз көшесінен, Ш. Бейсекова көшесіндегі</w:t>
      </w:r>
      <w:r w:rsidRPr="006F7332">
        <w:rPr>
          <w:sz w:val="28"/>
          <w:szCs w:val="28"/>
          <w:lang w:val="kk-KZ"/>
        </w:rPr>
        <w:br/>
        <w:t>№ 4/2, 4/2е, 4/3, 4/3а, 4/3Б, 4/4, 4/5Б, 4/5е, 4/5д, 4/6 үйлерді қоспағанда, Сарыбұлақ бұлағына дейін, Сарыбұлақ бұлағынан Н. Тілендиев даңғылына дейін,</w:t>
      </w:r>
      <w:r w:rsidRPr="006F7332">
        <w:rPr>
          <w:sz w:val="28"/>
          <w:szCs w:val="28"/>
          <w:lang w:val="kk-KZ"/>
        </w:rPr>
        <w:br/>
        <w:t>Н. Тілендиев даңғылынан Ақан сері көшесіне дейін, Ақан сері көшесінен Талапкер орамына дейін, Талапкер орамымен К. Байсейітова көшесіне дейін,</w:t>
      </w:r>
      <w:r w:rsidRPr="006F7332">
        <w:rPr>
          <w:sz w:val="28"/>
          <w:szCs w:val="28"/>
          <w:lang w:val="kk-KZ"/>
        </w:rPr>
        <w:br/>
        <w:t>К. Байсейітова көшесінен Фахд бен Абдул Азиз көшесіне дейін.</w:t>
      </w:r>
    </w:p>
    <w:p w14:paraId="77D8576C" w14:textId="77777777" w:rsidR="005B42CB" w:rsidRPr="006F7332" w:rsidRDefault="005B42CB" w:rsidP="005B42CB">
      <w:pPr>
        <w:jc w:val="both"/>
        <w:rPr>
          <w:lang w:val="kk-KZ"/>
        </w:rPr>
      </w:pPr>
    </w:p>
    <w:p w14:paraId="419ED201" w14:textId="77777777" w:rsidR="005B42CB" w:rsidRPr="006F7332" w:rsidRDefault="005B42CB" w:rsidP="005B42CB">
      <w:pPr>
        <w:keepNext/>
        <w:keepLines/>
        <w:jc w:val="center"/>
        <w:rPr>
          <w:sz w:val="28"/>
          <w:szCs w:val="28"/>
          <w:lang w:val="kk-KZ"/>
        </w:rPr>
      </w:pPr>
      <w:r w:rsidRPr="006F7332">
        <w:rPr>
          <w:sz w:val="28"/>
          <w:szCs w:val="28"/>
          <w:lang w:val="kk-KZ"/>
        </w:rPr>
        <w:t>№ 365 сайлау учаскесі</w:t>
      </w:r>
    </w:p>
    <w:p w14:paraId="04EB4F4D"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p w14:paraId="524DF5C4" w14:textId="77777777" w:rsidR="005B42CB" w:rsidRPr="006F7332" w:rsidRDefault="005B42CB" w:rsidP="005B42CB">
      <w:pPr>
        <w:keepNext/>
        <w:jc w:val="both"/>
        <w:rPr>
          <w:lang w:val="kk-KZ"/>
        </w:rPr>
      </w:pPr>
    </w:p>
    <w:p w14:paraId="13DA5445" w14:textId="6E57B04C" w:rsidR="005B42CB" w:rsidRPr="006F7332" w:rsidRDefault="005B42CB" w:rsidP="005B42CB">
      <w:pPr>
        <w:ind w:firstLine="709"/>
        <w:jc w:val="both"/>
        <w:rPr>
          <w:sz w:val="28"/>
          <w:szCs w:val="28"/>
          <w:lang w:val="kk-KZ"/>
        </w:rPr>
      </w:pPr>
      <w:r w:rsidRPr="006F7332">
        <w:rPr>
          <w:sz w:val="28"/>
          <w:szCs w:val="28"/>
          <w:lang w:val="kk-KZ"/>
        </w:rPr>
        <w:t xml:space="preserve">Шекарасы: М. Дулатов көшесінен Қарталы көшесінің тақ сандар жағымен Қарасай батыр көшесіне дейін, Қарасай батыр көшесінен К. Байсейітова көшесіне дейін, К. Байсейітова көшесінің жұп сандар жағымен Конституция </w:t>
      </w:r>
      <w:r w:rsidRPr="006F7332">
        <w:rPr>
          <w:sz w:val="28"/>
          <w:szCs w:val="28"/>
          <w:lang w:val="kk-KZ"/>
        </w:rPr>
        <w:lastRenderedPageBreak/>
        <w:t>көшесіне дейін, Конституция көшесінен Қызылсу көшесіне дейін, Қызылсу көшесінің жұп сандар жағымен, К. Байсейітова көшесіндегі № 10, 10/1 үйлерді қоспағанда,</w:t>
      </w:r>
      <w:r w:rsidR="00E77178" w:rsidRPr="00E77178">
        <w:rPr>
          <w:sz w:val="28"/>
          <w:szCs w:val="28"/>
          <w:lang w:val="kk-KZ"/>
        </w:rPr>
        <w:t xml:space="preserve"> </w:t>
      </w:r>
      <w:r w:rsidRPr="006F7332">
        <w:rPr>
          <w:sz w:val="28"/>
          <w:szCs w:val="28"/>
          <w:lang w:val="kk-KZ"/>
        </w:rPr>
        <w:t>М. Дулатов көшесіне дейін, М. Дулатов көшесінен Қарталы көшесіне дейін.</w:t>
      </w:r>
    </w:p>
    <w:p w14:paraId="39DF9C68" w14:textId="77777777" w:rsidR="005B42CB" w:rsidRPr="006F7332" w:rsidRDefault="005B42CB" w:rsidP="005B42CB">
      <w:pPr>
        <w:jc w:val="both"/>
        <w:rPr>
          <w:lang w:val="kk-KZ"/>
        </w:rPr>
      </w:pPr>
    </w:p>
    <w:p w14:paraId="5280043E" w14:textId="77777777" w:rsidR="005B42CB" w:rsidRPr="006F7332" w:rsidRDefault="005B42CB" w:rsidP="005B42CB">
      <w:pPr>
        <w:keepNext/>
        <w:keepLines/>
        <w:jc w:val="center"/>
        <w:rPr>
          <w:sz w:val="28"/>
          <w:szCs w:val="28"/>
          <w:lang w:val="kk-KZ"/>
        </w:rPr>
      </w:pPr>
      <w:r w:rsidRPr="006F7332">
        <w:rPr>
          <w:sz w:val="28"/>
          <w:szCs w:val="28"/>
          <w:lang w:val="kk-KZ"/>
        </w:rPr>
        <w:t>№ 366 сайлау учаскесі</w:t>
      </w:r>
    </w:p>
    <w:p w14:paraId="142F9CC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«Шәкен Айманов атындағы </w:t>
      </w:r>
      <w:r>
        <w:rPr>
          <w:sz w:val="28"/>
          <w:szCs w:val="28"/>
          <w:lang w:val="kk-KZ"/>
        </w:rPr>
        <w:br/>
      </w:r>
      <w:r w:rsidRPr="006F7332">
        <w:rPr>
          <w:sz w:val="28"/>
          <w:szCs w:val="28"/>
          <w:lang w:val="kk-KZ"/>
        </w:rPr>
        <w:t xml:space="preserve">№ 20 жалпы орта білім беретін мектеп» коммуналдық мемлекеттік мекемесі, </w:t>
      </w:r>
      <w:r w:rsidRPr="006F7332">
        <w:rPr>
          <w:sz w:val="28"/>
          <w:szCs w:val="28"/>
          <w:lang w:val="kk-KZ"/>
        </w:rPr>
        <w:br/>
        <w:t>Қарталы көшесі, № 62)</w:t>
      </w:r>
    </w:p>
    <w:p w14:paraId="019E91D5" w14:textId="77777777" w:rsidR="005B42CB" w:rsidRPr="006F7332" w:rsidRDefault="005B42CB" w:rsidP="005B42CB">
      <w:pPr>
        <w:keepNext/>
        <w:jc w:val="both"/>
        <w:rPr>
          <w:lang w:val="kk-KZ"/>
        </w:rPr>
      </w:pPr>
    </w:p>
    <w:p w14:paraId="3B4D3E71" w14:textId="77777777" w:rsidR="005B42CB" w:rsidRPr="006F7332" w:rsidRDefault="005B42CB" w:rsidP="005B42CB">
      <w:pPr>
        <w:ind w:firstLine="709"/>
        <w:jc w:val="both"/>
        <w:rPr>
          <w:sz w:val="28"/>
          <w:szCs w:val="28"/>
          <w:lang w:val="kk-KZ"/>
        </w:rPr>
      </w:pPr>
      <w:r w:rsidRPr="006F7332">
        <w:rPr>
          <w:sz w:val="28"/>
          <w:szCs w:val="28"/>
          <w:lang w:val="kk-KZ"/>
        </w:rPr>
        <w:t>Шекарасы: М. Дулатов көшесінен К. Байсейітова көшесінің жұп сандар жағымен М. Жәлел көшесіне дейін, М. Жәлел көшесінің жұп сандар жағымен Қарталы көшесіне дейін, Қарталы көшесінің тақ сандар жағымен М. Дулатов көшесіне дейін.</w:t>
      </w:r>
    </w:p>
    <w:p w14:paraId="1D615962" w14:textId="77777777" w:rsidR="005B42CB" w:rsidRPr="006F7332" w:rsidRDefault="005B42CB" w:rsidP="005B42CB">
      <w:pPr>
        <w:jc w:val="both"/>
        <w:rPr>
          <w:lang w:val="kk-KZ"/>
        </w:rPr>
      </w:pPr>
    </w:p>
    <w:p w14:paraId="3AAECBDC" w14:textId="77777777" w:rsidR="005B42CB" w:rsidRPr="006F7332" w:rsidRDefault="005B42CB" w:rsidP="005B42CB">
      <w:pPr>
        <w:keepNext/>
        <w:keepLines/>
        <w:jc w:val="center"/>
        <w:rPr>
          <w:sz w:val="28"/>
          <w:szCs w:val="28"/>
          <w:lang w:val="kk-KZ"/>
        </w:rPr>
      </w:pPr>
      <w:r w:rsidRPr="006F7332">
        <w:rPr>
          <w:sz w:val="28"/>
          <w:szCs w:val="28"/>
          <w:lang w:val="kk-KZ"/>
        </w:rPr>
        <w:t>№ 367 сайлау учаскесі</w:t>
      </w:r>
    </w:p>
    <w:p w14:paraId="5ECF86CB"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«Шәкен Айманов атындағы </w:t>
      </w:r>
      <w:r>
        <w:rPr>
          <w:sz w:val="28"/>
          <w:szCs w:val="28"/>
          <w:lang w:val="kk-KZ"/>
        </w:rPr>
        <w:br/>
      </w:r>
      <w:r w:rsidRPr="006F7332">
        <w:rPr>
          <w:sz w:val="28"/>
          <w:szCs w:val="28"/>
          <w:lang w:val="kk-KZ"/>
        </w:rPr>
        <w:t xml:space="preserve">№ 20 жалпы орта білім беретін мектеп» коммуналдық мемлекеттік мекемесі, </w:t>
      </w:r>
      <w:r w:rsidRPr="006F7332">
        <w:rPr>
          <w:sz w:val="28"/>
          <w:szCs w:val="28"/>
          <w:lang w:val="kk-KZ"/>
        </w:rPr>
        <w:br/>
        <w:t>Қарталы көшесі, № 62)</w:t>
      </w:r>
    </w:p>
    <w:p w14:paraId="5A730BB6" w14:textId="77777777" w:rsidR="005B42CB" w:rsidRPr="006F7332" w:rsidRDefault="005B42CB" w:rsidP="005B42CB">
      <w:pPr>
        <w:keepNext/>
        <w:jc w:val="both"/>
        <w:rPr>
          <w:lang w:val="kk-KZ"/>
        </w:rPr>
      </w:pPr>
    </w:p>
    <w:p w14:paraId="0A952986" w14:textId="77777777" w:rsidR="005B42CB" w:rsidRPr="006F7332" w:rsidRDefault="005B42CB" w:rsidP="005B42CB">
      <w:pPr>
        <w:ind w:firstLine="709"/>
        <w:jc w:val="both"/>
        <w:rPr>
          <w:sz w:val="28"/>
          <w:szCs w:val="28"/>
          <w:lang w:val="kk-KZ"/>
        </w:rPr>
      </w:pPr>
      <w:r w:rsidRPr="006F7332">
        <w:rPr>
          <w:sz w:val="28"/>
          <w:szCs w:val="28"/>
          <w:lang w:val="kk-KZ"/>
        </w:rPr>
        <w:t>Шекарасы: А. Герцен көшесінен Оқжетпес көшесіне дейін, Оқжетпес көшесінің жұп сандар жағымен Медеу көшесіне дейін, Медеу көшесінен Қатонқарағай көшесіне дейін, Қатонқарағай көшесінен Аспара көшесіне дейін, Аспара көшесінен М. Дулатов көшесіне дейін, М. Дулатов көшесінен, Жалын көшесіндегі № 26 үйді және Жидебай көшесіндегі № 22Б үйді қоспағанда, Қарталы көшесіне дейін, Қарталы көшесінің жұп сандар жағымен М. Жәлел көшесіне дейін, М. Жәлел көшесінен бастап А. Герцен көшесіне дейін.</w:t>
      </w:r>
    </w:p>
    <w:p w14:paraId="1766BC72" w14:textId="77777777" w:rsidR="005B42CB" w:rsidRPr="006F7332" w:rsidRDefault="005B42CB" w:rsidP="005B42CB">
      <w:pPr>
        <w:jc w:val="both"/>
        <w:rPr>
          <w:lang w:val="kk-KZ"/>
        </w:rPr>
      </w:pPr>
    </w:p>
    <w:p w14:paraId="5B580ED2" w14:textId="77777777" w:rsidR="005B42CB" w:rsidRPr="006F7332" w:rsidRDefault="005B42CB" w:rsidP="005B42CB">
      <w:pPr>
        <w:keepNext/>
        <w:keepLines/>
        <w:jc w:val="center"/>
        <w:rPr>
          <w:sz w:val="28"/>
          <w:szCs w:val="28"/>
          <w:lang w:val="kk-KZ"/>
        </w:rPr>
      </w:pPr>
      <w:r w:rsidRPr="006F7332">
        <w:rPr>
          <w:sz w:val="28"/>
          <w:szCs w:val="28"/>
          <w:lang w:val="kk-KZ"/>
        </w:rPr>
        <w:t>№ 368 сайлау учаскесі</w:t>
      </w:r>
    </w:p>
    <w:p w14:paraId="5C3D6AF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Жансүгіров атындағы </w:t>
      </w:r>
      <w:r>
        <w:rPr>
          <w:sz w:val="28"/>
          <w:szCs w:val="28"/>
          <w:lang w:val="kk-KZ"/>
        </w:rPr>
        <w:br/>
      </w:r>
      <w:r w:rsidRPr="006F7332">
        <w:rPr>
          <w:sz w:val="28"/>
          <w:szCs w:val="28"/>
          <w:lang w:val="kk-KZ"/>
        </w:rPr>
        <w:t>№ 58 мектеп-гимназия» шаруашылық жүргізу құқығындағы мемлекеттік коммуналдық кәсіпорны, Ақан сері көшесі, № 22)</w:t>
      </w:r>
    </w:p>
    <w:p w14:paraId="3B3DC6BF" w14:textId="77777777" w:rsidR="005B42CB" w:rsidRPr="006F7332" w:rsidRDefault="005B42CB" w:rsidP="005B42CB">
      <w:pPr>
        <w:keepNext/>
        <w:jc w:val="both"/>
        <w:rPr>
          <w:lang w:val="kk-KZ"/>
        </w:rPr>
      </w:pPr>
    </w:p>
    <w:p w14:paraId="4BFE63A1" w14:textId="77777777" w:rsidR="005B42CB" w:rsidRPr="006F7332" w:rsidRDefault="005B42CB" w:rsidP="005B42CB">
      <w:pPr>
        <w:ind w:firstLine="709"/>
        <w:jc w:val="both"/>
        <w:rPr>
          <w:sz w:val="28"/>
          <w:szCs w:val="28"/>
          <w:lang w:val="kk-KZ"/>
        </w:rPr>
      </w:pPr>
      <w:r w:rsidRPr="006F7332">
        <w:rPr>
          <w:sz w:val="28"/>
          <w:szCs w:val="28"/>
          <w:lang w:val="kk-KZ"/>
        </w:rPr>
        <w:t>Шекарасы: Д. Карбышев көшесінен М. Жәлел көшесіне дейін, М. Жәлел көшесінің тақ сандар жағымен, Қарталы көшесіндегі № 88 үйді қоса алғанда,</w:t>
      </w:r>
      <w:r w:rsidRPr="006F7332">
        <w:rPr>
          <w:sz w:val="28"/>
          <w:szCs w:val="28"/>
          <w:lang w:val="kk-KZ"/>
        </w:rPr>
        <w:br/>
        <w:t xml:space="preserve">К. Байсейітова көшесіне дейін, К. Байсейітова көшесінен К. Байсейітова көшесіндегі № 126 үйге дейін, К. Байсейітова көшесінен Талапкер орамының жұп сандар жағымен Ақан сері көшесіне дейін, Ақан сері көшесінен Н. Тілендиев даңғылына дейін, Н. Тілендиев даңғылынан Жантай батыр көшесіне дейін, Жантай батыр көшесінен, Талапкер орамындағы № 26Б, 26/3а үйлерді, Талапкер көшесіндегі № 26/3, 37 үйлерді қоса алғанда және Талапкер орамындағы </w:t>
      </w:r>
      <w:r>
        <w:rPr>
          <w:sz w:val="28"/>
          <w:szCs w:val="28"/>
          <w:lang w:val="kk-KZ"/>
        </w:rPr>
        <w:br/>
      </w:r>
      <w:r w:rsidRPr="006F7332">
        <w:rPr>
          <w:sz w:val="28"/>
          <w:szCs w:val="28"/>
          <w:lang w:val="kk-KZ"/>
        </w:rPr>
        <w:t>№ 26/3 үйді қоспағанда, Талапкер орамына дейін, Талапкер орамынан Қамажай орамына дейін, Қамажай орамынан Д. Карбышев көшесіне дейін.</w:t>
      </w:r>
    </w:p>
    <w:p w14:paraId="7940F3F2" w14:textId="77777777" w:rsidR="005B42CB" w:rsidRPr="006F7332" w:rsidRDefault="005B42CB" w:rsidP="005B42CB">
      <w:pPr>
        <w:jc w:val="both"/>
        <w:rPr>
          <w:lang w:val="kk-KZ"/>
        </w:rPr>
      </w:pPr>
    </w:p>
    <w:p w14:paraId="4BDB90A9" w14:textId="77777777" w:rsidR="005B42CB" w:rsidRPr="006F7332" w:rsidRDefault="005B42CB" w:rsidP="005B42CB">
      <w:pPr>
        <w:keepNext/>
        <w:keepLines/>
        <w:jc w:val="center"/>
        <w:rPr>
          <w:sz w:val="28"/>
          <w:szCs w:val="28"/>
          <w:lang w:val="kk-KZ"/>
        </w:rPr>
      </w:pPr>
      <w:r w:rsidRPr="006F7332">
        <w:rPr>
          <w:sz w:val="28"/>
          <w:szCs w:val="28"/>
          <w:lang w:val="kk-KZ"/>
        </w:rPr>
        <w:lastRenderedPageBreak/>
        <w:t>№ 369 сайлау учаскесі</w:t>
      </w:r>
    </w:p>
    <w:p w14:paraId="41498613"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19 жалпы орта білім беретін мектеп» коммуналдық мемлекеттік мекемесі, Ш. Бөкеев көшесі, № 50)</w:t>
      </w:r>
    </w:p>
    <w:p w14:paraId="3CA96935" w14:textId="77777777" w:rsidR="005B42CB" w:rsidRPr="006F7332" w:rsidRDefault="005B42CB" w:rsidP="005B42CB">
      <w:pPr>
        <w:keepNext/>
        <w:jc w:val="both"/>
        <w:rPr>
          <w:lang w:val="kk-KZ"/>
        </w:rPr>
      </w:pPr>
    </w:p>
    <w:p w14:paraId="4A35FC15" w14:textId="77777777" w:rsidR="005B42CB" w:rsidRPr="006F7332" w:rsidRDefault="005B42CB" w:rsidP="005B42CB">
      <w:pPr>
        <w:ind w:firstLine="709"/>
        <w:jc w:val="both"/>
        <w:rPr>
          <w:sz w:val="28"/>
          <w:szCs w:val="28"/>
          <w:lang w:val="kk-KZ"/>
        </w:rPr>
      </w:pPr>
      <w:r w:rsidRPr="006F7332">
        <w:rPr>
          <w:sz w:val="28"/>
          <w:szCs w:val="28"/>
          <w:lang w:val="kk-KZ"/>
        </w:rPr>
        <w:t>Шекарасы: Н. Тілендиев даңғылынан Көктал көшесіне дейін, Көктал көшесінен М. Дулатов көшесіне дейін, М. Дулатов көшесінен А. Герцен көшесіне дейін, А. Герцен көшесінен Д. Карбышев көшесіне дейін, Д. Карбышев көшесінен Қамажай орамына дейін, Қамажай орамынан Талапкер орамына дейін, Талапкер орамынан, Талапкер орамындағы № 26Б, 26/3а үйлерді және Талапкер көшесіндегі № 26/3, 37 үйлерді қоспағанда және Талапкер орамындағы № 26/3 үйді қоса алғанда, Жантай батыр көшесіне дейін, Жантай батыр көшесінен Н. Тілендиев даңғылына дейін.</w:t>
      </w:r>
    </w:p>
    <w:p w14:paraId="141485B4" w14:textId="77777777" w:rsidR="005B42CB" w:rsidRPr="006F7332" w:rsidRDefault="005B42CB" w:rsidP="005B42CB">
      <w:pPr>
        <w:jc w:val="both"/>
        <w:rPr>
          <w:lang w:val="kk-KZ"/>
        </w:rPr>
      </w:pPr>
    </w:p>
    <w:p w14:paraId="7259F639" w14:textId="77777777" w:rsidR="005B42CB" w:rsidRPr="006F7332" w:rsidRDefault="005B42CB" w:rsidP="005B42CB">
      <w:pPr>
        <w:keepNext/>
        <w:keepLines/>
        <w:jc w:val="center"/>
        <w:rPr>
          <w:sz w:val="28"/>
          <w:szCs w:val="28"/>
          <w:lang w:val="kk-KZ"/>
        </w:rPr>
      </w:pPr>
      <w:r w:rsidRPr="006F7332">
        <w:rPr>
          <w:sz w:val="28"/>
          <w:szCs w:val="28"/>
          <w:lang w:val="kk-KZ"/>
        </w:rPr>
        <w:t>№ 370 сайлау учаскесі</w:t>
      </w:r>
    </w:p>
    <w:p w14:paraId="0047CC84"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19 жалпы орта білім беретін мектеп» коммуналдық мемлекеттік мекемесі, Ш. Бөкеев көшесі, № 50)</w:t>
      </w:r>
    </w:p>
    <w:p w14:paraId="5D7D9554" w14:textId="77777777" w:rsidR="005B42CB" w:rsidRPr="006F7332" w:rsidRDefault="005B42CB" w:rsidP="005B42CB">
      <w:pPr>
        <w:keepNext/>
        <w:jc w:val="both"/>
        <w:rPr>
          <w:lang w:val="kk-KZ"/>
        </w:rPr>
      </w:pPr>
    </w:p>
    <w:p w14:paraId="35D6AC42" w14:textId="77777777" w:rsidR="005B42CB" w:rsidRPr="006F7332" w:rsidRDefault="005B42CB" w:rsidP="005B42CB">
      <w:pPr>
        <w:ind w:firstLine="709"/>
        <w:jc w:val="both"/>
        <w:rPr>
          <w:sz w:val="28"/>
          <w:szCs w:val="28"/>
          <w:lang w:val="kk-KZ"/>
        </w:rPr>
      </w:pPr>
      <w:r w:rsidRPr="006F7332">
        <w:rPr>
          <w:sz w:val="28"/>
          <w:szCs w:val="28"/>
          <w:lang w:val="kk-KZ"/>
        </w:rPr>
        <w:t>Шекарасы: Оқжетпес көшесінен А. Герцен көшесінің тақ сандар жағымен М. Дулатов көшесіне дейін, М. Дулатов көшесінің тақ сандар жағымен Тамшалы көшесіне дейін, Тамшалы көшесімен М. Төлебаев орамына дейін, М. Төлебаев орамынан А. Герцен көшесіне дейін, А. Герцен көшесінің тақ сандар жағымен теміржол жолдарына дейін, теміржол жолдарынан, Р. Дүйсенбаев көшесіндегі</w:t>
      </w:r>
      <w:r w:rsidRPr="006F7332">
        <w:rPr>
          <w:sz w:val="28"/>
          <w:szCs w:val="28"/>
          <w:lang w:val="kk-KZ"/>
        </w:rPr>
        <w:br/>
        <w:t>№ 1а үйді қоспағанда, Жерұйық көшесіне дейін, Жерұйық көшесімен,</w:t>
      </w:r>
      <w:r w:rsidRPr="006F7332">
        <w:rPr>
          <w:sz w:val="28"/>
          <w:szCs w:val="28"/>
          <w:lang w:val="kk-KZ"/>
        </w:rPr>
        <w:br/>
        <w:t>Р. Дүйсенбаев көшесіндегі № 23Б үйді қоса алғанда және Р. Дүйсенбаев көшесіндегі № 29а үйді қоспағанда, Әулие ата көшесіне дейін, Әулие ата көшесінен, Әулие ата көшесіндегі № 75/2, 81 үйлерді қоса алғанда және Ш. Бөкеев көшесіндегі № 40д, 40д/1 үйлерді қоспағанда, № 49 көшеге дейін, № 49 көшеден, Ш. Бөкеев көшесіндегі № 50 үйді, Күршім орамындағы № 8а, 13 үйлерді және Оқжетпес көшесіндегі № 102 үйді қоса алғанда, Оқжетпес көшесіне дейін.</w:t>
      </w:r>
    </w:p>
    <w:p w14:paraId="079B21B1" w14:textId="77777777" w:rsidR="005B42CB" w:rsidRPr="006F7332" w:rsidRDefault="005B42CB" w:rsidP="005B42CB">
      <w:pPr>
        <w:jc w:val="both"/>
        <w:rPr>
          <w:lang w:val="kk-KZ"/>
        </w:rPr>
      </w:pPr>
    </w:p>
    <w:p w14:paraId="6568423D" w14:textId="77777777" w:rsidR="005B42CB" w:rsidRPr="006F7332" w:rsidRDefault="005B42CB" w:rsidP="005B42CB">
      <w:pPr>
        <w:keepNext/>
        <w:keepLines/>
        <w:jc w:val="center"/>
        <w:rPr>
          <w:sz w:val="28"/>
          <w:szCs w:val="28"/>
          <w:lang w:val="kk-KZ"/>
        </w:rPr>
      </w:pPr>
      <w:r w:rsidRPr="006F7332">
        <w:rPr>
          <w:sz w:val="28"/>
          <w:szCs w:val="28"/>
          <w:lang w:val="kk-KZ"/>
        </w:rPr>
        <w:t>№ 371 сайлау учаскесі</w:t>
      </w:r>
    </w:p>
    <w:p w14:paraId="6BC20E2D"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«Балалар мен жасөспірімдер туризмі және өлкетану орталығы» мемлекеттік коммуналдық қазыналық кәсіпорны, Тамшалы көшесі, № 24)</w:t>
      </w:r>
    </w:p>
    <w:p w14:paraId="0EA6C365" w14:textId="77777777" w:rsidR="005B42CB" w:rsidRPr="006F7332" w:rsidRDefault="005B42CB" w:rsidP="005B42CB">
      <w:pPr>
        <w:keepNext/>
        <w:jc w:val="both"/>
        <w:rPr>
          <w:lang w:val="kk-KZ"/>
        </w:rPr>
      </w:pPr>
    </w:p>
    <w:p w14:paraId="2EA2B4A9" w14:textId="77777777" w:rsidR="005B42CB" w:rsidRPr="006F7332" w:rsidRDefault="005B42CB" w:rsidP="005B42CB">
      <w:pPr>
        <w:ind w:firstLine="709"/>
        <w:jc w:val="both"/>
        <w:rPr>
          <w:sz w:val="28"/>
          <w:szCs w:val="28"/>
          <w:lang w:val="kk-KZ"/>
        </w:rPr>
      </w:pPr>
      <w:r w:rsidRPr="006F7332">
        <w:rPr>
          <w:sz w:val="28"/>
          <w:szCs w:val="28"/>
          <w:lang w:val="kk-KZ"/>
        </w:rPr>
        <w:t>Шекарасы: Көктал көшесінен, Көктал көшесіндегі № 1Б, 9/1 үйлерді қоса алғанда және Көктал көшесіндегі № 1г, 20/5 үйлерді қоспағанда, теміржол жолдарына дейін, теміржол жолдарынан, А. Герцен көшесіндегі № 6/2 үйді қоса алғанда, А. Герцен көшесіне дейін, А. Герцен көшесінен М. Төлебаев орамына дейін, М. Төлебаев орамынан Тамшалы көшесіне дейін, Тамшалы көшесінен</w:t>
      </w:r>
      <w:r w:rsidRPr="006F7332">
        <w:rPr>
          <w:sz w:val="28"/>
          <w:szCs w:val="28"/>
          <w:lang w:val="kk-KZ"/>
        </w:rPr>
        <w:br/>
        <w:t>М. Дулатов көшесіне дейін, М. Дулатов көшесінен Көктал көшесіне дейін.</w:t>
      </w:r>
    </w:p>
    <w:p w14:paraId="32F98F5D" w14:textId="77777777" w:rsidR="005B42CB" w:rsidRPr="006F7332" w:rsidRDefault="005B42CB" w:rsidP="005B42CB">
      <w:pPr>
        <w:jc w:val="both"/>
        <w:rPr>
          <w:lang w:val="kk-KZ"/>
        </w:rPr>
      </w:pPr>
    </w:p>
    <w:p w14:paraId="2AFD9FB4" w14:textId="77777777" w:rsidR="005B42CB" w:rsidRPr="006F7332" w:rsidRDefault="005B42CB" w:rsidP="005B42CB">
      <w:pPr>
        <w:keepNext/>
        <w:keepLines/>
        <w:jc w:val="center"/>
        <w:rPr>
          <w:sz w:val="28"/>
          <w:szCs w:val="28"/>
          <w:lang w:val="kk-KZ"/>
        </w:rPr>
      </w:pPr>
      <w:r w:rsidRPr="006F7332">
        <w:rPr>
          <w:sz w:val="28"/>
          <w:szCs w:val="28"/>
          <w:lang w:val="kk-KZ"/>
        </w:rPr>
        <w:lastRenderedPageBreak/>
        <w:t>№ 372 сайлау учаскесі</w:t>
      </w:r>
    </w:p>
    <w:p w14:paraId="5EE489B7" w14:textId="00338A34"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«Әлкей Марғұлан атындағы </w:t>
      </w:r>
      <w:r>
        <w:rPr>
          <w:sz w:val="28"/>
          <w:szCs w:val="28"/>
          <w:lang w:val="kk-KZ"/>
        </w:rPr>
        <w:br/>
      </w:r>
      <w:r w:rsidRPr="006F7332">
        <w:rPr>
          <w:sz w:val="28"/>
          <w:szCs w:val="28"/>
          <w:lang w:val="kk-KZ"/>
        </w:rPr>
        <w:t xml:space="preserve">№ 40 мектеп-лицей» коммуналдық мемлекеттік мекемесі, </w:t>
      </w:r>
      <w:r>
        <w:rPr>
          <w:sz w:val="28"/>
          <w:szCs w:val="28"/>
          <w:lang w:val="kk-KZ"/>
        </w:rPr>
        <w:br/>
      </w:r>
      <w:r w:rsidRPr="006F7332">
        <w:rPr>
          <w:sz w:val="28"/>
          <w:szCs w:val="28"/>
          <w:lang w:val="kk-KZ"/>
        </w:rPr>
        <w:t>Д. Бабатайұлы көшесі,</w:t>
      </w:r>
      <w:r>
        <w:rPr>
          <w:sz w:val="28"/>
          <w:szCs w:val="28"/>
          <w:lang w:val="kk-KZ"/>
        </w:rPr>
        <w:t xml:space="preserve"> </w:t>
      </w:r>
      <w:r w:rsidRPr="006F7332">
        <w:rPr>
          <w:sz w:val="28"/>
          <w:szCs w:val="28"/>
          <w:lang w:val="kk-KZ"/>
        </w:rPr>
        <w:t>№ 2</w:t>
      </w:r>
      <w:r w:rsidR="00E264B3" w:rsidRPr="00E264B3">
        <w:rPr>
          <w:sz w:val="28"/>
          <w:szCs w:val="28"/>
          <w:lang w:val="kk-KZ"/>
        </w:rPr>
        <w:t>6</w:t>
      </w:r>
      <w:r w:rsidRPr="006F7332">
        <w:rPr>
          <w:sz w:val="28"/>
          <w:szCs w:val="28"/>
          <w:lang w:val="kk-KZ"/>
        </w:rPr>
        <w:t>)</w:t>
      </w:r>
    </w:p>
    <w:p w14:paraId="00841CB5" w14:textId="77777777" w:rsidR="005B42CB" w:rsidRPr="006F7332" w:rsidRDefault="005B42CB" w:rsidP="005B42CB">
      <w:pPr>
        <w:keepNext/>
        <w:jc w:val="both"/>
        <w:rPr>
          <w:lang w:val="kk-KZ"/>
        </w:rPr>
      </w:pPr>
    </w:p>
    <w:p w14:paraId="674DFC75" w14:textId="77777777" w:rsidR="005B42CB" w:rsidRPr="006F7332" w:rsidRDefault="005B42CB" w:rsidP="005B42CB">
      <w:pPr>
        <w:ind w:firstLine="709"/>
        <w:jc w:val="both"/>
        <w:rPr>
          <w:sz w:val="28"/>
          <w:szCs w:val="28"/>
          <w:lang w:val="kk-KZ"/>
        </w:rPr>
      </w:pPr>
      <w:r w:rsidRPr="006F7332">
        <w:rPr>
          <w:sz w:val="28"/>
          <w:szCs w:val="28"/>
          <w:lang w:val="kk-KZ"/>
        </w:rPr>
        <w:t>Шекарасы: Н. Тілендиев даңғылынан Ақан сері көшесінің тақ сандар жағымен В. Радлов көшесіне дейін, В. Радлов көшесінен Қаражорға орамына дейін, Қаражорға орамынан Ж. Ақпаев көшесіне дейін, Ж. Ақпаев көшесінің тақ сандар жағымен Абайдың 150 жылдығы көшесіне дейін, Абайдың 150 жылдығы көшесінен, Абайдың 150 жылдығы көшесіндегі № 22/3 үйді және Шұғыла көшесіндегі № 24 үйді қоса алғанда, Ардагерлер көшесіне дейін, Ардагерлер көшесінен Д. Бабатайұлы көшесіне дейін, Д. Бабатайұлы көшесінен Жаңақоныс көшесіне дейін, Жаңақоныс көшесінен Естай</w:t>
      </w:r>
      <w:r w:rsidRPr="006F7332">
        <w:rPr>
          <w:lang w:val="kk-KZ"/>
        </w:rPr>
        <w:t xml:space="preserve"> </w:t>
      </w:r>
      <w:r w:rsidRPr="006F7332">
        <w:rPr>
          <w:sz w:val="28"/>
          <w:szCs w:val="28"/>
          <w:lang w:val="kk-KZ"/>
        </w:rPr>
        <w:t>көшесіне дейін,</w:t>
      </w:r>
      <w:r w:rsidRPr="006F7332">
        <w:rPr>
          <w:lang w:val="kk-KZ"/>
        </w:rPr>
        <w:t xml:space="preserve"> </w:t>
      </w:r>
      <w:r w:rsidRPr="006F7332">
        <w:rPr>
          <w:sz w:val="28"/>
          <w:szCs w:val="28"/>
          <w:lang w:val="kk-KZ"/>
        </w:rPr>
        <w:t>Естай</w:t>
      </w:r>
      <w:r w:rsidRPr="006F7332">
        <w:rPr>
          <w:lang w:val="kk-KZ"/>
        </w:rPr>
        <w:t xml:space="preserve"> </w:t>
      </w:r>
      <w:r w:rsidRPr="006F7332">
        <w:rPr>
          <w:sz w:val="28"/>
          <w:szCs w:val="28"/>
          <w:lang w:val="kk-KZ"/>
        </w:rPr>
        <w:t xml:space="preserve">көшесінен </w:t>
      </w:r>
      <w:r w:rsidRPr="006F7332">
        <w:rPr>
          <w:sz w:val="28"/>
          <w:szCs w:val="28"/>
          <w:lang w:val="kk-KZ"/>
        </w:rPr>
        <w:br/>
        <w:t>Ж. Мұса көшесіне дейін,</w:t>
      </w:r>
      <w:r w:rsidRPr="006F7332">
        <w:rPr>
          <w:lang w:val="kk-KZ"/>
        </w:rPr>
        <w:t xml:space="preserve"> </w:t>
      </w:r>
      <w:r w:rsidRPr="006F7332">
        <w:rPr>
          <w:sz w:val="28"/>
          <w:szCs w:val="28"/>
          <w:lang w:val="kk-KZ"/>
        </w:rPr>
        <w:t>Ж. Мұса көшесінен Күршім</w:t>
      </w:r>
      <w:r w:rsidRPr="006F7332">
        <w:rPr>
          <w:lang w:val="kk-KZ"/>
        </w:rPr>
        <w:t xml:space="preserve"> </w:t>
      </w:r>
      <w:r w:rsidRPr="006F7332">
        <w:rPr>
          <w:sz w:val="28"/>
          <w:szCs w:val="28"/>
          <w:lang w:val="kk-KZ"/>
        </w:rPr>
        <w:t>орамына дейін,</w:t>
      </w:r>
      <w:r w:rsidRPr="006F7332">
        <w:rPr>
          <w:lang w:val="kk-KZ"/>
        </w:rPr>
        <w:t xml:space="preserve"> </w:t>
      </w:r>
      <w:r w:rsidRPr="006F7332">
        <w:rPr>
          <w:lang w:val="kk-KZ"/>
        </w:rPr>
        <w:br/>
      </w:r>
      <w:r w:rsidRPr="006F7332">
        <w:rPr>
          <w:sz w:val="28"/>
          <w:szCs w:val="28"/>
          <w:lang w:val="kk-KZ"/>
        </w:rPr>
        <w:t>Күршім</w:t>
      </w:r>
      <w:r w:rsidRPr="006F7332">
        <w:rPr>
          <w:lang w:val="kk-KZ"/>
        </w:rPr>
        <w:t xml:space="preserve"> </w:t>
      </w:r>
      <w:r w:rsidRPr="006F7332">
        <w:rPr>
          <w:sz w:val="28"/>
          <w:szCs w:val="28"/>
          <w:lang w:val="kk-KZ"/>
        </w:rPr>
        <w:t>орамынан Жаңақоныс</w:t>
      </w:r>
      <w:r w:rsidRPr="006F7332">
        <w:rPr>
          <w:lang w:val="kk-KZ"/>
        </w:rPr>
        <w:t xml:space="preserve"> </w:t>
      </w:r>
      <w:r w:rsidRPr="006F7332">
        <w:rPr>
          <w:sz w:val="28"/>
          <w:szCs w:val="28"/>
          <w:lang w:val="kk-KZ"/>
        </w:rPr>
        <w:t>көшесіне дейін,</w:t>
      </w:r>
      <w:r w:rsidRPr="006F7332">
        <w:rPr>
          <w:lang w:val="kk-KZ"/>
        </w:rPr>
        <w:t xml:space="preserve"> </w:t>
      </w:r>
      <w:r w:rsidRPr="006F7332">
        <w:rPr>
          <w:sz w:val="28"/>
          <w:szCs w:val="28"/>
          <w:lang w:val="kk-KZ"/>
        </w:rPr>
        <w:t>Жаңақоныс</w:t>
      </w:r>
      <w:r w:rsidRPr="006F7332">
        <w:rPr>
          <w:lang w:val="kk-KZ"/>
        </w:rPr>
        <w:t xml:space="preserve"> </w:t>
      </w:r>
      <w:r w:rsidRPr="006F7332">
        <w:rPr>
          <w:sz w:val="28"/>
          <w:szCs w:val="28"/>
          <w:lang w:val="kk-KZ"/>
        </w:rPr>
        <w:t>көшесінен Келешек орамына дейін, Келешек орамынан Н. Тілендиев даңғылына дейін.</w:t>
      </w:r>
    </w:p>
    <w:p w14:paraId="35DAF0E5" w14:textId="77777777" w:rsidR="005B42CB" w:rsidRPr="006F7332" w:rsidRDefault="005B42CB" w:rsidP="005B42CB">
      <w:pPr>
        <w:jc w:val="both"/>
        <w:rPr>
          <w:lang w:val="kk-KZ"/>
        </w:rPr>
      </w:pPr>
    </w:p>
    <w:p w14:paraId="2B583EB6" w14:textId="77777777" w:rsidR="005B42CB" w:rsidRPr="006F7332" w:rsidRDefault="005B42CB" w:rsidP="005B42CB">
      <w:pPr>
        <w:keepNext/>
        <w:keepLines/>
        <w:jc w:val="center"/>
        <w:rPr>
          <w:sz w:val="28"/>
          <w:szCs w:val="28"/>
          <w:lang w:val="kk-KZ"/>
        </w:rPr>
      </w:pPr>
      <w:r w:rsidRPr="006F7332">
        <w:rPr>
          <w:sz w:val="28"/>
          <w:szCs w:val="28"/>
          <w:lang w:val="kk-KZ"/>
        </w:rPr>
        <w:t>№ 373 сайлау учаскесі</w:t>
      </w:r>
    </w:p>
    <w:p w14:paraId="736A8476"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41 жалпы орта білім беретін мектеп» коммуналдық мемлекеттік мекемесі, Ардагерлер көшесі, № 1а)</w:t>
      </w:r>
    </w:p>
    <w:p w14:paraId="5868937C" w14:textId="77777777" w:rsidR="005B42CB" w:rsidRPr="006F7332" w:rsidRDefault="005B42CB" w:rsidP="005B42CB">
      <w:pPr>
        <w:keepNext/>
        <w:jc w:val="both"/>
        <w:rPr>
          <w:lang w:val="kk-KZ"/>
        </w:rPr>
      </w:pPr>
    </w:p>
    <w:p w14:paraId="3EEED630" w14:textId="4CB2A12F" w:rsidR="005B42CB" w:rsidRPr="006F7332" w:rsidRDefault="005B42CB" w:rsidP="005B42CB">
      <w:pPr>
        <w:ind w:firstLine="709"/>
        <w:jc w:val="both"/>
        <w:rPr>
          <w:sz w:val="28"/>
          <w:szCs w:val="28"/>
          <w:lang w:val="kk-KZ"/>
        </w:rPr>
      </w:pPr>
      <w:r w:rsidRPr="006F7332">
        <w:rPr>
          <w:sz w:val="28"/>
          <w:szCs w:val="28"/>
          <w:lang w:val="kk-KZ"/>
        </w:rPr>
        <w:t>Шекарасы: Естай көшесінен Жаңақоныс көшесіне дейін, Жаңақоныс көшесінен Д. Бабатайұлы көшесіне дейін, Д. Бабатайұлы көшесінен Ардагерлер көшесіне дейін, Ардагерлер көшесінен Сұлукөл көшесіне дейін, Сұлукөл көшесінен Болашақ көшесіне дейін, Болашақ көшесінен Аққорған көшесіне дейін, Аққорған көшесінен «Көктал-1» тұрғын алабының оңтүстік шекарасына дейін, «Көктал-1» тұрғын алабының оңтүстік шекарасы бойымен, Байқоңыр көшесіндегі № 1, 1/1, 1/2, 1/3, 3, 16Б, 16в үйлерді қоса алғанда және № 2/1, 2/2 үйлерді қоспағанда, Байқоңыр көшесіне дейін, Байқоңыр көшесінен, Болашақ көшесіндегі № 11/1, 13, 13а үйлерді қоса алғанда, Өркен көшесіне дейін, Өркен көшесінен Болашақ көшесіне дейін, Болашақ көшесінен, Болашақ көшесіндегі № 19/6, 19/7 үйлерді қоспағанда, Болашақ көшесіндегі № 12 үйді және Естай көшесіндегі № 8, 10 үйлерді қоса алғанда, Естай көшесіне дейін.</w:t>
      </w:r>
    </w:p>
    <w:p w14:paraId="6B9BB69E" w14:textId="77777777" w:rsidR="005B42CB" w:rsidRPr="006F7332" w:rsidRDefault="005B42CB" w:rsidP="005B42CB">
      <w:pPr>
        <w:jc w:val="both"/>
        <w:rPr>
          <w:lang w:val="kk-KZ"/>
        </w:rPr>
      </w:pPr>
    </w:p>
    <w:p w14:paraId="4FB9BAAB" w14:textId="77777777" w:rsidR="005B42CB" w:rsidRPr="006F7332" w:rsidRDefault="005B42CB" w:rsidP="005B42CB">
      <w:pPr>
        <w:keepNext/>
        <w:keepLines/>
        <w:jc w:val="center"/>
        <w:rPr>
          <w:sz w:val="28"/>
          <w:szCs w:val="28"/>
          <w:lang w:val="kk-KZ"/>
        </w:rPr>
      </w:pPr>
      <w:r w:rsidRPr="006F7332">
        <w:rPr>
          <w:sz w:val="28"/>
          <w:szCs w:val="28"/>
          <w:lang w:val="kk-KZ"/>
        </w:rPr>
        <w:t>№ 374 сайлау учаскесі</w:t>
      </w:r>
    </w:p>
    <w:p w14:paraId="233B01EC"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«Наз» мемлекеттік би театры» мемлекеттік коммуналдық қазыналық кәсіпорны, Алмалық көшесі, № 1)</w:t>
      </w:r>
    </w:p>
    <w:p w14:paraId="29C57F5F" w14:textId="77777777" w:rsidR="005B42CB" w:rsidRPr="006F7332" w:rsidRDefault="005B42CB" w:rsidP="005B42CB">
      <w:pPr>
        <w:keepNext/>
        <w:jc w:val="both"/>
        <w:rPr>
          <w:lang w:val="kk-KZ"/>
        </w:rPr>
      </w:pPr>
    </w:p>
    <w:p w14:paraId="18B421AD"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Н. Тілендиев даңғылынан Келешек орамына дейін, Келешек орамынан Жаңақоныс көшесіне дейін, Жаңақоныс көшесінен Күршім орамына дейін, Күршім орамынан Ж. Мұса көшесіне дейін, Ж. Мұса көшесінен Естай көшесіне дейін, Естай көшесінен, Болашақ көшесіндегі № 19/6, 19/7 үйлерді қоса алғанда, Болашақ көшесіндегі № 12 үйді және Естай көшесіндегі № 8, 10 үйлерді қоспағанда, Болашақ көшесіне дейін, Болашақ көшесінен, Болашақ көшесіндегі </w:t>
      </w:r>
      <w:r>
        <w:rPr>
          <w:sz w:val="28"/>
          <w:szCs w:val="28"/>
          <w:lang w:val="kk-KZ"/>
        </w:rPr>
        <w:br/>
      </w:r>
      <w:r w:rsidRPr="006F7332">
        <w:rPr>
          <w:sz w:val="28"/>
          <w:szCs w:val="28"/>
          <w:lang w:val="kk-KZ"/>
        </w:rPr>
        <w:t xml:space="preserve">№ 11/1, 13, 13а үйлерді қоспағанда, Өркен көшесіне дейін, Өркен көшесінен Байқоңыр көшесіне дейін, Байқоңыр көшесінен, Байқоңыр көшесіндегі № 1, 1/1, </w:t>
      </w:r>
      <w:r w:rsidRPr="006F7332">
        <w:rPr>
          <w:sz w:val="28"/>
          <w:szCs w:val="28"/>
          <w:lang w:val="kk-KZ"/>
        </w:rPr>
        <w:lastRenderedPageBreak/>
        <w:t xml:space="preserve">1/2, 1/3, 3, 16Б, 16в үйлерді қоспағанда және № 2/1, 2/2 үйлерді қоса алғанда, «Көктал-1» тұрғын алабының оңтүстік шекарасына дейін, «Көктал-1» тұрғын алабының оңтүстік шекарасының бойымен «Көктал-1» тұрғын алабының батыс шекарасына дейін, «Көктал-1» тұрғын алабының батыс шекарасының бойымен Болашақ көшесіне дейін, Болашақ көшесінен «Көктал-1» тұрғын алабының оңтүстік шекарасының бойымен оңтүстік-батыс айналма жолға дейін, </w:t>
      </w:r>
      <w:r>
        <w:rPr>
          <w:sz w:val="28"/>
          <w:szCs w:val="28"/>
          <w:lang w:val="kk-KZ"/>
        </w:rPr>
        <w:br/>
      </w:r>
      <w:r w:rsidRPr="006F7332">
        <w:rPr>
          <w:sz w:val="28"/>
          <w:szCs w:val="28"/>
          <w:lang w:val="kk-KZ"/>
        </w:rPr>
        <w:t>оңтүстік-батыс айналма жолдан, Шарын және Құмсуат орамдарындағы үйлерді қоса алғанда, Н. Тілендиев даңғылына дейін.</w:t>
      </w:r>
    </w:p>
    <w:p w14:paraId="517CAC3C" w14:textId="77777777" w:rsidR="005B42CB" w:rsidRPr="006F7332" w:rsidRDefault="005B42CB" w:rsidP="005B42CB">
      <w:pPr>
        <w:jc w:val="both"/>
        <w:rPr>
          <w:lang w:val="kk-KZ"/>
        </w:rPr>
      </w:pPr>
    </w:p>
    <w:p w14:paraId="36E85117" w14:textId="77777777" w:rsidR="005B42CB" w:rsidRPr="006F7332" w:rsidRDefault="005B42CB" w:rsidP="005B42CB">
      <w:pPr>
        <w:keepNext/>
        <w:keepLines/>
        <w:jc w:val="center"/>
        <w:rPr>
          <w:sz w:val="28"/>
          <w:szCs w:val="28"/>
          <w:lang w:val="kk-KZ"/>
        </w:rPr>
      </w:pPr>
      <w:r w:rsidRPr="006F7332">
        <w:rPr>
          <w:sz w:val="28"/>
          <w:szCs w:val="28"/>
          <w:lang w:val="kk-KZ"/>
        </w:rPr>
        <w:t>№ 375 сайлау учаскесі</w:t>
      </w:r>
    </w:p>
    <w:p w14:paraId="097BAA4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 Кубрин көшесі, № 21/1)</w:t>
      </w:r>
    </w:p>
    <w:p w14:paraId="68407E92" w14:textId="77777777" w:rsidR="005B42CB" w:rsidRPr="006F7332" w:rsidRDefault="005B42CB" w:rsidP="005B42CB">
      <w:pPr>
        <w:keepNext/>
        <w:jc w:val="both"/>
        <w:rPr>
          <w:lang w:val="kk-KZ"/>
        </w:rPr>
      </w:pPr>
    </w:p>
    <w:p w14:paraId="0D448EE5"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Боталы көшесіне дейін, Боталы көшесінен, С. Кубрин көшесіндегі № 22/1 үйді және С. Сейфуллин көшесіндегі</w:t>
      </w:r>
      <w:r w:rsidRPr="006F7332">
        <w:rPr>
          <w:sz w:val="28"/>
          <w:szCs w:val="28"/>
          <w:lang w:val="kk-KZ"/>
        </w:rPr>
        <w:br/>
        <w:t>№ 9 үйді қоспағанда және С. Сейфуллин көшесіндегі № 7 үйді қоса алғанда,</w:t>
      </w:r>
      <w:r w:rsidRPr="006F7332">
        <w:rPr>
          <w:sz w:val="28"/>
          <w:szCs w:val="28"/>
          <w:lang w:val="kk-KZ"/>
        </w:rPr>
        <w:br/>
        <w:t>С. Сейфуллин көшесіне дейін, С. Сейфуллин көшесінен М. Әуезов орамына дейін, М. Әуезов орамынан С. Кубрин көшесіне дейін, С. Кубрин көшесінен</w:t>
      </w:r>
      <w:r w:rsidRPr="006F7332">
        <w:rPr>
          <w:sz w:val="28"/>
          <w:szCs w:val="28"/>
          <w:lang w:val="kk-KZ"/>
        </w:rPr>
        <w:br/>
        <w:t>К. Күмісбеков көшесіне дейін, К. Күмісбеков көшесінен, Б. Соқпақбаев көшесіндегі № 6 үйді және К. Күмісбеков көшесіндегі № 11 үйді қоса алғанда,</w:t>
      </w:r>
      <w:r w:rsidRPr="006F7332">
        <w:rPr>
          <w:sz w:val="28"/>
          <w:szCs w:val="28"/>
          <w:lang w:val="kk-KZ"/>
        </w:rPr>
        <w:br/>
        <w:t>Ә. Жангелдин көшесіне дейін.</w:t>
      </w:r>
    </w:p>
    <w:p w14:paraId="1A2A913B" w14:textId="77777777" w:rsidR="005B42CB" w:rsidRPr="006F7332" w:rsidRDefault="005B42CB" w:rsidP="005B42CB">
      <w:pPr>
        <w:jc w:val="both"/>
        <w:rPr>
          <w:lang w:val="kk-KZ"/>
        </w:rPr>
      </w:pPr>
    </w:p>
    <w:p w14:paraId="6E123416" w14:textId="77777777" w:rsidR="005B42CB" w:rsidRPr="006F7332" w:rsidRDefault="005B42CB" w:rsidP="005B42CB">
      <w:pPr>
        <w:keepNext/>
        <w:keepLines/>
        <w:jc w:val="center"/>
        <w:rPr>
          <w:sz w:val="28"/>
          <w:szCs w:val="28"/>
          <w:lang w:val="kk-KZ"/>
        </w:rPr>
      </w:pPr>
      <w:r w:rsidRPr="006F7332">
        <w:rPr>
          <w:sz w:val="28"/>
          <w:szCs w:val="28"/>
          <w:lang w:val="kk-KZ"/>
        </w:rPr>
        <w:t>№ 376 сайлау учаскесі</w:t>
      </w:r>
    </w:p>
    <w:p w14:paraId="4B651DE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«Мағжан Жұмабаев атындағы </w:t>
      </w:r>
      <w:r>
        <w:rPr>
          <w:sz w:val="28"/>
          <w:szCs w:val="28"/>
          <w:lang w:val="kk-KZ"/>
        </w:rPr>
        <w:br/>
      </w:r>
      <w:r w:rsidRPr="006F7332">
        <w:rPr>
          <w:sz w:val="28"/>
          <w:szCs w:val="28"/>
          <w:lang w:val="kk-KZ"/>
        </w:rPr>
        <w:t>№ 65 мектеп-гимназия» шаруашылық жүргізу құқығындағы мемлекеттік коммуналдық кәсіпорны, Б. Соқпақбаев көшесі, № 18/4)</w:t>
      </w:r>
    </w:p>
    <w:p w14:paraId="01395F78" w14:textId="77777777" w:rsidR="005B42CB" w:rsidRPr="006F7332" w:rsidRDefault="005B42CB" w:rsidP="005B42CB">
      <w:pPr>
        <w:keepNext/>
        <w:jc w:val="both"/>
        <w:rPr>
          <w:lang w:val="kk-KZ"/>
        </w:rPr>
      </w:pPr>
    </w:p>
    <w:p w14:paraId="111040AF" w14:textId="77777777" w:rsidR="005B42CB" w:rsidRPr="006F7332" w:rsidRDefault="005B42CB" w:rsidP="005B42CB">
      <w:pPr>
        <w:ind w:firstLine="709"/>
        <w:jc w:val="both"/>
        <w:rPr>
          <w:sz w:val="28"/>
          <w:szCs w:val="28"/>
          <w:lang w:val="kk-KZ"/>
        </w:rPr>
      </w:pPr>
      <w:r w:rsidRPr="006F7332">
        <w:rPr>
          <w:sz w:val="28"/>
          <w:szCs w:val="28"/>
          <w:lang w:val="kk-KZ"/>
        </w:rPr>
        <w:t>Шекарасы: Бөгенбай батыр даңғылынан Н. Щорс көшесіне дейін, Н. Щорс көшесінің тақ сандар жағымен Бөгенбай батыр даңғылындағы № 24/2 үйдің және Н. Щорс көшесіндегі № 12/2 үйдің бойымен Ә. Жангелдин көшесіне дейін,</w:t>
      </w:r>
      <w:r w:rsidRPr="006F7332">
        <w:rPr>
          <w:sz w:val="28"/>
          <w:szCs w:val="28"/>
          <w:lang w:val="kk-KZ"/>
        </w:rPr>
        <w:br/>
        <w:t>Ә. Жангелдин көшесінен К. Күмісбеков көшесіне дейін, К. Күмісбеков көшесінен, К. Күмісбеков көшесіндегі № 11 үйді қоспағанда, Жамбыл көшесіне дейін, Жамбыл көшесінен Ш. Қосшығұлұлы көшесіне дейін, Ш. Қосшығұлұлы көшесінен Бірінші Алматы көшесіне дейін, Бірінші Алматы көшесінің тақ сандар жағымен, Бірінші Алматы көшесіндегі № 41/2, 41/2а, 41/2б, 41/2в, 45, 45а, 45а/1, 45в, 45/2 үйлерді және Бөгенбай батыр даңғылындағы № 6/5, 10 үйлерді қоса алғанда, Бөгенбай батыр даңғылына дейін.</w:t>
      </w:r>
    </w:p>
    <w:p w14:paraId="378E34FF" w14:textId="77777777" w:rsidR="005B42CB" w:rsidRPr="006F7332" w:rsidRDefault="005B42CB" w:rsidP="005B42CB">
      <w:pPr>
        <w:jc w:val="both"/>
        <w:rPr>
          <w:lang w:val="kk-KZ"/>
        </w:rPr>
      </w:pPr>
    </w:p>
    <w:p w14:paraId="6593DB2F" w14:textId="77777777" w:rsidR="005B42CB" w:rsidRPr="006F7332" w:rsidRDefault="005B42CB" w:rsidP="005B42CB">
      <w:pPr>
        <w:keepNext/>
        <w:keepLines/>
        <w:jc w:val="center"/>
        <w:rPr>
          <w:sz w:val="28"/>
          <w:szCs w:val="28"/>
          <w:lang w:val="kk-KZ"/>
        </w:rPr>
      </w:pPr>
      <w:r w:rsidRPr="006F7332">
        <w:rPr>
          <w:sz w:val="28"/>
          <w:szCs w:val="28"/>
          <w:lang w:val="kk-KZ"/>
        </w:rPr>
        <w:t>№ 377 сайлау учаскесі</w:t>
      </w:r>
    </w:p>
    <w:p w14:paraId="744C999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«Сәкен Сейфуллин атындағы </w:t>
      </w:r>
      <w:r>
        <w:rPr>
          <w:sz w:val="28"/>
          <w:szCs w:val="28"/>
          <w:lang w:val="kk-KZ"/>
        </w:rPr>
        <w:br/>
      </w:r>
      <w:r w:rsidRPr="006F7332">
        <w:rPr>
          <w:sz w:val="28"/>
          <w:szCs w:val="28"/>
          <w:lang w:val="kk-KZ"/>
        </w:rPr>
        <w:t>№ 80 мектеп-гимназия» шаруашылық жүргізу құқығындағы мемлекеттік коммуналдық кәсіпорны, Ш. Қосшығұлұлы көшесі, № 17/2)</w:t>
      </w:r>
    </w:p>
    <w:p w14:paraId="39AD88A1" w14:textId="77777777" w:rsidR="005B42CB" w:rsidRPr="006F7332" w:rsidRDefault="005B42CB" w:rsidP="005B42CB">
      <w:pPr>
        <w:keepNext/>
        <w:jc w:val="both"/>
        <w:rPr>
          <w:lang w:val="kk-KZ"/>
        </w:rPr>
      </w:pPr>
    </w:p>
    <w:p w14:paraId="515F60AE" w14:textId="77777777" w:rsidR="005B42CB" w:rsidRPr="006F7332" w:rsidRDefault="005B42CB" w:rsidP="005B42CB">
      <w:pPr>
        <w:ind w:firstLine="709"/>
        <w:jc w:val="both"/>
        <w:rPr>
          <w:sz w:val="28"/>
          <w:szCs w:val="28"/>
          <w:lang w:val="kk-KZ"/>
        </w:rPr>
      </w:pPr>
      <w:r w:rsidRPr="006F7332">
        <w:rPr>
          <w:sz w:val="28"/>
          <w:szCs w:val="28"/>
          <w:lang w:val="kk-KZ"/>
        </w:rPr>
        <w:t>Шекарасы: Ш. Қосшығұлұлы көшесінен, Ш. Қосшығұлұлы көшесіндегі</w:t>
      </w:r>
      <w:r w:rsidRPr="006F7332">
        <w:rPr>
          <w:sz w:val="28"/>
          <w:szCs w:val="28"/>
          <w:lang w:val="kk-KZ"/>
        </w:rPr>
        <w:br/>
        <w:t xml:space="preserve">№ 3, 3/2 үйлерді қоспағанда, К. Күмісбеков көшесіне дейін, К. Күмісбеков </w:t>
      </w:r>
      <w:r w:rsidRPr="006F7332">
        <w:rPr>
          <w:sz w:val="28"/>
          <w:szCs w:val="28"/>
          <w:lang w:val="kk-KZ"/>
        </w:rPr>
        <w:lastRenderedPageBreak/>
        <w:t xml:space="preserve">көшесінен, К. Күмісбеков көшесіндегі № 3а үйді қоспағанда, Айпара көшесіне дейін, Айпара көшесінен, К. Күмісбеков көшесіндегі № 1 және Кенесары көшесіндегі № 1, 1а үйлерді қоспағанда, Кенесары көшесіне дейін, Кенесары көшесінен Есіл өзенінің жағалауына дейін, Есіл өзенінің жағалауы бойымен, </w:t>
      </w:r>
      <w:r>
        <w:rPr>
          <w:sz w:val="28"/>
          <w:szCs w:val="28"/>
          <w:lang w:val="kk-KZ"/>
        </w:rPr>
        <w:br/>
      </w:r>
      <w:r w:rsidRPr="006F7332">
        <w:rPr>
          <w:sz w:val="28"/>
          <w:szCs w:val="28"/>
          <w:lang w:val="kk-KZ"/>
        </w:rPr>
        <w:t xml:space="preserve">Е882 көшедегі № 3а, 5 үйлерді қоспағанда, Е. Серкебаев көшесіне дейін, </w:t>
      </w:r>
      <w:r>
        <w:rPr>
          <w:sz w:val="28"/>
          <w:szCs w:val="28"/>
          <w:lang w:val="kk-KZ"/>
        </w:rPr>
        <w:br/>
      </w:r>
      <w:r w:rsidRPr="006F7332">
        <w:rPr>
          <w:sz w:val="28"/>
          <w:szCs w:val="28"/>
          <w:lang w:val="kk-KZ"/>
        </w:rPr>
        <w:t>Е. Серкебаев көшесінен Ш. Қосшығұлұлы көшесіне дейін.</w:t>
      </w:r>
    </w:p>
    <w:p w14:paraId="530CC508" w14:textId="77777777" w:rsidR="005B42CB" w:rsidRPr="006F7332" w:rsidRDefault="005B42CB" w:rsidP="005B42CB">
      <w:pPr>
        <w:jc w:val="both"/>
        <w:rPr>
          <w:lang w:val="kk-KZ"/>
        </w:rPr>
      </w:pPr>
    </w:p>
    <w:p w14:paraId="2BEFAB3C" w14:textId="77777777" w:rsidR="005B42CB" w:rsidRPr="006F7332" w:rsidRDefault="005B42CB" w:rsidP="005B42CB">
      <w:pPr>
        <w:keepNext/>
        <w:keepLines/>
        <w:jc w:val="center"/>
        <w:rPr>
          <w:sz w:val="28"/>
          <w:szCs w:val="28"/>
          <w:lang w:val="kk-KZ"/>
        </w:rPr>
      </w:pPr>
      <w:r w:rsidRPr="006F7332">
        <w:rPr>
          <w:sz w:val="28"/>
          <w:szCs w:val="28"/>
          <w:lang w:val="kk-KZ"/>
        </w:rPr>
        <w:t>№ 378 сайлау учаскесі</w:t>
      </w:r>
    </w:p>
    <w:p w14:paraId="2488E2C8"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«Urban college» жауапкершілігі шектеулі серіктестігі, </w:t>
      </w:r>
      <w:r>
        <w:rPr>
          <w:sz w:val="28"/>
          <w:szCs w:val="28"/>
          <w:lang w:val="kk-KZ"/>
        </w:rPr>
        <w:br/>
      </w:r>
      <w:r w:rsidRPr="006F7332">
        <w:rPr>
          <w:sz w:val="28"/>
          <w:szCs w:val="28"/>
          <w:lang w:val="kk-KZ"/>
        </w:rPr>
        <w:t>Дәулеткерей көшесі, № 1)</w:t>
      </w:r>
    </w:p>
    <w:p w14:paraId="3270DF29" w14:textId="77777777" w:rsidR="005B42CB" w:rsidRPr="006F7332" w:rsidRDefault="005B42CB" w:rsidP="005B42CB">
      <w:pPr>
        <w:keepNext/>
        <w:jc w:val="both"/>
        <w:rPr>
          <w:lang w:val="kk-KZ"/>
        </w:rPr>
      </w:pPr>
    </w:p>
    <w:p w14:paraId="2F2DECD4" w14:textId="77777777" w:rsidR="005B42CB" w:rsidRPr="006F7332" w:rsidRDefault="005B42CB" w:rsidP="005B42CB">
      <w:pPr>
        <w:ind w:firstLine="709"/>
        <w:jc w:val="both"/>
        <w:rPr>
          <w:sz w:val="28"/>
          <w:szCs w:val="28"/>
          <w:lang w:val="kk-KZ"/>
        </w:rPr>
      </w:pPr>
      <w:r w:rsidRPr="006F7332">
        <w:rPr>
          <w:sz w:val="28"/>
          <w:szCs w:val="28"/>
          <w:lang w:val="kk-KZ"/>
        </w:rPr>
        <w:t>Шекарасы: Сұлукөл көшесінен Ардагерлер көшесіне дейін, Ардагерлер көшесінен, Абайдың 150 жылдығы көшесіндегі № 22/3 үйді және Шұғыла көшесіндегі № 24 үйді қоспағанда, Абайдың 150 жылдығы көшесіне дейін, Абайдың 150 жылдығы көшесінен Ж. Ақпаев көшесіне дейін, Ж. Ақпаев көшесінен Қаражорға орамына дейін, Қаражорға орамынан В. Радлов көшесінің бойымен Ақан сері көшесіне дейін, Ақан сері көшесінен Земляничная көшесінің бойымен Бейбарыс сұлтан көшесіне дейін, Бейбарыс сұлтан көшесінен «Көктал» паркінің шекарасына дейін,</w:t>
      </w:r>
      <w:r w:rsidRPr="006F7332">
        <w:rPr>
          <w:lang w:val="kk-KZ"/>
        </w:rPr>
        <w:t xml:space="preserve"> </w:t>
      </w:r>
      <w:r w:rsidRPr="006F7332">
        <w:rPr>
          <w:sz w:val="28"/>
          <w:szCs w:val="28"/>
          <w:lang w:val="kk-KZ"/>
        </w:rPr>
        <w:t>«Көктал» паркінің шекарасы бойымен, Бейбарыс сұлтан көшесіндегі № 31 үйді қоса алғанда және С902 көшедегі № 6, 6/1 үйлерді қоспағанда,</w:t>
      </w:r>
      <w:r w:rsidRPr="006F7332">
        <w:rPr>
          <w:lang w:val="kk-KZ"/>
        </w:rPr>
        <w:t xml:space="preserve"> </w:t>
      </w:r>
      <w:r w:rsidRPr="006F7332">
        <w:rPr>
          <w:sz w:val="28"/>
          <w:szCs w:val="28"/>
          <w:lang w:val="kk-KZ"/>
        </w:rPr>
        <w:t>Еңлік-Кебек көшесіне дейін, Еңлік-Кебек көшесінен,</w:t>
      </w:r>
      <w:r w:rsidRPr="006F7332">
        <w:rPr>
          <w:lang w:val="kk-KZ"/>
        </w:rPr>
        <w:t xml:space="preserve"> </w:t>
      </w:r>
      <w:r w:rsidRPr="006F7332">
        <w:rPr>
          <w:sz w:val="28"/>
          <w:szCs w:val="28"/>
          <w:lang w:val="kk-KZ"/>
        </w:rPr>
        <w:t>Еңлік-Кебек көшесіндегі № 1/3, 1в үйлерді қоса алғанда, Есіл өзенінің жағалауына дейін, Есіл өзенінің жағалауы бойымен № 12-1 көшедегі № 4 үйге дейін, № 12-1 көшедегі</w:t>
      </w:r>
      <w:r w:rsidRPr="006F7332">
        <w:rPr>
          <w:sz w:val="28"/>
          <w:szCs w:val="28"/>
          <w:lang w:val="kk-KZ"/>
        </w:rPr>
        <w:br/>
        <w:t>№ 4 үйден, Аққорған көшесіндегі № 2, 2а үйлерді қоса алғанда, Аққорған көшесіне дейін, Аққорған көшесінен Болашақ көшесіне дейін, Болашақ көшесінен Сұлукөл көшесіне дейін.</w:t>
      </w:r>
    </w:p>
    <w:p w14:paraId="0FE35F0E" w14:textId="77777777" w:rsidR="005B42CB" w:rsidRPr="006F7332" w:rsidRDefault="005B42CB" w:rsidP="005B42CB">
      <w:pPr>
        <w:jc w:val="both"/>
        <w:rPr>
          <w:lang w:val="kk-KZ"/>
        </w:rPr>
      </w:pPr>
    </w:p>
    <w:p w14:paraId="20C24DFE" w14:textId="77777777" w:rsidR="005B42CB" w:rsidRPr="006F7332" w:rsidRDefault="005B42CB" w:rsidP="005B42CB">
      <w:pPr>
        <w:keepNext/>
        <w:keepLines/>
        <w:jc w:val="center"/>
        <w:rPr>
          <w:sz w:val="28"/>
          <w:szCs w:val="28"/>
          <w:lang w:val="kk-KZ"/>
        </w:rPr>
      </w:pPr>
      <w:r w:rsidRPr="006F7332">
        <w:rPr>
          <w:sz w:val="28"/>
          <w:szCs w:val="28"/>
          <w:lang w:val="kk-KZ"/>
        </w:rPr>
        <w:t>№ 379 сайлау учаскесі</w:t>
      </w:r>
    </w:p>
    <w:p w14:paraId="5936BBB3"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23CBA53C" w14:textId="77777777" w:rsidR="005B42CB" w:rsidRPr="006F7332" w:rsidRDefault="005B42CB" w:rsidP="005B42CB">
      <w:pPr>
        <w:keepNext/>
        <w:jc w:val="both"/>
        <w:rPr>
          <w:lang w:val="kk-KZ"/>
        </w:rPr>
      </w:pPr>
    </w:p>
    <w:p w14:paraId="568EB527" w14:textId="77777777" w:rsidR="005B42CB" w:rsidRPr="006F7332" w:rsidRDefault="005B42CB" w:rsidP="005B42CB">
      <w:pPr>
        <w:ind w:firstLine="709"/>
        <w:jc w:val="both"/>
        <w:rPr>
          <w:sz w:val="28"/>
          <w:szCs w:val="28"/>
          <w:lang w:val="kk-KZ"/>
        </w:rPr>
      </w:pPr>
      <w:r w:rsidRPr="006F7332">
        <w:rPr>
          <w:sz w:val="28"/>
          <w:szCs w:val="28"/>
          <w:lang w:val="kk-KZ"/>
        </w:rPr>
        <w:t>Шекарасы: айналма жолдан теміржол жолдарына дейін, теміржол жолдарының бойымен, Көктал көшесіндегі № 1г, 20/5 үйлерді қоса алғанда және Көктал көшесіндегі № 1Б, 9/1 үйлерді қоспағанда, Көктал</w:t>
      </w:r>
      <w:r w:rsidRPr="006F7332">
        <w:rPr>
          <w:lang w:val="kk-KZ"/>
        </w:rPr>
        <w:t xml:space="preserve"> </w:t>
      </w:r>
      <w:r w:rsidRPr="006F7332">
        <w:rPr>
          <w:sz w:val="28"/>
          <w:szCs w:val="28"/>
          <w:lang w:val="kk-KZ"/>
        </w:rPr>
        <w:t>көшесіне дейін, Көктал көшесінен, Көктал көшесіндегі № 15, 15/2, 17 үйлерді қоса алғанда, Ұлытау</w:t>
      </w:r>
      <w:r w:rsidRPr="006F7332">
        <w:rPr>
          <w:lang w:val="kk-KZ"/>
        </w:rPr>
        <w:t xml:space="preserve"> </w:t>
      </w:r>
      <w:r w:rsidRPr="006F7332">
        <w:rPr>
          <w:sz w:val="28"/>
          <w:szCs w:val="28"/>
          <w:lang w:val="kk-KZ"/>
        </w:rPr>
        <w:t>көшесіне дейін, Ұлытау көшесінен Жарқайың көшесіне дейін, Жарқайың көшесінен Наурыз көшесіне дейін, Наурыз көшесінен Құсмұрын көшесіне дейін, Құсмұрын көшесінен Қайнар көшесіне дейін, Қайнар көшесінен Ақмола көшесіне дейін, Ақмола көшесінен Баршын көшесіне дейін, Баршын көшесінен</w:t>
      </w:r>
      <w:r w:rsidRPr="006F7332">
        <w:rPr>
          <w:sz w:val="28"/>
          <w:szCs w:val="28"/>
          <w:lang w:val="kk-KZ"/>
        </w:rPr>
        <w:br/>
        <w:t>Н. Тілендиев даңғылына дейін, Н. Тілендиев даңғылынан айналма жолға дейін.</w:t>
      </w:r>
    </w:p>
    <w:p w14:paraId="3BC88883" w14:textId="77777777" w:rsidR="005B42CB" w:rsidRPr="006F7332" w:rsidRDefault="005B42CB" w:rsidP="005B42CB">
      <w:pPr>
        <w:jc w:val="both"/>
        <w:rPr>
          <w:lang w:val="kk-KZ"/>
        </w:rPr>
      </w:pPr>
    </w:p>
    <w:p w14:paraId="1729E049" w14:textId="77777777" w:rsidR="005B42CB" w:rsidRPr="006F7332" w:rsidRDefault="005B42CB" w:rsidP="005B42CB">
      <w:pPr>
        <w:keepNext/>
        <w:keepLines/>
        <w:jc w:val="center"/>
        <w:rPr>
          <w:sz w:val="28"/>
          <w:szCs w:val="28"/>
          <w:lang w:val="kk-KZ"/>
        </w:rPr>
      </w:pPr>
      <w:r w:rsidRPr="006F7332">
        <w:rPr>
          <w:sz w:val="28"/>
          <w:szCs w:val="28"/>
          <w:lang w:val="kk-KZ"/>
        </w:rPr>
        <w:lastRenderedPageBreak/>
        <w:t>№ 380 сайлау учаскесі</w:t>
      </w:r>
    </w:p>
    <w:p w14:paraId="3C8E0A1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3024F4D6" w14:textId="77777777" w:rsidR="005B42CB" w:rsidRPr="006F7332" w:rsidRDefault="005B42CB" w:rsidP="005B42CB">
      <w:pPr>
        <w:keepNext/>
        <w:jc w:val="both"/>
        <w:rPr>
          <w:lang w:val="kk-KZ"/>
        </w:rPr>
      </w:pPr>
    </w:p>
    <w:p w14:paraId="14D1743C" w14:textId="77777777" w:rsidR="005B42CB" w:rsidRPr="006F7332" w:rsidRDefault="005B42CB" w:rsidP="005B42CB">
      <w:pPr>
        <w:ind w:firstLine="709"/>
        <w:jc w:val="both"/>
        <w:rPr>
          <w:sz w:val="28"/>
          <w:szCs w:val="28"/>
          <w:lang w:val="kk-KZ"/>
        </w:rPr>
      </w:pPr>
      <w:r w:rsidRPr="006F7332">
        <w:rPr>
          <w:sz w:val="28"/>
          <w:szCs w:val="28"/>
          <w:lang w:val="kk-KZ"/>
        </w:rPr>
        <w:t>Шекарасы: Н. Тілендиев даңғылынан Қима көшесімен Ақмола көшесіне дейін, Ақмола көшесімен Қайнар көшесіне дейін, Қайнар көшесінен Құсмұрын көшесіне дейін, Құсмұрын көшесінен Наурыз көшесіне дейін, Наурыз көшесінен Жарқайың көшесінің бойымен Ұлытау көшесіне дейін, Ұлытау көшесінен, Көктал көшесіндегі № 15, 15/2, 17 үйлерді қоспағанда, Көктал көшесіне дейін, Көктал көшесінен Н. Тілендиев даңғылына дейін.</w:t>
      </w:r>
    </w:p>
    <w:p w14:paraId="4264E801" w14:textId="77777777" w:rsidR="005B42CB" w:rsidRPr="006F7332" w:rsidRDefault="005B42CB" w:rsidP="005B42CB">
      <w:pPr>
        <w:jc w:val="both"/>
        <w:rPr>
          <w:lang w:val="kk-KZ"/>
        </w:rPr>
      </w:pPr>
    </w:p>
    <w:p w14:paraId="34254FC5" w14:textId="77777777" w:rsidR="005B42CB" w:rsidRPr="006F7332" w:rsidRDefault="005B42CB" w:rsidP="005B42CB">
      <w:pPr>
        <w:keepNext/>
        <w:keepLines/>
        <w:jc w:val="center"/>
        <w:rPr>
          <w:sz w:val="28"/>
          <w:szCs w:val="28"/>
          <w:lang w:val="kk-KZ"/>
        </w:rPr>
      </w:pPr>
      <w:r w:rsidRPr="006F7332">
        <w:rPr>
          <w:sz w:val="28"/>
          <w:szCs w:val="28"/>
          <w:lang w:val="kk-KZ"/>
        </w:rPr>
        <w:t>№ 381 сайлау учаскесі</w:t>
      </w:r>
    </w:p>
    <w:p w14:paraId="16721781"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«Нәзір Төреқұлов атындағы </w:t>
      </w:r>
      <w:r>
        <w:rPr>
          <w:sz w:val="28"/>
          <w:szCs w:val="28"/>
          <w:lang w:val="kk-KZ"/>
        </w:rPr>
        <w:br/>
      </w:r>
      <w:r w:rsidRPr="006F7332">
        <w:rPr>
          <w:sz w:val="28"/>
          <w:szCs w:val="28"/>
          <w:lang w:val="kk-KZ"/>
        </w:rPr>
        <w:t>№ 35 мектеп-лицей» шаруашылық жүргізу құқығындағы мемлекеттік коммуналдық кәсіпорны, Абай даңғылы, № 9/1)</w:t>
      </w:r>
    </w:p>
    <w:p w14:paraId="31FC68A9" w14:textId="77777777" w:rsidR="005B42CB" w:rsidRPr="006F7332" w:rsidRDefault="005B42CB" w:rsidP="005B42CB">
      <w:pPr>
        <w:keepNext/>
        <w:jc w:val="both"/>
        <w:rPr>
          <w:lang w:val="kk-KZ"/>
        </w:rPr>
      </w:pPr>
    </w:p>
    <w:p w14:paraId="3B47E919" w14:textId="77777777" w:rsidR="005B42CB" w:rsidRPr="006F7332" w:rsidRDefault="005B42CB" w:rsidP="005B42CB">
      <w:pPr>
        <w:ind w:firstLine="709"/>
        <w:jc w:val="both"/>
        <w:rPr>
          <w:sz w:val="28"/>
          <w:szCs w:val="28"/>
          <w:lang w:val="kk-KZ"/>
        </w:rPr>
      </w:pPr>
      <w:r w:rsidRPr="006F7332">
        <w:rPr>
          <w:sz w:val="28"/>
          <w:szCs w:val="28"/>
          <w:lang w:val="kk-KZ"/>
        </w:rPr>
        <w:t>Шекарасы: С. Сейфуллин көшесінен Сарыарқа даңғылына дейін, Сарыарқа даңғылының бойымен Абай даңғылына дейін, Абай даңғылынан Абай даңғылындағы № 1 үйге дейін, Абай даңғылындағы № 1, 3 үйлердің арасымен Абай даңғылындағы № 3/2 үйге дейін, Абай даңғылындағы № 3/2 үйден Абай даңғылындағы № 5/1 үйдің бойымен, С. Сейфуллин көшесіндегі № 8 үйді қоса алғанда, С. Сейфуллин көшесіне дейін.</w:t>
      </w:r>
    </w:p>
    <w:p w14:paraId="50C6256B" w14:textId="77777777" w:rsidR="005B42CB" w:rsidRPr="006F7332" w:rsidRDefault="005B42CB" w:rsidP="005B42CB">
      <w:pPr>
        <w:jc w:val="both"/>
        <w:rPr>
          <w:lang w:val="kk-KZ"/>
        </w:rPr>
      </w:pPr>
    </w:p>
    <w:p w14:paraId="5C9662B2" w14:textId="77777777" w:rsidR="005B42CB" w:rsidRPr="006F7332" w:rsidRDefault="005B42CB" w:rsidP="005B42CB">
      <w:pPr>
        <w:keepNext/>
        <w:keepLines/>
        <w:jc w:val="center"/>
        <w:rPr>
          <w:sz w:val="28"/>
          <w:szCs w:val="28"/>
          <w:lang w:val="kk-KZ"/>
        </w:rPr>
      </w:pPr>
      <w:r w:rsidRPr="006F7332">
        <w:rPr>
          <w:sz w:val="28"/>
          <w:szCs w:val="28"/>
          <w:lang w:val="kk-KZ"/>
        </w:rPr>
        <w:t>№ 382 сайлау учаскесі</w:t>
      </w:r>
    </w:p>
    <w:p w14:paraId="105524ED"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«Ілияс Есенберлин атындағы </w:t>
      </w:r>
      <w:r>
        <w:rPr>
          <w:sz w:val="28"/>
          <w:szCs w:val="28"/>
          <w:lang w:val="kk-KZ"/>
        </w:rPr>
        <w:br/>
      </w:r>
      <w:r w:rsidRPr="006F7332">
        <w:rPr>
          <w:sz w:val="28"/>
          <w:szCs w:val="28"/>
          <w:lang w:val="kk-KZ"/>
        </w:rPr>
        <w:t>№ 67 гимназия» шаруашылық жүргізу құқығындағы мемлекеттік коммуналдық кәсіпорны, Ш. Қосшығұлұлы көшесі, № 23/1)</w:t>
      </w:r>
    </w:p>
    <w:p w14:paraId="2D765EE8" w14:textId="77777777" w:rsidR="005B42CB" w:rsidRPr="006F7332" w:rsidRDefault="005B42CB" w:rsidP="005B42CB">
      <w:pPr>
        <w:keepNext/>
        <w:jc w:val="both"/>
        <w:rPr>
          <w:lang w:val="kk-KZ"/>
        </w:rPr>
      </w:pPr>
    </w:p>
    <w:p w14:paraId="3123B6B6" w14:textId="4EF518EB" w:rsidR="005B42CB" w:rsidRPr="006F7332" w:rsidRDefault="005B42CB" w:rsidP="005B42CB">
      <w:pPr>
        <w:ind w:firstLine="709"/>
        <w:jc w:val="both"/>
        <w:rPr>
          <w:sz w:val="28"/>
          <w:szCs w:val="28"/>
          <w:lang w:val="kk-KZ"/>
        </w:rPr>
      </w:pPr>
      <w:r w:rsidRPr="006F7332">
        <w:rPr>
          <w:sz w:val="28"/>
          <w:szCs w:val="28"/>
          <w:lang w:val="kk-KZ"/>
        </w:rPr>
        <w:t>Шекарасы: Есіл өзенінің жағалауынан Ш. Айтматов көшесіндегі № 77/6, 77/8 үйлердің арасымен Ш. Айтматов көшесіндегі № 77/4 үйге дейін, Ш. Айтматов көшесіндегі № 77/4 үйден, Ш. Айтматов көшесіндегі № 77/11, 79/1 үйлерді қоспағанда, Ш. Айтматов көшесіндегі № 79 үйге дейін, Ш. Айтматов көшесіндегі № 79 үйден, Е. Серкебаев көшесіндегі № 43 үйді және Бейбарыс сұлтан көшесіндегі № 3 үйді қоспағанда, Е. Серкебаев көшесіндегі № 41 үйге дейін,</w:t>
      </w:r>
      <w:r>
        <w:rPr>
          <w:sz w:val="28"/>
          <w:szCs w:val="28"/>
          <w:lang w:val="kk-KZ"/>
        </w:rPr>
        <w:t xml:space="preserve"> </w:t>
      </w:r>
      <w:r w:rsidRPr="006F7332">
        <w:rPr>
          <w:sz w:val="28"/>
          <w:szCs w:val="28"/>
          <w:lang w:val="kk-KZ"/>
        </w:rPr>
        <w:t>Е. Серкебаев көшесіндегі № 41 үйден Ш. Бейсекова көшесіне дейін, Ш. Бейсекова көшесінен Есіл өзенінің жағалауына дейін.</w:t>
      </w:r>
    </w:p>
    <w:p w14:paraId="42252215" w14:textId="77777777" w:rsidR="005B42CB" w:rsidRPr="006F7332" w:rsidRDefault="005B42CB" w:rsidP="005B42CB">
      <w:pPr>
        <w:jc w:val="both"/>
        <w:rPr>
          <w:lang w:val="kk-KZ"/>
        </w:rPr>
      </w:pPr>
    </w:p>
    <w:p w14:paraId="259961C9" w14:textId="77777777" w:rsidR="005B42CB" w:rsidRPr="006F7332" w:rsidRDefault="005B42CB" w:rsidP="005B42CB">
      <w:pPr>
        <w:keepNext/>
        <w:keepLines/>
        <w:jc w:val="center"/>
        <w:rPr>
          <w:sz w:val="28"/>
          <w:szCs w:val="28"/>
          <w:lang w:val="kk-KZ"/>
        </w:rPr>
      </w:pPr>
      <w:r w:rsidRPr="006F7332">
        <w:rPr>
          <w:sz w:val="28"/>
          <w:szCs w:val="28"/>
          <w:lang w:val="kk-KZ"/>
        </w:rPr>
        <w:t>№ 383 сайлау учаскесі</w:t>
      </w:r>
    </w:p>
    <w:p w14:paraId="084933E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«Міржақып Дулатұлы атындағы </w:t>
      </w:r>
      <w:r>
        <w:rPr>
          <w:sz w:val="28"/>
          <w:szCs w:val="28"/>
          <w:lang w:val="kk-KZ"/>
        </w:rPr>
        <w:br/>
      </w:r>
      <w:r w:rsidRPr="006F7332">
        <w:rPr>
          <w:sz w:val="28"/>
          <w:szCs w:val="28"/>
          <w:lang w:val="kk-KZ"/>
        </w:rPr>
        <w:t>№ 68 мектеп-гимназия» шаруашылық жүргізу құқығындағы мемлекеттік коммуналдық кәсіпорны, «Көктал-2» тұрғын алабы, Құсмұрын көшесі, № 2)</w:t>
      </w:r>
    </w:p>
    <w:p w14:paraId="7B594DF4" w14:textId="77777777" w:rsidR="005B42CB" w:rsidRPr="006F7332" w:rsidRDefault="005B42CB" w:rsidP="005B42CB">
      <w:pPr>
        <w:keepNext/>
        <w:jc w:val="both"/>
        <w:rPr>
          <w:lang w:val="kk-KZ"/>
        </w:rPr>
      </w:pPr>
    </w:p>
    <w:p w14:paraId="2C108174"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Ұлытау көшесінен Арқалық көшесіне дейін, Арқалық көшесінен Н. Тілендиев даңғылындағы № 44а үйге дейін, Н. Тілендиев даңғылындағы </w:t>
      </w:r>
      <w:r>
        <w:rPr>
          <w:sz w:val="28"/>
          <w:szCs w:val="28"/>
          <w:lang w:val="kk-KZ"/>
        </w:rPr>
        <w:br/>
      </w:r>
      <w:r w:rsidRPr="006F7332">
        <w:rPr>
          <w:sz w:val="28"/>
          <w:szCs w:val="28"/>
          <w:lang w:val="kk-KZ"/>
        </w:rPr>
        <w:lastRenderedPageBreak/>
        <w:t xml:space="preserve">№ 44/1 үйден Н. Тілендиев даңғылына дейін, Н. Тілендиев даңғылынан </w:t>
      </w:r>
      <w:r>
        <w:rPr>
          <w:sz w:val="28"/>
          <w:szCs w:val="28"/>
          <w:lang w:val="kk-KZ"/>
        </w:rPr>
        <w:br/>
      </w:r>
      <w:r w:rsidRPr="006F7332">
        <w:rPr>
          <w:sz w:val="28"/>
          <w:szCs w:val="28"/>
          <w:lang w:val="kk-KZ"/>
        </w:rPr>
        <w:t>Ұлытау көшесіне дейін.</w:t>
      </w:r>
    </w:p>
    <w:p w14:paraId="104303B4" w14:textId="77777777" w:rsidR="005B42CB" w:rsidRPr="006F7332" w:rsidRDefault="005B42CB" w:rsidP="005B42CB">
      <w:pPr>
        <w:jc w:val="both"/>
        <w:rPr>
          <w:lang w:val="kk-KZ"/>
        </w:rPr>
      </w:pPr>
    </w:p>
    <w:p w14:paraId="75F1CB95" w14:textId="77777777" w:rsidR="005B42CB" w:rsidRPr="006F7332" w:rsidRDefault="005B42CB" w:rsidP="005B42CB">
      <w:pPr>
        <w:keepNext/>
        <w:keepLines/>
        <w:jc w:val="center"/>
        <w:rPr>
          <w:sz w:val="28"/>
          <w:szCs w:val="28"/>
          <w:lang w:val="kk-KZ"/>
        </w:rPr>
      </w:pPr>
      <w:r w:rsidRPr="006F7332">
        <w:rPr>
          <w:sz w:val="28"/>
          <w:szCs w:val="28"/>
          <w:lang w:val="kk-KZ"/>
        </w:rPr>
        <w:t>№ 384 сайлау учаскесі</w:t>
      </w:r>
    </w:p>
    <w:p w14:paraId="581C0000" w14:textId="3F108081"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«Шәкәрім атындағы № 56 мектеп-лицей» шаруашылық жүргізу құқығындағы мемлекеттік коммуналдық кәсіпорны,</w:t>
      </w:r>
      <w:r w:rsidR="00E77178" w:rsidRPr="00E77178">
        <w:rPr>
          <w:sz w:val="28"/>
          <w:szCs w:val="28"/>
          <w:lang w:val="kk-KZ"/>
        </w:rPr>
        <w:t xml:space="preserve"> </w:t>
      </w:r>
      <w:r w:rsidRPr="006F7332">
        <w:rPr>
          <w:sz w:val="28"/>
          <w:szCs w:val="28"/>
          <w:lang w:val="kk-KZ"/>
        </w:rPr>
        <w:t>Т. Шевченко көшесі, № 3)</w:t>
      </w:r>
    </w:p>
    <w:p w14:paraId="4538D6FE" w14:textId="77777777" w:rsidR="005B42CB" w:rsidRPr="006F7332" w:rsidRDefault="005B42CB" w:rsidP="005B42CB">
      <w:pPr>
        <w:keepNext/>
        <w:jc w:val="both"/>
        <w:rPr>
          <w:lang w:val="kk-KZ"/>
        </w:rPr>
      </w:pPr>
    </w:p>
    <w:p w14:paraId="309CA3B1" w14:textId="77777777" w:rsidR="005B42CB" w:rsidRPr="006F7332" w:rsidRDefault="005B42CB" w:rsidP="005B42CB">
      <w:pPr>
        <w:ind w:firstLine="709"/>
        <w:jc w:val="both"/>
        <w:rPr>
          <w:sz w:val="28"/>
          <w:szCs w:val="28"/>
          <w:lang w:val="kk-KZ"/>
        </w:rPr>
      </w:pPr>
      <w:r w:rsidRPr="006F7332">
        <w:rPr>
          <w:sz w:val="28"/>
          <w:szCs w:val="28"/>
          <w:lang w:val="kk-KZ"/>
        </w:rPr>
        <w:t>Шекарасы: Кенесары көшесінен Сарыарқа даңғылына дейін, Сарыарқа даңғылынан Есіл өзенінің жағалауына дейін, Есіл өзенінің жағалауынан</w:t>
      </w:r>
      <w:r w:rsidRPr="006F7332">
        <w:rPr>
          <w:sz w:val="28"/>
          <w:szCs w:val="28"/>
          <w:lang w:val="kk-KZ"/>
        </w:rPr>
        <w:br/>
        <w:t>А. Косыгин көшесіне дейін, А. Косыгин көшесінен Т. Шевченко көшесіне дейін, Т. Шевченко көшесінің бойымен, Кенесары көшесіндегі № 4Б үйді қоса алғанда, Кенесары көшесіне дейін.</w:t>
      </w:r>
    </w:p>
    <w:p w14:paraId="044099D7" w14:textId="77777777" w:rsidR="005B42CB" w:rsidRPr="006F7332" w:rsidRDefault="005B42CB" w:rsidP="005B42CB">
      <w:pPr>
        <w:jc w:val="both"/>
        <w:rPr>
          <w:lang w:val="kk-KZ"/>
        </w:rPr>
      </w:pPr>
    </w:p>
    <w:p w14:paraId="3D5A8D18" w14:textId="77777777" w:rsidR="005B42CB" w:rsidRPr="006F7332" w:rsidRDefault="005B42CB" w:rsidP="005B42CB">
      <w:pPr>
        <w:keepNext/>
        <w:keepLines/>
        <w:jc w:val="center"/>
        <w:rPr>
          <w:sz w:val="28"/>
          <w:szCs w:val="28"/>
          <w:lang w:val="kk-KZ"/>
        </w:rPr>
      </w:pPr>
      <w:r w:rsidRPr="006F7332">
        <w:rPr>
          <w:sz w:val="28"/>
          <w:szCs w:val="28"/>
          <w:lang w:val="kk-KZ"/>
        </w:rPr>
        <w:t>№ 385 сайлау учаскесі</w:t>
      </w:r>
    </w:p>
    <w:p w14:paraId="55E3B03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sidRPr="006F7332">
        <w:rPr>
          <w:sz w:val="28"/>
          <w:szCs w:val="28"/>
          <w:lang w:val="kk-KZ"/>
        </w:rPr>
        <w:br/>
        <w:t>С. Кубрин көшесі, № 21/1)</w:t>
      </w:r>
    </w:p>
    <w:p w14:paraId="1AEB969B" w14:textId="77777777" w:rsidR="005B42CB" w:rsidRPr="006F7332" w:rsidRDefault="005B42CB" w:rsidP="005B42CB">
      <w:pPr>
        <w:keepNext/>
        <w:jc w:val="both"/>
        <w:rPr>
          <w:lang w:val="kk-KZ"/>
        </w:rPr>
      </w:pPr>
    </w:p>
    <w:p w14:paraId="5AFD785F" w14:textId="77777777" w:rsidR="005B42CB" w:rsidRPr="006F7332" w:rsidRDefault="005B42CB" w:rsidP="005B42CB">
      <w:pPr>
        <w:ind w:firstLine="709"/>
        <w:jc w:val="both"/>
        <w:rPr>
          <w:sz w:val="28"/>
          <w:szCs w:val="28"/>
          <w:lang w:val="kk-KZ"/>
        </w:rPr>
      </w:pPr>
      <w:r w:rsidRPr="006F7332">
        <w:rPr>
          <w:sz w:val="28"/>
          <w:szCs w:val="28"/>
          <w:lang w:val="kk-KZ"/>
        </w:rPr>
        <w:t>Шекарасы: Ә. Жангелдин көшесінен Боталы көшесіне дейін, Боталы көшесінен, С. Кубрин көшесіндегі № 22/1 үйді және С. Сейфуллин көшесіндегі</w:t>
      </w:r>
      <w:r w:rsidRPr="006F7332">
        <w:rPr>
          <w:sz w:val="28"/>
          <w:szCs w:val="28"/>
          <w:lang w:val="kk-KZ"/>
        </w:rPr>
        <w:br/>
        <w:t>№ 9 үйді қоса алғанда, С. Сейфуллин көшесіндегі № 7 үйді қоспағанда,</w:t>
      </w:r>
      <w:r w:rsidRPr="006F7332">
        <w:rPr>
          <w:sz w:val="28"/>
          <w:szCs w:val="28"/>
          <w:lang w:val="kk-KZ"/>
        </w:rPr>
        <w:br/>
        <w:t>С. Сейфуллин көшесіне дейін, С. Сейфуллин көшесінен С. Сейфуллин көшесіндегі № 11 үйге дейін, С. Сейфуллин көшесіндегі № 11 үйден,</w:t>
      </w:r>
      <w:r w:rsidRPr="006F7332">
        <w:rPr>
          <w:sz w:val="28"/>
          <w:szCs w:val="28"/>
          <w:lang w:val="kk-KZ"/>
        </w:rPr>
        <w:br/>
        <w:t>С. Сейфуллин көшесіндегі № 11 үйді, Сарыарқа даңғылындағы № 30, 30/1, 30/2, 30/2а үйлерді және Ә. Жангелдин көшесіндегі № 2 үйді қоса алғанда,</w:t>
      </w:r>
      <w:r w:rsidRPr="006F7332">
        <w:rPr>
          <w:sz w:val="28"/>
          <w:szCs w:val="28"/>
          <w:lang w:val="kk-KZ"/>
        </w:rPr>
        <w:br/>
        <w:t>Ә. Жангелдин көшесіне дейін.</w:t>
      </w:r>
    </w:p>
    <w:p w14:paraId="48FFB9F7" w14:textId="77777777" w:rsidR="005B42CB" w:rsidRPr="006F7332" w:rsidRDefault="005B42CB" w:rsidP="005B42CB">
      <w:pPr>
        <w:jc w:val="both"/>
        <w:rPr>
          <w:lang w:val="kk-KZ"/>
        </w:rPr>
      </w:pPr>
    </w:p>
    <w:p w14:paraId="158E1053" w14:textId="77777777" w:rsidR="005B42CB" w:rsidRPr="006F7332" w:rsidRDefault="005B42CB" w:rsidP="005B42CB">
      <w:pPr>
        <w:keepNext/>
        <w:keepLines/>
        <w:jc w:val="center"/>
        <w:rPr>
          <w:sz w:val="28"/>
          <w:szCs w:val="28"/>
          <w:lang w:val="kk-KZ"/>
        </w:rPr>
      </w:pPr>
      <w:r w:rsidRPr="006F7332">
        <w:rPr>
          <w:sz w:val="28"/>
          <w:szCs w:val="28"/>
          <w:lang w:val="kk-KZ"/>
        </w:rPr>
        <w:t>№ 386 сайлау учаскесі</w:t>
      </w:r>
    </w:p>
    <w:p w14:paraId="06150098"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 xml:space="preserve">Астана қаласы әкімдігінің «№ 15 мектеп-лицей» шаруашылық жүргізу құқығындағы мемлекеттік коммуналдық кәсіпорны, </w:t>
      </w:r>
      <w:r w:rsidRPr="006F7332">
        <w:rPr>
          <w:sz w:val="28"/>
          <w:szCs w:val="28"/>
          <w:lang w:val="kk-KZ"/>
        </w:rPr>
        <w:br/>
        <w:t>Сарыарқа даңғылы, № 20)</w:t>
      </w:r>
    </w:p>
    <w:p w14:paraId="6EC482C9" w14:textId="77777777" w:rsidR="005B42CB" w:rsidRPr="006F7332" w:rsidRDefault="005B42CB" w:rsidP="005B42CB">
      <w:pPr>
        <w:keepNext/>
        <w:jc w:val="both"/>
        <w:rPr>
          <w:lang w:val="kk-KZ"/>
        </w:rPr>
      </w:pPr>
    </w:p>
    <w:p w14:paraId="03DA425F" w14:textId="6CC27C59" w:rsidR="005B42CB" w:rsidRPr="006F7332" w:rsidRDefault="005B42CB" w:rsidP="005B42CB">
      <w:pPr>
        <w:ind w:firstLine="709"/>
        <w:jc w:val="both"/>
        <w:rPr>
          <w:sz w:val="28"/>
          <w:szCs w:val="28"/>
          <w:lang w:val="kk-KZ"/>
        </w:rPr>
      </w:pPr>
      <w:r w:rsidRPr="006F7332">
        <w:rPr>
          <w:sz w:val="28"/>
          <w:szCs w:val="28"/>
          <w:lang w:val="kk-KZ"/>
        </w:rPr>
        <w:t>Шекарасы: К. Күмісбеков көшесінен, К. Күмісбеков көшесіндегі № 3а үйді қоса алғанда, Айпара көшесіне дейін, Айпара көшесінен, К. Күмісбеков көшесіндегі № 1 үйді, Кенесары көшесіндегі № 1, 1а үйлерді қоса алғанда, Кенесары көшесіне дейін, Кенесары көшесінен К. Күмісбеков көшесіне дейін,</w:t>
      </w:r>
      <w:r w:rsidRPr="006F7332">
        <w:rPr>
          <w:sz w:val="28"/>
          <w:szCs w:val="28"/>
          <w:lang w:val="kk-KZ"/>
        </w:rPr>
        <w:br/>
        <w:t>К. Күмісбеков көшесінен, К. Күмісбеков көшесіндегі № 2 үйді қоспағанда және</w:t>
      </w:r>
      <w:r w:rsidRPr="006F7332">
        <w:rPr>
          <w:sz w:val="28"/>
          <w:szCs w:val="28"/>
          <w:lang w:val="kk-KZ"/>
        </w:rPr>
        <w:br/>
        <w:t xml:space="preserve">К. Күмісбеков көшесіндегі № 4 үйді қоса алғанда, Абай даңғылына дейін, Абай даңғылынан Абай даңғылындағы № 3 үйге дейін, Абай даңғылындағы № 1, 3, </w:t>
      </w:r>
      <w:r>
        <w:rPr>
          <w:sz w:val="28"/>
          <w:szCs w:val="28"/>
          <w:lang w:val="kk-KZ"/>
        </w:rPr>
        <w:br/>
      </w:r>
      <w:r w:rsidRPr="006F7332">
        <w:rPr>
          <w:sz w:val="28"/>
          <w:szCs w:val="28"/>
          <w:lang w:val="kk-KZ"/>
        </w:rPr>
        <w:t>3/2 үйлердің арасымен Абай даңғылындағы № 3/5 үйге дейін, Абай даңғылындағы</w:t>
      </w:r>
      <w:r w:rsidR="00E77178" w:rsidRPr="00E77178">
        <w:rPr>
          <w:sz w:val="28"/>
          <w:szCs w:val="28"/>
          <w:lang w:val="kk-KZ"/>
        </w:rPr>
        <w:t xml:space="preserve"> </w:t>
      </w:r>
      <w:r w:rsidRPr="006F7332">
        <w:rPr>
          <w:sz w:val="28"/>
          <w:szCs w:val="28"/>
          <w:lang w:val="kk-KZ"/>
        </w:rPr>
        <w:t>№ 3/5, 3/3 үйлердің арасымен К. Күмісбеков көшесіне дейін.</w:t>
      </w:r>
    </w:p>
    <w:p w14:paraId="6730F8F9" w14:textId="77777777" w:rsidR="005B42CB" w:rsidRPr="006F7332" w:rsidRDefault="005B42CB" w:rsidP="005B42CB">
      <w:pPr>
        <w:jc w:val="both"/>
        <w:rPr>
          <w:lang w:val="kk-KZ"/>
        </w:rPr>
      </w:pPr>
    </w:p>
    <w:p w14:paraId="5CCC46B7" w14:textId="77777777" w:rsidR="005B42CB" w:rsidRPr="006F7332" w:rsidRDefault="005B42CB" w:rsidP="005B42CB">
      <w:pPr>
        <w:keepNext/>
        <w:keepLines/>
        <w:jc w:val="center"/>
        <w:rPr>
          <w:sz w:val="28"/>
          <w:szCs w:val="28"/>
          <w:lang w:val="kk-KZ"/>
        </w:rPr>
      </w:pPr>
      <w:r w:rsidRPr="006F7332">
        <w:rPr>
          <w:sz w:val="28"/>
          <w:szCs w:val="28"/>
          <w:lang w:val="kk-KZ"/>
        </w:rPr>
        <w:lastRenderedPageBreak/>
        <w:t>№ 387 сайлау учаскесі</w:t>
      </w:r>
    </w:p>
    <w:p w14:paraId="23C1C7A7"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72 «Жанарым» балабақшасы» мемлекеттік коммуналдық қазыналық кәсіпорны, Ш. Қосшығұлұлы көшесі,</w:t>
      </w:r>
      <w:r w:rsidRPr="006F7332">
        <w:rPr>
          <w:sz w:val="28"/>
          <w:szCs w:val="28"/>
          <w:lang w:val="kk-KZ"/>
        </w:rPr>
        <w:br/>
        <w:t>№ 13/3)</w:t>
      </w:r>
    </w:p>
    <w:p w14:paraId="5C151E18" w14:textId="77777777" w:rsidR="005B42CB" w:rsidRPr="006F7332" w:rsidRDefault="005B42CB" w:rsidP="005B42CB">
      <w:pPr>
        <w:keepNext/>
        <w:jc w:val="both"/>
        <w:rPr>
          <w:lang w:val="kk-KZ"/>
        </w:rPr>
      </w:pPr>
    </w:p>
    <w:p w14:paraId="3130630D"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бастап Ш. Қосшығұлұлы көшесіне дейін, Ш. Қосшығұлұлы көшесінен Е. Серкебаев көшесіне дейін, Е. Серкебаев көшесінен Ш. Қосшығұлұлы</w:t>
      </w:r>
      <w:r w:rsidRPr="006F7332">
        <w:rPr>
          <w:lang w:val="kk-KZ"/>
        </w:rPr>
        <w:t xml:space="preserve"> </w:t>
      </w:r>
      <w:r w:rsidRPr="006F7332">
        <w:rPr>
          <w:sz w:val="28"/>
          <w:szCs w:val="28"/>
          <w:lang w:val="kk-KZ"/>
        </w:rPr>
        <w:t xml:space="preserve">көшесіндегі № 9/1 үйге дейін, Ш. Қосшығұлұлы көшесіндегі № 9, 9/1 үйлердің арасымен, Ш. Қосшығұлұлы көшесіндегі № 11/1, 11/2 үйлерді қоспағанда және Ш. Қосшығұлұлы көшесіндегі № 9, 11 үйлерді қоса алғанда, Ш. Қосшығұлұлы көшесіндегі № 13/3 үйге дейін, Ш. Қосшығұлұлы көшесіндегі № 13/3 үйден, Ш. Қосшығұлұлы көшесіндегі № 13/1, 13/2, </w:t>
      </w:r>
      <w:r>
        <w:rPr>
          <w:sz w:val="28"/>
          <w:szCs w:val="28"/>
          <w:lang w:val="kk-KZ"/>
        </w:rPr>
        <w:br/>
      </w:r>
      <w:r w:rsidRPr="006F7332">
        <w:rPr>
          <w:sz w:val="28"/>
          <w:szCs w:val="28"/>
          <w:lang w:val="kk-KZ"/>
        </w:rPr>
        <w:t>17/1 үйлерді қоса алғанда және Ш. Қосшығұлұлы көшесіндегі № 19/1, 19/2, 19/3, 19/4 үйлерді қоспағанда, Сарыбұлақ бұлағына дейін.</w:t>
      </w:r>
    </w:p>
    <w:p w14:paraId="2854A584" w14:textId="77777777" w:rsidR="005B42CB" w:rsidRPr="006F7332" w:rsidRDefault="005B42CB" w:rsidP="005B42CB">
      <w:pPr>
        <w:jc w:val="both"/>
        <w:rPr>
          <w:lang w:val="kk-KZ"/>
        </w:rPr>
      </w:pPr>
    </w:p>
    <w:p w14:paraId="525E90D8" w14:textId="77777777" w:rsidR="005B42CB" w:rsidRPr="006F7332" w:rsidRDefault="005B42CB" w:rsidP="005B42CB">
      <w:pPr>
        <w:keepNext/>
        <w:keepLines/>
        <w:jc w:val="center"/>
        <w:rPr>
          <w:sz w:val="28"/>
          <w:szCs w:val="28"/>
          <w:lang w:val="kk-KZ"/>
        </w:rPr>
      </w:pPr>
      <w:r w:rsidRPr="006F7332">
        <w:rPr>
          <w:sz w:val="28"/>
          <w:szCs w:val="28"/>
          <w:lang w:val="kk-KZ"/>
        </w:rPr>
        <w:t>№ 388 сайлау учаскесі</w:t>
      </w:r>
    </w:p>
    <w:p w14:paraId="10E78AC9"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60 мектеп-лицей» шаруашылық жүргізу құқығындағы мемлекеттік коммуналдық кәсіпорны, </w:t>
      </w:r>
      <w:r>
        <w:rPr>
          <w:sz w:val="28"/>
          <w:szCs w:val="28"/>
          <w:lang w:val="kk-KZ"/>
        </w:rPr>
        <w:br/>
      </w:r>
      <w:r w:rsidRPr="006F7332">
        <w:rPr>
          <w:sz w:val="28"/>
          <w:szCs w:val="28"/>
          <w:lang w:val="kk-KZ"/>
        </w:rPr>
        <w:t>С. Кубрин көшесі, № 21/1)</w:t>
      </w:r>
    </w:p>
    <w:p w14:paraId="1DC3EC1B" w14:textId="77777777" w:rsidR="005B42CB" w:rsidRPr="006F7332" w:rsidRDefault="005B42CB" w:rsidP="005B42CB">
      <w:pPr>
        <w:keepNext/>
        <w:jc w:val="both"/>
        <w:rPr>
          <w:lang w:val="kk-KZ"/>
        </w:rPr>
      </w:pPr>
    </w:p>
    <w:p w14:paraId="00458C4C" w14:textId="77777777" w:rsidR="005B42CB" w:rsidRPr="006F7332" w:rsidRDefault="005B42CB" w:rsidP="005B42CB">
      <w:pPr>
        <w:ind w:firstLine="709"/>
        <w:jc w:val="both"/>
        <w:rPr>
          <w:sz w:val="28"/>
          <w:szCs w:val="28"/>
          <w:lang w:val="kk-KZ"/>
        </w:rPr>
      </w:pPr>
      <w:r w:rsidRPr="006F7332">
        <w:rPr>
          <w:sz w:val="28"/>
          <w:szCs w:val="28"/>
          <w:lang w:val="kk-KZ"/>
        </w:rPr>
        <w:t>Шекарасы: Ш. Қосшығұлұлы көшесінен, Ш. Қосшығұлұлы көшесіндегі</w:t>
      </w:r>
      <w:r w:rsidRPr="006F7332">
        <w:rPr>
          <w:sz w:val="28"/>
          <w:szCs w:val="28"/>
          <w:lang w:val="kk-KZ"/>
        </w:rPr>
        <w:br/>
        <w:t>№ 3, 3/2 үйлерді қоса алғанда, Жамбыл көшесіне дейін, Жамбыл көшесінен</w:t>
      </w:r>
      <w:r w:rsidRPr="006F7332">
        <w:rPr>
          <w:sz w:val="28"/>
          <w:szCs w:val="28"/>
          <w:lang w:val="kk-KZ"/>
        </w:rPr>
        <w:br/>
        <w:t>Б. Соқпақбаев көшесіне дейін, Б. Соқпақбаев көшесінен, Б. Соқпақбаев көшесіндегі № 6 үйді қоспағанда, К. Күмісбеков көшесіне дейін, К. Күмісбеков көшесінен, К. Күмісбеков көшесіндегі № 7/1, 7/2 үйлерді қоспағанда,</w:t>
      </w:r>
      <w:r w:rsidRPr="006F7332">
        <w:rPr>
          <w:sz w:val="28"/>
          <w:szCs w:val="28"/>
          <w:lang w:val="kk-KZ"/>
        </w:rPr>
        <w:br/>
        <w:t>Ш. Қосшығұлұлы көшесіне дейін.</w:t>
      </w:r>
    </w:p>
    <w:p w14:paraId="0723F3D7" w14:textId="77777777" w:rsidR="005B42CB" w:rsidRPr="006F7332" w:rsidRDefault="005B42CB" w:rsidP="005B42CB">
      <w:pPr>
        <w:jc w:val="both"/>
        <w:rPr>
          <w:lang w:val="kk-KZ"/>
        </w:rPr>
      </w:pPr>
    </w:p>
    <w:p w14:paraId="094E2360" w14:textId="77777777" w:rsidR="005B42CB" w:rsidRPr="006F7332" w:rsidRDefault="005B42CB" w:rsidP="005B42CB">
      <w:pPr>
        <w:keepNext/>
        <w:keepLines/>
        <w:jc w:val="center"/>
        <w:rPr>
          <w:sz w:val="28"/>
          <w:szCs w:val="28"/>
          <w:lang w:val="kk-KZ"/>
        </w:rPr>
      </w:pPr>
      <w:r w:rsidRPr="006F7332">
        <w:rPr>
          <w:sz w:val="28"/>
          <w:szCs w:val="28"/>
          <w:lang w:val="kk-KZ"/>
        </w:rPr>
        <w:t>№ 389 сайлау учаскесі</w:t>
      </w:r>
    </w:p>
    <w:p w14:paraId="15AFD86F" w14:textId="77777777" w:rsidR="005B42CB" w:rsidRPr="006F7332" w:rsidRDefault="005B42CB" w:rsidP="005B42CB">
      <w:pPr>
        <w:keepNext/>
        <w:keepLines/>
        <w:jc w:val="center"/>
        <w:rPr>
          <w:sz w:val="28"/>
          <w:szCs w:val="28"/>
          <w:lang w:val="kk-KZ"/>
        </w:rPr>
      </w:pPr>
      <w:r w:rsidRPr="006F7332">
        <w:rPr>
          <w:sz w:val="28"/>
          <w:szCs w:val="28"/>
          <w:lang w:val="kk-KZ"/>
        </w:rPr>
        <w:t>(орталығы – «Менеджмент, бизнес және білім колледжі» жауапкершілігі шектеулі серіктестігі, Жеңіс даңғылы, № 68а)</w:t>
      </w:r>
    </w:p>
    <w:p w14:paraId="160ED83F" w14:textId="77777777" w:rsidR="005B42CB" w:rsidRPr="006F7332" w:rsidRDefault="005B42CB" w:rsidP="005B42CB">
      <w:pPr>
        <w:keepNext/>
        <w:jc w:val="both"/>
        <w:rPr>
          <w:lang w:val="kk-KZ"/>
        </w:rPr>
      </w:pPr>
    </w:p>
    <w:p w14:paraId="528AA521" w14:textId="77777777" w:rsidR="005B42CB" w:rsidRPr="006F7332" w:rsidRDefault="005B42CB" w:rsidP="005B42CB">
      <w:pPr>
        <w:ind w:firstLine="709"/>
        <w:jc w:val="both"/>
        <w:rPr>
          <w:sz w:val="28"/>
          <w:szCs w:val="28"/>
          <w:lang w:val="kk-KZ"/>
        </w:rPr>
      </w:pPr>
      <w:r w:rsidRPr="006F7332">
        <w:rPr>
          <w:sz w:val="28"/>
          <w:szCs w:val="28"/>
          <w:lang w:val="kk-KZ"/>
        </w:rPr>
        <w:t>Шекарасы: Сарыбұлақ бұлағынан, А. Затаевич көшесіндегі № 2, 2/1 үйлерді қоспағанда, А. Затаевич көшесіне дейін, А. Затаевич көшесінен Г. Потанин көшесіне дейін, Г. Потанин көшесінен Ә. Молдағұлова көшесіне дейін,</w:t>
      </w:r>
      <w:r w:rsidRPr="006F7332">
        <w:rPr>
          <w:sz w:val="28"/>
          <w:szCs w:val="28"/>
          <w:lang w:val="kk-KZ"/>
        </w:rPr>
        <w:br/>
        <w:t>Ә. Молдағұлова көшесінен Сарыбұлақ бұлағына дейін.</w:t>
      </w:r>
    </w:p>
    <w:p w14:paraId="2BEDBE54" w14:textId="77777777" w:rsidR="005B42CB" w:rsidRPr="006F7332" w:rsidRDefault="005B42CB" w:rsidP="005B42CB">
      <w:pPr>
        <w:jc w:val="both"/>
        <w:rPr>
          <w:lang w:val="kk-KZ"/>
        </w:rPr>
      </w:pPr>
    </w:p>
    <w:p w14:paraId="5AAB601A" w14:textId="77777777" w:rsidR="005B42CB" w:rsidRPr="006F7332" w:rsidRDefault="005B42CB" w:rsidP="005B42CB">
      <w:pPr>
        <w:keepNext/>
        <w:keepLines/>
        <w:jc w:val="center"/>
        <w:rPr>
          <w:sz w:val="28"/>
          <w:szCs w:val="28"/>
          <w:lang w:val="kk-KZ"/>
        </w:rPr>
      </w:pPr>
      <w:r w:rsidRPr="006F7332">
        <w:rPr>
          <w:sz w:val="28"/>
          <w:szCs w:val="28"/>
          <w:lang w:val="kk-KZ"/>
        </w:rPr>
        <w:t>№ 390 сайлау учаскесі</w:t>
      </w:r>
    </w:p>
    <w:p w14:paraId="7B929923"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«Дарынды қыз балаларға арналған «Білім-инновация» лицей-интернаты» коммуналдық мемлекеттік мекемесі,</w:t>
      </w:r>
      <w:r w:rsidRPr="006F7332">
        <w:rPr>
          <w:sz w:val="28"/>
          <w:szCs w:val="28"/>
          <w:lang w:val="kk-KZ"/>
        </w:rPr>
        <w:br/>
        <w:t>Б. Соқпақбаев көшесі, № 17)</w:t>
      </w:r>
    </w:p>
    <w:p w14:paraId="4209CFCC" w14:textId="77777777" w:rsidR="005B42CB" w:rsidRPr="006F7332" w:rsidRDefault="005B42CB" w:rsidP="005B42CB">
      <w:pPr>
        <w:keepNext/>
        <w:jc w:val="both"/>
        <w:rPr>
          <w:lang w:val="kk-KZ"/>
        </w:rPr>
      </w:pPr>
    </w:p>
    <w:p w14:paraId="0D759729" w14:textId="77777777" w:rsidR="005B42CB" w:rsidRPr="006F7332" w:rsidRDefault="005B42CB" w:rsidP="005B42CB">
      <w:pPr>
        <w:ind w:firstLine="709"/>
        <w:jc w:val="both"/>
        <w:rPr>
          <w:sz w:val="28"/>
          <w:szCs w:val="28"/>
          <w:lang w:val="kk-KZ"/>
        </w:rPr>
      </w:pPr>
      <w:r w:rsidRPr="006F7332">
        <w:rPr>
          <w:sz w:val="28"/>
          <w:szCs w:val="28"/>
          <w:lang w:val="kk-KZ"/>
        </w:rPr>
        <w:t>Шекарасы: Ш. Бейсекова көшесінен Б. Соқпақбаев көшесіне дейін,</w:t>
      </w:r>
      <w:r w:rsidRPr="006F7332">
        <w:rPr>
          <w:sz w:val="28"/>
          <w:szCs w:val="28"/>
          <w:lang w:val="kk-KZ"/>
        </w:rPr>
        <w:br/>
        <w:t>Б. Соқпақбаев көшесінен Сарыбұлақ бұлағына дейін, Сарыбұлақ бұлағынан</w:t>
      </w:r>
      <w:r w:rsidRPr="006F7332">
        <w:rPr>
          <w:sz w:val="28"/>
          <w:szCs w:val="28"/>
          <w:lang w:val="kk-KZ"/>
        </w:rPr>
        <w:br/>
        <w:t xml:space="preserve">Б. Соқпақбаев көшесіндегі № 20/6 үйге дейін, Б. Соқпақбаев көшесіндегі </w:t>
      </w:r>
      <w:r>
        <w:rPr>
          <w:sz w:val="28"/>
          <w:szCs w:val="28"/>
          <w:lang w:val="kk-KZ"/>
        </w:rPr>
        <w:br/>
      </w:r>
      <w:r w:rsidRPr="006F7332">
        <w:rPr>
          <w:sz w:val="28"/>
          <w:szCs w:val="28"/>
          <w:lang w:val="kk-KZ"/>
        </w:rPr>
        <w:t>№ 20/6 үйден, Ш. Қосшығұлұлы көшесіндегі № 20/1, 24/1 үйлерді қоспағанда,</w:t>
      </w:r>
      <w:r w:rsidRPr="006F7332">
        <w:rPr>
          <w:sz w:val="28"/>
          <w:szCs w:val="28"/>
          <w:lang w:val="kk-KZ"/>
        </w:rPr>
        <w:br/>
        <w:t>Ш. Бейсекова көшесіне дейін.</w:t>
      </w:r>
    </w:p>
    <w:p w14:paraId="7334AF65" w14:textId="77777777" w:rsidR="005B42CB" w:rsidRPr="006F7332" w:rsidRDefault="005B42CB" w:rsidP="005B42CB">
      <w:pPr>
        <w:jc w:val="both"/>
        <w:rPr>
          <w:lang w:val="kk-KZ"/>
        </w:rPr>
      </w:pPr>
    </w:p>
    <w:p w14:paraId="4739BC0A" w14:textId="77777777" w:rsidR="005B42CB" w:rsidRPr="006F7332" w:rsidRDefault="005B42CB" w:rsidP="005B42CB">
      <w:pPr>
        <w:keepNext/>
        <w:keepLines/>
        <w:jc w:val="center"/>
        <w:rPr>
          <w:sz w:val="28"/>
          <w:szCs w:val="28"/>
          <w:lang w:val="kk-KZ"/>
        </w:rPr>
      </w:pPr>
      <w:r w:rsidRPr="006F7332">
        <w:rPr>
          <w:sz w:val="28"/>
          <w:szCs w:val="28"/>
          <w:lang w:val="kk-KZ"/>
        </w:rPr>
        <w:lastRenderedPageBreak/>
        <w:t>№ 391 сайлау учаскесі</w:t>
      </w:r>
    </w:p>
    <w:p w14:paraId="0CEF9956"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«Техникалық колледжі» шаруашылық жүргізу құқығындағы мемлекеттік коммуналдық кәсіпорны, </w:t>
      </w:r>
      <w:r w:rsidRPr="006F7332">
        <w:rPr>
          <w:sz w:val="28"/>
          <w:szCs w:val="28"/>
          <w:lang w:val="kk-KZ"/>
        </w:rPr>
        <w:br/>
        <w:t>Б. Соқпақбаев көшесі, № 19)</w:t>
      </w:r>
    </w:p>
    <w:p w14:paraId="5EDA3994" w14:textId="77777777" w:rsidR="005B42CB" w:rsidRPr="006F7332" w:rsidRDefault="005B42CB" w:rsidP="005B42CB">
      <w:pPr>
        <w:keepNext/>
        <w:jc w:val="both"/>
        <w:rPr>
          <w:lang w:val="kk-KZ"/>
        </w:rPr>
      </w:pPr>
    </w:p>
    <w:p w14:paraId="74DFCB96" w14:textId="77777777" w:rsidR="005B42CB" w:rsidRPr="006F7332" w:rsidRDefault="005B42CB" w:rsidP="005B42CB">
      <w:pPr>
        <w:ind w:firstLine="709"/>
        <w:jc w:val="both"/>
        <w:rPr>
          <w:sz w:val="28"/>
          <w:szCs w:val="28"/>
          <w:lang w:val="kk-KZ"/>
        </w:rPr>
      </w:pPr>
      <w:r w:rsidRPr="006F7332">
        <w:rPr>
          <w:sz w:val="28"/>
          <w:szCs w:val="28"/>
          <w:lang w:val="kk-KZ"/>
        </w:rPr>
        <w:t>Шекарасы: Н. Тілендиев даңғылынан Сарыбұлақ бұлағына дейін, Сарыбұлақ бұлағының бойымен Б. Соқпақбаев көшесіне дейін, Б. Соқпақбаев көшесінен Ш. Бейсекова көшесіне дейін, Ш. Бейсекова көшесінен Н. Тілендиев даңғылына дейін.</w:t>
      </w:r>
    </w:p>
    <w:p w14:paraId="48923E1D" w14:textId="77777777" w:rsidR="005B42CB" w:rsidRPr="006F7332" w:rsidRDefault="005B42CB" w:rsidP="005B42CB">
      <w:pPr>
        <w:jc w:val="both"/>
        <w:rPr>
          <w:lang w:val="kk-KZ"/>
        </w:rPr>
      </w:pPr>
    </w:p>
    <w:p w14:paraId="2D65CBDB" w14:textId="77777777" w:rsidR="005B42CB" w:rsidRPr="006F7332" w:rsidRDefault="005B42CB" w:rsidP="005B42CB">
      <w:pPr>
        <w:keepNext/>
        <w:keepLines/>
        <w:jc w:val="center"/>
        <w:rPr>
          <w:sz w:val="28"/>
          <w:szCs w:val="28"/>
          <w:lang w:val="kk-KZ"/>
        </w:rPr>
      </w:pPr>
      <w:r w:rsidRPr="006F7332">
        <w:rPr>
          <w:sz w:val="28"/>
          <w:szCs w:val="28"/>
          <w:lang w:val="kk-KZ"/>
        </w:rPr>
        <w:t>№ 392 сайлау учаскесі</w:t>
      </w:r>
    </w:p>
    <w:p w14:paraId="354A6AEC"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 65 «Бал бала» балабақшасы» мемлекеттік коммуналдық қазыналық кәсіпорны, </w:t>
      </w:r>
      <w:r w:rsidRPr="006F7332">
        <w:rPr>
          <w:sz w:val="28"/>
          <w:szCs w:val="28"/>
          <w:lang w:val="kk-KZ"/>
        </w:rPr>
        <w:br/>
        <w:t>Қараменде би Шақаұлы көшесі, № 5/1)</w:t>
      </w:r>
    </w:p>
    <w:p w14:paraId="02F4BBD3" w14:textId="77777777" w:rsidR="005B42CB" w:rsidRPr="006F7332" w:rsidRDefault="005B42CB" w:rsidP="005B42CB">
      <w:pPr>
        <w:keepNext/>
        <w:jc w:val="both"/>
        <w:rPr>
          <w:lang w:val="kk-KZ"/>
        </w:rPr>
      </w:pPr>
    </w:p>
    <w:p w14:paraId="01D64A33" w14:textId="77777777" w:rsidR="005B42CB" w:rsidRPr="006F7332" w:rsidRDefault="005B42CB" w:rsidP="005B42CB">
      <w:pPr>
        <w:ind w:firstLine="709"/>
        <w:jc w:val="both"/>
        <w:rPr>
          <w:sz w:val="28"/>
          <w:szCs w:val="28"/>
          <w:lang w:val="kk-KZ"/>
        </w:rPr>
      </w:pPr>
      <w:r w:rsidRPr="006F7332">
        <w:rPr>
          <w:sz w:val="28"/>
          <w:szCs w:val="28"/>
          <w:lang w:val="kk-KZ"/>
        </w:rPr>
        <w:t>Шекарасы: Дәулеткерей көшесінен Жоламан орамына дейін, Жоламан орамынан Байынкөл орамына дейін, Байынкөл орамынан Қараменде би Шақаұлы көшесіне дейін, Қараменде би Шақаұлы көшесінен, Қараменде би Шақаұлы көшесіндегі № 1, 3, 3/1, 3/2 үйлерді және Бейбарыс сұлтан көшесіндегі № 6, 6/1, 6/2, 6/3 үйлерді қоспағанда, Бейбарыс сұлтан көшесіне дейін, Бейбарыс сұлтан көшесінен Бейбарыс сұлтан көшесіндегі № 11, 13, 13/1 үйлердің және</w:t>
      </w:r>
      <w:r w:rsidRPr="006F7332">
        <w:rPr>
          <w:sz w:val="28"/>
          <w:szCs w:val="28"/>
          <w:lang w:val="kk-KZ"/>
        </w:rPr>
        <w:br/>
        <w:t>Ш. Айтматов көшесіндегі № 77/7, 77/10 үйлердің бойымен Есіл өзенінің жағалауына дейін, Есіл өзенінің жағалауы бойымен, Еңлік-Кебек көшесіндегі</w:t>
      </w:r>
      <w:r w:rsidRPr="006F7332">
        <w:rPr>
          <w:sz w:val="28"/>
          <w:szCs w:val="28"/>
          <w:lang w:val="kk-KZ"/>
        </w:rPr>
        <w:br/>
        <w:t>№ 1/9 үйді қоса алғанда, Земляничная көшесіне дейін, Земляничная көшесінің тақ сандар жағымен Дәулеткерей көшесіне дейін.</w:t>
      </w:r>
    </w:p>
    <w:p w14:paraId="14E93104" w14:textId="77777777" w:rsidR="005B42CB" w:rsidRPr="006F7332" w:rsidRDefault="005B42CB" w:rsidP="005B42CB">
      <w:pPr>
        <w:jc w:val="both"/>
        <w:rPr>
          <w:lang w:val="kk-KZ"/>
        </w:rPr>
      </w:pPr>
    </w:p>
    <w:p w14:paraId="510A308D" w14:textId="77777777" w:rsidR="005B42CB" w:rsidRPr="006F7332" w:rsidRDefault="005B42CB" w:rsidP="005B42CB">
      <w:pPr>
        <w:keepNext/>
        <w:keepLines/>
        <w:jc w:val="center"/>
        <w:rPr>
          <w:sz w:val="28"/>
          <w:szCs w:val="28"/>
          <w:lang w:val="kk-KZ"/>
        </w:rPr>
      </w:pPr>
      <w:r w:rsidRPr="006F7332">
        <w:rPr>
          <w:sz w:val="28"/>
          <w:szCs w:val="28"/>
          <w:lang w:val="kk-KZ"/>
        </w:rPr>
        <w:t>№ 393 сайлау учаскесі</w:t>
      </w:r>
    </w:p>
    <w:p w14:paraId="0EF57C18"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41 жалпы орта білім беретін мектеп» коммуналдық мемлекеттік мекемесі, Ардагерлер көшесі, № 1а)</w:t>
      </w:r>
    </w:p>
    <w:p w14:paraId="7AA65113" w14:textId="77777777" w:rsidR="005B42CB" w:rsidRPr="006F7332" w:rsidRDefault="005B42CB" w:rsidP="005B42CB">
      <w:pPr>
        <w:keepNext/>
        <w:jc w:val="both"/>
        <w:rPr>
          <w:lang w:val="kk-KZ"/>
        </w:rPr>
      </w:pPr>
    </w:p>
    <w:p w14:paraId="5981341F" w14:textId="77777777" w:rsidR="005B42CB" w:rsidRPr="006F7332" w:rsidRDefault="005B42CB" w:rsidP="005B42CB">
      <w:pPr>
        <w:ind w:firstLine="709"/>
        <w:jc w:val="both"/>
        <w:rPr>
          <w:sz w:val="28"/>
          <w:szCs w:val="28"/>
          <w:lang w:val="kk-KZ"/>
        </w:rPr>
      </w:pPr>
      <w:r w:rsidRPr="006F7332">
        <w:rPr>
          <w:sz w:val="28"/>
          <w:szCs w:val="28"/>
          <w:lang w:val="kk-KZ"/>
        </w:rPr>
        <w:t>Шекарасы: Бейбарыс сұлтан көшесінен, Бейбарыс сұлтан көшесіндегі № 23, 25/1, 25/2, 25а үйлерді қоспағанда, Земляничная көшесіне дейін, Земляничная көшесінен, Еңлік-Кебек көшесіндегі № 1/9 үйді қоспағанда, Есіл өзенінің жағалауына дейін, Есіл өзенінің жағалауы бойымен Еңлік-Кебек көшесіндегі</w:t>
      </w:r>
      <w:r w:rsidRPr="006F7332">
        <w:rPr>
          <w:sz w:val="28"/>
          <w:szCs w:val="28"/>
          <w:lang w:val="kk-KZ"/>
        </w:rPr>
        <w:br/>
        <w:t>№ 1в үйге дейін, Еңлік-Кебек көшесіндегі № 1в</w:t>
      </w:r>
      <w:r w:rsidRPr="006F7332">
        <w:rPr>
          <w:lang w:val="kk-KZ"/>
        </w:rPr>
        <w:t xml:space="preserve"> </w:t>
      </w:r>
      <w:r w:rsidRPr="006F7332">
        <w:rPr>
          <w:sz w:val="28"/>
          <w:szCs w:val="28"/>
          <w:lang w:val="kk-KZ"/>
        </w:rPr>
        <w:t>үйден, Еңлік-Кебек көшесіндегі № 1/3 үйді қоспағанда, Еңлік-Кебек</w:t>
      </w:r>
      <w:r w:rsidRPr="006F7332">
        <w:rPr>
          <w:lang w:val="kk-KZ"/>
        </w:rPr>
        <w:t xml:space="preserve"> </w:t>
      </w:r>
      <w:r w:rsidRPr="006F7332">
        <w:rPr>
          <w:sz w:val="28"/>
          <w:szCs w:val="28"/>
          <w:lang w:val="kk-KZ"/>
        </w:rPr>
        <w:t xml:space="preserve">көшесіне дейін, Еңлік-Кебек көшесінен «Көктал» паркінің шекарасына дейін, «Көктал» паркінің шекарасы бойымен, Бейбарыс сұлтан көшесіндегі № 31 үйді қоспағанда және С902 көшедегі № 6, </w:t>
      </w:r>
      <w:r>
        <w:rPr>
          <w:sz w:val="28"/>
          <w:szCs w:val="28"/>
          <w:lang w:val="kk-KZ"/>
        </w:rPr>
        <w:br/>
      </w:r>
      <w:r w:rsidRPr="006F7332">
        <w:rPr>
          <w:sz w:val="28"/>
          <w:szCs w:val="28"/>
          <w:lang w:val="kk-KZ"/>
        </w:rPr>
        <w:t>6/1 үйлерді қоса алғанда, Бейбарыс сұлтан</w:t>
      </w:r>
      <w:r w:rsidRPr="006F7332">
        <w:rPr>
          <w:lang w:val="kk-KZ"/>
        </w:rPr>
        <w:t xml:space="preserve"> </w:t>
      </w:r>
      <w:r w:rsidRPr="006F7332">
        <w:rPr>
          <w:sz w:val="28"/>
          <w:szCs w:val="28"/>
          <w:lang w:val="kk-KZ"/>
        </w:rPr>
        <w:t>көшесіне дейін.</w:t>
      </w:r>
    </w:p>
    <w:p w14:paraId="4CB96A98" w14:textId="77777777" w:rsidR="005B42CB" w:rsidRPr="006F7332" w:rsidRDefault="005B42CB" w:rsidP="005B42CB">
      <w:pPr>
        <w:jc w:val="both"/>
        <w:rPr>
          <w:lang w:val="kk-KZ"/>
        </w:rPr>
      </w:pPr>
    </w:p>
    <w:p w14:paraId="003B2130" w14:textId="77777777" w:rsidR="005B42CB" w:rsidRPr="006F7332" w:rsidRDefault="005B42CB" w:rsidP="005B42CB">
      <w:pPr>
        <w:keepNext/>
        <w:keepLines/>
        <w:jc w:val="center"/>
        <w:rPr>
          <w:sz w:val="28"/>
          <w:szCs w:val="28"/>
          <w:lang w:val="kk-KZ"/>
        </w:rPr>
      </w:pPr>
      <w:r w:rsidRPr="006F7332">
        <w:rPr>
          <w:sz w:val="28"/>
          <w:szCs w:val="28"/>
          <w:lang w:val="kk-KZ"/>
        </w:rPr>
        <w:t>№ 394 сайлау учаскесі</w:t>
      </w:r>
    </w:p>
    <w:p w14:paraId="7774EB5A" w14:textId="77777777" w:rsidR="005B42CB" w:rsidRPr="006F7332" w:rsidRDefault="005B42CB" w:rsidP="005B42CB">
      <w:pPr>
        <w:keepNext/>
        <w:keepLines/>
        <w:jc w:val="center"/>
        <w:rPr>
          <w:sz w:val="28"/>
          <w:szCs w:val="28"/>
          <w:lang w:val="kk-KZ"/>
        </w:rPr>
      </w:pPr>
      <w:r w:rsidRPr="006F7332">
        <w:rPr>
          <w:sz w:val="28"/>
          <w:szCs w:val="28"/>
          <w:lang w:val="kk-KZ"/>
        </w:rPr>
        <w:t>(орталығы – «Koktal-junior hall» балалар орталығы, Ұлытау көшесі, № 1/1)</w:t>
      </w:r>
    </w:p>
    <w:p w14:paraId="5B75CF62" w14:textId="77777777" w:rsidR="005B42CB" w:rsidRPr="006F7332" w:rsidRDefault="005B42CB" w:rsidP="005B42CB">
      <w:pPr>
        <w:keepNext/>
        <w:jc w:val="both"/>
        <w:rPr>
          <w:lang w:val="kk-KZ"/>
        </w:rPr>
      </w:pPr>
    </w:p>
    <w:p w14:paraId="51A1DC36" w14:textId="77777777" w:rsidR="005B42CB" w:rsidRPr="006F7332" w:rsidRDefault="005B42CB" w:rsidP="005B42CB">
      <w:pPr>
        <w:ind w:firstLine="709"/>
        <w:jc w:val="both"/>
        <w:rPr>
          <w:sz w:val="28"/>
          <w:szCs w:val="28"/>
          <w:lang w:val="kk-KZ"/>
        </w:rPr>
      </w:pPr>
      <w:r w:rsidRPr="006F7332">
        <w:rPr>
          <w:sz w:val="28"/>
          <w:szCs w:val="28"/>
          <w:lang w:val="kk-KZ"/>
        </w:rPr>
        <w:t xml:space="preserve">Шекарасы: Арқалық көшесінен, Н. Тілендиев даңғылындағы № 40, 42, </w:t>
      </w:r>
      <w:r>
        <w:rPr>
          <w:sz w:val="28"/>
          <w:szCs w:val="28"/>
          <w:lang w:val="kk-KZ"/>
        </w:rPr>
        <w:br/>
      </w:r>
      <w:r w:rsidRPr="006F7332">
        <w:rPr>
          <w:sz w:val="28"/>
          <w:szCs w:val="28"/>
          <w:lang w:val="kk-KZ"/>
        </w:rPr>
        <w:t>44а үйлерді қоса алғанда, Н. Тілендиев даңғылына дейін, Н. Тілендиев даңғылынан Арқалық көшесіне дейін.</w:t>
      </w:r>
    </w:p>
    <w:p w14:paraId="4989D5E3" w14:textId="77777777" w:rsidR="005B42CB" w:rsidRPr="006F7332" w:rsidRDefault="005B42CB" w:rsidP="005B42CB">
      <w:pPr>
        <w:jc w:val="both"/>
        <w:rPr>
          <w:lang w:val="kk-KZ"/>
        </w:rPr>
      </w:pPr>
    </w:p>
    <w:p w14:paraId="47DF503D" w14:textId="77777777" w:rsidR="005B42CB" w:rsidRPr="006F7332" w:rsidRDefault="005B42CB" w:rsidP="005B42CB">
      <w:pPr>
        <w:keepNext/>
        <w:keepLines/>
        <w:jc w:val="center"/>
        <w:rPr>
          <w:sz w:val="28"/>
          <w:szCs w:val="28"/>
          <w:lang w:val="kk-KZ"/>
        </w:rPr>
      </w:pPr>
      <w:r w:rsidRPr="006F7332">
        <w:rPr>
          <w:sz w:val="28"/>
          <w:szCs w:val="28"/>
          <w:lang w:val="kk-KZ"/>
        </w:rPr>
        <w:lastRenderedPageBreak/>
        <w:t>№ 395 сайлау учаскесі</w:t>
      </w:r>
    </w:p>
    <w:p w14:paraId="5D1607C7"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31355268" w14:textId="77777777" w:rsidR="005B42CB" w:rsidRPr="006F7332" w:rsidRDefault="005B42CB" w:rsidP="005B42CB">
      <w:pPr>
        <w:keepNext/>
        <w:jc w:val="both"/>
        <w:rPr>
          <w:lang w:val="kk-KZ"/>
        </w:rPr>
      </w:pPr>
    </w:p>
    <w:p w14:paraId="65A735F2" w14:textId="77777777" w:rsidR="005B42CB" w:rsidRPr="006F7332" w:rsidRDefault="005B42CB" w:rsidP="005B42CB">
      <w:pPr>
        <w:ind w:firstLine="709"/>
        <w:jc w:val="both"/>
        <w:rPr>
          <w:sz w:val="28"/>
          <w:szCs w:val="28"/>
          <w:lang w:val="kk-KZ"/>
        </w:rPr>
      </w:pPr>
      <w:r w:rsidRPr="006F7332">
        <w:rPr>
          <w:sz w:val="28"/>
          <w:szCs w:val="28"/>
          <w:lang w:val="kk-KZ"/>
        </w:rPr>
        <w:t>Шекарасы: Бейбарыс сұлтан көшесіндегі № 25 үйден, Бейбарыс сұлтан көшесіндегі № 23, 25а үйлерді қоса алғанда, Фруктовая көшесіне дейін, Фруктовая көшесінен Бейбарыс сұлтан көшесіндегі № 25/3 үйге дейін, Бейбарыс сұлтан көшесіндегі № 25/2, 25/3, 25/4 үйлердің арасынан Бейбарыс сұлтан көшесіндегі</w:t>
      </w:r>
      <w:r w:rsidRPr="006F7332">
        <w:rPr>
          <w:sz w:val="28"/>
          <w:szCs w:val="28"/>
          <w:lang w:val="kk-KZ"/>
        </w:rPr>
        <w:br/>
        <w:t>№ 27 үйге дейін, Бейбарыс сұлтан көшесіндегі № 25/1 үйден, Бейбарыс сұлтан көшесіндегі № 25, 27 үйлерді қоспағанда, Бейбарыс сұлтан көшесіне дейін.</w:t>
      </w:r>
    </w:p>
    <w:p w14:paraId="5ACD80C5" w14:textId="77777777" w:rsidR="005B42CB" w:rsidRPr="006F7332" w:rsidRDefault="005B42CB" w:rsidP="005B42CB">
      <w:pPr>
        <w:jc w:val="both"/>
        <w:rPr>
          <w:lang w:val="kk-KZ"/>
        </w:rPr>
      </w:pPr>
    </w:p>
    <w:p w14:paraId="18D1E913" w14:textId="77777777" w:rsidR="005B42CB" w:rsidRPr="006F7332" w:rsidRDefault="005B42CB" w:rsidP="005B42CB">
      <w:pPr>
        <w:keepNext/>
        <w:keepLines/>
        <w:jc w:val="center"/>
        <w:rPr>
          <w:sz w:val="28"/>
          <w:szCs w:val="28"/>
          <w:lang w:val="kk-KZ"/>
        </w:rPr>
      </w:pPr>
      <w:r w:rsidRPr="006F7332">
        <w:rPr>
          <w:sz w:val="28"/>
          <w:szCs w:val="28"/>
          <w:lang w:val="kk-KZ"/>
        </w:rPr>
        <w:t>№ 396 сайлау учаскесі</w:t>
      </w:r>
    </w:p>
    <w:p w14:paraId="47E739C5"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0CA0196E" w14:textId="77777777" w:rsidR="005B42CB" w:rsidRPr="006F7332" w:rsidRDefault="005B42CB" w:rsidP="005B42CB">
      <w:pPr>
        <w:keepNext/>
        <w:jc w:val="both"/>
        <w:rPr>
          <w:lang w:val="kk-KZ"/>
        </w:rPr>
      </w:pPr>
    </w:p>
    <w:p w14:paraId="74FC42C9" w14:textId="77777777" w:rsidR="005B42CB" w:rsidRPr="006F7332" w:rsidRDefault="005B42CB" w:rsidP="005B42CB">
      <w:pPr>
        <w:ind w:firstLine="709"/>
        <w:jc w:val="both"/>
        <w:rPr>
          <w:sz w:val="28"/>
          <w:szCs w:val="28"/>
          <w:lang w:val="kk-KZ"/>
        </w:rPr>
      </w:pPr>
      <w:r w:rsidRPr="006F7332">
        <w:rPr>
          <w:sz w:val="28"/>
          <w:szCs w:val="28"/>
          <w:lang w:val="kk-KZ"/>
        </w:rPr>
        <w:t>Шекарасы: Қараменде би Шақаұлы көшесінен Бейбарыс сұлтан көшесіне дейін, Бейбарыс сұлтан көшесінен Ш. Бейсекова көшесіне дейін, Ш. Бейсекова көшесінен Е. Серкебаев көшесіндегі № 41 үйге дейін, Е. Серкебаев көшесіндегі</w:t>
      </w:r>
      <w:r w:rsidRPr="006F7332">
        <w:rPr>
          <w:sz w:val="28"/>
          <w:szCs w:val="28"/>
          <w:lang w:val="kk-KZ"/>
        </w:rPr>
        <w:br/>
        <w:t xml:space="preserve">№ 41 үйден Ш. Айтматов көшесіндегі № 79/1 үйге дейін, Ш. Айтматов көшесіндегі № 77/11, 79/1 үйлердің бойымен, Е. Серкебаев көшесіндегі № 43, 45, 47 үйлерді және Бейбарыс сұлтан көшесіндегі № 5, 5/1, 7, 9, 9/1 үйлерді қоса алғанда, Бейбарыс сұлтан көшесіндегі № 13/1 үйге дейін, Бейбарыс сұлтан көшесіндегі № 13/1 үйден, Қараменде би Шақаұлы көшесіндегі № 1, 3, 3/1, </w:t>
      </w:r>
      <w:r>
        <w:rPr>
          <w:sz w:val="28"/>
          <w:szCs w:val="28"/>
          <w:lang w:val="kk-KZ"/>
        </w:rPr>
        <w:br/>
      </w:r>
      <w:r w:rsidRPr="006F7332">
        <w:rPr>
          <w:sz w:val="28"/>
          <w:szCs w:val="28"/>
          <w:lang w:val="kk-KZ"/>
        </w:rPr>
        <w:t>3/2 үйлерді және Бейбарыс сұлтан көшесіндегі № 3, 6, 6/1, 6/2, 6/3 үйлерді қоса алғанда және Бейбарыс сұлтан көшесіндегі № 11, 13, 13/1 үйлерді қоспағанда, Қараменде би Шақаұлы көшесіне дейін.</w:t>
      </w:r>
    </w:p>
    <w:p w14:paraId="0C9B1135" w14:textId="77777777" w:rsidR="005B42CB" w:rsidRPr="006F7332" w:rsidRDefault="005B42CB" w:rsidP="005B42CB">
      <w:pPr>
        <w:jc w:val="both"/>
        <w:rPr>
          <w:lang w:val="kk-KZ"/>
        </w:rPr>
      </w:pPr>
    </w:p>
    <w:p w14:paraId="33EFDF38" w14:textId="77777777" w:rsidR="005B42CB" w:rsidRPr="006F7332" w:rsidRDefault="005B42CB" w:rsidP="005B42CB">
      <w:pPr>
        <w:keepNext/>
        <w:keepLines/>
        <w:jc w:val="center"/>
        <w:rPr>
          <w:sz w:val="28"/>
          <w:szCs w:val="28"/>
          <w:lang w:val="kk-KZ"/>
        </w:rPr>
      </w:pPr>
      <w:r w:rsidRPr="006F7332">
        <w:rPr>
          <w:sz w:val="28"/>
          <w:szCs w:val="28"/>
          <w:lang w:val="kk-KZ"/>
        </w:rPr>
        <w:t>№ 507 сайлау учаскесі</w:t>
      </w:r>
    </w:p>
    <w:p w14:paraId="14532D54"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p w14:paraId="55FEBC04" w14:textId="77777777" w:rsidR="005B42CB" w:rsidRPr="006F7332" w:rsidRDefault="005B42CB" w:rsidP="005B42CB">
      <w:pPr>
        <w:keepNext/>
        <w:jc w:val="both"/>
        <w:rPr>
          <w:lang w:val="kk-KZ"/>
        </w:rPr>
      </w:pPr>
    </w:p>
    <w:p w14:paraId="287FD0C1" w14:textId="77777777" w:rsidR="005B42CB" w:rsidRPr="006F7332" w:rsidRDefault="005B42CB" w:rsidP="005B42CB">
      <w:pPr>
        <w:ind w:firstLine="709"/>
        <w:jc w:val="both"/>
        <w:rPr>
          <w:sz w:val="28"/>
          <w:szCs w:val="28"/>
          <w:lang w:val="kk-KZ"/>
        </w:rPr>
      </w:pPr>
      <w:r w:rsidRPr="006F7332">
        <w:rPr>
          <w:sz w:val="28"/>
          <w:szCs w:val="28"/>
          <w:lang w:val="kk-KZ"/>
        </w:rPr>
        <w:t>Шекарасы:</w:t>
      </w:r>
      <w:r w:rsidRPr="006F7332">
        <w:rPr>
          <w:lang w:val="kk-KZ"/>
        </w:rPr>
        <w:t xml:space="preserve"> </w:t>
      </w:r>
      <w:r w:rsidRPr="006F7332">
        <w:rPr>
          <w:sz w:val="28"/>
          <w:szCs w:val="28"/>
          <w:lang w:val="kk-KZ"/>
        </w:rPr>
        <w:t>Есіл өзенінің жағалауынан Ш. Айтматов көшесіндегі № 77/7, 77/10 үйлердің және Бейбарыс сұлтан көшесіндегі № 13, 13/1 үйлердің бойымен Бейбарыс сұлтан көшесіне дейін, Бейбарыс сұлтан көшесінен Бейбарыс сұлтан көшесіндегі № 9, 11 үйлердің арасымен және Ш. Айтматов көшесіндегі № 77/11, 79/1 үйлердің бойымен Ш. Айтматов көшесіндегі № 79 үйге дейін, Ш. Айтматов көшесіндегі № 77/3, 77/4, 77/6, 77/8, 77/9, 79, 79/1 үйлердің арасымен Есіл өзенінің жағалауына дейін.</w:t>
      </w:r>
    </w:p>
    <w:p w14:paraId="4A7833C9" w14:textId="77777777" w:rsidR="005B42CB" w:rsidRPr="006F7332" w:rsidRDefault="005B42CB" w:rsidP="005B42CB">
      <w:pPr>
        <w:jc w:val="both"/>
        <w:rPr>
          <w:lang w:val="kk-KZ"/>
        </w:rPr>
      </w:pPr>
    </w:p>
    <w:p w14:paraId="00677E4A" w14:textId="77777777" w:rsidR="005B42CB" w:rsidRPr="006F7332" w:rsidRDefault="005B42CB" w:rsidP="005B42CB">
      <w:pPr>
        <w:keepNext/>
        <w:keepLines/>
        <w:jc w:val="center"/>
        <w:rPr>
          <w:sz w:val="28"/>
          <w:szCs w:val="28"/>
          <w:lang w:val="kk-KZ"/>
        </w:rPr>
      </w:pPr>
      <w:r w:rsidRPr="006F7332">
        <w:rPr>
          <w:sz w:val="28"/>
          <w:szCs w:val="28"/>
          <w:lang w:val="kk-KZ"/>
        </w:rPr>
        <w:lastRenderedPageBreak/>
        <w:t>№ 508 сайлау учаскесі</w:t>
      </w:r>
    </w:p>
    <w:p w14:paraId="1D648F50" w14:textId="77777777" w:rsidR="005B42CB" w:rsidRPr="006F7332" w:rsidRDefault="005B42CB" w:rsidP="005B42CB">
      <w:pPr>
        <w:keepNext/>
        <w:keepLines/>
        <w:jc w:val="center"/>
        <w:rPr>
          <w:sz w:val="28"/>
          <w:szCs w:val="28"/>
          <w:lang w:val="kk-KZ"/>
        </w:rPr>
      </w:pPr>
      <w:r w:rsidRPr="006F7332">
        <w:rPr>
          <w:sz w:val="28"/>
          <w:szCs w:val="28"/>
          <w:lang w:val="kk-KZ"/>
        </w:rPr>
        <w:t>(орталығы –</w:t>
      </w:r>
      <w:r w:rsidRPr="006F7332">
        <w:rPr>
          <w:lang w:val="kk-KZ"/>
        </w:rPr>
        <w:t xml:space="preserve"> </w:t>
      </w:r>
      <w:r w:rsidRPr="006F7332">
        <w:rPr>
          <w:sz w:val="28"/>
          <w:szCs w:val="28"/>
          <w:lang w:val="kk-KZ"/>
        </w:rPr>
        <w:t>Астана қаласы әкімдігінің «№ 105 жалпы орта білім беретін мектеп» шаруашылық жүргізу құқығындағы мемлекеттік коммуналдық кәсіпорны, Ұлытау көшесі, № 48)</w:t>
      </w:r>
    </w:p>
    <w:p w14:paraId="35DAACE8" w14:textId="77777777" w:rsidR="005B42CB" w:rsidRPr="006F7332" w:rsidRDefault="005B42CB" w:rsidP="005B42CB">
      <w:pPr>
        <w:keepNext/>
        <w:jc w:val="both"/>
        <w:rPr>
          <w:lang w:val="kk-KZ"/>
        </w:rPr>
      </w:pPr>
    </w:p>
    <w:p w14:paraId="21281507" w14:textId="77777777" w:rsidR="005B42CB" w:rsidRPr="006F7332" w:rsidRDefault="005B42CB" w:rsidP="005B42CB">
      <w:pPr>
        <w:ind w:firstLine="708"/>
        <w:jc w:val="both"/>
        <w:rPr>
          <w:sz w:val="28"/>
          <w:szCs w:val="28"/>
          <w:lang w:val="kk-KZ"/>
        </w:rPr>
      </w:pPr>
      <w:r w:rsidRPr="006F7332">
        <w:rPr>
          <w:sz w:val="28"/>
          <w:szCs w:val="28"/>
          <w:lang w:val="kk-KZ"/>
        </w:rPr>
        <w:t>Шекарасы: Баршын көшесінен Ақмола көшесіне дейін, Ақмола көшесінен Қима көшесіне дейін, Қима көшесінен Н. Тілендиев даңғылына дейін,</w:t>
      </w:r>
      <w:r w:rsidRPr="006F7332">
        <w:rPr>
          <w:sz w:val="28"/>
          <w:szCs w:val="28"/>
          <w:lang w:val="kk-KZ"/>
        </w:rPr>
        <w:br/>
        <w:t>Н. Тілендиев даңғылынан, Н. Тілендиев даңғылындағы № 38 үйді қоса алғанда, Арқалық көшесіне дейін, Арқалық көшесінен Ұлытау көшесіне дейін, Ұлытау көшесінен Н. Тілендиев даңғылына дейін, Н. Тілендиев даңғылынан Баршын көшесіне дейін.</w:t>
      </w:r>
    </w:p>
    <w:p w14:paraId="19BB71BB" w14:textId="77777777" w:rsidR="005B42CB" w:rsidRPr="006F7332" w:rsidRDefault="005B42CB" w:rsidP="005B42CB">
      <w:pPr>
        <w:jc w:val="both"/>
        <w:rPr>
          <w:lang w:val="kk-KZ"/>
        </w:rPr>
      </w:pPr>
    </w:p>
    <w:p w14:paraId="4706D1A6" w14:textId="77777777" w:rsidR="005B42CB" w:rsidRPr="006F7332" w:rsidRDefault="005B42CB" w:rsidP="005B42CB">
      <w:pPr>
        <w:keepNext/>
        <w:keepLines/>
        <w:jc w:val="center"/>
        <w:rPr>
          <w:sz w:val="28"/>
          <w:szCs w:val="28"/>
          <w:lang w:val="kk-KZ"/>
        </w:rPr>
      </w:pPr>
      <w:r w:rsidRPr="006F7332">
        <w:rPr>
          <w:sz w:val="28"/>
          <w:szCs w:val="28"/>
          <w:lang w:val="kk-KZ"/>
        </w:rPr>
        <w:t>№ 397 сайлау учаскесі</w:t>
      </w:r>
    </w:p>
    <w:p w14:paraId="6BA5A86A"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Денсаулық сақтау министрлігінің </w:t>
      </w:r>
      <w:r>
        <w:rPr>
          <w:sz w:val="28"/>
          <w:szCs w:val="28"/>
          <w:lang w:val="kk-KZ"/>
        </w:rPr>
        <w:br/>
      </w:r>
      <w:r w:rsidRPr="006F7332">
        <w:rPr>
          <w:sz w:val="28"/>
          <w:szCs w:val="28"/>
          <w:lang w:val="kk-KZ"/>
        </w:rPr>
        <w:t>«Ұлы Отан соғысының ардагерлеріне арналған орталық клиникалық госпиталь» шаруашылық жүргізу құқығындағы республикалық мемлекеттік кәсіпорны,</w:t>
      </w:r>
      <w:r w:rsidRPr="006F7332">
        <w:rPr>
          <w:sz w:val="28"/>
          <w:szCs w:val="28"/>
          <w:lang w:val="kk-KZ"/>
        </w:rPr>
        <w:br/>
        <w:t>Ә. Мәмбетов көшесі, № 28)</w:t>
      </w:r>
    </w:p>
    <w:p w14:paraId="4D3AE5EA" w14:textId="77777777" w:rsidR="005B42CB" w:rsidRPr="006F7332" w:rsidRDefault="005B42CB" w:rsidP="005B42CB">
      <w:pPr>
        <w:keepNext/>
        <w:jc w:val="both"/>
        <w:rPr>
          <w:lang w:val="kk-KZ"/>
        </w:rPr>
      </w:pPr>
    </w:p>
    <w:p w14:paraId="67932224" w14:textId="77777777" w:rsidR="005B42CB" w:rsidRPr="006F7332" w:rsidRDefault="005B42CB" w:rsidP="005B42CB">
      <w:pPr>
        <w:ind w:firstLine="709"/>
        <w:jc w:val="both"/>
        <w:rPr>
          <w:sz w:val="28"/>
          <w:szCs w:val="28"/>
          <w:lang w:val="kk-KZ"/>
        </w:rPr>
      </w:pPr>
      <w:r w:rsidRPr="006F7332">
        <w:rPr>
          <w:sz w:val="28"/>
          <w:szCs w:val="28"/>
          <w:lang w:val="kk-KZ"/>
        </w:rPr>
        <w:t>Шекарасы: Ә. Мәмбетов көшесі, № 28.</w:t>
      </w:r>
    </w:p>
    <w:p w14:paraId="12919AA5" w14:textId="77777777" w:rsidR="005B42CB" w:rsidRPr="006F7332" w:rsidRDefault="005B42CB" w:rsidP="005B42CB">
      <w:pPr>
        <w:jc w:val="both"/>
        <w:rPr>
          <w:lang w:val="kk-KZ"/>
        </w:rPr>
      </w:pPr>
    </w:p>
    <w:p w14:paraId="76E65E11" w14:textId="77777777" w:rsidR="005B42CB" w:rsidRPr="006F7332" w:rsidRDefault="005B42CB" w:rsidP="005B42CB">
      <w:pPr>
        <w:keepNext/>
        <w:keepLines/>
        <w:jc w:val="center"/>
        <w:rPr>
          <w:sz w:val="28"/>
          <w:szCs w:val="28"/>
          <w:lang w:val="kk-KZ"/>
        </w:rPr>
      </w:pPr>
      <w:r w:rsidRPr="006F7332">
        <w:rPr>
          <w:sz w:val="28"/>
          <w:szCs w:val="28"/>
          <w:lang w:val="kk-KZ"/>
        </w:rPr>
        <w:t>№ 398 сайлау учаскесі</w:t>
      </w:r>
    </w:p>
    <w:p w14:paraId="7EB39FDE"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Қорғаныс министрлігінің Бас әскери клиникалық госпиталі» республикалық мемлекеттік мекемесі, </w:t>
      </w:r>
      <w:r w:rsidRPr="006F7332">
        <w:rPr>
          <w:sz w:val="28"/>
          <w:szCs w:val="28"/>
          <w:lang w:val="kk-KZ"/>
        </w:rPr>
        <w:br/>
        <w:t>Бейбітшілік көшесі, № 47а)</w:t>
      </w:r>
    </w:p>
    <w:p w14:paraId="4C0904DA" w14:textId="77777777" w:rsidR="005B42CB" w:rsidRPr="006F7332" w:rsidRDefault="005B42CB" w:rsidP="005B42CB">
      <w:pPr>
        <w:keepNext/>
        <w:jc w:val="both"/>
        <w:rPr>
          <w:lang w:val="kk-KZ"/>
        </w:rPr>
      </w:pPr>
    </w:p>
    <w:p w14:paraId="110C0D1E" w14:textId="77777777" w:rsidR="005B42CB" w:rsidRPr="006F7332" w:rsidRDefault="005B42CB" w:rsidP="005B42CB">
      <w:pPr>
        <w:ind w:firstLine="709"/>
        <w:jc w:val="both"/>
        <w:rPr>
          <w:sz w:val="28"/>
          <w:szCs w:val="28"/>
          <w:lang w:val="kk-KZ"/>
        </w:rPr>
      </w:pPr>
      <w:r w:rsidRPr="006F7332">
        <w:rPr>
          <w:sz w:val="28"/>
          <w:szCs w:val="28"/>
          <w:lang w:val="kk-KZ"/>
        </w:rPr>
        <w:t>Шекарасы: Бейбітшілік көшесі, № 47а.</w:t>
      </w:r>
    </w:p>
    <w:p w14:paraId="165FFD49" w14:textId="77777777" w:rsidR="005B42CB" w:rsidRPr="006F7332" w:rsidRDefault="005B42CB" w:rsidP="005B42CB">
      <w:pPr>
        <w:jc w:val="both"/>
        <w:rPr>
          <w:lang w:val="kk-KZ"/>
        </w:rPr>
      </w:pPr>
    </w:p>
    <w:p w14:paraId="7B8494A2" w14:textId="77777777" w:rsidR="005B42CB" w:rsidRPr="006F7332" w:rsidRDefault="005B42CB" w:rsidP="005B42CB">
      <w:pPr>
        <w:keepNext/>
        <w:keepLines/>
        <w:jc w:val="center"/>
        <w:rPr>
          <w:sz w:val="28"/>
          <w:szCs w:val="28"/>
          <w:lang w:val="kk-KZ"/>
        </w:rPr>
      </w:pPr>
      <w:r w:rsidRPr="006F7332">
        <w:rPr>
          <w:sz w:val="28"/>
          <w:szCs w:val="28"/>
          <w:lang w:val="kk-KZ"/>
        </w:rPr>
        <w:t>№ 399 сайлау учаскесі</w:t>
      </w:r>
    </w:p>
    <w:p w14:paraId="2847171E"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 көпбейінді қалалық аурухана» шаруашылық жүргізу құқығындағы мемлекеттік коммуналдық кәсіпорны, Республика даңғылы, № 50/2)</w:t>
      </w:r>
    </w:p>
    <w:p w14:paraId="4A4EB4F0" w14:textId="77777777" w:rsidR="005B42CB" w:rsidRPr="006F7332" w:rsidRDefault="005B42CB" w:rsidP="005B42CB">
      <w:pPr>
        <w:keepNext/>
        <w:jc w:val="both"/>
        <w:rPr>
          <w:lang w:val="kk-KZ"/>
        </w:rPr>
      </w:pPr>
    </w:p>
    <w:p w14:paraId="48802943" w14:textId="77777777" w:rsidR="005B42CB" w:rsidRPr="006F7332" w:rsidRDefault="005B42CB" w:rsidP="005B42CB">
      <w:pPr>
        <w:ind w:firstLine="709"/>
        <w:jc w:val="both"/>
        <w:rPr>
          <w:sz w:val="28"/>
          <w:szCs w:val="28"/>
          <w:lang w:val="kk-KZ"/>
        </w:rPr>
      </w:pPr>
      <w:r w:rsidRPr="006F7332">
        <w:rPr>
          <w:sz w:val="28"/>
          <w:szCs w:val="28"/>
          <w:lang w:val="kk-KZ"/>
        </w:rPr>
        <w:t>Шекарасы: Республика даңғылы, № 50/2.</w:t>
      </w:r>
    </w:p>
    <w:p w14:paraId="77BBD384" w14:textId="77777777" w:rsidR="005B42CB" w:rsidRPr="006F7332" w:rsidRDefault="005B42CB" w:rsidP="005B42CB">
      <w:pPr>
        <w:jc w:val="both"/>
        <w:rPr>
          <w:lang w:val="kk-KZ"/>
        </w:rPr>
      </w:pPr>
    </w:p>
    <w:p w14:paraId="7BAE6988" w14:textId="77777777" w:rsidR="005B42CB" w:rsidRPr="006F7332" w:rsidRDefault="005B42CB" w:rsidP="005B42CB">
      <w:pPr>
        <w:keepNext/>
        <w:keepLines/>
        <w:jc w:val="center"/>
        <w:rPr>
          <w:sz w:val="28"/>
          <w:szCs w:val="28"/>
          <w:lang w:val="kk-KZ"/>
        </w:rPr>
      </w:pPr>
      <w:r w:rsidRPr="006F7332">
        <w:rPr>
          <w:sz w:val="28"/>
          <w:szCs w:val="28"/>
          <w:lang w:val="kk-KZ"/>
        </w:rPr>
        <w:t>№ 400 сайлау учаскесі</w:t>
      </w:r>
    </w:p>
    <w:p w14:paraId="6D138CE6" w14:textId="77777777" w:rsidR="005B42CB" w:rsidRPr="006F7332" w:rsidRDefault="005B42CB" w:rsidP="005B42CB">
      <w:pPr>
        <w:keepNext/>
        <w:keepLines/>
        <w:jc w:val="center"/>
        <w:rPr>
          <w:sz w:val="28"/>
          <w:szCs w:val="28"/>
          <w:lang w:val="kk-KZ"/>
        </w:rPr>
      </w:pPr>
      <w:r w:rsidRPr="006F7332">
        <w:rPr>
          <w:sz w:val="28"/>
          <w:szCs w:val="28"/>
          <w:lang w:val="kk-KZ"/>
        </w:rPr>
        <w:t>(орталығы – Астана қаласы әкімдігінің «№ 3 көпбейінді қалалық аурухана» шаруашылық жүргізу құқығындағы мемлекеттік коммуналдық кәсіпорны,</w:t>
      </w:r>
      <w:r w:rsidRPr="006F7332">
        <w:rPr>
          <w:sz w:val="28"/>
          <w:szCs w:val="28"/>
          <w:lang w:val="kk-KZ"/>
        </w:rPr>
        <w:br/>
        <w:t>Ә. Молдағұлова көшесі, № 28)</w:t>
      </w:r>
    </w:p>
    <w:p w14:paraId="2211558F" w14:textId="77777777" w:rsidR="005B42CB" w:rsidRPr="006F7332" w:rsidRDefault="005B42CB" w:rsidP="005B42CB">
      <w:pPr>
        <w:keepNext/>
        <w:jc w:val="both"/>
        <w:rPr>
          <w:lang w:val="kk-KZ"/>
        </w:rPr>
      </w:pPr>
    </w:p>
    <w:p w14:paraId="0E0C081F" w14:textId="77777777" w:rsidR="005B42CB" w:rsidRPr="006F7332" w:rsidRDefault="005B42CB" w:rsidP="005B42CB">
      <w:pPr>
        <w:ind w:firstLine="709"/>
        <w:jc w:val="both"/>
        <w:rPr>
          <w:sz w:val="28"/>
          <w:szCs w:val="28"/>
          <w:lang w:val="kk-KZ"/>
        </w:rPr>
      </w:pPr>
      <w:r w:rsidRPr="006F7332">
        <w:rPr>
          <w:sz w:val="28"/>
          <w:szCs w:val="28"/>
          <w:lang w:val="kk-KZ"/>
        </w:rPr>
        <w:t>Шекарасы: Ә. Молдағұлова көшесі, № 28.</w:t>
      </w:r>
    </w:p>
    <w:p w14:paraId="7EA05770" w14:textId="77777777" w:rsidR="005B42CB" w:rsidRPr="006F7332" w:rsidRDefault="005B42CB" w:rsidP="005B42CB">
      <w:pPr>
        <w:jc w:val="both"/>
        <w:rPr>
          <w:lang w:val="kk-KZ"/>
        </w:rPr>
      </w:pPr>
    </w:p>
    <w:p w14:paraId="68475D25" w14:textId="77777777" w:rsidR="005B42CB" w:rsidRPr="006F7332" w:rsidRDefault="005B42CB" w:rsidP="005B42CB">
      <w:pPr>
        <w:keepNext/>
        <w:keepLines/>
        <w:jc w:val="center"/>
        <w:rPr>
          <w:sz w:val="28"/>
          <w:szCs w:val="28"/>
          <w:lang w:val="kk-KZ"/>
        </w:rPr>
      </w:pPr>
      <w:r w:rsidRPr="006F7332">
        <w:rPr>
          <w:sz w:val="28"/>
          <w:szCs w:val="28"/>
          <w:lang w:val="kk-KZ"/>
        </w:rPr>
        <w:t>№ 401 сайлау учаскесі</w:t>
      </w:r>
    </w:p>
    <w:p w14:paraId="14CD3F38"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 әкімдігінің «Шарапат» әлеуметтік қызмет көрсету орталығы» мемлекеттік коммуналдық қазыналық кәсіпорны, «Көктал-1» </w:t>
      </w:r>
      <w:r>
        <w:rPr>
          <w:sz w:val="28"/>
          <w:szCs w:val="28"/>
          <w:lang w:val="kk-KZ"/>
        </w:rPr>
        <w:br/>
      </w:r>
      <w:r w:rsidRPr="006F7332">
        <w:rPr>
          <w:sz w:val="28"/>
          <w:szCs w:val="28"/>
          <w:lang w:val="kk-KZ"/>
        </w:rPr>
        <w:t>тұрғын алабы, Аққорған көшесі, № 2)</w:t>
      </w:r>
    </w:p>
    <w:p w14:paraId="20FEF49A" w14:textId="77777777" w:rsidR="005B42CB" w:rsidRPr="006F7332" w:rsidRDefault="005B42CB" w:rsidP="005B42CB">
      <w:pPr>
        <w:keepNext/>
        <w:jc w:val="both"/>
        <w:rPr>
          <w:lang w:val="kk-KZ"/>
        </w:rPr>
      </w:pPr>
    </w:p>
    <w:p w14:paraId="6FFA86B1" w14:textId="77777777" w:rsidR="005B42CB" w:rsidRPr="006F7332" w:rsidRDefault="005B42CB" w:rsidP="005B42CB">
      <w:pPr>
        <w:ind w:firstLine="709"/>
        <w:jc w:val="both"/>
        <w:rPr>
          <w:sz w:val="28"/>
          <w:szCs w:val="28"/>
          <w:lang w:val="kk-KZ"/>
        </w:rPr>
      </w:pPr>
      <w:r w:rsidRPr="006F7332">
        <w:rPr>
          <w:sz w:val="28"/>
          <w:szCs w:val="28"/>
          <w:lang w:val="kk-KZ"/>
        </w:rPr>
        <w:t>Шекарасы: Аққорған көшесі, № 2.</w:t>
      </w:r>
    </w:p>
    <w:p w14:paraId="790E30D4" w14:textId="77777777" w:rsidR="005B42CB" w:rsidRPr="006F7332" w:rsidRDefault="005B42CB" w:rsidP="005B42CB">
      <w:pPr>
        <w:jc w:val="both"/>
        <w:rPr>
          <w:lang w:val="kk-KZ"/>
        </w:rPr>
      </w:pPr>
    </w:p>
    <w:p w14:paraId="30743106" w14:textId="77777777" w:rsidR="005B42CB" w:rsidRPr="006F7332" w:rsidRDefault="005B42CB" w:rsidP="005B42CB">
      <w:pPr>
        <w:keepNext/>
        <w:keepLines/>
        <w:jc w:val="center"/>
        <w:rPr>
          <w:sz w:val="28"/>
          <w:szCs w:val="28"/>
          <w:lang w:val="kk-KZ"/>
        </w:rPr>
      </w:pPr>
      <w:r w:rsidRPr="006F7332">
        <w:rPr>
          <w:sz w:val="28"/>
          <w:szCs w:val="28"/>
          <w:lang w:val="kk-KZ"/>
        </w:rPr>
        <w:lastRenderedPageBreak/>
        <w:t>№ 402 сайлау учаскесі</w:t>
      </w:r>
    </w:p>
    <w:p w14:paraId="74897E54"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Астана қаласындағы «Құрмет белгісі» орденді көз аурулары </w:t>
      </w:r>
      <w:r w:rsidRPr="006F7332">
        <w:rPr>
          <w:sz w:val="28"/>
          <w:szCs w:val="28"/>
          <w:lang w:val="kk-KZ"/>
        </w:rPr>
        <w:br/>
        <w:t>Қазақ ғылыми-зерттеу институты» жауапкершілігі шектеулі серіктестігінің филиалы, Жеңіс даңғылы, № 16/1)</w:t>
      </w:r>
    </w:p>
    <w:p w14:paraId="59C063D6" w14:textId="77777777" w:rsidR="005B42CB" w:rsidRPr="006F7332" w:rsidRDefault="005B42CB" w:rsidP="005B42CB">
      <w:pPr>
        <w:keepNext/>
        <w:jc w:val="both"/>
        <w:rPr>
          <w:lang w:val="kk-KZ"/>
        </w:rPr>
      </w:pPr>
    </w:p>
    <w:p w14:paraId="44C2E461" w14:textId="77777777" w:rsidR="005B42CB" w:rsidRPr="006F7332" w:rsidRDefault="005B42CB" w:rsidP="005B42CB">
      <w:pPr>
        <w:ind w:firstLine="709"/>
        <w:jc w:val="both"/>
        <w:rPr>
          <w:sz w:val="28"/>
          <w:szCs w:val="28"/>
          <w:lang w:val="kk-KZ"/>
        </w:rPr>
      </w:pPr>
      <w:r w:rsidRPr="006F7332">
        <w:rPr>
          <w:sz w:val="28"/>
          <w:szCs w:val="28"/>
          <w:lang w:val="kk-KZ"/>
        </w:rPr>
        <w:t>Шекарасы: Жеңіс даңғылы, № 16/1.</w:t>
      </w:r>
    </w:p>
    <w:p w14:paraId="03C03CB3" w14:textId="77777777" w:rsidR="005B42CB" w:rsidRPr="006F7332" w:rsidRDefault="005B42CB" w:rsidP="005B42CB">
      <w:pPr>
        <w:jc w:val="both"/>
        <w:rPr>
          <w:lang w:val="kk-KZ"/>
        </w:rPr>
      </w:pPr>
    </w:p>
    <w:p w14:paraId="00E5623E" w14:textId="77777777" w:rsidR="005B42CB" w:rsidRPr="006F7332" w:rsidRDefault="005B42CB" w:rsidP="005B42CB">
      <w:pPr>
        <w:keepNext/>
        <w:keepLines/>
        <w:jc w:val="center"/>
        <w:rPr>
          <w:sz w:val="28"/>
          <w:szCs w:val="28"/>
          <w:lang w:val="kk-KZ"/>
        </w:rPr>
      </w:pPr>
      <w:r w:rsidRPr="006F7332">
        <w:rPr>
          <w:sz w:val="28"/>
          <w:szCs w:val="28"/>
          <w:lang w:val="kk-KZ"/>
        </w:rPr>
        <w:t>№ 403 сайлау учаскесі</w:t>
      </w:r>
    </w:p>
    <w:p w14:paraId="7AF69560" w14:textId="77777777" w:rsidR="005B42CB" w:rsidRPr="006F7332" w:rsidRDefault="005B42CB" w:rsidP="005B42CB">
      <w:pPr>
        <w:keepNext/>
        <w:keepLines/>
        <w:jc w:val="center"/>
        <w:rPr>
          <w:sz w:val="28"/>
          <w:szCs w:val="28"/>
          <w:lang w:val="kk-KZ"/>
        </w:rPr>
      </w:pPr>
      <w:r w:rsidRPr="006F7332">
        <w:rPr>
          <w:sz w:val="28"/>
          <w:szCs w:val="28"/>
          <w:lang w:val="kk-KZ"/>
        </w:rPr>
        <w:t xml:space="preserve">(орталығы – «Қазақстан Республикасы Ұлттық қауіпсіздік комитетінің </w:t>
      </w:r>
      <w:r w:rsidRPr="006F7332">
        <w:rPr>
          <w:sz w:val="28"/>
          <w:szCs w:val="28"/>
          <w:lang w:val="kk-KZ"/>
        </w:rPr>
        <w:br/>
        <w:t>Тергеу изоляторы» республикалық мемлекеттік мекемесі, Шыңтас орамы, № 2)</w:t>
      </w:r>
    </w:p>
    <w:p w14:paraId="60CD6E33" w14:textId="77777777" w:rsidR="005B42CB" w:rsidRPr="006F7332" w:rsidRDefault="005B42CB" w:rsidP="005B42CB">
      <w:pPr>
        <w:keepNext/>
        <w:jc w:val="both"/>
        <w:rPr>
          <w:lang w:val="kk-KZ"/>
        </w:rPr>
      </w:pPr>
    </w:p>
    <w:p w14:paraId="44097651" w14:textId="77777777" w:rsidR="005B42CB" w:rsidRPr="006F7332" w:rsidRDefault="005B42CB" w:rsidP="005B42CB">
      <w:pPr>
        <w:ind w:firstLine="709"/>
        <w:jc w:val="both"/>
        <w:rPr>
          <w:sz w:val="28"/>
          <w:szCs w:val="28"/>
          <w:lang w:val="kk-KZ"/>
        </w:rPr>
      </w:pPr>
      <w:r w:rsidRPr="006F7332">
        <w:rPr>
          <w:sz w:val="28"/>
          <w:szCs w:val="28"/>
          <w:lang w:val="kk-KZ"/>
        </w:rPr>
        <w:t>Шекарасы: Шыңтас орамы, № 2.</w:t>
      </w:r>
    </w:p>
    <w:p w14:paraId="3A0CC875" w14:textId="77777777" w:rsidR="005B42CB" w:rsidRPr="00A13910" w:rsidRDefault="005B42CB" w:rsidP="005B42CB">
      <w:pPr>
        <w:jc w:val="center"/>
        <w:rPr>
          <w:sz w:val="28"/>
          <w:szCs w:val="28"/>
          <w:lang w:val="kk-KZ"/>
        </w:rPr>
      </w:pPr>
      <w:r w:rsidRPr="006F7332">
        <w:rPr>
          <w:sz w:val="28"/>
          <w:szCs w:val="28"/>
          <w:lang w:val="kk-KZ"/>
        </w:rPr>
        <w:t>_________________________</w:t>
      </w:r>
    </w:p>
    <w:p w14:paraId="785149F6" w14:textId="618F6BA2" w:rsidR="005B42CB" w:rsidRDefault="005B42CB" w:rsidP="000D023A">
      <w:pPr>
        <w:jc w:val="center"/>
        <w:rPr>
          <w:lang w:val="kk-KZ"/>
        </w:rPr>
      </w:pPr>
    </w:p>
    <w:p w14:paraId="56211D10" w14:textId="4F64C847" w:rsidR="005B42CB" w:rsidRDefault="005B42CB" w:rsidP="000D023A">
      <w:pPr>
        <w:jc w:val="center"/>
        <w:rPr>
          <w:lang w:val="kk-KZ"/>
        </w:rPr>
      </w:pPr>
    </w:p>
    <w:p w14:paraId="686420FC" w14:textId="6452518A" w:rsidR="005B42CB" w:rsidRDefault="005B42CB" w:rsidP="000D023A">
      <w:pPr>
        <w:jc w:val="center"/>
        <w:rPr>
          <w:lang w:val="kk-KZ"/>
        </w:rPr>
      </w:pPr>
    </w:p>
    <w:p w14:paraId="450F0DD9" w14:textId="6D931B31" w:rsidR="005B42CB" w:rsidRDefault="005B42CB" w:rsidP="000D023A">
      <w:pPr>
        <w:jc w:val="center"/>
        <w:rPr>
          <w:lang w:val="kk-KZ"/>
        </w:rPr>
      </w:pPr>
    </w:p>
    <w:p w14:paraId="3F870D14" w14:textId="3B0D8FDC" w:rsidR="005B42CB" w:rsidRDefault="005B42CB" w:rsidP="000D023A">
      <w:pPr>
        <w:jc w:val="center"/>
        <w:rPr>
          <w:lang w:val="kk-KZ"/>
        </w:rPr>
      </w:pPr>
    </w:p>
    <w:p w14:paraId="1254AB5D" w14:textId="553ECA5A" w:rsidR="005B42CB" w:rsidRDefault="005B42CB" w:rsidP="000D023A">
      <w:pPr>
        <w:jc w:val="center"/>
        <w:rPr>
          <w:lang w:val="kk-KZ"/>
        </w:rPr>
      </w:pPr>
    </w:p>
    <w:p w14:paraId="64E5C80B" w14:textId="5E3836AB" w:rsidR="005B42CB" w:rsidRDefault="005B42CB" w:rsidP="000D023A">
      <w:pPr>
        <w:jc w:val="center"/>
        <w:rPr>
          <w:lang w:val="kk-KZ"/>
        </w:rPr>
      </w:pPr>
    </w:p>
    <w:p w14:paraId="2D9634CF" w14:textId="7674B83F" w:rsidR="005B42CB" w:rsidRDefault="005B42CB" w:rsidP="000D023A">
      <w:pPr>
        <w:jc w:val="center"/>
        <w:rPr>
          <w:lang w:val="kk-KZ"/>
        </w:rPr>
      </w:pPr>
    </w:p>
    <w:p w14:paraId="76CD3AED" w14:textId="77777777" w:rsidR="005B42CB" w:rsidRDefault="005B42CB" w:rsidP="000D023A">
      <w:pPr>
        <w:jc w:val="center"/>
        <w:rPr>
          <w:lang w:val="kk-KZ"/>
        </w:rPr>
      </w:pPr>
    </w:p>
    <w:sectPr w:rsidR="005B42CB" w:rsidSect="00536860">
      <w:headerReference w:type="even" r:id="rId14"/>
      <w:headerReference w:type="default" r:id="rId15"/>
      <w:pgSz w:w="11906" w:h="16838"/>
      <w:pgMar w:top="0"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AE6A9" w14:textId="77777777" w:rsidR="009A07C2" w:rsidRDefault="009A07C2">
      <w:r>
        <w:separator/>
      </w:r>
    </w:p>
  </w:endnote>
  <w:endnote w:type="continuationSeparator" w:id="0">
    <w:p w14:paraId="2A003FE9" w14:textId="77777777" w:rsidR="009A07C2" w:rsidRDefault="009A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6193C" w14:textId="77777777" w:rsidR="009A07C2" w:rsidRDefault="009A07C2">
      <w:r>
        <w:separator/>
      </w:r>
    </w:p>
  </w:footnote>
  <w:footnote w:type="continuationSeparator" w:id="0">
    <w:p w14:paraId="0066AE38" w14:textId="77777777" w:rsidR="009A07C2" w:rsidRDefault="009A07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7960" w14:textId="32755103" w:rsidR="009251DF" w:rsidRDefault="0008019D">
    <w:pPr>
      <w:framePr w:wrap="around" w:vAnchor="text" w:hAnchor="margin" w:xAlign="center" w:y="1"/>
    </w:pPr>
    <w:r>
      <w:fldChar w:fldCharType="begin"/>
    </w:r>
    <w:r>
      <w:instrText xml:space="preserve">PAGE </w:instrText>
    </w:r>
    <w:r>
      <w:fldChar w:fldCharType="end"/>
    </w:r>
  </w:p>
  <w:p w14:paraId="3DF54D70" w14:textId="77777777" w:rsidR="009251DF" w:rsidRDefault="009251DF"/>
  <w:p w14:paraId="06A89B4E" w14:textId="1011A9D6" w:rsidR="003D52A9" w:rsidRDefault="009A07C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F1732" w14:textId="4BBAA9FE" w:rsidR="009251DF" w:rsidRDefault="0008019D">
    <w:pPr>
      <w:framePr w:wrap="around" w:vAnchor="text" w:hAnchor="margin" w:xAlign="center" w:y="1"/>
    </w:pPr>
    <w:r>
      <w:fldChar w:fldCharType="begin"/>
    </w:r>
    <w:r>
      <w:instrText xml:space="preserve">PAGE  </w:instrText>
    </w:r>
    <w:r>
      <w:fldChar w:fldCharType="separate"/>
    </w:r>
    <w:r w:rsidR="009C10B1">
      <w:rPr>
        <w:noProof/>
      </w:rPr>
      <w:t>22</w:t>
    </w:r>
    <w:r>
      <w:fldChar w:fldCharType="end"/>
    </w:r>
  </w:p>
  <w:p w14:paraId="2B59CCA1" w14:textId="77777777" w:rsidR="009251DF" w:rsidRDefault="009251DF"/>
  <w:p w14:paraId="2F0C12E2" w14:textId="10AD3DA1" w:rsidR="003D52A9" w:rsidRDefault="009A07C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8AE28642"/>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983FF3"/>
    <w:multiLevelType w:val="hybridMultilevel"/>
    <w:tmpl w:val="FED8441A"/>
    <w:lvl w:ilvl="0" w:tplc="F202FA38">
      <w:start w:val="1"/>
      <w:numFmt w:val="decimal"/>
      <w:lvlText w:val="%1."/>
      <w:lvlJc w:val="left"/>
      <w:pPr>
        <w:ind w:left="644" w:hanging="360"/>
      </w:pPr>
      <w:rPr>
        <w:rFonts w:hint="default"/>
      </w:rPr>
    </w:lvl>
    <w:lvl w:ilvl="1" w:tplc="D1762A5C">
      <w:start w:val="1"/>
      <w:numFmt w:val="lowerLetter"/>
      <w:lvlText w:val="%2."/>
      <w:lvlJc w:val="left"/>
      <w:pPr>
        <w:ind w:left="1364" w:hanging="360"/>
      </w:pPr>
    </w:lvl>
    <w:lvl w:ilvl="2" w:tplc="68482E48">
      <w:start w:val="1"/>
      <w:numFmt w:val="lowerRoman"/>
      <w:lvlText w:val="%3."/>
      <w:lvlJc w:val="right"/>
      <w:pPr>
        <w:ind w:left="2084" w:hanging="180"/>
      </w:pPr>
    </w:lvl>
    <w:lvl w:ilvl="3" w:tplc="F216F1E2">
      <w:start w:val="1"/>
      <w:numFmt w:val="decimal"/>
      <w:lvlText w:val="%4."/>
      <w:lvlJc w:val="left"/>
      <w:pPr>
        <w:ind w:left="2804" w:hanging="360"/>
      </w:pPr>
    </w:lvl>
    <w:lvl w:ilvl="4" w:tplc="2BC0DA44">
      <w:start w:val="1"/>
      <w:numFmt w:val="lowerLetter"/>
      <w:lvlText w:val="%5."/>
      <w:lvlJc w:val="left"/>
      <w:pPr>
        <w:ind w:left="3524" w:hanging="360"/>
      </w:pPr>
    </w:lvl>
    <w:lvl w:ilvl="5" w:tplc="DCBEF5AE">
      <w:start w:val="1"/>
      <w:numFmt w:val="lowerRoman"/>
      <w:lvlText w:val="%6."/>
      <w:lvlJc w:val="right"/>
      <w:pPr>
        <w:ind w:left="4244" w:hanging="180"/>
      </w:pPr>
    </w:lvl>
    <w:lvl w:ilvl="6" w:tplc="DF98860C">
      <w:start w:val="1"/>
      <w:numFmt w:val="decimal"/>
      <w:lvlText w:val="%7."/>
      <w:lvlJc w:val="left"/>
      <w:pPr>
        <w:ind w:left="4964" w:hanging="360"/>
      </w:pPr>
    </w:lvl>
    <w:lvl w:ilvl="7" w:tplc="1324D14C">
      <w:start w:val="1"/>
      <w:numFmt w:val="lowerLetter"/>
      <w:lvlText w:val="%8."/>
      <w:lvlJc w:val="left"/>
      <w:pPr>
        <w:ind w:left="5684" w:hanging="360"/>
      </w:pPr>
    </w:lvl>
    <w:lvl w:ilvl="8" w:tplc="0FBC222E">
      <w:start w:val="1"/>
      <w:numFmt w:val="lowerRoman"/>
      <w:lvlText w:val="%9."/>
      <w:lvlJc w:val="right"/>
      <w:pPr>
        <w:ind w:left="6404" w:hanging="180"/>
      </w:pPr>
    </w:lvl>
  </w:abstractNum>
  <w:abstractNum w:abstractNumId="10" w15:restartNumberingAfterBreak="0">
    <w:nsid w:val="04834AB1"/>
    <w:multiLevelType w:val="multilevel"/>
    <w:tmpl w:val="56C2A532"/>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5582841"/>
    <w:multiLevelType w:val="multilevel"/>
    <w:tmpl w:val="FC063F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9872CF6"/>
    <w:multiLevelType w:val="multilevel"/>
    <w:tmpl w:val="2B90B8C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0A9C456B"/>
    <w:multiLevelType w:val="hybridMultilevel"/>
    <w:tmpl w:val="B0BA7ECA"/>
    <w:lvl w:ilvl="0" w:tplc="9C3660A0">
      <w:start w:val="40"/>
      <w:numFmt w:val="decimal"/>
      <w:lvlText w:val="%1)"/>
      <w:lvlJc w:val="left"/>
      <w:pPr>
        <w:tabs>
          <w:tab w:val="num" w:pos="1720"/>
        </w:tabs>
        <w:ind w:left="1720" w:hanging="1020"/>
      </w:pPr>
      <w:rPr>
        <w:rFonts w:hint="default"/>
      </w:rPr>
    </w:lvl>
    <w:lvl w:ilvl="1" w:tplc="750CDC68">
      <w:start w:val="1"/>
      <w:numFmt w:val="lowerLetter"/>
      <w:lvlText w:val="%2."/>
      <w:lvlJc w:val="left"/>
      <w:pPr>
        <w:tabs>
          <w:tab w:val="num" w:pos="1780"/>
        </w:tabs>
        <w:ind w:left="1780" w:hanging="360"/>
      </w:pPr>
    </w:lvl>
    <w:lvl w:ilvl="2" w:tplc="22B29352">
      <w:start w:val="1"/>
      <w:numFmt w:val="lowerRoman"/>
      <w:lvlText w:val="%3."/>
      <w:lvlJc w:val="right"/>
      <w:pPr>
        <w:tabs>
          <w:tab w:val="num" w:pos="2500"/>
        </w:tabs>
        <w:ind w:left="2500" w:hanging="180"/>
      </w:pPr>
    </w:lvl>
    <w:lvl w:ilvl="3" w:tplc="4F12E5D4">
      <w:start w:val="1"/>
      <w:numFmt w:val="decimal"/>
      <w:lvlText w:val="%4."/>
      <w:lvlJc w:val="left"/>
      <w:pPr>
        <w:tabs>
          <w:tab w:val="num" w:pos="3220"/>
        </w:tabs>
        <w:ind w:left="3220" w:hanging="360"/>
      </w:pPr>
    </w:lvl>
    <w:lvl w:ilvl="4" w:tplc="99280B7C">
      <w:start w:val="1"/>
      <w:numFmt w:val="lowerLetter"/>
      <w:lvlText w:val="%5."/>
      <w:lvlJc w:val="left"/>
      <w:pPr>
        <w:tabs>
          <w:tab w:val="num" w:pos="3940"/>
        </w:tabs>
        <w:ind w:left="3940" w:hanging="360"/>
      </w:pPr>
    </w:lvl>
    <w:lvl w:ilvl="5" w:tplc="06BEF6D6">
      <w:start w:val="1"/>
      <w:numFmt w:val="lowerRoman"/>
      <w:lvlText w:val="%6."/>
      <w:lvlJc w:val="right"/>
      <w:pPr>
        <w:tabs>
          <w:tab w:val="num" w:pos="4660"/>
        </w:tabs>
        <w:ind w:left="4660" w:hanging="180"/>
      </w:pPr>
    </w:lvl>
    <w:lvl w:ilvl="6" w:tplc="0CA0A340">
      <w:start w:val="1"/>
      <w:numFmt w:val="decimal"/>
      <w:lvlText w:val="%7."/>
      <w:lvlJc w:val="left"/>
      <w:pPr>
        <w:tabs>
          <w:tab w:val="num" w:pos="5380"/>
        </w:tabs>
        <w:ind w:left="5380" w:hanging="360"/>
      </w:pPr>
    </w:lvl>
    <w:lvl w:ilvl="7" w:tplc="3FD8B25A">
      <w:start w:val="1"/>
      <w:numFmt w:val="lowerLetter"/>
      <w:lvlText w:val="%8."/>
      <w:lvlJc w:val="left"/>
      <w:pPr>
        <w:tabs>
          <w:tab w:val="num" w:pos="6100"/>
        </w:tabs>
        <w:ind w:left="6100" w:hanging="360"/>
      </w:pPr>
    </w:lvl>
    <w:lvl w:ilvl="8" w:tplc="CCE29FA4">
      <w:start w:val="1"/>
      <w:numFmt w:val="lowerRoman"/>
      <w:lvlText w:val="%9."/>
      <w:lvlJc w:val="right"/>
      <w:pPr>
        <w:tabs>
          <w:tab w:val="num" w:pos="6820"/>
        </w:tabs>
        <w:ind w:left="6820" w:hanging="180"/>
      </w:pPr>
    </w:lvl>
  </w:abstractNum>
  <w:abstractNum w:abstractNumId="14" w15:restartNumberingAfterBreak="0">
    <w:nsid w:val="0D2164EE"/>
    <w:multiLevelType w:val="multilevel"/>
    <w:tmpl w:val="84F66EE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D3C793D"/>
    <w:multiLevelType w:val="multilevel"/>
    <w:tmpl w:val="D9FE8E2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6" w15:restartNumberingAfterBreak="0">
    <w:nsid w:val="14F119CE"/>
    <w:multiLevelType w:val="multilevel"/>
    <w:tmpl w:val="4F469CD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15:restartNumberingAfterBreak="0">
    <w:nsid w:val="1EF00CC1"/>
    <w:multiLevelType w:val="multilevel"/>
    <w:tmpl w:val="CE20386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26A53BE0"/>
    <w:multiLevelType w:val="hybridMultilevel"/>
    <w:tmpl w:val="8DA6AB16"/>
    <w:lvl w:ilvl="0" w:tplc="ED3A5DC6">
      <w:start w:val="1"/>
      <w:numFmt w:val="decimal"/>
      <w:lvlText w:val="%1."/>
      <w:lvlJc w:val="left"/>
      <w:pPr>
        <w:tabs>
          <w:tab w:val="num" w:pos="1669"/>
        </w:tabs>
        <w:ind w:left="1669" w:hanging="360"/>
      </w:pPr>
    </w:lvl>
    <w:lvl w:ilvl="1" w:tplc="DF6A616E">
      <w:start w:val="1"/>
      <w:numFmt w:val="lowerLetter"/>
      <w:lvlText w:val="%2."/>
      <w:lvlJc w:val="left"/>
      <w:pPr>
        <w:tabs>
          <w:tab w:val="num" w:pos="2389"/>
        </w:tabs>
        <w:ind w:left="2389" w:hanging="360"/>
      </w:pPr>
    </w:lvl>
    <w:lvl w:ilvl="2" w:tplc="281C024C">
      <w:start w:val="1"/>
      <w:numFmt w:val="lowerRoman"/>
      <w:lvlText w:val="%3."/>
      <w:lvlJc w:val="right"/>
      <w:pPr>
        <w:tabs>
          <w:tab w:val="num" w:pos="3109"/>
        </w:tabs>
        <w:ind w:left="3109" w:hanging="180"/>
      </w:pPr>
    </w:lvl>
    <w:lvl w:ilvl="3" w:tplc="9FA025C6">
      <w:start w:val="1"/>
      <w:numFmt w:val="decimal"/>
      <w:lvlText w:val="%4."/>
      <w:lvlJc w:val="left"/>
      <w:pPr>
        <w:tabs>
          <w:tab w:val="num" w:pos="3829"/>
        </w:tabs>
        <w:ind w:left="3829" w:hanging="360"/>
      </w:pPr>
    </w:lvl>
    <w:lvl w:ilvl="4" w:tplc="8AFAFBC0">
      <w:start w:val="1"/>
      <w:numFmt w:val="lowerLetter"/>
      <w:lvlText w:val="%5."/>
      <w:lvlJc w:val="left"/>
      <w:pPr>
        <w:tabs>
          <w:tab w:val="num" w:pos="4549"/>
        </w:tabs>
        <w:ind w:left="4549" w:hanging="360"/>
      </w:pPr>
    </w:lvl>
    <w:lvl w:ilvl="5" w:tplc="814CE2A6">
      <w:start w:val="1"/>
      <w:numFmt w:val="lowerRoman"/>
      <w:lvlText w:val="%6."/>
      <w:lvlJc w:val="right"/>
      <w:pPr>
        <w:tabs>
          <w:tab w:val="num" w:pos="5269"/>
        </w:tabs>
        <w:ind w:left="5269" w:hanging="180"/>
      </w:pPr>
    </w:lvl>
    <w:lvl w:ilvl="6" w:tplc="8A5200EE">
      <w:start w:val="1"/>
      <w:numFmt w:val="decimal"/>
      <w:lvlText w:val="%7."/>
      <w:lvlJc w:val="left"/>
      <w:pPr>
        <w:tabs>
          <w:tab w:val="num" w:pos="5989"/>
        </w:tabs>
        <w:ind w:left="5989" w:hanging="360"/>
      </w:pPr>
    </w:lvl>
    <w:lvl w:ilvl="7" w:tplc="10281C5A">
      <w:start w:val="1"/>
      <w:numFmt w:val="lowerLetter"/>
      <w:lvlText w:val="%8."/>
      <w:lvlJc w:val="left"/>
      <w:pPr>
        <w:tabs>
          <w:tab w:val="num" w:pos="6709"/>
        </w:tabs>
        <w:ind w:left="6709" w:hanging="360"/>
      </w:pPr>
    </w:lvl>
    <w:lvl w:ilvl="8" w:tplc="009EE56E">
      <w:start w:val="1"/>
      <w:numFmt w:val="lowerRoman"/>
      <w:lvlText w:val="%9."/>
      <w:lvlJc w:val="right"/>
      <w:pPr>
        <w:tabs>
          <w:tab w:val="num" w:pos="7429"/>
        </w:tabs>
        <w:ind w:left="7429" w:hanging="180"/>
      </w:pPr>
    </w:lvl>
  </w:abstractNum>
  <w:abstractNum w:abstractNumId="19" w15:restartNumberingAfterBreak="0">
    <w:nsid w:val="345448B0"/>
    <w:multiLevelType w:val="multilevel"/>
    <w:tmpl w:val="8E3054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0" w15:restartNumberingAfterBreak="0">
    <w:nsid w:val="3D0C3E54"/>
    <w:multiLevelType w:val="multilevel"/>
    <w:tmpl w:val="9C6AF60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68658C5"/>
    <w:multiLevelType w:val="multilevel"/>
    <w:tmpl w:val="AD868D28"/>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9E47942"/>
    <w:multiLevelType w:val="multilevel"/>
    <w:tmpl w:val="42A2C06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3" w15:restartNumberingAfterBreak="0">
    <w:nsid w:val="519214E5"/>
    <w:multiLevelType w:val="multilevel"/>
    <w:tmpl w:val="8276781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4" w15:restartNumberingAfterBreak="0">
    <w:nsid w:val="58F907D3"/>
    <w:multiLevelType w:val="multilevel"/>
    <w:tmpl w:val="C04A53E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5" w15:restartNumberingAfterBreak="0">
    <w:nsid w:val="5E5B1B28"/>
    <w:multiLevelType w:val="hybridMultilevel"/>
    <w:tmpl w:val="11C2AA08"/>
    <w:lvl w:ilvl="0" w:tplc="66BCB840">
      <w:start w:val="1"/>
      <w:numFmt w:val="decimal"/>
      <w:lvlText w:val="%1."/>
      <w:lvlJc w:val="left"/>
      <w:pPr>
        <w:ind w:left="1065" w:hanging="360"/>
      </w:pPr>
      <w:rPr>
        <w:rFonts w:hint="default"/>
      </w:rPr>
    </w:lvl>
    <w:lvl w:ilvl="1" w:tplc="0FC6A0F8">
      <w:start w:val="1"/>
      <w:numFmt w:val="lowerLetter"/>
      <w:lvlText w:val="%2."/>
      <w:lvlJc w:val="left"/>
      <w:pPr>
        <w:ind w:left="1785" w:hanging="360"/>
      </w:pPr>
    </w:lvl>
    <w:lvl w:ilvl="2" w:tplc="BB5E9030">
      <w:start w:val="1"/>
      <w:numFmt w:val="lowerRoman"/>
      <w:lvlText w:val="%3."/>
      <w:lvlJc w:val="right"/>
      <w:pPr>
        <w:ind w:left="2505" w:hanging="180"/>
      </w:pPr>
    </w:lvl>
    <w:lvl w:ilvl="3" w:tplc="0EE26D78">
      <w:start w:val="1"/>
      <w:numFmt w:val="decimal"/>
      <w:lvlText w:val="%4."/>
      <w:lvlJc w:val="left"/>
      <w:pPr>
        <w:ind w:left="3225" w:hanging="360"/>
      </w:pPr>
    </w:lvl>
    <w:lvl w:ilvl="4" w:tplc="3208B6F2">
      <w:start w:val="1"/>
      <w:numFmt w:val="lowerLetter"/>
      <w:lvlText w:val="%5."/>
      <w:lvlJc w:val="left"/>
      <w:pPr>
        <w:ind w:left="3945" w:hanging="360"/>
      </w:pPr>
    </w:lvl>
    <w:lvl w:ilvl="5" w:tplc="199CEE70">
      <w:start w:val="1"/>
      <w:numFmt w:val="lowerRoman"/>
      <w:lvlText w:val="%6."/>
      <w:lvlJc w:val="right"/>
      <w:pPr>
        <w:ind w:left="4665" w:hanging="180"/>
      </w:pPr>
    </w:lvl>
    <w:lvl w:ilvl="6" w:tplc="F580C946">
      <w:start w:val="1"/>
      <w:numFmt w:val="decimal"/>
      <w:lvlText w:val="%7."/>
      <w:lvlJc w:val="left"/>
      <w:pPr>
        <w:ind w:left="5385" w:hanging="360"/>
      </w:pPr>
    </w:lvl>
    <w:lvl w:ilvl="7" w:tplc="3CBE9918">
      <w:start w:val="1"/>
      <w:numFmt w:val="lowerLetter"/>
      <w:lvlText w:val="%8."/>
      <w:lvlJc w:val="left"/>
      <w:pPr>
        <w:ind w:left="6105" w:hanging="360"/>
      </w:pPr>
    </w:lvl>
    <w:lvl w:ilvl="8" w:tplc="D0BEA830">
      <w:start w:val="1"/>
      <w:numFmt w:val="lowerRoman"/>
      <w:lvlText w:val="%9."/>
      <w:lvlJc w:val="right"/>
      <w:pPr>
        <w:ind w:left="6825" w:hanging="180"/>
      </w:pPr>
    </w:lvl>
  </w:abstractNum>
  <w:abstractNum w:abstractNumId="26" w15:restartNumberingAfterBreak="0">
    <w:nsid w:val="67101A8F"/>
    <w:multiLevelType w:val="multilevel"/>
    <w:tmpl w:val="124C316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A2F50B8"/>
    <w:multiLevelType w:val="multilevel"/>
    <w:tmpl w:val="BDB09C0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8" w15:restartNumberingAfterBreak="0">
    <w:nsid w:val="77571296"/>
    <w:multiLevelType w:val="multilevel"/>
    <w:tmpl w:val="699E68C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9" w15:restartNumberingAfterBreak="0">
    <w:nsid w:val="7B732D50"/>
    <w:multiLevelType w:val="multilevel"/>
    <w:tmpl w:val="3410B2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4"/>
  </w:num>
  <w:num w:numId="2">
    <w:abstractNumId w:val="12"/>
  </w:num>
  <w:num w:numId="3">
    <w:abstractNumId w:val="13"/>
  </w:num>
  <w:num w:numId="4">
    <w:abstractNumId w:val="25"/>
  </w:num>
  <w:num w:numId="5">
    <w:abstractNumId w:val="23"/>
  </w:num>
  <w:num w:numId="6">
    <w:abstractNumId w:val="18"/>
  </w:num>
  <w:num w:numId="7">
    <w:abstractNumId w:val="16"/>
  </w:num>
  <w:num w:numId="8">
    <w:abstractNumId w:val="19"/>
  </w:num>
  <w:num w:numId="9">
    <w:abstractNumId w:val="17"/>
  </w:num>
  <w:num w:numId="10">
    <w:abstractNumId w:val="27"/>
  </w:num>
  <w:num w:numId="11">
    <w:abstractNumId w:val="28"/>
  </w:num>
  <w:num w:numId="12">
    <w:abstractNumId w:val="15"/>
  </w:num>
  <w:num w:numId="13">
    <w:abstractNumId w:val="9"/>
  </w:num>
  <w:num w:numId="14">
    <w:abstractNumId w:val="22"/>
  </w:num>
  <w:num w:numId="15">
    <w:abstractNumId w:val="8"/>
  </w:num>
  <w:num w:numId="16">
    <w:abstractNumId w:val="6"/>
  </w:num>
  <w:num w:numId="17">
    <w:abstractNumId w:val="5"/>
  </w:num>
  <w:num w:numId="18">
    <w:abstractNumId w:val="4"/>
  </w:num>
  <w:num w:numId="19">
    <w:abstractNumId w:val="7"/>
  </w:num>
  <w:num w:numId="20">
    <w:abstractNumId w:val="3"/>
  </w:num>
  <w:num w:numId="21">
    <w:abstractNumId w:val="2"/>
  </w:num>
  <w:num w:numId="22">
    <w:abstractNumId w:val="1"/>
  </w:num>
  <w:num w:numId="23">
    <w:abstractNumId w:val="0"/>
  </w:num>
  <w:num w:numId="24">
    <w:abstractNumId w:val="21"/>
  </w:num>
  <w:num w:numId="25">
    <w:abstractNumId w:val="26"/>
  </w:num>
  <w:num w:numId="26">
    <w:abstractNumId w:val="10"/>
  </w:num>
  <w:num w:numId="27">
    <w:abstractNumId w:val="14"/>
  </w:num>
  <w:num w:numId="28">
    <w:abstractNumId w:val="29"/>
  </w:num>
  <w:num w:numId="29">
    <w:abstractNumId w:val="2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1DF"/>
    <w:rsid w:val="000359CB"/>
    <w:rsid w:val="0008019D"/>
    <w:rsid w:val="00092736"/>
    <w:rsid w:val="000D023A"/>
    <w:rsid w:val="000F66C6"/>
    <w:rsid w:val="001326F3"/>
    <w:rsid w:val="001901EE"/>
    <w:rsid w:val="001C6F47"/>
    <w:rsid w:val="00214BBD"/>
    <w:rsid w:val="00215D5B"/>
    <w:rsid w:val="002358DA"/>
    <w:rsid w:val="00323FEB"/>
    <w:rsid w:val="00350167"/>
    <w:rsid w:val="00361D60"/>
    <w:rsid w:val="003A408F"/>
    <w:rsid w:val="003B3CCD"/>
    <w:rsid w:val="004925DD"/>
    <w:rsid w:val="004D4F74"/>
    <w:rsid w:val="00536860"/>
    <w:rsid w:val="00587973"/>
    <w:rsid w:val="005B42CB"/>
    <w:rsid w:val="00634B77"/>
    <w:rsid w:val="00642154"/>
    <w:rsid w:val="0066401F"/>
    <w:rsid w:val="00842062"/>
    <w:rsid w:val="008427E9"/>
    <w:rsid w:val="008777DE"/>
    <w:rsid w:val="00883B86"/>
    <w:rsid w:val="00896B02"/>
    <w:rsid w:val="009251DF"/>
    <w:rsid w:val="00937755"/>
    <w:rsid w:val="00991B42"/>
    <w:rsid w:val="009A07C2"/>
    <w:rsid w:val="009C10B1"/>
    <w:rsid w:val="00A47C87"/>
    <w:rsid w:val="00A91403"/>
    <w:rsid w:val="00BB392B"/>
    <w:rsid w:val="00BC7114"/>
    <w:rsid w:val="00BE72FA"/>
    <w:rsid w:val="00D2356F"/>
    <w:rsid w:val="00D82BE0"/>
    <w:rsid w:val="00E264B3"/>
    <w:rsid w:val="00E72A3C"/>
    <w:rsid w:val="00E77178"/>
    <w:rsid w:val="00EA2AC1"/>
    <w:rsid w:val="00ED6487"/>
    <w:rsid w:val="00EF7EDA"/>
    <w:rsid w:val="00FB4365"/>
    <w:rsid w:val="00FF549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85D47"/>
  <w15:docId w15:val="{43D5EDDB-12E1-4797-BF67-0F9AC83D6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qFormat="1"/>
    <w:lsdException w:name="toa heading" w:semiHidden="1" w:unhideWhenUsed="1"/>
    <w:lsdException w:name="List" w:semiHidden="1" w:uiPriority="99" w:unhideWhenUsed="1"/>
    <w:lsdException w:name="List Bullet" w:semiHidden="1" w:uiPriority="99" w:unhideWhenUsed="1" w:qFormat="1"/>
    <w:lsdException w:name="List Number" w:uiPriority="99" w:qFormat="1"/>
    <w:lsdException w:name="List 2" w:semiHidden="1" w:uiPriority="99" w:unhideWhenUsed="1"/>
    <w:lsdException w:name="List 3" w:semiHidden="1" w:uiPriority="99" w:unhideWhenUsed="1"/>
    <w:lsdException w:name="List Bullet 2" w:semiHidden="1" w:uiPriority="99" w:unhideWhenUsed="1" w:qFormat="1"/>
    <w:lsdException w:name="List Bullet 3" w:semiHidden="1" w:uiPriority="99" w:unhideWhenUsed="1" w:qFormat="1"/>
    <w:lsdException w:name="List Bullet 4" w:semiHidden="1" w:uiPriority="99"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qFormat="1"/>
    <w:lsdException w:name="List Continue 2" w:semiHidden="1" w:uiPriority="99" w:unhideWhenUsed="1" w:qFormat="1"/>
    <w:lsdException w:name="List Continue 3" w:semiHidden="1" w:uiPriority="99"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iPriority="99" w:unhideWhenUsed="1" w:qFormat="1"/>
    <w:lsdException w:name="Body Text 3" w:semiHidden="1" w:uiPriority="99"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47D62"/>
    <w:pPr>
      <w:overflowPunct w:val="0"/>
      <w:autoSpaceDE w:val="0"/>
      <w:autoSpaceDN w:val="0"/>
      <w:adjustRightInd w:val="0"/>
    </w:pPr>
  </w:style>
  <w:style w:type="paragraph" w:styleId="1">
    <w:name w:val="heading 1"/>
    <w:basedOn w:val="a1"/>
    <w:next w:val="a1"/>
    <w:link w:val="10"/>
    <w:uiPriority w:val="9"/>
    <w:qFormat/>
    <w:rsid w:val="00BE72FA"/>
    <w:pPr>
      <w:keepNext/>
      <w:keepLines/>
      <w:overflowPunct/>
      <w:autoSpaceDE/>
      <w:autoSpaceDN/>
      <w:adjustRightInd/>
      <w:spacing w:before="480" w:line="276" w:lineRule="auto"/>
      <w:outlineLvl w:val="0"/>
    </w:pPr>
    <w:rPr>
      <w:rFonts w:ascii="Cambria" w:hAnsi="Cambria"/>
      <w:b/>
      <w:bCs/>
      <w:color w:val="365F91"/>
      <w:sz w:val="28"/>
      <w:szCs w:val="28"/>
    </w:rPr>
  </w:style>
  <w:style w:type="paragraph" w:styleId="21">
    <w:name w:val="heading 2"/>
    <w:basedOn w:val="a1"/>
    <w:next w:val="a1"/>
    <w:link w:val="22"/>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1">
    <w:name w:val="heading 3"/>
    <w:basedOn w:val="a1"/>
    <w:next w:val="a1"/>
    <w:link w:val="32"/>
    <w:uiPriority w:val="9"/>
    <w:unhideWhenUsed/>
    <w:qFormat/>
    <w:rsid w:val="00BE72FA"/>
    <w:pPr>
      <w:keepNext/>
      <w:keepLines/>
      <w:overflowPunct/>
      <w:autoSpaceDE/>
      <w:autoSpaceDN/>
      <w:adjustRightInd/>
      <w:spacing w:before="40" w:line="259" w:lineRule="auto"/>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1"/>
    <w:next w:val="a1"/>
    <w:link w:val="40"/>
    <w:uiPriority w:val="9"/>
    <w:semiHidden/>
    <w:unhideWhenUsed/>
    <w:qFormat/>
    <w:rsid w:val="00634B77"/>
    <w:pPr>
      <w:keepNext/>
      <w:keepLines/>
      <w:overflowPunct/>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paragraph" w:styleId="5">
    <w:name w:val="heading 5"/>
    <w:basedOn w:val="a1"/>
    <w:next w:val="a1"/>
    <w:link w:val="50"/>
    <w:uiPriority w:val="9"/>
    <w:semiHidden/>
    <w:unhideWhenUsed/>
    <w:qFormat/>
    <w:rsid w:val="00634B77"/>
    <w:pPr>
      <w:keepNext/>
      <w:keepLines/>
      <w:overflowPunct/>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lang w:val="en-US" w:eastAsia="en-US"/>
    </w:rPr>
  </w:style>
  <w:style w:type="paragraph" w:styleId="6">
    <w:name w:val="heading 6"/>
    <w:basedOn w:val="a1"/>
    <w:next w:val="a1"/>
    <w:link w:val="60"/>
    <w:uiPriority w:val="9"/>
    <w:semiHidden/>
    <w:unhideWhenUsed/>
    <w:qFormat/>
    <w:rsid w:val="00634B77"/>
    <w:pPr>
      <w:keepNext/>
      <w:keepLines/>
      <w:overflowPunct/>
      <w:autoSpaceDE/>
      <w:autoSpaceDN/>
      <w:adjustRightInd/>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rPr>
  </w:style>
  <w:style w:type="paragraph" w:styleId="7">
    <w:name w:val="heading 7"/>
    <w:basedOn w:val="a1"/>
    <w:next w:val="a1"/>
    <w:link w:val="70"/>
    <w:uiPriority w:val="9"/>
    <w:semiHidden/>
    <w:unhideWhenUsed/>
    <w:qFormat/>
    <w:rsid w:val="00634B77"/>
    <w:pPr>
      <w:keepNext/>
      <w:keepLines/>
      <w:overflowPunct/>
      <w:autoSpaceDE/>
      <w:autoSpaceDN/>
      <w:adjustRightInd/>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8">
    <w:name w:val="heading 8"/>
    <w:basedOn w:val="a1"/>
    <w:next w:val="a1"/>
    <w:link w:val="80"/>
    <w:uiPriority w:val="9"/>
    <w:semiHidden/>
    <w:unhideWhenUsed/>
    <w:qFormat/>
    <w:rsid w:val="00634B77"/>
    <w:pPr>
      <w:keepNext/>
      <w:keepLines/>
      <w:overflowPunct/>
      <w:autoSpaceDE/>
      <w:autoSpaceDN/>
      <w:adjustRightInd/>
      <w:spacing w:before="200" w:line="276" w:lineRule="auto"/>
      <w:outlineLvl w:val="7"/>
    </w:pPr>
    <w:rPr>
      <w:rFonts w:asciiTheme="majorHAnsi" w:eastAsiaTheme="majorEastAsia" w:hAnsiTheme="majorHAnsi" w:cstheme="majorBidi"/>
      <w:color w:val="4F81BD" w:themeColor="accent1"/>
      <w:lang w:val="en-US" w:eastAsia="en-US"/>
    </w:rPr>
  </w:style>
  <w:style w:type="paragraph" w:styleId="9">
    <w:name w:val="heading 9"/>
    <w:basedOn w:val="a1"/>
    <w:next w:val="a1"/>
    <w:link w:val="90"/>
    <w:uiPriority w:val="9"/>
    <w:semiHidden/>
    <w:unhideWhenUsed/>
    <w:qFormat/>
    <w:rsid w:val="00634B77"/>
    <w:pPr>
      <w:keepNext/>
      <w:keepLines/>
      <w:overflowPunct/>
      <w:autoSpaceDE/>
      <w:autoSpaceDN/>
      <w:adjustRightInd/>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BE72FA"/>
    <w:rPr>
      <w:rFonts w:ascii="Cambria" w:hAnsi="Cambria"/>
      <w:b/>
      <w:bCs/>
      <w:color w:val="365F91"/>
      <w:sz w:val="28"/>
      <w:szCs w:val="28"/>
    </w:rPr>
  </w:style>
  <w:style w:type="character" w:customStyle="1" w:styleId="22">
    <w:name w:val="Заголовок 2 Знак"/>
    <w:basedOn w:val="a2"/>
    <w:link w:val="21"/>
    <w:uiPriority w:val="9"/>
    <w:qFormat/>
    <w:rsid w:val="00BE72FA"/>
    <w:rPr>
      <w:rFonts w:ascii="Times/Kazakh" w:hAnsi="Times/Kazakh"/>
      <w:b/>
      <w:sz w:val="26"/>
      <w:lang w:eastAsia="ko-KR"/>
    </w:rPr>
  </w:style>
  <w:style w:type="character" w:customStyle="1" w:styleId="32">
    <w:name w:val="Заголовок 3 Знак"/>
    <w:basedOn w:val="a2"/>
    <w:link w:val="31"/>
    <w:uiPriority w:val="9"/>
    <w:qFormat/>
    <w:rsid w:val="00BE72FA"/>
    <w:rPr>
      <w:rFonts w:asciiTheme="majorHAnsi" w:eastAsiaTheme="majorEastAsia" w:hAnsiTheme="majorHAnsi" w:cstheme="majorBidi"/>
      <w:color w:val="243F60" w:themeColor="accent1" w:themeShade="7F"/>
      <w:sz w:val="24"/>
      <w:szCs w:val="24"/>
      <w:lang w:eastAsia="en-US"/>
    </w:rPr>
  </w:style>
  <w:style w:type="paragraph" w:customStyle="1" w:styleId="0">
    <w:name w:val="Знак_0"/>
    <w:basedOn w:val="a1"/>
    <w:autoRedefine/>
    <w:rsid w:val="00A47D62"/>
    <w:pPr>
      <w:overflowPunct/>
      <w:autoSpaceDE/>
      <w:autoSpaceDN/>
      <w:adjustRightInd/>
      <w:spacing w:after="160" w:line="240" w:lineRule="exact"/>
    </w:pPr>
    <w:rPr>
      <w:rFonts w:eastAsia="SimSun"/>
      <w:b/>
      <w:sz w:val="28"/>
      <w:szCs w:val="24"/>
      <w:lang w:val="en-US" w:eastAsia="en-US"/>
    </w:rPr>
  </w:style>
  <w:style w:type="paragraph" w:styleId="a5">
    <w:name w:val="Body Text Indent"/>
    <w:basedOn w:val="a1"/>
    <w:rsid w:val="00A47D62"/>
    <w:pPr>
      <w:overflowPunct/>
      <w:autoSpaceDE/>
      <w:autoSpaceDN/>
      <w:adjustRightInd/>
      <w:ind w:firstLine="1122"/>
      <w:jc w:val="both"/>
    </w:pPr>
    <w:rPr>
      <w:sz w:val="24"/>
      <w:szCs w:val="24"/>
      <w:lang w:val="kk-KZ"/>
    </w:rPr>
  </w:style>
  <w:style w:type="paragraph" w:styleId="a6">
    <w:name w:val="Title"/>
    <w:basedOn w:val="a1"/>
    <w:link w:val="a7"/>
    <w:uiPriority w:val="10"/>
    <w:qFormat/>
    <w:rsid w:val="00A47D62"/>
    <w:pPr>
      <w:overflowPunct/>
      <w:autoSpaceDE/>
      <w:autoSpaceDN/>
      <w:adjustRightInd/>
      <w:jc w:val="center"/>
    </w:pPr>
    <w:rPr>
      <w:sz w:val="28"/>
      <w:szCs w:val="24"/>
    </w:rPr>
  </w:style>
  <w:style w:type="character" w:customStyle="1" w:styleId="a7">
    <w:name w:val="Заголовок Знак"/>
    <w:basedOn w:val="a2"/>
    <w:link w:val="a6"/>
    <w:uiPriority w:val="10"/>
    <w:qFormat/>
    <w:rsid w:val="00634B77"/>
    <w:rPr>
      <w:sz w:val="28"/>
      <w:szCs w:val="24"/>
    </w:rPr>
  </w:style>
  <w:style w:type="paragraph" w:styleId="a8">
    <w:name w:val="Subtitle"/>
    <w:basedOn w:val="a1"/>
    <w:link w:val="a9"/>
    <w:uiPriority w:val="11"/>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11"/>
    <w:qFormat/>
    <w:rsid w:val="00A47D62"/>
    <w:rPr>
      <w:sz w:val="28"/>
      <w:szCs w:val="24"/>
      <w:lang w:val="ru-RU" w:eastAsia="ru-RU" w:bidi="ar-SA"/>
    </w:rPr>
  </w:style>
  <w:style w:type="paragraph" w:styleId="aa">
    <w:name w:val="No Spacing"/>
    <w:uiPriority w:val="1"/>
    <w:qFormat/>
    <w:rsid w:val="00A47D62"/>
    <w:rPr>
      <w:sz w:val="24"/>
      <w:szCs w:val="24"/>
    </w:rPr>
  </w:style>
  <w:style w:type="paragraph" w:customStyle="1" w:styleId="015">
    <w:name w:val="Стиль Слева:  0 см Выступ:  15 см"/>
    <w:basedOn w:val="a1"/>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3"/>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1"/>
    <w:link w:val="ad"/>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2"/>
    <w:link w:val="ac"/>
    <w:uiPriority w:val="99"/>
    <w:qFormat/>
    <w:rsid w:val="00BE72FA"/>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1"/>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1"/>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1"/>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1"/>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1"/>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2"/>
    <w:rsid w:val="00BE78CA"/>
  </w:style>
  <w:style w:type="character" w:styleId="af3">
    <w:name w:val="Strong"/>
    <w:uiPriority w:val="22"/>
    <w:qFormat/>
    <w:rsid w:val="007111E8"/>
    <w:rPr>
      <w:b/>
      <w:bCs/>
    </w:rPr>
  </w:style>
  <w:style w:type="paragraph" w:styleId="af4">
    <w:name w:val="footer"/>
    <w:basedOn w:val="a1"/>
    <w:link w:val="af5"/>
    <w:uiPriority w:val="99"/>
    <w:qFormat/>
    <w:rsid w:val="004726FE"/>
    <w:pPr>
      <w:tabs>
        <w:tab w:val="center" w:pos="4677"/>
        <w:tab w:val="right" w:pos="9355"/>
      </w:tabs>
    </w:pPr>
  </w:style>
  <w:style w:type="character" w:customStyle="1" w:styleId="af5">
    <w:name w:val="Нижний колонтитул Знак"/>
    <w:basedOn w:val="a2"/>
    <w:link w:val="af4"/>
    <w:uiPriority w:val="99"/>
    <w:qFormat/>
    <w:rsid w:val="004726FE"/>
  </w:style>
  <w:style w:type="paragraph" w:customStyle="1" w:styleId="24">
    <w:name w:val="Знак_2"/>
    <w:basedOn w:val="a1"/>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3">
    <w:name w:val="Знак_3"/>
    <w:basedOn w:val="a1"/>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1"/>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1"/>
    <w:link w:val="af8"/>
    <w:uiPriority w:val="99"/>
    <w:semiHidden/>
    <w:unhideWhenUsed/>
    <w:qFormat/>
    <w:rsid w:val="00DF04F6"/>
    <w:rPr>
      <w:rFonts w:ascii="Tahoma" w:hAnsi="Tahoma" w:cs="Tahoma"/>
      <w:sz w:val="16"/>
      <w:szCs w:val="16"/>
    </w:rPr>
  </w:style>
  <w:style w:type="character" w:customStyle="1" w:styleId="af8">
    <w:name w:val="Текст выноски Знак"/>
    <w:basedOn w:val="a2"/>
    <w:link w:val="af7"/>
    <w:uiPriority w:val="99"/>
    <w:semiHidden/>
    <w:qFormat/>
    <w:rsid w:val="00DF04F6"/>
    <w:rPr>
      <w:rFonts w:ascii="Tahoma" w:hAnsi="Tahoma" w:cs="Tahoma"/>
      <w:sz w:val="16"/>
      <w:szCs w:val="16"/>
    </w:rPr>
  </w:style>
  <w:style w:type="character" w:customStyle="1" w:styleId="ezkurwreuab5ozgtqnkl">
    <w:name w:val="ezkurwreuab5ozgtqnkl"/>
    <w:basedOn w:val="a2"/>
    <w:qFormat/>
    <w:rsid w:val="00883B86"/>
  </w:style>
  <w:style w:type="character" w:customStyle="1" w:styleId="af9">
    <w:name w:val="Текст примечания Знак"/>
    <w:basedOn w:val="a2"/>
    <w:link w:val="CommentText"/>
    <w:uiPriority w:val="99"/>
    <w:semiHidden/>
    <w:rsid w:val="00BE72FA"/>
  </w:style>
  <w:style w:type="paragraph" w:customStyle="1" w:styleId="CommentText">
    <w:name w:val="Comment Text"/>
    <w:basedOn w:val="a1"/>
    <w:link w:val="af9"/>
    <w:uiPriority w:val="99"/>
    <w:semiHidden/>
    <w:unhideWhenUsed/>
    <w:rsid w:val="00BE72FA"/>
    <w:pPr>
      <w:overflowPunct/>
      <w:autoSpaceDE/>
      <w:autoSpaceDN/>
      <w:adjustRightInd/>
    </w:pPr>
  </w:style>
  <w:style w:type="character" w:customStyle="1" w:styleId="afa">
    <w:name w:val="Тема примечания Знак"/>
    <w:basedOn w:val="af9"/>
    <w:link w:val="CommentSubject"/>
    <w:uiPriority w:val="99"/>
    <w:semiHidden/>
    <w:rsid w:val="00BE72FA"/>
    <w:rPr>
      <w:b/>
      <w:bCs/>
    </w:rPr>
  </w:style>
  <w:style w:type="paragraph" w:customStyle="1" w:styleId="CommentSubject">
    <w:name w:val="Comment Subject"/>
    <w:basedOn w:val="CommentText"/>
    <w:next w:val="CommentText"/>
    <w:link w:val="afa"/>
    <w:uiPriority w:val="99"/>
    <w:semiHidden/>
    <w:unhideWhenUsed/>
    <w:rsid w:val="00BE72FA"/>
    <w:rPr>
      <w:b/>
      <w:bCs/>
    </w:rPr>
  </w:style>
  <w:style w:type="character" w:customStyle="1" w:styleId="afb">
    <w:name w:val="Основной текст Знак"/>
    <w:basedOn w:val="a2"/>
    <w:link w:val="afc"/>
    <w:uiPriority w:val="99"/>
    <w:qFormat/>
    <w:rsid w:val="00BE72FA"/>
    <w:rPr>
      <w:rFonts w:ascii="Calibri" w:hAnsi="Calibri"/>
    </w:rPr>
  </w:style>
  <w:style w:type="paragraph" w:styleId="afc">
    <w:name w:val="Body Text"/>
    <w:basedOn w:val="a1"/>
    <w:link w:val="afb"/>
    <w:uiPriority w:val="99"/>
    <w:unhideWhenUsed/>
    <w:rsid w:val="00BE72FA"/>
    <w:pPr>
      <w:overflowPunct/>
      <w:autoSpaceDE/>
      <w:autoSpaceDN/>
      <w:adjustRightInd/>
      <w:spacing w:after="120" w:line="276" w:lineRule="auto"/>
    </w:pPr>
    <w:rPr>
      <w:rFonts w:ascii="Calibri" w:hAnsi="Calibri"/>
    </w:rPr>
  </w:style>
  <w:style w:type="character" w:customStyle="1" w:styleId="13">
    <w:name w:val="Основной текст Знак1"/>
    <w:basedOn w:val="a2"/>
    <w:uiPriority w:val="99"/>
    <w:semiHidden/>
    <w:rsid w:val="00BE72FA"/>
  </w:style>
  <w:style w:type="character" w:customStyle="1" w:styleId="34">
    <w:name w:val="Основной текст 3 Знак"/>
    <w:basedOn w:val="a2"/>
    <w:link w:val="35"/>
    <w:uiPriority w:val="99"/>
    <w:qFormat/>
    <w:rsid w:val="00BE72FA"/>
    <w:rPr>
      <w:rFonts w:ascii="Calibri" w:hAnsi="Calibri"/>
      <w:sz w:val="16"/>
      <w:szCs w:val="16"/>
    </w:rPr>
  </w:style>
  <w:style w:type="paragraph" w:styleId="35">
    <w:name w:val="Body Text 3"/>
    <w:basedOn w:val="a1"/>
    <w:link w:val="34"/>
    <w:uiPriority w:val="99"/>
    <w:unhideWhenUsed/>
    <w:qFormat/>
    <w:rsid w:val="00BE72FA"/>
    <w:pPr>
      <w:overflowPunct/>
      <w:autoSpaceDE/>
      <w:autoSpaceDN/>
      <w:adjustRightInd/>
      <w:spacing w:after="120" w:line="276" w:lineRule="auto"/>
    </w:pPr>
    <w:rPr>
      <w:rFonts w:ascii="Calibri" w:hAnsi="Calibri"/>
      <w:sz w:val="16"/>
      <w:szCs w:val="16"/>
    </w:rPr>
  </w:style>
  <w:style w:type="character" w:customStyle="1" w:styleId="310">
    <w:name w:val="Основной текст 3 Знак1"/>
    <w:basedOn w:val="a2"/>
    <w:uiPriority w:val="99"/>
    <w:semiHidden/>
    <w:rsid w:val="00BE72FA"/>
    <w:rPr>
      <w:sz w:val="16"/>
      <w:szCs w:val="16"/>
    </w:rPr>
  </w:style>
  <w:style w:type="paragraph" w:styleId="afd">
    <w:name w:val="annotation text"/>
    <w:basedOn w:val="a1"/>
    <w:link w:val="14"/>
    <w:uiPriority w:val="99"/>
    <w:semiHidden/>
    <w:unhideWhenUsed/>
    <w:rsid w:val="00BE72FA"/>
    <w:pPr>
      <w:overflowPunct/>
      <w:autoSpaceDE/>
      <w:autoSpaceDN/>
      <w:adjustRightInd/>
    </w:pPr>
  </w:style>
  <w:style w:type="character" w:customStyle="1" w:styleId="14">
    <w:name w:val="Текст примечания Знак1"/>
    <w:basedOn w:val="a2"/>
    <w:link w:val="afd"/>
    <w:uiPriority w:val="99"/>
    <w:semiHidden/>
    <w:rsid w:val="00BE72FA"/>
  </w:style>
  <w:style w:type="character" w:styleId="afe">
    <w:name w:val="annotation reference"/>
    <w:basedOn w:val="a2"/>
    <w:uiPriority w:val="99"/>
    <w:semiHidden/>
    <w:unhideWhenUsed/>
    <w:rsid w:val="00BE72FA"/>
    <w:rPr>
      <w:sz w:val="16"/>
      <w:szCs w:val="16"/>
    </w:rPr>
  </w:style>
  <w:style w:type="character" w:customStyle="1" w:styleId="40">
    <w:name w:val="Заголовок 4 Знак"/>
    <w:basedOn w:val="a2"/>
    <w:link w:val="4"/>
    <w:uiPriority w:val="9"/>
    <w:semiHidden/>
    <w:qFormat/>
    <w:rsid w:val="00634B77"/>
    <w:rPr>
      <w:rFonts w:asciiTheme="majorHAnsi" w:eastAsiaTheme="majorEastAsia" w:hAnsiTheme="majorHAnsi" w:cstheme="majorBidi"/>
      <w:b/>
      <w:bCs/>
      <w:i/>
      <w:iCs/>
      <w:color w:val="4F81BD" w:themeColor="accent1"/>
      <w:sz w:val="22"/>
      <w:szCs w:val="22"/>
      <w:lang w:val="en-US" w:eastAsia="en-US"/>
    </w:rPr>
  </w:style>
  <w:style w:type="character" w:customStyle="1" w:styleId="50">
    <w:name w:val="Заголовок 5 Знак"/>
    <w:basedOn w:val="a2"/>
    <w:link w:val="5"/>
    <w:uiPriority w:val="9"/>
    <w:semiHidden/>
    <w:qFormat/>
    <w:rsid w:val="00634B77"/>
    <w:rPr>
      <w:rFonts w:asciiTheme="majorHAnsi" w:eastAsiaTheme="majorEastAsia" w:hAnsiTheme="majorHAnsi" w:cstheme="majorBidi"/>
      <w:color w:val="243F60" w:themeColor="accent1" w:themeShade="7F"/>
      <w:sz w:val="22"/>
      <w:szCs w:val="22"/>
      <w:lang w:val="en-US" w:eastAsia="en-US"/>
    </w:rPr>
  </w:style>
  <w:style w:type="character" w:customStyle="1" w:styleId="60">
    <w:name w:val="Заголовок 6 Знак"/>
    <w:basedOn w:val="a2"/>
    <w:link w:val="6"/>
    <w:uiPriority w:val="9"/>
    <w:semiHidden/>
    <w:qFormat/>
    <w:rsid w:val="00634B77"/>
    <w:rPr>
      <w:rFonts w:asciiTheme="majorHAnsi" w:eastAsiaTheme="majorEastAsia" w:hAnsiTheme="majorHAnsi" w:cstheme="majorBidi"/>
      <w:i/>
      <w:iCs/>
      <w:color w:val="243F60" w:themeColor="accent1" w:themeShade="7F"/>
      <w:sz w:val="22"/>
      <w:szCs w:val="22"/>
      <w:lang w:val="en-US" w:eastAsia="en-US"/>
    </w:rPr>
  </w:style>
  <w:style w:type="character" w:customStyle="1" w:styleId="70">
    <w:name w:val="Заголовок 7 Знак"/>
    <w:basedOn w:val="a2"/>
    <w:link w:val="7"/>
    <w:uiPriority w:val="9"/>
    <w:semiHidden/>
    <w:qFormat/>
    <w:rsid w:val="00634B77"/>
    <w:rPr>
      <w:rFonts w:asciiTheme="majorHAnsi" w:eastAsiaTheme="majorEastAsia" w:hAnsiTheme="majorHAnsi" w:cstheme="majorBidi"/>
      <w:i/>
      <w:iCs/>
      <w:color w:val="404040" w:themeColor="text1" w:themeTint="BF"/>
      <w:sz w:val="22"/>
      <w:szCs w:val="22"/>
      <w:lang w:val="en-US" w:eastAsia="en-US"/>
    </w:rPr>
  </w:style>
  <w:style w:type="character" w:customStyle="1" w:styleId="80">
    <w:name w:val="Заголовок 8 Знак"/>
    <w:basedOn w:val="a2"/>
    <w:link w:val="8"/>
    <w:uiPriority w:val="9"/>
    <w:semiHidden/>
    <w:qFormat/>
    <w:rsid w:val="00634B77"/>
    <w:rPr>
      <w:rFonts w:asciiTheme="majorHAnsi" w:eastAsiaTheme="majorEastAsia" w:hAnsiTheme="majorHAnsi" w:cstheme="majorBidi"/>
      <w:color w:val="4F81BD" w:themeColor="accent1"/>
      <w:lang w:val="en-US" w:eastAsia="en-US"/>
    </w:rPr>
  </w:style>
  <w:style w:type="character" w:customStyle="1" w:styleId="90">
    <w:name w:val="Заголовок 9 Знак"/>
    <w:basedOn w:val="a2"/>
    <w:link w:val="9"/>
    <w:uiPriority w:val="9"/>
    <w:semiHidden/>
    <w:qFormat/>
    <w:rsid w:val="00634B77"/>
    <w:rPr>
      <w:rFonts w:asciiTheme="majorHAnsi" w:eastAsiaTheme="majorEastAsia" w:hAnsiTheme="majorHAnsi" w:cstheme="majorBidi"/>
      <w:i/>
      <w:iCs/>
      <w:color w:val="404040" w:themeColor="text1" w:themeTint="BF"/>
      <w:lang w:val="en-US" w:eastAsia="en-US"/>
    </w:rPr>
  </w:style>
  <w:style w:type="paragraph" w:styleId="25">
    <w:name w:val="Body Text 2"/>
    <w:basedOn w:val="a1"/>
    <w:link w:val="26"/>
    <w:uiPriority w:val="99"/>
    <w:unhideWhenUsed/>
    <w:qFormat/>
    <w:rsid w:val="00634B77"/>
    <w:pPr>
      <w:overflowPunct/>
      <w:autoSpaceDE/>
      <w:autoSpaceDN/>
      <w:adjustRightInd/>
      <w:spacing w:after="120" w:line="480" w:lineRule="auto"/>
    </w:pPr>
    <w:rPr>
      <w:rFonts w:asciiTheme="minorHAnsi" w:eastAsiaTheme="minorEastAsia" w:hAnsiTheme="minorHAnsi" w:cstheme="minorBidi"/>
      <w:sz w:val="22"/>
      <w:szCs w:val="22"/>
      <w:lang w:val="en-US" w:eastAsia="en-US"/>
    </w:rPr>
  </w:style>
  <w:style w:type="character" w:customStyle="1" w:styleId="26">
    <w:name w:val="Основной текст 2 Знак"/>
    <w:basedOn w:val="a2"/>
    <w:link w:val="25"/>
    <w:uiPriority w:val="99"/>
    <w:qFormat/>
    <w:rsid w:val="00634B77"/>
    <w:rPr>
      <w:rFonts w:asciiTheme="minorHAnsi" w:eastAsiaTheme="minorEastAsia" w:hAnsiTheme="minorHAnsi" w:cstheme="minorBidi"/>
      <w:sz w:val="22"/>
      <w:szCs w:val="22"/>
      <w:lang w:val="en-US" w:eastAsia="en-US"/>
    </w:rPr>
  </w:style>
  <w:style w:type="paragraph" w:styleId="aff">
    <w:name w:val="List"/>
    <w:basedOn w:val="a1"/>
    <w:uiPriority w:val="99"/>
    <w:unhideWhenUsed/>
    <w:rsid w:val="00634B77"/>
    <w:pPr>
      <w:overflowPunct/>
      <w:autoSpaceDE/>
      <w:autoSpaceDN/>
      <w:adjustRightInd/>
      <w:spacing w:after="200" w:line="276" w:lineRule="auto"/>
      <w:ind w:left="360" w:hanging="360"/>
      <w:contextualSpacing/>
    </w:pPr>
    <w:rPr>
      <w:rFonts w:asciiTheme="minorHAnsi" w:eastAsiaTheme="minorEastAsia" w:hAnsiTheme="minorHAnsi" w:cstheme="minorBidi"/>
      <w:sz w:val="22"/>
      <w:szCs w:val="22"/>
      <w:lang w:val="en-US" w:eastAsia="en-US"/>
    </w:rPr>
  </w:style>
  <w:style w:type="paragraph" w:styleId="27">
    <w:name w:val="List 2"/>
    <w:basedOn w:val="a1"/>
    <w:uiPriority w:val="99"/>
    <w:unhideWhenUsed/>
    <w:rsid w:val="00634B77"/>
    <w:pPr>
      <w:overflowPunct/>
      <w:autoSpaceDE/>
      <w:autoSpaceDN/>
      <w:adjustRightInd/>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6">
    <w:name w:val="List 3"/>
    <w:basedOn w:val="a1"/>
    <w:uiPriority w:val="99"/>
    <w:unhideWhenUsed/>
    <w:rsid w:val="00634B77"/>
    <w:pPr>
      <w:overflowPunct/>
      <w:autoSpaceDE/>
      <w:autoSpaceDN/>
      <w:adjustRightInd/>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qFormat/>
    <w:rsid w:val="00634B77"/>
    <w:pPr>
      <w:numPr>
        <w:numId w:val="15"/>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qFormat/>
    <w:rsid w:val="00634B77"/>
    <w:pPr>
      <w:numPr>
        <w:numId w:val="16"/>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qFormat/>
    <w:rsid w:val="00634B77"/>
    <w:pPr>
      <w:numPr>
        <w:numId w:val="17"/>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qFormat/>
    <w:rsid w:val="00634B77"/>
    <w:pPr>
      <w:numPr>
        <w:numId w:val="19"/>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qFormat/>
    <w:rsid w:val="00634B77"/>
    <w:pPr>
      <w:numPr>
        <w:numId w:val="20"/>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qFormat/>
    <w:rsid w:val="00634B77"/>
    <w:pPr>
      <w:numPr>
        <w:numId w:val="21"/>
      </w:numPr>
      <w:overflowPunct/>
      <w:autoSpaceDE/>
      <w:autoSpaceDN/>
      <w:adjustRightInd/>
      <w:spacing w:after="200" w:line="276" w:lineRule="auto"/>
      <w:contextualSpacing/>
    </w:pPr>
    <w:rPr>
      <w:rFonts w:asciiTheme="minorHAnsi" w:eastAsiaTheme="minorEastAsia" w:hAnsiTheme="minorHAnsi" w:cstheme="minorBidi"/>
      <w:sz w:val="22"/>
      <w:szCs w:val="22"/>
      <w:lang w:val="en-US" w:eastAsia="en-US"/>
    </w:rPr>
  </w:style>
  <w:style w:type="paragraph" w:styleId="aff0">
    <w:name w:val="List Continue"/>
    <w:basedOn w:val="a1"/>
    <w:uiPriority w:val="99"/>
    <w:unhideWhenUsed/>
    <w:qFormat/>
    <w:rsid w:val="00634B77"/>
    <w:pPr>
      <w:overflowPunct/>
      <w:autoSpaceDE/>
      <w:autoSpaceDN/>
      <w:adjustRightInd/>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8">
    <w:name w:val="List Continue 2"/>
    <w:basedOn w:val="a1"/>
    <w:uiPriority w:val="99"/>
    <w:unhideWhenUsed/>
    <w:qFormat/>
    <w:rsid w:val="00634B77"/>
    <w:pPr>
      <w:overflowPunct/>
      <w:autoSpaceDE/>
      <w:autoSpaceDN/>
      <w:adjustRightInd/>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7">
    <w:name w:val="List Continue 3"/>
    <w:basedOn w:val="a1"/>
    <w:uiPriority w:val="99"/>
    <w:unhideWhenUsed/>
    <w:qFormat/>
    <w:rsid w:val="00634B77"/>
    <w:pPr>
      <w:overflowPunct/>
      <w:autoSpaceDE/>
      <w:autoSpaceDN/>
      <w:adjustRightInd/>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1">
    <w:name w:val="macro"/>
    <w:link w:val="aff2"/>
    <w:uiPriority w:val="99"/>
    <w:unhideWhenUsed/>
    <w:qFormat/>
    <w:rsid w:val="00634B77"/>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2">
    <w:name w:val="Текст макроса Знак"/>
    <w:basedOn w:val="a2"/>
    <w:link w:val="aff1"/>
    <w:uiPriority w:val="99"/>
    <w:qFormat/>
    <w:rsid w:val="00634B77"/>
    <w:rPr>
      <w:rFonts w:ascii="Courier" w:eastAsiaTheme="minorEastAsia" w:hAnsi="Courier" w:cstheme="minorBidi"/>
      <w:lang w:val="en-US" w:eastAsia="en-US"/>
    </w:rPr>
  </w:style>
  <w:style w:type="paragraph" w:styleId="29">
    <w:name w:val="Quote"/>
    <w:basedOn w:val="a1"/>
    <w:next w:val="a1"/>
    <w:link w:val="2a"/>
    <w:uiPriority w:val="29"/>
    <w:qFormat/>
    <w:rsid w:val="00634B77"/>
    <w:pPr>
      <w:overflowPunct/>
      <w:autoSpaceDE/>
      <w:autoSpaceDN/>
      <w:adjustRightInd/>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2a">
    <w:name w:val="Цитата 2 Знак"/>
    <w:basedOn w:val="a2"/>
    <w:link w:val="29"/>
    <w:uiPriority w:val="29"/>
    <w:qFormat/>
    <w:rsid w:val="00634B77"/>
    <w:rPr>
      <w:rFonts w:asciiTheme="minorHAnsi" w:eastAsiaTheme="minorEastAsia" w:hAnsiTheme="minorHAnsi" w:cstheme="minorBidi"/>
      <w:i/>
      <w:iCs/>
      <w:color w:val="000000" w:themeColor="text1"/>
      <w:sz w:val="22"/>
      <w:szCs w:val="22"/>
      <w:lang w:val="en-US" w:eastAsia="en-US"/>
    </w:rPr>
  </w:style>
  <w:style w:type="character" w:styleId="aff3">
    <w:name w:val="Emphasis"/>
    <w:basedOn w:val="a2"/>
    <w:uiPriority w:val="20"/>
    <w:qFormat/>
    <w:rsid w:val="00634B77"/>
    <w:rPr>
      <w:i/>
      <w:iCs/>
    </w:rPr>
  </w:style>
  <w:style w:type="paragraph" w:styleId="aff4">
    <w:name w:val="Intense Quote"/>
    <w:basedOn w:val="a1"/>
    <w:next w:val="a1"/>
    <w:link w:val="aff5"/>
    <w:uiPriority w:val="30"/>
    <w:qFormat/>
    <w:rsid w:val="00634B77"/>
    <w:pPr>
      <w:pBdr>
        <w:bottom w:val="single" w:sz="4" w:space="4" w:color="4F81BD" w:themeColor="accent1"/>
      </w:pBdr>
      <w:overflowPunct/>
      <w:autoSpaceDE/>
      <w:autoSpaceDN/>
      <w:adjustRightInd/>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en-US"/>
    </w:rPr>
  </w:style>
  <w:style w:type="character" w:customStyle="1" w:styleId="aff5">
    <w:name w:val="Выделенная цитата Знак"/>
    <w:basedOn w:val="a2"/>
    <w:link w:val="aff4"/>
    <w:uiPriority w:val="30"/>
    <w:qFormat/>
    <w:rsid w:val="00634B77"/>
    <w:rPr>
      <w:rFonts w:asciiTheme="minorHAnsi" w:eastAsiaTheme="minorEastAsia" w:hAnsiTheme="minorHAnsi" w:cstheme="minorBidi"/>
      <w:b/>
      <w:bCs/>
      <w:i/>
      <w:iCs/>
      <w:color w:val="4F81BD" w:themeColor="accent1"/>
      <w:sz w:val="22"/>
      <w:szCs w:val="22"/>
      <w:lang w:val="en-US" w:eastAsia="en-US"/>
    </w:rPr>
  </w:style>
  <w:style w:type="character" w:styleId="aff6">
    <w:name w:val="Subtle Emphasis"/>
    <w:basedOn w:val="a2"/>
    <w:uiPriority w:val="19"/>
    <w:qFormat/>
    <w:rsid w:val="00634B77"/>
    <w:rPr>
      <w:i/>
      <w:iCs/>
      <w:color w:val="808080" w:themeColor="text1" w:themeTint="7F"/>
    </w:rPr>
  </w:style>
  <w:style w:type="character" w:styleId="aff7">
    <w:name w:val="Intense Emphasis"/>
    <w:basedOn w:val="a2"/>
    <w:uiPriority w:val="21"/>
    <w:qFormat/>
    <w:rsid w:val="00634B77"/>
    <w:rPr>
      <w:b/>
      <w:bCs/>
      <w:i/>
      <w:iCs/>
      <w:color w:val="4F81BD" w:themeColor="accent1"/>
    </w:rPr>
  </w:style>
  <w:style w:type="character" w:styleId="aff8">
    <w:name w:val="Subtle Reference"/>
    <w:basedOn w:val="a2"/>
    <w:uiPriority w:val="31"/>
    <w:qFormat/>
    <w:rsid w:val="00634B77"/>
    <w:rPr>
      <w:smallCaps/>
      <w:color w:val="C0504D" w:themeColor="accent2"/>
      <w:u w:val="single"/>
    </w:rPr>
  </w:style>
  <w:style w:type="character" w:styleId="aff9">
    <w:name w:val="Intense Reference"/>
    <w:basedOn w:val="a2"/>
    <w:uiPriority w:val="32"/>
    <w:qFormat/>
    <w:rsid w:val="00634B77"/>
    <w:rPr>
      <w:b/>
      <w:bCs/>
      <w:smallCaps/>
      <w:color w:val="C0504D" w:themeColor="accent2"/>
      <w:spacing w:val="5"/>
      <w:u w:val="single"/>
    </w:rPr>
  </w:style>
  <w:style w:type="character" w:styleId="affa">
    <w:name w:val="Book Title"/>
    <w:basedOn w:val="a2"/>
    <w:uiPriority w:val="33"/>
    <w:qFormat/>
    <w:rsid w:val="00634B77"/>
    <w:rPr>
      <w:b/>
      <w:bCs/>
      <w:smallCaps/>
      <w:spacing w:val="5"/>
    </w:rPr>
  </w:style>
  <w:style w:type="paragraph" w:customStyle="1" w:styleId="15">
    <w:name w:val="Заголовок1"/>
    <w:basedOn w:val="a1"/>
    <w:next w:val="afc"/>
    <w:qFormat/>
    <w:rsid w:val="00634B77"/>
    <w:pPr>
      <w:keepNext/>
      <w:suppressAutoHyphens/>
      <w:overflowPunct/>
      <w:autoSpaceDE/>
      <w:autoSpaceDN/>
      <w:adjustRightInd/>
      <w:spacing w:before="240" w:after="120" w:line="276" w:lineRule="auto"/>
    </w:pPr>
    <w:rPr>
      <w:rFonts w:ascii="Liberation Sans" w:eastAsia="Microsoft YaHei" w:hAnsi="Liberation Sans" w:cs="Arial"/>
      <w:sz w:val="28"/>
      <w:szCs w:val="28"/>
      <w:lang w:val="en-US" w:eastAsia="en-US"/>
    </w:rPr>
  </w:style>
  <w:style w:type="paragraph" w:styleId="affb">
    <w:name w:val="index heading"/>
    <w:basedOn w:val="15"/>
    <w:rsid w:val="00634B77"/>
  </w:style>
  <w:style w:type="paragraph" w:customStyle="1" w:styleId="affc">
    <w:name w:val="Колонтитул"/>
    <w:basedOn w:val="a1"/>
    <w:qFormat/>
    <w:rsid w:val="00634B77"/>
    <w:pPr>
      <w:suppressAutoHyphens/>
      <w:overflowPunct/>
      <w:autoSpaceDE/>
      <w:autoSpaceDN/>
      <w:adjustRightInd/>
      <w:spacing w:after="200" w:line="276" w:lineRule="auto"/>
    </w:pPr>
    <w:rPr>
      <w:rFonts w:asciiTheme="minorHAnsi" w:eastAsiaTheme="minorEastAsia" w:hAnsiTheme="minorHAnsi" w:cstheme="minorBidi"/>
      <w:sz w:val="22"/>
      <w:szCs w:val="22"/>
      <w:lang w:val="en-US" w:eastAsia="en-US"/>
    </w:rPr>
  </w:style>
  <w:style w:type="paragraph" w:styleId="41">
    <w:name w:val="List Bullet 4"/>
    <w:basedOn w:val="a1"/>
    <w:uiPriority w:val="99"/>
    <w:unhideWhenUsed/>
    <w:rsid w:val="00634B77"/>
    <w:pPr>
      <w:suppressAutoHyphens/>
      <w:overflowPunct/>
      <w:autoSpaceDE/>
      <w:autoSpaceDN/>
      <w:adjustRightInd/>
      <w:spacing w:after="200" w:line="276" w:lineRule="auto"/>
      <w:ind w:left="1080" w:hanging="360"/>
      <w:contextualSpacing/>
    </w:pPr>
    <w:rPr>
      <w:rFonts w:asciiTheme="minorHAnsi" w:eastAsiaTheme="minorEastAsia" w:hAnsiTheme="minorHAnsi" w:cstheme="minorBidi"/>
      <w:sz w:val="22"/>
      <w:szCs w:val="22"/>
      <w:lang w:val="en-US" w:eastAsia="en-US"/>
    </w:rPr>
  </w:style>
  <w:style w:type="character" w:customStyle="1" w:styleId="2b">
    <w:name w:val="Тема примечания Знак2"/>
    <w:basedOn w:val="14"/>
    <w:semiHidden/>
    <w:rsid w:val="00634B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69673">
      <w:marLeft w:val="0"/>
      <w:marRight w:val="0"/>
      <w:marTop w:val="0"/>
      <w:marBottom w:val="0"/>
      <w:divBdr>
        <w:top w:val="none" w:sz="0" w:space="0" w:color="auto"/>
        <w:left w:val="none" w:sz="0" w:space="0" w:color="auto"/>
        <w:bottom w:val="none" w:sz="0" w:space="0" w:color="auto"/>
        <w:right w:val="none" w:sz="0" w:space="0" w:color="auto"/>
      </w:divBdr>
    </w:div>
    <w:div w:id="649332436">
      <w:marLeft w:val="0"/>
      <w:marRight w:val="0"/>
      <w:marTop w:val="0"/>
      <w:marBottom w:val="0"/>
      <w:divBdr>
        <w:top w:val="none" w:sz="0" w:space="0" w:color="auto"/>
        <w:left w:val="none" w:sz="0" w:space="0" w:color="auto"/>
        <w:bottom w:val="none" w:sz="0" w:space="0" w:color="auto"/>
        <w:right w:val="none" w:sz="0" w:space="0" w:color="auto"/>
      </w:divBdr>
    </w:div>
    <w:div w:id="884216833">
      <w:marLeft w:val="0"/>
      <w:marRight w:val="0"/>
      <w:marTop w:val="0"/>
      <w:marBottom w:val="0"/>
      <w:divBdr>
        <w:top w:val="none" w:sz="0" w:space="0" w:color="auto"/>
        <w:left w:val="none" w:sz="0" w:space="0" w:color="auto"/>
        <w:bottom w:val="none" w:sz="0" w:space="0" w:color="auto"/>
        <w:right w:val="none" w:sz="0" w:space="0" w:color="auto"/>
      </w:divBdr>
    </w:div>
    <w:div w:id="1374889894">
      <w:marLeft w:val="0"/>
      <w:marRight w:val="0"/>
      <w:marTop w:val="0"/>
      <w:marBottom w:val="0"/>
      <w:divBdr>
        <w:top w:val="none" w:sz="0" w:space="0" w:color="auto"/>
        <w:left w:val="none" w:sz="0" w:space="0" w:color="auto"/>
        <w:bottom w:val="none" w:sz="0" w:space="0" w:color="auto"/>
        <w:right w:val="none" w:sz="0" w:space="0" w:color="auto"/>
      </w:divBdr>
    </w:div>
    <w:div w:id="1471754029">
      <w:marLeft w:val="0"/>
      <w:marRight w:val="0"/>
      <w:marTop w:val="0"/>
      <w:marBottom w:val="0"/>
      <w:divBdr>
        <w:top w:val="none" w:sz="0" w:space="0" w:color="auto"/>
        <w:left w:val="none" w:sz="0" w:space="0" w:color="auto"/>
        <w:bottom w:val="none" w:sz="0" w:space="0" w:color="auto"/>
        <w:right w:val="none" w:sz="0" w:space="0" w:color="auto"/>
      </w:divBdr>
    </w:div>
    <w:div w:id="1696148902">
      <w:bodyDiv w:val="1"/>
      <w:marLeft w:val="0"/>
      <w:marRight w:val="0"/>
      <w:marTop w:val="0"/>
      <w:marBottom w:val="0"/>
      <w:divBdr>
        <w:top w:val="none" w:sz="0" w:space="0" w:color="auto"/>
        <w:left w:val="none" w:sz="0" w:space="0" w:color="auto"/>
        <w:bottom w:val="none" w:sz="0" w:space="0" w:color="auto"/>
        <w:right w:val="none" w:sz="0" w:space="0" w:color="auto"/>
      </w:divBdr>
      <w:divsChild>
        <w:div w:id="840245149">
          <w:marLeft w:val="0"/>
          <w:marRight w:val="0"/>
          <w:marTop w:val="0"/>
          <w:marBottom w:val="0"/>
          <w:divBdr>
            <w:top w:val="none" w:sz="0" w:space="0" w:color="auto"/>
            <w:left w:val="none" w:sz="0" w:space="0" w:color="auto"/>
            <w:bottom w:val="none" w:sz="0" w:space="0" w:color="auto"/>
            <w:right w:val="none" w:sz="0" w:space="0" w:color="auto"/>
          </w:divBdr>
          <w:divsChild>
            <w:div w:id="166943421">
              <w:marLeft w:val="0"/>
              <w:marRight w:val="0"/>
              <w:marTop w:val="0"/>
              <w:marBottom w:val="0"/>
              <w:divBdr>
                <w:top w:val="none" w:sz="0" w:space="0" w:color="auto"/>
                <w:left w:val="none" w:sz="0" w:space="0" w:color="auto"/>
                <w:bottom w:val="none" w:sz="0" w:space="0" w:color="auto"/>
                <w:right w:val="none" w:sz="0" w:space="0" w:color="auto"/>
              </w:divBdr>
              <w:divsChild>
                <w:div w:id="1441796774">
                  <w:marLeft w:val="0"/>
                  <w:marRight w:val="0"/>
                  <w:marTop w:val="0"/>
                  <w:marBottom w:val="0"/>
                  <w:divBdr>
                    <w:top w:val="none" w:sz="0" w:space="0" w:color="auto"/>
                    <w:left w:val="none" w:sz="0" w:space="0" w:color="auto"/>
                    <w:bottom w:val="none" w:sz="0" w:space="0" w:color="auto"/>
                    <w:right w:val="none" w:sz="0" w:space="0" w:color="auto"/>
                  </w:divBdr>
                  <w:divsChild>
                    <w:div w:id="701590674">
                      <w:marLeft w:val="0"/>
                      <w:marRight w:val="0"/>
                      <w:marTop w:val="0"/>
                      <w:marBottom w:val="0"/>
                      <w:divBdr>
                        <w:top w:val="none" w:sz="0" w:space="0" w:color="auto"/>
                        <w:left w:val="none" w:sz="0" w:space="0" w:color="auto"/>
                        <w:bottom w:val="none" w:sz="0" w:space="0" w:color="auto"/>
                        <w:right w:val="none" w:sz="0" w:space="0" w:color="auto"/>
                      </w:divBdr>
                      <w:divsChild>
                        <w:div w:id="1827163689">
                          <w:marLeft w:val="0"/>
                          <w:marRight w:val="0"/>
                          <w:marTop w:val="0"/>
                          <w:marBottom w:val="0"/>
                          <w:divBdr>
                            <w:top w:val="none" w:sz="0" w:space="0" w:color="auto"/>
                            <w:left w:val="none" w:sz="0" w:space="0" w:color="auto"/>
                            <w:bottom w:val="none" w:sz="0" w:space="0" w:color="auto"/>
                            <w:right w:val="none" w:sz="0" w:space="0" w:color="auto"/>
                          </w:divBdr>
                          <w:divsChild>
                            <w:div w:id="1533615332">
                              <w:marLeft w:val="0"/>
                              <w:marRight w:val="0"/>
                              <w:marTop w:val="0"/>
                              <w:marBottom w:val="0"/>
                              <w:divBdr>
                                <w:top w:val="none" w:sz="0" w:space="0" w:color="auto"/>
                                <w:left w:val="none" w:sz="0" w:space="0" w:color="auto"/>
                                <w:bottom w:val="none" w:sz="0" w:space="0" w:color="auto"/>
                                <w:right w:val="none" w:sz="0" w:space="0" w:color="auto"/>
                              </w:divBdr>
                              <w:divsChild>
                                <w:div w:id="1791439851">
                                  <w:marLeft w:val="0"/>
                                  <w:marRight w:val="0"/>
                                  <w:marTop w:val="0"/>
                                  <w:marBottom w:val="0"/>
                                  <w:divBdr>
                                    <w:top w:val="none" w:sz="0" w:space="0" w:color="auto"/>
                                    <w:left w:val="none" w:sz="0" w:space="0" w:color="auto"/>
                                    <w:bottom w:val="none" w:sz="0" w:space="0" w:color="auto"/>
                                    <w:right w:val="none" w:sz="0" w:space="0" w:color="auto"/>
                                  </w:divBdr>
                                  <w:divsChild>
                                    <w:div w:id="1312758038">
                                      <w:marLeft w:val="0"/>
                                      <w:marRight w:val="0"/>
                                      <w:marTop w:val="0"/>
                                      <w:marBottom w:val="0"/>
                                      <w:divBdr>
                                        <w:top w:val="none" w:sz="0" w:space="0" w:color="auto"/>
                                        <w:left w:val="none" w:sz="0" w:space="0" w:color="auto"/>
                                        <w:bottom w:val="none" w:sz="0" w:space="0" w:color="auto"/>
                                        <w:right w:val="none" w:sz="0" w:space="0" w:color="auto"/>
                                      </w:divBdr>
                                      <w:divsChild>
                                        <w:div w:id="883785502">
                                          <w:marLeft w:val="0"/>
                                          <w:marRight w:val="0"/>
                                          <w:marTop w:val="0"/>
                                          <w:marBottom w:val="0"/>
                                          <w:divBdr>
                                            <w:top w:val="none" w:sz="0" w:space="0" w:color="auto"/>
                                            <w:left w:val="none" w:sz="0" w:space="0" w:color="auto"/>
                                            <w:bottom w:val="none" w:sz="0" w:space="0" w:color="auto"/>
                                            <w:right w:val="none" w:sz="0" w:space="0" w:color="auto"/>
                                          </w:divBdr>
                                          <w:divsChild>
                                            <w:div w:id="898858398">
                                              <w:marLeft w:val="0"/>
                                              <w:marRight w:val="0"/>
                                              <w:marTop w:val="0"/>
                                              <w:marBottom w:val="0"/>
                                              <w:divBdr>
                                                <w:top w:val="none" w:sz="0" w:space="0" w:color="auto"/>
                                                <w:left w:val="none" w:sz="0" w:space="0" w:color="auto"/>
                                                <w:bottom w:val="none" w:sz="0" w:space="0" w:color="auto"/>
                                                <w:right w:val="none" w:sz="0" w:space="0" w:color="auto"/>
                                              </w:divBdr>
                                              <w:divsChild>
                                                <w:div w:id="565534931">
                                                  <w:marLeft w:val="0"/>
                                                  <w:marRight w:val="0"/>
                                                  <w:marTop w:val="0"/>
                                                  <w:marBottom w:val="0"/>
                                                  <w:divBdr>
                                                    <w:top w:val="none" w:sz="0" w:space="0" w:color="auto"/>
                                                    <w:left w:val="none" w:sz="0" w:space="0" w:color="auto"/>
                                                    <w:bottom w:val="none" w:sz="0" w:space="0" w:color="auto"/>
                                                    <w:right w:val="none" w:sz="0" w:space="0" w:color="auto"/>
                                                  </w:divBdr>
                                                  <w:divsChild>
                                                    <w:div w:id="111873082">
                                                      <w:marLeft w:val="0"/>
                                                      <w:marRight w:val="0"/>
                                                      <w:marTop w:val="0"/>
                                                      <w:marBottom w:val="0"/>
                                                      <w:divBdr>
                                                        <w:top w:val="none" w:sz="0" w:space="0" w:color="auto"/>
                                                        <w:left w:val="none" w:sz="0" w:space="0" w:color="auto"/>
                                                        <w:bottom w:val="none" w:sz="0" w:space="0" w:color="auto"/>
                                                        <w:right w:val="none" w:sz="0" w:space="0" w:color="auto"/>
                                                      </w:divBdr>
                                                      <w:divsChild>
                                                        <w:div w:id="1425228895">
                                                          <w:marLeft w:val="0"/>
                                                          <w:marRight w:val="0"/>
                                                          <w:marTop w:val="0"/>
                                                          <w:marBottom w:val="0"/>
                                                          <w:divBdr>
                                                            <w:top w:val="none" w:sz="0" w:space="0" w:color="auto"/>
                                                            <w:left w:val="none" w:sz="0" w:space="0" w:color="auto"/>
                                                            <w:bottom w:val="none" w:sz="0" w:space="0" w:color="auto"/>
                                                            <w:right w:val="none" w:sz="0" w:space="0" w:color="auto"/>
                                                          </w:divBdr>
                                                          <w:divsChild>
                                                            <w:div w:id="959992690">
                                                              <w:marLeft w:val="0"/>
                                                              <w:marRight w:val="0"/>
                                                              <w:marTop w:val="0"/>
                                                              <w:marBottom w:val="0"/>
                                                              <w:divBdr>
                                                                <w:top w:val="none" w:sz="0" w:space="0" w:color="auto"/>
                                                                <w:left w:val="none" w:sz="0" w:space="0" w:color="auto"/>
                                                                <w:bottom w:val="none" w:sz="0" w:space="0" w:color="auto"/>
                                                                <w:right w:val="none" w:sz="0" w:space="0" w:color="auto"/>
                                                              </w:divBdr>
                                                              <w:divsChild>
                                                                <w:div w:id="510802669">
                                                                  <w:marLeft w:val="0"/>
                                                                  <w:marRight w:val="0"/>
                                                                  <w:marTop w:val="0"/>
                                                                  <w:marBottom w:val="0"/>
                                                                  <w:divBdr>
                                                                    <w:top w:val="none" w:sz="0" w:space="0" w:color="auto"/>
                                                                    <w:left w:val="none" w:sz="0" w:space="0" w:color="auto"/>
                                                                    <w:bottom w:val="none" w:sz="0" w:space="0" w:color="auto"/>
                                                                    <w:right w:val="none" w:sz="0" w:space="0" w:color="auto"/>
                                                                  </w:divBdr>
                                                                  <w:divsChild>
                                                                    <w:div w:id="2918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2024-10-01T07:25:00Z</dcterms:created>
  <dc:creator>user</dc:creator>
  <lastModifiedBy>a.karzhaspayeva</lastModifiedBy>
  <dcterms:modified xsi:type="dcterms:W3CDTF">2024-10-01T07:25:00Z</dcterms:modified>
  <revision>2</revision>
  <dc:title>ЌАЗАЌСТАН</dc:title>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2024-09-27T11:49:00Z</dcterms:created>
  <dc:creator>user</dc:creator>
  <lastModifiedBy>a.karzhaspayeva</lastModifiedBy>
  <dcterms:modified xsi:type="dcterms:W3CDTF">2024-09-27T11:49:00Z</dcterms:modified>
  <revision>2</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1855</CharactersWithSpaces>
  <SharedDoc>false</SharedDoc>
  <HyperlinksChanged>false</HyperlinksChanged>
  <AppVersion>14.0000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2024-10-01T07:25:00Z</dcterms:created>
  <dc:creator>user</dc:creator>
  <lastModifiedBy>Айнур Сартбаева</lastModifiedBy>
  <dcterms:modified xsi:type="dcterms:W3CDTF">2025-03-27T10:17:00Z</dcterms:modified>
  <revision>5</revision>
  <dc:title>ЌАЗАЌСТАН</dc:title>
</coreProperties>
</file>

<file path=customXml/item5.xml><?xml version="1.0" encoding="utf-8"?>
<Properties xmlns="http://schemas.openxmlformats.org/officeDocument/2006/extended-properties" xmlns:vt="http://schemas.openxmlformats.org/officeDocument/2006/docPropsVTypes">
  <Template>Normal</Template>
  <TotalTime>3</TotalTime>
  <Pages>1</Pages>
  <Words>220</Words>
  <Characters>1258</Characters>
  <Application>Microsoft Office Word</Application>
  <DocSecurity>0</DocSecurity>
  <Lines>10</Lines>
  <Paragraphs>2</Paragraphs>
  <ScaleCrop>false</ScaleCrop>
  <Company>АО НИТ</Company>
  <LinksUpToDate>false</LinksUpToDate>
  <CharactersWithSpaces>1476</CharactersWithSpaces>
  <SharedDoc>false</SharedDoc>
  <HyperlinksChanged>false</HyperlinksChanged>
  <AppVersion>16.0000</AppVersion>
</Properties>
</file>

<file path=customXml/item6.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1855</CharactersWithSpaces>
  <SharedDoc>false</SharedDoc>
  <HyperlinksChanged>false</HyperlinksChanged>
  <AppVersion>14.0000</AppVersion>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BACC1-B475-46B3-8855-F73CECDC919A}">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642351A-42CC-40A4-B5A9-41D4D5A62694}">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4EA73B10-8B60-4E51-8129-056D3C17964B}">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6CD77AD5-1E2A-43E8-AB2A-BAD6B11336EA}">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DE5B4735-8849-4C2B-AF6B-75F773D3AE9D}">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E307931A-A13D-4154-898B-CE4A06AA77CD}">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7E9C2644-669C-420A-B286-1A4B841D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110</Pages>
  <Words>31862</Words>
  <Characters>181615</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Админ</cp:lastModifiedBy>
  <cp:revision>4</cp:revision>
  <cp:lastPrinted>2026-10-01T10:41:00Z</cp:lastPrinted>
  <dcterms:created xsi:type="dcterms:W3CDTF">2026-10-20T03:28:00Z</dcterms:created>
  <dcterms:modified xsi:type="dcterms:W3CDTF">2026-10-20T03:32:00Z</dcterms:modified>
</cp:coreProperties>
</file>