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470 от 16.10.2026</w:t>
      </w:r>
    </w:p>
    <w:p w:rsidR="00BA72FE" w:rsidRPr="00130D3E" w:rsidRDefault="00D56E2F" w:rsidP="00595DE3">
      <w:pPr>
        <w:jc w:val="center"/>
        <w:rPr>
          <w:sz w:val="24"/>
          <w:szCs w:val="28"/>
          <w:lang w:val="ru-RU"/>
        </w:rPr>
      </w:pPr>
      <w:r w:rsidRPr="00130D3E">
        <w:rPr>
          <w:b/>
          <w:sz w:val="24"/>
          <w:szCs w:val="28"/>
          <w:lang w:val="ru-RU"/>
        </w:rPr>
        <w:t xml:space="preserve">ПЛАН </w:t>
      </w:r>
      <w:r w:rsidR="00485F6E" w:rsidRPr="00130D3E">
        <w:rPr>
          <w:b/>
          <w:sz w:val="24"/>
          <w:szCs w:val="28"/>
          <w:lang w:val="ru-RU"/>
        </w:rPr>
        <w:t>ДЕЙСТВ</w:t>
      </w:r>
      <w:r w:rsidRPr="00130D3E">
        <w:rPr>
          <w:b/>
          <w:sz w:val="24"/>
          <w:szCs w:val="28"/>
          <w:lang w:val="ru-RU"/>
        </w:rPr>
        <w:t>ИЙ</w:t>
      </w:r>
    </w:p>
    <w:p w:rsidR="00BA72FE" w:rsidRPr="00130D3E" w:rsidRDefault="00D56E2F" w:rsidP="00595DE3">
      <w:pPr>
        <w:jc w:val="center"/>
        <w:rPr>
          <w:sz w:val="24"/>
          <w:szCs w:val="28"/>
          <w:lang w:val="ru-RU"/>
        </w:rPr>
      </w:pPr>
      <w:r w:rsidRPr="00130D3E">
        <w:rPr>
          <w:b/>
          <w:sz w:val="24"/>
          <w:szCs w:val="28"/>
          <w:lang w:val="ru-RU"/>
        </w:rPr>
        <w:t>по итогам выездного приема граждан Первым вице-министром здравоохранения Республики Казахстан Т.С. Султангазиевым</w:t>
      </w:r>
    </w:p>
    <w:p w:rsidR="00BA72FE" w:rsidRPr="00130D3E" w:rsidRDefault="00D56E2F" w:rsidP="00595DE3">
      <w:pPr>
        <w:jc w:val="center"/>
        <w:rPr>
          <w:sz w:val="24"/>
          <w:szCs w:val="28"/>
          <w:lang w:val="ru-RU"/>
        </w:rPr>
      </w:pPr>
      <w:r w:rsidRPr="00130D3E">
        <w:rPr>
          <w:sz w:val="24"/>
          <w:szCs w:val="28"/>
          <w:lang w:val="ru-RU"/>
        </w:rPr>
        <w:t>Восточно-Казахстанская область, Шемонаихинский район, 24 сентября 2026 года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2713"/>
        <w:gridCol w:w="3118"/>
        <w:gridCol w:w="5916"/>
        <w:gridCol w:w="3205"/>
      </w:tblGrid>
      <w:tr w:rsidR="00FF2931" w:rsidRPr="00130D3E" w:rsidTr="00FF2931">
        <w:trPr>
          <w:jc w:val="center"/>
        </w:trPr>
        <w:tc>
          <w:tcPr>
            <w:tcW w:w="514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center"/>
              <w:rPr>
                <w:b/>
                <w:sz w:val="24"/>
                <w:szCs w:val="28"/>
              </w:rPr>
            </w:pPr>
            <w:r w:rsidRPr="00130D3E">
              <w:rPr>
                <w:b/>
                <w:sz w:val="24"/>
                <w:szCs w:val="28"/>
              </w:rPr>
              <w:t>№</w:t>
            </w:r>
          </w:p>
        </w:tc>
        <w:tc>
          <w:tcPr>
            <w:tcW w:w="2713" w:type="dxa"/>
            <w:shd w:val="clear" w:color="auto" w:fill="FFFFFF"/>
          </w:tcPr>
          <w:p w:rsidR="00FF2931" w:rsidRPr="00130D3E" w:rsidRDefault="00130D3E" w:rsidP="00595DE3">
            <w:pPr>
              <w:spacing w:after="40"/>
              <w:jc w:val="center"/>
              <w:rPr>
                <w:b/>
                <w:sz w:val="24"/>
                <w:szCs w:val="28"/>
                <w:lang w:val="kk-KZ"/>
              </w:rPr>
            </w:pPr>
            <w:r w:rsidRPr="00130D3E">
              <w:rPr>
                <w:b/>
                <w:sz w:val="24"/>
                <w:szCs w:val="28"/>
                <w:lang w:val="kk-KZ"/>
              </w:rPr>
              <w:t>Данные</w:t>
            </w:r>
            <w:r w:rsidR="00FF2931" w:rsidRPr="00130D3E">
              <w:rPr>
                <w:b/>
                <w:sz w:val="24"/>
                <w:szCs w:val="28"/>
                <w:lang w:val="kk-KZ"/>
              </w:rPr>
              <w:t xml:space="preserve"> заявителя</w:t>
            </w:r>
          </w:p>
        </w:tc>
        <w:tc>
          <w:tcPr>
            <w:tcW w:w="3118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center"/>
              <w:rPr>
                <w:b/>
                <w:sz w:val="24"/>
                <w:szCs w:val="28"/>
                <w:lang w:val="kk-KZ"/>
              </w:rPr>
            </w:pPr>
            <w:r w:rsidRPr="00130D3E">
              <w:rPr>
                <w:b/>
                <w:sz w:val="24"/>
                <w:szCs w:val="28"/>
                <w:lang w:val="kk-KZ"/>
              </w:rPr>
              <w:t>Содержание заявления</w:t>
            </w:r>
          </w:p>
        </w:tc>
        <w:tc>
          <w:tcPr>
            <w:tcW w:w="5916" w:type="dxa"/>
            <w:shd w:val="clear" w:color="auto" w:fill="FFFFFF"/>
          </w:tcPr>
          <w:p w:rsidR="00FF2931" w:rsidRPr="00130D3E" w:rsidRDefault="00595DE3" w:rsidP="00595DE3">
            <w:pPr>
              <w:spacing w:after="40"/>
              <w:jc w:val="center"/>
              <w:rPr>
                <w:b/>
                <w:sz w:val="24"/>
                <w:szCs w:val="28"/>
                <w:lang w:val="kk-KZ"/>
              </w:rPr>
            </w:pPr>
            <w:r w:rsidRPr="00130D3E">
              <w:rPr>
                <w:b/>
                <w:sz w:val="24"/>
                <w:szCs w:val="28"/>
                <w:lang w:val="kk-KZ"/>
              </w:rPr>
              <w:t>Поручение</w:t>
            </w:r>
          </w:p>
        </w:tc>
        <w:tc>
          <w:tcPr>
            <w:tcW w:w="3205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center"/>
              <w:rPr>
                <w:b/>
                <w:sz w:val="24"/>
                <w:szCs w:val="28"/>
              </w:rPr>
            </w:pPr>
            <w:r w:rsidRPr="00130D3E">
              <w:rPr>
                <w:b/>
                <w:sz w:val="24"/>
                <w:szCs w:val="28"/>
              </w:rPr>
              <w:t>Ответственные исполнители и срок</w:t>
            </w:r>
          </w:p>
        </w:tc>
      </w:tr>
      <w:tr w:rsidR="00FF2931" w:rsidRPr="00130D3E" w:rsidTr="00FF2931">
        <w:trPr>
          <w:jc w:val="center"/>
        </w:trPr>
        <w:tc>
          <w:tcPr>
            <w:tcW w:w="514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</w:rPr>
            </w:pPr>
            <w:r w:rsidRPr="00130D3E">
              <w:rPr>
                <w:sz w:val="24"/>
                <w:szCs w:val="28"/>
              </w:rPr>
              <w:t>1</w:t>
            </w:r>
          </w:p>
        </w:tc>
        <w:tc>
          <w:tcPr>
            <w:tcW w:w="2713" w:type="dxa"/>
            <w:shd w:val="clear" w:color="auto" w:fill="FFFFFF"/>
          </w:tcPr>
          <w:p w:rsidR="00FF2931" w:rsidRPr="00130D3E" w:rsidRDefault="00130D3E" w:rsidP="00130D3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Житель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, председатель районного Совета ветеранов. </w:t>
            </w:r>
          </w:p>
        </w:tc>
        <w:tc>
          <w:tcPr>
            <w:tcW w:w="3118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Обновление автомобилей отделения скорой медицинской помощи Шемонаихинского района.</w:t>
            </w:r>
          </w:p>
        </w:tc>
        <w:tc>
          <w:tcPr>
            <w:tcW w:w="5916" w:type="dxa"/>
            <w:shd w:val="clear" w:color="auto" w:fill="FFFFFF"/>
          </w:tcPr>
          <w:p w:rsidR="00110846" w:rsidRPr="00130D3E" w:rsidRDefault="00110846" w:rsidP="00595DE3">
            <w:pPr>
              <w:spacing w:after="40"/>
              <w:jc w:val="both"/>
              <w:rPr>
                <w:b/>
                <w:sz w:val="24"/>
                <w:szCs w:val="28"/>
                <w:lang w:val="ru-RU"/>
              </w:rPr>
            </w:pPr>
            <w:r w:rsidRPr="00130D3E">
              <w:rPr>
                <w:b/>
                <w:sz w:val="24"/>
                <w:szCs w:val="28"/>
                <w:lang w:val="ru-RU"/>
              </w:rPr>
              <w:t>В рамках действующего законодательства МЗ РК на вопросы заявителей даны необходимые разъяснения.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1. Провести анализ технического состояния и потребности в обновлении пяти автомобилей скорой помощи 2020 года выпуска.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2. Проработать поэтапное приобретение санитарного автотранспорта, в том числе с использованием финансового лизинга.</w:t>
            </w:r>
          </w:p>
          <w:p w:rsidR="00FF2931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3. Представить предложения по источникам финансирования и графику обновления автопарка.</w:t>
            </w:r>
          </w:p>
        </w:tc>
        <w:tc>
          <w:tcPr>
            <w:tcW w:w="3205" w:type="dxa"/>
            <w:shd w:val="clear" w:color="auto" w:fill="FFFFFF"/>
          </w:tcPr>
          <w:p w:rsidR="00FF2931" w:rsidRPr="00130D3E" w:rsidRDefault="00595DE3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УЗ 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ВКО (свод); акимат ВКО; </w:t>
            </w:r>
            <w:r w:rsidRPr="00130D3E">
              <w:rPr>
                <w:sz w:val="24"/>
                <w:szCs w:val="28"/>
                <w:lang w:val="ru-RU"/>
              </w:rPr>
              <w:t>ДОМП, ДЭФКУ.</w:t>
            </w:r>
          </w:p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br/>
            </w:r>
            <w:r w:rsidRPr="00130D3E">
              <w:rPr>
                <w:b/>
                <w:sz w:val="24"/>
                <w:szCs w:val="28"/>
                <w:lang w:val="kk-KZ"/>
              </w:rPr>
              <w:t>Срок исполнения:</w:t>
            </w:r>
            <w:r w:rsidRPr="00130D3E">
              <w:rPr>
                <w:sz w:val="24"/>
                <w:szCs w:val="28"/>
                <w:lang w:val="kk-KZ"/>
              </w:rPr>
              <w:t xml:space="preserve"> д</w:t>
            </w:r>
            <w:r w:rsidRPr="00130D3E">
              <w:rPr>
                <w:sz w:val="24"/>
                <w:szCs w:val="28"/>
                <w:lang w:val="ru-RU"/>
              </w:rPr>
              <w:t>о 31 декабря 2026г.</w:t>
            </w:r>
          </w:p>
        </w:tc>
      </w:tr>
      <w:tr w:rsidR="00FF2931" w:rsidRPr="00130D3E" w:rsidTr="00FF2931">
        <w:trPr>
          <w:jc w:val="center"/>
        </w:trPr>
        <w:tc>
          <w:tcPr>
            <w:tcW w:w="514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</w:rPr>
            </w:pPr>
            <w:r w:rsidRPr="00130D3E">
              <w:rPr>
                <w:sz w:val="24"/>
                <w:szCs w:val="28"/>
              </w:rPr>
              <w:t>2</w:t>
            </w:r>
          </w:p>
        </w:tc>
        <w:tc>
          <w:tcPr>
            <w:tcW w:w="2713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Житель микрорайона Железнодорожный. </w:t>
            </w:r>
          </w:p>
        </w:tc>
        <w:tc>
          <w:tcPr>
            <w:tcW w:w="3118" w:type="dxa"/>
            <w:shd w:val="clear" w:color="auto" w:fill="FFFFFF"/>
          </w:tcPr>
          <w:p w:rsidR="00595DE3" w:rsidRPr="00130D3E" w:rsidRDefault="00595DE3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Сейчас много внимания уделяется модернизации сельского здравоохранения, но у нас в микрорайоне, где проживает более 5 тысяч человек, врачебная амбулатория находится в арендуемом помещении. </w:t>
            </w:r>
          </w:p>
          <w:p w:rsidR="00FF2931" w:rsidRPr="00130D3E" w:rsidRDefault="00595DE3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В этом году ведется строительство врачебной амбулатории на микрорайоне 3 города Шемонаиха.  Планируется ли в ближайшее время строительство нового здания амбулатории в нашем микрорайоне.</w:t>
            </w:r>
          </w:p>
        </w:tc>
        <w:tc>
          <w:tcPr>
            <w:tcW w:w="5916" w:type="dxa"/>
            <w:shd w:val="clear" w:color="auto" w:fill="FFFFFF"/>
          </w:tcPr>
          <w:p w:rsidR="00110846" w:rsidRPr="00130D3E" w:rsidRDefault="00110846" w:rsidP="00595DE3">
            <w:pPr>
              <w:spacing w:after="40"/>
              <w:jc w:val="both"/>
              <w:rPr>
                <w:b/>
                <w:sz w:val="24"/>
                <w:szCs w:val="28"/>
                <w:lang w:val="ru-RU"/>
              </w:rPr>
            </w:pPr>
            <w:r w:rsidRPr="00130D3E">
              <w:rPr>
                <w:b/>
                <w:sz w:val="24"/>
                <w:szCs w:val="28"/>
                <w:lang w:val="ru-RU"/>
              </w:rPr>
              <w:t>В рамках действующего законодательства МЗ РК на вопросы заявителей даны необходимые разъяснения.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1. Уточнить статус включения строительства врачебной амбулатории в микрорайоне Железнодорожный в региональные планы и сроки реализации.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2. Проработать вопрос финансирования строительства нового здания амбулатории с учетом имеющейся проектной документации и бюджетных возможностей.</w:t>
            </w:r>
          </w:p>
          <w:p w:rsidR="00FF2931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3. Представить заявителю информацию о принятом решении и планируемых сроках.</w:t>
            </w:r>
          </w:p>
        </w:tc>
        <w:tc>
          <w:tcPr>
            <w:tcW w:w="3205" w:type="dxa"/>
            <w:shd w:val="clear" w:color="auto" w:fill="FFFFFF"/>
          </w:tcPr>
          <w:p w:rsidR="00FF2931" w:rsidRPr="00130D3E" w:rsidRDefault="00595DE3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УЗ 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ВКО (свод); акимат ВКО; акимат Шемонаихинского района; </w:t>
            </w:r>
            <w:r w:rsidRPr="00130D3E">
              <w:rPr>
                <w:sz w:val="24"/>
                <w:szCs w:val="28"/>
                <w:lang w:val="ru-RU"/>
              </w:rPr>
              <w:t>ДИП.</w:t>
            </w:r>
          </w:p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kk-KZ"/>
              </w:rPr>
            </w:pPr>
            <w:r w:rsidRPr="00130D3E">
              <w:rPr>
                <w:sz w:val="24"/>
                <w:szCs w:val="28"/>
                <w:lang w:val="ru-RU"/>
              </w:rPr>
              <w:br/>
            </w:r>
            <w:r w:rsidRPr="00130D3E">
              <w:rPr>
                <w:b/>
                <w:sz w:val="24"/>
                <w:szCs w:val="28"/>
                <w:lang w:val="kk-KZ"/>
              </w:rPr>
              <w:t>Срок исполнения:</w:t>
            </w:r>
            <w:r w:rsidRPr="00130D3E">
              <w:rPr>
                <w:sz w:val="24"/>
                <w:szCs w:val="28"/>
                <w:lang w:val="kk-KZ"/>
              </w:rPr>
              <w:t xml:space="preserve"> </w:t>
            </w:r>
          </w:p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kk-KZ"/>
              </w:rPr>
              <w:t>д</w:t>
            </w:r>
            <w:r w:rsidRPr="00130D3E">
              <w:rPr>
                <w:sz w:val="24"/>
                <w:szCs w:val="28"/>
                <w:lang w:val="ru-RU"/>
              </w:rPr>
              <w:t>о 31 декабря 2026г.</w:t>
            </w:r>
          </w:p>
        </w:tc>
      </w:tr>
      <w:tr w:rsidR="00FF2931" w:rsidRPr="00130D3E" w:rsidTr="00FF2931">
        <w:trPr>
          <w:jc w:val="center"/>
        </w:trPr>
        <w:tc>
          <w:tcPr>
            <w:tcW w:w="514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</w:rPr>
            </w:pPr>
            <w:r w:rsidRPr="00130D3E">
              <w:rPr>
                <w:sz w:val="24"/>
                <w:szCs w:val="28"/>
              </w:rPr>
              <w:t>3</w:t>
            </w:r>
          </w:p>
        </w:tc>
        <w:tc>
          <w:tcPr>
            <w:tcW w:w="2713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Житель г. Шемонаиха. </w:t>
            </w:r>
          </w:p>
        </w:tc>
        <w:tc>
          <w:tcPr>
            <w:tcW w:w="3118" w:type="dxa"/>
            <w:shd w:val="clear" w:color="auto" w:fill="FFFFFF"/>
          </w:tcPr>
          <w:p w:rsidR="00FF2931" w:rsidRPr="00130D3E" w:rsidRDefault="00595DE3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Наша районная больница находится в </w:t>
            </w:r>
            <w:r w:rsidRPr="00130D3E">
              <w:rPr>
                <w:sz w:val="24"/>
                <w:szCs w:val="28"/>
                <w:lang w:val="ru-RU"/>
              </w:rPr>
              <w:lastRenderedPageBreak/>
              <w:t xml:space="preserve">неудовлетворительном техническом состоянии и требует капитального ремонта. Мы знаем, что сейчас готовится проектно-сметная документация на ремонт. Просим Вашего содействия в решении вопроса финансирования затрат на проведение ремонта больницы в 2027-2028 годах.     </w:t>
            </w:r>
          </w:p>
        </w:tc>
        <w:tc>
          <w:tcPr>
            <w:tcW w:w="5916" w:type="dxa"/>
            <w:shd w:val="clear" w:color="auto" w:fill="FFFFFF"/>
          </w:tcPr>
          <w:p w:rsidR="00110846" w:rsidRPr="00130D3E" w:rsidRDefault="00110846" w:rsidP="00595DE3">
            <w:pPr>
              <w:spacing w:after="40"/>
              <w:jc w:val="both"/>
              <w:rPr>
                <w:b/>
                <w:sz w:val="24"/>
                <w:szCs w:val="28"/>
                <w:lang w:val="ru-RU"/>
              </w:rPr>
            </w:pPr>
            <w:r w:rsidRPr="00130D3E">
              <w:rPr>
                <w:b/>
                <w:sz w:val="24"/>
                <w:szCs w:val="28"/>
                <w:lang w:val="ru-RU"/>
              </w:rPr>
              <w:lastRenderedPageBreak/>
              <w:t xml:space="preserve">В рамках действующего законодательства МЗ РК на вопросы заявителей даны необходимые </w:t>
            </w:r>
            <w:r w:rsidRPr="00130D3E">
              <w:rPr>
                <w:b/>
                <w:sz w:val="24"/>
                <w:szCs w:val="28"/>
                <w:lang w:val="ru-RU"/>
              </w:rPr>
              <w:lastRenderedPageBreak/>
              <w:t>разъяснения.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1. Завершить разработку проектно-сметной документации по капитальному ремонту и реконструкции районной больницы с пристройкой и обеспечить направление на государственную экспертизу.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2. После получения положительного заключения экспертизы проработать источники финансирования работ на 2027–2028 годы.</w:t>
            </w:r>
          </w:p>
          <w:p w:rsidR="00FF2931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3. Представить информацию о ходе подготовки проекта и финансирования.</w:t>
            </w:r>
          </w:p>
        </w:tc>
        <w:tc>
          <w:tcPr>
            <w:tcW w:w="3205" w:type="dxa"/>
            <w:shd w:val="clear" w:color="auto" w:fill="FFFFFF"/>
          </w:tcPr>
          <w:p w:rsidR="00FF2931" w:rsidRPr="00130D3E" w:rsidRDefault="00595DE3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lastRenderedPageBreak/>
              <w:t xml:space="preserve">УЗ 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ВКО (свод); акимат ВКО; </w:t>
            </w:r>
            <w:r w:rsidRPr="00130D3E">
              <w:rPr>
                <w:sz w:val="24"/>
                <w:szCs w:val="28"/>
                <w:lang w:val="ru-RU"/>
              </w:rPr>
              <w:t>ДИП</w:t>
            </w:r>
          </w:p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kk-KZ"/>
              </w:rPr>
            </w:pPr>
            <w:r w:rsidRPr="00130D3E">
              <w:rPr>
                <w:sz w:val="24"/>
                <w:szCs w:val="28"/>
                <w:lang w:val="ru-RU"/>
              </w:rPr>
              <w:lastRenderedPageBreak/>
              <w:br/>
            </w:r>
            <w:r w:rsidRPr="00130D3E">
              <w:rPr>
                <w:b/>
                <w:sz w:val="24"/>
                <w:szCs w:val="28"/>
                <w:lang w:val="kk-KZ"/>
              </w:rPr>
              <w:t>Срок исполнения:</w:t>
            </w:r>
            <w:r w:rsidRPr="00130D3E">
              <w:rPr>
                <w:sz w:val="24"/>
                <w:szCs w:val="28"/>
                <w:lang w:val="kk-KZ"/>
              </w:rPr>
              <w:t xml:space="preserve"> </w:t>
            </w:r>
          </w:p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kk-KZ"/>
              </w:rPr>
              <w:t>д</w:t>
            </w:r>
            <w:r w:rsidRPr="00130D3E">
              <w:rPr>
                <w:sz w:val="24"/>
                <w:szCs w:val="28"/>
                <w:lang w:val="ru-RU"/>
              </w:rPr>
              <w:t>о 31 декабря 2026г.</w:t>
            </w:r>
          </w:p>
        </w:tc>
      </w:tr>
      <w:tr w:rsidR="00FF2931" w:rsidRPr="00130D3E" w:rsidTr="00FF2931">
        <w:trPr>
          <w:jc w:val="center"/>
        </w:trPr>
        <w:tc>
          <w:tcPr>
            <w:tcW w:w="514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</w:rPr>
            </w:pPr>
            <w:r w:rsidRPr="00130D3E">
              <w:rPr>
                <w:sz w:val="24"/>
                <w:szCs w:val="28"/>
              </w:rPr>
              <w:lastRenderedPageBreak/>
              <w:t>4</w:t>
            </w:r>
          </w:p>
        </w:tc>
        <w:tc>
          <w:tcPr>
            <w:tcW w:w="2713" w:type="dxa"/>
            <w:shd w:val="clear" w:color="auto" w:fill="FFFFFF"/>
          </w:tcPr>
          <w:p w:rsidR="00FF2931" w:rsidRPr="00130D3E" w:rsidRDefault="00130D3E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Житель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, врач, житель пос. Усть-Таловка. </w:t>
            </w:r>
          </w:p>
        </w:tc>
        <w:tc>
          <w:tcPr>
            <w:tcW w:w="3118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Отсутствие в районной больнице офтальмолога и оториноларинголога; привлечение узких специалистов.</w:t>
            </w:r>
          </w:p>
        </w:tc>
        <w:tc>
          <w:tcPr>
            <w:tcW w:w="5916" w:type="dxa"/>
            <w:shd w:val="clear" w:color="auto" w:fill="FFFFFF"/>
          </w:tcPr>
          <w:p w:rsidR="00110846" w:rsidRPr="00130D3E" w:rsidRDefault="00110846" w:rsidP="00595DE3">
            <w:pPr>
              <w:spacing w:after="40"/>
              <w:jc w:val="both"/>
              <w:rPr>
                <w:b/>
                <w:sz w:val="24"/>
                <w:szCs w:val="28"/>
                <w:lang w:val="ru-RU"/>
              </w:rPr>
            </w:pPr>
            <w:r w:rsidRPr="00130D3E">
              <w:rPr>
                <w:b/>
                <w:sz w:val="24"/>
                <w:szCs w:val="28"/>
                <w:lang w:val="ru-RU"/>
              </w:rPr>
              <w:t>В рамках действующего законодательства МЗ РК на вопросы заявителей даны необходимые разъяснения.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1. Определить кадровую потребность районной больницы по офтальмологии и оториноларингологии и меры по закрытию вакансий.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2. Проработать вынесение на рассмотрение маслихата вопроса выделения средств на единовременные подъемные выплаты прибывающим специалистам.</w:t>
            </w:r>
          </w:p>
          <w:p w:rsidR="00FF2931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3. Рассмотреть возможности обеспечения жильем и предоставления мер поддержки по программе «С дипломом в село», включая бюджетные кредиты.</w:t>
            </w:r>
          </w:p>
        </w:tc>
        <w:tc>
          <w:tcPr>
            <w:tcW w:w="3205" w:type="dxa"/>
            <w:shd w:val="clear" w:color="auto" w:fill="FFFFFF"/>
          </w:tcPr>
          <w:p w:rsidR="00FF2931" w:rsidRPr="00130D3E" w:rsidRDefault="00595DE3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УЗ 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ВКО (свод); акимат ВКО; акимат Шемонаихинского района; </w:t>
            </w:r>
            <w:r w:rsidRPr="00130D3E">
              <w:rPr>
                <w:sz w:val="24"/>
                <w:szCs w:val="28"/>
                <w:lang w:val="ru-RU"/>
              </w:rPr>
              <w:t>ДНЧР.</w:t>
            </w:r>
          </w:p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br/>
            </w:r>
            <w:r w:rsidRPr="00130D3E">
              <w:rPr>
                <w:b/>
                <w:sz w:val="24"/>
                <w:szCs w:val="28"/>
                <w:lang w:val="kk-KZ"/>
              </w:rPr>
              <w:t>Срок исполнения:</w:t>
            </w:r>
            <w:r w:rsidRPr="00130D3E">
              <w:rPr>
                <w:sz w:val="24"/>
                <w:szCs w:val="28"/>
                <w:lang w:val="kk-KZ"/>
              </w:rPr>
              <w:t xml:space="preserve"> д</w:t>
            </w:r>
            <w:r w:rsidRPr="00130D3E">
              <w:rPr>
                <w:sz w:val="24"/>
                <w:szCs w:val="28"/>
                <w:lang w:val="ru-RU"/>
              </w:rPr>
              <w:t>о 31 декабря 2026г.</w:t>
            </w:r>
          </w:p>
        </w:tc>
      </w:tr>
      <w:tr w:rsidR="00FF2931" w:rsidRPr="00130D3E" w:rsidTr="00FF2931">
        <w:trPr>
          <w:jc w:val="center"/>
        </w:trPr>
        <w:tc>
          <w:tcPr>
            <w:tcW w:w="514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</w:rPr>
            </w:pPr>
            <w:r w:rsidRPr="00130D3E">
              <w:rPr>
                <w:sz w:val="24"/>
                <w:szCs w:val="28"/>
              </w:rPr>
              <w:t>5</w:t>
            </w:r>
          </w:p>
        </w:tc>
        <w:tc>
          <w:tcPr>
            <w:tcW w:w="2713" w:type="dxa"/>
            <w:shd w:val="clear" w:color="auto" w:fill="FFFFFF"/>
          </w:tcPr>
          <w:p w:rsidR="00FF2931" w:rsidRPr="00130D3E" w:rsidRDefault="00130D3E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Житель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 пос. Первомайский. </w:t>
            </w:r>
          </w:p>
        </w:tc>
        <w:tc>
          <w:tcPr>
            <w:tcW w:w="3118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Обеспечение супруга, перенесшего операцию с выведением стомы, калоприемниками; последне</w:t>
            </w:r>
            <w:r w:rsidR="00130D3E" w:rsidRPr="00130D3E">
              <w:rPr>
                <w:sz w:val="24"/>
                <w:szCs w:val="28"/>
                <w:lang w:val="ru-RU"/>
              </w:rPr>
              <w:t>е обеспечение в ноябре 2025 г</w:t>
            </w:r>
            <w:r w:rsidRPr="00130D3E">
              <w:rPr>
                <w:sz w:val="24"/>
                <w:szCs w:val="28"/>
                <w:lang w:val="ru-RU"/>
              </w:rPr>
              <w:t>.</w:t>
            </w:r>
          </w:p>
        </w:tc>
        <w:tc>
          <w:tcPr>
            <w:tcW w:w="5916" w:type="dxa"/>
            <w:shd w:val="clear" w:color="auto" w:fill="FFFFFF"/>
          </w:tcPr>
          <w:p w:rsidR="00110846" w:rsidRPr="00130D3E" w:rsidRDefault="00110846" w:rsidP="00595DE3">
            <w:pPr>
              <w:spacing w:after="40"/>
              <w:jc w:val="both"/>
              <w:rPr>
                <w:b/>
                <w:sz w:val="24"/>
                <w:szCs w:val="28"/>
                <w:lang w:val="ru-RU"/>
              </w:rPr>
            </w:pPr>
            <w:r w:rsidRPr="00130D3E">
              <w:rPr>
                <w:b/>
                <w:sz w:val="24"/>
                <w:szCs w:val="28"/>
                <w:lang w:val="ru-RU"/>
              </w:rPr>
              <w:t>В рамках действующего законодательства МЗ РК на вопросы заявителей даны необходимые разъяснения.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1. Проверить статус закупки, поставки и фактического наличия калоприемников, закупленных по итогам процедуры июня 2026 года.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2. Организовать обеспечение пациента необходимыми изделиями медицинского назначения в установленном порядке.</w:t>
            </w:r>
          </w:p>
          <w:p w:rsidR="00FF2931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3. Проинформировать заявител</w:t>
            </w:r>
            <w:bookmarkStart w:id="0" w:name="_GoBack"/>
            <w:bookmarkEnd w:id="0"/>
            <w:r w:rsidRPr="00130D3E">
              <w:rPr>
                <w:sz w:val="24"/>
                <w:szCs w:val="28"/>
                <w:lang w:val="ru-RU"/>
              </w:rPr>
              <w:t xml:space="preserve">ьницу о сроках и факте </w:t>
            </w:r>
            <w:r w:rsidRPr="00130D3E">
              <w:rPr>
                <w:sz w:val="24"/>
                <w:szCs w:val="28"/>
                <w:lang w:val="ru-RU"/>
              </w:rPr>
              <w:lastRenderedPageBreak/>
              <w:t>обеспечения.</w:t>
            </w:r>
          </w:p>
        </w:tc>
        <w:tc>
          <w:tcPr>
            <w:tcW w:w="3205" w:type="dxa"/>
            <w:shd w:val="clear" w:color="auto" w:fill="FFFFFF"/>
          </w:tcPr>
          <w:p w:rsidR="00FF2931" w:rsidRPr="00130D3E" w:rsidRDefault="00595DE3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lastRenderedPageBreak/>
              <w:t xml:space="preserve">УЗ 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ВКО (контроль); КГП на ПХВ «Районная больница Шемонаихинского района» (исполнение); </w:t>
            </w:r>
            <w:r w:rsidRPr="00130D3E">
              <w:rPr>
                <w:sz w:val="24"/>
                <w:szCs w:val="28"/>
                <w:lang w:val="ru-RU"/>
              </w:rPr>
              <w:t>КФК.</w:t>
            </w:r>
          </w:p>
          <w:p w:rsidR="00FF2931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br/>
            </w:r>
            <w:r w:rsidRPr="00130D3E">
              <w:rPr>
                <w:b/>
                <w:sz w:val="24"/>
                <w:szCs w:val="28"/>
                <w:lang w:val="kk-KZ"/>
              </w:rPr>
              <w:t>Срок исполнения:</w:t>
            </w:r>
            <w:r w:rsidRPr="00130D3E">
              <w:rPr>
                <w:sz w:val="24"/>
                <w:szCs w:val="28"/>
                <w:lang w:val="kk-KZ"/>
              </w:rPr>
              <w:t xml:space="preserve"> д</w:t>
            </w:r>
            <w:r w:rsidRPr="00130D3E">
              <w:rPr>
                <w:sz w:val="24"/>
                <w:szCs w:val="28"/>
                <w:lang w:val="ru-RU"/>
              </w:rPr>
              <w:t xml:space="preserve">о 31 </w:t>
            </w:r>
            <w:r w:rsidR="00485F6E" w:rsidRPr="00130D3E">
              <w:rPr>
                <w:sz w:val="24"/>
                <w:szCs w:val="28"/>
                <w:lang w:val="ru-RU"/>
              </w:rPr>
              <w:t>октя</w:t>
            </w:r>
            <w:r w:rsidRPr="00130D3E">
              <w:rPr>
                <w:sz w:val="24"/>
                <w:szCs w:val="28"/>
                <w:lang w:val="ru-RU"/>
              </w:rPr>
              <w:t>бря 2026г.</w:t>
            </w:r>
          </w:p>
        </w:tc>
      </w:tr>
      <w:tr w:rsidR="00FF2931" w:rsidRPr="00130D3E" w:rsidTr="00130D3E">
        <w:trPr>
          <w:trHeight w:val="3575"/>
          <w:jc w:val="center"/>
        </w:trPr>
        <w:tc>
          <w:tcPr>
            <w:tcW w:w="514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</w:rPr>
            </w:pPr>
            <w:r w:rsidRPr="00130D3E">
              <w:rPr>
                <w:sz w:val="24"/>
                <w:szCs w:val="28"/>
              </w:rPr>
              <w:lastRenderedPageBreak/>
              <w:t>6</w:t>
            </w:r>
          </w:p>
        </w:tc>
        <w:tc>
          <w:tcPr>
            <w:tcW w:w="2713" w:type="dxa"/>
            <w:shd w:val="clear" w:color="auto" w:fill="FFFFFF"/>
          </w:tcPr>
          <w:p w:rsidR="00FF2931" w:rsidRPr="00130D3E" w:rsidRDefault="00130D3E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Житель, </w:t>
            </w:r>
            <w:r w:rsidR="00FF2931" w:rsidRPr="00130D3E">
              <w:rPr>
                <w:sz w:val="24"/>
                <w:szCs w:val="28"/>
                <w:lang w:val="ru-RU"/>
              </w:rPr>
              <w:t>медицинская сестра районной больницы.</w:t>
            </w:r>
          </w:p>
        </w:tc>
        <w:tc>
          <w:tcPr>
            <w:tcW w:w="3118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Вопрос увеличения заработной платы в связи с недостаточностью дохода.</w:t>
            </w:r>
          </w:p>
        </w:tc>
        <w:tc>
          <w:tcPr>
            <w:tcW w:w="5916" w:type="dxa"/>
            <w:shd w:val="clear" w:color="auto" w:fill="FFFFFF"/>
          </w:tcPr>
          <w:p w:rsidR="00110846" w:rsidRPr="00130D3E" w:rsidRDefault="00110846" w:rsidP="00595DE3">
            <w:pPr>
              <w:spacing w:after="40"/>
              <w:jc w:val="both"/>
              <w:rPr>
                <w:b/>
                <w:sz w:val="24"/>
                <w:szCs w:val="28"/>
                <w:lang w:val="ru-RU"/>
              </w:rPr>
            </w:pPr>
            <w:r w:rsidRPr="00130D3E">
              <w:rPr>
                <w:b/>
                <w:sz w:val="24"/>
                <w:szCs w:val="28"/>
                <w:lang w:val="ru-RU"/>
              </w:rPr>
              <w:t>В рамках действующего законодательства МЗ РК на вопросы заявителей даны необходимые разъяснения.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1. Рассмотреть обращение работника по вопросу оплаты труда и разъяснить действующий порядок ее формирования.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2. По согласованию с работником рассмотреть возможность дополнительных часов дежурства либо совместительства с соблюдением трудового законодательства.</w:t>
            </w:r>
          </w:p>
          <w:p w:rsidR="00FF2931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3. Довести результаты рассмотрения до заявительницы.</w:t>
            </w:r>
          </w:p>
        </w:tc>
        <w:tc>
          <w:tcPr>
            <w:tcW w:w="3205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КГП на ПХВ «Районная больница Шемонаихинского района» (исполнение); </w:t>
            </w:r>
            <w:r w:rsidR="00595DE3" w:rsidRPr="00130D3E">
              <w:rPr>
                <w:sz w:val="24"/>
                <w:szCs w:val="28"/>
                <w:lang w:val="ru-RU"/>
              </w:rPr>
              <w:t xml:space="preserve">УЗ </w:t>
            </w:r>
            <w:r w:rsidRPr="00130D3E">
              <w:rPr>
                <w:sz w:val="24"/>
                <w:szCs w:val="28"/>
                <w:lang w:val="ru-RU"/>
              </w:rPr>
              <w:t>ВКО (контроль).</w:t>
            </w:r>
          </w:p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br/>
            </w:r>
            <w:r w:rsidRPr="00130D3E">
              <w:rPr>
                <w:b/>
                <w:sz w:val="24"/>
                <w:szCs w:val="28"/>
                <w:lang w:val="kk-KZ"/>
              </w:rPr>
              <w:t>Срок исполнения:</w:t>
            </w:r>
            <w:r w:rsidRPr="00130D3E">
              <w:rPr>
                <w:sz w:val="24"/>
                <w:szCs w:val="28"/>
                <w:lang w:val="kk-KZ"/>
              </w:rPr>
              <w:t xml:space="preserve"> д</w:t>
            </w:r>
            <w:r w:rsidRPr="00130D3E">
              <w:rPr>
                <w:sz w:val="24"/>
                <w:szCs w:val="28"/>
                <w:lang w:val="ru-RU"/>
              </w:rPr>
              <w:t>о 31 декабря 2026г.</w:t>
            </w:r>
          </w:p>
        </w:tc>
      </w:tr>
      <w:tr w:rsidR="00FF2931" w:rsidRPr="00130D3E" w:rsidTr="00FF2931">
        <w:trPr>
          <w:jc w:val="center"/>
        </w:trPr>
        <w:tc>
          <w:tcPr>
            <w:tcW w:w="514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</w:rPr>
            </w:pPr>
            <w:r w:rsidRPr="00130D3E">
              <w:rPr>
                <w:sz w:val="24"/>
                <w:szCs w:val="28"/>
              </w:rPr>
              <w:t>7</w:t>
            </w:r>
          </w:p>
        </w:tc>
        <w:tc>
          <w:tcPr>
            <w:tcW w:w="2713" w:type="dxa"/>
            <w:shd w:val="clear" w:color="auto" w:fill="FFFFFF"/>
          </w:tcPr>
          <w:p w:rsidR="00FF2931" w:rsidRPr="00130D3E" w:rsidRDefault="00130D3E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Ж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итель г. Шемонаиха. </w:t>
            </w:r>
          </w:p>
        </w:tc>
        <w:tc>
          <w:tcPr>
            <w:tcW w:w="3118" w:type="dxa"/>
            <w:shd w:val="clear" w:color="auto" w:fill="FFFFFF"/>
          </w:tcPr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Обращение о предполагаемых нарушениях при оформлении заключения специалиста № 5171 работником районной больницы и восстановлении нарушенных прав. </w:t>
            </w:r>
            <w:r w:rsidRPr="00130D3E">
              <w:rPr>
                <w:sz w:val="24"/>
                <w:szCs w:val="28"/>
              </w:rPr>
              <w:t>Просьба рассмотреть обращение на уровне Министерства здравоохранения без перенаправления.</w:t>
            </w:r>
          </w:p>
        </w:tc>
        <w:tc>
          <w:tcPr>
            <w:tcW w:w="5916" w:type="dxa"/>
            <w:shd w:val="clear" w:color="auto" w:fill="FFFFFF"/>
          </w:tcPr>
          <w:p w:rsidR="00110846" w:rsidRPr="00130D3E" w:rsidRDefault="00110846" w:rsidP="00595DE3">
            <w:pPr>
              <w:spacing w:after="40"/>
              <w:jc w:val="both"/>
              <w:rPr>
                <w:b/>
                <w:sz w:val="24"/>
                <w:szCs w:val="28"/>
                <w:lang w:val="ru-RU"/>
              </w:rPr>
            </w:pPr>
            <w:r w:rsidRPr="00130D3E">
              <w:rPr>
                <w:b/>
                <w:sz w:val="24"/>
                <w:szCs w:val="28"/>
                <w:lang w:val="ru-RU"/>
              </w:rPr>
              <w:t>В рамках действующего законодательства МЗ РК на вопросы заявителей даны необходимые разъяснения.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1. Организовать прием заявителя с изучением представленных документов и доводов о заключении специалиста № 5171.</w:t>
            </w:r>
          </w:p>
          <w:p w:rsidR="00485F6E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>2. Запросить материалы и провести проверку изложенных обстоятельств в пределах полномочий, обеспечив объективное рассмотрение.</w:t>
            </w:r>
          </w:p>
          <w:p w:rsidR="00FF2931" w:rsidRPr="00130D3E" w:rsidRDefault="00FF2931" w:rsidP="00485F6E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3. Представить материалы рассмотрения </w:t>
            </w:r>
            <w:r w:rsidR="00595DE3" w:rsidRPr="00130D3E">
              <w:rPr>
                <w:sz w:val="24"/>
                <w:szCs w:val="28"/>
                <w:lang w:val="ru-RU"/>
              </w:rPr>
              <w:t>МЗ</w:t>
            </w:r>
            <w:r w:rsidRPr="00130D3E">
              <w:rPr>
                <w:sz w:val="24"/>
                <w:szCs w:val="28"/>
                <w:lang w:val="ru-RU"/>
              </w:rPr>
              <w:t xml:space="preserve"> для оценки необходимости дополнительных мер и подготовить мотивированный ответ заявителю.</w:t>
            </w:r>
          </w:p>
        </w:tc>
        <w:tc>
          <w:tcPr>
            <w:tcW w:w="3205" w:type="dxa"/>
            <w:shd w:val="clear" w:color="auto" w:fill="FFFFFF"/>
          </w:tcPr>
          <w:p w:rsidR="00FF2931" w:rsidRPr="00130D3E" w:rsidRDefault="00595DE3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t xml:space="preserve">УЗ 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ВКО (первичное рассмотрение и сбор материалов); </w:t>
            </w:r>
            <w:r w:rsidRPr="00130D3E">
              <w:rPr>
                <w:sz w:val="24"/>
                <w:szCs w:val="28"/>
                <w:lang w:val="ru-RU"/>
              </w:rPr>
              <w:t>ДОМП.</w:t>
            </w:r>
            <w:r w:rsidR="00FF2931" w:rsidRPr="00130D3E">
              <w:rPr>
                <w:sz w:val="24"/>
                <w:szCs w:val="28"/>
                <w:lang w:val="ru-RU"/>
              </w:rPr>
              <w:t xml:space="preserve"> (рассмотрение материалов и контроль ответа).</w:t>
            </w:r>
          </w:p>
          <w:p w:rsidR="00FF2931" w:rsidRPr="00130D3E" w:rsidRDefault="00FF2931" w:rsidP="00595DE3">
            <w:pPr>
              <w:spacing w:after="40"/>
              <w:jc w:val="both"/>
              <w:rPr>
                <w:sz w:val="24"/>
                <w:szCs w:val="28"/>
                <w:lang w:val="ru-RU"/>
              </w:rPr>
            </w:pPr>
            <w:r w:rsidRPr="00130D3E">
              <w:rPr>
                <w:sz w:val="24"/>
                <w:szCs w:val="28"/>
                <w:lang w:val="ru-RU"/>
              </w:rPr>
              <w:br/>
            </w:r>
            <w:r w:rsidRPr="00130D3E">
              <w:rPr>
                <w:b/>
                <w:sz w:val="24"/>
                <w:szCs w:val="28"/>
                <w:lang w:val="kk-KZ"/>
              </w:rPr>
              <w:t>Срок исполнения:</w:t>
            </w:r>
            <w:r w:rsidRPr="00130D3E">
              <w:rPr>
                <w:sz w:val="24"/>
                <w:szCs w:val="28"/>
                <w:lang w:val="kk-KZ"/>
              </w:rPr>
              <w:t xml:space="preserve"> д</w:t>
            </w:r>
            <w:r w:rsidRPr="00130D3E">
              <w:rPr>
                <w:sz w:val="24"/>
                <w:szCs w:val="28"/>
                <w:lang w:val="ru-RU"/>
              </w:rPr>
              <w:t>о 31 декабря 2026г.</w:t>
            </w:r>
          </w:p>
        </w:tc>
      </w:tr>
    </w:tbl>
    <w:p w:rsidR="00E21CDD" w:rsidRPr="00130D3E" w:rsidRDefault="00E21CDD" w:rsidP="00595DE3">
      <w:pPr>
        <w:jc w:val="both"/>
        <w:rPr>
          <w:sz w:val="24"/>
          <w:szCs w:val="28"/>
          <w:lang w:val="ru-RU"/>
        </w:rPr>
      </w:pPr>
    </w:p>
    <w:sectPr w:rsidR="00E21CDD" w:rsidRPr="00130D3E" w:rsidSect="00FF2931">
      <w:headerReference w:type="default" r:id="rId8"/>
      <w:pgSz w:w="16838" w:h="11906" w:orient="landscape"/>
      <w:pgMar w:top="850" w:right="794" w:bottom="850" w:left="794" w:header="720" w:footer="720" w:gutter="0"/>
      <w:cols w:space="720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13.10.2026 10:12 Кобжасаров Дамир Асланович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13.10.2026 11:55 Батпакова Алия Мырзагалиевна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13.10.2026 15:13 Мухамеджанова Динара Тасбулатовна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18:16 Султангазиев Тимур Сламжанович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931" w:rsidRDefault="00FF2931" w:rsidP="00FF2931">
      <w:pPr>
        <w:spacing w:line="240" w:lineRule="auto"/>
      </w:pPr>
      <w:r>
        <w:separator/>
      </w:r>
    </w:p>
  </w:endnote>
  <w:endnote w:type="continuationSeparator" w:id="0">
    <w:p w:rsidR="00FF2931" w:rsidRDefault="00FF2931" w:rsidP="00FF29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19.10.2026 09:17.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19.10.2026 09:17.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931" w:rsidRDefault="00FF2931" w:rsidP="00FF2931">
      <w:pPr>
        <w:spacing w:line="240" w:lineRule="auto"/>
      </w:pPr>
      <w:r>
        <w:separator/>
      </w:r>
    </w:p>
  </w:footnote>
  <w:footnote w:type="continuationSeparator" w:id="0">
    <w:p w:rsidR="00FF2931" w:rsidRDefault="00FF2931" w:rsidP="00FF29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7557594"/>
      <w:docPartObj>
        <w:docPartGallery w:val="Page Numbers (Top of Page)"/>
        <w:docPartUnique/>
      </w:docPartObj>
    </w:sdtPr>
    <w:sdtEndPr/>
    <w:sdtContent>
      <w:p w:rsidR="00FF2931" w:rsidRDefault="00FF29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D3E" w:rsidRPr="00130D3E">
          <w:rPr>
            <w:noProof/>
            <w:lang w:val="ru-RU"/>
          </w:rPr>
          <w:t>2</w:t>
        </w:r>
        <w:r>
          <w:fldChar w:fldCharType="end"/>
        </w:r>
      </w:p>
    </w:sdtContent>
  </w:sdt>
  <w:p w:rsidR="00FF2931" w:rsidRDefault="00FF2931">
    <w:pPr>
      <w:pStyle w:val="a5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Мұхамедияр М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0846"/>
    <w:rsid w:val="00130D3E"/>
    <w:rsid w:val="0015074B"/>
    <w:rsid w:val="0029639D"/>
    <w:rsid w:val="00326F90"/>
    <w:rsid w:val="00485F6E"/>
    <w:rsid w:val="00595DE3"/>
    <w:rsid w:val="00AA1D8D"/>
    <w:rsid w:val="00B47730"/>
    <w:rsid w:val="00BA72FE"/>
    <w:rsid w:val="00CB0664"/>
    <w:rsid w:val="00D56E2F"/>
    <w:rsid w:val="00E21CDD"/>
    <w:rsid w:val="00FC693F"/>
    <w:rsid w:val="00FF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0F1C9"/>
  <w14:defaultImageDpi w14:val="300"/>
  <w15:docId w15:val="{B952F4E1-F3D0-47BF-B534-99E56E102F5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62" Type="http://schemas.openxmlformats.org/officeDocument/2006/relationships/image" Target="media/image96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FD0A1C-1832-4699-88D6-224BDAB7C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Meruert M. Mukhamediyar</cp:lastModifiedBy>
  <cp:revision>5</cp:revision>
  <dcterms:created xsi:type="dcterms:W3CDTF">2013-12-23T23:15:00Z</dcterms:created>
  <dcterms:modified xsi:type="dcterms:W3CDTF">2026-10-08T06:06:00Z</dcterms:modified>
  <cp:category/>
</cp:coreProperties>
</file>