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EEF" w:rsidRPr="00352EEF" w:rsidRDefault="00352EEF">
      <w:pPr>
        <w:jc w:val="center"/>
        <w:rPr>
          <w:rStyle w:val="ypks7kbdpwfgdykd3qb9"/>
          <w:b/>
          <w:sz w:val="28"/>
          <w:szCs w:val="28"/>
          <w:lang w:val="ru-RU"/>
        </w:rPr>
      </w:pPr>
      <w:proofErr w:type="spellStart"/>
      <w:r w:rsidRPr="00352EEF">
        <w:rPr>
          <w:b/>
          <w:sz w:val="28"/>
          <w:szCs w:val="28"/>
          <w:lang w:val="ru-RU"/>
        </w:rPr>
        <w:t>Сыбайлас</w:t>
      </w:r>
      <w:proofErr w:type="spellEnd"/>
      <w:r w:rsidRPr="00352EEF">
        <w:rPr>
          <w:b/>
          <w:sz w:val="28"/>
          <w:szCs w:val="28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8"/>
          <w:szCs w:val="28"/>
          <w:lang w:val="ru-RU"/>
        </w:rPr>
        <w:t>жемқорлық</w:t>
      </w:r>
      <w:proofErr w:type="spellEnd"/>
      <w:r w:rsidRPr="00352EEF">
        <w:rPr>
          <w:b/>
          <w:sz w:val="28"/>
          <w:szCs w:val="28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8"/>
          <w:szCs w:val="28"/>
          <w:lang w:val="ru-RU"/>
        </w:rPr>
        <w:t>тәуекелдерінің</w:t>
      </w:r>
      <w:proofErr w:type="spellEnd"/>
      <w:r w:rsidRPr="00352EEF">
        <w:rPr>
          <w:b/>
          <w:sz w:val="28"/>
          <w:szCs w:val="28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8"/>
          <w:szCs w:val="28"/>
          <w:lang w:val="ru-RU"/>
        </w:rPr>
        <w:t>картограммасы</w:t>
      </w:r>
      <w:proofErr w:type="spellEnd"/>
    </w:p>
    <w:p w:rsidR="00544CA8" w:rsidRPr="00352EEF" w:rsidRDefault="00352EEF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Қазақстан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Республикасы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Еңбек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және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халықты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әлеуметтік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қорғау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министрлігі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rStyle w:val="ypks7kbdpwfgdykd3qb9"/>
          <w:b/>
          <w:sz w:val="24"/>
          <w:szCs w:val="24"/>
          <w:lang w:val="ru-RU"/>
        </w:rPr>
        <w:t>Х</w:t>
      </w:r>
      <w:r w:rsidRPr="00352EEF">
        <w:rPr>
          <w:rStyle w:val="ypks7kbdpwfgdykd3qb9"/>
          <w:b/>
          <w:sz w:val="24"/>
          <w:szCs w:val="24"/>
          <w:lang w:val="ru-RU"/>
        </w:rPr>
        <w:t>алықты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әлеуметтік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қорғау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саласындағы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реттеу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және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бақылау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комитетінің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Қостанай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облысы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b/>
          <w:sz w:val="24"/>
          <w:szCs w:val="24"/>
          <w:lang w:val="ru-RU"/>
        </w:rPr>
        <w:t>бойынша</w:t>
      </w:r>
      <w:proofErr w:type="spellEnd"/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департаменті</w:t>
      </w:r>
      <w:proofErr w:type="spellEnd"/>
      <w:r>
        <w:rPr>
          <w:rStyle w:val="ypks7kbdpwfgdykd3qb9"/>
          <w:b/>
          <w:sz w:val="24"/>
          <w:szCs w:val="24"/>
          <w:lang w:val="ru-RU"/>
        </w:rPr>
        <w:t xml:space="preserve">» </w:t>
      </w:r>
      <w:r w:rsidRPr="00352EEF">
        <w:rPr>
          <w:rStyle w:val="ypks7kbdpwfgdykd3qb9"/>
          <w:b/>
          <w:sz w:val="24"/>
          <w:szCs w:val="24"/>
          <w:lang w:val="ru-RU"/>
        </w:rPr>
        <w:t>РММ</w:t>
      </w:r>
      <w:r w:rsidRPr="00352EEF">
        <w:rPr>
          <w:b/>
          <w:sz w:val="24"/>
          <w:szCs w:val="24"/>
          <w:lang w:val="ru-RU"/>
        </w:rPr>
        <w:t xml:space="preserve"> </w:t>
      </w:r>
      <w:proofErr w:type="spellStart"/>
      <w:r w:rsidRPr="00352EEF">
        <w:rPr>
          <w:rStyle w:val="ypks7kbdpwfgdykd3qb9"/>
          <w:b/>
          <w:sz w:val="24"/>
          <w:szCs w:val="24"/>
          <w:lang w:val="ru-RU"/>
        </w:rPr>
        <w:t>қызметінде</w:t>
      </w:r>
      <w:bookmarkStart w:id="0" w:name="_GoBack"/>
      <w:bookmarkEnd w:id="0"/>
      <w:proofErr w:type="spellEnd"/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2948"/>
        <w:gridCol w:w="3515"/>
        <w:gridCol w:w="4082"/>
        <w:gridCol w:w="3231"/>
        <w:gridCol w:w="4592"/>
        <w:gridCol w:w="3515"/>
      </w:tblGrid>
      <w:tr w:rsidR="00544CA8">
        <w:tc>
          <w:tcPr>
            <w:tcW w:w="624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Pr>
              <w:jc w:val="center"/>
            </w:pPr>
            <w:r>
              <w:rPr>
                <w:b/>
                <w:sz w:val="17"/>
              </w:rPr>
              <w:t>№ р/н</w:t>
            </w:r>
          </w:p>
        </w:tc>
        <w:tc>
          <w:tcPr>
            <w:tcW w:w="2948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b/>
              </w:rPr>
              <w:t>Қызмет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саласы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(</w:t>
            </w:r>
            <w:proofErr w:type="spellStart"/>
            <w:r w:rsidRPr="00352EEF">
              <w:rPr>
                <w:rStyle w:val="ypks7kbdpwfgdykd3qb9"/>
                <w:b/>
              </w:rPr>
              <w:t>бағыты</w:t>
            </w:r>
            <w:proofErr w:type="spellEnd"/>
            <w:r w:rsidRPr="00352EEF">
              <w:rPr>
                <w:rStyle w:val="ypks7kbdpwfgdykd3qb9"/>
                <w:b/>
              </w:rPr>
              <w:t>)</w:t>
            </w:r>
          </w:p>
        </w:tc>
        <w:tc>
          <w:tcPr>
            <w:tcW w:w="3515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rStyle w:val="ypks7kbdpwfgdykd3qb9"/>
                <w:b/>
              </w:rPr>
              <w:t>Анықталған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b/>
              </w:rPr>
              <w:t>сыбайлас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жемқорлық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тәуекелдері</w:t>
            </w:r>
            <w:proofErr w:type="spellEnd"/>
          </w:p>
        </w:tc>
        <w:tc>
          <w:tcPr>
            <w:tcW w:w="4082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b/>
              </w:rPr>
              <w:t>Сыбайлас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жемқорлық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тәуекелдерінің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пайда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b/>
              </w:rPr>
              <w:t>болу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себептері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мен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шарттары</w:t>
            </w:r>
            <w:proofErr w:type="spellEnd"/>
          </w:p>
        </w:tc>
        <w:tc>
          <w:tcPr>
            <w:tcW w:w="3231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rStyle w:val="ypks7kbdpwfgdykd3qb9"/>
                <w:b/>
              </w:rPr>
              <w:t>Тәуекелге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ұшыраған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лауазымдар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(</w:t>
            </w:r>
            <w:proofErr w:type="spellStart"/>
            <w:r w:rsidRPr="00352EEF">
              <w:rPr>
                <w:rStyle w:val="ypks7kbdpwfgdykd3qb9"/>
                <w:b/>
              </w:rPr>
              <w:t>құрылымдық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бөлімшелер</w:t>
            </w:r>
            <w:proofErr w:type="spellEnd"/>
            <w:r w:rsidRPr="00352EEF">
              <w:rPr>
                <w:rStyle w:val="ypks7kbdpwfgdykd3qb9"/>
                <w:b/>
              </w:rPr>
              <w:t>)</w:t>
            </w:r>
          </w:p>
        </w:tc>
        <w:tc>
          <w:tcPr>
            <w:tcW w:w="4592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b/>
              </w:rPr>
              <w:t>Сыбайлас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жемқорлық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тәуекелдерінің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алдын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b/>
              </w:rPr>
              <w:t>алу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және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жою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b/>
              </w:rPr>
              <w:t>бойынша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қабылданған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/</w:t>
            </w:r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ұсынылатын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шаралар</w:t>
            </w:r>
            <w:proofErr w:type="spellEnd"/>
          </w:p>
        </w:tc>
        <w:tc>
          <w:tcPr>
            <w:tcW w:w="3515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b/>
              </w:rPr>
            </w:pPr>
            <w:proofErr w:type="spellStart"/>
            <w:r w:rsidRPr="00352EEF">
              <w:rPr>
                <w:rStyle w:val="ypks7kbdpwfgdykd3qb9"/>
                <w:b/>
              </w:rPr>
              <w:t>Нәтиже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(</w:t>
            </w:r>
            <w:proofErr w:type="spellStart"/>
            <w:r w:rsidRPr="00352EEF">
              <w:rPr>
                <w:rStyle w:val="ypks7kbdpwfgdykd3qb9"/>
                <w:b/>
              </w:rPr>
              <w:t>күтілетін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/</w:t>
            </w:r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b/>
              </w:rPr>
              <w:t>қол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жеткізілген</w:t>
            </w:r>
            <w:proofErr w:type="spellEnd"/>
            <w:r w:rsidRPr="00352EEF">
              <w:rPr>
                <w:rStyle w:val="ypks7kbdpwfgdykd3qb9"/>
                <w:b/>
              </w:rPr>
              <w:t>)</w:t>
            </w:r>
          </w:p>
        </w:tc>
      </w:tr>
      <w:tr w:rsidR="00544CA8" w:rsidRPr="00352EEF">
        <w:tc>
          <w:tcPr>
            <w:tcW w:w="3515" w:type="dxa"/>
            <w:gridSpan w:val="7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jc w:val="center"/>
              <w:rPr>
                <w:b/>
              </w:rPr>
            </w:pPr>
            <w:r w:rsidRPr="00352EEF">
              <w:rPr>
                <w:rStyle w:val="ypks7kbdpwfgdykd3qb9"/>
                <w:b/>
              </w:rPr>
              <w:t>2025</w:t>
            </w:r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жыл</w:t>
            </w:r>
            <w:proofErr w:type="spellEnd"/>
            <w:r w:rsidRPr="00352EEF">
              <w:rPr>
                <w:b/>
              </w:rPr>
              <w:t xml:space="preserve"> </w:t>
            </w:r>
            <w:r w:rsidRPr="00352EEF">
              <w:rPr>
                <w:rStyle w:val="ypks7kbdpwfgdykd3qb9"/>
                <w:b/>
              </w:rPr>
              <w:t>(</w:t>
            </w:r>
            <w:proofErr w:type="spellStart"/>
            <w:r w:rsidRPr="00352EEF">
              <w:rPr>
                <w:rStyle w:val="ypks7kbdpwfgdykd3qb9"/>
                <w:b/>
              </w:rPr>
              <w:t>мемлекеттік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қызметтер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туралы</w:t>
            </w:r>
            <w:proofErr w:type="spellEnd"/>
            <w:r w:rsidRPr="00352EEF">
              <w:rPr>
                <w:b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</w:rPr>
              <w:t>мәліметтер</w:t>
            </w:r>
            <w:proofErr w:type="spellEnd"/>
            <w:r w:rsidRPr="00352EEF">
              <w:rPr>
                <w:rStyle w:val="ypks7kbdpwfgdykd3qb9"/>
                <w:b/>
              </w:rPr>
              <w:t>)</w:t>
            </w:r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көрсету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қызметтер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көрсетуден</w:t>
            </w:r>
            <w:proofErr w:type="spellEnd"/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тарту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ашықтығының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жеткіліксіздігі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Қызметтердің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жаппай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сипаты</w:t>
            </w:r>
            <w:proofErr w:type="spellEnd"/>
            <w:r>
              <w:rPr>
                <w:rStyle w:val="ypks7kbdpwfgdykd3qb9"/>
              </w:rPr>
              <w:t>;</w:t>
            </w:r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тарту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негіздерін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тексеру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қажеттілігі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қамсыздандыру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МӘС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МӘС</w:t>
            </w:r>
            <w:r>
              <w:t xml:space="preserve"> ӘББ </w:t>
            </w:r>
            <w:proofErr w:type="spellStart"/>
            <w:r>
              <w:rPr>
                <w:rStyle w:val="ypks7kbdpwfgdykd3qb9"/>
              </w:rPr>
              <w:t>бөлімдерінің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тарту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себептерін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талдау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толықтығын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дұрыстығын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r>
              <w:rPr>
                <w:rStyle w:val="ypks7kbdpwfgdykd3qb9"/>
              </w:rPr>
              <w:t>2025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жылы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55</w:t>
            </w:r>
            <w:r>
              <w:t xml:space="preserve"> </w:t>
            </w:r>
            <w:r>
              <w:rPr>
                <w:rStyle w:val="ypks7kbdpwfgdykd3qb9"/>
              </w:rPr>
              <w:t>603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көрсетілді</w:t>
            </w:r>
            <w:proofErr w:type="spellEnd"/>
            <w:r>
              <w:rPr>
                <w:rStyle w:val="ypks7kbdpwfgdykd3qb9"/>
              </w:rPr>
              <w:t>;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t xml:space="preserve"> </w:t>
            </w:r>
            <w:r>
              <w:rPr>
                <w:rStyle w:val="ypks7kbdpwfgdykd3qb9"/>
              </w:rPr>
              <w:t>729</w:t>
            </w:r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тарту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тіркелді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</w:t>
            </w:r>
            <w:proofErr w:type="spellStart"/>
            <w:r>
              <w:rPr>
                <w:rStyle w:val="ypks7kbdpwfgdykd3qb9"/>
              </w:rPr>
              <w:t>анықтама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мәліметтері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12</w:t>
            </w:r>
            <w:r>
              <w:t>-</w:t>
            </w:r>
            <w:r>
              <w:rPr>
                <w:rStyle w:val="ypks7kbdpwfgdykd3qb9"/>
              </w:rPr>
              <w:t>бет)</w:t>
            </w:r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Медициналық-әлеуметтік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Сырттай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куәландыру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негізсіз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тексерусіз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r>
              <w:rPr>
                <w:rStyle w:val="ypks7kbdpwfgdykd3qb9"/>
              </w:rPr>
              <w:t>ағалау</w:t>
            </w:r>
            <w:proofErr w:type="spellEnd"/>
            <w:r>
              <w:rPr>
                <w:rStyle w:val="ypks7kbdpwfgdykd3qb9"/>
              </w:rPr>
              <w:t>;</w:t>
            </w:r>
            <w:r>
              <w:t xml:space="preserve"> </w:t>
            </w:r>
            <w:proofErr w:type="spellStart"/>
            <w:r>
              <w:t>м</w:t>
            </w:r>
            <w:r>
              <w:rPr>
                <w:rStyle w:val="ypks7kbdpwfgdykd3qb9"/>
              </w:rPr>
              <w:t>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мәліметтердің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дұрыстығына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тәуелділік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 w:rsidP="00594618">
            <w:r>
              <w:rPr>
                <w:rStyle w:val="ypks7kbdpwfgdykd3qb9"/>
              </w:rPr>
              <w:t>МӘС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бөлімдері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Алқалы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қабылдау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сарапшыларды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Анықтамада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сарапшылардың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алқалылығы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бөлінуінің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қолданыстағы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тетіктері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сипатталған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(6-8</w:t>
            </w:r>
            <w:r>
              <w:t xml:space="preserve"> </w:t>
            </w:r>
            <w:proofErr w:type="spellStart"/>
            <w:r>
              <w:t>беттер</w:t>
            </w:r>
            <w:proofErr w:type="spellEnd"/>
            <w:r>
              <w:rPr>
                <w:rStyle w:val="ypks7kbdpwfgdykd3qb9"/>
              </w:rPr>
              <w:t>)</w:t>
            </w:r>
          </w:p>
        </w:tc>
      </w:tr>
      <w:tr w:rsidR="00544CA8" w:rsidRPr="00352EEF">
        <w:tc>
          <w:tcPr>
            <w:tcW w:w="3515" w:type="dxa"/>
            <w:gridSpan w:val="7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jc w:val="center"/>
              <w:rPr>
                <w:b/>
                <w:lang w:val="ru-RU"/>
              </w:rPr>
            </w:pPr>
            <w:r w:rsidRPr="00352EEF">
              <w:rPr>
                <w:rStyle w:val="ypks7kbdpwfgdykd3qb9"/>
                <w:b/>
                <w:lang w:val="ru-RU"/>
              </w:rPr>
              <w:t>2026</w:t>
            </w:r>
            <w:r w:rsidRPr="00352EEF">
              <w:rPr>
                <w:b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  <w:lang w:val="ru-RU"/>
              </w:rPr>
              <w:t>жыл</w:t>
            </w:r>
            <w:proofErr w:type="spellEnd"/>
            <w:r w:rsidRPr="00352EEF">
              <w:rPr>
                <w:b/>
                <w:lang w:val="ru-RU"/>
              </w:rPr>
              <w:t xml:space="preserve"> </w:t>
            </w:r>
            <w:r w:rsidRPr="00352EEF">
              <w:rPr>
                <w:rStyle w:val="ypks7kbdpwfgdykd3qb9"/>
                <w:b/>
                <w:lang w:val="ru-RU"/>
              </w:rPr>
              <w:t>(</w:t>
            </w:r>
            <w:proofErr w:type="spellStart"/>
            <w:r w:rsidRPr="00352EEF">
              <w:rPr>
                <w:rStyle w:val="ypks7kbdpwfgdykd3qb9"/>
                <w:b/>
                <w:lang w:val="ru-RU"/>
              </w:rPr>
              <w:t>ішкі</w:t>
            </w:r>
            <w:proofErr w:type="spellEnd"/>
            <w:r w:rsidRPr="00352EEF">
              <w:rPr>
                <w:b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  <w:lang w:val="ru-RU"/>
              </w:rPr>
              <w:t>талдау</w:t>
            </w:r>
            <w:proofErr w:type="spellEnd"/>
            <w:r w:rsidRPr="00352EEF">
              <w:rPr>
                <w:b/>
                <w:lang w:val="ru-RU"/>
              </w:rPr>
              <w:t xml:space="preserve"> </w:t>
            </w:r>
            <w:r w:rsidRPr="00352EEF">
              <w:rPr>
                <w:rStyle w:val="ypks7kbdpwfgdykd3qb9"/>
                <w:b/>
                <w:lang w:val="ru-RU"/>
              </w:rPr>
              <w:t>1</w:t>
            </w:r>
            <w:r w:rsidRPr="00352EEF">
              <w:rPr>
                <w:b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  <w:lang w:val="ru-RU"/>
              </w:rPr>
              <w:t>қаңтар</w:t>
            </w:r>
            <w:proofErr w:type="spellEnd"/>
            <w:r w:rsidRPr="00352EEF">
              <w:rPr>
                <w:b/>
                <w:lang w:val="ru-RU"/>
              </w:rPr>
              <w:t xml:space="preserve"> </w:t>
            </w:r>
            <w:r w:rsidRPr="00352EEF">
              <w:rPr>
                <w:rStyle w:val="ypks7kbdpwfgdykd3qb9"/>
                <w:b/>
                <w:lang w:val="ru-RU"/>
              </w:rPr>
              <w:t>-</w:t>
            </w:r>
            <w:r w:rsidRPr="00352EEF">
              <w:rPr>
                <w:b/>
                <w:lang w:val="ru-RU"/>
              </w:rPr>
              <w:t xml:space="preserve"> </w:t>
            </w:r>
            <w:r w:rsidRPr="00352EEF">
              <w:rPr>
                <w:rStyle w:val="ypks7kbdpwfgdykd3qb9"/>
                <w:b/>
                <w:lang w:val="ru-RU"/>
              </w:rPr>
              <w:t>31</w:t>
            </w:r>
            <w:r w:rsidRPr="00352EEF">
              <w:rPr>
                <w:b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b/>
                <w:lang w:val="ru-RU"/>
              </w:rPr>
              <w:t>мамыр</w:t>
            </w:r>
            <w:proofErr w:type="spellEnd"/>
            <w:r w:rsidRPr="00352EEF">
              <w:rPr>
                <w:rStyle w:val="ypks7kbdpwfgdykd3qb9"/>
                <w:b/>
                <w:lang w:val="ru-RU"/>
              </w:rPr>
              <w:t>)</w:t>
            </w:r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қамсыздандыру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төлемдері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жәрдемақыларды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тағайындау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қайта</w:t>
            </w:r>
            <w:proofErr w:type="spellEnd"/>
            <w:r>
              <w:t xml:space="preserve"> </w:t>
            </w:r>
            <w:proofErr w:type="spellStart"/>
            <w:r>
              <w:t>қарау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мерзімдерін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бұзу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қаупі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Мерзімдерді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айқындау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тәртібін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нақтылау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қажеттілігі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жекелеген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рәсімдерді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регламенттеудің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жеткіліксіздігі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қамсыздандыру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Мерзімдерді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есептеу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тәртібін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нақтылау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мерзімдердің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сақталуын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хабарламалардың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толықтығын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Уақтылы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біркелкі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rPr>
                <w:rStyle w:val="ypks7kbdpwfgdykd3qb9"/>
              </w:rPr>
              <w:t>;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негізсіз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кідірістер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қаупін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азайту</w:t>
            </w:r>
            <w:proofErr w:type="spellEnd"/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қамсыздандыру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Төлемдерді</w:t>
            </w:r>
            <w:proofErr w:type="spellEnd"/>
            <w:r>
              <w:t xml:space="preserve"> </w:t>
            </w:r>
            <w:proofErr w:type="spellStart"/>
            <w:r>
              <w:t>қайта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есептеу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тоқтату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ережелерді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бірдей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қолданбау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Мүгедектік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тобын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өзгерту</w:t>
            </w:r>
            <w:proofErr w:type="spellEnd"/>
            <w:r>
              <w:t xml:space="preserve">, </w:t>
            </w:r>
            <w:proofErr w:type="spellStart"/>
            <w:r>
              <w:t>қайта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куәландыру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мерзімін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өткізіп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төлемдерді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тоқтату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нормаларды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қолданудың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әртүрлі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тәсілдері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proofErr w:type="spellStart"/>
            <w:r>
              <w:rPr>
                <w:rStyle w:val="ypks7kbdpwfgdykd3qb9"/>
              </w:rPr>
              <w:t>Зейнетақы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қамсыздандыру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Шешім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қабылдау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алгоритмдерін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біріздендіру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құқықтық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тексеру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даулы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жағдайларды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түсіндіру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Шешімдердің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субъективтілігін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негізсіз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төлемдер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>
              <w:t xml:space="preserve"> </w:t>
            </w:r>
            <w:proofErr w:type="spellStart"/>
            <w: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тарту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азайту</w:t>
            </w:r>
            <w:proofErr w:type="spellEnd"/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Медициналық-әлеуметтік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(МӘС)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Сараптамалық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шешімдерге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мүдделер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қақтығысына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бейресми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әсер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қаупі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алушылармен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тікелей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t>іс-</w:t>
            </w:r>
            <w:r>
              <w:rPr>
                <w:rStyle w:val="ypks7kbdpwfgdykd3qb9"/>
              </w:rPr>
              <w:t>қимыл</w:t>
            </w:r>
            <w:proofErr w:type="spellEnd"/>
            <w:r>
              <w:t xml:space="preserve"> </w:t>
            </w:r>
            <w:proofErr w:type="spellStart"/>
            <w:r>
              <w:t>жасау</w:t>
            </w:r>
            <w:proofErr w:type="spellEnd"/>
            <w:r>
              <w:rPr>
                <w:rStyle w:val="ypks7kbdpwfgdykd3qb9"/>
              </w:rPr>
              <w:t>;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бағалау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кәсіби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қалауы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r>
              <w:rPr>
                <w:rStyle w:val="ypks7kbdpwfgdykd3qb9"/>
              </w:rPr>
              <w:t>МӘС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МӘС</w:t>
            </w:r>
            <w:r>
              <w:t xml:space="preserve"> ӘББ </w:t>
            </w:r>
            <w:proofErr w:type="spellStart"/>
            <w:r>
              <w:rPr>
                <w:rStyle w:val="ypks7kbdpwfgdykd3qb9"/>
              </w:rPr>
              <w:t>бөлімдерінің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Күрделі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жағдайларды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алқалы</w:t>
            </w:r>
            <w:proofErr w:type="spellEnd"/>
            <w:r>
              <w:t xml:space="preserve"> </w:t>
            </w:r>
            <w:proofErr w:type="spellStart"/>
            <w:r>
              <w:t>түрде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қарау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шешімдерді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мүдделер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қақтығысын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Сараптамалық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объективтілігі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ашықтығын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арттыру</w:t>
            </w:r>
            <w:proofErr w:type="spellEnd"/>
          </w:p>
        </w:tc>
      </w:tr>
      <w:tr w:rsidR="00544CA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Медициналық-әлеуметтік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(МӘС)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Мүгедектіктің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негізсіз</w:t>
            </w:r>
            <w:proofErr w:type="spellEnd"/>
            <w:r>
              <w:t xml:space="preserve"> </w:t>
            </w:r>
            <w:proofErr w:type="spellStart"/>
            <w:r>
              <w:t>белгіленуі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>
              <w:t xml:space="preserve"> </w:t>
            </w:r>
            <w:proofErr w:type="spellStart"/>
            <w:r>
              <w:t>еңбекке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қабілеттілігінен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айырылу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дәрежесі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деректерді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бағалаудың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күрделілігі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қорытындыларды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түсіндірудегі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айырмашылықтар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мүмкін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дұрыс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мәліметтер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r>
              <w:rPr>
                <w:rStyle w:val="ypks7kbdpwfgdykd3qb9"/>
              </w:rPr>
              <w:t>МӘС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МӘС</w:t>
            </w:r>
            <w:r>
              <w:t xml:space="preserve"> ӘББ </w:t>
            </w:r>
            <w:proofErr w:type="spellStart"/>
            <w:r>
              <w:rPr>
                <w:rStyle w:val="ypks7kbdpwfgdykd3qb9"/>
              </w:rPr>
              <w:t>бөлімдерінің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сапасын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күшейту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ведомствоаралық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өзара</w:t>
            </w:r>
            <w:proofErr w:type="spellEnd"/>
            <w:r>
              <w:t xml:space="preserve"> </w:t>
            </w:r>
            <w:proofErr w:type="spellStart"/>
            <w:r>
              <w:t>іс-қимыл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автоматтандырылған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тексерулер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Негізсіз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ықтималдығын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азайту</w:t>
            </w:r>
            <w:proofErr w:type="spellEnd"/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Халықты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қорғау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Нұсқамалардың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орындалу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мерзімдерін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субъективті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айқындау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Бұзушылықтардың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жекелеген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санаттары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бойынша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нұсқамаларды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орындаудың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бірыңғай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критерийлері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шекті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мерзімдерінің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болмауы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proofErr w:type="spellStart"/>
            <w:r>
              <w:rPr>
                <w:rStyle w:val="ypks7kbdpwfgdykd3qb9"/>
              </w:rPr>
              <w:t>Халықты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қорғау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rPr>
                <w:rStyle w:val="ypks7kbdpwfgdykd3qb9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бөлімінің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Бұзушылықтың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сипатын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ескере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отырып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мерзімдерді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айқындау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критерийлерін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әзірлеу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шекті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мерзімдерді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бекіту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Дискрециялық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өкілеттіктерді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төмендету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бақылаудың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біркелкілігін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Халықты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қорғау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объектілерінің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дәрежесін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субъективті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бағалау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Тәуекелге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бағдарланған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іріктеу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профилактикалық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критерийлерін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жеткіліксіз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нақтылау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 w:rsidP="00594618">
            <w:proofErr w:type="spellStart"/>
            <w:r>
              <w:rPr>
                <w:rStyle w:val="ypks7kbdpwfgdykd3qb9"/>
              </w:rPr>
              <w:t>Халықты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әлеуметтік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қорғау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rPr>
                <w:rStyle w:val="ypks7kbdpwfgdykd3qb9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бөлімінің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Тәуекелді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бағалау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критерийлерін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нақтылау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іріктеу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негіздерін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құжаттау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ішкі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субъектілерін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ашық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негізделген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іріктеу</w:t>
            </w:r>
            <w:proofErr w:type="spellEnd"/>
          </w:p>
        </w:tc>
      </w:tr>
      <w:tr w:rsidR="00544CA8" w:rsidRPr="00352EEF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Бақылау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және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алдын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lang w:val="ru-RU"/>
              </w:rPr>
              <w:t>алу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шаралары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352EEF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Бақылау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субъектілерін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толық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қамтымау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тәуекелі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352EEF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Профилактикалық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бақылау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тізімдерін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қалыптастырудың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қолданыстағы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критерийлері</w:t>
            </w:r>
            <w:proofErr w:type="spellEnd"/>
            <w:r w:rsidRPr="00352EEF">
              <w:rPr>
                <w:lang w:val="ru-RU"/>
              </w:rPr>
              <w:t xml:space="preserve"> </w:t>
            </w:r>
            <w:r w:rsidRPr="00352EEF">
              <w:rPr>
                <w:rStyle w:val="ypks7kbdpwfgdykd3qb9"/>
                <w:lang w:val="ru-RU"/>
              </w:rPr>
              <w:t>мен</w:t>
            </w:r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рәсімдерін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шектеу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352EEF" w:rsidP="00594618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Халықты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әлеуметтік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қорғау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саласындағы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бақылау</w:t>
            </w:r>
            <w:proofErr w:type="spellEnd"/>
            <w:r w:rsidRPr="00352EEF">
              <w:rPr>
                <w:rStyle w:val="ypks7kbdpwfgdykd3qb9"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бөлімінің</w:t>
            </w:r>
            <w:proofErr w:type="spellEnd"/>
            <w:r w:rsidRPr="00352EEF">
              <w:rPr>
                <w:rStyle w:val="ypks7kbdpwfgdykd3qb9"/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басшысы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және</w:t>
            </w:r>
            <w:proofErr w:type="spellEnd"/>
            <w:r w:rsidRPr="00352EEF">
              <w:rPr>
                <w:lang w:val="ru-RU"/>
              </w:rPr>
              <w:t xml:space="preserve"> </w:t>
            </w:r>
            <w:r w:rsidRPr="00352EEF">
              <w:rPr>
                <w:rStyle w:val="ypks7kbdpwfgdykd3qb9"/>
                <w:lang w:val="ru-RU"/>
              </w:rPr>
              <w:t>бас</w:t>
            </w:r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мамандары</w:t>
            </w:r>
            <w:proofErr w:type="spellEnd"/>
            <w:r w:rsidRPr="00352EEF">
              <w:rPr>
                <w:lang w:val="ru-RU"/>
              </w:rPr>
              <w:t xml:space="preserve"> Департамент </w:t>
            </w:r>
            <w:proofErr w:type="spellStart"/>
            <w:r w:rsidRPr="00352EEF">
              <w:rPr>
                <w:rStyle w:val="ypks7kbdpwfgdykd3qb9"/>
                <w:lang w:val="ru-RU"/>
              </w:rPr>
              <w:t>басшысы</w:t>
            </w:r>
            <w:proofErr w:type="spellEnd"/>
            <w:r w:rsidRPr="00352EEF">
              <w:rPr>
                <w:lang w:val="ru-RU"/>
              </w:rPr>
              <w:t xml:space="preserve"> </w:t>
            </w:r>
            <w:r w:rsidRPr="00352EEF">
              <w:rPr>
                <w:rStyle w:val="ypks7kbdpwfgdykd3qb9"/>
                <w:lang w:val="ru-RU"/>
              </w:rPr>
              <w:t>Департамент</w:t>
            </w:r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lang w:val="ru-RU"/>
              </w:rPr>
              <w:t>басшысының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352EEF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Тізімдерді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қалыптастыру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критерийлері</w:t>
            </w:r>
            <w:proofErr w:type="spellEnd"/>
            <w:r w:rsidRPr="00352EEF">
              <w:rPr>
                <w:lang w:val="ru-RU"/>
              </w:rPr>
              <w:t xml:space="preserve"> </w:t>
            </w:r>
            <w:r w:rsidRPr="00352EEF">
              <w:rPr>
                <w:rStyle w:val="ypks7kbdpwfgdykd3qb9"/>
                <w:lang w:val="ru-RU"/>
              </w:rPr>
              <w:t>мен</w:t>
            </w:r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тәртібін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қайта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lang w:val="ru-RU"/>
              </w:rPr>
              <w:t>қарау</w:t>
            </w:r>
            <w:proofErr w:type="spellEnd"/>
            <w:r w:rsidRPr="00352EEF">
              <w:rPr>
                <w:lang w:val="ru-RU"/>
              </w:rPr>
              <w:t xml:space="preserve">, </w:t>
            </w:r>
            <w:proofErr w:type="spellStart"/>
            <w:r w:rsidRPr="00352EEF">
              <w:rPr>
                <w:rStyle w:val="ypks7kbdpwfgdykd3qb9"/>
                <w:lang w:val="ru-RU"/>
              </w:rPr>
              <w:t>тексеру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нәтижелерін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талдау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Pr>
              <w:rPr>
                <w:lang w:val="ru-RU"/>
              </w:rPr>
            </w:pPr>
            <w:proofErr w:type="spellStart"/>
            <w:r w:rsidRPr="00352EEF">
              <w:rPr>
                <w:rStyle w:val="ypks7kbdpwfgdykd3qb9"/>
                <w:lang w:val="ru-RU"/>
              </w:rPr>
              <w:t>Объектілерді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неғұрлым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толық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тәуекелге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бағдарланған</w:t>
            </w:r>
            <w:proofErr w:type="spellEnd"/>
            <w:r w:rsidRPr="00352EEF">
              <w:rPr>
                <w:lang w:val="ru-RU"/>
              </w:rPr>
              <w:t xml:space="preserve"> </w:t>
            </w:r>
            <w:proofErr w:type="spellStart"/>
            <w:r w:rsidRPr="00352EEF">
              <w:rPr>
                <w:rStyle w:val="ypks7kbdpwfgdykd3qb9"/>
                <w:lang w:val="ru-RU"/>
              </w:rPr>
              <w:t>қамту</w:t>
            </w:r>
            <w:proofErr w:type="spellEnd"/>
          </w:p>
        </w:tc>
      </w:tr>
      <w:tr w:rsidR="00544CA8" w:rsidRPr="00C963E4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352EEF">
            <w:proofErr w:type="spellStart"/>
            <w:r>
              <w:rPr>
                <w:rStyle w:val="ypks7kbdpwfgdykd3qb9"/>
              </w:rPr>
              <w:t>Ұйымдастыру-басқару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қызметі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Лауазымдық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міндеттерді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мүдделер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қақтығысының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қаупі</w:t>
            </w:r>
            <w:proofErr w:type="spellEnd"/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өкілеттіктерді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асыру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кезінде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мүдделілік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мүмкіндігі</w:t>
            </w:r>
            <w:proofErr w:type="spellEnd"/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Құрылымдық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бөлімшелердің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басшылары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мамандары</w:t>
            </w:r>
            <w:proofErr w:type="spellEnd"/>
            <w:r>
              <w:t xml:space="preserve"> </w:t>
            </w:r>
            <w:proofErr w:type="spellStart"/>
            <w: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</w:t>
            </w:r>
            <w:proofErr w:type="spellEnd"/>
            <w:r>
              <w:t xml:space="preserve"> </w:t>
            </w:r>
            <w:proofErr w:type="spellStart"/>
            <w:r>
              <w:t>басшысының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орынбасары</w:t>
            </w:r>
            <w:proofErr w:type="spellEnd"/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352EEF" w:rsidRDefault="00352EEF">
            <w:proofErr w:type="spellStart"/>
            <w:r>
              <w:rPr>
                <w:rStyle w:val="ypks7kbdpwfgdykd3qb9"/>
              </w:rPr>
              <w:t>Мүдделер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қақтығысын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болдырмау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жөніндегі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талаптарды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сақтау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түсіндіру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жұмыстары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ішкі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C963E4" w:rsidRDefault="00C963E4">
            <w:proofErr w:type="spellStart"/>
            <w:r>
              <w:rPr>
                <w:rStyle w:val="ypks7kbdpwfgdykd3qb9"/>
              </w:rPr>
              <w:t>Қызметтік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шешімдерге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заңсыз</w:t>
            </w:r>
            <w:proofErr w:type="spellEnd"/>
            <w:r>
              <w:t xml:space="preserve"> </w:t>
            </w:r>
            <w:proofErr w:type="spellStart"/>
            <w:r>
              <w:t>ы</w:t>
            </w:r>
            <w:r>
              <w:rPr>
                <w:rStyle w:val="ypks7kbdpwfgdykd3qb9"/>
              </w:rPr>
              <w:t>қпал</w:t>
            </w:r>
            <w:proofErr w:type="spellEnd"/>
            <w:r>
              <w:t xml:space="preserve"> </w:t>
            </w:r>
            <w:proofErr w:type="spellStart"/>
            <w:r>
              <w:t>етудің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алдын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</w:p>
        </w:tc>
      </w:tr>
    </w:tbl>
    <w:p w:rsidR="00544CA8" w:rsidRPr="00C963E4" w:rsidRDefault="00544CA8"/>
    <w:sectPr w:rsidR="00544CA8" w:rsidRPr="00C963E4" w:rsidSect="00034616">
      <w:pgSz w:w="23811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2EEF"/>
    <w:rsid w:val="00544CA8"/>
    <w:rsid w:val="00594618"/>
    <w:rsid w:val="00AA1D8D"/>
    <w:rsid w:val="00B47730"/>
    <w:rsid w:val="00C963E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143EC58-9D76-4B2A-9C01-CD482CC8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ypks7kbdpwfgdykd3qb9">
    <w:name w:val="ypks7kbdpwfgdykd3qb9"/>
    <w:basedOn w:val="a2"/>
    <w:rsid w:val="00352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A9B41B-DE05-444F-AE6E-159C7D793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5701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МСЭ Ноутбук-10</cp:lastModifiedBy>
  <cp:revision>4</cp:revision>
  <dcterms:created xsi:type="dcterms:W3CDTF">2013-12-23T23:15:00Z</dcterms:created>
  <dcterms:modified xsi:type="dcterms:W3CDTF">2026-10-12T11:51:00Z</dcterms:modified>
  <cp:category/>
</cp:coreProperties>
</file>