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835A5" w14:textId="77777777" w:rsidR="001B249F" w:rsidRPr="00AB5BF0" w:rsidRDefault="001B249F" w:rsidP="001E3C07">
      <w:pPr>
        <w:jc w:val="center"/>
        <w:rPr>
          <w:rStyle w:val="ypks7kbdpwfgdykd3qb9"/>
          <w:b/>
          <w:sz w:val="32"/>
          <w:szCs w:val="32"/>
          <w:lang w:val="ru-RU"/>
        </w:rPr>
      </w:pPr>
      <w:r w:rsidRPr="00AB5BF0">
        <w:rPr>
          <w:rStyle w:val="ypks7kbdpwfgdykd3qb9"/>
          <w:b/>
          <w:sz w:val="32"/>
          <w:szCs w:val="32"/>
          <w:lang w:val="ru-RU"/>
        </w:rPr>
        <w:t>202</w:t>
      </w:r>
      <w:r w:rsidR="003037B5" w:rsidRPr="00AB5BF0">
        <w:rPr>
          <w:rStyle w:val="ypks7kbdpwfgdykd3qb9"/>
          <w:b/>
          <w:sz w:val="32"/>
          <w:szCs w:val="32"/>
          <w:lang w:val="ru-RU"/>
        </w:rPr>
        <w:t>6</w:t>
      </w:r>
      <w:r w:rsidRPr="00AB5BF0">
        <w:rPr>
          <w:b/>
          <w:sz w:val="32"/>
          <w:szCs w:val="32"/>
          <w:lang w:val="ru-RU"/>
        </w:rPr>
        <w:t xml:space="preserve"> </w:t>
      </w:r>
      <w:proofErr w:type="spellStart"/>
      <w:r w:rsidRPr="00AB5BF0">
        <w:rPr>
          <w:rStyle w:val="ypks7kbdpwfgdykd3qb9"/>
          <w:b/>
          <w:sz w:val="32"/>
          <w:szCs w:val="32"/>
          <w:lang w:val="ru-RU"/>
        </w:rPr>
        <w:t>жылдың</w:t>
      </w:r>
      <w:proofErr w:type="spellEnd"/>
      <w:r w:rsidRPr="00AB5BF0">
        <w:rPr>
          <w:b/>
          <w:sz w:val="32"/>
          <w:szCs w:val="32"/>
          <w:lang w:val="ru-RU"/>
        </w:rPr>
        <w:t xml:space="preserve"> </w:t>
      </w:r>
      <w:r w:rsidR="00155DD5" w:rsidRPr="00AB5BF0">
        <w:rPr>
          <w:b/>
          <w:sz w:val="32"/>
          <w:szCs w:val="32"/>
          <w:lang w:val="kk-KZ"/>
        </w:rPr>
        <w:t>9</w:t>
      </w:r>
      <w:r w:rsidR="003037B5" w:rsidRPr="00AB5BF0">
        <w:rPr>
          <w:b/>
          <w:sz w:val="32"/>
          <w:szCs w:val="32"/>
        </w:rPr>
        <w:t xml:space="preserve"> </w:t>
      </w:r>
      <w:r w:rsidR="00090514" w:rsidRPr="00AB5BF0">
        <w:rPr>
          <w:b/>
          <w:sz w:val="32"/>
          <w:szCs w:val="32"/>
          <w:lang w:val="kk-KZ"/>
        </w:rPr>
        <w:t>айында</w:t>
      </w:r>
      <w:r w:rsidRPr="00AB5BF0">
        <w:rPr>
          <w:b/>
          <w:sz w:val="32"/>
          <w:szCs w:val="32"/>
          <w:lang w:val="ru-RU"/>
        </w:rPr>
        <w:t xml:space="preserve"> </w:t>
      </w:r>
      <w:proofErr w:type="spellStart"/>
      <w:r w:rsidRPr="00AB5BF0">
        <w:rPr>
          <w:rStyle w:val="ypks7kbdpwfgdykd3qb9"/>
          <w:b/>
          <w:sz w:val="32"/>
          <w:szCs w:val="32"/>
          <w:lang w:val="ru-RU"/>
        </w:rPr>
        <w:t>көрсетілген</w:t>
      </w:r>
      <w:proofErr w:type="spellEnd"/>
      <w:r w:rsidRPr="00AB5BF0">
        <w:rPr>
          <w:b/>
          <w:sz w:val="32"/>
          <w:szCs w:val="32"/>
          <w:lang w:val="ru-RU"/>
        </w:rPr>
        <w:t xml:space="preserve"> </w:t>
      </w:r>
      <w:proofErr w:type="spellStart"/>
      <w:r w:rsidRPr="00AB5BF0">
        <w:rPr>
          <w:rStyle w:val="ypks7kbdpwfgdykd3qb9"/>
          <w:b/>
          <w:sz w:val="32"/>
          <w:szCs w:val="32"/>
          <w:lang w:val="ru-RU"/>
        </w:rPr>
        <w:t>қызметтер</w:t>
      </w:r>
      <w:proofErr w:type="spellEnd"/>
      <w:r w:rsidRPr="00AB5BF0">
        <w:rPr>
          <w:b/>
          <w:sz w:val="32"/>
          <w:szCs w:val="32"/>
          <w:lang w:val="ru-RU"/>
        </w:rPr>
        <w:t xml:space="preserve"> </w:t>
      </w:r>
      <w:proofErr w:type="spellStart"/>
      <w:r w:rsidRPr="00AB5BF0">
        <w:rPr>
          <w:b/>
          <w:sz w:val="32"/>
          <w:szCs w:val="32"/>
          <w:lang w:val="ru-RU"/>
        </w:rPr>
        <w:t>бойынша</w:t>
      </w:r>
      <w:proofErr w:type="spellEnd"/>
      <w:r w:rsidRPr="00AB5BF0">
        <w:rPr>
          <w:b/>
          <w:sz w:val="32"/>
          <w:szCs w:val="32"/>
          <w:lang w:val="ru-RU"/>
        </w:rPr>
        <w:t xml:space="preserve"> </w:t>
      </w:r>
      <w:proofErr w:type="spellStart"/>
      <w:r w:rsidRPr="00AB5BF0">
        <w:rPr>
          <w:rStyle w:val="ypks7kbdpwfgdykd3qb9"/>
          <w:b/>
          <w:sz w:val="32"/>
          <w:szCs w:val="32"/>
          <w:lang w:val="ru-RU"/>
        </w:rPr>
        <w:t>ақпарат</w:t>
      </w:r>
      <w:proofErr w:type="spellEnd"/>
    </w:p>
    <w:p w14:paraId="077EEDCF" w14:textId="77777777" w:rsidR="0089654E" w:rsidRPr="006212D5" w:rsidRDefault="00170B32" w:rsidP="001E3C07">
      <w:pPr>
        <w:spacing w:after="0"/>
        <w:ind w:right="42" w:firstLine="720"/>
        <w:jc w:val="both"/>
        <w:rPr>
          <w:rFonts w:cs="Times New Roman"/>
          <w:sz w:val="28"/>
          <w:szCs w:val="28"/>
          <w:lang w:val="ru-RU"/>
        </w:rPr>
      </w:pPr>
      <w:proofErr w:type="spellStart"/>
      <w:r w:rsidRPr="006212D5">
        <w:rPr>
          <w:rFonts w:cs="Times New Roman"/>
          <w:sz w:val="28"/>
          <w:szCs w:val="28"/>
          <w:lang w:val="ru-RU"/>
        </w:rPr>
        <w:t>Қазақстан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Республикасы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Еңбек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және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халықты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әлеуметтік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қорғау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министрлігі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r w:rsidR="000511D8" w:rsidRPr="006212D5">
        <w:rPr>
          <w:rFonts w:cs="Times New Roman"/>
          <w:sz w:val="28"/>
          <w:szCs w:val="28"/>
          <w:lang w:val="kk-KZ"/>
        </w:rPr>
        <w:t>Халықты ә</w:t>
      </w:r>
      <w:proofErr w:type="spellStart"/>
      <w:r w:rsidRPr="006212D5">
        <w:rPr>
          <w:rFonts w:cs="Times New Roman"/>
          <w:sz w:val="28"/>
          <w:szCs w:val="28"/>
          <w:lang w:val="ru-RU"/>
        </w:rPr>
        <w:t>леуметтік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қорғау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саласын</w:t>
      </w:r>
      <w:r w:rsidR="000511D8" w:rsidRPr="006212D5">
        <w:rPr>
          <w:rFonts w:cs="Times New Roman"/>
          <w:sz w:val="28"/>
          <w:szCs w:val="28"/>
          <w:lang w:val="ru-RU"/>
        </w:rPr>
        <w:t>дағы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реттеу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және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бақылау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комитетінің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Астана </w:t>
      </w:r>
      <w:proofErr w:type="spellStart"/>
      <w:r w:rsidRPr="006212D5">
        <w:rPr>
          <w:rFonts w:cs="Times New Roman"/>
          <w:sz w:val="28"/>
          <w:szCs w:val="28"/>
          <w:lang w:val="ru-RU"/>
        </w:rPr>
        <w:t>қаласы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бойынша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департаменті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202</w:t>
      </w:r>
      <w:r w:rsidR="006212D5" w:rsidRPr="006212D5">
        <w:rPr>
          <w:rFonts w:cs="Times New Roman"/>
          <w:sz w:val="28"/>
          <w:szCs w:val="28"/>
          <w:lang w:val="ru-RU"/>
        </w:rPr>
        <w:t>6</w:t>
      </w:r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жыл</w:t>
      </w:r>
      <w:r w:rsidR="006212D5" w:rsidRPr="006212D5">
        <w:rPr>
          <w:rFonts w:cs="Times New Roman"/>
          <w:sz w:val="28"/>
          <w:szCs w:val="28"/>
          <w:lang w:val="ru-RU"/>
        </w:rPr>
        <w:t>дың</w:t>
      </w:r>
      <w:proofErr w:type="spellEnd"/>
      <w:r w:rsidR="006212D5" w:rsidRPr="006212D5">
        <w:rPr>
          <w:rFonts w:cs="Times New Roman"/>
          <w:sz w:val="28"/>
          <w:szCs w:val="28"/>
          <w:lang w:val="ru-RU"/>
        </w:rPr>
        <w:t xml:space="preserve"> </w:t>
      </w:r>
      <w:r w:rsidR="00155DD5">
        <w:rPr>
          <w:rFonts w:cs="Times New Roman"/>
          <w:sz w:val="28"/>
          <w:szCs w:val="28"/>
          <w:lang w:val="kk-KZ"/>
        </w:rPr>
        <w:t>9</w:t>
      </w:r>
      <w:r w:rsidR="006212D5"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090514">
        <w:rPr>
          <w:rFonts w:cs="Times New Roman"/>
          <w:sz w:val="28"/>
          <w:szCs w:val="28"/>
          <w:lang w:val="ru-RU"/>
        </w:rPr>
        <w:t>айында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1</w:t>
      </w:r>
      <w:r w:rsidR="00155DD5">
        <w:rPr>
          <w:rFonts w:cs="Times New Roman"/>
          <w:sz w:val="28"/>
          <w:szCs w:val="28"/>
          <w:lang w:val="ru-RU"/>
        </w:rPr>
        <w:t>5</w:t>
      </w:r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мемлекеттік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қызмет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түрі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бойынша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r w:rsidR="00155DD5">
        <w:rPr>
          <w:rFonts w:cs="Times New Roman"/>
          <w:b/>
          <w:sz w:val="28"/>
          <w:szCs w:val="28"/>
          <w:lang w:val="ru-RU"/>
        </w:rPr>
        <w:t>104940</w:t>
      </w:r>
      <w:r w:rsidR="00C06D46">
        <w:rPr>
          <w:rFonts w:cs="Times New Roman"/>
          <w:b/>
          <w:sz w:val="28"/>
          <w:szCs w:val="28"/>
          <w:lang w:val="ru-RU"/>
        </w:rPr>
        <w:t xml:space="preserve"> (2025 ж. </w:t>
      </w:r>
      <w:r w:rsidR="00155DD5">
        <w:rPr>
          <w:rFonts w:cs="Times New Roman"/>
          <w:b/>
          <w:sz w:val="28"/>
          <w:szCs w:val="28"/>
          <w:lang w:val="ru-RU"/>
        </w:rPr>
        <w:t>9</w:t>
      </w:r>
      <w:r w:rsidR="00C06D46">
        <w:rPr>
          <w:rFonts w:cs="Times New Roman"/>
          <w:b/>
          <w:sz w:val="28"/>
          <w:szCs w:val="28"/>
          <w:lang w:val="ru-RU"/>
        </w:rPr>
        <w:t xml:space="preserve"> айында-</w:t>
      </w:r>
      <w:r w:rsidR="00155DD5">
        <w:rPr>
          <w:rFonts w:cs="Times New Roman"/>
          <w:b/>
          <w:sz w:val="28"/>
          <w:szCs w:val="28"/>
          <w:lang w:val="ru-RU"/>
        </w:rPr>
        <w:t>97103</w:t>
      </w:r>
      <w:r w:rsidR="00C06D46">
        <w:rPr>
          <w:rFonts w:cs="Times New Roman"/>
          <w:b/>
          <w:sz w:val="28"/>
          <w:szCs w:val="28"/>
          <w:lang w:val="ru-RU"/>
        </w:rPr>
        <w:t>)</w:t>
      </w:r>
      <w:r w:rsidR="006212D5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қызмет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алушыға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мемлекеттік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қызмет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көрсетті</w:t>
      </w:r>
      <w:proofErr w:type="spellEnd"/>
      <w:r w:rsidRPr="006212D5">
        <w:rPr>
          <w:rFonts w:cs="Times New Roman"/>
          <w:sz w:val="28"/>
          <w:szCs w:val="28"/>
          <w:lang w:val="ru-RU"/>
        </w:rPr>
        <w:t>.</w:t>
      </w:r>
    </w:p>
    <w:p w14:paraId="2B75E323" w14:textId="77777777" w:rsidR="0089654E" w:rsidRPr="006212D5" w:rsidRDefault="00C06D46" w:rsidP="001E3C07">
      <w:pPr>
        <w:spacing w:after="0"/>
        <w:ind w:right="-999" w:firstLine="720"/>
        <w:jc w:val="both"/>
        <w:rPr>
          <w:rFonts w:cs="Times New Roman"/>
          <w:b/>
          <w:sz w:val="28"/>
          <w:szCs w:val="28"/>
          <w:lang w:val="ru-RU"/>
        </w:rPr>
      </w:pPr>
      <w:proofErr w:type="spellStart"/>
      <w:r>
        <w:rPr>
          <w:rFonts w:cs="Times New Roman"/>
          <w:sz w:val="28"/>
          <w:szCs w:val="28"/>
          <w:lang w:val="ru-RU"/>
        </w:rPr>
        <w:t>Б</w:t>
      </w:r>
      <w:r w:rsidR="00170B32" w:rsidRPr="006212D5">
        <w:rPr>
          <w:rFonts w:cs="Times New Roman"/>
          <w:sz w:val="28"/>
          <w:szCs w:val="28"/>
          <w:lang w:val="ru-RU"/>
        </w:rPr>
        <w:t>екітілген</w:t>
      </w:r>
      <w:proofErr w:type="spellEnd"/>
      <w:r w:rsidR="00170B32"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0511D8" w:rsidRPr="006212D5">
        <w:rPr>
          <w:rFonts w:cs="Times New Roman"/>
          <w:sz w:val="28"/>
          <w:szCs w:val="28"/>
          <w:lang w:val="ru-RU"/>
        </w:rPr>
        <w:t>бюджеттік</w:t>
      </w:r>
      <w:proofErr w:type="spellEnd"/>
      <w:r w:rsidR="000511D8"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170B32" w:rsidRPr="006212D5">
        <w:rPr>
          <w:rFonts w:cs="Times New Roman"/>
          <w:sz w:val="28"/>
          <w:szCs w:val="28"/>
          <w:lang w:val="ru-RU"/>
        </w:rPr>
        <w:t>субсидиялар</w:t>
      </w:r>
      <w:proofErr w:type="spellEnd"/>
      <w:r w:rsidR="00170B32" w:rsidRPr="006212D5">
        <w:rPr>
          <w:rFonts w:cs="Times New Roman"/>
          <w:sz w:val="28"/>
          <w:szCs w:val="28"/>
          <w:lang w:val="ru-RU"/>
        </w:rPr>
        <w:t xml:space="preserve"> саны – </w:t>
      </w:r>
      <w:r>
        <w:rPr>
          <w:rFonts w:cs="Times New Roman"/>
          <w:b/>
          <w:sz w:val="28"/>
          <w:szCs w:val="28"/>
          <w:lang w:val="ru-RU"/>
        </w:rPr>
        <w:t xml:space="preserve">11 564 </w:t>
      </w:r>
      <w:r w:rsidRPr="00C06D46">
        <w:rPr>
          <w:rFonts w:cs="Times New Roman"/>
          <w:sz w:val="28"/>
          <w:szCs w:val="28"/>
          <w:lang w:val="ru-RU"/>
        </w:rPr>
        <w:t>(2025 ж. 8 айында-14024)</w:t>
      </w:r>
      <w:r>
        <w:rPr>
          <w:rFonts w:cs="Times New Roman"/>
          <w:sz w:val="28"/>
          <w:szCs w:val="28"/>
          <w:lang w:val="ru-RU"/>
        </w:rPr>
        <w:t>.</w:t>
      </w:r>
    </w:p>
    <w:p w14:paraId="64976D62" w14:textId="77777777" w:rsidR="0089654E" w:rsidRPr="006212D5" w:rsidRDefault="00C06D46" w:rsidP="001E3C07">
      <w:pPr>
        <w:spacing w:after="0"/>
        <w:ind w:right="-999" w:firstLine="720"/>
        <w:jc w:val="both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kk-KZ"/>
        </w:rPr>
        <w:t>Қ</w:t>
      </w:r>
      <w:proofErr w:type="spellStart"/>
      <w:r w:rsidR="00170B32" w:rsidRPr="006212D5">
        <w:rPr>
          <w:rFonts w:cs="Times New Roman"/>
          <w:sz w:val="28"/>
          <w:szCs w:val="28"/>
          <w:lang w:val="ru-RU"/>
        </w:rPr>
        <w:t>абылданған</w:t>
      </w:r>
      <w:proofErr w:type="spellEnd"/>
      <w:r w:rsidR="00170B32"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170B32" w:rsidRPr="006212D5">
        <w:rPr>
          <w:rFonts w:cs="Times New Roman"/>
          <w:sz w:val="28"/>
          <w:szCs w:val="28"/>
          <w:lang w:val="ru-RU"/>
        </w:rPr>
        <w:t>азаматтар</w:t>
      </w:r>
      <w:proofErr w:type="spellEnd"/>
      <w:r w:rsidR="001F6EA0" w:rsidRPr="006212D5">
        <w:rPr>
          <w:rFonts w:cs="Times New Roman"/>
          <w:sz w:val="28"/>
          <w:szCs w:val="28"/>
          <w:lang w:val="ru-RU"/>
        </w:rPr>
        <w:t xml:space="preserve"> </w:t>
      </w:r>
      <w:r w:rsidR="00170B32" w:rsidRPr="006212D5">
        <w:rPr>
          <w:rFonts w:cs="Times New Roman"/>
          <w:sz w:val="28"/>
          <w:szCs w:val="28"/>
          <w:lang w:val="ru-RU"/>
        </w:rPr>
        <w:t xml:space="preserve"> – </w:t>
      </w:r>
      <w:r w:rsidR="00155DD5">
        <w:rPr>
          <w:rFonts w:cs="Times New Roman"/>
          <w:b/>
          <w:sz w:val="28"/>
          <w:szCs w:val="28"/>
          <w:lang w:val="ru-RU"/>
        </w:rPr>
        <w:t>1176</w:t>
      </w:r>
      <w:r>
        <w:rPr>
          <w:rFonts w:cs="Times New Roman"/>
          <w:sz w:val="28"/>
          <w:szCs w:val="28"/>
          <w:lang w:val="ru-RU"/>
        </w:rPr>
        <w:t>.</w:t>
      </w:r>
    </w:p>
    <w:p w14:paraId="204C473C" w14:textId="77777777" w:rsidR="0089654E" w:rsidRPr="006212D5" w:rsidRDefault="00C06D46" w:rsidP="001E3C07">
      <w:pPr>
        <w:spacing w:after="0"/>
        <w:ind w:right="-999" w:firstLine="720"/>
        <w:jc w:val="both"/>
        <w:rPr>
          <w:rFonts w:cs="Times New Roman"/>
          <w:b/>
          <w:sz w:val="28"/>
          <w:szCs w:val="28"/>
          <w:lang w:val="ru-RU"/>
        </w:rPr>
      </w:pPr>
      <w:proofErr w:type="spellStart"/>
      <w:r>
        <w:rPr>
          <w:rFonts w:cs="Times New Roman"/>
          <w:sz w:val="28"/>
          <w:szCs w:val="28"/>
          <w:lang w:val="ru-RU"/>
        </w:rPr>
        <w:t>Қ</w:t>
      </w:r>
      <w:r w:rsidR="00170B32" w:rsidRPr="006212D5">
        <w:rPr>
          <w:rFonts w:cs="Times New Roman"/>
          <w:sz w:val="28"/>
          <w:szCs w:val="28"/>
          <w:lang w:val="ru-RU"/>
        </w:rPr>
        <w:t>аралған</w:t>
      </w:r>
      <w:proofErr w:type="spellEnd"/>
      <w:r w:rsidR="00170B32"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170B32" w:rsidRPr="006212D5">
        <w:rPr>
          <w:rFonts w:cs="Times New Roman"/>
          <w:sz w:val="28"/>
          <w:szCs w:val="28"/>
          <w:lang w:val="ru-RU"/>
        </w:rPr>
        <w:t>жазбаша</w:t>
      </w:r>
      <w:proofErr w:type="spellEnd"/>
      <w:r w:rsidR="00170B32"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170B32" w:rsidRPr="006212D5">
        <w:rPr>
          <w:rFonts w:cs="Times New Roman"/>
          <w:sz w:val="28"/>
          <w:szCs w:val="28"/>
          <w:lang w:val="ru-RU"/>
        </w:rPr>
        <w:t>өтініштер</w:t>
      </w:r>
      <w:proofErr w:type="spellEnd"/>
      <w:r w:rsidR="00170B32" w:rsidRPr="006212D5">
        <w:rPr>
          <w:rFonts w:cs="Times New Roman"/>
          <w:sz w:val="28"/>
          <w:szCs w:val="28"/>
          <w:lang w:val="ru-RU"/>
        </w:rPr>
        <w:t xml:space="preserve"> – </w:t>
      </w:r>
      <w:r w:rsidR="00155DD5">
        <w:rPr>
          <w:rFonts w:cs="Times New Roman"/>
          <w:b/>
          <w:sz w:val="28"/>
          <w:szCs w:val="28"/>
          <w:lang w:val="ru-RU"/>
        </w:rPr>
        <w:t>1096</w:t>
      </w:r>
      <w:r>
        <w:rPr>
          <w:rFonts w:cs="Times New Roman"/>
          <w:b/>
          <w:sz w:val="28"/>
          <w:szCs w:val="28"/>
          <w:lang w:val="ru-RU"/>
        </w:rPr>
        <w:t>.</w:t>
      </w:r>
    </w:p>
    <w:p w14:paraId="29557B3A" w14:textId="77777777" w:rsidR="0089654E" w:rsidRPr="006212D5" w:rsidRDefault="00170B32" w:rsidP="001E3C07">
      <w:pPr>
        <w:spacing w:after="0"/>
        <w:ind w:right="-999" w:firstLine="720"/>
        <w:jc w:val="both"/>
        <w:rPr>
          <w:rFonts w:cs="Times New Roman"/>
          <w:b/>
          <w:sz w:val="28"/>
          <w:szCs w:val="28"/>
          <w:lang w:val="ru-RU"/>
        </w:rPr>
      </w:pPr>
      <w:proofErr w:type="spellStart"/>
      <w:r w:rsidRPr="006212D5">
        <w:rPr>
          <w:rFonts w:cs="Times New Roman"/>
          <w:sz w:val="28"/>
          <w:szCs w:val="28"/>
          <w:lang w:val="ru-RU"/>
        </w:rPr>
        <w:t>Ресей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Федерациясынан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түскен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6212D5">
        <w:rPr>
          <w:rFonts w:cs="Times New Roman"/>
          <w:sz w:val="28"/>
          <w:szCs w:val="28"/>
          <w:lang w:val="ru-RU"/>
        </w:rPr>
        <w:t>сұраулар</w:t>
      </w:r>
      <w:r w:rsidR="006212D5">
        <w:rPr>
          <w:rFonts w:cs="Times New Roman"/>
          <w:sz w:val="28"/>
          <w:szCs w:val="28"/>
          <w:lang w:val="ru-RU"/>
        </w:rPr>
        <w:t>ға</w:t>
      </w:r>
      <w:proofErr w:type="spellEnd"/>
      <w:r w:rsidR="006212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2D5">
        <w:rPr>
          <w:rFonts w:cs="Times New Roman"/>
          <w:sz w:val="28"/>
          <w:szCs w:val="28"/>
          <w:lang w:val="ru-RU"/>
        </w:rPr>
        <w:t>жауап</w:t>
      </w:r>
      <w:proofErr w:type="spellEnd"/>
      <w:r w:rsidRPr="006212D5">
        <w:rPr>
          <w:rFonts w:cs="Times New Roman"/>
          <w:sz w:val="28"/>
          <w:szCs w:val="28"/>
          <w:lang w:val="ru-RU"/>
        </w:rPr>
        <w:t xml:space="preserve"> –</w:t>
      </w:r>
      <w:r w:rsidRPr="006212D5">
        <w:rPr>
          <w:rFonts w:cs="Times New Roman"/>
          <w:b/>
          <w:sz w:val="28"/>
          <w:szCs w:val="28"/>
          <w:lang w:val="ru-RU"/>
        </w:rPr>
        <w:t xml:space="preserve"> </w:t>
      </w:r>
      <w:r w:rsidR="003E1A67">
        <w:rPr>
          <w:rFonts w:cs="Times New Roman"/>
          <w:b/>
          <w:sz w:val="28"/>
          <w:szCs w:val="28"/>
          <w:lang w:val="ru-RU"/>
        </w:rPr>
        <w:t>775</w:t>
      </w:r>
      <w:r w:rsidRPr="006212D5">
        <w:rPr>
          <w:rFonts w:cs="Times New Roman"/>
          <w:b/>
          <w:sz w:val="28"/>
          <w:szCs w:val="28"/>
          <w:lang w:val="ru-RU"/>
        </w:rPr>
        <w:t>.</w:t>
      </w:r>
    </w:p>
    <w:p w14:paraId="4F651CE9" w14:textId="77777777" w:rsidR="000511D8" w:rsidRPr="00C06D46" w:rsidRDefault="000511D8" w:rsidP="001E3C07">
      <w:pPr>
        <w:spacing w:after="0"/>
        <w:rPr>
          <w:rFonts w:cs="Times New Roman"/>
          <w:lang w:val="ru-RU"/>
        </w:rPr>
      </w:pPr>
    </w:p>
    <w:tbl>
      <w:tblPr>
        <w:tblStyle w:val="14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991"/>
        <w:gridCol w:w="1133"/>
        <w:gridCol w:w="1133"/>
        <w:gridCol w:w="995"/>
        <w:gridCol w:w="1133"/>
        <w:gridCol w:w="1135"/>
        <w:gridCol w:w="851"/>
      </w:tblGrid>
      <w:tr w:rsidR="00155DD5" w:rsidRPr="00277704" w14:paraId="430FA2E6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3035D" w14:textId="77777777" w:rsidR="00155DD5" w:rsidRPr="00277704" w:rsidRDefault="00155DD5" w:rsidP="000D5BEC">
            <w:pPr>
              <w:jc w:val="center"/>
              <w:rPr>
                <w:szCs w:val="24"/>
              </w:rPr>
            </w:pP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Мемлекеттік</w:t>
            </w:r>
            <w:proofErr w:type="spellEnd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көрсетілетін</w:t>
            </w:r>
            <w:proofErr w:type="spellEnd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қызметтің</w:t>
            </w:r>
            <w:proofErr w:type="spellEnd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4F620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2025 ж. </w:t>
            </w:r>
            <w:r>
              <w:rPr>
                <w:rFonts w:eastAsia="Times New Roman"/>
                <w:bCs/>
                <w:szCs w:val="24"/>
                <w:lang w:eastAsia="ru-RU"/>
              </w:rPr>
              <w:t>9</w:t>
            </w:r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 айда </w:t>
            </w:r>
            <w:proofErr w:type="spellStart"/>
            <w:r w:rsidRPr="00277704">
              <w:rPr>
                <w:rFonts w:eastAsia="Times New Roman"/>
                <w:bCs/>
                <w:szCs w:val="24"/>
                <w:lang w:eastAsia="ru-RU"/>
              </w:rPr>
              <w:t>көрсетілген</w:t>
            </w:r>
            <w:proofErr w:type="spellEnd"/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Cs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326D5" w14:textId="77777777" w:rsidR="00155DD5" w:rsidRPr="00277704" w:rsidRDefault="00155DD5" w:rsidP="000D5BEC">
            <w:pPr>
              <w:jc w:val="center"/>
              <w:rPr>
                <w:b/>
                <w:bCs/>
                <w:color w:val="000000" w:themeColor="text1"/>
                <w:szCs w:val="24"/>
                <w:lang w:val="kk-KZ"/>
              </w:rPr>
            </w:pPr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2026 ж. </w:t>
            </w:r>
            <w:r>
              <w:rPr>
                <w:rFonts w:eastAsia="Times New Roman"/>
                <w:b/>
                <w:bCs/>
                <w:szCs w:val="24"/>
                <w:lang w:eastAsia="ru-RU"/>
              </w:rPr>
              <w:t>9</w:t>
            </w:r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айда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көрсетілген</w:t>
            </w:r>
            <w:proofErr w:type="spellEnd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қызметтер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580F0" w14:textId="77777777" w:rsidR="00155DD5" w:rsidRPr="00277704" w:rsidRDefault="00155DD5" w:rsidP="000D5BEC">
            <w:pPr>
              <w:jc w:val="center"/>
              <w:rPr>
                <w:bCs/>
                <w:color w:val="000000" w:themeColor="text1"/>
                <w:szCs w:val="24"/>
                <w:lang w:val="kk-KZ"/>
              </w:rPr>
            </w:pPr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2025 ж. </w:t>
            </w:r>
            <w:r>
              <w:rPr>
                <w:rFonts w:eastAsia="Times New Roman"/>
                <w:bCs/>
                <w:szCs w:val="24"/>
                <w:lang w:eastAsia="ru-RU"/>
              </w:rPr>
              <w:t>9</w:t>
            </w:r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 айда </w:t>
            </w:r>
            <w:proofErr w:type="spellStart"/>
            <w:r w:rsidRPr="00277704">
              <w:rPr>
                <w:rFonts w:eastAsia="Times New Roman"/>
                <w:bCs/>
                <w:szCs w:val="24"/>
                <w:lang w:eastAsia="ru-RU"/>
              </w:rPr>
              <w:t>қайта</w:t>
            </w:r>
            <w:proofErr w:type="spellEnd"/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Cs/>
                <w:szCs w:val="24"/>
                <w:lang w:eastAsia="ru-RU"/>
              </w:rPr>
              <w:t>қаралған</w:t>
            </w:r>
            <w:proofErr w:type="spellEnd"/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03C93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2026 ж. </w:t>
            </w:r>
            <w:r>
              <w:rPr>
                <w:rFonts w:eastAsia="Times New Roman"/>
                <w:b/>
                <w:bCs/>
                <w:szCs w:val="24"/>
                <w:lang w:eastAsia="ru-RU"/>
              </w:rPr>
              <w:t>9</w:t>
            </w:r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айда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қайта</w:t>
            </w:r>
            <w:proofErr w:type="spellEnd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қаралған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08E85" w14:textId="77777777" w:rsidR="00155DD5" w:rsidRPr="00277704" w:rsidRDefault="00155DD5" w:rsidP="000D5BEC">
            <w:pPr>
              <w:jc w:val="center"/>
              <w:rPr>
                <w:szCs w:val="24"/>
              </w:rPr>
            </w:pPr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2025 ж. </w:t>
            </w:r>
            <w:r>
              <w:rPr>
                <w:rFonts w:eastAsia="Times New Roman"/>
                <w:bCs/>
                <w:szCs w:val="24"/>
                <w:lang w:eastAsia="ru-RU"/>
              </w:rPr>
              <w:t>9</w:t>
            </w:r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Cs/>
                <w:szCs w:val="24"/>
                <w:lang w:eastAsia="ru-RU"/>
              </w:rPr>
              <w:t>айдағы</w:t>
            </w:r>
            <w:proofErr w:type="spellEnd"/>
            <w:r w:rsidRPr="00277704">
              <w:rPr>
                <w:rFonts w:eastAsia="Times New Roman"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Cs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86A37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2026 ж. </w:t>
            </w:r>
            <w:r>
              <w:rPr>
                <w:rFonts w:eastAsia="Times New Roman"/>
                <w:b/>
                <w:bCs/>
                <w:szCs w:val="24"/>
                <w:lang w:eastAsia="ru-RU"/>
              </w:rPr>
              <w:t>9</w:t>
            </w:r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айдағы</w:t>
            </w:r>
            <w:proofErr w:type="spellEnd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b/>
                <w:bCs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FC161" w14:textId="77777777" w:rsidR="00155DD5" w:rsidRPr="00277704" w:rsidRDefault="00155DD5" w:rsidP="000D5BEC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277704">
              <w:rPr>
                <w:b/>
                <w:sz w:val="20"/>
                <w:szCs w:val="20"/>
              </w:rPr>
              <w:t>%</w:t>
            </w:r>
            <w:r w:rsidRPr="00277704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14:paraId="62FA9AC0" w14:textId="77777777" w:rsidR="00155DD5" w:rsidRPr="00277704" w:rsidRDefault="00155DD5" w:rsidP="000D5BEC">
            <w:pPr>
              <w:jc w:val="center"/>
              <w:rPr>
                <w:b/>
                <w:sz w:val="20"/>
                <w:szCs w:val="20"/>
              </w:rPr>
            </w:pPr>
            <w:r w:rsidRPr="00277704">
              <w:rPr>
                <w:bCs/>
                <w:sz w:val="20"/>
                <w:szCs w:val="20"/>
              </w:rPr>
              <w:t>(+:-)</w:t>
            </w:r>
          </w:p>
        </w:tc>
      </w:tr>
      <w:tr w:rsidR="00155DD5" w:rsidRPr="00277704" w14:paraId="19F46171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921A7" w14:textId="77777777" w:rsidR="00155DD5" w:rsidRPr="00155DD5" w:rsidRDefault="00155DD5" w:rsidP="000D5BEC">
            <w:pPr>
              <w:rPr>
                <w:b/>
                <w:i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1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Жасына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зейнетақы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төлемдерін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тағайындау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CE42E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7651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A6A63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7854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04237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6350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90131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6491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F53AB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14001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9C107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14345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F2327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en-US"/>
              </w:rPr>
              <w:t>2</w:t>
            </w:r>
            <w:r>
              <w:rPr>
                <w:bCs/>
                <w:i/>
                <w:iCs/>
                <w:szCs w:val="24"/>
              </w:rPr>
              <w:t>,</w:t>
            </w:r>
            <w:r>
              <w:rPr>
                <w:bCs/>
                <w:i/>
                <w:iCs/>
                <w:szCs w:val="24"/>
                <w:lang w:val="en-US"/>
              </w:rPr>
              <w:t>46</w:t>
            </w:r>
          </w:p>
        </w:tc>
      </w:tr>
      <w:tr w:rsidR="00155DD5" w:rsidRPr="00277704" w14:paraId="09AD1EA4" w14:textId="77777777" w:rsidTr="000D5BEC">
        <w:trPr>
          <w:trHeight w:val="882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AF076" w14:textId="77777777" w:rsidR="00155DD5" w:rsidRPr="00155DD5" w:rsidRDefault="00155DD5" w:rsidP="000D5BEC">
            <w:pPr>
              <w:rPr>
                <w:b/>
                <w:i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2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базалық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зейнетақы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төлемін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тағайындау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7B27E" w14:textId="77777777" w:rsidR="00155DD5" w:rsidRPr="00277704" w:rsidRDefault="00155DD5" w:rsidP="000D5BEC">
            <w:pPr>
              <w:tabs>
                <w:tab w:val="left" w:pos="585"/>
                <w:tab w:val="center" w:pos="954"/>
              </w:tabs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73429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8642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8DF10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4947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23E4F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4453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D19D7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13047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52F57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13095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5D51B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0,36</w:t>
            </w:r>
          </w:p>
        </w:tc>
      </w:tr>
      <w:tr w:rsidR="00155DD5" w:rsidRPr="00277704" w14:paraId="78D1DDEF" w14:textId="77777777" w:rsidTr="000D5BEC">
        <w:trPr>
          <w:trHeight w:val="39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D2509" w14:textId="77777777" w:rsidR="00155DD5" w:rsidRPr="00277704" w:rsidRDefault="00155DD5" w:rsidP="000D5BEC">
            <w:pPr>
              <w:rPr>
                <w:b/>
                <w:i/>
                <w:sz w:val="20"/>
                <w:szCs w:val="20"/>
              </w:rPr>
            </w:pPr>
            <w:r w:rsidRPr="00277704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3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.</w:t>
            </w:r>
            <w:r w:rsidRPr="00277704">
              <w:rPr>
                <w:i/>
                <w:sz w:val="20"/>
                <w:szCs w:val="20"/>
              </w:rPr>
              <w:t xml:space="preserve">Мүгедектігі </w:t>
            </w:r>
            <w:proofErr w:type="spellStart"/>
            <w:r w:rsidRPr="00277704">
              <w:rPr>
                <w:i/>
                <w:sz w:val="20"/>
                <w:szCs w:val="20"/>
              </w:rPr>
              <w:t>бойынша</w:t>
            </w:r>
            <w:proofErr w:type="spellEnd"/>
            <w:r w:rsidRPr="0027770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мемлекеттік</w:t>
            </w:r>
            <w:proofErr w:type="spellEnd"/>
            <w:r w:rsidRPr="0027770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жәрдемақы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02B198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2858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40092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3006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6872E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8320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CB4A5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9306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AFBFA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11178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17E15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12312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8EEAC9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10,14</w:t>
            </w:r>
          </w:p>
        </w:tc>
      </w:tr>
      <w:tr w:rsidR="00155DD5" w:rsidRPr="00277704" w14:paraId="30A22297" w14:textId="77777777" w:rsidTr="000D5BEC">
        <w:trPr>
          <w:trHeight w:val="988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C0D84" w14:textId="77777777" w:rsidR="00155DD5" w:rsidRPr="00155DD5" w:rsidRDefault="00155DD5" w:rsidP="000D5BEC">
            <w:pPr>
              <w:autoSpaceDE w:val="0"/>
              <w:autoSpaceDN w:val="0"/>
              <w:adjustRightInd w:val="0"/>
              <w:rPr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4.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Асыраушысынан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айырылу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277704">
              <w:rPr>
                <w:i/>
                <w:sz w:val="20"/>
                <w:szCs w:val="20"/>
                <w:lang w:val="kk-KZ"/>
              </w:rPr>
              <w:t xml:space="preserve">жағдайы бойынша </w:t>
            </w:r>
            <w:proofErr w:type="spellStart"/>
            <w:r w:rsidRPr="00277704">
              <w:rPr>
                <w:i/>
                <w:sz w:val="20"/>
                <w:szCs w:val="20"/>
              </w:rPr>
              <w:t>жәрдемақы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45CF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614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613A1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665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BE3E0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4912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1E0CB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6025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98C1D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5526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0E923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6690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CAAD3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21,06</w:t>
            </w:r>
          </w:p>
        </w:tc>
      </w:tr>
      <w:tr w:rsidR="00155DD5" w:rsidRPr="00277704" w14:paraId="497C2B73" w14:textId="77777777" w:rsidTr="000D5BEC">
        <w:trPr>
          <w:trHeight w:val="60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5CEB3" w14:textId="77777777" w:rsidR="00155DD5" w:rsidRPr="00277704" w:rsidRDefault="00155DD5" w:rsidP="000D5BEC">
            <w:pPr>
              <w:rPr>
                <w:b/>
                <w:i/>
                <w:sz w:val="20"/>
                <w:szCs w:val="20"/>
              </w:rPr>
            </w:pPr>
            <w:r w:rsidRPr="00277704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5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.Арнаулы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жәрдемақыларды</w:t>
            </w:r>
            <w:proofErr w:type="spellEnd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тағайындау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78CAE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748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CDF62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776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262EE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1128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245F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1191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2172C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1876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FB179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1967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85B88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4,85</w:t>
            </w:r>
          </w:p>
        </w:tc>
      </w:tr>
      <w:tr w:rsidR="00155DD5" w:rsidRPr="00277704" w14:paraId="30F7CD1F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BB9B6" w14:textId="77777777" w:rsidR="00155DD5" w:rsidRPr="00155DD5" w:rsidRDefault="00155DD5" w:rsidP="000D5BEC">
            <w:pPr>
              <w:rPr>
                <w:b/>
                <w:i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6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РБ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бала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тууына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және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бала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күтіміне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жәрдемақыларды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тағайындау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05A46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21332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4237F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20349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28079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78AC8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101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3F8EC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21414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1162D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20450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AF24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 w:rsidRPr="00306319">
              <w:rPr>
                <w:bCs/>
                <w:i/>
                <w:iCs/>
                <w:szCs w:val="24"/>
                <w:lang w:val="kk-KZ"/>
              </w:rPr>
              <w:t>-</w:t>
            </w:r>
            <w:r>
              <w:rPr>
                <w:bCs/>
                <w:i/>
                <w:iCs/>
                <w:szCs w:val="24"/>
                <w:lang w:val="kk-KZ"/>
              </w:rPr>
              <w:t>4,5</w:t>
            </w:r>
          </w:p>
        </w:tc>
      </w:tr>
      <w:tr w:rsidR="00155DD5" w:rsidRPr="00277704" w14:paraId="7B6FA7E2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4FE52" w14:textId="77777777" w:rsidR="00155DD5" w:rsidRPr="00155DD5" w:rsidRDefault="00155DD5" w:rsidP="000D5BEC">
            <w:pPr>
              <w:rPr>
                <w:b/>
                <w:i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7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Мүгедектігі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277704">
              <w:rPr>
                <w:i/>
                <w:sz w:val="20"/>
                <w:szCs w:val="20"/>
              </w:rPr>
              <w:t>бар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баланы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277704">
              <w:rPr>
                <w:i/>
                <w:sz w:val="20"/>
                <w:szCs w:val="20"/>
                <w:lang w:val="kk-KZ"/>
              </w:rPr>
              <w:t>тәрбиелеп отырған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ата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>-</w:t>
            </w:r>
            <w:proofErr w:type="spellStart"/>
            <w:r w:rsidRPr="00277704">
              <w:rPr>
                <w:i/>
                <w:sz w:val="20"/>
                <w:szCs w:val="20"/>
              </w:rPr>
              <w:t>ана</w:t>
            </w:r>
            <w:proofErr w:type="spellEnd"/>
            <w:r w:rsidRPr="00277704">
              <w:rPr>
                <w:i/>
                <w:sz w:val="20"/>
                <w:szCs w:val="20"/>
                <w:lang w:val="kk-KZ"/>
              </w:rPr>
              <w:t>ға, қорғанышына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жәрдемақы</w:t>
            </w:r>
            <w:proofErr w:type="spellEnd"/>
            <w:r w:rsidRPr="00277704">
              <w:rPr>
                <w:i/>
                <w:sz w:val="20"/>
                <w:szCs w:val="20"/>
                <w:lang w:val="kk-KZ"/>
              </w:rPr>
              <w:t xml:space="preserve"> тағайындау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D6462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1291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0E037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1466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664F0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2805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B258C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3243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C6E4F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4096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0AFAE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4709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07E07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14,97</w:t>
            </w:r>
          </w:p>
        </w:tc>
      </w:tr>
      <w:tr w:rsidR="00155DD5" w:rsidRPr="00277704" w14:paraId="74511DD9" w14:textId="77777777" w:rsidTr="000D5BEC">
        <w:trPr>
          <w:trHeight w:val="65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88509" w14:textId="77777777" w:rsidR="00155DD5" w:rsidRPr="00155DD5" w:rsidRDefault="00155DD5" w:rsidP="000D5BEC">
            <w:pPr>
              <w:rPr>
                <w:b/>
                <w:i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8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Жерлеуге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арналған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біржолғы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төлемді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тағайындау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46E87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2927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11D16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3185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5D25A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 w:rsidRPr="007E532F">
              <w:rPr>
                <w:sz w:val="26"/>
                <w:szCs w:val="26"/>
                <w:lang w:val="kk-KZ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375C0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en-US"/>
              </w:rPr>
            </w:pPr>
            <w:r w:rsidRPr="007E532F">
              <w:rPr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92349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2927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B8DDF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3185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E827F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8,81</w:t>
            </w:r>
          </w:p>
        </w:tc>
      </w:tr>
      <w:tr w:rsidR="00155DD5" w:rsidRPr="00277704" w14:paraId="471A128E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2F442" w14:textId="77777777" w:rsidR="00155DD5" w:rsidRPr="00155DD5" w:rsidRDefault="00155DD5" w:rsidP="000D5BEC">
            <w:pPr>
              <w:rPr>
                <w:b/>
                <w:i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9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Инфляция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деңгейін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ескере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отырып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міндетті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зейнетақы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жарналары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(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МЗЖ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, 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МЗЖЖ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)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сомасының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айырмасын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төлеуді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lastRenderedPageBreak/>
              <w:t>тағайындау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кепілдік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16D82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lastRenderedPageBreak/>
              <w:t>5666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2CC6D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7308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92DEA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 w:rsidRPr="007E532F">
              <w:rPr>
                <w:sz w:val="26"/>
                <w:szCs w:val="26"/>
                <w:lang w:val="kk-KZ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34C51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en-US"/>
              </w:rPr>
            </w:pPr>
            <w:r w:rsidRPr="007E532F">
              <w:rPr>
                <w:b/>
                <w:sz w:val="26"/>
                <w:szCs w:val="26"/>
                <w:lang w:val="kk-KZ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37EE4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5666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7C4E7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7308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97DC0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28,97</w:t>
            </w:r>
          </w:p>
        </w:tc>
      </w:tr>
      <w:tr w:rsidR="00155DD5" w:rsidRPr="00277704" w14:paraId="6ADC7523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6A954" w14:textId="77777777" w:rsidR="00155DD5" w:rsidRPr="00155DD5" w:rsidRDefault="00155DD5" w:rsidP="000D5BEC">
            <w:pPr>
              <w:rPr>
                <w:b/>
                <w:i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10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277704">
              <w:rPr>
                <w:i/>
                <w:sz w:val="20"/>
                <w:szCs w:val="20"/>
              </w:rPr>
              <w:t>Алтын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алқа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77704">
              <w:rPr>
                <w:i/>
                <w:sz w:val="20"/>
                <w:szCs w:val="20"/>
              </w:rPr>
              <w:t>Күміс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алқа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277704">
              <w:rPr>
                <w:i/>
                <w:sz w:val="20"/>
                <w:szCs w:val="20"/>
                <w:lang w:val="kk-KZ"/>
              </w:rPr>
              <w:t xml:space="preserve">алқаларымен наградталған аналарға </w:t>
            </w:r>
            <w:proofErr w:type="spellStart"/>
            <w:r w:rsidRPr="00277704">
              <w:rPr>
                <w:i/>
                <w:sz w:val="20"/>
                <w:szCs w:val="20"/>
              </w:rPr>
              <w:t>жәрдемақы</w:t>
            </w:r>
            <w:proofErr w:type="spellEnd"/>
            <w:r w:rsidRPr="00277704">
              <w:rPr>
                <w:i/>
                <w:sz w:val="20"/>
                <w:szCs w:val="20"/>
                <w:lang w:val="kk-KZ"/>
              </w:rPr>
              <w:t xml:space="preserve"> тағайындау</w:t>
            </w:r>
            <w:r w:rsidRPr="00277704">
              <w:rPr>
                <w:rFonts w:eastAsia="Times New Roman"/>
                <w:i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DAC9E5" w14:textId="77777777" w:rsidR="00155DD5" w:rsidRPr="00277704" w:rsidRDefault="00155DD5" w:rsidP="000D5BEC">
            <w:pPr>
              <w:jc w:val="center"/>
              <w:rPr>
                <w:szCs w:val="24"/>
              </w:rPr>
            </w:pPr>
            <w:r>
              <w:rPr>
                <w:sz w:val="26"/>
                <w:szCs w:val="26"/>
                <w:lang w:val="kk-KZ"/>
              </w:rPr>
              <w:t>427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00984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389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9F70E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255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78F5B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239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3638A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682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E5191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628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BF681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-7,92</w:t>
            </w:r>
          </w:p>
        </w:tc>
      </w:tr>
      <w:tr w:rsidR="00155DD5" w:rsidRPr="00277704" w14:paraId="0E170B84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69FBD" w14:textId="77777777" w:rsidR="00155DD5" w:rsidRPr="00277704" w:rsidRDefault="00155DD5" w:rsidP="000D5BEC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277704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11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.Көпбалалы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отбасыларға</w:t>
            </w:r>
            <w:proofErr w:type="spellEnd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жәрдемақы</w:t>
            </w:r>
            <w:proofErr w:type="spellEnd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тағайындау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AD3A1" w14:textId="77777777" w:rsidR="00155DD5" w:rsidRPr="00277704" w:rsidRDefault="00155DD5" w:rsidP="000D5BEC">
            <w:pPr>
              <w:jc w:val="center"/>
              <w:rPr>
                <w:szCs w:val="24"/>
              </w:rPr>
            </w:pPr>
            <w:r>
              <w:rPr>
                <w:sz w:val="26"/>
                <w:szCs w:val="26"/>
                <w:lang w:val="kk-KZ"/>
              </w:rPr>
              <w:t>2874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58348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2532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0A390B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12317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5DAB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16005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560EF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15191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47550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18537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5324A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22,03</w:t>
            </w:r>
          </w:p>
        </w:tc>
      </w:tr>
      <w:tr w:rsidR="00155DD5" w:rsidRPr="00277704" w14:paraId="39AC1480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17722" w14:textId="77777777" w:rsidR="00155DD5" w:rsidRPr="00155DD5" w:rsidRDefault="00155DD5" w:rsidP="000D5BEC">
            <w:pPr>
              <w:rPr>
                <w:b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12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Күтім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жасаушы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адамға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жәрдемақы</w:t>
            </w:r>
            <w:proofErr w:type="spellEnd"/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тағайындау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42554" w14:textId="77777777" w:rsidR="00155DD5" w:rsidRPr="00277704" w:rsidRDefault="00155DD5" w:rsidP="000D5BEC">
            <w:pPr>
              <w:tabs>
                <w:tab w:val="left" w:pos="645"/>
                <w:tab w:val="center" w:pos="873"/>
              </w:tabs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505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8B00D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766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6C6D4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458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68045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550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394F6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963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65632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1316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571D1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-9,46</w:t>
            </w:r>
          </w:p>
        </w:tc>
      </w:tr>
      <w:tr w:rsidR="00155DD5" w:rsidRPr="00277704" w14:paraId="74C7D647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B4779" w14:textId="77777777" w:rsidR="00155DD5" w:rsidRPr="00277704" w:rsidRDefault="00155DD5" w:rsidP="000D5BEC">
            <w:pPr>
              <w:rPr>
                <w:b/>
                <w:i/>
                <w:iCs/>
                <w:color w:val="000000"/>
                <w:sz w:val="20"/>
                <w:szCs w:val="20"/>
              </w:rPr>
            </w:pPr>
            <w:r w:rsidRPr="00277704">
              <w:rPr>
                <w:rFonts w:eastAsia="Times New Roman"/>
                <w:b/>
                <w:i/>
                <w:sz w:val="20"/>
                <w:szCs w:val="20"/>
                <w:lang w:eastAsia="ru-RU"/>
              </w:rPr>
              <w:t>13</w:t>
            </w:r>
            <w:r w:rsidRPr="00277704">
              <w:rPr>
                <w:rFonts w:eastAsia="Times New Roman"/>
                <w:i/>
                <w:sz w:val="20"/>
                <w:szCs w:val="20"/>
                <w:lang w:eastAsia="ru-RU"/>
              </w:rPr>
              <w:t>.</w:t>
            </w:r>
            <w:r w:rsidRPr="0027770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Арнаулы</w:t>
            </w:r>
            <w:proofErr w:type="spellEnd"/>
            <w:r w:rsidRPr="0027770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кәсіптік</w:t>
            </w:r>
            <w:proofErr w:type="spellEnd"/>
            <w:r w:rsidRPr="0027770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жәрдемақы</w:t>
            </w:r>
            <w:proofErr w:type="spellEnd"/>
            <w:r w:rsidRPr="00277704">
              <w:rPr>
                <w:i/>
                <w:sz w:val="20"/>
                <w:szCs w:val="20"/>
                <w:lang w:val="kk-KZ"/>
              </w:rPr>
              <w:t xml:space="preserve"> тағайындау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19FAE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7D54A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E541E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 w:rsidRPr="007E532F">
              <w:rPr>
                <w:sz w:val="26"/>
                <w:szCs w:val="26"/>
                <w:lang w:val="kk-KZ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DF3BE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en-US"/>
              </w:rPr>
            </w:pPr>
            <w:r w:rsidRPr="007E532F">
              <w:rPr>
                <w:b/>
                <w:sz w:val="26"/>
                <w:szCs w:val="26"/>
                <w:lang w:val="kk-KZ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C88A1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148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262B4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1618A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-9,46</w:t>
            </w:r>
          </w:p>
        </w:tc>
      </w:tr>
      <w:tr w:rsidR="00155DD5" w:rsidRPr="00277704" w14:paraId="4A2F54AC" w14:textId="77777777" w:rsidTr="000D5BEC">
        <w:trPr>
          <w:trHeight w:val="800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745868" w14:textId="77777777" w:rsidR="00155DD5" w:rsidRPr="00155DD5" w:rsidRDefault="00155DD5" w:rsidP="000D5BEC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14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277704">
              <w:rPr>
                <w:i/>
                <w:sz w:val="20"/>
                <w:szCs w:val="20"/>
              </w:rPr>
              <w:t>Семей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277704">
              <w:rPr>
                <w:i/>
                <w:sz w:val="20"/>
                <w:szCs w:val="20"/>
              </w:rPr>
              <w:t>полигоны</w:t>
            </w:r>
            <w:r w:rsidRPr="00277704">
              <w:rPr>
                <w:i/>
                <w:sz w:val="20"/>
                <w:szCs w:val="20"/>
                <w:lang w:val="kk-KZ"/>
              </w:rPr>
              <w:t>нын зардап шеккендерге арналған біржолғы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төлем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тағайындау</w:t>
            </w:r>
            <w:proofErr w:type="spellEnd"/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055F0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285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DAEF5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256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DAD85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 w:rsidRPr="007E532F">
              <w:rPr>
                <w:sz w:val="26"/>
                <w:szCs w:val="26"/>
                <w:lang w:val="kk-KZ"/>
              </w:rPr>
              <w:t>17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689DB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en-US"/>
              </w:rPr>
            </w:pPr>
            <w:r w:rsidRPr="007E532F">
              <w:rPr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3556C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302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0F948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257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83253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-14,90</w:t>
            </w:r>
          </w:p>
        </w:tc>
      </w:tr>
      <w:tr w:rsidR="00155DD5" w:rsidRPr="00277704" w14:paraId="19C238A5" w14:textId="77777777" w:rsidTr="000D5BEC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01F02" w14:textId="77777777" w:rsidR="00155DD5" w:rsidRPr="00155DD5" w:rsidRDefault="00155DD5" w:rsidP="000D5BEC">
            <w:pPr>
              <w:rPr>
                <w:b/>
                <w:i/>
                <w:iCs/>
                <w:sz w:val="20"/>
                <w:szCs w:val="20"/>
                <w:lang w:val="en-US"/>
              </w:rPr>
            </w:pPr>
            <w:r w:rsidRPr="00155DD5">
              <w:rPr>
                <w:rFonts w:eastAsia="Times New Roman"/>
                <w:b/>
                <w:i/>
                <w:sz w:val="20"/>
                <w:szCs w:val="20"/>
                <w:lang w:val="en-US" w:eastAsia="ru-RU"/>
              </w:rPr>
              <w:t>15</w:t>
            </w:r>
            <w:r w:rsidRPr="00155DD5">
              <w:rPr>
                <w:rFonts w:eastAsia="Times New Roman"/>
                <w:i/>
                <w:sz w:val="20"/>
                <w:szCs w:val="20"/>
                <w:lang w:val="en-US" w:eastAsia="ru-RU"/>
              </w:rPr>
              <w:t>.</w:t>
            </w:r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Саяси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қуғын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noBreakHyphen/>
            </w:r>
            <w:proofErr w:type="spellStart"/>
            <w:r w:rsidRPr="00277704">
              <w:rPr>
                <w:i/>
                <w:sz w:val="20"/>
                <w:szCs w:val="20"/>
              </w:rPr>
              <w:t>сүргін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77704">
              <w:rPr>
                <w:i/>
                <w:sz w:val="20"/>
                <w:szCs w:val="20"/>
              </w:rPr>
              <w:t>құрбандары</w:t>
            </w:r>
            <w:proofErr w:type="spellEnd"/>
            <w:r w:rsidRPr="00155DD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277704">
              <w:rPr>
                <w:i/>
                <w:sz w:val="20"/>
                <w:szCs w:val="20"/>
                <w:lang w:val="kk-KZ"/>
              </w:rPr>
              <w:t>берілетін біржолғы төлем тағайындау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23F02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42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7FACD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 w:rsidRPr="007E532F">
              <w:rPr>
                <w:b/>
                <w:sz w:val="26"/>
                <w:szCs w:val="26"/>
                <w:lang w:val="kk-KZ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D8AD3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 w:rsidRPr="007E532F">
              <w:rPr>
                <w:sz w:val="26"/>
                <w:szCs w:val="26"/>
                <w:lang w:val="kk-KZ"/>
              </w:rPr>
              <w:t>41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3A057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en-US"/>
              </w:rPr>
            </w:pPr>
            <w:r w:rsidRPr="007E532F">
              <w:rPr>
                <w:b/>
                <w:sz w:val="26"/>
                <w:szCs w:val="26"/>
                <w:lang w:val="kk-KZ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ADB5C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83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E2348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 w:rsidRPr="007E532F">
              <w:rPr>
                <w:b/>
                <w:sz w:val="26"/>
                <w:szCs w:val="26"/>
                <w:lang w:val="kk-KZ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C36E1" w14:textId="77777777" w:rsidR="00155DD5" w:rsidRPr="00277704" w:rsidRDefault="00155DD5" w:rsidP="000D5BEC">
            <w:pPr>
              <w:jc w:val="center"/>
              <w:rPr>
                <w:bCs/>
                <w:i/>
                <w:iCs/>
                <w:lang w:val="kk-KZ"/>
              </w:rPr>
            </w:pPr>
            <w:r>
              <w:rPr>
                <w:bCs/>
                <w:i/>
                <w:iCs/>
                <w:szCs w:val="24"/>
                <w:lang w:val="kk-KZ"/>
              </w:rPr>
              <w:t>-91,57</w:t>
            </w:r>
          </w:p>
        </w:tc>
      </w:tr>
      <w:tr w:rsidR="00155DD5" w:rsidRPr="00277704" w14:paraId="661BC243" w14:textId="77777777" w:rsidTr="000D5BEC">
        <w:trPr>
          <w:trHeight w:val="517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3E2CA" w14:textId="77777777" w:rsidR="00155DD5" w:rsidRPr="00277704" w:rsidRDefault="00155DD5" w:rsidP="000D5BEC">
            <w:pPr>
              <w:rPr>
                <w:bCs/>
                <w:i/>
                <w:iCs/>
                <w:szCs w:val="24"/>
                <w:lang w:val="kk-KZ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038D8" w14:textId="77777777" w:rsidR="00155DD5" w:rsidRPr="00277704" w:rsidRDefault="00155DD5" w:rsidP="000D5BEC">
            <w:pPr>
              <w:jc w:val="center"/>
              <w:rPr>
                <w:szCs w:val="24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554</w:t>
            </w:r>
            <w:r>
              <w:rPr>
                <w:sz w:val="26"/>
                <w:szCs w:val="26"/>
                <w:lang w:val="en-US"/>
              </w:rPr>
              <w:t>68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1B207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57334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77E41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41632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33091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47606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B2A48" w14:textId="77777777" w:rsidR="00155DD5" w:rsidRPr="00277704" w:rsidRDefault="00155DD5" w:rsidP="000D5BEC">
            <w:pPr>
              <w:jc w:val="center"/>
              <w:rPr>
                <w:szCs w:val="24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97103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1CC85" w14:textId="77777777" w:rsidR="00155DD5" w:rsidRPr="00277704" w:rsidRDefault="00155DD5" w:rsidP="000D5BEC">
            <w:pPr>
              <w:jc w:val="center"/>
              <w:rPr>
                <w:b/>
                <w:szCs w:val="24"/>
                <w:lang w:val="kk-KZ"/>
              </w:rPr>
            </w:pPr>
            <w:r>
              <w:rPr>
                <w:b/>
                <w:sz w:val="26"/>
                <w:szCs w:val="26"/>
                <w:lang w:val="en-US"/>
              </w:rPr>
              <w:t>104940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E547" w14:textId="77777777" w:rsidR="00155DD5" w:rsidRPr="00277704" w:rsidRDefault="00155DD5" w:rsidP="000D5BEC">
            <w:pPr>
              <w:jc w:val="center"/>
              <w:rPr>
                <w:b/>
                <w:i/>
                <w:iCs/>
                <w:lang w:val="kk-KZ"/>
              </w:rPr>
            </w:pPr>
            <w:r>
              <w:rPr>
                <w:b/>
                <w:i/>
                <w:iCs/>
                <w:szCs w:val="24"/>
                <w:lang w:val="kk-KZ"/>
              </w:rPr>
              <w:t>8,07</w:t>
            </w:r>
          </w:p>
        </w:tc>
      </w:tr>
    </w:tbl>
    <w:p w14:paraId="51F86CB7" w14:textId="77777777" w:rsidR="003C1212" w:rsidRPr="00155DD5" w:rsidRDefault="003C1212" w:rsidP="001E3C07">
      <w:pPr>
        <w:spacing w:after="0"/>
        <w:jc w:val="both"/>
        <w:rPr>
          <w:rFonts w:cs="Times New Roman"/>
          <w:b/>
          <w:sz w:val="28"/>
          <w:szCs w:val="28"/>
          <w:lang w:val="ru-RU"/>
        </w:rPr>
      </w:pPr>
    </w:p>
    <w:sectPr w:rsidR="003C1212" w:rsidRPr="00155DD5" w:rsidSect="001E3C07">
      <w:pgSz w:w="12240" w:h="15840"/>
      <w:pgMar w:top="1440" w:right="9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221"/>
    <w:rsid w:val="000511D8"/>
    <w:rsid w:val="0006063C"/>
    <w:rsid w:val="00090514"/>
    <w:rsid w:val="0015074B"/>
    <w:rsid w:val="00155DD5"/>
    <w:rsid w:val="00170B32"/>
    <w:rsid w:val="001B249F"/>
    <w:rsid w:val="001E3C07"/>
    <w:rsid w:val="001F6EA0"/>
    <w:rsid w:val="00201BB4"/>
    <w:rsid w:val="0029639D"/>
    <w:rsid w:val="003037B5"/>
    <w:rsid w:val="00326F90"/>
    <w:rsid w:val="003C1212"/>
    <w:rsid w:val="003E1A67"/>
    <w:rsid w:val="004249EF"/>
    <w:rsid w:val="00497995"/>
    <w:rsid w:val="00584C20"/>
    <w:rsid w:val="006212D5"/>
    <w:rsid w:val="00634AFA"/>
    <w:rsid w:val="008262BA"/>
    <w:rsid w:val="0089654E"/>
    <w:rsid w:val="00901333"/>
    <w:rsid w:val="00975878"/>
    <w:rsid w:val="00AA1D8D"/>
    <w:rsid w:val="00AA4937"/>
    <w:rsid w:val="00AB5BF0"/>
    <w:rsid w:val="00B47730"/>
    <w:rsid w:val="00B84E5C"/>
    <w:rsid w:val="00C06D46"/>
    <w:rsid w:val="00C60B5E"/>
    <w:rsid w:val="00C87D46"/>
    <w:rsid w:val="00CB0664"/>
    <w:rsid w:val="00EB1180"/>
    <w:rsid w:val="00EB15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CB3C8"/>
  <w14:defaultImageDpi w14:val="300"/>
  <w15:docId w15:val="{8B2E9B2A-021A-4DD4-812A-8F7418AA4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1B249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ypks7kbdpwfgdykd3qb9">
    <w:name w:val="ypks7kbdpwfgdykd3qb9"/>
    <w:basedOn w:val="a2"/>
    <w:rsid w:val="001B249F"/>
  </w:style>
  <w:style w:type="character" w:customStyle="1" w:styleId="docdata">
    <w:name w:val="docdata"/>
    <w:aliases w:val="docy,v5,1735,bqiaagaaeyqcaaagiaiaaamubgaabtwgaaaaaaaaaaaaaaaaaaaaaaaaaaaaaaaaaaaaaaaaaaaaaaaaaaaaaaaaaaaaaaaaaaaaaaaaaaaaaaaaaaaaaaaaaaaaaaaaaaaaaaaaaaaaaaaaaaaaaaaaaaaaaaaaaaaaaaaaaaaaaaaaaaaaaaaaaaaaaaaaaaaaaaaaaaaaaaaaaaaaaaaaaaaaaaaaaaaaaaaa"/>
    <w:basedOn w:val="a2"/>
    <w:rsid w:val="003C1212"/>
  </w:style>
  <w:style w:type="table" w:customStyle="1" w:styleId="14">
    <w:name w:val="Сетка таблицы1"/>
    <w:basedOn w:val="a3"/>
    <w:uiPriority w:val="59"/>
    <w:rsid w:val="00975878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60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58C82A-14B8-4D1B-AE34-164DD0736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2026-09-21T10:56:00Z</dcterms:created>
  <dcterms:modified xsi:type="dcterms:W3CDTF">2026-10-08T12:50:00Z</dcterms:modified>
  <cp:category/>
</cp:coreProperties>
</file>