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01-05-13-01/563 от 07.10.2026</w:t>
      </w:r>
    </w:p>
    <w:p w14:paraId="023F1FEE" w14:textId="77777777" w:rsidR="000B4B39" w:rsidRPr="00F449C5" w:rsidRDefault="000B4B39" w:rsidP="00F449C5">
      <w:pPr>
        <w:pStyle w:val="isselectedend"/>
        <w:jc w:val="center"/>
        <w:rPr>
          <w:rFonts w:ascii="Arial" w:hAnsi="Arial" w:cs="Arial"/>
          <w:sz w:val="28"/>
          <w:szCs w:val="28"/>
        </w:rPr>
      </w:pPr>
      <w:r w:rsidRPr="00F449C5">
        <w:rPr>
          <w:rStyle w:val="af6"/>
          <w:rFonts w:ascii="Arial" w:hAnsi="Arial" w:cs="Arial"/>
          <w:sz w:val="28"/>
          <w:szCs w:val="28"/>
        </w:rPr>
        <w:t>ХАТТАМА</w:t>
      </w:r>
      <w:r w:rsidRPr="00F449C5">
        <w:rPr>
          <w:rFonts w:ascii="Arial" w:hAnsi="Arial" w:cs="Arial"/>
          <w:sz w:val="28"/>
          <w:szCs w:val="28"/>
        </w:rPr>
        <w:br/>
      </w:r>
      <w:r w:rsidRPr="00F449C5">
        <w:rPr>
          <w:rStyle w:val="af6"/>
          <w:rFonts w:ascii="Arial" w:hAnsi="Arial" w:cs="Arial"/>
          <w:sz w:val="28"/>
          <w:szCs w:val="28"/>
        </w:rPr>
        <w:t>Қазақстан Республикасы Өнеркәсіп және құрылыс вице-министрінің</w:t>
      </w:r>
      <w:r w:rsidRPr="00F449C5">
        <w:rPr>
          <w:rFonts w:ascii="Arial" w:hAnsi="Arial" w:cs="Arial"/>
          <w:sz w:val="28"/>
          <w:szCs w:val="28"/>
        </w:rPr>
        <w:br/>
      </w:r>
      <w:r w:rsidRPr="00F449C5">
        <w:rPr>
          <w:rStyle w:val="af6"/>
          <w:rFonts w:ascii="Arial" w:hAnsi="Arial" w:cs="Arial"/>
          <w:sz w:val="28"/>
          <w:szCs w:val="28"/>
        </w:rPr>
        <w:t>Батыс Қазақстан облысының халқымен кездесуі</w:t>
      </w:r>
    </w:p>
    <w:p w14:paraId="4AB898D8" w14:textId="27564C32" w:rsidR="000B4B39" w:rsidRDefault="000B4B39" w:rsidP="000B4B39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F449C5">
        <w:rPr>
          <w:rFonts w:ascii="Arial" w:hAnsi="Arial" w:cs="Arial"/>
          <w:sz w:val="28"/>
          <w:szCs w:val="28"/>
        </w:rPr>
        <w:t>Орал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қаласы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r w:rsidR="00F449C5" w:rsidRPr="00F449C5">
        <w:rPr>
          <w:rFonts w:ascii="Arial" w:hAnsi="Arial" w:cs="Arial"/>
          <w:sz w:val="28"/>
          <w:szCs w:val="28"/>
        </w:rPr>
        <w:tab/>
      </w:r>
      <w:r w:rsidR="00F449C5" w:rsidRPr="00F449C5">
        <w:rPr>
          <w:rFonts w:ascii="Arial" w:hAnsi="Arial" w:cs="Arial"/>
          <w:sz w:val="28"/>
          <w:szCs w:val="28"/>
        </w:rPr>
        <w:tab/>
      </w:r>
      <w:r w:rsidR="00F449C5" w:rsidRPr="00F449C5">
        <w:rPr>
          <w:rFonts w:ascii="Arial" w:hAnsi="Arial" w:cs="Arial"/>
          <w:sz w:val="28"/>
          <w:szCs w:val="28"/>
        </w:rPr>
        <w:tab/>
      </w:r>
      <w:r w:rsidR="00F449C5" w:rsidRPr="00F449C5">
        <w:rPr>
          <w:rFonts w:ascii="Arial" w:hAnsi="Arial" w:cs="Arial"/>
          <w:sz w:val="28"/>
          <w:szCs w:val="28"/>
        </w:rPr>
        <w:tab/>
      </w:r>
      <w:r w:rsidR="00F449C5" w:rsidRPr="00F449C5">
        <w:rPr>
          <w:rFonts w:ascii="Arial" w:hAnsi="Arial" w:cs="Arial"/>
          <w:sz w:val="28"/>
          <w:szCs w:val="28"/>
        </w:rPr>
        <w:tab/>
      </w:r>
      <w:r w:rsidRPr="00F449C5">
        <w:rPr>
          <w:rFonts w:ascii="Arial" w:hAnsi="Arial" w:cs="Arial"/>
          <w:sz w:val="28"/>
          <w:szCs w:val="28"/>
        </w:rPr>
        <w:t xml:space="preserve">№ ______ </w:t>
      </w:r>
      <w:r w:rsidR="00F449C5" w:rsidRPr="00F449C5">
        <w:rPr>
          <w:rFonts w:ascii="Arial" w:hAnsi="Arial" w:cs="Arial"/>
          <w:sz w:val="28"/>
          <w:szCs w:val="28"/>
        </w:rPr>
        <w:tab/>
      </w:r>
      <w:r w:rsidR="00F449C5" w:rsidRPr="00F449C5">
        <w:rPr>
          <w:rFonts w:ascii="Arial" w:hAnsi="Arial" w:cs="Arial"/>
          <w:sz w:val="28"/>
          <w:szCs w:val="28"/>
        </w:rPr>
        <w:tab/>
      </w:r>
      <w:r w:rsidR="00F449C5" w:rsidRPr="00461BBC">
        <w:rPr>
          <w:rFonts w:ascii="Arial" w:hAnsi="Arial" w:cs="Arial"/>
          <w:sz w:val="28"/>
          <w:szCs w:val="28"/>
        </w:rPr>
        <w:t>2</w:t>
      </w:r>
      <w:r w:rsidRPr="00F449C5">
        <w:rPr>
          <w:rFonts w:ascii="Arial" w:hAnsi="Arial" w:cs="Arial"/>
          <w:sz w:val="28"/>
          <w:szCs w:val="28"/>
        </w:rPr>
        <w:t xml:space="preserve">026 </w:t>
      </w:r>
      <w:proofErr w:type="spellStart"/>
      <w:r w:rsidRPr="00F449C5">
        <w:rPr>
          <w:rFonts w:ascii="Arial" w:hAnsi="Arial" w:cs="Arial"/>
          <w:sz w:val="28"/>
          <w:szCs w:val="28"/>
        </w:rPr>
        <w:t>жылғы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1 </w:t>
      </w:r>
      <w:proofErr w:type="spellStart"/>
      <w:r w:rsidRPr="00F449C5">
        <w:rPr>
          <w:rFonts w:ascii="Arial" w:hAnsi="Arial" w:cs="Arial"/>
          <w:sz w:val="28"/>
          <w:szCs w:val="28"/>
        </w:rPr>
        <w:t>қазан</w:t>
      </w:r>
      <w:proofErr w:type="spellEnd"/>
    </w:p>
    <w:p w14:paraId="23BF7B47" w14:textId="06B22EFE" w:rsidR="00F449C5" w:rsidRPr="00F449C5" w:rsidRDefault="000B4B39" w:rsidP="00F449C5">
      <w:pPr>
        <w:pStyle w:val="isselectedend"/>
        <w:ind w:left="5760" w:hanging="5760"/>
        <w:rPr>
          <w:rFonts w:ascii="Arial" w:hAnsi="Arial" w:cs="Arial"/>
          <w:sz w:val="28"/>
          <w:szCs w:val="28"/>
        </w:rPr>
      </w:pPr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Төрағалық</w:t>
      </w:r>
      <w:proofErr w:type="spellEnd"/>
      <w:r w:rsidRPr="00F449C5">
        <w:rPr>
          <w:rStyle w:val="af6"/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етті</w:t>
      </w:r>
      <w:proofErr w:type="spellEnd"/>
      <w:r w:rsidRPr="00F449C5">
        <w:rPr>
          <w:rStyle w:val="af6"/>
          <w:rFonts w:ascii="Arial" w:hAnsi="Arial" w:cs="Arial"/>
          <w:sz w:val="28"/>
          <w:szCs w:val="28"/>
        </w:rPr>
        <w:t>:</w:t>
      </w:r>
      <w:r w:rsidR="00F449C5" w:rsidRPr="00F449C5">
        <w:rPr>
          <w:rFonts w:ascii="Arial" w:hAnsi="Arial" w:cs="Arial"/>
          <w:sz w:val="28"/>
          <w:szCs w:val="28"/>
        </w:rPr>
        <w:t xml:space="preserve"> </w:t>
      </w:r>
      <w:r w:rsidR="00F449C5" w:rsidRPr="00461BBC">
        <w:rPr>
          <w:rFonts w:ascii="Arial" w:hAnsi="Arial" w:cs="Arial"/>
          <w:sz w:val="28"/>
          <w:szCs w:val="28"/>
        </w:rPr>
        <w:t xml:space="preserve">                                             </w:t>
      </w:r>
      <w:proofErr w:type="spellStart"/>
      <w:r w:rsidR="00F449C5" w:rsidRPr="00F449C5">
        <w:rPr>
          <w:rFonts w:ascii="Arial" w:hAnsi="Arial" w:cs="Arial"/>
          <w:sz w:val="28"/>
          <w:szCs w:val="28"/>
        </w:rPr>
        <w:t>Қазақстан</w:t>
      </w:r>
      <w:proofErr w:type="spellEnd"/>
      <w:r w:rsidR="00F449C5"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449C5" w:rsidRPr="00F449C5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F449C5" w:rsidRPr="00F449C5">
        <w:rPr>
          <w:rFonts w:ascii="Arial" w:hAnsi="Arial" w:cs="Arial"/>
          <w:sz w:val="28"/>
          <w:szCs w:val="28"/>
        </w:rPr>
        <w:br/>
      </w:r>
      <w:proofErr w:type="spellStart"/>
      <w:r w:rsidR="00F449C5" w:rsidRPr="00F449C5">
        <w:rPr>
          <w:rFonts w:ascii="Arial" w:hAnsi="Arial" w:cs="Arial"/>
          <w:sz w:val="28"/>
          <w:szCs w:val="28"/>
        </w:rPr>
        <w:t>Өнеркәсіп</w:t>
      </w:r>
      <w:proofErr w:type="spellEnd"/>
      <w:r w:rsidR="00F449C5"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449C5" w:rsidRPr="00F449C5">
        <w:rPr>
          <w:rFonts w:ascii="Arial" w:hAnsi="Arial" w:cs="Arial"/>
          <w:sz w:val="28"/>
          <w:szCs w:val="28"/>
        </w:rPr>
        <w:t>және</w:t>
      </w:r>
      <w:proofErr w:type="spellEnd"/>
      <w:r w:rsidR="00F449C5"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449C5" w:rsidRPr="00F449C5">
        <w:rPr>
          <w:rFonts w:ascii="Arial" w:hAnsi="Arial" w:cs="Arial"/>
          <w:sz w:val="28"/>
          <w:szCs w:val="28"/>
        </w:rPr>
        <w:t>құрылыс</w:t>
      </w:r>
      <w:proofErr w:type="spellEnd"/>
      <w:r w:rsidR="00F449C5"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449C5" w:rsidRPr="00F449C5">
        <w:rPr>
          <w:rFonts w:ascii="Arial" w:hAnsi="Arial" w:cs="Arial"/>
          <w:sz w:val="28"/>
          <w:szCs w:val="28"/>
        </w:rPr>
        <w:t>вице-министрі</w:t>
      </w:r>
      <w:proofErr w:type="spellEnd"/>
      <w:r w:rsidR="00F449C5" w:rsidRPr="00F449C5">
        <w:rPr>
          <w:rFonts w:ascii="Arial" w:hAnsi="Arial" w:cs="Arial"/>
          <w:sz w:val="28"/>
          <w:szCs w:val="28"/>
        </w:rPr>
        <w:br/>
      </w:r>
      <w:r w:rsidR="006F1922" w:rsidRPr="00F449C5">
        <w:rPr>
          <w:rStyle w:val="af6"/>
          <w:rFonts w:ascii="Arial" w:hAnsi="Arial" w:cs="Arial"/>
          <w:sz w:val="28"/>
          <w:szCs w:val="28"/>
        </w:rPr>
        <w:t>Қ.Ж.</w:t>
      </w:r>
      <w:r w:rsidR="006F1922">
        <w:rPr>
          <w:rStyle w:val="af6"/>
          <w:rFonts w:ascii="Arial" w:hAnsi="Arial" w:cs="Arial"/>
          <w:sz w:val="28"/>
          <w:szCs w:val="28"/>
          <w:lang w:val="kk-KZ"/>
        </w:rPr>
        <w:t xml:space="preserve"> </w:t>
      </w:r>
      <w:r w:rsidR="00F449C5" w:rsidRPr="00F449C5">
        <w:rPr>
          <w:rStyle w:val="af6"/>
          <w:rFonts w:ascii="Arial" w:hAnsi="Arial" w:cs="Arial"/>
          <w:sz w:val="28"/>
          <w:szCs w:val="28"/>
        </w:rPr>
        <w:t xml:space="preserve">Қажкенов </w:t>
      </w:r>
    </w:p>
    <w:p w14:paraId="72666337" w14:textId="16208992" w:rsidR="000B4B39" w:rsidRPr="00F449C5" w:rsidRDefault="000B4B39" w:rsidP="000B4B39">
      <w:pPr>
        <w:pStyle w:val="isselectedend"/>
        <w:rPr>
          <w:rFonts w:ascii="Arial" w:hAnsi="Arial" w:cs="Arial"/>
          <w:sz w:val="28"/>
          <w:szCs w:val="28"/>
        </w:rPr>
      </w:pPr>
      <w:r w:rsidRPr="00F449C5">
        <w:rPr>
          <w:rStyle w:val="af6"/>
          <w:rFonts w:ascii="Arial" w:hAnsi="Arial" w:cs="Arial"/>
          <w:sz w:val="28"/>
          <w:szCs w:val="28"/>
        </w:rPr>
        <w:t>Қатысқандар</w:t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 xml:space="preserve"> </w:t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ab/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ab/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ab/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ab/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ab/>
      </w:r>
      <w:r w:rsidR="00F449C5" w:rsidRPr="00F449C5">
        <w:rPr>
          <w:rStyle w:val="af6"/>
          <w:rFonts w:ascii="Arial" w:hAnsi="Arial" w:cs="Arial"/>
          <w:sz w:val="28"/>
          <w:szCs w:val="28"/>
          <w:lang w:val="ru-RU"/>
        </w:rPr>
        <w:tab/>
      </w:r>
      <w:r w:rsidRPr="00F449C5">
        <w:rPr>
          <w:rFonts w:ascii="Arial" w:hAnsi="Arial" w:cs="Arial"/>
          <w:sz w:val="28"/>
          <w:szCs w:val="28"/>
        </w:rPr>
        <w:t>(тізім бойынша)</w:t>
      </w:r>
    </w:p>
    <w:p w14:paraId="5CF9278B" w14:textId="5A74E0A9" w:rsidR="000B4B39" w:rsidRDefault="000B4B39" w:rsidP="00670406">
      <w:pPr>
        <w:pStyle w:val="31"/>
        <w:numPr>
          <w:ilvl w:val="0"/>
          <w:numId w:val="10"/>
        </w:numPr>
        <w:jc w:val="center"/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proofErr w:type="spellStart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Халықпен</w:t>
      </w:r>
      <w:proofErr w:type="spellEnd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кездесу</w:t>
      </w:r>
      <w:proofErr w:type="spellEnd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қорытындысы</w:t>
      </w:r>
      <w:proofErr w:type="spellEnd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D862F5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бойынша</w:t>
      </w:r>
      <w:proofErr w:type="spellEnd"/>
    </w:p>
    <w:p w14:paraId="6A0E1FC3" w14:textId="5FCA9F0C" w:rsidR="00357B53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F449C5">
        <w:rPr>
          <w:rStyle w:val="af6"/>
          <w:rFonts w:ascii="Arial" w:hAnsi="Arial" w:cs="Arial"/>
          <w:sz w:val="28"/>
          <w:szCs w:val="28"/>
        </w:rPr>
        <w:t>1. Қала құрылысы және тұрғын үй-коммуналдық саясат департаменті 2026 жылғы 1 қарашаға дейін</w:t>
      </w:r>
      <w:r w:rsidR="00357B53">
        <w:rPr>
          <w:rStyle w:val="af6"/>
          <w:rFonts w:ascii="Arial" w:hAnsi="Arial" w:cs="Arial"/>
          <w:sz w:val="28"/>
          <w:szCs w:val="28"/>
          <w:lang w:val="kk-KZ"/>
        </w:rPr>
        <w:t>гі</w:t>
      </w:r>
      <w:r w:rsidRPr="00F449C5">
        <w:rPr>
          <w:rFonts w:ascii="Arial" w:hAnsi="Arial" w:cs="Arial"/>
          <w:sz w:val="28"/>
          <w:szCs w:val="28"/>
        </w:rPr>
        <w:t xml:space="preserve"> </w:t>
      </w:r>
      <w:r w:rsidR="00357B53" w:rsidRPr="00357B53">
        <w:rPr>
          <w:rFonts w:ascii="Arial" w:hAnsi="Arial" w:cs="Arial"/>
          <w:b/>
          <w:bCs/>
          <w:sz w:val="28"/>
          <w:szCs w:val="28"/>
          <w:lang w:val="kk-KZ"/>
        </w:rPr>
        <w:t>мерзімде</w:t>
      </w:r>
      <w:r w:rsidR="00357B53">
        <w:rPr>
          <w:rFonts w:ascii="Arial" w:hAnsi="Arial" w:cs="Arial"/>
          <w:sz w:val="28"/>
          <w:szCs w:val="28"/>
          <w:lang w:val="kk-KZ"/>
        </w:rPr>
        <w:t xml:space="preserve"> </w:t>
      </w:r>
      <w:r w:rsidR="00357B53" w:rsidRPr="00F449C5">
        <w:rPr>
          <w:rFonts w:ascii="Arial" w:hAnsi="Arial" w:cs="Arial"/>
          <w:sz w:val="28"/>
          <w:szCs w:val="28"/>
        </w:rPr>
        <w:t xml:space="preserve">«Отбасы банкпен» бірлесіп </w:t>
      </w:r>
      <w:r w:rsidRPr="00F449C5">
        <w:rPr>
          <w:rFonts w:ascii="Arial" w:hAnsi="Arial" w:cs="Arial"/>
          <w:sz w:val="28"/>
          <w:szCs w:val="28"/>
        </w:rPr>
        <w:t xml:space="preserve">тұрғын </w:t>
      </w:r>
      <w:proofErr w:type="spellStart"/>
      <w:r w:rsidRPr="00F449C5">
        <w:rPr>
          <w:rFonts w:ascii="Arial" w:hAnsi="Arial" w:cs="Arial"/>
          <w:sz w:val="28"/>
          <w:szCs w:val="28"/>
        </w:rPr>
        <w:t>үй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кезегінде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тұрған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жетім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балалар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санатындағы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азаматтар</w:t>
      </w:r>
      <w:r w:rsidR="00357B53">
        <w:rPr>
          <w:rFonts w:ascii="Arial" w:hAnsi="Arial" w:cs="Arial"/>
          <w:sz w:val="28"/>
          <w:szCs w:val="28"/>
          <w:lang w:val="ru-RU"/>
        </w:rPr>
        <w:t>ға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тұрғын</w:t>
      </w:r>
      <w:proofErr w:type="spellEnd"/>
      <w:r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Fonts w:ascii="Arial" w:hAnsi="Arial" w:cs="Arial"/>
          <w:sz w:val="28"/>
          <w:szCs w:val="28"/>
        </w:rPr>
        <w:t>үй</w:t>
      </w:r>
      <w:proofErr w:type="spellEnd"/>
      <w:r w:rsidR="00357B53">
        <w:rPr>
          <w:rFonts w:ascii="Arial" w:hAnsi="Arial" w:cs="Arial"/>
          <w:sz w:val="28"/>
          <w:szCs w:val="28"/>
          <w:lang w:val="kk-KZ"/>
        </w:rPr>
        <w:t xml:space="preserve"> беру </w:t>
      </w:r>
      <w:proofErr w:type="spellStart"/>
      <w:r w:rsidR="00357B53" w:rsidRPr="00F449C5">
        <w:rPr>
          <w:rFonts w:ascii="Arial" w:hAnsi="Arial" w:cs="Arial"/>
          <w:sz w:val="28"/>
          <w:szCs w:val="28"/>
        </w:rPr>
        <w:t>тетіктері</w:t>
      </w:r>
      <w:proofErr w:type="spellEnd"/>
      <w:r w:rsidR="00357B53">
        <w:rPr>
          <w:rFonts w:ascii="Arial" w:hAnsi="Arial" w:cs="Arial"/>
          <w:sz w:val="28"/>
          <w:szCs w:val="28"/>
          <w:lang w:val="kk-KZ"/>
        </w:rPr>
        <w:t xml:space="preserve"> мен</w:t>
      </w:r>
      <w:r w:rsidR="00357B53" w:rsidRPr="00F449C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57B53" w:rsidRPr="00F449C5">
        <w:rPr>
          <w:rFonts w:ascii="Arial" w:hAnsi="Arial" w:cs="Arial"/>
          <w:sz w:val="28"/>
          <w:szCs w:val="28"/>
        </w:rPr>
        <w:t>кейстер</w:t>
      </w:r>
      <w:proofErr w:type="spellEnd"/>
      <w:r w:rsidR="00357B53">
        <w:rPr>
          <w:rFonts w:ascii="Arial" w:hAnsi="Arial" w:cs="Arial"/>
          <w:sz w:val="28"/>
          <w:szCs w:val="28"/>
          <w:lang w:val="kk-KZ"/>
        </w:rPr>
        <w:t>ін</w:t>
      </w:r>
      <w:r w:rsidR="00357B53" w:rsidRPr="00F449C5">
        <w:rPr>
          <w:rFonts w:ascii="Arial" w:hAnsi="Arial" w:cs="Arial"/>
          <w:sz w:val="28"/>
          <w:szCs w:val="28"/>
        </w:rPr>
        <w:t xml:space="preserve"> </w:t>
      </w:r>
      <w:r w:rsidR="00357B53">
        <w:rPr>
          <w:rFonts w:ascii="Arial" w:hAnsi="Arial" w:cs="Arial"/>
          <w:sz w:val="28"/>
          <w:szCs w:val="28"/>
          <w:lang w:val="kk-KZ"/>
        </w:rPr>
        <w:t>пысықтасын</w:t>
      </w:r>
      <w:r w:rsidRPr="00F449C5">
        <w:rPr>
          <w:rFonts w:ascii="Arial" w:hAnsi="Arial" w:cs="Arial"/>
          <w:sz w:val="28"/>
          <w:szCs w:val="28"/>
        </w:rPr>
        <w:t>.</w:t>
      </w:r>
      <w:r w:rsidR="00357B53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4C7998D" w14:textId="277BE979" w:rsidR="000B4B39" w:rsidRPr="00461BBC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61BBC">
        <w:rPr>
          <w:rStyle w:val="af6"/>
          <w:rFonts w:ascii="Arial" w:hAnsi="Arial" w:cs="Arial"/>
          <w:sz w:val="28"/>
          <w:szCs w:val="28"/>
          <w:lang w:val="kk-KZ"/>
        </w:rPr>
        <w:t>2. Құрылыс және тұрғын үй-коммуналдық шаруашылық істері комитеті 2026 жылғы 1 қарашаға дейін</w:t>
      </w:r>
      <w:r w:rsidR="00357B53">
        <w:rPr>
          <w:rStyle w:val="af6"/>
          <w:rFonts w:ascii="Arial" w:hAnsi="Arial" w:cs="Arial"/>
          <w:sz w:val="28"/>
          <w:szCs w:val="28"/>
          <w:lang w:val="kk-KZ"/>
        </w:rPr>
        <w:t>гі мерзімде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215EF4">
        <w:rPr>
          <w:rFonts w:ascii="Arial" w:hAnsi="Arial" w:cs="Arial"/>
          <w:sz w:val="28"/>
          <w:szCs w:val="28"/>
          <w:lang w:val="kk-KZ"/>
        </w:rPr>
        <w:t>ө</w:t>
      </w:r>
      <w:r w:rsidR="00215EF4" w:rsidRPr="00461BBC">
        <w:rPr>
          <w:rFonts w:ascii="Arial" w:hAnsi="Arial" w:cs="Arial"/>
          <w:sz w:val="28"/>
          <w:szCs w:val="28"/>
          <w:lang w:val="kk-KZ"/>
        </w:rPr>
        <w:t>тініш берушінің өрт қауіпсіздігі бойынша ғылыми-техникалық құжаттама бөлігіндегі ұсынысын қара</w:t>
      </w:r>
      <w:r w:rsidR="00215EF4">
        <w:rPr>
          <w:rFonts w:ascii="Arial" w:hAnsi="Arial" w:cs="Arial"/>
          <w:sz w:val="28"/>
          <w:szCs w:val="28"/>
          <w:lang w:val="kk-KZ"/>
        </w:rPr>
        <w:t>сын</w:t>
      </w:r>
      <w:r w:rsidRPr="00461BBC">
        <w:rPr>
          <w:rFonts w:ascii="Arial" w:hAnsi="Arial" w:cs="Arial"/>
          <w:sz w:val="28"/>
          <w:szCs w:val="28"/>
          <w:lang w:val="kk-KZ"/>
        </w:rPr>
        <w:t>.</w:t>
      </w:r>
    </w:p>
    <w:p w14:paraId="785A6281" w14:textId="57B886F2" w:rsidR="000B4B39" w:rsidRPr="00461BBC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61BBC">
        <w:rPr>
          <w:rStyle w:val="af6"/>
          <w:rFonts w:ascii="Arial" w:hAnsi="Arial" w:cs="Arial"/>
          <w:sz w:val="28"/>
          <w:szCs w:val="28"/>
          <w:lang w:val="kk-KZ"/>
        </w:rPr>
        <w:t>3. Өнеркәсіп комитеті 2026 жылғы 16 қазанға дейін</w:t>
      </w:r>
      <w:r w:rsidR="00357B53">
        <w:rPr>
          <w:rStyle w:val="af6"/>
          <w:rFonts w:ascii="Arial" w:hAnsi="Arial" w:cs="Arial"/>
          <w:sz w:val="28"/>
          <w:szCs w:val="28"/>
          <w:lang w:val="kk-KZ"/>
        </w:rPr>
        <w:t>гі мерзімде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өтініш берушіге үшінші елдерден жеке пайдалану үшін әкелінген М1б санатындағы автомобильдерді ресімдеу тәртібі </w:t>
      </w:r>
      <w:r w:rsidR="00357B53">
        <w:rPr>
          <w:rFonts w:ascii="Arial" w:hAnsi="Arial" w:cs="Arial"/>
          <w:sz w:val="28"/>
          <w:szCs w:val="28"/>
          <w:lang w:val="kk-KZ"/>
        </w:rPr>
        <w:t xml:space="preserve">туралы </w:t>
      </w:r>
      <w:r w:rsidRPr="00461BBC">
        <w:rPr>
          <w:rFonts w:ascii="Arial" w:hAnsi="Arial" w:cs="Arial"/>
          <w:sz w:val="28"/>
          <w:szCs w:val="28"/>
          <w:lang w:val="kk-KZ"/>
        </w:rPr>
        <w:t>түсіндірме бер</w:t>
      </w:r>
      <w:r w:rsidR="00357B53">
        <w:rPr>
          <w:rFonts w:ascii="Arial" w:hAnsi="Arial" w:cs="Arial"/>
          <w:sz w:val="28"/>
          <w:szCs w:val="28"/>
          <w:lang w:val="kk-KZ"/>
        </w:rPr>
        <w:t>сін</w:t>
      </w:r>
      <w:r w:rsidRPr="00461BBC">
        <w:rPr>
          <w:rFonts w:ascii="Arial" w:hAnsi="Arial" w:cs="Arial"/>
          <w:sz w:val="28"/>
          <w:szCs w:val="28"/>
          <w:lang w:val="kk-KZ"/>
        </w:rPr>
        <w:t>.</w:t>
      </w:r>
    </w:p>
    <w:p w14:paraId="01D49F29" w14:textId="4B3F9BB8" w:rsidR="00D862F5" w:rsidRPr="00461BBC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Style w:val="ypks7kbdpwfgdykd3qb9"/>
          <w:rFonts w:ascii="Arial" w:hAnsi="Arial" w:cs="Arial"/>
          <w:sz w:val="28"/>
          <w:szCs w:val="28"/>
          <w:lang w:val="kk-KZ"/>
        </w:rPr>
      </w:pPr>
      <w:r w:rsidRPr="00461BBC">
        <w:rPr>
          <w:rStyle w:val="af6"/>
          <w:rFonts w:ascii="Arial" w:hAnsi="Arial" w:cs="Arial"/>
          <w:sz w:val="28"/>
          <w:szCs w:val="28"/>
          <w:lang w:val="kk-KZ"/>
        </w:rPr>
        <w:t>4. Құрылыс және тұрғын үй-коммуналдық шаруашылық істері комитеті Батыс Қазақстан облысының әкімдігімен бірлесіп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оны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тиісті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пайдалану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мен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қызмет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көрсетуді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қамтамасыз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ету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үшін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кейіннен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"Батыс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Су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Арнасы"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ЖШС</w:t>
      </w:r>
      <w:r w:rsidR="00D862F5" w:rsidRPr="00461BBC">
        <w:rPr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балансына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бере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отырып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,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иесіз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КСС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-ті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коммуналдық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меншікке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қабылдау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мәселесін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D862F5" w:rsidRPr="00461BBC">
        <w:rPr>
          <w:rStyle w:val="ypks7kbdpwfgdykd3qb9"/>
          <w:rFonts w:ascii="Arial" w:hAnsi="Arial" w:cs="Arial"/>
          <w:sz w:val="28"/>
          <w:szCs w:val="28"/>
          <w:lang w:val="kk-KZ"/>
        </w:rPr>
        <w:t>пысықтасын.</w:t>
      </w:r>
    </w:p>
    <w:p w14:paraId="15FFFC11" w14:textId="526638EE" w:rsidR="000B4B39" w:rsidRPr="00461BBC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61BBC">
        <w:rPr>
          <w:rStyle w:val="af6"/>
          <w:rFonts w:ascii="Arial" w:hAnsi="Arial" w:cs="Arial"/>
          <w:sz w:val="28"/>
          <w:szCs w:val="28"/>
          <w:lang w:val="kk-KZ"/>
        </w:rPr>
        <w:t>5. Батыс Қазақстан облысының әкімдігі 2026 жылғы 16 қазанға дейін</w:t>
      </w:r>
      <w:r w:rsidR="00D862F5">
        <w:rPr>
          <w:rStyle w:val="af6"/>
          <w:rFonts w:ascii="Arial" w:hAnsi="Arial" w:cs="Arial"/>
          <w:sz w:val="28"/>
          <w:szCs w:val="28"/>
          <w:lang w:val="kk-KZ"/>
        </w:rPr>
        <w:t>гі мерзімде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азамат Нұрымның тұрғын үйдің жанында полигон салынуына байланысты су тасқыны кезеңінде тұрғын үйді жүйелі түрде су басу мәселесі жөніндегі өтінішін жеке зерделе</w:t>
      </w:r>
      <w:r w:rsidR="00D862F5">
        <w:rPr>
          <w:rFonts w:ascii="Arial" w:hAnsi="Arial" w:cs="Arial"/>
          <w:sz w:val="28"/>
          <w:szCs w:val="28"/>
          <w:lang w:val="kk-KZ"/>
        </w:rPr>
        <w:t>сін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және қажетті шаралар қабылда</w:t>
      </w:r>
      <w:r w:rsidR="00D862F5">
        <w:rPr>
          <w:rFonts w:ascii="Arial" w:hAnsi="Arial" w:cs="Arial"/>
          <w:sz w:val="28"/>
          <w:szCs w:val="28"/>
          <w:lang w:val="kk-KZ"/>
        </w:rPr>
        <w:t>сын</w:t>
      </w:r>
      <w:r w:rsidRPr="00461BBC">
        <w:rPr>
          <w:rFonts w:ascii="Arial" w:hAnsi="Arial" w:cs="Arial"/>
          <w:sz w:val="28"/>
          <w:szCs w:val="28"/>
          <w:lang w:val="kk-KZ"/>
        </w:rPr>
        <w:t>.</w:t>
      </w:r>
    </w:p>
    <w:p w14:paraId="1875D060" w14:textId="524FE577" w:rsidR="000B4B39" w:rsidRPr="00461BBC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61BBC">
        <w:rPr>
          <w:rStyle w:val="af6"/>
          <w:rFonts w:ascii="Arial" w:hAnsi="Arial" w:cs="Arial"/>
          <w:sz w:val="28"/>
          <w:szCs w:val="28"/>
          <w:lang w:val="kk-KZ"/>
        </w:rPr>
        <w:t>6. Цифрлық трансформация департаменті 2026 жылғы 16 қазанға дейін</w:t>
      </w:r>
      <w:r w:rsidR="00D862F5">
        <w:rPr>
          <w:rStyle w:val="af6"/>
          <w:rFonts w:ascii="Arial" w:hAnsi="Arial" w:cs="Arial"/>
          <w:sz w:val="28"/>
          <w:szCs w:val="28"/>
          <w:lang w:val="kk-KZ"/>
        </w:rPr>
        <w:t>гі мерзімде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</w:t>
      </w:r>
      <w:r w:rsidR="00215EF4">
        <w:rPr>
          <w:rFonts w:ascii="Arial" w:hAnsi="Arial" w:cs="Arial"/>
          <w:sz w:val="28"/>
          <w:szCs w:val="28"/>
          <w:lang w:val="kk-KZ"/>
        </w:rPr>
        <w:t>ө</w:t>
      </w:r>
      <w:r w:rsidR="00215EF4" w:rsidRPr="00461BBC">
        <w:rPr>
          <w:rFonts w:ascii="Arial" w:hAnsi="Arial" w:cs="Arial"/>
          <w:sz w:val="28"/>
          <w:szCs w:val="28"/>
          <w:lang w:val="kk-KZ"/>
        </w:rPr>
        <w:t>тініш берушіге құрылыс саласындағы ақпараттық жүйенің жұмыс істеуі бөлігінде түсіндірме бер</w:t>
      </w:r>
      <w:r w:rsidR="00215EF4">
        <w:rPr>
          <w:rFonts w:ascii="Arial" w:hAnsi="Arial" w:cs="Arial"/>
          <w:sz w:val="28"/>
          <w:szCs w:val="28"/>
          <w:lang w:val="kk-KZ"/>
        </w:rPr>
        <w:t>сін</w:t>
      </w:r>
      <w:r w:rsidRPr="00461BBC">
        <w:rPr>
          <w:rFonts w:ascii="Arial" w:hAnsi="Arial" w:cs="Arial"/>
          <w:sz w:val="28"/>
          <w:szCs w:val="28"/>
          <w:lang w:val="kk-KZ"/>
        </w:rPr>
        <w:t>.</w:t>
      </w:r>
    </w:p>
    <w:p w14:paraId="7AC7AF30" w14:textId="57B895D7" w:rsidR="000B4B39" w:rsidRPr="00461BBC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61BBC">
        <w:rPr>
          <w:rStyle w:val="af6"/>
          <w:rFonts w:ascii="Arial" w:hAnsi="Arial" w:cs="Arial"/>
          <w:sz w:val="28"/>
          <w:szCs w:val="28"/>
          <w:lang w:val="kk-KZ"/>
        </w:rPr>
        <w:t>7. Батыс Қазақстан облысының әкімдігі 2026 жылғы 1 қарашаға дейін</w:t>
      </w:r>
      <w:r w:rsidR="00D862F5">
        <w:rPr>
          <w:rStyle w:val="af6"/>
          <w:rFonts w:ascii="Arial" w:hAnsi="Arial" w:cs="Arial"/>
          <w:sz w:val="28"/>
          <w:szCs w:val="28"/>
          <w:lang w:val="kk-KZ"/>
        </w:rPr>
        <w:t>гі мерзімде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а</w:t>
      </w:r>
      <w:r w:rsidR="00D862F5">
        <w:rPr>
          <w:rFonts w:ascii="Arial" w:hAnsi="Arial" w:cs="Arial"/>
          <w:sz w:val="28"/>
          <w:szCs w:val="28"/>
          <w:lang w:val="kk-KZ"/>
        </w:rPr>
        <w:t>патты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және тозығы жеткен тұрғын үйлер, оның ішінде </w:t>
      </w:r>
      <w:r w:rsidRPr="00461BBC">
        <w:rPr>
          <w:rFonts w:ascii="Arial" w:hAnsi="Arial" w:cs="Arial"/>
          <w:sz w:val="28"/>
          <w:szCs w:val="28"/>
          <w:lang w:val="kk-KZ"/>
        </w:rPr>
        <w:lastRenderedPageBreak/>
        <w:t>Орал қаласы, Қ.Аманжолов көшесі, 32-үй мекенжайындағы тұрғын үй бойынша мәселелерді қара</w:t>
      </w:r>
      <w:r w:rsidR="00D862F5">
        <w:rPr>
          <w:rFonts w:ascii="Arial" w:hAnsi="Arial" w:cs="Arial"/>
          <w:sz w:val="28"/>
          <w:szCs w:val="28"/>
          <w:lang w:val="kk-KZ"/>
        </w:rPr>
        <w:t>сын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. Комиссиялық тексеру жүргізіп, заңнамада белгіленген тәртіппен </w:t>
      </w:r>
      <w:r w:rsidR="00D862F5" w:rsidRPr="00461BBC">
        <w:rPr>
          <w:rFonts w:ascii="Arial" w:hAnsi="Arial" w:cs="Arial"/>
          <w:sz w:val="28"/>
          <w:szCs w:val="28"/>
          <w:lang w:val="kk-KZ"/>
        </w:rPr>
        <w:t xml:space="preserve">үйді </w:t>
      </w:r>
      <w:r w:rsidRPr="00461BBC">
        <w:rPr>
          <w:rFonts w:ascii="Arial" w:hAnsi="Arial" w:cs="Arial"/>
          <w:sz w:val="28"/>
          <w:szCs w:val="28"/>
          <w:lang w:val="kk-KZ"/>
        </w:rPr>
        <w:t>а</w:t>
      </w:r>
      <w:r w:rsidR="00D862F5">
        <w:rPr>
          <w:rFonts w:ascii="Arial" w:hAnsi="Arial" w:cs="Arial"/>
          <w:sz w:val="28"/>
          <w:szCs w:val="28"/>
          <w:lang w:val="kk-KZ"/>
        </w:rPr>
        <w:t>патты</w:t>
      </w:r>
      <w:r w:rsidRPr="00461BBC">
        <w:rPr>
          <w:rFonts w:ascii="Arial" w:hAnsi="Arial" w:cs="Arial"/>
          <w:sz w:val="28"/>
          <w:szCs w:val="28"/>
          <w:lang w:val="kk-KZ"/>
        </w:rPr>
        <w:t xml:space="preserve"> деп тану және тұрғындарды одан әрі көшіру мәселесін қара</w:t>
      </w:r>
      <w:r w:rsidR="00D862F5">
        <w:rPr>
          <w:rFonts w:ascii="Arial" w:hAnsi="Arial" w:cs="Arial"/>
          <w:sz w:val="28"/>
          <w:szCs w:val="28"/>
          <w:lang w:val="kk-KZ"/>
        </w:rPr>
        <w:t>стырсын</w:t>
      </w:r>
      <w:r w:rsidRPr="00461BBC">
        <w:rPr>
          <w:rFonts w:ascii="Arial" w:hAnsi="Arial" w:cs="Arial"/>
          <w:sz w:val="28"/>
          <w:szCs w:val="28"/>
          <w:lang w:val="kk-KZ"/>
        </w:rPr>
        <w:t>.</w:t>
      </w:r>
    </w:p>
    <w:p w14:paraId="5F593125" w14:textId="77777777" w:rsidR="004B743F" w:rsidRPr="00461BBC" w:rsidRDefault="004B743F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5998CD1B" w14:textId="6906C588" w:rsidR="000B4B39" w:rsidRPr="004B743F" w:rsidRDefault="000B4B39" w:rsidP="004B743F">
      <w:pPr>
        <w:pStyle w:val="31"/>
        <w:numPr>
          <w:ilvl w:val="0"/>
          <w:numId w:val="10"/>
        </w:numPr>
        <w:spacing w:before="0" w:line="0" w:lineRule="atLeast"/>
        <w:jc w:val="center"/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proofErr w:type="spellStart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Азаматтарды</w:t>
      </w:r>
      <w:proofErr w:type="spellEnd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қабылдау</w:t>
      </w:r>
      <w:proofErr w:type="spellEnd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қорытындысы</w:t>
      </w:r>
      <w:proofErr w:type="spellEnd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4B743F">
        <w:rPr>
          <w:rStyle w:val="af6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бойынша</w:t>
      </w:r>
      <w:proofErr w:type="spellEnd"/>
    </w:p>
    <w:p w14:paraId="56016AA3" w14:textId="14623B88" w:rsidR="000B4B39" w:rsidRPr="00670406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670406">
        <w:rPr>
          <w:rStyle w:val="af6"/>
          <w:rFonts w:ascii="Arial" w:hAnsi="Arial" w:cs="Arial"/>
          <w:b w:val="0"/>
          <w:bCs w:val="0"/>
          <w:sz w:val="28"/>
          <w:szCs w:val="28"/>
        </w:rPr>
        <w:t>1)</w:t>
      </w:r>
      <w:r w:rsidRPr="0067040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70406">
        <w:rPr>
          <w:rFonts w:ascii="Arial" w:hAnsi="Arial" w:cs="Arial"/>
          <w:sz w:val="28"/>
          <w:szCs w:val="28"/>
        </w:rPr>
        <w:t>Өтініш</w:t>
      </w:r>
      <w:proofErr w:type="spellEnd"/>
      <w:r w:rsidRPr="0067040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70406">
        <w:rPr>
          <w:rFonts w:ascii="Arial" w:hAnsi="Arial" w:cs="Arial"/>
          <w:sz w:val="28"/>
          <w:szCs w:val="28"/>
        </w:rPr>
        <w:t>беруші</w:t>
      </w:r>
      <w:proofErr w:type="spellEnd"/>
      <w:r w:rsidRPr="0067040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52F1F" w:rsidRPr="00670406">
        <w:rPr>
          <w:rStyle w:val="af6"/>
          <w:rFonts w:ascii="Arial" w:hAnsi="Arial" w:cs="Arial"/>
          <w:b w:val="0"/>
          <w:bCs w:val="0"/>
          <w:sz w:val="28"/>
          <w:szCs w:val="28"/>
        </w:rPr>
        <w:t>М.Р.</w:t>
      </w:r>
      <w:r w:rsidRPr="00670406">
        <w:rPr>
          <w:rStyle w:val="af6"/>
          <w:rFonts w:ascii="Arial" w:hAnsi="Arial" w:cs="Arial"/>
          <w:b w:val="0"/>
          <w:bCs w:val="0"/>
          <w:sz w:val="28"/>
          <w:szCs w:val="28"/>
        </w:rPr>
        <w:t>Қызылбасов</w:t>
      </w:r>
      <w:proofErr w:type="spellEnd"/>
      <w:r w:rsidR="00B52F1F" w:rsidRPr="00670406">
        <w:rPr>
          <w:rStyle w:val="af6"/>
          <w:rFonts w:ascii="Arial" w:hAnsi="Arial" w:cs="Arial"/>
          <w:b w:val="0"/>
          <w:bCs w:val="0"/>
          <w:sz w:val="28"/>
          <w:szCs w:val="28"/>
          <w:lang w:val="kk-KZ"/>
        </w:rPr>
        <w:t>тың</w:t>
      </w:r>
      <w:r w:rsidRPr="00670406">
        <w:rPr>
          <w:rFonts w:ascii="Arial" w:hAnsi="Arial" w:cs="Arial"/>
          <w:sz w:val="28"/>
          <w:szCs w:val="28"/>
        </w:rPr>
        <w:t xml:space="preserve"> жетім балалар санатындағы тұрғын үй мәселесіне қатысты </w:t>
      </w:r>
      <w:r w:rsidR="00B52F1F" w:rsidRPr="00670406">
        <w:rPr>
          <w:rFonts w:ascii="Arial" w:hAnsi="Arial" w:cs="Arial"/>
          <w:sz w:val="28"/>
          <w:szCs w:val="28"/>
          <w:lang w:val="kk-KZ"/>
        </w:rPr>
        <w:t xml:space="preserve">осы </w:t>
      </w:r>
      <w:r w:rsidRPr="00670406">
        <w:rPr>
          <w:rFonts w:ascii="Arial" w:hAnsi="Arial" w:cs="Arial"/>
          <w:sz w:val="28"/>
          <w:szCs w:val="28"/>
        </w:rPr>
        <w:t>мәселе бойынша түсін</w:t>
      </w:r>
      <w:r w:rsidR="00B52F1F" w:rsidRPr="00670406">
        <w:rPr>
          <w:rFonts w:ascii="Arial" w:hAnsi="Arial" w:cs="Arial"/>
          <w:sz w:val="28"/>
          <w:szCs w:val="28"/>
          <w:lang w:val="kk-KZ"/>
        </w:rPr>
        <w:t>іктемелер</w:t>
      </w:r>
      <w:r w:rsidRPr="00670406">
        <w:rPr>
          <w:rFonts w:ascii="Arial" w:hAnsi="Arial" w:cs="Arial"/>
          <w:sz w:val="28"/>
          <w:szCs w:val="28"/>
        </w:rPr>
        <w:t xml:space="preserve"> берілді.</w:t>
      </w:r>
    </w:p>
    <w:p w14:paraId="0F64C34A" w14:textId="4292F94E" w:rsidR="000B4B39" w:rsidRPr="00670406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449C5">
        <w:rPr>
          <w:rFonts w:ascii="Arial" w:hAnsi="Arial" w:cs="Arial"/>
          <w:sz w:val="28"/>
          <w:szCs w:val="28"/>
        </w:rPr>
        <w:t xml:space="preserve">Батыс 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>Қазақстан облысының тұрғын үй-коммуналдық шаруашылық басқармасы Отбасы банкпен бірлесіп, тұрғын үй</w:t>
      </w:r>
      <w:r w:rsidR="00B52F1F" w:rsidRPr="00670406">
        <w:rPr>
          <w:rFonts w:ascii="Arial" w:hAnsi="Arial" w:cs="Arial"/>
          <w:color w:val="000000" w:themeColor="text1"/>
          <w:sz w:val="28"/>
          <w:szCs w:val="28"/>
          <w:lang w:val="kk-KZ"/>
        </w:rPr>
        <w:t>ге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70406">
        <w:rPr>
          <w:rStyle w:val="af6"/>
          <w:rFonts w:ascii="Arial" w:hAnsi="Arial" w:cs="Arial"/>
          <w:b w:val="0"/>
          <w:bCs w:val="0"/>
          <w:color w:val="000000" w:themeColor="text1"/>
          <w:sz w:val="28"/>
          <w:szCs w:val="28"/>
        </w:rPr>
        <w:t>2%-бен жеңілдетілген кредит</w:t>
      </w:r>
      <w:r w:rsidR="00B52F1F" w:rsidRPr="00670406">
        <w:rPr>
          <w:rStyle w:val="af6"/>
          <w:rFonts w:ascii="Arial" w:hAnsi="Arial" w:cs="Arial"/>
          <w:b w:val="0"/>
          <w:bCs w:val="0"/>
          <w:color w:val="000000" w:themeColor="text1"/>
          <w:sz w:val="28"/>
          <w:szCs w:val="28"/>
          <w:lang w:val="kk-KZ"/>
        </w:rPr>
        <w:t xml:space="preserve"> алуға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 xml:space="preserve"> жәрдем</w:t>
      </w:r>
      <w:r w:rsidR="00B52F1F" w:rsidRPr="00670406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көрсету 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>тетігін пысықта</w:t>
      </w:r>
      <w:r w:rsidR="00B52F1F" w:rsidRPr="00670406">
        <w:rPr>
          <w:rFonts w:ascii="Arial" w:hAnsi="Arial" w:cs="Arial"/>
          <w:color w:val="000000" w:themeColor="text1"/>
          <w:sz w:val="28"/>
          <w:szCs w:val="28"/>
          <w:lang w:val="kk-KZ"/>
        </w:rPr>
        <w:t>сын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5EF3DBD" w14:textId="496C061A" w:rsidR="00B52F1F" w:rsidRPr="00F449C5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670406">
        <w:rPr>
          <w:rStyle w:val="af6"/>
          <w:rFonts w:ascii="Arial" w:hAnsi="Arial" w:cs="Arial"/>
          <w:b w:val="0"/>
          <w:bCs w:val="0"/>
          <w:color w:val="000000" w:themeColor="text1"/>
          <w:sz w:val="28"/>
          <w:szCs w:val="28"/>
        </w:rPr>
        <w:t>2)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 xml:space="preserve"> Өтініш беруші </w:t>
      </w:r>
      <w:r w:rsidR="00B52F1F" w:rsidRPr="00670406">
        <w:rPr>
          <w:rStyle w:val="af6"/>
          <w:rFonts w:ascii="Arial" w:hAnsi="Arial" w:cs="Arial"/>
          <w:b w:val="0"/>
          <w:bCs w:val="0"/>
          <w:color w:val="000000" w:themeColor="text1"/>
          <w:sz w:val="28"/>
          <w:szCs w:val="28"/>
        </w:rPr>
        <w:t>А.</w:t>
      </w:r>
      <w:r w:rsidR="00B52F1F" w:rsidRPr="00670406">
        <w:rPr>
          <w:rFonts w:ascii="Arial" w:hAnsi="Arial" w:cs="Arial"/>
          <w:color w:val="000000" w:themeColor="text1"/>
          <w:sz w:val="28"/>
          <w:szCs w:val="28"/>
          <w:lang w:val="kk-KZ"/>
        </w:rPr>
        <w:t>Ө</w:t>
      </w:r>
      <w:r w:rsidRPr="00670406">
        <w:rPr>
          <w:rStyle w:val="af6"/>
          <w:rFonts w:ascii="Arial" w:hAnsi="Arial" w:cs="Arial"/>
          <w:b w:val="0"/>
          <w:bCs w:val="0"/>
          <w:color w:val="000000" w:themeColor="text1"/>
          <w:sz w:val="28"/>
          <w:szCs w:val="28"/>
        </w:rPr>
        <w:t>тебалиева</w:t>
      </w:r>
      <w:r w:rsidR="00B52F1F" w:rsidRPr="00670406">
        <w:rPr>
          <w:rStyle w:val="af6"/>
          <w:rFonts w:ascii="Arial" w:hAnsi="Arial" w:cs="Arial"/>
          <w:b w:val="0"/>
          <w:bCs w:val="0"/>
          <w:color w:val="000000" w:themeColor="text1"/>
          <w:sz w:val="28"/>
          <w:szCs w:val="28"/>
          <w:lang w:val="kk-KZ"/>
        </w:rPr>
        <w:t>н</w:t>
      </w:r>
      <w:r w:rsidRPr="00670406">
        <w:rPr>
          <w:rFonts w:ascii="Arial" w:hAnsi="Arial" w:cs="Arial"/>
          <w:color w:val="000000" w:themeColor="text1"/>
          <w:sz w:val="28"/>
          <w:szCs w:val="28"/>
        </w:rPr>
        <w:t xml:space="preserve">ың тұрғын </w:t>
      </w:r>
      <w:r w:rsidRPr="00F449C5">
        <w:rPr>
          <w:rFonts w:ascii="Arial" w:hAnsi="Arial" w:cs="Arial"/>
          <w:sz w:val="28"/>
          <w:szCs w:val="28"/>
        </w:rPr>
        <w:t xml:space="preserve">үй мәселесіне қатысты </w:t>
      </w:r>
      <w:r w:rsidR="00B353B4" w:rsidRPr="00B353B4">
        <w:rPr>
          <w:rFonts w:ascii="Arial" w:hAnsi="Arial" w:cs="Arial"/>
          <w:sz w:val="28"/>
          <w:szCs w:val="28"/>
          <w:lang w:val="kk-KZ"/>
        </w:rPr>
        <w:t>осы мәселе бойынша түсініктемелер берілді.</w:t>
      </w:r>
      <w:r w:rsidR="00B52F1F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6025F4E" w14:textId="2DA82CA3" w:rsidR="00B52F1F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F449C5">
        <w:rPr>
          <w:rFonts w:ascii="Arial" w:hAnsi="Arial" w:cs="Arial"/>
          <w:sz w:val="28"/>
          <w:szCs w:val="28"/>
        </w:rPr>
        <w:t>Батыс Қазақстан облысының тұрғын үй-коммуналдық шаруашылық басқармасы Отбасы банкпен бірлесіп, жеңілдетілген ипотекалық бағдарламаға қатысу мүмкіндігін қара</w:t>
      </w:r>
      <w:r w:rsidR="00B52F1F">
        <w:rPr>
          <w:rFonts w:ascii="Arial" w:hAnsi="Arial" w:cs="Arial"/>
          <w:sz w:val="28"/>
          <w:szCs w:val="28"/>
          <w:lang w:val="kk-KZ"/>
        </w:rPr>
        <w:t>стырсын</w:t>
      </w:r>
      <w:r w:rsidRPr="00F449C5">
        <w:rPr>
          <w:rFonts w:ascii="Arial" w:hAnsi="Arial" w:cs="Arial"/>
          <w:sz w:val="28"/>
          <w:szCs w:val="28"/>
        </w:rPr>
        <w:t>.</w:t>
      </w:r>
      <w:r w:rsidR="00B52F1F" w:rsidRPr="00B52F1F">
        <w:rPr>
          <w:rFonts w:ascii="Arial" w:hAnsi="Arial" w:cs="Arial"/>
          <w:sz w:val="28"/>
          <w:szCs w:val="28"/>
        </w:rPr>
        <w:t xml:space="preserve"> Отбасы банкi </w:t>
      </w:r>
      <w:r w:rsidR="00F15FFD" w:rsidRPr="00B52F1F">
        <w:rPr>
          <w:rFonts w:ascii="Arial" w:hAnsi="Arial" w:cs="Arial"/>
          <w:sz w:val="28"/>
          <w:szCs w:val="28"/>
        </w:rPr>
        <w:t xml:space="preserve">қабылдау өткiзсiн және </w:t>
      </w:r>
      <w:r w:rsidR="00B52F1F" w:rsidRPr="00B52F1F">
        <w:rPr>
          <w:rFonts w:ascii="Arial" w:hAnsi="Arial" w:cs="Arial"/>
          <w:sz w:val="28"/>
          <w:szCs w:val="28"/>
        </w:rPr>
        <w:t>Министрлiкке ұсыныстар ұсынсын.</w:t>
      </w:r>
    </w:p>
    <w:p w14:paraId="38E04DCA" w14:textId="74A748D2" w:rsidR="000B4B39" w:rsidRPr="00F449C5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670406">
        <w:rPr>
          <w:rStyle w:val="af6"/>
          <w:rFonts w:ascii="Arial" w:hAnsi="Arial" w:cs="Arial"/>
          <w:b w:val="0"/>
          <w:bCs w:val="0"/>
          <w:sz w:val="28"/>
          <w:szCs w:val="28"/>
        </w:rPr>
        <w:t>3)</w:t>
      </w:r>
      <w:r w:rsidRPr="00F449C5">
        <w:rPr>
          <w:rFonts w:ascii="Arial" w:hAnsi="Arial" w:cs="Arial"/>
          <w:sz w:val="28"/>
          <w:szCs w:val="28"/>
        </w:rPr>
        <w:t xml:space="preserve"> Өтініш беруші </w:t>
      </w:r>
      <w:r w:rsidR="00B52F1F" w:rsidRPr="00AD5869">
        <w:rPr>
          <w:rStyle w:val="af6"/>
          <w:rFonts w:ascii="Arial" w:hAnsi="Arial" w:cs="Arial"/>
          <w:b w:val="0"/>
          <w:bCs w:val="0"/>
          <w:sz w:val="28"/>
          <w:szCs w:val="28"/>
        </w:rPr>
        <w:t>А.Х.</w:t>
      </w:r>
      <w:r w:rsidRPr="00AD5869">
        <w:rPr>
          <w:rStyle w:val="af6"/>
          <w:rFonts w:ascii="Arial" w:hAnsi="Arial" w:cs="Arial"/>
          <w:b w:val="0"/>
          <w:bCs w:val="0"/>
          <w:sz w:val="28"/>
          <w:szCs w:val="28"/>
        </w:rPr>
        <w:t>Шагирова</w:t>
      </w:r>
      <w:r w:rsidRPr="00AD5869">
        <w:rPr>
          <w:rFonts w:ascii="Arial" w:hAnsi="Arial" w:cs="Arial"/>
          <w:sz w:val="28"/>
          <w:szCs w:val="28"/>
        </w:rPr>
        <w:t>ның</w:t>
      </w:r>
      <w:r w:rsidRPr="00F449C5">
        <w:rPr>
          <w:rFonts w:ascii="Arial" w:hAnsi="Arial" w:cs="Arial"/>
          <w:sz w:val="28"/>
          <w:szCs w:val="28"/>
        </w:rPr>
        <w:t xml:space="preserve"> Орал қаласы, Самал көшесі, 102-үй, 12-пәтер мекенжайында орналасқан коммуналдық тұрғын үйді жекешелендіру</w:t>
      </w:r>
      <w:r w:rsidR="00B52F1F">
        <w:rPr>
          <w:rFonts w:ascii="Arial" w:hAnsi="Arial" w:cs="Arial"/>
          <w:sz w:val="28"/>
          <w:szCs w:val="28"/>
          <w:lang w:val="kk-KZ"/>
        </w:rPr>
        <w:t>ге</w:t>
      </w:r>
      <w:r w:rsidRPr="00F449C5">
        <w:rPr>
          <w:rFonts w:ascii="Arial" w:hAnsi="Arial" w:cs="Arial"/>
          <w:sz w:val="28"/>
          <w:szCs w:val="28"/>
        </w:rPr>
        <w:t xml:space="preserve"> қатысты өтініші бойынша ауызша түсін</w:t>
      </w:r>
      <w:r w:rsidR="00AD5869">
        <w:rPr>
          <w:rFonts w:ascii="Arial" w:hAnsi="Arial" w:cs="Arial"/>
          <w:sz w:val="28"/>
          <w:szCs w:val="28"/>
          <w:lang w:val="kk-KZ"/>
        </w:rPr>
        <w:t xml:space="preserve">іктемелер </w:t>
      </w:r>
      <w:r w:rsidRPr="00F449C5">
        <w:rPr>
          <w:rFonts w:ascii="Arial" w:hAnsi="Arial" w:cs="Arial"/>
          <w:sz w:val="28"/>
          <w:szCs w:val="28"/>
        </w:rPr>
        <w:t>берілді.</w:t>
      </w:r>
    </w:p>
    <w:p w14:paraId="10151F0B" w14:textId="28844219" w:rsidR="000B4B39" w:rsidRPr="00F449C5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F449C5">
        <w:rPr>
          <w:rFonts w:ascii="Arial" w:hAnsi="Arial" w:cs="Arial"/>
          <w:sz w:val="28"/>
          <w:szCs w:val="28"/>
        </w:rPr>
        <w:t>Екінші мәселе бойынша – Орал қаласы, Зачаганск шағын ауданы, 24-үй, 16-пәтер мекенжайындағы жаңа кредиттік тұрғын үй құрылысына қатысты.</w:t>
      </w:r>
    </w:p>
    <w:p w14:paraId="1888F85A" w14:textId="41E0AB94" w:rsidR="00AD5869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F449C5">
        <w:rPr>
          <w:rFonts w:ascii="Arial" w:hAnsi="Arial" w:cs="Arial"/>
          <w:sz w:val="28"/>
          <w:szCs w:val="28"/>
        </w:rPr>
        <w:t>Батыс Қазақстан облысының мемлекеттік сәулет-құрылыс бақылау басқармасы орындалған құрылыс жұмыстарының сапасын тексер</w:t>
      </w:r>
      <w:r w:rsidR="00AD5869">
        <w:rPr>
          <w:rFonts w:ascii="Arial" w:hAnsi="Arial" w:cs="Arial"/>
          <w:sz w:val="28"/>
          <w:szCs w:val="28"/>
          <w:lang w:val="kk-KZ"/>
        </w:rPr>
        <w:t>сін</w:t>
      </w:r>
      <w:r w:rsidRPr="00F449C5">
        <w:rPr>
          <w:rFonts w:ascii="Arial" w:hAnsi="Arial" w:cs="Arial"/>
          <w:sz w:val="28"/>
          <w:szCs w:val="28"/>
        </w:rPr>
        <w:t>, бұзушылықтар анықталған жағдайда мердігер</w:t>
      </w:r>
      <w:r w:rsidR="00AD5869">
        <w:rPr>
          <w:rFonts w:ascii="Arial" w:hAnsi="Arial" w:cs="Arial"/>
          <w:sz w:val="28"/>
          <w:szCs w:val="28"/>
          <w:lang w:val="kk-KZ"/>
        </w:rPr>
        <w:t xml:space="preserve">ге </w:t>
      </w:r>
      <w:r w:rsidRPr="00F449C5">
        <w:rPr>
          <w:rFonts w:ascii="Arial" w:hAnsi="Arial" w:cs="Arial"/>
          <w:sz w:val="28"/>
          <w:szCs w:val="28"/>
        </w:rPr>
        <w:t xml:space="preserve">кепілдік мерзімі шеңберінде </w:t>
      </w:r>
      <w:r w:rsidR="00AD5869" w:rsidRPr="00F449C5">
        <w:rPr>
          <w:rFonts w:ascii="Arial" w:hAnsi="Arial" w:cs="Arial"/>
          <w:sz w:val="28"/>
          <w:szCs w:val="28"/>
        </w:rPr>
        <w:t xml:space="preserve">барлық </w:t>
      </w:r>
      <w:r w:rsidRPr="00F449C5">
        <w:rPr>
          <w:rFonts w:ascii="Arial" w:hAnsi="Arial" w:cs="Arial"/>
          <w:sz w:val="28"/>
          <w:szCs w:val="28"/>
        </w:rPr>
        <w:t>анықталған ақауларды жоюға міндетте</w:t>
      </w:r>
      <w:r w:rsidR="00AD5869">
        <w:rPr>
          <w:rFonts w:ascii="Arial" w:hAnsi="Arial" w:cs="Arial"/>
          <w:sz w:val="28"/>
          <w:szCs w:val="28"/>
          <w:lang w:val="kk-KZ"/>
        </w:rPr>
        <w:t>сін</w:t>
      </w:r>
      <w:r w:rsidRPr="00F449C5">
        <w:rPr>
          <w:rFonts w:ascii="Arial" w:hAnsi="Arial" w:cs="Arial"/>
          <w:sz w:val="28"/>
          <w:szCs w:val="28"/>
        </w:rPr>
        <w:t>.</w:t>
      </w:r>
      <w:r w:rsidR="00AD5869" w:rsidRPr="00AD5869">
        <w:rPr>
          <w:rFonts w:ascii="Arial" w:hAnsi="Arial" w:cs="Arial"/>
          <w:sz w:val="28"/>
          <w:szCs w:val="28"/>
        </w:rPr>
        <w:t xml:space="preserve"> Бұл мәселе бақылауға алынсын.</w:t>
      </w:r>
    </w:p>
    <w:p w14:paraId="68956EB4" w14:textId="36213FB5" w:rsidR="00670406" w:rsidRPr="00670406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670406">
        <w:rPr>
          <w:rStyle w:val="af6"/>
          <w:rFonts w:ascii="Arial" w:hAnsi="Arial" w:cs="Arial"/>
          <w:b w:val="0"/>
          <w:bCs w:val="0"/>
          <w:sz w:val="28"/>
          <w:szCs w:val="28"/>
        </w:rPr>
        <w:t>4)</w:t>
      </w:r>
      <w:r w:rsidRPr="00670406">
        <w:rPr>
          <w:rFonts w:ascii="Arial" w:hAnsi="Arial" w:cs="Arial"/>
          <w:sz w:val="28"/>
          <w:szCs w:val="28"/>
        </w:rPr>
        <w:t xml:space="preserve"> </w:t>
      </w:r>
      <w:r w:rsidR="00670406" w:rsidRPr="00670406">
        <w:rPr>
          <w:rFonts w:ascii="Arial" w:hAnsi="Arial" w:cs="Arial"/>
          <w:sz w:val="28"/>
          <w:szCs w:val="28"/>
        </w:rPr>
        <w:t>Өтініш берушілер</w:t>
      </w:r>
      <w:r w:rsidR="00670406" w:rsidRPr="00670406">
        <w:rPr>
          <w:rFonts w:ascii="Arial" w:hAnsi="Arial" w:cs="Arial"/>
          <w:sz w:val="28"/>
          <w:szCs w:val="28"/>
          <w:lang w:val="kk-KZ"/>
        </w:rPr>
        <w:t>:</w:t>
      </w:r>
      <w:r w:rsidR="00670406" w:rsidRPr="00670406">
        <w:rPr>
          <w:rFonts w:ascii="Arial" w:hAnsi="Arial" w:cs="Arial"/>
          <w:sz w:val="28"/>
          <w:szCs w:val="28"/>
        </w:rPr>
        <w:t xml:space="preserve"> С.С. Әділов, Б.Т. Кентұғаев, Ж.М. Қалипова, Ғ.Б.Шонбаева, Г.С. </w:t>
      </w:r>
      <w:r w:rsidR="00670406" w:rsidRPr="00670406">
        <w:rPr>
          <w:rFonts w:ascii="Arial" w:hAnsi="Arial" w:cs="Arial"/>
          <w:sz w:val="28"/>
          <w:szCs w:val="28"/>
          <w:lang w:val="kk-KZ"/>
        </w:rPr>
        <w:t>Қ</w:t>
      </w:r>
      <w:r w:rsidR="00670406" w:rsidRPr="00670406">
        <w:rPr>
          <w:rFonts w:ascii="Arial" w:hAnsi="Arial" w:cs="Arial"/>
          <w:sz w:val="28"/>
          <w:szCs w:val="28"/>
        </w:rPr>
        <w:t>рыкбаева, Ж.З. Мусина, Л.Т. Қабес, Е.А.Карманова, Е.Х.Батабиев, Д.Ерт</w:t>
      </w:r>
      <w:r w:rsidR="00670406" w:rsidRPr="00670406">
        <w:rPr>
          <w:rFonts w:ascii="Arial" w:hAnsi="Arial" w:cs="Arial"/>
          <w:sz w:val="28"/>
          <w:szCs w:val="28"/>
          <w:lang w:val="kk-KZ"/>
        </w:rPr>
        <w:t>і</w:t>
      </w:r>
      <w:r w:rsidR="00670406" w:rsidRPr="00670406">
        <w:rPr>
          <w:rFonts w:ascii="Arial" w:hAnsi="Arial" w:cs="Arial"/>
          <w:sz w:val="28"/>
          <w:szCs w:val="28"/>
        </w:rPr>
        <w:t>леу Қ.Қ. Қоғабай, А.Қ. Әмірова, Е.А. Мұхтарова, А.И. Тащанов, Т.С. Қажығожиев, Д.Е. Исламғалиева жеке қабылдау</w:t>
      </w:r>
      <w:r w:rsidR="00670406" w:rsidRPr="00670406">
        <w:rPr>
          <w:rFonts w:ascii="Arial" w:hAnsi="Arial" w:cs="Arial"/>
          <w:sz w:val="28"/>
          <w:szCs w:val="28"/>
          <w:lang w:val="kk-KZ"/>
        </w:rPr>
        <w:t>ғ</w:t>
      </w:r>
      <w:r w:rsidR="00670406" w:rsidRPr="00670406">
        <w:rPr>
          <w:rFonts w:ascii="Arial" w:hAnsi="Arial" w:cs="Arial"/>
          <w:sz w:val="28"/>
          <w:szCs w:val="28"/>
        </w:rPr>
        <w:t>а белгіленген уақытта келген жоқ, келмеу себептері туралы хабарла</w:t>
      </w:r>
      <w:r w:rsidR="00670406" w:rsidRPr="00670406">
        <w:rPr>
          <w:rFonts w:ascii="Arial" w:hAnsi="Arial" w:cs="Arial"/>
          <w:sz w:val="28"/>
          <w:szCs w:val="28"/>
          <w:lang w:val="kk-KZ"/>
        </w:rPr>
        <w:t>м</w:t>
      </w:r>
      <w:r w:rsidR="00670406" w:rsidRPr="00670406">
        <w:rPr>
          <w:rFonts w:ascii="Arial" w:hAnsi="Arial" w:cs="Arial"/>
          <w:sz w:val="28"/>
          <w:szCs w:val="28"/>
        </w:rPr>
        <w:t>ады.</w:t>
      </w:r>
    </w:p>
    <w:p w14:paraId="151892E4" w14:textId="5633BDFD" w:rsidR="000B4B39" w:rsidRPr="00F449C5" w:rsidRDefault="000B4B39" w:rsidP="00670406">
      <w:pPr>
        <w:pStyle w:val="isselectedend"/>
        <w:spacing w:before="0" w:beforeAutospacing="0" w:after="0" w:afterAutospacing="0" w:line="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670406">
        <w:rPr>
          <w:rStyle w:val="af6"/>
          <w:rFonts w:ascii="Arial" w:hAnsi="Arial" w:cs="Arial"/>
          <w:b w:val="0"/>
          <w:bCs w:val="0"/>
          <w:sz w:val="28"/>
          <w:szCs w:val="28"/>
        </w:rPr>
        <w:t>5)</w:t>
      </w:r>
      <w:r w:rsidRPr="00670406">
        <w:rPr>
          <w:rFonts w:ascii="Arial" w:hAnsi="Arial" w:cs="Arial"/>
          <w:sz w:val="28"/>
          <w:szCs w:val="28"/>
        </w:rPr>
        <w:t xml:space="preserve"> Осы</w:t>
      </w:r>
      <w:r w:rsidRPr="00F449C5">
        <w:rPr>
          <w:rFonts w:ascii="Arial" w:hAnsi="Arial" w:cs="Arial"/>
          <w:sz w:val="28"/>
          <w:szCs w:val="28"/>
        </w:rPr>
        <w:t xml:space="preserve"> </w:t>
      </w:r>
      <w:r w:rsidR="00AD5869">
        <w:rPr>
          <w:rFonts w:ascii="Arial" w:hAnsi="Arial" w:cs="Arial"/>
          <w:sz w:val="28"/>
          <w:szCs w:val="28"/>
          <w:lang w:val="kk-KZ"/>
        </w:rPr>
        <w:t>х</w:t>
      </w:r>
      <w:r w:rsidRPr="00F449C5">
        <w:rPr>
          <w:rFonts w:ascii="Arial" w:hAnsi="Arial" w:cs="Arial"/>
          <w:sz w:val="28"/>
          <w:szCs w:val="28"/>
        </w:rPr>
        <w:t>аттаманың орындалуын бақылауды өзімде қалдырамын.</w:t>
      </w:r>
    </w:p>
    <w:p w14:paraId="20ED1B36" w14:textId="0E777430" w:rsidR="00F449C5" w:rsidRPr="000B4B39" w:rsidRDefault="000B4B39" w:rsidP="00461BBC">
      <w:pPr>
        <w:pStyle w:val="aff8"/>
      </w:pPr>
      <w:bookmarkStart w:id="0" w:name="_GoBack"/>
      <w:bookmarkEnd w:id="0"/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Қазақстан</w:t>
      </w:r>
      <w:proofErr w:type="spellEnd"/>
      <w:r w:rsidR="00AD5869">
        <w:rPr>
          <w:rStyle w:val="af6"/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Республикасы</w:t>
      </w:r>
      <w:proofErr w:type="spellEnd"/>
      <w:r w:rsidRPr="00F449C5">
        <w:rPr>
          <w:rFonts w:ascii="Arial" w:hAnsi="Arial" w:cs="Arial"/>
          <w:sz w:val="28"/>
          <w:szCs w:val="28"/>
        </w:rPr>
        <w:br/>
      </w:r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Өнеркәсіп</w:t>
      </w:r>
      <w:proofErr w:type="spellEnd"/>
      <w:r w:rsidRPr="00F449C5">
        <w:rPr>
          <w:rStyle w:val="af6"/>
          <w:rFonts w:ascii="Arial" w:hAnsi="Arial" w:cs="Arial"/>
          <w:sz w:val="28"/>
          <w:szCs w:val="28"/>
        </w:rPr>
        <w:t xml:space="preserve"> </w:t>
      </w:r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және</w:t>
      </w:r>
      <w:proofErr w:type="spellEnd"/>
      <w:r w:rsidRPr="00F449C5">
        <w:rPr>
          <w:rStyle w:val="af6"/>
          <w:rFonts w:ascii="Arial" w:hAnsi="Arial" w:cs="Arial"/>
          <w:sz w:val="28"/>
          <w:szCs w:val="28"/>
        </w:rPr>
        <w:t xml:space="preserve"> құрылыс</w:t>
      </w:r>
      <w:r w:rsidRPr="00F449C5">
        <w:rPr>
          <w:rFonts w:ascii="Arial" w:hAnsi="Arial" w:cs="Arial"/>
          <w:sz w:val="28"/>
          <w:szCs w:val="28"/>
        </w:rPr>
        <w:br/>
      </w:r>
      <w:r w:rsidRPr="00F449C5">
        <w:rPr>
          <w:rStyle w:val="af6"/>
          <w:rFonts w:ascii="Arial" w:hAnsi="Arial" w:cs="Arial"/>
          <w:sz w:val="28"/>
          <w:szCs w:val="28"/>
        </w:rPr>
        <w:t>вице-министрі</w:t>
      </w:r>
      <w:r w:rsidRPr="00F449C5">
        <w:rPr>
          <w:rFonts w:ascii="Arial" w:hAnsi="Arial" w:cs="Arial"/>
          <w:sz w:val="28"/>
          <w:szCs w:val="28"/>
        </w:rPr>
        <w:t xml:space="preserve"> </w:t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</w:rPr>
        <w:tab/>
      </w:r>
      <w:r w:rsidR="00AD5869">
        <w:rPr>
          <w:rFonts w:ascii="Arial" w:hAnsi="Arial" w:cs="Arial"/>
          <w:sz w:val="28"/>
          <w:szCs w:val="28"/>
          <w:lang w:val="kk-KZ"/>
        </w:rPr>
        <w:t xml:space="preserve">  </w:t>
      </w:r>
      <w:r w:rsidRPr="00F449C5">
        <w:rPr>
          <w:rStyle w:val="af6"/>
          <w:rFonts w:ascii="Arial" w:hAnsi="Arial" w:cs="Arial"/>
          <w:sz w:val="28"/>
          <w:szCs w:val="28"/>
        </w:rPr>
        <w:t xml:space="preserve">Қ. </w:t>
      </w:r>
      <w:proofErr w:type="spellStart"/>
      <w:r w:rsidRPr="00F449C5">
        <w:rPr>
          <w:rStyle w:val="af6"/>
          <w:rFonts w:ascii="Arial" w:hAnsi="Arial" w:cs="Arial"/>
          <w:sz w:val="28"/>
          <w:szCs w:val="28"/>
        </w:rPr>
        <w:t>Қажкенов</w:t>
      </w:r>
      <w:proofErr w:type="spellEnd"/>
    </w:p>
    <w:sectPr w:rsidR="00F449C5" w:rsidRPr="000B4B39" w:rsidSect="009A40BF">
      <w:headerReference w:type="default" r:id="rId8"/>
      <w:pgSz w:w="12240" w:h="15840"/>
      <w:pgMar w:top="1418" w:right="851" w:bottom="1418" w:left="1418" w:header="720" w:footer="720" w:gutter="0"/>
      <w:cols w:space="720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17:28 Кажкенов Куандык Жумабекович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CA715" w14:textId="77777777" w:rsidR="00E119F4" w:rsidRDefault="00E119F4" w:rsidP="006B12E8">
      <w:pPr>
        <w:spacing w:after="0" w:line="240" w:lineRule="auto"/>
      </w:pPr>
      <w:r>
        <w:separator/>
      </w:r>
    </w:p>
  </w:endnote>
  <w:endnote w:type="continuationSeparator" w:id="0">
    <w:p w14:paraId="07CBE753" w14:textId="77777777" w:rsidR="00E119F4" w:rsidRDefault="00E119F4" w:rsidP="006B1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07.10.2026 11:27.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56B19" w14:textId="77777777" w:rsidR="00E119F4" w:rsidRDefault="00E119F4" w:rsidP="006B12E8">
      <w:pPr>
        <w:spacing w:after="0" w:line="240" w:lineRule="auto"/>
      </w:pPr>
      <w:r>
        <w:separator/>
      </w:r>
    </w:p>
  </w:footnote>
  <w:footnote w:type="continuationSeparator" w:id="0">
    <w:p w14:paraId="2EE11DBC" w14:textId="77777777" w:rsidR="00E119F4" w:rsidRDefault="00E119F4" w:rsidP="006B1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48A43" w14:textId="39BD1EE0" w:rsidR="006B12E8" w:rsidRDefault="006B12E8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марова Камеш Закарияновна 07.10.2026 11:2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DA1252"/>
    <w:multiLevelType w:val="hybridMultilevel"/>
    <w:tmpl w:val="475C15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1F85"/>
    <w:rsid w:val="00034616"/>
    <w:rsid w:val="0006063C"/>
    <w:rsid w:val="00082501"/>
    <w:rsid w:val="000A5C07"/>
    <w:rsid w:val="000B4B39"/>
    <w:rsid w:val="0015074B"/>
    <w:rsid w:val="00215EF4"/>
    <w:rsid w:val="00277438"/>
    <w:rsid w:val="0029639D"/>
    <w:rsid w:val="002B7844"/>
    <w:rsid w:val="00326F90"/>
    <w:rsid w:val="00356962"/>
    <w:rsid w:val="00357B53"/>
    <w:rsid w:val="003651B5"/>
    <w:rsid w:val="003A1F99"/>
    <w:rsid w:val="003B4321"/>
    <w:rsid w:val="0046013F"/>
    <w:rsid w:val="00461BBC"/>
    <w:rsid w:val="004B743F"/>
    <w:rsid w:val="004E4789"/>
    <w:rsid w:val="00501D3B"/>
    <w:rsid w:val="005950A4"/>
    <w:rsid w:val="00601431"/>
    <w:rsid w:val="00657B29"/>
    <w:rsid w:val="00670406"/>
    <w:rsid w:val="006B12E8"/>
    <w:rsid w:val="006D0938"/>
    <w:rsid w:val="006F1922"/>
    <w:rsid w:val="00705C5E"/>
    <w:rsid w:val="00794349"/>
    <w:rsid w:val="00841CE2"/>
    <w:rsid w:val="008655A1"/>
    <w:rsid w:val="008806EA"/>
    <w:rsid w:val="008E4857"/>
    <w:rsid w:val="009A40BF"/>
    <w:rsid w:val="00A237BB"/>
    <w:rsid w:val="00AA1D8D"/>
    <w:rsid w:val="00AD5869"/>
    <w:rsid w:val="00B353B4"/>
    <w:rsid w:val="00B47730"/>
    <w:rsid w:val="00B52F1F"/>
    <w:rsid w:val="00BD4A4E"/>
    <w:rsid w:val="00C670C3"/>
    <w:rsid w:val="00C8520F"/>
    <w:rsid w:val="00CB0664"/>
    <w:rsid w:val="00CE7DDA"/>
    <w:rsid w:val="00D862F5"/>
    <w:rsid w:val="00D875FC"/>
    <w:rsid w:val="00E119F4"/>
    <w:rsid w:val="00EC65A3"/>
    <w:rsid w:val="00EF61B6"/>
    <w:rsid w:val="00F15FFD"/>
    <w:rsid w:val="00F449C5"/>
    <w:rsid w:val="00F877B3"/>
    <w:rsid w:val="00F9147A"/>
    <w:rsid w:val="00FC693F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1A383C"/>
  <w14:defaultImageDpi w14:val="300"/>
  <w15:docId w15:val="{BB55716B-3E18-474E-876D-DE27F80466A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0B4B3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ff8">
    <w:name w:val="Normal (Web)"/>
    <w:basedOn w:val="a1"/>
    <w:uiPriority w:val="99"/>
    <w:unhideWhenUsed/>
    <w:rsid w:val="000B4B3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ypks7kbdpwfgdykd3qb9">
    <w:name w:val="ypks7kbdpwfgdykd3qb9"/>
    <w:basedOn w:val="a2"/>
    <w:rsid w:val="00D86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03" Type="http://schemas.openxmlformats.org/officeDocument/2006/relationships/image" Target="media/image903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373F5A-EC17-4F1B-97DA-A0C4C19B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Камеш Омарова</cp:lastModifiedBy>
  <cp:revision>15</cp:revision>
  <dcterms:created xsi:type="dcterms:W3CDTF">2026-10-05T05:20:00Z</dcterms:created>
  <dcterms:modified xsi:type="dcterms:W3CDTF">2026-10-06T07:54:00Z</dcterms:modified>
  <cp:category/>
</cp:coreProperties>
</file>