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49CDFC" w14:textId="04333932" w:rsidR="004121A6" w:rsidRPr="00F16ED4" w:rsidRDefault="00B415C1" w:rsidP="00F16ED4">
      <w:pPr>
        <w:spacing w:after="0"/>
        <w:ind w:left="864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БЕКІТЕМІН</w:t>
      </w:r>
    </w:p>
    <w:p w14:paraId="4C6FF6FE" w14:textId="06790609" w:rsidR="004121A6" w:rsidRPr="00F16ED4" w:rsidRDefault="00BD032A" w:rsidP="00F16ED4">
      <w:pPr>
        <w:spacing w:after="0"/>
        <w:ind w:left="864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Бейімбет Май</w:t>
      </w:r>
      <w:r w:rsidR="00680AB5">
        <w:rPr>
          <w:rFonts w:ascii="Times New Roman" w:hAnsi="Times New Roman" w:cs="Times New Roman"/>
          <w:b/>
          <w:sz w:val="28"/>
          <w:szCs w:val="28"/>
          <w:lang w:val="ru-RU"/>
        </w:rPr>
        <w:t>лин</w:t>
      </w:r>
      <w:r w:rsidR="003E53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ауданының әкімі</w:t>
      </w:r>
      <w:r w:rsidR="00F16ED4" w:rsidRPr="00F16E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</w:p>
    <w:p w14:paraId="7E633BD2" w14:textId="21396BAB" w:rsidR="004121A6" w:rsidRPr="00F16ED4" w:rsidRDefault="00F16ED4" w:rsidP="00F16ED4">
      <w:pPr>
        <w:spacing w:after="0"/>
        <w:ind w:left="864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16ED4">
        <w:rPr>
          <w:rFonts w:ascii="Times New Roman" w:hAnsi="Times New Roman" w:cs="Times New Roman"/>
          <w:b/>
          <w:sz w:val="28"/>
          <w:szCs w:val="28"/>
          <w:lang w:val="ru-RU"/>
        </w:rPr>
        <w:t>________________</w:t>
      </w:r>
      <w:r w:rsidR="001E62F0">
        <w:rPr>
          <w:rFonts w:ascii="Times New Roman" w:hAnsi="Times New Roman" w:cs="Times New Roman"/>
          <w:b/>
          <w:sz w:val="28"/>
          <w:szCs w:val="28"/>
          <w:lang w:val="ru-RU"/>
        </w:rPr>
        <w:t>Қ</w:t>
      </w:r>
      <w:r w:rsidR="009A08D4" w:rsidRPr="00F16E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C42203">
        <w:rPr>
          <w:rFonts w:ascii="Times New Roman" w:hAnsi="Times New Roman" w:cs="Times New Roman"/>
          <w:b/>
          <w:sz w:val="28"/>
          <w:szCs w:val="28"/>
          <w:lang w:val="ru-RU"/>
        </w:rPr>
        <w:t>Мыржақыпов</w:t>
      </w:r>
      <w:r w:rsidRPr="00F16E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3FFAE76B" w14:textId="0D9BCA75" w:rsidR="007E709E" w:rsidRDefault="009F02D4" w:rsidP="007E709E">
      <w:pPr>
        <w:ind w:left="8640"/>
        <w:rPr>
          <w:rFonts w:ascii="Times New Roman" w:hAnsi="Times New Roman" w:cs="Times New Roman"/>
          <w:sz w:val="28"/>
          <w:szCs w:val="28"/>
          <w:lang w:val="ru-RU"/>
        </w:rPr>
      </w:pPr>
      <w:r w:rsidRPr="00F16E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2026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жылғы</w:t>
      </w:r>
      <w:r w:rsidRPr="00F16E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A08D4" w:rsidRPr="00F16ED4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="00EF1E9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</w:t>
      </w:r>
      <w:r w:rsidR="00320258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EF1E9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A08D4" w:rsidRPr="00F16E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» </w:t>
      </w:r>
      <w:r w:rsidR="00EF1E9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қыркүйек</w:t>
      </w:r>
      <w:r w:rsidR="00EF1E9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A08D4" w:rsidRPr="00F16E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3D605E5F" w14:textId="77777777" w:rsidR="00D13D8E" w:rsidRDefault="007A0715" w:rsidP="00F16E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3088B">
        <w:rPr>
          <w:rFonts w:ascii="Times New Roman" w:hAnsi="Times New Roman" w:cs="Times New Roman"/>
          <w:b/>
          <w:sz w:val="24"/>
          <w:szCs w:val="24"/>
          <w:lang w:val="ru-RU"/>
        </w:rPr>
        <w:t>2026 жылдың IV тоқсанына</w:t>
      </w:r>
      <w:r w:rsidRPr="0033088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4BDFB516" w14:textId="77777777" w:rsidR="00855474" w:rsidRDefault="004D7163" w:rsidP="00F16E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3088B">
        <w:rPr>
          <w:rFonts w:ascii="Times New Roman" w:hAnsi="Times New Roman" w:cs="Times New Roman"/>
          <w:b/>
          <w:sz w:val="24"/>
          <w:szCs w:val="24"/>
          <w:lang w:val="ru-RU"/>
        </w:rPr>
        <w:t>Бейімбет Майлин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ауданы</w:t>
      </w:r>
      <w:r w:rsidR="0033088B" w:rsidRPr="0033088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әкімі аппаратында жеке және заңды тұлғалардың өкілдерін жеке қабылдау </w:t>
      </w:r>
    </w:p>
    <w:p w14:paraId="476E2732" w14:textId="06217059" w:rsidR="004121A6" w:rsidRPr="00F16ED4" w:rsidRDefault="00855474" w:rsidP="00F16E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КЕСТЕСІ</w:t>
      </w:r>
      <w:r w:rsidR="0033088B" w:rsidRPr="0033088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9A08D4" w:rsidRPr="007E709E">
        <w:rPr>
          <w:rFonts w:ascii="Times New Roman" w:hAnsi="Times New Roman" w:cs="Times New Roman"/>
          <w:b/>
          <w:sz w:val="28"/>
          <w:szCs w:val="28"/>
        </w:rPr>
        <w:br/>
      </w:r>
    </w:p>
    <w:tbl>
      <w:tblPr>
        <w:tblW w:w="13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3400"/>
        <w:gridCol w:w="3400"/>
        <w:gridCol w:w="3400"/>
      </w:tblGrid>
      <w:tr w:rsidR="004121A6" w:rsidRPr="008816E4" w14:paraId="60254098" w14:textId="77777777" w:rsidTr="001F35B8">
        <w:trPr>
          <w:trHeight w:val="754"/>
        </w:trPr>
        <w:tc>
          <w:tcPr>
            <w:tcW w:w="3400" w:type="dxa"/>
          </w:tcPr>
          <w:p w14:paraId="67E289BF" w14:textId="283BD573" w:rsidR="004121A6" w:rsidRPr="008816E4" w:rsidRDefault="006C7972" w:rsidP="00F16E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9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Азаматтарды қабылдауды жүргізетін адамдардың ТАӘ</w:t>
            </w:r>
          </w:p>
        </w:tc>
        <w:tc>
          <w:tcPr>
            <w:tcW w:w="3400" w:type="dxa"/>
          </w:tcPr>
          <w:p w14:paraId="78CB4365" w14:textId="1C40420A" w:rsidR="004121A6" w:rsidRPr="008816E4" w:rsidRDefault="00CF7C7B" w:rsidP="00F16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3400" w:type="dxa"/>
          </w:tcPr>
          <w:p w14:paraId="28E55FD2" w14:textId="0AC380F7" w:rsidR="004121A6" w:rsidRPr="008816E4" w:rsidRDefault="00E7350D" w:rsidP="00F16E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35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Азаматтарды қабылдау күні мен уақыты</w:t>
            </w:r>
          </w:p>
        </w:tc>
        <w:tc>
          <w:tcPr>
            <w:tcW w:w="3400" w:type="dxa"/>
          </w:tcPr>
          <w:p w14:paraId="0299C4F3" w14:textId="2A7298F0" w:rsidR="004121A6" w:rsidRPr="00ED0F1C" w:rsidRDefault="00ED0F1C" w:rsidP="00F16E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</w:t>
            </w:r>
            <w:r w:rsidR="009A08D4" w:rsidRPr="008816E4">
              <w:rPr>
                <w:rFonts w:ascii="Times New Roman" w:hAnsi="Times New Roman" w:cs="Times New Roman"/>
                <w:sz w:val="28"/>
                <w:szCs w:val="28"/>
              </w:rPr>
              <w:t xml:space="preserve"> телефон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</w:tr>
      <w:tr w:rsidR="004121A6" w:rsidRPr="00EF1E9B" w14:paraId="0B2AB55C" w14:textId="77777777" w:rsidTr="001F35B8">
        <w:trPr>
          <w:trHeight w:val="1369"/>
        </w:trPr>
        <w:tc>
          <w:tcPr>
            <w:tcW w:w="3400" w:type="dxa"/>
          </w:tcPr>
          <w:p w14:paraId="102BE868" w14:textId="49B6054D" w:rsidR="004121A6" w:rsidRPr="007E709E" w:rsidRDefault="00ED0F1C" w:rsidP="0047795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Мыржақыпов</w:t>
            </w:r>
            <w:r w:rsidR="00F16ED4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</w:t>
            </w:r>
            <w:r w:rsidR="00F16ED4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айсар Батырхан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ұлы</w:t>
            </w:r>
          </w:p>
        </w:tc>
        <w:tc>
          <w:tcPr>
            <w:tcW w:w="3400" w:type="dxa"/>
          </w:tcPr>
          <w:p w14:paraId="7F7F9872" w14:textId="4C182737" w:rsidR="004121A6" w:rsidRPr="00472052" w:rsidRDefault="00472052" w:rsidP="0047795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</w:t>
            </w:r>
          </w:p>
        </w:tc>
        <w:tc>
          <w:tcPr>
            <w:tcW w:w="3400" w:type="dxa"/>
          </w:tcPr>
          <w:p w14:paraId="5D08563B" w14:textId="043562DF" w:rsidR="004121A6" w:rsidRPr="007E709E" w:rsidRDefault="00472052" w:rsidP="004779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320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EF1E9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қазан</w:t>
            </w:r>
            <w:r w:rsidR="005F60FC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5F60FC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="00E71D4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2026 </w:t>
            </w:r>
            <w:r w:rsidR="007540D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жылғы 18 қараша</w:t>
            </w:r>
            <w:r w:rsidR="00E71D4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="00F16ED4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2026 </w:t>
            </w:r>
            <w:r w:rsidR="007540D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жылғы 23 желтоқсан</w:t>
            </w:r>
            <w:r w:rsidR="00F16ED4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="00C035D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сағат</w:t>
            </w:r>
            <w:r w:rsidR="00F16ED4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</w:t>
            </w:r>
            <w:r w:rsidR="0010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F16ED4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030D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бастап </w:t>
            </w:r>
            <w:r w:rsidR="00F16ED4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07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9A08D4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030D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дейін</w:t>
            </w:r>
          </w:p>
        </w:tc>
        <w:tc>
          <w:tcPr>
            <w:tcW w:w="3400" w:type="dxa"/>
          </w:tcPr>
          <w:p w14:paraId="23E10933" w14:textId="77777777" w:rsidR="004121A6" w:rsidRPr="007E709E" w:rsidRDefault="00107001" w:rsidP="0047795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8-(714)</w:t>
            </w:r>
            <w:r w:rsidR="00F16ED4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6-3</w:t>
            </w:r>
            <w:r w:rsidR="00F16ED4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F16ED4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55</w:t>
            </w:r>
          </w:p>
        </w:tc>
      </w:tr>
      <w:tr w:rsidR="004121A6" w:rsidRPr="008816E4" w14:paraId="6254C7CF" w14:textId="77777777" w:rsidTr="001F35B8">
        <w:trPr>
          <w:trHeight w:val="1262"/>
        </w:trPr>
        <w:tc>
          <w:tcPr>
            <w:tcW w:w="3400" w:type="dxa"/>
          </w:tcPr>
          <w:p w14:paraId="007C3702" w14:textId="54139DF5" w:rsidR="004121A6" w:rsidRPr="007E709E" w:rsidRDefault="005F60FC" w:rsidP="0047795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Ибраев Ерболат Бер</w:t>
            </w:r>
            <w:r w:rsidR="00C035D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ікұлы</w:t>
            </w:r>
          </w:p>
        </w:tc>
        <w:tc>
          <w:tcPr>
            <w:tcW w:w="3400" w:type="dxa"/>
          </w:tcPr>
          <w:p w14:paraId="3856FE20" w14:textId="60A6AA56" w:rsidR="004121A6" w:rsidRPr="007E709E" w:rsidRDefault="005D36FF" w:rsidP="0047795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әкімінің орынбасары</w:t>
            </w:r>
            <w:r w:rsidR="009A08D4" w:rsidRPr="007E70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0" w:type="dxa"/>
          </w:tcPr>
          <w:p w14:paraId="7C5FE684" w14:textId="336CFFC8" w:rsidR="004121A6" w:rsidRPr="007E709E" w:rsidRDefault="00320258" w:rsidP="004779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2026 </w:t>
            </w:r>
            <w:r w:rsidR="005705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жылғы 20 қазан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="005F60FC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2026 </w:t>
            </w:r>
            <w:r w:rsidR="005705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жылғы 17 қараша</w:t>
            </w:r>
            <w:r w:rsidR="005F60FC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 xml:space="preserve">2026 </w:t>
            </w:r>
            <w:r w:rsidR="005705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жылғы 22 желтоқсан</w:t>
            </w:r>
            <w:r w:rsidR="005F60FC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="00F711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сағат</w:t>
            </w:r>
            <w:r w:rsidR="00F711BF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</w:t>
            </w:r>
            <w:r w:rsidR="00F711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F711BF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711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бастап </w:t>
            </w:r>
            <w:r w:rsidR="00F711BF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F711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F711BF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711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дейі</w:t>
            </w:r>
            <w:r w:rsidR="00F711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</w:p>
        </w:tc>
        <w:tc>
          <w:tcPr>
            <w:tcW w:w="3400" w:type="dxa"/>
          </w:tcPr>
          <w:p w14:paraId="061B59E8" w14:textId="77777777" w:rsidR="004121A6" w:rsidRPr="007E709E" w:rsidRDefault="00107001" w:rsidP="0047795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8-(714)</w:t>
            </w:r>
            <w:r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6-3</w:t>
            </w:r>
            <w:r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55</w:t>
            </w:r>
          </w:p>
        </w:tc>
      </w:tr>
      <w:tr w:rsidR="00BD7F65" w:rsidRPr="008816E4" w14:paraId="6FBABCC7" w14:textId="77777777" w:rsidTr="001F35B8">
        <w:trPr>
          <w:trHeight w:val="1252"/>
        </w:trPr>
        <w:tc>
          <w:tcPr>
            <w:tcW w:w="3400" w:type="dxa"/>
          </w:tcPr>
          <w:p w14:paraId="698248AF" w14:textId="5F26A0BC" w:rsidR="00BD7F65" w:rsidRPr="00320258" w:rsidRDefault="00BD7F65" w:rsidP="0047795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Ысмағулов Мейірбек Райымбекұлы</w:t>
            </w:r>
          </w:p>
        </w:tc>
        <w:tc>
          <w:tcPr>
            <w:tcW w:w="3400" w:type="dxa"/>
          </w:tcPr>
          <w:p w14:paraId="462B3E69" w14:textId="456DF39D" w:rsidR="00BD7F65" w:rsidRPr="007E709E" w:rsidRDefault="00BD7F65" w:rsidP="0047795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әкімінің орынбасары</w:t>
            </w:r>
            <w:r w:rsidRPr="007E70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0" w:type="dxa"/>
          </w:tcPr>
          <w:p w14:paraId="04061E03" w14:textId="3167ECA3" w:rsidR="00BD7F65" w:rsidRDefault="00BD7F65" w:rsidP="004779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2026 </w:t>
            </w:r>
            <w:r w:rsidR="001F3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жылғы 16 қазан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2026 </w:t>
            </w:r>
            <w:r w:rsidR="001F3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жылғы 20 қараша</w:t>
            </w:r>
            <w:r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 xml:space="preserve">2026 </w:t>
            </w:r>
            <w:r w:rsidR="001F3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жылғы 18 желтоқсан</w:t>
            </w:r>
            <w:r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="00F711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сағат</w:t>
            </w:r>
            <w:r w:rsidR="00F711BF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</w:t>
            </w:r>
            <w:r w:rsidR="00F711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F711BF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711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бастап </w:t>
            </w:r>
            <w:r w:rsidR="00F711BF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F711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F711BF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711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дейі</w:t>
            </w:r>
          </w:p>
        </w:tc>
        <w:tc>
          <w:tcPr>
            <w:tcW w:w="3400" w:type="dxa"/>
          </w:tcPr>
          <w:p w14:paraId="79BA00B9" w14:textId="77777777" w:rsidR="00BD7F65" w:rsidRDefault="00BD7F65" w:rsidP="0047795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8-(714)36-3-62-55</w:t>
            </w:r>
          </w:p>
        </w:tc>
      </w:tr>
      <w:tr w:rsidR="004121A6" w:rsidRPr="00EF1E9B" w14:paraId="5906CA34" w14:textId="77777777" w:rsidTr="001F35B8">
        <w:trPr>
          <w:trHeight w:val="149"/>
        </w:trPr>
        <w:tc>
          <w:tcPr>
            <w:tcW w:w="3400" w:type="dxa"/>
          </w:tcPr>
          <w:p w14:paraId="69E91CFF" w14:textId="2D7CB293" w:rsidR="004121A6" w:rsidRPr="007E709E" w:rsidRDefault="005F60FC" w:rsidP="007C2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Бисимбаев Тимур </w:t>
            </w:r>
            <w:r w:rsidR="00BD7F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Қалымжанұлы</w:t>
            </w:r>
            <w:r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400" w:type="dxa"/>
          </w:tcPr>
          <w:p w14:paraId="2F0A4279" w14:textId="4ECDA3CA" w:rsidR="004121A6" w:rsidRPr="007E709E" w:rsidRDefault="00D845AE" w:rsidP="007C2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 аппаратының</w:t>
            </w:r>
            <w:r w:rsidR="009A08D4" w:rsidRPr="007E70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басшысы</w:t>
            </w:r>
          </w:p>
        </w:tc>
        <w:tc>
          <w:tcPr>
            <w:tcW w:w="3400" w:type="dxa"/>
          </w:tcPr>
          <w:p w14:paraId="37A4DBA6" w14:textId="7EF6B9D3" w:rsidR="004121A6" w:rsidRPr="007E709E" w:rsidRDefault="00EF1E9B" w:rsidP="007C20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2026 </w:t>
            </w:r>
            <w:r w:rsidR="001F3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жылғы 14 қазан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="008816E4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2026 </w:t>
            </w:r>
            <w:r w:rsidR="001F3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жылғы 25 қараша</w:t>
            </w:r>
            <w:r w:rsidR="008816E4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="009A08D4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2026 </w:t>
            </w:r>
            <w:r w:rsidR="001F3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жылғы 30 желтоқсан</w:t>
            </w:r>
            <w:r w:rsidR="009A08D4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="001F3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сағат</w:t>
            </w:r>
            <w:r w:rsidR="001F35B8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</w:t>
            </w:r>
            <w:r w:rsidR="001F3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1F35B8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F3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бастап </w:t>
            </w:r>
            <w:r w:rsidR="001F35B8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F3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F35B8"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F3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дейі</w:t>
            </w:r>
            <w:r w:rsidR="001F3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</w:p>
        </w:tc>
        <w:tc>
          <w:tcPr>
            <w:tcW w:w="3400" w:type="dxa"/>
          </w:tcPr>
          <w:p w14:paraId="4A8B31EA" w14:textId="77777777" w:rsidR="004121A6" w:rsidRPr="007E709E" w:rsidRDefault="00107001" w:rsidP="007C2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8-(714)</w:t>
            </w:r>
            <w:r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6-3</w:t>
            </w:r>
            <w:r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7E70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55</w:t>
            </w:r>
          </w:p>
        </w:tc>
      </w:tr>
    </w:tbl>
    <w:p w14:paraId="748811D1" w14:textId="77777777" w:rsidR="009A08D4" w:rsidRPr="008816E4" w:rsidRDefault="009A08D4">
      <w:pPr>
        <w:rPr>
          <w:lang w:val="ru-RU"/>
        </w:rPr>
      </w:pPr>
    </w:p>
    <w:sectPr w:rsidR="009A08D4" w:rsidRPr="008816E4" w:rsidSect="007C201D">
      <w:pgSz w:w="15840" w:h="12240" w:orient="landscape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BC685E" w14:textId="77777777" w:rsidR="000F5EE7" w:rsidRDefault="000F5EE7" w:rsidP="00F16ED4">
      <w:pPr>
        <w:spacing w:after="0" w:line="240" w:lineRule="auto"/>
      </w:pPr>
      <w:r>
        <w:separator/>
      </w:r>
    </w:p>
  </w:endnote>
  <w:endnote w:type="continuationSeparator" w:id="0">
    <w:p w14:paraId="0CE3DC59" w14:textId="77777777" w:rsidR="000F5EE7" w:rsidRDefault="000F5EE7" w:rsidP="00F1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56D344" w14:textId="77777777" w:rsidR="000F5EE7" w:rsidRDefault="000F5EE7" w:rsidP="00F16ED4">
      <w:pPr>
        <w:spacing w:after="0" w:line="240" w:lineRule="auto"/>
      </w:pPr>
      <w:r>
        <w:separator/>
      </w:r>
    </w:p>
  </w:footnote>
  <w:footnote w:type="continuationSeparator" w:id="0">
    <w:p w14:paraId="0D743248" w14:textId="77777777" w:rsidR="000F5EE7" w:rsidRDefault="000F5EE7" w:rsidP="00F16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4996635">
    <w:abstractNumId w:val="8"/>
  </w:num>
  <w:num w:numId="2" w16cid:durableId="1021668000">
    <w:abstractNumId w:val="6"/>
  </w:num>
  <w:num w:numId="3" w16cid:durableId="1752582242">
    <w:abstractNumId w:val="5"/>
  </w:num>
  <w:num w:numId="4" w16cid:durableId="812067804">
    <w:abstractNumId w:val="4"/>
  </w:num>
  <w:num w:numId="5" w16cid:durableId="1928729484">
    <w:abstractNumId w:val="7"/>
  </w:num>
  <w:num w:numId="6" w16cid:durableId="370350311">
    <w:abstractNumId w:val="3"/>
  </w:num>
  <w:num w:numId="7" w16cid:durableId="574361991">
    <w:abstractNumId w:val="2"/>
  </w:num>
  <w:num w:numId="8" w16cid:durableId="1305425260">
    <w:abstractNumId w:val="1"/>
  </w:num>
  <w:num w:numId="9" w16cid:durableId="15065065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EE7"/>
    <w:rsid w:val="00107001"/>
    <w:rsid w:val="0015074B"/>
    <w:rsid w:val="0018326D"/>
    <w:rsid w:val="001954E8"/>
    <w:rsid w:val="001E62F0"/>
    <w:rsid w:val="001F35B8"/>
    <w:rsid w:val="0029639D"/>
    <w:rsid w:val="002F0C95"/>
    <w:rsid w:val="00320258"/>
    <w:rsid w:val="00326F90"/>
    <w:rsid w:val="0033088B"/>
    <w:rsid w:val="00354DBF"/>
    <w:rsid w:val="003E53DE"/>
    <w:rsid w:val="004121A6"/>
    <w:rsid w:val="00472052"/>
    <w:rsid w:val="00473835"/>
    <w:rsid w:val="0047795A"/>
    <w:rsid w:val="004D4562"/>
    <w:rsid w:val="004D7163"/>
    <w:rsid w:val="00566977"/>
    <w:rsid w:val="00570565"/>
    <w:rsid w:val="005D36FF"/>
    <w:rsid w:val="005F60FC"/>
    <w:rsid w:val="00680AB5"/>
    <w:rsid w:val="006C7972"/>
    <w:rsid w:val="007540D1"/>
    <w:rsid w:val="00790B1E"/>
    <w:rsid w:val="007A0715"/>
    <w:rsid w:val="007C201D"/>
    <w:rsid w:val="007E709E"/>
    <w:rsid w:val="00855474"/>
    <w:rsid w:val="008816E4"/>
    <w:rsid w:val="009A08D4"/>
    <w:rsid w:val="009F02D4"/>
    <w:rsid w:val="00AA1D8D"/>
    <w:rsid w:val="00B415C1"/>
    <w:rsid w:val="00B47730"/>
    <w:rsid w:val="00BD032A"/>
    <w:rsid w:val="00BD7F65"/>
    <w:rsid w:val="00C01D28"/>
    <w:rsid w:val="00C035DB"/>
    <w:rsid w:val="00C42203"/>
    <w:rsid w:val="00CB0664"/>
    <w:rsid w:val="00CF7C7B"/>
    <w:rsid w:val="00D030D1"/>
    <w:rsid w:val="00D13D8E"/>
    <w:rsid w:val="00D845AE"/>
    <w:rsid w:val="00E130FA"/>
    <w:rsid w:val="00E35CAD"/>
    <w:rsid w:val="00E71D41"/>
    <w:rsid w:val="00E7350D"/>
    <w:rsid w:val="00ED0F1C"/>
    <w:rsid w:val="00EF1E9B"/>
    <w:rsid w:val="00F030D9"/>
    <w:rsid w:val="00F16ED4"/>
    <w:rsid w:val="00F42C6C"/>
    <w:rsid w:val="00F711BF"/>
    <w:rsid w:val="00FC693F"/>
    <w:rsid w:val="00FF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A00B2A"/>
  <w14:defaultImageDpi w14:val="300"/>
  <w15:docId w15:val="{ED53C753-8E1B-FC47-9DDF-9710224E8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EF1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EF1E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ABBA8E-D40B-4EF4-81F1-6292ED50BCD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aigul-88-88@mail.ru</cp:lastModifiedBy>
  <cp:revision>2</cp:revision>
  <cp:lastPrinted>2026-09-18T04:17:00Z</cp:lastPrinted>
  <dcterms:created xsi:type="dcterms:W3CDTF">2026-10-01T04:38:00Z</dcterms:created>
  <dcterms:modified xsi:type="dcterms:W3CDTF">2026-10-01T04:38:00Z</dcterms:modified>
</cp:coreProperties>
</file>