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FB1FD" w14:textId="77777777" w:rsidR="00E30DA9" w:rsidRPr="00135F3D" w:rsidRDefault="00F77CAC">
      <w:pPr>
        <w:spacing w:after="360"/>
        <w:jc w:val="right"/>
        <w:rPr>
          <w:b/>
          <w:bCs/>
          <w:sz w:val="28"/>
          <w:szCs w:val="28"/>
        </w:rPr>
      </w:pPr>
      <w:r w:rsidRPr="00135F3D">
        <w:rPr>
          <w:b/>
          <w:bCs/>
          <w:sz w:val="28"/>
          <w:szCs w:val="28"/>
        </w:rPr>
        <w:t>Есіл ауданы әкімі аппаратының</w:t>
      </w:r>
      <w:r w:rsidRPr="00135F3D">
        <w:rPr>
          <w:b/>
          <w:bCs/>
          <w:sz w:val="28"/>
          <w:szCs w:val="28"/>
        </w:rPr>
        <w:br/>
        <w:t>басшысы</w:t>
      </w:r>
      <w:r w:rsidRPr="00135F3D">
        <w:rPr>
          <w:b/>
          <w:bCs/>
          <w:sz w:val="28"/>
          <w:szCs w:val="28"/>
        </w:rPr>
        <w:br/>
        <w:t>А.Қ. Жанайдаровқа</w:t>
      </w:r>
    </w:p>
    <w:p w14:paraId="2B9C1EEA" w14:textId="77777777" w:rsidR="00E30DA9" w:rsidRPr="00135F3D" w:rsidRDefault="00F77CAC">
      <w:pPr>
        <w:spacing w:before="240" w:after="280"/>
        <w:jc w:val="center"/>
        <w:rPr>
          <w:sz w:val="28"/>
          <w:szCs w:val="28"/>
        </w:rPr>
      </w:pPr>
      <w:r w:rsidRPr="00135F3D">
        <w:rPr>
          <w:b/>
          <w:sz w:val="28"/>
          <w:szCs w:val="28"/>
        </w:rPr>
        <w:t>Талдау жазбасы</w:t>
      </w:r>
    </w:p>
    <w:p w14:paraId="1F5AAEFB" w14:textId="414DD827" w:rsidR="00E30DA9" w:rsidRPr="00135F3D" w:rsidRDefault="00F77CAC">
      <w:pPr>
        <w:spacing w:after="120"/>
        <w:ind w:firstLine="720"/>
        <w:jc w:val="both"/>
        <w:rPr>
          <w:sz w:val="28"/>
          <w:szCs w:val="28"/>
        </w:rPr>
      </w:pPr>
      <w:r w:rsidRPr="00135F3D">
        <w:rPr>
          <w:sz w:val="28"/>
          <w:szCs w:val="28"/>
        </w:rPr>
        <w:t>Николаев</w:t>
      </w:r>
      <w:r w:rsidR="00135F3D" w:rsidRPr="00135F3D">
        <w:rPr>
          <w:sz w:val="28"/>
          <w:szCs w:val="28"/>
          <w:lang w:val="kk-KZ"/>
        </w:rPr>
        <w:t>ка</w:t>
      </w:r>
      <w:r w:rsidRPr="00135F3D">
        <w:rPr>
          <w:sz w:val="28"/>
          <w:szCs w:val="28"/>
        </w:rPr>
        <w:t xml:space="preserve"> ауылдық округі әкімінің аппаратымен 2026 жылдың 3-тоқсанында 1 мемлекеттік қызмет көрсетілді (заңды тұлғаларға – 1 қызмет), (шілде – 0, тамыз – 0, қыркүйек – 1).</w:t>
      </w:r>
    </w:p>
    <w:p w14:paraId="74F7A0F5" w14:textId="77777777" w:rsidR="00E30DA9" w:rsidRPr="00135F3D" w:rsidRDefault="00F77CAC">
      <w:pPr>
        <w:spacing w:after="120"/>
        <w:ind w:firstLine="720"/>
        <w:jc w:val="both"/>
        <w:rPr>
          <w:sz w:val="28"/>
          <w:szCs w:val="28"/>
        </w:rPr>
      </w:pPr>
      <w:r w:rsidRPr="00135F3D">
        <w:rPr>
          <w:sz w:val="28"/>
          <w:szCs w:val="28"/>
        </w:rPr>
        <w:t>Нысаналы мақсатын өзгертуге шешім беру – 1 (БМКК АЖ арқылы, қыркүйек – 1).</w:t>
      </w:r>
    </w:p>
    <w:p w14:paraId="5AE6C5AC" w14:textId="77777777" w:rsidR="00E30DA9" w:rsidRPr="00135F3D" w:rsidRDefault="00F77CAC">
      <w:pPr>
        <w:spacing w:after="80"/>
        <w:ind w:firstLine="720"/>
        <w:jc w:val="both"/>
        <w:rPr>
          <w:sz w:val="28"/>
          <w:szCs w:val="28"/>
        </w:rPr>
      </w:pPr>
      <w:r w:rsidRPr="00135F3D">
        <w:rPr>
          <w:sz w:val="28"/>
          <w:szCs w:val="28"/>
        </w:rPr>
        <w:t>«Электрондық үкімет» веб-порталының «Connection Point» өзіне-өзі қызмет көрсету бұрышы арқылы – 42 қызмет:</w:t>
      </w:r>
    </w:p>
    <w:p w14:paraId="623A3C43" w14:textId="77777777" w:rsidR="00E30DA9" w:rsidRPr="00135F3D" w:rsidRDefault="00F77CAC">
      <w:pPr>
        <w:spacing w:after="40"/>
        <w:ind w:left="1008" w:hanging="288"/>
        <w:jc w:val="both"/>
        <w:rPr>
          <w:sz w:val="28"/>
          <w:szCs w:val="28"/>
        </w:rPr>
      </w:pPr>
      <w:r w:rsidRPr="00135F3D">
        <w:rPr>
          <w:sz w:val="28"/>
          <w:szCs w:val="28"/>
        </w:rPr>
        <w:t>– ЭЦҚ-ны қашықтан алу – 26;</w:t>
      </w:r>
    </w:p>
    <w:p w14:paraId="6F26BBF1" w14:textId="77777777" w:rsidR="00E30DA9" w:rsidRPr="00135F3D" w:rsidRDefault="00F77CAC">
      <w:pPr>
        <w:spacing w:after="40"/>
        <w:ind w:left="1008" w:hanging="288"/>
        <w:jc w:val="both"/>
        <w:rPr>
          <w:sz w:val="28"/>
          <w:szCs w:val="28"/>
        </w:rPr>
      </w:pPr>
      <w:r w:rsidRPr="00135F3D">
        <w:rPr>
          <w:sz w:val="28"/>
          <w:szCs w:val="28"/>
        </w:rPr>
        <w:t>– Медициналық ұйымға тіркелу – 4;</w:t>
      </w:r>
    </w:p>
    <w:p w14:paraId="3C04F214" w14:textId="77777777" w:rsidR="00E30DA9" w:rsidRPr="00135F3D" w:rsidRDefault="00F77CAC">
      <w:pPr>
        <w:spacing w:after="40"/>
        <w:ind w:left="1008" w:hanging="288"/>
        <w:jc w:val="both"/>
        <w:rPr>
          <w:sz w:val="28"/>
          <w:szCs w:val="28"/>
        </w:rPr>
      </w:pPr>
      <w:r w:rsidRPr="00135F3D">
        <w:rPr>
          <w:sz w:val="28"/>
          <w:szCs w:val="28"/>
        </w:rPr>
        <w:t>– Қайтыс бол</w:t>
      </w:r>
      <w:r w:rsidRPr="00135F3D">
        <w:rPr>
          <w:sz w:val="28"/>
          <w:szCs w:val="28"/>
        </w:rPr>
        <w:t>уды мемлекеттік тіркеу туралы хабарлама – 1;</w:t>
      </w:r>
    </w:p>
    <w:p w14:paraId="24C7C7E7" w14:textId="77777777" w:rsidR="00E30DA9" w:rsidRPr="00135F3D" w:rsidRDefault="00F77CAC">
      <w:pPr>
        <w:spacing w:after="40"/>
        <w:ind w:left="1008" w:hanging="288"/>
        <w:jc w:val="both"/>
        <w:rPr>
          <w:sz w:val="28"/>
          <w:szCs w:val="28"/>
        </w:rPr>
      </w:pPr>
      <w:r w:rsidRPr="00135F3D">
        <w:rPr>
          <w:sz w:val="28"/>
          <w:szCs w:val="28"/>
        </w:rPr>
        <w:t>– Жылжымайтын мүліктің бар-жоғы туралы анықтама – 1;</w:t>
      </w:r>
    </w:p>
    <w:p w14:paraId="1F4CAC35" w14:textId="77777777" w:rsidR="00E30DA9" w:rsidRPr="00135F3D" w:rsidRDefault="00F77CAC">
      <w:pPr>
        <w:spacing w:after="40"/>
        <w:ind w:left="1008" w:hanging="288"/>
        <w:jc w:val="both"/>
        <w:rPr>
          <w:sz w:val="28"/>
          <w:szCs w:val="28"/>
        </w:rPr>
      </w:pPr>
      <w:r w:rsidRPr="00135F3D">
        <w:rPr>
          <w:sz w:val="28"/>
          <w:szCs w:val="28"/>
        </w:rPr>
        <w:t>– Мүгедектік туралы анықтама – 1;</w:t>
      </w:r>
    </w:p>
    <w:p w14:paraId="5B772513" w14:textId="77777777" w:rsidR="00E30DA9" w:rsidRPr="00135F3D" w:rsidRDefault="00F77CAC">
      <w:pPr>
        <w:spacing w:after="40"/>
        <w:ind w:left="1008" w:hanging="288"/>
        <w:jc w:val="both"/>
        <w:rPr>
          <w:sz w:val="28"/>
          <w:szCs w:val="28"/>
        </w:rPr>
      </w:pPr>
      <w:r w:rsidRPr="00135F3D">
        <w:rPr>
          <w:sz w:val="28"/>
          <w:szCs w:val="28"/>
        </w:rPr>
        <w:t>– Сотталғандығының бар немесе жоқ екендігі туралы анықтама – 3;</w:t>
      </w:r>
    </w:p>
    <w:p w14:paraId="04D6301C" w14:textId="77777777" w:rsidR="00E30DA9" w:rsidRPr="00135F3D" w:rsidRDefault="00F77CAC">
      <w:pPr>
        <w:spacing w:after="40"/>
        <w:ind w:left="1008" w:hanging="288"/>
        <w:jc w:val="both"/>
        <w:rPr>
          <w:sz w:val="28"/>
          <w:szCs w:val="28"/>
        </w:rPr>
      </w:pPr>
      <w:r w:rsidRPr="00135F3D">
        <w:rPr>
          <w:sz w:val="28"/>
          <w:szCs w:val="28"/>
        </w:rPr>
        <w:t>– Туу туралы қайталама куәлік – 3;</w:t>
      </w:r>
    </w:p>
    <w:p w14:paraId="28004C5C" w14:textId="77777777" w:rsidR="00E30DA9" w:rsidRPr="00135F3D" w:rsidRDefault="00F77CAC">
      <w:pPr>
        <w:spacing w:after="40"/>
        <w:ind w:left="1008" w:hanging="288"/>
        <w:jc w:val="both"/>
        <w:rPr>
          <w:sz w:val="28"/>
          <w:szCs w:val="28"/>
        </w:rPr>
      </w:pPr>
      <w:r w:rsidRPr="00135F3D">
        <w:rPr>
          <w:sz w:val="28"/>
          <w:szCs w:val="28"/>
        </w:rPr>
        <w:t>– Наркологиялық ұйымнан а</w:t>
      </w:r>
      <w:r w:rsidRPr="00135F3D">
        <w:rPr>
          <w:sz w:val="28"/>
          <w:szCs w:val="28"/>
        </w:rPr>
        <w:t>нықтама – 4;</w:t>
      </w:r>
    </w:p>
    <w:p w14:paraId="2E7E2304" w14:textId="77777777" w:rsidR="00E30DA9" w:rsidRPr="00135F3D" w:rsidRDefault="00F77CAC">
      <w:pPr>
        <w:spacing w:after="40"/>
        <w:ind w:left="1008" w:hanging="288"/>
        <w:jc w:val="both"/>
        <w:rPr>
          <w:sz w:val="28"/>
          <w:szCs w:val="28"/>
        </w:rPr>
      </w:pPr>
      <w:r w:rsidRPr="00135F3D">
        <w:rPr>
          <w:sz w:val="28"/>
          <w:szCs w:val="28"/>
        </w:rPr>
        <w:t>– Психикалық денсаулық орталығынан (психиатриядан) анықтама – 4;</w:t>
      </w:r>
    </w:p>
    <w:p w14:paraId="38120FC5" w14:textId="77777777" w:rsidR="00E30DA9" w:rsidRPr="00135F3D" w:rsidRDefault="00F77CAC">
      <w:pPr>
        <w:spacing w:after="40"/>
        <w:ind w:left="1008" w:hanging="288"/>
        <w:jc w:val="both"/>
        <w:rPr>
          <w:sz w:val="28"/>
          <w:szCs w:val="28"/>
        </w:rPr>
      </w:pPr>
      <w:r w:rsidRPr="00135F3D">
        <w:rPr>
          <w:sz w:val="28"/>
          <w:szCs w:val="28"/>
        </w:rPr>
        <w:t>– Туберкулезге қарсы диспансерден анықтама – 4;</w:t>
      </w:r>
    </w:p>
    <w:p w14:paraId="27F3BEB3" w14:textId="77777777" w:rsidR="00E30DA9" w:rsidRPr="00135F3D" w:rsidRDefault="00F77CAC">
      <w:pPr>
        <w:spacing w:after="40"/>
        <w:ind w:left="1008" w:hanging="288"/>
        <w:jc w:val="both"/>
        <w:rPr>
          <w:sz w:val="28"/>
          <w:szCs w:val="28"/>
        </w:rPr>
      </w:pPr>
      <w:r w:rsidRPr="00135F3D">
        <w:rPr>
          <w:sz w:val="28"/>
          <w:szCs w:val="28"/>
        </w:rPr>
        <w:t>– Шетелдіктерге ҚР аумағында тұруға рұқсат беру (отбасын біріктіру) – 1.</w:t>
      </w:r>
    </w:p>
    <w:p w14:paraId="4CE7B377" w14:textId="08CEDF15" w:rsidR="00E30DA9" w:rsidRPr="00135F3D" w:rsidRDefault="00F77CAC">
      <w:pPr>
        <w:spacing w:before="120" w:after="80"/>
        <w:ind w:firstLine="720"/>
        <w:jc w:val="both"/>
        <w:rPr>
          <w:sz w:val="28"/>
          <w:szCs w:val="28"/>
        </w:rPr>
      </w:pPr>
      <w:r w:rsidRPr="00135F3D">
        <w:rPr>
          <w:sz w:val="28"/>
          <w:szCs w:val="28"/>
        </w:rPr>
        <w:t>Мемлекеттік қызметтерді насихаттау және халыққа танымал е</w:t>
      </w:r>
      <w:r w:rsidRPr="00135F3D">
        <w:rPr>
          <w:sz w:val="28"/>
          <w:szCs w:val="28"/>
        </w:rPr>
        <w:t>ту мақсатында Николаев</w:t>
      </w:r>
      <w:r w:rsidR="00135F3D">
        <w:rPr>
          <w:sz w:val="28"/>
          <w:szCs w:val="28"/>
          <w:lang w:val="kk-KZ"/>
        </w:rPr>
        <w:t>ка</w:t>
      </w:r>
      <w:r w:rsidRPr="00135F3D">
        <w:rPr>
          <w:sz w:val="28"/>
          <w:szCs w:val="28"/>
        </w:rPr>
        <w:t xml:space="preserve"> ауылдық округі әкімінің аппаратымен келесі іс-шара өткізілді:</w:t>
      </w:r>
    </w:p>
    <w:p w14:paraId="6FDCBF48" w14:textId="50E4E04C" w:rsidR="00E30DA9" w:rsidRPr="00135F3D" w:rsidRDefault="00F77CAC">
      <w:pPr>
        <w:spacing w:after="80"/>
        <w:ind w:firstLine="720"/>
        <w:jc w:val="both"/>
        <w:rPr>
          <w:sz w:val="28"/>
          <w:szCs w:val="28"/>
        </w:rPr>
      </w:pPr>
      <w:r w:rsidRPr="00135F3D">
        <w:rPr>
          <w:sz w:val="28"/>
          <w:szCs w:val="28"/>
        </w:rPr>
        <w:t>2026 жылғы 28 тамызда Николаев</w:t>
      </w:r>
      <w:r w:rsidR="00135F3D">
        <w:rPr>
          <w:sz w:val="28"/>
          <w:szCs w:val="28"/>
          <w:lang w:val="kk-KZ"/>
        </w:rPr>
        <w:t>ка</w:t>
      </w:r>
      <w:bookmarkStart w:id="0" w:name="_GoBack"/>
      <w:bookmarkEnd w:id="0"/>
      <w:r w:rsidRPr="00135F3D">
        <w:rPr>
          <w:sz w:val="28"/>
          <w:szCs w:val="28"/>
        </w:rPr>
        <w:t xml:space="preserve"> ауылдық округі әкімі аппаратының бас маманы баланың тууын тіркеу және туу туралы куәлігін ресімдеу мемлекеттік қызметі бойынша түсіндіру іс-</w:t>
      </w:r>
      <w:r w:rsidRPr="00135F3D">
        <w:rPr>
          <w:sz w:val="28"/>
          <w:szCs w:val="28"/>
        </w:rPr>
        <w:t>шарасын өткізді.</w:t>
      </w:r>
    </w:p>
    <w:p w14:paraId="02A3324F" w14:textId="77777777" w:rsidR="00E30DA9" w:rsidRPr="00135F3D" w:rsidRDefault="00F77CAC">
      <w:pPr>
        <w:spacing w:after="480"/>
        <w:ind w:firstLine="720"/>
        <w:rPr>
          <w:sz w:val="28"/>
          <w:szCs w:val="28"/>
        </w:rPr>
      </w:pPr>
      <w:r w:rsidRPr="00135F3D">
        <w:rPr>
          <w:color w:val="0066CC"/>
          <w:sz w:val="28"/>
          <w:szCs w:val="28"/>
          <w:u w:val="single"/>
        </w:rPr>
        <w:t>https://www.facebook.com/share/p/19oMdigBci/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E30DA9" w:rsidRPr="00135F3D" w14:paraId="59942CAC" w14:textId="77777777">
        <w:trPr>
          <w:jc w:val="center"/>
        </w:trPr>
        <w:tc>
          <w:tcPr>
            <w:tcW w:w="4824" w:type="dxa"/>
          </w:tcPr>
          <w:p w14:paraId="49CDABA2" w14:textId="1F41B03C" w:rsidR="00E30DA9" w:rsidRPr="00135F3D" w:rsidRDefault="00F77CAC">
            <w:pPr>
              <w:rPr>
                <w:sz w:val="28"/>
                <w:szCs w:val="28"/>
              </w:rPr>
            </w:pPr>
            <w:r w:rsidRPr="00135F3D">
              <w:rPr>
                <w:b/>
                <w:sz w:val="28"/>
                <w:szCs w:val="28"/>
              </w:rPr>
              <w:t>Николаев</w:t>
            </w:r>
            <w:r w:rsidR="00135F3D" w:rsidRPr="00135F3D">
              <w:rPr>
                <w:b/>
                <w:sz w:val="28"/>
                <w:szCs w:val="28"/>
                <w:lang w:val="kk-KZ"/>
              </w:rPr>
              <w:t>ка</w:t>
            </w:r>
            <w:r w:rsidRPr="00135F3D">
              <w:rPr>
                <w:b/>
                <w:sz w:val="28"/>
                <w:szCs w:val="28"/>
              </w:rPr>
              <w:t xml:space="preserve"> ауылдық округі</w:t>
            </w:r>
            <w:r w:rsidRPr="00135F3D">
              <w:rPr>
                <w:b/>
                <w:sz w:val="28"/>
                <w:szCs w:val="28"/>
              </w:rPr>
              <w:br/>
              <w:t>әкімінің міндетін атқарушы</w:t>
            </w:r>
          </w:p>
        </w:tc>
        <w:tc>
          <w:tcPr>
            <w:tcW w:w="4824" w:type="dxa"/>
          </w:tcPr>
          <w:p w14:paraId="723E42C3" w14:textId="77777777" w:rsidR="00E30DA9" w:rsidRPr="00135F3D" w:rsidRDefault="00F77CAC">
            <w:pPr>
              <w:jc w:val="right"/>
              <w:rPr>
                <w:sz w:val="28"/>
                <w:szCs w:val="28"/>
              </w:rPr>
            </w:pPr>
            <w:r w:rsidRPr="00135F3D">
              <w:rPr>
                <w:b/>
                <w:sz w:val="28"/>
                <w:szCs w:val="28"/>
              </w:rPr>
              <w:t>Б. Сатывалдина</w:t>
            </w:r>
          </w:p>
        </w:tc>
      </w:tr>
    </w:tbl>
    <w:p w14:paraId="2482A9D0" w14:textId="77777777" w:rsidR="00F77CAC" w:rsidRPr="00135F3D" w:rsidRDefault="00F77CAC">
      <w:pPr>
        <w:rPr>
          <w:sz w:val="28"/>
          <w:szCs w:val="28"/>
        </w:rPr>
      </w:pPr>
    </w:p>
    <w:sectPr w:rsidR="00F77CAC" w:rsidRPr="00135F3D" w:rsidSect="00135F3D">
      <w:pgSz w:w="12240" w:h="15840"/>
      <w:pgMar w:top="426" w:right="1152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5F3D"/>
    <w:rsid w:val="0015074B"/>
    <w:rsid w:val="0029639D"/>
    <w:rsid w:val="00326F90"/>
    <w:rsid w:val="00AA1D8D"/>
    <w:rsid w:val="00B47730"/>
    <w:rsid w:val="00CB0664"/>
    <w:rsid w:val="00E30DA9"/>
    <w:rsid w:val="00F77C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3A055D"/>
  <w14:defaultImageDpi w14:val="300"/>
  <w15:docId w15:val="{7E15CEB8-F4BE-43B6-8A70-416DD954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0EEDE5-90AC-45C3-9D8B-115C01D68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Ермек Бимаканов</cp:lastModifiedBy>
  <cp:revision>3</cp:revision>
  <dcterms:created xsi:type="dcterms:W3CDTF">2013-12-23T23:15:00Z</dcterms:created>
  <dcterms:modified xsi:type="dcterms:W3CDTF">2026-10-06T09:50:00Z</dcterms:modified>
  <cp:category/>
</cp:coreProperties>
</file>