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6B8A9" w14:textId="77777777" w:rsidR="009251DF" w:rsidRDefault="0008019D">
      <w:pPr>
        <w:rPr>
          <w:color w:val="3399FF"/>
          <w:lang w:val="kk-KZ"/>
        </w:rPr>
      </w:pPr>
      <w:r>
        <w:rPr>
          <w:color w:val="3399FF"/>
          <w:lang w:val="kk-KZ"/>
        </w:rPr>
        <w:t xml:space="preserve">                  Астана қ</w:t>
      </w:r>
      <w:r>
        <w:rPr>
          <w:color w:val="3399FF"/>
        </w:rPr>
        <w:t>аласы</w:t>
      </w:r>
      <w:r w:rsidRPr="00D31102">
        <w:rPr>
          <w:color w:val="3399FF"/>
          <w:lang w:val="kk-KZ"/>
        </w:rPr>
        <w:t xml:space="preserve">                                                                   </w:t>
      </w:r>
      <w:r>
        <w:rPr>
          <w:color w:val="3399FF"/>
          <w:lang w:val="kk-KZ"/>
        </w:rPr>
        <w:t xml:space="preserve">                                           </w:t>
      </w:r>
      <w:proofErr w:type="spellStart"/>
      <w:r>
        <w:rPr>
          <w:color w:val="3399FF"/>
          <w:lang w:val="kk-KZ"/>
        </w:rPr>
        <w:t>город</w:t>
      </w:r>
      <w:proofErr w:type="spellEnd"/>
      <w:r>
        <w:rPr>
          <w:color w:val="3399FF"/>
          <w:lang w:val="kk-KZ"/>
        </w:rPr>
        <w:t xml:space="preserve"> Астана</w:t>
      </w:r>
      <w:r w:rsidRPr="00D31102">
        <w:rPr>
          <w:color w:val="3399FF"/>
          <w:lang w:val="kk-KZ"/>
        </w:rPr>
        <w:t xml:space="preserve">                                                                   </w:t>
      </w:r>
      <w:r>
        <w:rPr>
          <w:color w:val="3399FF"/>
          <w:lang w:val="kk-KZ"/>
        </w:rPr>
        <w:t xml:space="preserve">                                           </w:t>
      </w:r>
      <w:r w:rsidRPr="00D31102">
        <w:rPr>
          <w:color w:val="3399FF"/>
          <w:lang w:val="kk-KZ"/>
        </w:rPr>
        <w:t xml:space="preserve"> </w:t>
      </w:r>
    </w:p>
    <w:p w14:paraId="56E6EAA2" w14:textId="77777777" w:rsidR="009251DF" w:rsidRDefault="009251DF">
      <w:pPr>
        <w:rPr>
          <w:lang w:val="kk-KZ"/>
        </w:rPr>
      </w:pPr>
    </w:p>
    <w:p w14:paraId="15DA762A" w14:textId="77777777" w:rsidR="009251DF" w:rsidRDefault="009251DF">
      <w:pPr>
        <w:rPr>
          <w:lang w:val="kk-KZ"/>
        </w:rPr>
      </w:pPr>
    </w:p>
    <w:p w14:paraId="32DCBCF3" w14:textId="77777777" w:rsidR="00937755" w:rsidRDefault="00937755" w:rsidP="00937755">
      <w:pPr>
        <w:jc w:val="both"/>
        <w:rPr>
          <w:b/>
          <w:color w:val="000000"/>
          <w:sz w:val="28"/>
          <w:lang w:val="kk-KZ"/>
        </w:rPr>
      </w:pPr>
      <w:r w:rsidRPr="002F244A">
        <w:rPr>
          <w:b/>
          <w:color w:val="000000"/>
          <w:sz w:val="28"/>
          <w:lang w:val="kk-KZ"/>
        </w:rPr>
        <w:t>«Астана қаласы бойынша сайлау</w:t>
      </w:r>
    </w:p>
    <w:p w14:paraId="59498C85" w14:textId="77777777" w:rsidR="00937755" w:rsidRDefault="00937755" w:rsidP="00937755">
      <w:pPr>
        <w:jc w:val="both"/>
        <w:rPr>
          <w:b/>
          <w:color w:val="000000"/>
          <w:sz w:val="28"/>
          <w:lang w:val="kk-KZ"/>
        </w:rPr>
      </w:pPr>
      <w:r w:rsidRPr="002F244A">
        <w:rPr>
          <w:b/>
          <w:color w:val="000000"/>
          <w:sz w:val="28"/>
          <w:lang w:val="kk-KZ"/>
        </w:rPr>
        <w:t>учаскелерін құру туралы»</w:t>
      </w:r>
      <w:r>
        <w:rPr>
          <w:b/>
          <w:color w:val="000000"/>
          <w:sz w:val="28"/>
          <w:lang w:val="kk-KZ"/>
        </w:rPr>
        <w:t xml:space="preserve"> </w:t>
      </w:r>
    </w:p>
    <w:p w14:paraId="75A0A6C6" w14:textId="77777777" w:rsidR="00937755" w:rsidRDefault="00937755" w:rsidP="00937755">
      <w:pPr>
        <w:jc w:val="both"/>
        <w:rPr>
          <w:b/>
          <w:color w:val="000000"/>
          <w:sz w:val="28"/>
          <w:lang w:val="kk-KZ"/>
        </w:rPr>
      </w:pPr>
      <w:r>
        <w:rPr>
          <w:b/>
          <w:color w:val="000000"/>
          <w:sz w:val="28"/>
          <w:lang w:val="kk-KZ"/>
        </w:rPr>
        <w:t>А</w:t>
      </w:r>
      <w:r w:rsidRPr="002F244A">
        <w:rPr>
          <w:b/>
          <w:color w:val="000000"/>
          <w:sz w:val="28"/>
          <w:lang w:val="kk-KZ"/>
        </w:rPr>
        <w:t xml:space="preserve">стана қаласы әкімінің </w:t>
      </w:r>
    </w:p>
    <w:p w14:paraId="2F2AFFAE" w14:textId="77777777" w:rsidR="00937755" w:rsidRDefault="00937755" w:rsidP="00937755">
      <w:pPr>
        <w:jc w:val="both"/>
        <w:rPr>
          <w:b/>
          <w:color w:val="000000"/>
          <w:sz w:val="28"/>
          <w:lang w:val="kk-KZ"/>
        </w:rPr>
      </w:pPr>
      <w:r w:rsidRPr="002F244A">
        <w:rPr>
          <w:b/>
          <w:color w:val="000000"/>
          <w:sz w:val="28"/>
          <w:lang w:val="kk-KZ"/>
        </w:rPr>
        <w:t>2025 жылғы 8 сәуірдегі</w:t>
      </w:r>
    </w:p>
    <w:p w14:paraId="1F9F7288" w14:textId="77777777" w:rsidR="00937755" w:rsidRDefault="00937755" w:rsidP="00937755">
      <w:pPr>
        <w:jc w:val="both"/>
        <w:rPr>
          <w:b/>
          <w:bCs/>
          <w:color w:val="000000"/>
          <w:sz w:val="28"/>
          <w:szCs w:val="28"/>
          <w:shd w:val="clear" w:color="auto" w:fill="FFFFFF"/>
          <w:lang w:val="kk-KZ"/>
        </w:rPr>
      </w:pPr>
      <w:r w:rsidRPr="002F244A">
        <w:rPr>
          <w:b/>
          <w:color w:val="000000"/>
          <w:sz w:val="28"/>
          <w:lang w:val="kk-KZ"/>
        </w:rPr>
        <w:t>№ 01-7</w:t>
      </w:r>
      <w:r>
        <w:rPr>
          <w:b/>
          <w:color w:val="000000"/>
          <w:sz w:val="28"/>
          <w:lang w:val="kk-KZ"/>
        </w:rPr>
        <w:t xml:space="preserve"> ш</w:t>
      </w:r>
      <w:r w:rsidRPr="002F244A">
        <w:rPr>
          <w:b/>
          <w:color w:val="000000"/>
          <w:sz w:val="28"/>
          <w:lang w:val="kk-KZ"/>
        </w:rPr>
        <w:t>ешімін</w:t>
      </w:r>
      <w:r>
        <w:rPr>
          <w:b/>
          <w:color w:val="000000"/>
          <w:sz w:val="28"/>
          <w:lang w:val="kk-KZ"/>
        </w:rPr>
        <w:t xml:space="preserve">е </w:t>
      </w:r>
      <w:r w:rsidRPr="00993AFE">
        <w:rPr>
          <w:b/>
          <w:bCs/>
          <w:color w:val="000000"/>
          <w:sz w:val="28"/>
          <w:szCs w:val="28"/>
          <w:shd w:val="clear" w:color="auto" w:fill="FFFFFF"/>
          <w:lang w:val="kk-KZ"/>
        </w:rPr>
        <w:t>өзгеріс</w:t>
      </w:r>
      <w:r>
        <w:rPr>
          <w:b/>
          <w:bCs/>
          <w:color w:val="000000"/>
          <w:sz w:val="28"/>
          <w:szCs w:val="28"/>
          <w:shd w:val="clear" w:color="auto" w:fill="FFFFFF"/>
          <w:lang w:val="kk-KZ"/>
        </w:rPr>
        <w:t>тер</w:t>
      </w:r>
    </w:p>
    <w:p w14:paraId="42F98759" w14:textId="77777777" w:rsidR="00937755" w:rsidRPr="002F244A" w:rsidRDefault="00937755" w:rsidP="00937755">
      <w:pPr>
        <w:jc w:val="both"/>
        <w:rPr>
          <w:b/>
          <w:color w:val="000000"/>
          <w:sz w:val="28"/>
          <w:lang w:val="kk-KZ"/>
        </w:rPr>
      </w:pPr>
      <w:r w:rsidRPr="00886590">
        <w:rPr>
          <w:b/>
          <w:bCs/>
          <w:color w:val="000000"/>
          <w:sz w:val="28"/>
          <w:szCs w:val="28"/>
          <w:shd w:val="clear" w:color="auto" w:fill="FFFFFF"/>
          <w:lang w:val="kk-KZ"/>
        </w:rPr>
        <w:t>енгізу туралы</w:t>
      </w:r>
    </w:p>
    <w:p w14:paraId="79CA4728" w14:textId="77777777" w:rsidR="00937755" w:rsidRPr="00F50B41" w:rsidRDefault="00937755" w:rsidP="00937755">
      <w:pPr>
        <w:widowControl w:val="0"/>
        <w:ind w:left="1701" w:right="1982"/>
        <w:jc w:val="both"/>
        <w:rPr>
          <w:sz w:val="28"/>
          <w:lang w:val="kk-KZ"/>
        </w:rPr>
      </w:pPr>
    </w:p>
    <w:p w14:paraId="6018C3F6" w14:textId="77777777" w:rsidR="00937755" w:rsidRDefault="00937755" w:rsidP="00937755">
      <w:pPr>
        <w:widowControl w:val="0"/>
        <w:ind w:right="-2"/>
        <w:jc w:val="both"/>
        <w:rPr>
          <w:sz w:val="28"/>
          <w:lang w:val="kk-KZ"/>
        </w:rPr>
      </w:pPr>
    </w:p>
    <w:p w14:paraId="3122AD14" w14:textId="77777777" w:rsidR="00937755" w:rsidRDefault="00937755" w:rsidP="00937755">
      <w:pPr>
        <w:ind w:firstLine="708"/>
        <w:jc w:val="both"/>
        <w:rPr>
          <w:bCs/>
          <w:color w:val="000000"/>
          <w:sz w:val="28"/>
          <w:lang w:val="kk-KZ"/>
        </w:rPr>
      </w:pPr>
      <w:r w:rsidRPr="00E33300">
        <w:rPr>
          <w:bCs/>
          <w:color w:val="000000"/>
          <w:sz w:val="28"/>
          <w:lang w:val="kk-KZ"/>
        </w:rPr>
        <w:t>Астана қаласының әкімі</w:t>
      </w:r>
      <w:r>
        <w:rPr>
          <w:bCs/>
          <w:color w:val="000000"/>
          <w:sz w:val="28"/>
          <w:lang w:val="kk-KZ"/>
        </w:rPr>
        <w:t xml:space="preserve"> </w:t>
      </w:r>
      <w:r w:rsidRPr="00DA6BC0">
        <w:rPr>
          <w:b/>
          <w:color w:val="000000"/>
          <w:sz w:val="28"/>
          <w:lang w:val="kk-KZ"/>
        </w:rPr>
        <w:t>ШЕШІМ ҚАБЫЛДАДЫ</w:t>
      </w:r>
      <w:r w:rsidRPr="00E33300">
        <w:rPr>
          <w:bCs/>
          <w:color w:val="000000"/>
          <w:sz w:val="28"/>
          <w:lang w:val="kk-KZ"/>
        </w:rPr>
        <w:t>:</w:t>
      </w:r>
    </w:p>
    <w:p w14:paraId="1A56A3A5" w14:textId="77777777" w:rsidR="00937755" w:rsidRDefault="00937755" w:rsidP="00937755">
      <w:pPr>
        <w:ind w:firstLine="708"/>
        <w:jc w:val="both"/>
        <w:rPr>
          <w:bCs/>
          <w:color w:val="000000"/>
          <w:sz w:val="28"/>
          <w:lang w:val="kk-KZ"/>
        </w:rPr>
      </w:pPr>
      <w:r w:rsidRPr="00E33300">
        <w:rPr>
          <w:bCs/>
          <w:color w:val="000000"/>
          <w:sz w:val="28"/>
          <w:lang w:val="kk-KZ"/>
        </w:rPr>
        <w:t>1.</w:t>
      </w:r>
      <w:r w:rsidRPr="00E33300">
        <w:rPr>
          <w:lang w:val="kk-KZ"/>
        </w:rPr>
        <w:t xml:space="preserve"> </w:t>
      </w:r>
      <w:r w:rsidRPr="00727D77">
        <w:rPr>
          <w:bCs/>
          <w:color w:val="000000"/>
          <w:sz w:val="28"/>
          <w:lang w:val="kk-KZ"/>
        </w:rPr>
        <w:t>«Астана қаласы бойынша сайлау учаскелерін құру туралы» Астана қаласы әкімінің 2025 жылғы 8 сәуірдегі № 01-7 шешімін</w:t>
      </w:r>
      <w:r>
        <w:rPr>
          <w:bCs/>
          <w:color w:val="000000"/>
          <w:sz w:val="28"/>
          <w:lang w:val="kk-KZ"/>
        </w:rPr>
        <w:t>е</w:t>
      </w:r>
      <w:r w:rsidRPr="00727D77">
        <w:rPr>
          <w:bCs/>
          <w:color w:val="000000"/>
          <w:sz w:val="28"/>
          <w:lang w:val="kk-KZ"/>
        </w:rPr>
        <w:t xml:space="preserve"> (</w:t>
      </w:r>
      <w:r>
        <w:rPr>
          <w:sz w:val="28"/>
          <w:szCs w:val="28"/>
          <w:lang w:val="kk-KZ"/>
        </w:rPr>
        <w:t>Нормативтік құқықтық актілерді мемлекеттік тіркеу тізілімінде</w:t>
      </w:r>
      <w:r w:rsidRPr="00727D77">
        <w:rPr>
          <w:bCs/>
          <w:color w:val="000000"/>
          <w:sz w:val="28"/>
          <w:lang w:val="kk-KZ"/>
        </w:rPr>
        <w:t xml:space="preserve"> № 1409-01 болып тіркелген) </w:t>
      </w:r>
      <w:r>
        <w:rPr>
          <w:bCs/>
          <w:color w:val="000000"/>
          <w:sz w:val="28"/>
          <w:lang w:val="kk-KZ"/>
        </w:rPr>
        <w:t>мынадай</w:t>
      </w:r>
      <w:r w:rsidRPr="00886590">
        <w:rPr>
          <w:bCs/>
          <w:color w:val="000000"/>
          <w:sz w:val="28"/>
          <w:lang w:val="kk-KZ"/>
        </w:rPr>
        <w:t xml:space="preserve"> </w:t>
      </w:r>
      <w:r w:rsidRPr="00F50B41">
        <w:rPr>
          <w:bCs/>
          <w:color w:val="000000"/>
          <w:sz w:val="28"/>
          <w:lang w:val="kk-KZ"/>
        </w:rPr>
        <w:t>өзгерістер</w:t>
      </w:r>
      <w:r w:rsidRPr="00886590">
        <w:rPr>
          <w:bCs/>
          <w:color w:val="000000"/>
          <w:sz w:val="28"/>
          <w:lang w:val="kk-KZ"/>
        </w:rPr>
        <w:t xml:space="preserve"> енгізілсін: </w:t>
      </w:r>
    </w:p>
    <w:p w14:paraId="08D0C072" w14:textId="77777777" w:rsidR="00937755" w:rsidRDefault="00937755" w:rsidP="00937755">
      <w:pPr>
        <w:ind w:firstLine="708"/>
        <w:jc w:val="both"/>
        <w:rPr>
          <w:bCs/>
          <w:color w:val="000000"/>
          <w:sz w:val="28"/>
          <w:lang w:val="kk-KZ"/>
        </w:rPr>
      </w:pPr>
      <w:r w:rsidRPr="00F50B41">
        <w:rPr>
          <w:bCs/>
          <w:color w:val="000000"/>
          <w:sz w:val="28"/>
          <w:lang w:val="kk-KZ"/>
        </w:rPr>
        <w:t>көрсетілген шешім</w:t>
      </w:r>
      <w:r>
        <w:rPr>
          <w:bCs/>
          <w:color w:val="000000"/>
          <w:sz w:val="28"/>
          <w:lang w:val="kk-KZ"/>
        </w:rPr>
        <w:t>ге</w:t>
      </w:r>
      <w:r w:rsidRPr="00F50B41">
        <w:rPr>
          <w:bCs/>
          <w:color w:val="000000"/>
          <w:sz w:val="28"/>
          <w:lang w:val="kk-KZ"/>
        </w:rPr>
        <w:t xml:space="preserve"> </w:t>
      </w:r>
      <w:r>
        <w:rPr>
          <w:bCs/>
          <w:color w:val="000000"/>
          <w:sz w:val="28"/>
          <w:lang w:val="kk-KZ"/>
        </w:rPr>
        <w:t>1, 2, 3, 4, 5, 6 -</w:t>
      </w:r>
      <w:r w:rsidRPr="00F50B41">
        <w:rPr>
          <w:bCs/>
          <w:color w:val="000000"/>
          <w:sz w:val="28"/>
          <w:lang w:val="kk-KZ"/>
        </w:rPr>
        <w:t>қосымша</w:t>
      </w:r>
      <w:r>
        <w:rPr>
          <w:bCs/>
          <w:color w:val="000000"/>
          <w:sz w:val="28"/>
          <w:lang w:val="kk-KZ"/>
        </w:rPr>
        <w:t>лар</w:t>
      </w:r>
      <w:r w:rsidRPr="00F50B41">
        <w:rPr>
          <w:bCs/>
          <w:color w:val="000000"/>
          <w:sz w:val="28"/>
          <w:lang w:val="kk-KZ"/>
        </w:rPr>
        <w:t xml:space="preserve"> осы шешім</w:t>
      </w:r>
      <w:r>
        <w:rPr>
          <w:bCs/>
          <w:color w:val="000000"/>
          <w:sz w:val="28"/>
          <w:lang w:val="kk-KZ"/>
        </w:rPr>
        <w:t>ге 1, 2, 3, 4, 5, 6 -</w:t>
      </w:r>
      <w:r w:rsidRPr="00F50B41">
        <w:rPr>
          <w:bCs/>
          <w:color w:val="000000"/>
          <w:sz w:val="28"/>
          <w:lang w:val="kk-KZ"/>
        </w:rPr>
        <w:t>қосымша</w:t>
      </w:r>
      <w:r>
        <w:rPr>
          <w:bCs/>
          <w:color w:val="000000"/>
          <w:sz w:val="28"/>
          <w:lang w:val="kk-KZ"/>
        </w:rPr>
        <w:t>ларға</w:t>
      </w:r>
      <w:r w:rsidRPr="00F50B41">
        <w:rPr>
          <w:bCs/>
          <w:color w:val="000000"/>
          <w:sz w:val="28"/>
          <w:lang w:val="kk-KZ"/>
        </w:rPr>
        <w:t xml:space="preserve"> сәйкес жаңа редакцияда жазылсын</w:t>
      </w:r>
      <w:r>
        <w:rPr>
          <w:bCs/>
          <w:color w:val="000000"/>
          <w:sz w:val="28"/>
          <w:lang w:val="kk-KZ"/>
        </w:rPr>
        <w:t>.</w:t>
      </w:r>
    </w:p>
    <w:p w14:paraId="4B737E2D" w14:textId="77777777" w:rsidR="00937755" w:rsidRPr="00F50B41" w:rsidRDefault="00937755" w:rsidP="00937755">
      <w:pPr>
        <w:ind w:firstLine="708"/>
        <w:jc w:val="both"/>
        <w:rPr>
          <w:bCs/>
          <w:color w:val="000000"/>
          <w:sz w:val="28"/>
          <w:lang w:val="kk-KZ"/>
        </w:rPr>
      </w:pPr>
      <w:r>
        <w:rPr>
          <w:bCs/>
          <w:color w:val="000000"/>
          <w:sz w:val="28"/>
          <w:lang w:val="kk-KZ"/>
        </w:rPr>
        <w:t xml:space="preserve">2. «Астана қаласы бойынша сайлау </w:t>
      </w:r>
      <w:r w:rsidRPr="004C2AC3">
        <w:rPr>
          <w:bCs/>
          <w:color w:val="000000"/>
          <w:sz w:val="28"/>
          <w:lang w:val="kk-KZ"/>
        </w:rPr>
        <w:t>учаскелерін құру туралы</w:t>
      </w:r>
      <w:r>
        <w:rPr>
          <w:bCs/>
          <w:color w:val="000000"/>
          <w:sz w:val="28"/>
          <w:lang w:val="kk-KZ"/>
        </w:rPr>
        <w:t xml:space="preserve">» </w:t>
      </w:r>
      <w:r w:rsidRPr="004C2AC3">
        <w:rPr>
          <w:bCs/>
          <w:color w:val="000000"/>
          <w:sz w:val="28"/>
          <w:lang w:val="kk-KZ"/>
        </w:rPr>
        <w:t xml:space="preserve">Астана қаласы әкімінің </w:t>
      </w:r>
      <w:r>
        <w:rPr>
          <w:bCs/>
          <w:color w:val="000000"/>
          <w:sz w:val="28"/>
          <w:lang w:val="kk-KZ"/>
        </w:rPr>
        <w:t>2025 жылғы 8 сәуірдегі № 01-7 шешіміне өзгерістер енгізу туралы</w:t>
      </w:r>
      <w:r w:rsidRPr="004C2AC3">
        <w:rPr>
          <w:bCs/>
          <w:color w:val="000000"/>
          <w:sz w:val="28"/>
          <w:lang w:val="kk-KZ"/>
        </w:rPr>
        <w:t xml:space="preserve">» </w:t>
      </w:r>
      <w:r>
        <w:rPr>
          <w:bCs/>
          <w:color w:val="000000"/>
          <w:sz w:val="28"/>
          <w:lang w:val="kk-KZ"/>
        </w:rPr>
        <w:t>Астана қаласы әкімінің 2026 жылғы 20 мамырдағы № 01-14 шешімінің күші жойылды деп танылсын.</w:t>
      </w:r>
    </w:p>
    <w:p w14:paraId="28BC56FF" w14:textId="77777777" w:rsidR="00937755" w:rsidRPr="001F1AB9" w:rsidRDefault="00937755" w:rsidP="00937755">
      <w:pPr>
        <w:ind w:firstLine="708"/>
        <w:jc w:val="both"/>
        <w:rPr>
          <w:bCs/>
          <w:color w:val="000000"/>
          <w:sz w:val="28"/>
          <w:lang w:val="kk-KZ"/>
        </w:rPr>
      </w:pPr>
      <w:r>
        <w:rPr>
          <w:bCs/>
          <w:color w:val="000000"/>
          <w:sz w:val="28"/>
          <w:lang w:val="kk-KZ"/>
        </w:rPr>
        <w:t>3</w:t>
      </w:r>
      <w:r w:rsidRPr="00E33300">
        <w:rPr>
          <w:bCs/>
          <w:color w:val="000000"/>
          <w:sz w:val="28"/>
          <w:lang w:val="kk-KZ"/>
        </w:rPr>
        <w:t>.</w:t>
      </w:r>
      <w:r>
        <w:rPr>
          <w:lang w:val="kk-KZ"/>
        </w:rPr>
        <w:t xml:space="preserve"> </w:t>
      </w:r>
      <w:r w:rsidRPr="00C238D5">
        <w:rPr>
          <w:bCs/>
          <w:color w:val="000000"/>
          <w:sz w:val="28"/>
          <w:lang w:val="kk-KZ"/>
        </w:rPr>
        <w:t xml:space="preserve">Осы шешім </w:t>
      </w:r>
      <w:r w:rsidRPr="001F1AB9">
        <w:rPr>
          <w:bCs/>
          <w:color w:val="000000"/>
          <w:sz w:val="28"/>
          <w:lang w:val="kk-KZ"/>
        </w:rPr>
        <w:t>қол қойылған күнінен бастап күшіне енеді және жариялауға жатады.</w:t>
      </w:r>
    </w:p>
    <w:p w14:paraId="5C623586" w14:textId="77777777" w:rsidR="00937755" w:rsidRDefault="00937755" w:rsidP="00937755">
      <w:pPr>
        <w:ind w:firstLine="708"/>
        <w:jc w:val="both"/>
        <w:rPr>
          <w:bCs/>
          <w:color w:val="000000"/>
          <w:sz w:val="28"/>
          <w:lang w:val="kk-KZ"/>
        </w:rPr>
      </w:pPr>
    </w:p>
    <w:p w14:paraId="3EAC3B0F" w14:textId="77777777" w:rsidR="00937755" w:rsidRDefault="00937755" w:rsidP="00937755">
      <w:pPr>
        <w:ind w:firstLine="708"/>
        <w:jc w:val="both"/>
        <w:rPr>
          <w:bCs/>
          <w:color w:val="000000"/>
          <w:sz w:val="28"/>
          <w:lang w:val="kk-KZ"/>
        </w:rPr>
      </w:pPr>
    </w:p>
    <w:p w14:paraId="70627F12" w14:textId="77777777" w:rsidR="00937755" w:rsidRPr="00F31322" w:rsidRDefault="00937755" w:rsidP="00937755">
      <w:pPr>
        <w:ind w:firstLine="708"/>
        <w:jc w:val="both"/>
        <w:rPr>
          <w:bCs/>
          <w:color w:val="000000"/>
          <w:sz w:val="28"/>
          <w:lang w:val="kk-KZ"/>
        </w:rPr>
      </w:pPr>
      <w:r>
        <w:rPr>
          <w:b/>
          <w:sz w:val="28"/>
          <w:lang w:val="kk-KZ"/>
        </w:rPr>
        <w:t>Ә</w:t>
      </w:r>
      <w:r w:rsidRPr="003E40B2">
        <w:rPr>
          <w:b/>
          <w:sz w:val="28"/>
          <w:lang w:val="kk-KZ"/>
        </w:rPr>
        <w:t>кім</w:t>
      </w:r>
      <w:r>
        <w:rPr>
          <w:b/>
          <w:sz w:val="28"/>
          <w:lang w:val="kk-KZ"/>
        </w:rPr>
        <w:t xml:space="preserve">                                                                                             </w:t>
      </w:r>
      <w:r>
        <w:rPr>
          <w:b/>
          <w:sz w:val="28"/>
          <w:szCs w:val="28"/>
          <w:lang w:val="kk-KZ"/>
        </w:rPr>
        <w:t>Ж. Қасымбек</w:t>
      </w:r>
    </w:p>
    <w:p w14:paraId="0DB1C077" w14:textId="77777777" w:rsidR="00937755" w:rsidRDefault="00937755" w:rsidP="00937755">
      <w:pPr>
        <w:rPr>
          <w:sz w:val="28"/>
          <w:lang w:val="kk-KZ"/>
        </w:rPr>
      </w:pPr>
    </w:p>
    <w:p w14:paraId="7731507F" w14:textId="77777777" w:rsidR="00937755" w:rsidRDefault="00937755" w:rsidP="00937755">
      <w:pPr>
        <w:rPr>
          <w:color w:val="3399FF"/>
          <w:lang w:val="kk-KZ"/>
        </w:rPr>
      </w:pPr>
    </w:p>
    <w:p w14:paraId="378AFF52" w14:textId="540D65B0" w:rsidR="00937755" w:rsidRDefault="00937755" w:rsidP="00937755">
      <w:pPr>
        <w:tabs>
          <w:tab w:val="left" w:pos="870"/>
        </w:tabs>
        <w:rPr>
          <w:lang w:val="kk-KZ"/>
        </w:rPr>
      </w:pPr>
    </w:p>
    <w:p w14:paraId="6A71D097" w14:textId="77777777" w:rsidR="00937755" w:rsidRDefault="00937755" w:rsidP="00937755">
      <w:pPr>
        <w:tabs>
          <w:tab w:val="left" w:pos="709"/>
        </w:tabs>
        <w:rPr>
          <w:b/>
          <w:sz w:val="28"/>
          <w:lang w:val="kk-KZ"/>
        </w:rPr>
      </w:pPr>
      <w:r>
        <w:rPr>
          <w:b/>
          <w:sz w:val="28"/>
          <w:szCs w:val="28"/>
          <w:lang w:val="kk-KZ"/>
        </w:rPr>
        <w:tab/>
        <w:t>Келісілді</w:t>
      </w:r>
    </w:p>
    <w:p w14:paraId="2B5C2EF6" w14:textId="77777777" w:rsidR="00937755" w:rsidRDefault="00937755" w:rsidP="00937755">
      <w:pPr>
        <w:ind w:firstLine="709"/>
        <w:rPr>
          <w:b/>
          <w:sz w:val="28"/>
          <w:szCs w:val="28"/>
          <w:lang w:val="kk-KZ"/>
        </w:rPr>
      </w:pPr>
      <w:r>
        <w:rPr>
          <w:b/>
          <w:sz w:val="28"/>
          <w:szCs w:val="28"/>
          <w:lang w:val="kk-KZ"/>
        </w:rPr>
        <w:t xml:space="preserve">Астана қаласының </w:t>
      </w:r>
    </w:p>
    <w:p w14:paraId="0A8261BF" w14:textId="77777777" w:rsidR="00937755" w:rsidRDefault="00937755" w:rsidP="00937755">
      <w:pPr>
        <w:ind w:firstLine="709"/>
        <w:rPr>
          <w:b/>
          <w:sz w:val="28"/>
          <w:szCs w:val="28"/>
          <w:lang w:val="kk-KZ"/>
        </w:rPr>
      </w:pPr>
      <w:r>
        <w:rPr>
          <w:b/>
          <w:sz w:val="28"/>
          <w:szCs w:val="28"/>
          <w:lang w:val="kk-KZ"/>
        </w:rPr>
        <w:t xml:space="preserve">аумақтық сайлау </w:t>
      </w:r>
    </w:p>
    <w:p w14:paraId="46EC8FB6" w14:textId="77777777" w:rsidR="00937755" w:rsidRDefault="00937755" w:rsidP="00937755">
      <w:pPr>
        <w:tabs>
          <w:tab w:val="left" w:pos="975"/>
        </w:tabs>
        <w:ind w:firstLine="709"/>
        <w:rPr>
          <w:b/>
          <w:sz w:val="28"/>
          <w:szCs w:val="28"/>
          <w:lang w:val="kk-KZ"/>
        </w:rPr>
      </w:pPr>
      <w:r>
        <w:rPr>
          <w:b/>
          <w:sz w:val="28"/>
          <w:szCs w:val="28"/>
          <w:lang w:val="kk-KZ"/>
        </w:rPr>
        <w:t xml:space="preserve">комиссиясының төрағасы </w:t>
      </w:r>
    </w:p>
    <w:p w14:paraId="7C522336" w14:textId="77777777" w:rsidR="00937755" w:rsidRDefault="00937755" w:rsidP="00937755">
      <w:pPr>
        <w:tabs>
          <w:tab w:val="left" w:pos="975"/>
        </w:tabs>
        <w:ind w:firstLine="709"/>
        <w:rPr>
          <w:b/>
          <w:sz w:val="28"/>
          <w:szCs w:val="28"/>
          <w:lang w:val="kk-KZ"/>
        </w:rPr>
      </w:pPr>
      <w:r w:rsidRPr="004C2AC3">
        <w:rPr>
          <w:b/>
          <w:sz w:val="28"/>
          <w:szCs w:val="28"/>
          <w:lang w:val="kk-KZ"/>
        </w:rPr>
        <w:t xml:space="preserve">_______________ </w:t>
      </w:r>
      <w:r>
        <w:rPr>
          <w:b/>
          <w:sz w:val="28"/>
          <w:szCs w:val="28"/>
          <w:lang w:val="kk-KZ"/>
        </w:rPr>
        <w:t>Б. Жұмабеков</w:t>
      </w:r>
    </w:p>
    <w:p w14:paraId="761DD69C" w14:textId="77777777" w:rsidR="00937755" w:rsidRDefault="00937755" w:rsidP="00937755">
      <w:pPr>
        <w:tabs>
          <w:tab w:val="left" w:pos="975"/>
        </w:tabs>
        <w:ind w:firstLine="709"/>
        <w:rPr>
          <w:lang w:val="kk-KZ"/>
        </w:rPr>
      </w:pPr>
      <w:r>
        <w:rPr>
          <w:b/>
          <w:sz w:val="28"/>
          <w:szCs w:val="28"/>
          <w:lang w:val="kk-KZ"/>
        </w:rPr>
        <w:t xml:space="preserve">2026 жылғы </w:t>
      </w:r>
      <w:r>
        <w:rPr>
          <w:b/>
          <w:sz w:val="28"/>
          <w:szCs w:val="28"/>
        </w:rPr>
        <w:t>«___» ___________</w:t>
      </w:r>
      <w:r>
        <w:rPr>
          <w:b/>
          <w:sz w:val="28"/>
          <w:szCs w:val="28"/>
          <w:lang w:val="kk-KZ"/>
        </w:rPr>
        <w:t xml:space="preserve"> </w:t>
      </w:r>
    </w:p>
    <w:p w14:paraId="7DD2853D" w14:textId="77777777" w:rsidR="000D023A" w:rsidRDefault="000D023A" w:rsidP="000D023A">
      <w:pPr>
        <w:rPr>
          <w:lang w:val="kk-KZ"/>
        </w:rPr>
      </w:pPr>
    </w:p>
    <w:p w14:paraId="104E76F0" w14:textId="78B3E83E" w:rsidR="000D023A" w:rsidRDefault="000D023A" w:rsidP="000D023A">
      <w:pPr>
        <w:rPr>
          <w:lang w:val="kk-KZ"/>
        </w:rPr>
      </w:pPr>
    </w:p>
    <w:p w14:paraId="28E189BC" w14:textId="6F6DCAD5" w:rsidR="00937755" w:rsidRDefault="00937755" w:rsidP="000D023A">
      <w:pPr>
        <w:rPr>
          <w:lang w:val="kk-KZ"/>
        </w:rPr>
      </w:pPr>
    </w:p>
    <w:p w14:paraId="620B4FE7" w14:textId="77777777" w:rsidR="00937755" w:rsidRDefault="00937755" w:rsidP="000D023A">
      <w:pPr>
        <w:rPr>
          <w:lang w:val="kk-KZ"/>
        </w:rPr>
      </w:pPr>
    </w:p>
    <w:tbl>
      <w:tblPr>
        <w:tblW w:w="4111" w:type="dxa"/>
        <w:tblInd w:w="5670" w:type="dxa"/>
        <w:tblLook w:val="04A0" w:firstRow="1" w:lastRow="0" w:firstColumn="1" w:lastColumn="0" w:noHBand="0" w:noVBand="1"/>
      </w:tblPr>
      <w:tblGrid>
        <w:gridCol w:w="4111"/>
      </w:tblGrid>
      <w:tr w:rsidR="00937755" w:rsidRPr="00D2356F" w14:paraId="6EE20D56" w14:textId="77777777" w:rsidTr="009720AC">
        <w:tc>
          <w:tcPr>
            <w:tcW w:w="4111" w:type="dxa"/>
            <w:tcBorders>
              <w:top w:val="nil"/>
              <w:left w:val="nil"/>
              <w:bottom w:val="nil"/>
              <w:right w:val="nil"/>
            </w:tcBorders>
          </w:tcPr>
          <w:p w14:paraId="1DEC274D" w14:textId="77777777" w:rsidR="00937755" w:rsidRPr="00D2356F" w:rsidRDefault="00937755" w:rsidP="00937755">
            <w:pPr>
              <w:ind w:left="250" w:hanging="213"/>
              <w:rPr>
                <w:sz w:val="28"/>
                <w:szCs w:val="28"/>
                <w:lang w:val="kk-KZ"/>
              </w:rPr>
            </w:pPr>
            <w:r w:rsidRPr="00D2356F">
              <w:rPr>
                <w:sz w:val="28"/>
                <w:szCs w:val="28"/>
                <w:lang w:val="kk-KZ"/>
              </w:rPr>
              <w:lastRenderedPageBreak/>
              <w:t>Астана қаласы әкімінің</w:t>
            </w:r>
          </w:p>
          <w:p w14:paraId="07AC872C" w14:textId="7FC167FB" w:rsidR="00937755" w:rsidRPr="00D2356F" w:rsidRDefault="00937755" w:rsidP="00937755">
            <w:pPr>
              <w:ind w:left="250" w:hanging="213"/>
              <w:rPr>
                <w:sz w:val="28"/>
                <w:szCs w:val="28"/>
                <w:lang w:val="kk-KZ"/>
              </w:rPr>
            </w:pPr>
            <w:r w:rsidRPr="00D2356F">
              <w:rPr>
                <w:sz w:val="28"/>
                <w:szCs w:val="28"/>
                <w:lang w:val="kk-KZ"/>
              </w:rPr>
              <w:t>2026 жылғы «30»қыркүйектегі</w:t>
            </w:r>
          </w:p>
          <w:p w14:paraId="00CA606E" w14:textId="01B7E445" w:rsidR="00937755" w:rsidRPr="00D2356F" w:rsidRDefault="00937755" w:rsidP="00937755">
            <w:pPr>
              <w:ind w:left="250" w:hanging="213"/>
              <w:rPr>
                <w:sz w:val="28"/>
                <w:szCs w:val="28"/>
                <w:lang w:val="kk-KZ"/>
              </w:rPr>
            </w:pPr>
            <w:r w:rsidRPr="00D2356F">
              <w:rPr>
                <w:sz w:val="28"/>
                <w:szCs w:val="28"/>
                <w:lang w:val="kk-KZ"/>
              </w:rPr>
              <w:t>№ 01-21 шешіміне</w:t>
            </w:r>
          </w:p>
        </w:tc>
      </w:tr>
      <w:tr w:rsidR="00937755" w:rsidRPr="007E7FD7" w14:paraId="3B58EF45" w14:textId="77777777" w:rsidTr="009720AC">
        <w:tc>
          <w:tcPr>
            <w:tcW w:w="4111" w:type="dxa"/>
            <w:tcBorders>
              <w:top w:val="nil"/>
              <w:left w:val="nil"/>
              <w:bottom w:val="nil"/>
              <w:right w:val="nil"/>
            </w:tcBorders>
          </w:tcPr>
          <w:p w14:paraId="712690FB" w14:textId="77777777" w:rsidR="00937755" w:rsidRPr="00D2356F" w:rsidRDefault="00937755" w:rsidP="00937755">
            <w:pPr>
              <w:ind w:left="250" w:hanging="213"/>
              <w:rPr>
                <w:sz w:val="28"/>
                <w:szCs w:val="28"/>
                <w:lang w:val="en-US"/>
              </w:rPr>
            </w:pPr>
            <w:r w:rsidRPr="00D2356F">
              <w:rPr>
                <w:sz w:val="28"/>
                <w:szCs w:val="28"/>
                <w:lang w:val="en-US"/>
              </w:rPr>
              <w:t>1-қосымша</w:t>
            </w:r>
          </w:p>
          <w:p w14:paraId="6F94D269" w14:textId="77777777" w:rsidR="00937755" w:rsidRPr="00D2356F" w:rsidRDefault="00937755" w:rsidP="00937755">
            <w:pPr>
              <w:ind w:hanging="213"/>
              <w:rPr>
                <w:i/>
                <w:sz w:val="28"/>
                <w:szCs w:val="28"/>
                <w:lang w:val="kk-KZ"/>
              </w:rPr>
            </w:pPr>
          </w:p>
        </w:tc>
      </w:tr>
      <w:tr w:rsidR="00937755" w:rsidRPr="007E7FD7" w14:paraId="3EF97EFC" w14:textId="77777777" w:rsidTr="009720AC">
        <w:tc>
          <w:tcPr>
            <w:tcW w:w="4111" w:type="dxa"/>
            <w:tcBorders>
              <w:top w:val="nil"/>
              <w:left w:val="nil"/>
              <w:bottom w:val="nil"/>
              <w:right w:val="nil"/>
            </w:tcBorders>
          </w:tcPr>
          <w:p w14:paraId="5DDFFDE9" w14:textId="77777777" w:rsidR="00937755" w:rsidRPr="00D2356F" w:rsidRDefault="00937755" w:rsidP="00937755">
            <w:pPr>
              <w:ind w:left="250" w:hanging="213"/>
              <w:rPr>
                <w:sz w:val="28"/>
                <w:szCs w:val="28"/>
              </w:rPr>
            </w:pPr>
            <w:r w:rsidRPr="00D2356F">
              <w:rPr>
                <w:sz w:val="28"/>
                <w:szCs w:val="28"/>
              </w:rPr>
              <w:t>Астана </w:t>
            </w:r>
            <w:proofErr w:type="spellStart"/>
            <w:r w:rsidRPr="00D2356F">
              <w:rPr>
                <w:sz w:val="28"/>
                <w:szCs w:val="28"/>
              </w:rPr>
              <w:t>қаласы</w:t>
            </w:r>
            <w:proofErr w:type="spellEnd"/>
            <w:r w:rsidRPr="00D2356F">
              <w:rPr>
                <w:sz w:val="28"/>
                <w:szCs w:val="28"/>
              </w:rPr>
              <w:t xml:space="preserve"> </w:t>
            </w:r>
            <w:proofErr w:type="spellStart"/>
            <w:r w:rsidRPr="00D2356F">
              <w:rPr>
                <w:sz w:val="28"/>
                <w:szCs w:val="28"/>
              </w:rPr>
              <w:t>әкімінің</w:t>
            </w:r>
            <w:proofErr w:type="spellEnd"/>
          </w:p>
          <w:p w14:paraId="751CB74C" w14:textId="77777777" w:rsidR="00937755" w:rsidRPr="00D2356F" w:rsidRDefault="00937755" w:rsidP="00937755">
            <w:pPr>
              <w:ind w:left="250" w:hanging="213"/>
              <w:rPr>
                <w:sz w:val="28"/>
                <w:szCs w:val="28"/>
                <w:lang w:val="kk-KZ"/>
              </w:rPr>
            </w:pPr>
            <w:r w:rsidRPr="00D2356F">
              <w:rPr>
                <w:sz w:val="28"/>
                <w:szCs w:val="28"/>
              </w:rPr>
              <w:t xml:space="preserve">2025 </w:t>
            </w:r>
            <w:proofErr w:type="spellStart"/>
            <w:r w:rsidRPr="00D2356F">
              <w:rPr>
                <w:sz w:val="28"/>
                <w:szCs w:val="28"/>
              </w:rPr>
              <w:t>жылғы</w:t>
            </w:r>
            <w:proofErr w:type="spellEnd"/>
            <w:r w:rsidRPr="00D2356F">
              <w:rPr>
                <w:sz w:val="28"/>
                <w:szCs w:val="28"/>
              </w:rPr>
              <w:t xml:space="preserve"> 8 </w:t>
            </w:r>
            <w:proofErr w:type="spellStart"/>
            <w:r w:rsidRPr="00D2356F">
              <w:rPr>
                <w:sz w:val="28"/>
                <w:szCs w:val="28"/>
              </w:rPr>
              <w:t>сәуірдегі</w:t>
            </w:r>
            <w:proofErr w:type="spellEnd"/>
          </w:p>
          <w:p w14:paraId="69B0CEC6" w14:textId="77777777" w:rsidR="00937755" w:rsidRPr="00D2356F" w:rsidRDefault="00937755" w:rsidP="00937755">
            <w:pPr>
              <w:ind w:left="250" w:hanging="213"/>
              <w:rPr>
                <w:sz w:val="28"/>
                <w:szCs w:val="28"/>
                <w:lang w:val="kk-KZ"/>
              </w:rPr>
            </w:pPr>
            <w:r w:rsidRPr="00D2356F">
              <w:rPr>
                <w:sz w:val="28"/>
                <w:szCs w:val="28"/>
              </w:rPr>
              <w:t xml:space="preserve">№ 01-7 </w:t>
            </w:r>
            <w:proofErr w:type="spellStart"/>
            <w:r w:rsidRPr="00D2356F">
              <w:rPr>
                <w:sz w:val="28"/>
                <w:szCs w:val="28"/>
              </w:rPr>
              <w:t>шешіміне</w:t>
            </w:r>
            <w:proofErr w:type="spellEnd"/>
          </w:p>
        </w:tc>
      </w:tr>
      <w:tr w:rsidR="00937755" w:rsidRPr="007E7FD7" w14:paraId="269F742A" w14:textId="77777777" w:rsidTr="009720AC">
        <w:tc>
          <w:tcPr>
            <w:tcW w:w="4111" w:type="dxa"/>
            <w:tcBorders>
              <w:top w:val="nil"/>
              <w:left w:val="nil"/>
              <w:bottom w:val="nil"/>
              <w:right w:val="nil"/>
            </w:tcBorders>
          </w:tcPr>
          <w:p w14:paraId="04896976" w14:textId="77777777" w:rsidR="00937755" w:rsidRPr="00D2356F" w:rsidRDefault="00937755" w:rsidP="00937755">
            <w:pPr>
              <w:ind w:left="250" w:hanging="213"/>
              <w:rPr>
                <w:sz w:val="28"/>
                <w:szCs w:val="28"/>
                <w:lang w:val="kk-KZ"/>
              </w:rPr>
            </w:pPr>
            <w:r w:rsidRPr="00D2356F">
              <w:rPr>
                <w:sz w:val="28"/>
                <w:szCs w:val="28"/>
              </w:rPr>
              <w:t>1-</w:t>
            </w:r>
            <w:proofErr w:type="spellStart"/>
            <w:r w:rsidRPr="00D2356F">
              <w:rPr>
                <w:sz w:val="28"/>
                <w:szCs w:val="28"/>
                <w:lang w:val="en-US"/>
              </w:rPr>
              <w:t>қосымша</w:t>
            </w:r>
            <w:proofErr w:type="spellEnd"/>
          </w:p>
        </w:tc>
      </w:tr>
    </w:tbl>
    <w:p w14:paraId="4E382DBF" w14:textId="77777777" w:rsidR="00937755" w:rsidRPr="007E7FD7" w:rsidRDefault="00937755" w:rsidP="00937755">
      <w:pPr>
        <w:ind w:firstLine="709"/>
        <w:jc w:val="center"/>
        <w:rPr>
          <w:sz w:val="28"/>
          <w:szCs w:val="28"/>
          <w:lang w:val="kk-KZ"/>
        </w:rPr>
      </w:pPr>
    </w:p>
    <w:p w14:paraId="5C3FE4F5" w14:textId="77777777" w:rsidR="00937755" w:rsidRPr="007E7FD7" w:rsidRDefault="00937755" w:rsidP="00937755">
      <w:pPr>
        <w:ind w:firstLine="709"/>
        <w:jc w:val="center"/>
        <w:rPr>
          <w:sz w:val="28"/>
          <w:szCs w:val="28"/>
          <w:lang w:val="kk-KZ"/>
        </w:rPr>
      </w:pPr>
    </w:p>
    <w:p w14:paraId="1A3F6C6A" w14:textId="77777777" w:rsidR="00937755" w:rsidRPr="007E7FD7" w:rsidRDefault="00937755" w:rsidP="00937755">
      <w:pPr>
        <w:ind w:firstLine="709"/>
        <w:jc w:val="center"/>
        <w:rPr>
          <w:sz w:val="28"/>
          <w:szCs w:val="28"/>
          <w:lang w:val="kk-KZ"/>
        </w:rPr>
      </w:pPr>
      <w:r w:rsidRPr="007E7FD7">
        <w:rPr>
          <w:sz w:val="28"/>
          <w:szCs w:val="28"/>
          <w:lang w:val="kk-KZ"/>
        </w:rPr>
        <w:t>Астана қаласы «Алматы» ауданының сайлау учаскелері</w:t>
      </w:r>
    </w:p>
    <w:p w14:paraId="0E2ED715" w14:textId="77777777" w:rsidR="00937755" w:rsidRPr="007E7FD7" w:rsidRDefault="00937755" w:rsidP="00937755">
      <w:pPr>
        <w:ind w:firstLine="709"/>
        <w:jc w:val="both"/>
        <w:rPr>
          <w:sz w:val="28"/>
          <w:szCs w:val="28"/>
          <w:lang w:val="kk-KZ"/>
        </w:rPr>
      </w:pPr>
    </w:p>
    <w:p w14:paraId="35FDF96D" w14:textId="77777777" w:rsidR="00937755" w:rsidRPr="007E7FD7" w:rsidRDefault="00937755" w:rsidP="00937755">
      <w:pPr>
        <w:keepNext/>
        <w:ind w:firstLine="709"/>
        <w:jc w:val="center"/>
        <w:rPr>
          <w:sz w:val="28"/>
          <w:szCs w:val="28"/>
          <w:lang w:val="kk-KZ"/>
        </w:rPr>
      </w:pPr>
      <w:r w:rsidRPr="007E7FD7">
        <w:rPr>
          <w:sz w:val="28"/>
          <w:szCs w:val="28"/>
          <w:lang w:val="kk-KZ"/>
        </w:rPr>
        <w:t>№ 1 сайлау учаскесі</w:t>
      </w:r>
    </w:p>
    <w:p w14:paraId="6B56984C" w14:textId="77777777" w:rsidR="00937755" w:rsidRPr="007E7FD7" w:rsidRDefault="00937755" w:rsidP="00937755">
      <w:pPr>
        <w:ind w:firstLine="709"/>
        <w:jc w:val="center"/>
        <w:rPr>
          <w:sz w:val="28"/>
          <w:szCs w:val="28"/>
          <w:lang w:val="kk-KZ"/>
        </w:rPr>
      </w:pPr>
      <w:r w:rsidRPr="007E7FD7">
        <w:rPr>
          <w:sz w:val="28"/>
          <w:szCs w:val="28"/>
          <w:lang w:val="kk-KZ"/>
        </w:rPr>
        <w:t>(орталығы – «Л.Н. Гумилев атындағы Еуразия ұлттық университеті» коммерциялық емес акционерлік қоғамы, Қажымұқан көшесі, № 13)</w:t>
      </w:r>
    </w:p>
    <w:p w14:paraId="741D834F" w14:textId="77777777" w:rsidR="00937755" w:rsidRPr="007E7FD7" w:rsidRDefault="00937755" w:rsidP="00937755">
      <w:pPr>
        <w:ind w:firstLine="709"/>
        <w:jc w:val="center"/>
        <w:rPr>
          <w:sz w:val="28"/>
          <w:szCs w:val="28"/>
          <w:lang w:val="kk-KZ"/>
        </w:rPr>
      </w:pPr>
    </w:p>
    <w:p w14:paraId="2B435687"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Абылай хан даңғылы, № 2, 2А, 4/2, 4/4, 6/1, 6/2, 6/3, 6/4, </w:t>
      </w:r>
      <w:r w:rsidRPr="0067611B">
        <w:rPr>
          <w:sz w:val="28"/>
          <w:szCs w:val="28"/>
          <w:lang w:val="kk-KZ"/>
        </w:rPr>
        <w:t>6/5,</w:t>
      </w:r>
      <w:r>
        <w:rPr>
          <w:sz w:val="28"/>
          <w:szCs w:val="28"/>
          <w:lang w:val="kk-KZ"/>
        </w:rPr>
        <w:t xml:space="preserve"> </w:t>
      </w:r>
      <w:r w:rsidRPr="0067611B">
        <w:rPr>
          <w:sz w:val="28"/>
          <w:szCs w:val="28"/>
          <w:lang w:val="kk-KZ"/>
        </w:rPr>
        <w:t>12/2</w:t>
      </w:r>
      <w:r w:rsidRPr="007E7FD7">
        <w:rPr>
          <w:sz w:val="28"/>
          <w:szCs w:val="28"/>
          <w:lang w:val="kk-KZ"/>
        </w:rPr>
        <w:t>, 14/1, 14/2 үйлер, Қажымұқан көшесі, № 15 үй.</w:t>
      </w:r>
    </w:p>
    <w:p w14:paraId="515B3104" w14:textId="77777777" w:rsidR="00937755" w:rsidRPr="007E7FD7" w:rsidRDefault="00937755" w:rsidP="00937755">
      <w:pPr>
        <w:ind w:firstLine="709"/>
        <w:jc w:val="both"/>
        <w:rPr>
          <w:sz w:val="28"/>
          <w:szCs w:val="28"/>
          <w:lang w:val="kk-KZ"/>
        </w:rPr>
      </w:pPr>
    </w:p>
    <w:p w14:paraId="3274343B" w14:textId="77777777" w:rsidR="00937755" w:rsidRPr="007E7FD7" w:rsidRDefault="00937755" w:rsidP="00937755">
      <w:pPr>
        <w:keepNext/>
        <w:ind w:firstLine="709"/>
        <w:jc w:val="center"/>
        <w:rPr>
          <w:sz w:val="28"/>
          <w:szCs w:val="28"/>
          <w:lang w:val="kk-KZ"/>
        </w:rPr>
      </w:pPr>
      <w:r w:rsidRPr="007E7FD7">
        <w:rPr>
          <w:sz w:val="28"/>
          <w:szCs w:val="28"/>
          <w:lang w:val="kk-KZ"/>
        </w:rPr>
        <w:t>№ 2 сайлау учаскесі</w:t>
      </w:r>
    </w:p>
    <w:p w14:paraId="2F0483BE"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«Л.Н. Гумилев атындағы Еуразия ұлттық университеті» коммерциялық емес акционерлік қоғамы, Студенттер үйі, </w:t>
      </w:r>
    </w:p>
    <w:p w14:paraId="5B3ECE5D" w14:textId="77777777" w:rsidR="00937755" w:rsidRPr="007E7FD7" w:rsidRDefault="00937755" w:rsidP="00937755">
      <w:pPr>
        <w:ind w:firstLine="709"/>
        <w:jc w:val="center"/>
        <w:rPr>
          <w:sz w:val="28"/>
          <w:szCs w:val="28"/>
          <w:lang w:val="kk-KZ"/>
        </w:rPr>
      </w:pPr>
      <w:r w:rsidRPr="007E7FD7">
        <w:rPr>
          <w:sz w:val="28"/>
          <w:szCs w:val="28"/>
          <w:lang w:val="kk-KZ"/>
        </w:rPr>
        <w:t>М. Жұмабаев даңғылы, № 14)</w:t>
      </w:r>
    </w:p>
    <w:p w14:paraId="137FA46C" w14:textId="77777777" w:rsidR="00937755" w:rsidRPr="007E7FD7" w:rsidRDefault="00937755" w:rsidP="00937755">
      <w:pPr>
        <w:ind w:firstLine="709"/>
        <w:jc w:val="center"/>
        <w:rPr>
          <w:sz w:val="28"/>
          <w:szCs w:val="28"/>
          <w:lang w:val="kk-KZ"/>
        </w:rPr>
      </w:pPr>
    </w:p>
    <w:p w14:paraId="22D38686" w14:textId="77777777" w:rsidR="00937755" w:rsidRPr="007E7FD7" w:rsidRDefault="00937755" w:rsidP="00937755">
      <w:pPr>
        <w:ind w:firstLine="709"/>
        <w:jc w:val="both"/>
        <w:rPr>
          <w:sz w:val="28"/>
          <w:szCs w:val="28"/>
          <w:lang w:val="kk-KZ"/>
        </w:rPr>
      </w:pPr>
      <w:r w:rsidRPr="007E7FD7">
        <w:rPr>
          <w:sz w:val="28"/>
          <w:szCs w:val="28"/>
          <w:lang w:val="kk-KZ"/>
        </w:rPr>
        <w:t>Шекарасы: М. Жұмабаев даңғылы, № 11, 12, 12А, 12/1, 14, 16, 16/1, 16/2, 16/3, 18 үйлер, Ж. Жирентаев көшесі, № 10 үй, А. Петров көшесі, № 26, 26/1, 28/1, 32/1, 32/2 үйлер.</w:t>
      </w:r>
    </w:p>
    <w:p w14:paraId="27DC7A81" w14:textId="77777777" w:rsidR="00937755" w:rsidRPr="007E7FD7" w:rsidRDefault="00937755" w:rsidP="00937755">
      <w:pPr>
        <w:ind w:firstLine="709"/>
        <w:jc w:val="both"/>
        <w:rPr>
          <w:sz w:val="28"/>
          <w:szCs w:val="28"/>
          <w:lang w:val="kk-KZ"/>
        </w:rPr>
      </w:pPr>
    </w:p>
    <w:p w14:paraId="505466B4" w14:textId="77777777" w:rsidR="00937755" w:rsidRPr="007E7FD7" w:rsidRDefault="00937755" w:rsidP="00937755">
      <w:pPr>
        <w:keepNext/>
        <w:ind w:firstLine="709"/>
        <w:jc w:val="center"/>
        <w:rPr>
          <w:sz w:val="28"/>
          <w:szCs w:val="28"/>
          <w:lang w:val="kk-KZ"/>
        </w:rPr>
      </w:pPr>
      <w:r w:rsidRPr="007E7FD7">
        <w:rPr>
          <w:sz w:val="28"/>
          <w:szCs w:val="28"/>
          <w:lang w:val="kk-KZ"/>
        </w:rPr>
        <w:t>№ 3 сайлау учаскесі</w:t>
      </w:r>
    </w:p>
    <w:p w14:paraId="50F4D7F0"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«Л.Н. Гумилев атындағы Еуразия ұлттық университеті» коммерциялық емес акционерлік қоғамы, Студенттер үйі, </w:t>
      </w:r>
    </w:p>
    <w:p w14:paraId="5C0CF624" w14:textId="77777777" w:rsidR="00937755" w:rsidRPr="007E7FD7" w:rsidRDefault="00937755" w:rsidP="00937755">
      <w:pPr>
        <w:ind w:firstLine="709"/>
        <w:jc w:val="center"/>
        <w:rPr>
          <w:sz w:val="28"/>
          <w:szCs w:val="28"/>
          <w:lang w:val="kk-KZ"/>
        </w:rPr>
      </w:pPr>
      <w:r w:rsidRPr="007E7FD7">
        <w:rPr>
          <w:sz w:val="28"/>
          <w:szCs w:val="28"/>
          <w:lang w:val="kk-KZ"/>
        </w:rPr>
        <w:t xml:space="preserve">М. Жұмабаев даңғылы, </w:t>
      </w:r>
      <w:r w:rsidRPr="003C17D2">
        <w:rPr>
          <w:sz w:val="28"/>
          <w:szCs w:val="28"/>
          <w:lang w:val="kk-KZ"/>
        </w:rPr>
        <w:t>№ 14/1)</w:t>
      </w:r>
    </w:p>
    <w:p w14:paraId="784BA8C1" w14:textId="77777777" w:rsidR="00937755" w:rsidRPr="007E7FD7" w:rsidRDefault="00937755" w:rsidP="00937755">
      <w:pPr>
        <w:ind w:firstLine="709"/>
        <w:jc w:val="center"/>
        <w:rPr>
          <w:sz w:val="28"/>
          <w:szCs w:val="28"/>
          <w:lang w:val="kk-KZ"/>
        </w:rPr>
      </w:pPr>
    </w:p>
    <w:p w14:paraId="0995E09D" w14:textId="77777777" w:rsidR="00937755" w:rsidRPr="007E7FD7" w:rsidRDefault="00937755" w:rsidP="00937755">
      <w:pPr>
        <w:ind w:firstLine="709"/>
        <w:jc w:val="both"/>
        <w:rPr>
          <w:sz w:val="28"/>
          <w:szCs w:val="28"/>
          <w:lang w:val="kk-KZ"/>
        </w:rPr>
      </w:pPr>
      <w:r w:rsidRPr="007E7FD7">
        <w:rPr>
          <w:sz w:val="28"/>
          <w:szCs w:val="28"/>
          <w:lang w:val="kk-KZ"/>
        </w:rPr>
        <w:t>Шекарасы: Абылай хан даңғылы, № 16, 16/1, 18, 20, 20А, 20Б, 23, 24, 25, 25/1, 25/2, 26, 26/1, 27/1 үйлер, М. Жұмабаев даңғылы, № 2, 4, 4/2, 4Б, 6, 14/1 үйлер.</w:t>
      </w:r>
    </w:p>
    <w:p w14:paraId="55D69B1C" w14:textId="77777777" w:rsidR="00937755" w:rsidRPr="007E7FD7" w:rsidRDefault="00937755" w:rsidP="00937755">
      <w:pPr>
        <w:ind w:firstLine="709"/>
        <w:jc w:val="center"/>
        <w:rPr>
          <w:sz w:val="28"/>
          <w:szCs w:val="28"/>
          <w:lang w:val="kk-KZ"/>
        </w:rPr>
      </w:pPr>
    </w:p>
    <w:p w14:paraId="2509643B" w14:textId="77777777" w:rsidR="00937755" w:rsidRPr="007E7FD7" w:rsidRDefault="00937755" w:rsidP="00937755">
      <w:pPr>
        <w:keepNext/>
        <w:ind w:firstLine="709"/>
        <w:jc w:val="center"/>
        <w:rPr>
          <w:sz w:val="28"/>
          <w:szCs w:val="28"/>
          <w:lang w:val="kk-KZ"/>
        </w:rPr>
      </w:pPr>
      <w:r w:rsidRPr="007E7FD7">
        <w:rPr>
          <w:sz w:val="28"/>
          <w:szCs w:val="28"/>
          <w:lang w:val="kk-KZ"/>
        </w:rPr>
        <w:t>№ 4 сайлау учаскесі</w:t>
      </w:r>
    </w:p>
    <w:p w14:paraId="7456E3DA"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Астана қаласы әкімдігінің «Мұстафа Шоқай атындағы </w:t>
      </w:r>
    </w:p>
    <w:p w14:paraId="447019C8" w14:textId="77777777" w:rsidR="00937755" w:rsidRPr="007E7FD7" w:rsidRDefault="00937755" w:rsidP="00937755">
      <w:pPr>
        <w:ind w:firstLine="709"/>
        <w:jc w:val="center"/>
        <w:rPr>
          <w:sz w:val="28"/>
          <w:szCs w:val="28"/>
          <w:lang w:val="kk-KZ"/>
        </w:rPr>
      </w:pPr>
      <w:r w:rsidRPr="007E7FD7">
        <w:rPr>
          <w:sz w:val="28"/>
          <w:szCs w:val="28"/>
          <w:lang w:val="kk-KZ"/>
        </w:rPr>
        <w:t>№ 51 мектеп-гимназия» шаруашылық жүргізу құқығындағы мемлекеттік коммуналдық кәсіпорны, Аманат көшесі, № 5)</w:t>
      </w:r>
    </w:p>
    <w:p w14:paraId="1B99E39A" w14:textId="77777777" w:rsidR="00937755" w:rsidRPr="007E7FD7" w:rsidRDefault="00937755" w:rsidP="00937755">
      <w:pPr>
        <w:ind w:firstLine="709"/>
        <w:jc w:val="center"/>
        <w:rPr>
          <w:sz w:val="28"/>
          <w:szCs w:val="28"/>
          <w:lang w:val="kk-KZ"/>
        </w:rPr>
      </w:pPr>
    </w:p>
    <w:p w14:paraId="79BD4B88"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Шашу орамынан М. Жұмабаев даңғылының тақ сандар жағымен Б. Момышұлы даңғылына дейін, Б. Момышұлы даңғылының тақ </w:t>
      </w:r>
      <w:r w:rsidRPr="007E7FD7">
        <w:rPr>
          <w:sz w:val="28"/>
          <w:szCs w:val="28"/>
          <w:lang w:val="kk-KZ"/>
        </w:rPr>
        <w:lastRenderedPageBreak/>
        <w:t xml:space="preserve">сандар жағымен Қ. Сәтбаев көшесіне дейін, Қ. Сәтбаев көшесінің жұп сандар жағымен Б. Майлин көшесіне дейін, Б. Майлин көшесінің жұп сандар жағымен </w:t>
      </w:r>
      <w:proofErr w:type="spellStart"/>
      <w:r w:rsidRPr="007E7FD7">
        <w:rPr>
          <w:sz w:val="28"/>
          <w:szCs w:val="28"/>
          <w:lang w:val="kk-KZ"/>
        </w:rPr>
        <w:t>Әбуабдулло</w:t>
      </w:r>
      <w:proofErr w:type="spellEnd"/>
      <w:r w:rsidRPr="007E7FD7">
        <w:rPr>
          <w:sz w:val="28"/>
          <w:szCs w:val="28"/>
          <w:lang w:val="kk-KZ"/>
        </w:rPr>
        <w:t xml:space="preserve"> </w:t>
      </w:r>
      <w:proofErr w:type="spellStart"/>
      <w:r w:rsidRPr="007E7FD7">
        <w:rPr>
          <w:sz w:val="28"/>
          <w:szCs w:val="28"/>
          <w:lang w:val="kk-KZ"/>
        </w:rPr>
        <w:t>Рудаки</w:t>
      </w:r>
      <w:proofErr w:type="spellEnd"/>
      <w:r w:rsidRPr="007E7FD7">
        <w:rPr>
          <w:sz w:val="28"/>
          <w:szCs w:val="28"/>
          <w:lang w:val="kk-KZ"/>
        </w:rPr>
        <w:t xml:space="preserve"> көшесіне дейін, </w:t>
      </w:r>
      <w:proofErr w:type="spellStart"/>
      <w:r w:rsidRPr="007E7FD7">
        <w:rPr>
          <w:sz w:val="28"/>
          <w:szCs w:val="28"/>
          <w:lang w:val="kk-KZ"/>
        </w:rPr>
        <w:t>Әбуабдулло</w:t>
      </w:r>
      <w:proofErr w:type="spellEnd"/>
      <w:r w:rsidRPr="007E7FD7">
        <w:rPr>
          <w:sz w:val="28"/>
          <w:szCs w:val="28"/>
          <w:lang w:val="kk-KZ"/>
        </w:rPr>
        <w:t xml:space="preserve"> </w:t>
      </w:r>
      <w:proofErr w:type="spellStart"/>
      <w:r w:rsidRPr="007E7FD7">
        <w:rPr>
          <w:sz w:val="28"/>
          <w:szCs w:val="28"/>
          <w:lang w:val="kk-KZ"/>
        </w:rPr>
        <w:t>Рудаки</w:t>
      </w:r>
      <w:proofErr w:type="spellEnd"/>
      <w:r w:rsidRPr="007E7FD7">
        <w:rPr>
          <w:sz w:val="28"/>
          <w:szCs w:val="28"/>
          <w:lang w:val="kk-KZ"/>
        </w:rPr>
        <w:t xml:space="preserve"> көшесінің тақ сандар жағымен Шашу орамына дейін, Шашу орамының жұп сандар жағымен Қосбасар орамындағы № 2, 2А үйлерді, </w:t>
      </w:r>
      <w:proofErr w:type="spellStart"/>
      <w:r w:rsidRPr="007E7FD7">
        <w:rPr>
          <w:sz w:val="28"/>
          <w:szCs w:val="28"/>
          <w:lang w:val="kk-KZ"/>
        </w:rPr>
        <w:t>Манатау</w:t>
      </w:r>
      <w:proofErr w:type="spellEnd"/>
      <w:r w:rsidRPr="007E7FD7">
        <w:rPr>
          <w:sz w:val="28"/>
          <w:szCs w:val="28"/>
          <w:lang w:val="kk-KZ"/>
        </w:rPr>
        <w:t xml:space="preserve"> көшесіндегі № 2, 2/1, 4, 4/1 үйлерді, Қ. Сәтбаев көшесіндегі № 16/1, 16/2, 16/3, 18 үйлерді, Б. Майлин көшесіндегі № 16/2, 16/3, 16/8, 16/9, 16/11 үйлерді қоспағанда, М. Жұмабаев даңғылына дейін.</w:t>
      </w:r>
    </w:p>
    <w:p w14:paraId="6E079046" w14:textId="77777777" w:rsidR="00937755" w:rsidRPr="007E7FD7" w:rsidRDefault="00937755" w:rsidP="00937755">
      <w:pPr>
        <w:ind w:firstLine="709"/>
        <w:jc w:val="both"/>
        <w:rPr>
          <w:sz w:val="28"/>
          <w:szCs w:val="28"/>
          <w:lang w:val="kk-KZ"/>
        </w:rPr>
      </w:pPr>
    </w:p>
    <w:p w14:paraId="3336AE9D" w14:textId="77777777" w:rsidR="00937755" w:rsidRPr="007E7FD7" w:rsidRDefault="00937755" w:rsidP="00937755">
      <w:pPr>
        <w:keepNext/>
        <w:ind w:firstLine="709"/>
        <w:jc w:val="center"/>
        <w:rPr>
          <w:sz w:val="28"/>
          <w:szCs w:val="28"/>
          <w:lang w:val="kk-KZ"/>
        </w:rPr>
      </w:pPr>
      <w:r w:rsidRPr="007E7FD7">
        <w:rPr>
          <w:sz w:val="28"/>
          <w:szCs w:val="28"/>
          <w:lang w:val="kk-KZ"/>
        </w:rPr>
        <w:t>№ 5 сайлау учаскесі</w:t>
      </w:r>
    </w:p>
    <w:p w14:paraId="53D58723"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«Қоғамдық тамақтандыру және сервис колледжі» шаруашылық жүргізу құқығындағы мемлекеттік коммуналдық кәсіпорны, Б. Майлин көшесі, № 12)</w:t>
      </w:r>
    </w:p>
    <w:p w14:paraId="41AE3C35" w14:textId="77777777" w:rsidR="00937755" w:rsidRPr="007E7FD7" w:rsidRDefault="00937755" w:rsidP="00937755">
      <w:pPr>
        <w:ind w:firstLine="709"/>
        <w:jc w:val="center"/>
        <w:rPr>
          <w:sz w:val="28"/>
          <w:szCs w:val="28"/>
          <w:lang w:val="kk-KZ"/>
        </w:rPr>
      </w:pPr>
    </w:p>
    <w:p w14:paraId="544885B5"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w:t>
      </w:r>
      <w:r w:rsidRPr="0067611B">
        <w:rPr>
          <w:sz w:val="28"/>
          <w:szCs w:val="28"/>
          <w:lang w:val="kk-KZ"/>
        </w:rPr>
        <w:t>Б. Майлин көшесі, № 14 үй</w:t>
      </w:r>
      <w:r w:rsidRPr="007E7FD7">
        <w:rPr>
          <w:sz w:val="28"/>
          <w:szCs w:val="28"/>
          <w:lang w:val="kk-KZ"/>
        </w:rPr>
        <w:t>, Қ. Сәтбаев көшесі, № 19, 19/1, 21, 23, 23/1, 23/2, 25, 29/1 үйлер.</w:t>
      </w:r>
    </w:p>
    <w:p w14:paraId="7D3E6364" w14:textId="77777777" w:rsidR="00937755" w:rsidRPr="007E7FD7" w:rsidRDefault="00937755" w:rsidP="00937755">
      <w:pPr>
        <w:ind w:firstLine="709"/>
        <w:jc w:val="center"/>
        <w:rPr>
          <w:sz w:val="28"/>
          <w:szCs w:val="28"/>
          <w:lang w:val="kk-KZ"/>
        </w:rPr>
      </w:pPr>
    </w:p>
    <w:p w14:paraId="5D77F015" w14:textId="77777777" w:rsidR="00937755" w:rsidRPr="007E7FD7" w:rsidRDefault="00937755" w:rsidP="00937755">
      <w:pPr>
        <w:keepNext/>
        <w:ind w:firstLine="709"/>
        <w:jc w:val="center"/>
        <w:rPr>
          <w:sz w:val="28"/>
          <w:szCs w:val="28"/>
          <w:lang w:val="kk-KZ"/>
        </w:rPr>
      </w:pPr>
      <w:r w:rsidRPr="007E7FD7">
        <w:rPr>
          <w:sz w:val="28"/>
          <w:szCs w:val="28"/>
          <w:lang w:val="kk-KZ"/>
        </w:rPr>
        <w:t>№ 6 сайлау учаскесі</w:t>
      </w:r>
    </w:p>
    <w:p w14:paraId="5D42401A"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«Қоғамдық тамақтандыру және сервис колледжі» шаруашылық жүргізу құқығындағы мемлекеттік коммуналдық кәсіпорны, Б. Майлин көшесі, № 12)</w:t>
      </w:r>
    </w:p>
    <w:p w14:paraId="51A2038E" w14:textId="77777777" w:rsidR="00937755" w:rsidRPr="007E7FD7" w:rsidRDefault="00937755" w:rsidP="00937755">
      <w:pPr>
        <w:ind w:firstLine="709"/>
        <w:jc w:val="center"/>
        <w:rPr>
          <w:sz w:val="28"/>
          <w:szCs w:val="28"/>
          <w:lang w:val="kk-KZ"/>
        </w:rPr>
      </w:pPr>
    </w:p>
    <w:p w14:paraId="4F6F3DD2" w14:textId="77777777" w:rsidR="00937755" w:rsidRPr="007E7FD7" w:rsidRDefault="00937755" w:rsidP="00937755">
      <w:pPr>
        <w:ind w:firstLine="709"/>
        <w:jc w:val="both"/>
        <w:rPr>
          <w:sz w:val="28"/>
          <w:szCs w:val="28"/>
          <w:lang w:val="kk-KZ"/>
        </w:rPr>
      </w:pPr>
      <w:r w:rsidRPr="007E7FD7">
        <w:rPr>
          <w:sz w:val="28"/>
          <w:szCs w:val="28"/>
          <w:lang w:val="kk-KZ"/>
        </w:rPr>
        <w:t>Шекарасы: Б. Майлин көшесі, № 8 үй, Тәуелсіздік даңғылы, № 34/1, 34/2, 34/9, 34/10 үйлер, Қ. Сәтбаев көшесі, № 25/1, 29П үйлер.</w:t>
      </w:r>
    </w:p>
    <w:p w14:paraId="79A375F4" w14:textId="77777777" w:rsidR="00937755" w:rsidRPr="007E7FD7" w:rsidRDefault="00937755" w:rsidP="00937755">
      <w:pPr>
        <w:ind w:firstLine="709"/>
        <w:jc w:val="both"/>
        <w:rPr>
          <w:sz w:val="28"/>
          <w:szCs w:val="28"/>
          <w:lang w:val="kk-KZ"/>
        </w:rPr>
      </w:pPr>
    </w:p>
    <w:p w14:paraId="0EF11B96" w14:textId="77777777" w:rsidR="00937755" w:rsidRPr="007E7FD7" w:rsidRDefault="00937755" w:rsidP="00937755">
      <w:pPr>
        <w:keepNext/>
        <w:ind w:firstLine="709"/>
        <w:jc w:val="center"/>
        <w:rPr>
          <w:sz w:val="28"/>
          <w:szCs w:val="28"/>
          <w:lang w:val="kk-KZ"/>
        </w:rPr>
      </w:pPr>
      <w:r w:rsidRPr="007E7FD7">
        <w:rPr>
          <w:sz w:val="28"/>
          <w:szCs w:val="28"/>
          <w:lang w:val="kk-KZ"/>
        </w:rPr>
        <w:t>№ 7 сайлау учаскесі</w:t>
      </w:r>
    </w:p>
    <w:p w14:paraId="52BC0C67"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«Қоғамдық тамақтандыру және сервис колледжі» шаруашылық жүргізу құқығындағы мемлекеттік коммуналдық кәсіпорны, Б. Майлин көшесі, № 12)</w:t>
      </w:r>
    </w:p>
    <w:p w14:paraId="1334AD21" w14:textId="77777777" w:rsidR="00937755" w:rsidRPr="007E7FD7" w:rsidRDefault="00937755" w:rsidP="00937755">
      <w:pPr>
        <w:ind w:firstLine="709"/>
        <w:jc w:val="center"/>
        <w:rPr>
          <w:sz w:val="28"/>
          <w:szCs w:val="28"/>
          <w:lang w:val="kk-KZ"/>
        </w:rPr>
      </w:pPr>
    </w:p>
    <w:p w14:paraId="66E27911"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Б. </w:t>
      </w:r>
      <w:proofErr w:type="spellStart"/>
      <w:r w:rsidRPr="007E7FD7">
        <w:rPr>
          <w:sz w:val="28"/>
          <w:szCs w:val="28"/>
        </w:rPr>
        <w:t>Момышұлы</w:t>
      </w:r>
      <w:proofErr w:type="spellEnd"/>
      <w:r w:rsidRPr="007E7FD7">
        <w:rPr>
          <w:sz w:val="28"/>
          <w:szCs w:val="28"/>
        </w:rPr>
        <w:t xml:space="preserve"> </w:t>
      </w:r>
      <w:proofErr w:type="spellStart"/>
      <w:r w:rsidRPr="007E7FD7">
        <w:rPr>
          <w:sz w:val="28"/>
          <w:szCs w:val="28"/>
        </w:rPr>
        <w:t>даңғылы</w:t>
      </w:r>
      <w:proofErr w:type="spellEnd"/>
      <w:r w:rsidRPr="007E7FD7">
        <w:rPr>
          <w:sz w:val="28"/>
          <w:szCs w:val="28"/>
        </w:rPr>
        <w:t xml:space="preserve">, № 13А, 13/1, 13/2, 13/3, 15А, 15/2, 15/3, 17, 17/2, 19, 19/1, 19/2 </w:t>
      </w:r>
      <w:proofErr w:type="spellStart"/>
      <w:r w:rsidRPr="007E7FD7">
        <w:rPr>
          <w:sz w:val="28"/>
          <w:szCs w:val="28"/>
        </w:rPr>
        <w:t>үйлер</w:t>
      </w:r>
      <w:proofErr w:type="spellEnd"/>
      <w:r w:rsidRPr="007E7FD7">
        <w:rPr>
          <w:sz w:val="28"/>
          <w:szCs w:val="28"/>
        </w:rPr>
        <w:t>.</w:t>
      </w:r>
    </w:p>
    <w:p w14:paraId="194B7637" w14:textId="77777777" w:rsidR="00937755" w:rsidRPr="007E7FD7" w:rsidRDefault="00937755" w:rsidP="00937755">
      <w:pPr>
        <w:ind w:firstLine="709"/>
        <w:jc w:val="both"/>
        <w:rPr>
          <w:sz w:val="28"/>
          <w:szCs w:val="28"/>
        </w:rPr>
      </w:pPr>
    </w:p>
    <w:p w14:paraId="7F02EB2D" w14:textId="77777777" w:rsidR="00937755" w:rsidRPr="007E7FD7" w:rsidRDefault="00937755" w:rsidP="00937755">
      <w:pPr>
        <w:keepNext/>
        <w:ind w:firstLine="709"/>
        <w:jc w:val="center"/>
        <w:rPr>
          <w:sz w:val="28"/>
          <w:szCs w:val="28"/>
        </w:rPr>
      </w:pPr>
      <w:r w:rsidRPr="007E7FD7">
        <w:rPr>
          <w:sz w:val="28"/>
          <w:szCs w:val="28"/>
        </w:rPr>
        <w:t xml:space="preserve">№ 8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2E051D54"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 28 </w:t>
      </w:r>
      <w:proofErr w:type="spellStart"/>
      <w:r w:rsidRPr="007E7FD7">
        <w:rPr>
          <w:sz w:val="28"/>
          <w:szCs w:val="28"/>
        </w:rPr>
        <w:t>мектеп</w:t>
      </w:r>
      <w:proofErr w:type="spellEnd"/>
      <w:r w:rsidRPr="007E7FD7">
        <w:rPr>
          <w:sz w:val="28"/>
          <w:szCs w:val="28"/>
        </w:rPr>
        <w:t xml:space="preserve">-лицей»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
    <w:p w14:paraId="1542DC49" w14:textId="77777777" w:rsidR="00937755" w:rsidRPr="007E7FD7" w:rsidRDefault="00937755" w:rsidP="00937755">
      <w:pPr>
        <w:ind w:firstLine="709"/>
        <w:jc w:val="center"/>
        <w:rPr>
          <w:sz w:val="28"/>
          <w:szCs w:val="28"/>
        </w:rPr>
      </w:pPr>
      <w:r w:rsidRPr="007E7FD7">
        <w:rPr>
          <w:sz w:val="28"/>
          <w:szCs w:val="28"/>
        </w:rPr>
        <w:t xml:space="preserve">А. Петров </w:t>
      </w:r>
      <w:proofErr w:type="spellStart"/>
      <w:r w:rsidRPr="007E7FD7">
        <w:rPr>
          <w:sz w:val="28"/>
          <w:szCs w:val="28"/>
        </w:rPr>
        <w:t>көшесі</w:t>
      </w:r>
      <w:proofErr w:type="spellEnd"/>
      <w:r w:rsidRPr="007E7FD7">
        <w:rPr>
          <w:sz w:val="28"/>
          <w:szCs w:val="28"/>
        </w:rPr>
        <w:t>, № 8)</w:t>
      </w:r>
    </w:p>
    <w:p w14:paraId="41099BE9" w14:textId="77777777" w:rsidR="00937755" w:rsidRPr="007E7FD7" w:rsidRDefault="00937755" w:rsidP="00937755">
      <w:pPr>
        <w:ind w:firstLine="709"/>
        <w:jc w:val="center"/>
        <w:rPr>
          <w:sz w:val="28"/>
          <w:szCs w:val="28"/>
        </w:rPr>
      </w:pPr>
    </w:p>
    <w:p w14:paraId="28AF06BF"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Қажымұқан</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2, 4 </w:t>
      </w:r>
      <w:proofErr w:type="spellStart"/>
      <w:r w:rsidRPr="007E7FD7">
        <w:rPr>
          <w:sz w:val="28"/>
          <w:szCs w:val="28"/>
        </w:rPr>
        <w:t>үйлер</w:t>
      </w:r>
      <w:proofErr w:type="spellEnd"/>
      <w:r w:rsidRPr="007E7FD7">
        <w:rPr>
          <w:sz w:val="28"/>
          <w:szCs w:val="28"/>
        </w:rPr>
        <w:t xml:space="preserve">, </w:t>
      </w:r>
      <w:proofErr w:type="spellStart"/>
      <w:r w:rsidRPr="007E7FD7">
        <w:rPr>
          <w:sz w:val="28"/>
          <w:szCs w:val="28"/>
        </w:rPr>
        <w:t>Тәуелсіздік</w:t>
      </w:r>
      <w:proofErr w:type="spellEnd"/>
      <w:r w:rsidRPr="007E7FD7">
        <w:rPr>
          <w:sz w:val="28"/>
          <w:szCs w:val="28"/>
        </w:rPr>
        <w:t xml:space="preserve"> </w:t>
      </w:r>
      <w:proofErr w:type="spellStart"/>
      <w:r w:rsidRPr="007E7FD7">
        <w:rPr>
          <w:sz w:val="28"/>
          <w:szCs w:val="28"/>
        </w:rPr>
        <w:t>даңғылы</w:t>
      </w:r>
      <w:proofErr w:type="spellEnd"/>
      <w:r w:rsidRPr="007E7FD7">
        <w:rPr>
          <w:sz w:val="28"/>
          <w:szCs w:val="28"/>
        </w:rPr>
        <w:t xml:space="preserve">, № 4/1, 4/3, 6/1, 6/2, 6/3, 8, 12, 12/1, 12/2, 14, 14/1, 14/2 </w:t>
      </w:r>
      <w:proofErr w:type="spellStart"/>
      <w:r w:rsidRPr="007E7FD7">
        <w:rPr>
          <w:sz w:val="28"/>
          <w:szCs w:val="28"/>
        </w:rPr>
        <w:t>үйлер</w:t>
      </w:r>
      <w:proofErr w:type="spellEnd"/>
      <w:r w:rsidRPr="007E7FD7">
        <w:rPr>
          <w:sz w:val="28"/>
          <w:szCs w:val="28"/>
        </w:rPr>
        <w:t xml:space="preserve">, А. Петров </w:t>
      </w:r>
      <w:proofErr w:type="spellStart"/>
      <w:r w:rsidRPr="007E7FD7">
        <w:rPr>
          <w:sz w:val="28"/>
          <w:szCs w:val="28"/>
        </w:rPr>
        <w:t>көшесі</w:t>
      </w:r>
      <w:proofErr w:type="spellEnd"/>
      <w:r w:rsidRPr="007E7FD7">
        <w:rPr>
          <w:sz w:val="28"/>
          <w:szCs w:val="28"/>
        </w:rPr>
        <w:t xml:space="preserve">, № 2, 2/1, 4 </w:t>
      </w:r>
      <w:proofErr w:type="spellStart"/>
      <w:r w:rsidRPr="007E7FD7">
        <w:rPr>
          <w:sz w:val="28"/>
          <w:szCs w:val="28"/>
        </w:rPr>
        <w:t>үйлер</w:t>
      </w:r>
      <w:proofErr w:type="spellEnd"/>
      <w:r w:rsidRPr="007E7FD7">
        <w:rPr>
          <w:sz w:val="28"/>
          <w:szCs w:val="28"/>
        </w:rPr>
        <w:t>.</w:t>
      </w:r>
    </w:p>
    <w:p w14:paraId="5DA2A3B4" w14:textId="77777777" w:rsidR="00937755" w:rsidRPr="007E7FD7" w:rsidRDefault="00937755" w:rsidP="00937755">
      <w:pPr>
        <w:spacing w:after="160" w:line="259" w:lineRule="auto"/>
        <w:rPr>
          <w:sz w:val="28"/>
          <w:szCs w:val="28"/>
        </w:rPr>
      </w:pPr>
    </w:p>
    <w:p w14:paraId="436F13D2" w14:textId="77777777" w:rsidR="00937755" w:rsidRPr="007E7FD7" w:rsidRDefault="00937755" w:rsidP="00937755">
      <w:pPr>
        <w:keepNext/>
        <w:ind w:firstLine="709"/>
        <w:jc w:val="center"/>
        <w:rPr>
          <w:sz w:val="28"/>
          <w:szCs w:val="28"/>
        </w:rPr>
      </w:pPr>
      <w:r w:rsidRPr="007E7FD7">
        <w:rPr>
          <w:sz w:val="28"/>
          <w:szCs w:val="28"/>
        </w:rPr>
        <w:lastRenderedPageBreak/>
        <w:t xml:space="preserve">№ 9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17583A8E"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 28 </w:t>
      </w:r>
      <w:proofErr w:type="spellStart"/>
      <w:r w:rsidRPr="007E7FD7">
        <w:rPr>
          <w:sz w:val="28"/>
          <w:szCs w:val="28"/>
        </w:rPr>
        <w:t>мектеп</w:t>
      </w:r>
      <w:proofErr w:type="spellEnd"/>
      <w:r w:rsidRPr="007E7FD7">
        <w:rPr>
          <w:sz w:val="28"/>
          <w:szCs w:val="28"/>
        </w:rPr>
        <w:t xml:space="preserve">-лицей»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
    <w:p w14:paraId="2ECB1634" w14:textId="77777777" w:rsidR="00937755" w:rsidRPr="007E7FD7" w:rsidRDefault="00937755" w:rsidP="00937755">
      <w:pPr>
        <w:ind w:firstLine="709"/>
        <w:jc w:val="center"/>
        <w:rPr>
          <w:sz w:val="28"/>
          <w:szCs w:val="28"/>
        </w:rPr>
      </w:pPr>
      <w:r w:rsidRPr="007E7FD7">
        <w:rPr>
          <w:sz w:val="28"/>
          <w:szCs w:val="28"/>
        </w:rPr>
        <w:t xml:space="preserve">А. Петров </w:t>
      </w:r>
      <w:proofErr w:type="spellStart"/>
      <w:r w:rsidRPr="007E7FD7">
        <w:rPr>
          <w:sz w:val="28"/>
          <w:szCs w:val="28"/>
        </w:rPr>
        <w:t>көшесі</w:t>
      </w:r>
      <w:proofErr w:type="spellEnd"/>
      <w:r w:rsidRPr="007E7FD7">
        <w:rPr>
          <w:sz w:val="28"/>
          <w:szCs w:val="28"/>
        </w:rPr>
        <w:t>, № 8)</w:t>
      </w:r>
    </w:p>
    <w:p w14:paraId="401FA0B5" w14:textId="77777777" w:rsidR="00937755" w:rsidRPr="007E7FD7" w:rsidRDefault="00937755" w:rsidP="00937755">
      <w:pPr>
        <w:ind w:firstLine="709"/>
        <w:jc w:val="center"/>
        <w:rPr>
          <w:sz w:val="28"/>
          <w:szCs w:val="28"/>
        </w:rPr>
      </w:pPr>
    </w:p>
    <w:p w14:paraId="1865151A"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А. Петров </w:t>
      </w:r>
      <w:proofErr w:type="spellStart"/>
      <w:r w:rsidRPr="007E7FD7">
        <w:rPr>
          <w:sz w:val="28"/>
          <w:szCs w:val="28"/>
        </w:rPr>
        <w:t>көшесі</w:t>
      </w:r>
      <w:proofErr w:type="spellEnd"/>
      <w:r w:rsidRPr="007E7FD7">
        <w:rPr>
          <w:sz w:val="28"/>
          <w:szCs w:val="28"/>
        </w:rPr>
        <w:t xml:space="preserve">, № 5, 5/2, 7, 7/1, 9, 10, 10/1, 12, 12/1, 12/2, 12/3, 14, 14/1, 14/2, 14/3 </w:t>
      </w:r>
      <w:proofErr w:type="spellStart"/>
      <w:r w:rsidRPr="007E7FD7">
        <w:rPr>
          <w:sz w:val="28"/>
          <w:szCs w:val="28"/>
        </w:rPr>
        <w:t>үйлер</w:t>
      </w:r>
      <w:proofErr w:type="spellEnd"/>
      <w:r w:rsidRPr="007E7FD7">
        <w:rPr>
          <w:sz w:val="28"/>
          <w:szCs w:val="28"/>
        </w:rPr>
        <w:t xml:space="preserve">, </w:t>
      </w:r>
      <w:r w:rsidRPr="007E7FD7">
        <w:rPr>
          <w:sz w:val="28"/>
          <w:szCs w:val="28"/>
          <w:lang w:val="kk-KZ"/>
        </w:rPr>
        <w:t>к</w:t>
      </w:r>
      <w:proofErr w:type="spellStart"/>
      <w:r w:rsidRPr="007E7FD7">
        <w:rPr>
          <w:sz w:val="28"/>
          <w:szCs w:val="28"/>
        </w:rPr>
        <w:t>үйші</w:t>
      </w:r>
      <w:proofErr w:type="spellEnd"/>
      <w:r w:rsidRPr="007E7FD7">
        <w:rPr>
          <w:sz w:val="28"/>
          <w:szCs w:val="28"/>
        </w:rPr>
        <w:t xml:space="preserve"> Дина </w:t>
      </w:r>
      <w:proofErr w:type="spellStart"/>
      <w:r w:rsidRPr="007E7FD7">
        <w:rPr>
          <w:sz w:val="28"/>
          <w:szCs w:val="28"/>
        </w:rPr>
        <w:t>көшесі</w:t>
      </w:r>
      <w:proofErr w:type="spellEnd"/>
      <w:r w:rsidRPr="007E7FD7">
        <w:rPr>
          <w:sz w:val="28"/>
          <w:szCs w:val="28"/>
        </w:rPr>
        <w:t xml:space="preserve">, № 3/1, 7 </w:t>
      </w:r>
      <w:proofErr w:type="spellStart"/>
      <w:r w:rsidRPr="007E7FD7">
        <w:rPr>
          <w:sz w:val="28"/>
          <w:szCs w:val="28"/>
        </w:rPr>
        <w:t>үйлер</w:t>
      </w:r>
      <w:proofErr w:type="spellEnd"/>
      <w:r w:rsidRPr="007E7FD7">
        <w:rPr>
          <w:sz w:val="28"/>
          <w:szCs w:val="28"/>
        </w:rPr>
        <w:t>.</w:t>
      </w:r>
    </w:p>
    <w:p w14:paraId="78E735A6" w14:textId="77777777" w:rsidR="00937755" w:rsidRPr="007E7FD7" w:rsidRDefault="00937755" w:rsidP="00937755">
      <w:pPr>
        <w:jc w:val="both"/>
        <w:rPr>
          <w:sz w:val="28"/>
          <w:szCs w:val="28"/>
        </w:rPr>
      </w:pPr>
    </w:p>
    <w:p w14:paraId="59020BC7" w14:textId="77777777" w:rsidR="00937755" w:rsidRPr="007E7FD7" w:rsidRDefault="00937755" w:rsidP="00937755">
      <w:pPr>
        <w:keepNext/>
        <w:ind w:firstLine="709"/>
        <w:jc w:val="center"/>
        <w:rPr>
          <w:sz w:val="28"/>
          <w:szCs w:val="28"/>
        </w:rPr>
      </w:pPr>
      <w:r w:rsidRPr="007E7FD7">
        <w:rPr>
          <w:sz w:val="28"/>
          <w:szCs w:val="28"/>
        </w:rPr>
        <w:t xml:space="preserve">№ 10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3E8AAF7A"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 10 </w:t>
      </w:r>
      <w:proofErr w:type="spellStart"/>
      <w:r w:rsidRPr="007E7FD7">
        <w:rPr>
          <w:sz w:val="28"/>
          <w:szCs w:val="28"/>
        </w:rPr>
        <w:t>балалар</w:t>
      </w:r>
      <w:proofErr w:type="spellEnd"/>
      <w:r w:rsidRPr="007E7FD7">
        <w:rPr>
          <w:sz w:val="28"/>
          <w:szCs w:val="28"/>
        </w:rPr>
        <w:t xml:space="preserve"> мен </w:t>
      </w:r>
      <w:proofErr w:type="spellStart"/>
      <w:r w:rsidRPr="007E7FD7">
        <w:rPr>
          <w:sz w:val="28"/>
          <w:szCs w:val="28"/>
        </w:rPr>
        <w:t>жасөспірімдердің</w:t>
      </w:r>
      <w:proofErr w:type="spellEnd"/>
      <w:r w:rsidRPr="007E7FD7">
        <w:rPr>
          <w:sz w:val="28"/>
          <w:szCs w:val="28"/>
        </w:rPr>
        <w:t xml:space="preserve"> </w:t>
      </w:r>
      <w:proofErr w:type="spellStart"/>
      <w:r w:rsidRPr="007E7FD7">
        <w:rPr>
          <w:sz w:val="28"/>
          <w:szCs w:val="28"/>
        </w:rPr>
        <w:t>шайбалы</w:t>
      </w:r>
      <w:proofErr w:type="spellEnd"/>
      <w:r w:rsidRPr="007E7FD7">
        <w:rPr>
          <w:sz w:val="28"/>
          <w:szCs w:val="28"/>
        </w:rPr>
        <w:t xml:space="preserve"> </w:t>
      </w:r>
      <w:proofErr w:type="spellStart"/>
      <w:r w:rsidRPr="007E7FD7">
        <w:rPr>
          <w:sz w:val="28"/>
          <w:szCs w:val="28"/>
        </w:rPr>
        <w:t>хоккейден</w:t>
      </w:r>
      <w:proofErr w:type="spellEnd"/>
      <w:r w:rsidRPr="007E7FD7">
        <w:rPr>
          <w:sz w:val="28"/>
          <w:szCs w:val="28"/>
        </w:rPr>
        <w:t xml:space="preserve"> </w:t>
      </w:r>
      <w:proofErr w:type="spellStart"/>
      <w:r w:rsidRPr="007E7FD7">
        <w:rPr>
          <w:sz w:val="28"/>
          <w:szCs w:val="28"/>
        </w:rPr>
        <w:t>мамандандырылған</w:t>
      </w:r>
      <w:proofErr w:type="spellEnd"/>
      <w:r w:rsidRPr="007E7FD7">
        <w:rPr>
          <w:sz w:val="28"/>
          <w:szCs w:val="28"/>
        </w:rPr>
        <w:t xml:space="preserve"> спорт </w:t>
      </w:r>
      <w:proofErr w:type="spellStart"/>
      <w:r w:rsidRPr="007E7FD7">
        <w:rPr>
          <w:sz w:val="28"/>
          <w:szCs w:val="28"/>
        </w:rPr>
        <w:t>мектебі</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мекемесі</w:t>
      </w:r>
      <w:proofErr w:type="spellEnd"/>
      <w:r w:rsidRPr="007E7FD7">
        <w:rPr>
          <w:sz w:val="28"/>
          <w:szCs w:val="28"/>
        </w:rPr>
        <w:t xml:space="preserve">, </w:t>
      </w:r>
      <w:proofErr w:type="spellStart"/>
      <w:r w:rsidRPr="007E7FD7">
        <w:rPr>
          <w:sz w:val="28"/>
          <w:szCs w:val="28"/>
        </w:rPr>
        <w:t>Қажымұқан</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9)</w:t>
      </w:r>
    </w:p>
    <w:p w14:paraId="697AC185" w14:textId="77777777" w:rsidR="00937755" w:rsidRPr="007E7FD7" w:rsidRDefault="00937755" w:rsidP="00937755">
      <w:pPr>
        <w:ind w:firstLine="709"/>
        <w:jc w:val="center"/>
        <w:rPr>
          <w:sz w:val="28"/>
          <w:szCs w:val="28"/>
        </w:rPr>
      </w:pPr>
    </w:p>
    <w:p w14:paraId="255F023B"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Қажымұқан</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6, 6/1, 8, 8/1, 10/1, 12, 12А, 12Б, 12В </w:t>
      </w:r>
      <w:proofErr w:type="spellStart"/>
      <w:r w:rsidRPr="007E7FD7">
        <w:rPr>
          <w:sz w:val="28"/>
          <w:szCs w:val="28"/>
        </w:rPr>
        <w:t>үйлер</w:t>
      </w:r>
      <w:proofErr w:type="spellEnd"/>
      <w:r w:rsidRPr="007E7FD7">
        <w:rPr>
          <w:sz w:val="28"/>
          <w:szCs w:val="28"/>
        </w:rPr>
        <w:t>, Қ. </w:t>
      </w:r>
      <w:proofErr w:type="spellStart"/>
      <w:r w:rsidRPr="007E7FD7">
        <w:rPr>
          <w:sz w:val="28"/>
          <w:szCs w:val="28"/>
        </w:rPr>
        <w:t>Сәтбаев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1, 1/1, 4, 4/1, 6 </w:t>
      </w:r>
      <w:proofErr w:type="spellStart"/>
      <w:r w:rsidRPr="007E7FD7">
        <w:rPr>
          <w:sz w:val="28"/>
          <w:szCs w:val="28"/>
        </w:rPr>
        <w:t>үйлер</w:t>
      </w:r>
      <w:proofErr w:type="spellEnd"/>
      <w:r w:rsidRPr="007E7FD7">
        <w:rPr>
          <w:sz w:val="28"/>
          <w:szCs w:val="28"/>
        </w:rPr>
        <w:t xml:space="preserve">, А. Петров </w:t>
      </w:r>
      <w:proofErr w:type="spellStart"/>
      <w:r w:rsidRPr="007E7FD7">
        <w:rPr>
          <w:sz w:val="28"/>
          <w:szCs w:val="28"/>
        </w:rPr>
        <w:t>көшесі</w:t>
      </w:r>
      <w:proofErr w:type="spellEnd"/>
      <w:r w:rsidRPr="007E7FD7">
        <w:rPr>
          <w:sz w:val="28"/>
          <w:szCs w:val="28"/>
        </w:rPr>
        <w:t xml:space="preserve">, № 1, 1/1, 3 </w:t>
      </w:r>
      <w:proofErr w:type="spellStart"/>
      <w:r w:rsidRPr="007E7FD7">
        <w:rPr>
          <w:sz w:val="28"/>
          <w:szCs w:val="28"/>
        </w:rPr>
        <w:t>үйлер</w:t>
      </w:r>
      <w:proofErr w:type="spellEnd"/>
      <w:r w:rsidRPr="007E7FD7">
        <w:rPr>
          <w:sz w:val="28"/>
          <w:szCs w:val="28"/>
        </w:rPr>
        <w:t>.</w:t>
      </w:r>
    </w:p>
    <w:p w14:paraId="48E54F06" w14:textId="77777777" w:rsidR="00937755" w:rsidRPr="007E7FD7" w:rsidRDefault="00937755" w:rsidP="00937755">
      <w:pPr>
        <w:ind w:firstLine="709"/>
        <w:jc w:val="both"/>
        <w:rPr>
          <w:sz w:val="28"/>
          <w:szCs w:val="28"/>
        </w:rPr>
      </w:pPr>
    </w:p>
    <w:p w14:paraId="20157EDC" w14:textId="77777777" w:rsidR="00937755" w:rsidRPr="007E7FD7" w:rsidRDefault="00937755" w:rsidP="00937755">
      <w:pPr>
        <w:keepNext/>
        <w:ind w:firstLine="709"/>
        <w:jc w:val="center"/>
        <w:rPr>
          <w:sz w:val="28"/>
          <w:szCs w:val="28"/>
        </w:rPr>
      </w:pPr>
      <w:r w:rsidRPr="007E7FD7">
        <w:rPr>
          <w:sz w:val="28"/>
          <w:szCs w:val="28"/>
        </w:rPr>
        <w:t xml:space="preserve">№ 11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73B0840D"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 30 </w:t>
      </w:r>
      <w:proofErr w:type="spellStart"/>
      <w:r w:rsidRPr="007E7FD7">
        <w:rPr>
          <w:sz w:val="28"/>
          <w:szCs w:val="28"/>
        </w:rPr>
        <w:t>мектеп</w:t>
      </w:r>
      <w:proofErr w:type="spellEnd"/>
      <w:r w:rsidRPr="007E7FD7">
        <w:rPr>
          <w:sz w:val="28"/>
          <w:szCs w:val="28"/>
        </w:rPr>
        <w:t xml:space="preserve">-гимназия»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
    <w:p w14:paraId="55C6E786" w14:textId="77777777" w:rsidR="00937755" w:rsidRPr="007E7FD7" w:rsidRDefault="00937755" w:rsidP="00937755">
      <w:pPr>
        <w:ind w:firstLine="709"/>
        <w:jc w:val="center"/>
        <w:rPr>
          <w:sz w:val="28"/>
          <w:szCs w:val="28"/>
        </w:rPr>
      </w:pPr>
      <w:r w:rsidRPr="007E7FD7">
        <w:rPr>
          <w:sz w:val="28"/>
          <w:szCs w:val="28"/>
        </w:rPr>
        <w:t xml:space="preserve">А. Петров </w:t>
      </w:r>
      <w:proofErr w:type="spellStart"/>
      <w:r w:rsidRPr="007E7FD7">
        <w:rPr>
          <w:sz w:val="28"/>
          <w:szCs w:val="28"/>
        </w:rPr>
        <w:t>көшесі</w:t>
      </w:r>
      <w:proofErr w:type="spellEnd"/>
      <w:r w:rsidRPr="007E7FD7">
        <w:rPr>
          <w:sz w:val="28"/>
          <w:szCs w:val="28"/>
        </w:rPr>
        <w:t>, № 11)</w:t>
      </w:r>
    </w:p>
    <w:p w14:paraId="4AACE2CF" w14:textId="77777777" w:rsidR="00937755" w:rsidRPr="007E7FD7" w:rsidRDefault="00937755" w:rsidP="00937755">
      <w:pPr>
        <w:ind w:firstLine="709"/>
        <w:jc w:val="center"/>
        <w:rPr>
          <w:sz w:val="28"/>
          <w:szCs w:val="28"/>
        </w:rPr>
      </w:pPr>
    </w:p>
    <w:p w14:paraId="658604F3"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Қ. </w:t>
      </w:r>
      <w:proofErr w:type="spellStart"/>
      <w:r w:rsidRPr="007E7FD7">
        <w:rPr>
          <w:sz w:val="28"/>
          <w:szCs w:val="28"/>
        </w:rPr>
        <w:t>Сәтбаев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3, 3/1, 5, 7, 7/1, 8, 9, 10 </w:t>
      </w:r>
      <w:proofErr w:type="spellStart"/>
      <w:r w:rsidRPr="007E7FD7">
        <w:rPr>
          <w:sz w:val="28"/>
          <w:szCs w:val="28"/>
        </w:rPr>
        <w:t>үйлер</w:t>
      </w:r>
      <w:proofErr w:type="spellEnd"/>
      <w:r w:rsidRPr="007E7FD7">
        <w:rPr>
          <w:sz w:val="28"/>
          <w:szCs w:val="28"/>
        </w:rPr>
        <w:t xml:space="preserve">, А. Петров </w:t>
      </w:r>
      <w:proofErr w:type="spellStart"/>
      <w:r w:rsidRPr="007E7FD7">
        <w:rPr>
          <w:sz w:val="28"/>
          <w:szCs w:val="28"/>
        </w:rPr>
        <w:t>көшесі</w:t>
      </w:r>
      <w:proofErr w:type="spellEnd"/>
      <w:r w:rsidRPr="007E7FD7">
        <w:rPr>
          <w:sz w:val="28"/>
          <w:szCs w:val="28"/>
        </w:rPr>
        <w:t xml:space="preserve">, № 5/3, 17, 17/1, 19, 19/1, 21/2, 21/3 </w:t>
      </w:r>
      <w:proofErr w:type="spellStart"/>
      <w:r w:rsidRPr="007E7FD7">
        <w:rPr>
          <w:sz w:val="28"/>
          <w:szCs w:val="28"/>
        </w:rPr>
        <w:t>үйлер</w:t>
      </w:r>
      <w:proofErr w:type="spellEnd"/>
      <w:r w:rsidRPr="007E7FD7">
        <w:rPr>
          <w:sz w:val="28"/>
          <w:szCs w:val="28"/>
        </w:rPr>
        <w:t>.</w:t>
      </w:r>
    </w:p>
    <w:p w14:paraId="6178D1BD" w14:textId="77777777" w:rsidR="00937755" w:rsidRPr="007E7FD7" w:rsidRDefault="00937755" w:rsidP="00937755">
      <w:pPr>
        <w:ind w:firstLine="709"/>
        <w:jc w:val="both"/>
        <w:rPr>
          <w:sz w:val="28"/>
          <w:szCs w:val="28"/>
        </w:rPr>
      </w:pPr>
    </w:p>
    <w:p w14:paraId="73133C57" w14:textId="77777777" w:rsidR="00937755" w:rsidRPr="007E7FD7" w:rsidRDefault="00937755" w:rsidP="00937755">
      <w:pPr>
        <w:keepNext/>
        <w:ind w:firstLine="709"/>
        <w:jc w:val="center"/>
        <w:rPr>
          <w:sz w:val="28"/>
          <w:szCs w:val="28"/>
        </w:rPr>
      </w:pPr>
      <w:r w:rsidRPr="007E7FD7">
        <w:rPr>
          <w:sz w:val="28"/>
          <w:szCs w:val="28"/>
        </w:rPr>
        <w:t xml:space="preserve">№ 12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43FEB909"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 30 </w:t>
      </w:r>
      <w:proofErr w:type="spellStart"/>
      <w:r w:rsidRPr="007E7FD7">
        <w:rPr>
          <w:sz w:val="28"/>
          <w:szCs w:val="28"/>
        </w:rPr>
        <w:t>мектеп</w:t>
      </w:r>
      <w:proofErr w:type="spellEnd"/>
      <w:r w:rsidRPr="007E7FD7">
        <w:rPr>
          <w:sz w:val="28"/>
          <w:szCs w:val="28"/>
        </w:rPr>
        <w:t xml:space="preserve">-гимназия»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
    <w:p w14:paraId="1E0D699C" w14:textId="77777777" w:rsidR="00937755" w:rsidRPr="007E7FD7" w:rsidRDefault="00937755" w:rsidP="00937755">
      <w:pPr>
        <w:ind w:firstLine="709"/>
        <w:jc w:val="center"/>
        <w:rPr>
          <w:sz w:val="28"/>
          <w:szCs w:val="28"/>
        </w:rPr>
      </w:pPr>
      <w:r w:rsidRPr="007E7FD7">
        <w:rPr>
          <w:sz w:val="28"/>
          <w:szCs w:val="28"/>
        </w:rPr>
        <w:t xml:space="preserve">А. Петров </w:t>
      </w:r>
      <w:proofErr w:type="spellStart"/>
      <w:r w:rsidRPr="007E7FD7">
        <w:rPr>
          <w:sz w:val="28"/>
          <w:szCs w:val="28"/>
        </w:rPr>
        <w:t>көшесі</w:t>
      </w:r>
      <w:proofErr w:type="spellEnd"/>
      <w:r w:rsidRPr="007E7FD7">
        <w:rPr>
          <w:sz w:val="28"/>
          <w:szCs w:val="28"/>
        </w:rPr>
        <w:t>, № 11)</w:t>
      </w:r>
    </w:p>
    <w:p w14:paraId="03994943" w14:textId="77777777" w:rsidR="00937755" w:rsidRPr="007E7FD7" w:rsidRDefault="00937755" w:rsidP="00937755">
      <w:pPr>
        <w:ind w:firstLine="709"/>
        <w:jc w:val="center"/>
        <w:rPr>
          <w:sz w:val="28"/>
          <w:szCs w:val="28"/>
        </w:rPr>
      </w:pPr>
    </w:p>
    <w:p w14:paraId="2A9C3CAC"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r w:rsidRPr="003C17D2">
        <w:rPr>
          <w:sz w:val="28"/>
          <w:szCs w:val="28"/>
        </w:rPr>
        <w:t>Қ. </w:t>
      </w:r>
      <w:proofErr w:type="spellStart"/>
      <w:r w:rsidRPr="003C17D2">
        <w:rPr>
          <w:sz w:val="28"/>
          <w:szCs w:val="28"/>
        </w:rPr>
        <w:t>Сәтбаев</w:t>
      </w:r>
      <w:proofErr w:type="spellEnd"/>
      <w:r w:rsidRPr="003C17D2">
        <w:rPr>
          <w:sz w:val="28"/>
          <w:szCs w:val="28"/>
        </w:rPr>
        <w:t xml:space="preserve"> </w:t>
      </w:r>
      <w:proofErr w:type="spellStart"/>
      <w:r w:rsidRPr="003C17D2">
        <w:rPr>
          <w:sz w:val="28"/>
          <w:szCs w:val="28"/>
        </w:rPr>
        <w:t>көшесі</w:t>
      </w:r>
      <w:proofErr w:type="spellEnd"/>
      <w:r w:rsidRPr="003C17D2">
        <w:rPr>
          <w:sz w:val="28"/>
          <w:szCs w:val="28"/>
        </w:rPr>
        <w:t>, № 9/1, 11, 11/1, 11/2, 11/3, 11/4, 11/5, 13, 13/3</w:t>
      </w:r>
      <w:r w:rsidRPr="003C17D2">
        <w:rPr>
          <w:sz w:val="28"/>
          <w:szCs w:val="28"/>
          <w:lang w:val="kk-KZ"/>
        </w:rPr>
        <w:t xml:space="preserve"> </w:t>
      </w:r>
      <w:proofErr w:type="spellStart"/>
      <w:r w:rsidRPr="003C17D2">
        <w:rPr>
          <w:sz w:val="28"/>
          <w:szCs w:val="28"/>
        </w:rPr>
        <w:t>үйлер</w:t>
      </w:r>
      <w:proofErr w:type="spellEnd"/>
      <w:r w:rsidRPr="003C17D2">
        <w:rPr>
          <w:sz w:val="28"/>
          <w:szCs w:val="28"/>
        </w:rPr>
        <w:t xml:space="preserve">, А. Петров </w:t>
      </w:r>
      <w:proofErr w:type="spellStart"/>
      <w:r w:rsidRPr="003C17D2">
        <w:rPr>
          <w:sz w:val="28"/>
          <w:szCs w:val="28"/>
        </w:rPr>
        <w:t>көшесі</w:t>
      </w:r>
      <w:proofErr w:type="spellEnd"/>
      <w:r w:rsidRPr="003C17D2">
        <w:rPr>
          <w:sz w:val="28"/>
          <w:szCs w:val="28"/>
        </w:rPr>
        <w:t xml:space="preserve">, № 9/1, 13, 16, 16/1, 16/2, 16/3, 18/1, 20 </w:t>
      </w:r>
      <w:proofErr w:type="spellStart"/>
      <w:r w:rsidRPr="003C17D2">
        <w:rPr>
          <w:sz w:val="28"/>
          <w:szCs w:val="28"/>
        </w:rPr>
        <w:t>үйлер</w:t>
      </w:r>
      <w:proofErr w:type="spellEnd"/>
      <w:r w:rsidRPr="003C17D2">
        <w:rPr>
          <w:sz w:val="28"/>
          <w:szCs w:val="28"/>
        </w:rPr>
        <w:t xml:space="preserve">, </w:t>
      </w:r>
      <w:proofErr w:type="spellStart"/>
      <w:r w:rsidRPr="003C17D2">
        <w:rPr>
          <w:sz w:val="28"/>
          <w:szCs w:val="28"/>
        </w:rPr>
        <w:t>күйші</w:t>
      </w:r>
      <w:proofErr w:type="spellEnd"/>
      <w:r w:rsidRPr="003C17D2">
        <w:rPr>
          <w:sz w:val="28"/>
          <w:szCs w:val="28"/>
        </w:rPr>
        <w:t xml:space="preserve"> Дина </w:t>
      </w:r>
      <w:proofErr w:type="spellStart"/>
      <w:r w:rsidRPr="003C17D2">
        <w:rPr>
          <w:sz w:val="28"/>
          <w:szCs w:val="28"/>
        </w:rPr>
        <w:t>көшесі</w:t>
      </w:r>
      <w:proofErr w:type="spellEnd"/>
      <w:r w:rsidRPr="003C17D2">
        <w:rPr>
          <w:sz w:val="28"/>
          <w:szCs w:val="28"/>
        </w:rPr>
        <w:t xml:space="preserve">, № 11/1 </w:t>
      </w:r>
      <w:proofErr w:type="spellStart"/>
      <w:r w:rsidRPr="003C17D2">
        <w:rPr>
          <w:sz w:val="28"/>
          <w:szCs w:val="28"/>
        </w:rPr>
        <w:t>үй</w:t>
      </w:r>
      <w:proofErr w:type="spellEnd"/>
      <w:r w:rsidRPr="003C17D2">
        <w:rPr>
          <w:sz w:val="28"/>
          <w:szCs w:val="28"/>
        </w:rPr>
        <w:t>.</w:t>
      </w:r>
    </w:p>
    <w:p w14:paraId="46D06834" w14:textId="77777777" w:rsidR="00937755" w:rsidRPr="007E7FD7" w:rsidRDefault="00937755" w:rsidP="00937755">
      <w:pPr>
        <w:ind w:firstLine="709"/>
        <w:jc w:val="both"/>
        <w:rPr>
          <w:sz w:val="28"/>
          <w:szCs w:val="28"/>
        </w:rPr>
      </w:pPr>
    </w:p>
    <w:p w14:paraId="443A64F0" w14:textId="77777777" w:rsidR="00937755" w:rsidRPr="007E7FD7" w:rsidRDefault="00937755" w:rsidP="00937755">
      <w:pPr>
        <w:keepNext/>
        <w:ind w:firstLine="709"/>
        <w:jc w:val="center"/>
        <w:rPr>
          <w:sz w:val="28"/>
          <w:szCs w:val="28"/>
        </w:rPr>
      </w:pPr>
      <w:r w:rsidRPr="007E7FD7">
        <w:rPr>
          <w:sz w:val="28"/>
          <w:szCs w:val="28"/>
        </w:rPr>
        <w:t xml:space="preserve">№ 13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0F3F210F"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 22 </w:t>
      </w:r>
      <w:proofErr w:type="spellStart"/>
      <w:r w:rsidRPr="007E7FD7">
        <w:rPr>
          <w:sz w:val="28"/>
          <w:szCs w:val="28"/>
        </w:rPr>
        <w:t>мектеп</w:t>
      </w:r>
      <w:proofErr w:type="spellEnd"/>
      <w:r w:rsidRPr="007E7FD7">
        <w:rPr>
          <w:sz w:val="28"/>
          <w:szCs w:val="28"/>
        </w:rPr>
        <w:t xml:space="preserve">-гимназия»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
    <w:p w14:paraId="03E3F613" w14:textId="77777777" w:rsidR="00937755" w:rsidRPr="007E7FD7" w:rsidRDefault="00937755" w:rsidP="00937755">
      <w:pPr>
        <w:ind w:firstLine="709"/>
        <w:jc w:val="center"/>
        <w:rPr>
          <w:sz w:val="28"/>
          <w:szCs w:val="28"/>
        </w:rPr>
      </w:pPr>
      <w:r w:rsidRPr="007E7FD7">
        <w:rPr>
          <w:sz w:val="28"/>
          <w:szCs w:val="28"/>
        </w:rPr>
        <w:t>Ж. </w:t>
      </w:r>
      <w:proofErr w:type="spellStart"/>
      <w:r w:rsidRPr="007E7FD7">
        <w:rPr>
          <w:sz w:val="28"/>
          <w:szCs w:val="28"/>
        </w:rPr>
        <w:t>Жирентаев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16)</w:t>
      </w:r>
    </w:p>
    <w:p w14:paraId="5B63DE2A" w14:textId="77777777" w:rsidR="00937755" w:rsidRPr="007E7FD7" w:rsidRDefault="00937755" w:rsidP="00937755">
      <w:pPr>
        <w:ind w:firstLine="709"/>
        <w:jc w:val="center"/>
        <w:rPr>
          <w:sz w:val="28"/>
          <w:szCs w:val="28"/>
        </w:rPr>
      </w:pPr>
    </w:p>
    <w:p w14:paraId="214ED1FE"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Қажымұқан</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22/1, 26, 28 </w:t>
      </w:r>
      <w:proofErr w:type="spellStart"/>
      <w:r w:rsidRPr="007E7FD7">
        <w:rPr>
          <w:sz w:val="28"/>
          <w:szCs w:val="28"/>
        </w:rPr>
        <w:t>үйлер</w:t>
      </w:r>
      <w:proofErr w:type="spellEnd"/>
      <w:r w:rsidRPr="007E7FD7">
        <w:rPr>
          <w:sz w:val="28"/>
          <w:szCs w:val="28"/>
        </w:rPr>
        <w:t>, Ж. </w:t>
      </w:r>
      <w:proofErr w:type="spellStart"/>
      <w:r w:rsidRPr="007E7FD7">
        <w:rPr>
          <w:sz w:val="28"/>
          <w:szCs w:val="28"/>
        </w:rPr>
        <w:t>Жирентаев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9, 13, 14, 20, 20/1 </w:t>
      </w:r>
      <w:proofErr w:type="spellStart"/>
      <w:r w:rsidRPr="007E7FD7">
        <w:rPr>
          <w:sz w:val="28"/>
          <w:szCs w:val="28"/>
        </w:rPr>
        <w:t>үйлер</w:t>
      </w:r>
      <w:proofErr w:type="spellEnd"/>
      <w:r w:rsidRPr="007E7FD7">
        <w:rPr>
          <w:sz w:val="28"/>
          <w:szCs w:val="28"/>
        </w:rPr>
        <w:t>, М. </w:t>
      </w:r>
      <w:proofErr w:type="spellStart"/>
      <w:r w:rsidRPr="007E7FD7">
        <w:rPr>
          <w:sz w:val="28"/>
          <w:szCs w:val="28"/>
        </w:rPr>
        <w:t>Жұмабаев</w:t>
      </w:r>
      <w:proofErr w:type="spellEnd"/>
      <w:r w:rsidRPr="007E7FD7">
        <w:rPr>
          <w:sz w:val="28"/>
          <w:szCs w:val="28"/>
        </w:rPr>
        <w:t xml:space="preserve"> </w:t>
      </w:r>
      <w:proofErr w:type="spellStart"/>
      <w:r w:rsidRPr="007E7FD7">
        <w:rPr>
          <w:sz w:val="28"/>
          <w:szCs w:val="28"/>
        </w:rPr>
        <w:t>даңғылы</w:t>
      </w:r>
      <w:proofErr w:type="spellEnd"/>
      <w:r w:rsidRPr="007E7FD7">
        <w:rPr>
          <w:sz w:val="28"/>
          <w:szCs w:val="28"/>
        </w:rPr>
        <w:t xml:space="preserve">, № 1, 3, 3/1, 5 </w:t>
      </w:r>
      <w:proofErr w:type="spellStart"/>
      <w:r w:rsidRPr="007E7FD7">
        <w:rPr>
          <w:sz w:val="28"/>
          <w:szCs w:val="28"/>
        </w:rPr>
        <w:t>үйлер</w:t>
      </w:r>
      <w:proofErr w:type="spellEnd"/>
      <w:r w:rsidRPr="007E7FD7">
        <w:rPr>
          <w:sz w:val="28"/>
          <w:szCs w:val="28"/>
        </w:rPr>
        <w:t xml:space="preserve">, А. Петров </w:t>
      </w:r>
      <w:proofErr w:type="spellStart"/>
      <w:r w:rsidRPr="007E7FD7">
        <w:rPr>
          <w:sz w:val="28"/>
          <w:szCs w:val="28"/>
        </w:rPr>
        <w:t>көшесі</w:t>
      </w:r>
      <w:proofErr w:type="spellEnd"/>
      <w:r w:rsidRPr="007E7FD7">
        <w:rPr>
          <w:sz w:val="28"/>
          <w:szCs w:val="28"/>
        </w:rPr>
        <w:t xml:space="preserve">, № 23/2 </w:t>
      </w:r>
      <w:proofErr w:type="spellStart"/>
      <w:r w:rsidRPr="007E7FD7">
        <w:rPr>
          <w:sz w:val="28"/>
          <w:szCs w:val="28"/>
        </w:rPr>
        <w:t>үй</w:t>
      </w:r>
      <w:proofErr w:type="spellEnd"/>
      <w:r w:rsidRPr="007E7FD7">
        <w:rPr>
          <w:sz w:val="28"/>
          <w:szCs w:val="28"/>
        </w:rPr>
        <w:t>.</w:t>
      </w:r>
    </w:p>
    <w:p w14:paraId="67DAC3DB" w14:textId="77777777" w:rsidR="00937755" w:rsidRPr="007E7FD7" w:rsidRDefault="00937755" w:rsidP="00937755">
      <w:pPr>
        <w:ind w:firstLine="709"/>
        <w:jc w:val="both"/>
        <w:rPr>
          <w:sz w:val="28"/>
          <w:szCs w:val="28"/>
        </w:rPr>
      </w:pPr>
    </w:p>
    <w:p w14:paraId="4E988671" w14:textId="77777777" w:rsidR="00937755" w:rsidRPr="007E7FD7" w:rsidRDefault="00937755" w:rsidP="00937755">
      <w:pPr>
        <w:spacing w:after="160" w:line="259" w:lineRule="auto"/>
        <w:rPr>
          <w:sz w:val="28"/>
          <w:szCs w:val="28"/>
        </w:rPr>
      </w:pPr>
    </w:p>
    <w:p w14:paraId="4C6A8DBE" w14:textId="77777777" w:rsidR="00937755" w:rsidRPr="007E7FD7" w:rsidRDefault="00937755" w:rsidP="00937755">
      <w:pPr>
        <w:keepNext/>
        <w:ind w:firstLine="709"/>
        <w:jc w:val="center"/>
        <w:rPr>
          <w:sz w:val="28"/>
          <w:szCs w:val="28"/>
        </w:rPr>
      </w:pPr>
      <w:r w:rsidRPr="007E7FD7">
        <w:rPr>
          <w:sz w:val="28"/>
          <w:szCs w:val="28"/>
        </w:rPr>
        <w:lastRenderedPageBreak/>
        <w:t xml:space="preserve">№ 14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2ECC930F"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 22 </w:t>
      </w:r>
      <w:proofErr w:type="spellStart"/>
      <w:r w:rsidRPr="007E7FD7">
        <w:rPr>
          <w:sz w:val="28"/>
          <w:szCs w:val="28"/>
        </w:rPr>
        <w:t>мектеп</w:t>
      </w:r>
      <w:proofErr w:type="spellEnd"/>
      <w:r w:rsidRPr="007E7FD7">
        <w:rPr>
          <w:sz w:val="28"/>
          <w:szCs w:val="28"/>
        </w:rPr>
        <w:t xml:space="preserve">-гимназия»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
    <w:p w14:paraId="7932628A" w14:textId="77777777" w:rsidR="00937755" w:rsidRPr="007E7FD7" w:rsidRDefault="00937755" w:rsidP="00937755">
      <w:pPr>
        <w:ind w:firstLine="709"/>
        <w:jc w:val="center"/>
        <w:rPr>
          <w:sz w:val="28"/>
          <w:szCs w:val="28"/>
        </w:rPr>
      </w:pPr>
      <w:r w:rsidRPr="007E7FD7">
        <w:rPr>
          <w:sz w:val="28"/>
          <w:szCs w:val="28"/>
        </w:rPr>
        <w:t>Ж. </w:t>
      </w:r>
      <w:proofErr w:type="spellStart"/>
      <w:r w:rsidRPr="007E7FD7">
        <w:rPr>
          <w:sz w:val="28"/>
          <w:szCs w:val="28"/>
        </w:rPr>
        <w:t>Жирентаев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16)</w:t>
      </w:r>
    </w:p>
    <w:p w14:paraId="1CFB3BE6" w14:textId="77777777" w:rsidR="00937755" w:rsidRPr="007E7FD7" w:rsidRDefault="00937755" w:rsidP="00937755">
      <w:pPr>
        <w:ind w:firstLine="709"/>
        <w:jc w:val="center"/>
        <w:rPr>
          <w:sz w:val="28"/>
          <w:szCs w:val="28"/>
        </w:rPr>
      </w:pPr>
    </w:p>
    <w:p w14:paraId="6D35B274"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М. </w:t>
      </w:r>
      <w:proofErr w:type="spellStart"/>
      <w:r w:rsidRPr="007E7FD7">
        <w:rPr>
          <w:sz w:val="28"/>
          <w:szCs w:val="28"/>
        </w:rPr>
        <w:t>Жұмабаев</w:t>
      </w:r>
      <w:proofErr w:type="spellEnd"/>
      <w:r w:rsidRPr="007E7FD7">
        <w:rPr>
          <w:sz w:val="28"/>
          <w:szCs w:val="28"/>
        </w:rPr>
        <w:t xml:space="preserve"> </w:t>
      </w:r>
      <w:proofErr w:type="spellStart"/>
      <w:r w:rsidRPr="007E7FD7">
        <w:rPr>
          <w:sz w:val="28"/>
          <w:szCs w:val="28"/>
        </w:rPr>
        <w:t>даңғылы</w:t>
      </w:r>
      <w:proofErr w:type="spellEnd"/>
      <w:r w:rsidRPr="007E7FD7">
        <w:rPr>
          <w:sz w:val="28"/>
          <w:szCs w:val="28"/>
        </w:rPr>
        <w:t xml:space="preserve">, № 5/1, 5/2, 7, 7/1, 9, 9/1, 9/2 </w:t>
      </w:r>
      <w:proofErr w:type="spellStart"/>
      <w:r w:rsidRPr="007E7FD7">
        <w:rPr>
          <w:sz w:val="28"/>
          <w:szCs w:val="28"/>
        </w:rPr>
        <w:t>үйлер</w:t>
      </w:r>
      <w:proofErr w:type="spellEnd"/>
      <w:r w:rsidRPr="007E7FD7">
        <w:rPr>
          <w:sz w:val="28"/>
          <w:szCs w:val="28"/>
        </w:rPr>
        <w:t xml:space="preserve">, </w:t>
      </w:r>
      <w:r w:rsidRPr="007E7FD7">
        <w:rPr>
          <w:sz w:val="28"/>
          <w:szCs w:val="28"/>
        </w:rPr>
        <w:br/>
        <w:t xml:space="preserve">А. Петров </w:t>
      </w:r>
      <w:proofErr w:type="spellStart"/>
      <w:r w:rsidRPr="007E7FD7">
        <w:rPr>
          <w:sz w:val="28"/>
          <w:szCs w:val="28"/>
        </w:rPr>
        <w:t>көшесі</w:t>
      </w:r>
      <w:proofErr w:type="spellEnd"/>
      <w:r w:rsidRPr="007E7FD7">
        <w:rPr>
          <w:sz w:val="28"/>
          <w:szCs w:val="28"/>
        </w:rPr>
        <w:t xml:space="preserve">, № 23, 23/1, 30/1, 31/1, 32 </w:t>
      </w:r>
      <w:proofErr w:type="spellStart"/>
      <w:r w:rsidRPr="007E7FD7">
        <w:rPr>
          <w:sz w:val="28"/>
          <w:szCs w:val="28"/>
        </w:rPr>
        <w:t>үйлер</w:t>
      </w:r>
      <w:proofErr w:type="spellEnd"/>
      <w:r w:rsidRPr="007E7FD7">
        <w:rPr>
          <w:sz w:val="28"/>
          <w:szCs w:val="28"/>
        </w:rPr>
        <w:t>.</w:t>
      </w:r>
    </w:p>
    <w:p w14:paraId="400C0C6B" w14:textId="77777777" w:rsidR="00937755" w:rsidRPr="007E7FD7" w:rsidRDefault="00937755" w:rsidP="00937755">
      <w:pPr>
        <w:ind w:firstLine="709"/>
        <w:jc w:val="both"/>
        <w:rPr>
          <w:sz w:val="28"/>
          <w:szCs w:val="28"/>
        </w:rPr>
      </w:pPr>
    </w:p>
    <w:p w14:paraId="29453D83" w14:textId="77777777" w:rsidR="00937755" w:rsidRPr="007E7FD7" w:rsidRDefault="00937755" w:rsidP="00937755">
      <w:pPr>
        <w:keepNext/>
        <w:ind w:firstLine="709"/>
        <w:jc w:val="center"/>
        <w:rPr>
          <w:sz w:val="28"/>
          <w:szCs w:val="28"/>
        </w:rPr>
      </w:pPr>
      <w:r w:rsidRPr="007E7FD7">
        <w:rPr>
          <w:sz w:val="28"/>
          <w:szCs w:val="28"/>
        </w:rPr>
        <w:t xml:space="preserve">№ 15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60559FDB" w14:textId="77777777" w:rsidR="00937755" w:rsidRPr="0067611B" w:rsidRDefault="00937755" w:rsidP="00937755">
      <w:pPr>
        <w:ind w:firstLine="709"/>
        <w:jc w:val="center"/>
        <w:rPr>
          <w:sz w:val="28"/>
          <w:szCs w:val="28"/>
        </w:rPr>
      </w:pPr>
      <w:r>
        <w:rPr>
          <w:sz w:val="28"/>
          <w:szCs w:val="28"/>
        </w:rPr>
        <w:t>(</w:t>
      </w:r>
      <w:proofErr w:type="spellStart"/>
      <w:r>
        <w:rPr>
          <w:sz w:val="28"/>
          <w:szCs w:val="28"/>
        </w:rPr>
        <w:t>орталығы</w:t>
      </w:r>
      <w:proofErr w:type="spellEnd"/>
      <w:r>
        <w:rPr>
          <w:sz w:val="28"/>
          <w:szCs w:val="28"/>
        </w:rPr>
        <w:t xml:space="preserve"> – </w:t>
      </w:r>
      <w:r w:rsidRPr="0067611B">
        <w:rPr>
          <w:sz w:val="28"/>
          <w:szCs w:val="28"/>
        </w:rPr>
        <w:t xml:space="preserve">«А.Қ. </w:t>
      </w:r>
      <w:proofErr w:type="spellStart"/>
      <w:r w:rsidRPr="0067611B">
        <w:rPr>
          <w:sz w:val="28"/>
          <w:szCs w:val="28"/>
        </w:rPr>
        <w:t>Құсайынов</w:t>
      </w:r>
      <w:proofErr w:type="spellEnd"/>
      <w:r w:rsidRPr="0067611B">
        <w:rPr>
          <w:sz w:val="28"/>
          <w:szCs w:val="28"/>
        </w:rPr>
        <w:t xml:space="preserve"> </w:t>
      </w:r>
      <w:proofErr w:type="spellStart"/>
      <w:r w:rsidRPr="0067611B">
        <w:rPr>
          <w:sz w:val="28"/>
          <w:szCs w:val="28"/>
        </w:rPr>
        <w:t>атындағы</w:t>
      </w:r>
      <w:proofErr w:type="spellEnd"/>
      <w:r w:rsidRPr="0067611B">
        <w:rPr>
          <w:sz w:val="28"/>
          <w:szCs w:val="28"/>
        </w:rPr>
        <w:t xml:space="preserve"> </w:t>
      </w:r>
      <w:proofErr w:type="spellStart"/>
      <w:r w:rsidRPr="0067611B">
        <w:rPr>
          <w:sz w:val="28"/>
          <w:szCs w:val="28"/>
        </w:rPr>
        <w:t>Еуразия</w:t>
      </w:r>
      <w:proofErr w:type="spellEnd"/>
      <w:r w:rsidRPr="0067611B">
        <w:rPr>
          <w:sz w:val="28"/>
          <w:szCs w:val="28"/>
        </w:rPr>
        <w:t xml:space="preserve"> </w:t>
      </w:r>
      <w:proofErr w:type="spellStart"/>
      <w:r w:rsidRPr="0067611B">
        <w:rPr>
          <w:sz w:val="28"/>
          <w:szCs w:val="28"/>
        </w:rPr>
        <w:t>гуманитарлық</w:t>
      </w:r>
      <w:proofErr w:type="spellEnd"/>
      <w:r w:rsidRPr="0067611B">
        <w:rPr>
          <w:sz w:val="28"/>
          <w:szCs w:val="28"/>
        </w:rPr>
        <w:t xml:space="preserve"> институты» </w:t>
      </w:r>
      <w:proofErr w:type="spellStart"/>
      <w:r w:rsidRPr="0067611B">
        <w:rPr>
          <w:sz w:val="28"/>
          <w:szCs w:val="28"/>
        </w:rPr>
        <w:t>жоғары</w:t>
      </w:r>
      <w:proofErr w:type="spellEnd"/>
      <w:r w:rsidRPr="0067611B">
        <w:rPr>
          <w:sz w:val="28"/>
          <w:szCs w:val="28"/>
        </w:rPr>
        <w:t xml:space="preserve"> </w:t>
      </w:r>
      <w:proofErr w:type="spellStart"/>
      <w:r w:rsidRPr="0067611B">
        <w:rPr>
          <w:sz w:val="28"/>
          <w:szCs w:val="28"/>
        </w:rPr>
        <w:t>білім</w:t>
      </w:r>
      <w:proofErr w:type="spellEnd"/>
      <w:r w:rsidRPr="0067611B">
        <w:rPr>
          <w:sz w:val="28"/>
          <w:szCs w:val="28"/>
        </w:rPr>
        <w:t xml:space="preserve"> беру </w:t>
      </w:r>
      <w:proofErr w:type="spellStart"/>
      <w:r w:rsidRPr="0067611B">
        <w:rPr>
          <w:sz w:val="28"/>
          <w:szCs w:val="28"/>
        </w:rPr>
        <w:t>мекемесі</w:t>
      </w:r>
      <w:proofErr w:type="spellEnd"/>
      <w:r w:rsidRPr="0067611B">
        <w:rPr>
          <w:sz w:val="28"/>
          <w:szCs w:val="28"/>
        </w:rPr>
        <w:t xml:space="preserve">, </w:t>
      </w:r>
    </w:p>
    <w:p w14:paraId="4FE28985" w14:textId="77777777" w:rsidR="00937755" w:rsidRPr="007E7FD7" w:rsidRDefault="00937755" w:rsidP="00937755">
      <w:pPr>
        <w:ind w:firstLine="709"/>
        <w:jc w:val="center"/>
        <w:rPr>
          <w:sz w:val="28"/>
          <w:szCs w:val="28"/>
        </w:rPr>
      </w:pPr>
      <w:r w:rsidRPr="0067611B">
        <w:rPr>
          <w:sz w:val="28"/>
          <w:szCs w:val="28"/>
        </w:rPr>
        <w:t>М. </w:t>
      </w:r>
      <w:proofErr w:type="spellStart"/>
      <w:r w:rsidRPr="0067611B">
        <w:rPr>
          <w:sz w:val="28"/>
          <w:szCs w:val="28"/>
        </w:rPr>
        <w:t>Жұмабаев</w:t>
      </w:r>
      <w:proofErr w:type="spellEnd"/>
      <w:r w:rsidRPr="0067611B">
        <w:rPr>
          <w:sz w:val="28"/>
          <w:szCs w:val="28"/>
        </w:rPr>
        <w:t xml:space="preserve"> </w:t>
      </w:r>
      <w:proofErr w:type="spellStart"/>
      <w:r w:rsidRPr="0067611B">
        <w:rPr>
          <w:sz w:val="28"/>
          <w:szCs w:val="28"/>
        </w:rPr>
        <w:t>даңғылы</w:t>
      </w:r>
      <w:proofErr w:type="spellEnd"/>
      <w:r w:rsidRPr="0067611B">
        <w:rPr>
          <w:sz w:val="28"/>
          <w:szCs w:val="28"/>
        </w:rPr>
        <w:t>, № 4)</w:t>
      </w:r>
    </w:p>
    <w:p w14:paraId="40C2A1E9" w14:textId="77777777" w:rsidR="00937755" w:rsidRPr="007E7FD7" w:rsidRDefault="00937755" w:rsidP="00937755">
      <w:pPr>
        <w:ind w:firstLine="709"/>
        <w:jc w:val="center"/>
        <w:rPr>
          <w:sz w:val="28"/>
          <w:szCs w:val="28"/>
        </w:rPr>
      </w:pPr>
    </w:p>
    <w:p w14:paraId="05CA4562"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67611B">
        <w:rPr>
          <w:sz w:val="28"/>
          <w:szCs w:val="28"/>
        </w:rPr>
        <w:t>Абылай</w:t>
      </w:r>
      <w:proofErr w:type="spellEnd"/>
      <w:r w:rsidRPr="0067611B">
        <w:rPr>
          <w:sz w:val="28"/>
          <w:szCs w:val="28"/>
        </w:rPr>
        <w:t xml:space="preserve"> хан </w:t>
      </w:r>
      <w:proofErr w:type="spellStart"/>
      <w:r w:rsidRPr="0067611B">
        <w:rPr>
          <w:sz w:val="28"/>
          <w:szCs w:val="28"/>
        </w:rPr>
        <w:t>даңғылы</w:t>
      </w:r>
      <w:proofErr w:type="spellEnd"/>
      <w:r w:rsidRPr="0067611B">
        <w:rPr>
          <w:sz w:val="28"/>
          <w:szCs w:val="28"/>
        </w:rPr>
        <w:t xml:space="preserve">, № 28, 29/1, 30, 32/1, 32/2, 33, 36, 36А, 38 </w:t>
      </w:r>
      <w:proofErr w:type="spellStart"/>
      <w:r w:rsidRPr="0067611B">
        <w:rPr>
          <w:sz w:val="28"/>
          <w:szCs w:val="28"/>
        </w:rPr>
        <w:t>үйлер</w:t>
      </w:r>
      <w:proofErr w:type="spellEnd"/>
      <w:r w:rsidRPr="007E7FD7">
        <w:rPr>
          <w:sz w:val="28"/>
          <w:szCs w:val="28"/>
        </w:rPr>
        <w:t xml:space="preserve">, </w:t>
      </w:r>
      <w:proofErr w:type="spellStart"/>
      <w:r w:rsidRPr="007E7FD7">
        <w:rPr>
          <w:sz w:val="28"/>
          <w:szCs w:val="28"/>
        </w:rPr>
        <w:t>күйші</w:t>
      </w:r>
      <w:proofErr w:type="spellEnd"/>
      <w:r w:rsidRPr="007E7FD7">
        <w:rPr>
          <w:sz w:val="28"/>
          <w:szCs w:val="28"/>
        </w:rPr>
        <w:t xml:space="preserve"> Дина </w:t>
      </w:r>
      <w:proofErr w:type="spellStart"/>
      <w:r w:rsidRPr="007E7FD7">
        <w:rPr>
          <w:sz w:val="28"/>
          <w:szCs w:val="28"/>
        </w:rPr>
        <w:t>көшесі</w:t>
      </w:r>
      <w:proofErr w:type="spellEnd"/>
      <w:r w:rsidRPr="007E7FD7">
        <w:rPr>
          <w:sz w:val="28"/>
          <w:szCs w:val="28"/>
        </w:rPr>
        <w:t xml:space="preserve">, № 31, 33 </w:t>
      </w:r>
      <w:proofErr w:type="spellStart"/>
      <w:r w:rsidRPr="007E7FD7">
        <w:rPr>
          <w:sz w:val="28"/>
          <w:szCs w:val="28"/>
        </w:rPr>
        <w:t>үйлер</w:t>
      </w:r>
      <w:proofErr w:type="spellEnd"/>
      <w:r w:rsidRPr="007E7FD7">
        <w:rPr>
          <w:sz w:val="28"/>
          <w:szCs w:val="28"/>
        </w:rPr>
        <w:t>, М. </w:t>
      </w:r>
      <w:proofErr w:type="spellStart"/>
      <w:r w:rsidRPr="007E7FD7">
        <w:rPr>
          <w:sz w:val="28"/>
          <w:szCs w:val="28"/>
        </w:rPr>
        <w:t>Жұмабаев</w:t>
      </w:r>
      <w:proofErr w:type="spellEnd"/>
      <w:r w:rsidRPr="007E7FD7">
        <w:rPr>
          <w:sz w:val="28"/>
          <w:szCs w:val="28"/>
        </w:rPr>
        <w:t xml:space="preserve"> </w:t>
      </w:r>
      <w:proofErr w:type="spellStart"/>
      <w:r w:rsidRPr="007E7FD7">
        <w:rPr>
          <w:sz w:val="28"/>
          <w:szCs w:val="28"/>
        </w:rPr>
        <w:t>даңғылы</w:t>
      </w:r>
      <w:proofErr w:type="spellEnd"/>
      <w:r w:rsidRPr="007E7FD7">
        <w:rPr>
          <w:sz w:val="28"/>
          <w:szCs w:val="28"/>
        </w:rPr>
        <w:t xml:space="preserve">, № 16/4, </w:t>
      </w:r>
      <w:r w:rsidRPr="007E7FD7">
        <w:rPr>
          <w:sz w:val="28"/>
          <w:szCs w:val="28"/>
        </w:rPr>
        <w:br/>
        <w:t xml:space="preserve">18/1 </w:t>
      </w:r>
      <w:proofErr w:type="spellStart"/>
      <w:r w:rsidRPr="007E7FD7">
        <w:rPr>
          <w:sz w:val="28"/>
          <w:szCs w:val="28"/>
        </w:rPr>
        <w:t>үйлер</w:t>
      </w:r>
      <w:proofErr w:type="spellEnd"/>
      <w:r w:rsidRPr="007E7FD7">
        <w:rPr>
          <w:sz w:val="28"/>
          <w:szCs w:val="28"/>
        </w:rPr>
        <w:t>, М. </w:t>
      </w:r>
      <w:proofErr w:type="spellStart"/>
      <w:r w:rsidRPr="007E7FD7">
        <w:rPr>
          <w:sz w:val="28"/>
          <w:szCs w:val="28"/>
        </w:rPr>
        <w:t>Төлебаев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2, 3, 4, 5, 6, 7, 8, 9, 10, 11, 12, 13, 14, 15, 17, 19 </w:t>
      </w:r>
      <w:proofErr w:type="spellStart"/>
      <w:r w:rsidRPr="007E7FD7">
        <w:rPr>
          <w:sz w:val="28"/>
          <w:szCs w:val="28"/>
        </w:rPr>
        <w:t>үйлер</w:t>
      </w:r>
      <w:proofErr w:type="spellEnd"/>
      <w:r w:rsidRPr="007E7FD7">
        <w:rPr>
          <w:sz w:val="28"/>
          <w:szCs w:val="28"/>
        </w:rPr>
        <w:t>, VIP-</w:t>
      </w:r>
      <w:proofErr w:type="spellStart"/>
      <w:r w:rsidRPr="007E7FD7">
        <w:rPr>
          <w:sz w:val="28"/>
          <w:szCs w:val="28"/>
        </w:rPr>
        <w:t>қалашық</w:t>
      </w:r>
      <w:proofErr w:type="spellEnd"/>
      <w:r w:rsidRPr="007E7FD7">
        <w:rPr>
          <w:sz w:val="28"/>
          <w:szCs w:val="28"/>
        </w:rPr>
        <w:t xml:space="preserve">, № 1, 2, 4, 5, 6, 7, 8, 9, 10, 11, 12, 14, 15, 16, 17, 18, 19, 20, 22, 24, 28, 36, 37 </w:t>
      </w:r>
      <w:proofErr w:type="spellStart"/>
      <w:r w:rsidRPr="007E7FD7">
        <w:rPr>
          <w:sz w:val="28"/>
          <w:szCs w:val="28"/>
        </w:rPr>
        <w:t>үйлер</w:t>
      </w:r>
      <w:proofErr w:type="spellEnd"/>
      <w:r w:rsidRPr="007E7FD7">
        <w:rPr>
          <w:sz w:val="28"/>
          <w:szCs w:val="28"/>
        </w:rPr>
        <w:t>.</w:t>
      </w:r>
    </w:p>
    <w:p w14:paraId="3BD47CFF" w14:textId="77777777" w:rsidR="00937755" w:rsidRPr="007E7FD7" w:rsidRDefault="00937755" w:rsidP="00937755">
      <w:pPr>
        <w:ind w:firstLine="709"/>
        <w:jc w:val="both"/>
        <w:rPr>
          <w:sz w:val="28"/>
          <w:szCs w:val="28"/>
        </w:rPr>
      </w:pPr>
    </w:p>
    <w:p w14:paraId="61CC058C" w14:textId="77777777" w:rsidR="00937755" w:rsidRPr="007E7FD7" w:rsidRDefault="00937755" w:rsidP="00937755">
      <w:pPr>
        <w:keepNext/>
        <w:ind w:firstLine="709"/>
        <w:jc w:val="center"/>
        <w:rPr>
          <w:sz w:val="28"/>
          <w:szCs w:val="28"/>
        </w:rPr>
      </w:pPr>
      <w:r w:rsidRPr="007E7FD7">
        <w:rPr>
          <w:sz w:val="28"/>
          <w:szCs w:val="28"/>
        </w:rPr>
        <w:t xml:space="preserve">№ 16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6AFDAD90"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xml:space="preserve"> – </w:t>
      </w:r>
      <w:r w:rsidRPr="0067611B">
        <w:rPr>
          <w:sz w:val="28"/>
          <w:szCs w:val="28"/>
        </w:rPr>
        <w:t xml:space="preserve">«Астана </w:t>
      </w:r>
      <w:proofErr w:type="spellStart"/>
      <w:r w:rsidRPr="0067611B">
        <w:rPr>
          <w:sz w:val="28"/>
          <w:szCs w:val="28"/>
        </w:rPr>
        <w:t>халықаралық</w:t>
      </w:r>
      <w:proofErr w:type="spellEnd"/>
      <w:r w:rsidRPr="0067611B">
        <w:rPr>
          <w:sz w:val="28"/>
          <w:szCs w:val="28"/>
        </w:rPr>
        <w:t xml:space="preserve"> </w:t>
      </w:r>
      <w:proofErr w:type="spellStart"/>
      <w:r w:rsidRPr="0067611B">
        <w:rPr>
          <w:sz w:val="28"/>
          <w:szCs w:val="28"/>
        </w:rPr>
        <w:t>университетінің</w:t>
      </w:r>
      <w:proofErr w:type="spellEnd"/>
      <w:r w:rsidRPr="0067611B">
        <w:rPr>
          <w:sz w:val="28"/>
          <w:szCs w:val="28"/>
        </w:rPr>
        <w:t xml:space="preserve"> </w:t>
      </w:r>
      <w:proofErr w:type="spellStart"/>
      <w:r w:rsidRPr="0067611B">
        <w:rPr>
          <w:sz w:val="28"/>
          <w:szCs w:val="28"/>
        </w:rPr>
        <w:t>педагогикалық</w:t>
      </w:r>
      <w:proofErr w:type="spellEnd"/>
      <w:r w:rsidRPr="0067611B">
        <w:rPr>
          <w:sz w:val="28"/>
          <w:szCs w:val="28"/>
        </w:rPr>
        <w:t xml:space="preserve"> </w:t>
      </w:r>
      <w:proofErr w:type="spellStart"/>
      <w:r w:rsidRPr="0067611B">
        <w:rPr>
          <w:sz w:val="28"/>
          <w:szCs w:val="28"/>
        </w:rPr>
        <w:t>колледжі</w:t>
      </w:r>
      <w:proofErr w:type="spellEnd"/>
      <w:r w:rsidRPr="0067611B">
        <w:rPr>
          <w:sz w:val="28"/>
          <w:szCs w:val="28"/>
        </w:rPr>
        <w:t>»</w:t>
      </w:r>
      <w:r w:rsidRPr="007E7FD7">
        <w:rPr>
          <w:sz w:val="28"/>
          <w:szCs w:val="28"/>
        </w:rPr>
        <w:t xml:space="preserve"> </w:t>
      </w:r>
      <w:proofErr w:type="spellStart"/>
      <w:r w:rsidRPr="007E7FD7">
        <w:rPr>
          <w:sz w:val="28"/>
          <w:szCs w:val="28"/>
        </w:rPr>
        <w:t>жауапкершілігі</w:t>
      </w:r>
      <w:proofErr w:type="spellEnd"/>
      <w:r w:rsidRPr="007E7FD7">
        <w:rPr>
          <w:sz w:val="28"/>
          <w:szCs w:val="28"/>
        </w:rPr>
        <w:t xml:space="preserve"> </w:t>
      </w:r>
      <w:proofErr w:type="spellStart"/>
      <w:r w:rsidRPr="007E7FD7">
        <w:rPr>
          <w:sz w:val="28"/>
          <w:szCs w:val="28"/>
        </w:rPr>
        <w:t>шектеулі</w:t>
      </w:r>
      <w:proofErr w:type="spellEnd"/>
      <w:r w:rsidRPr="007E7FD7">
        <w:rPr>
          <w:sz w:val="28"/>
          <w:szCs w:val="28"/>
        </w:rPr>
        <w:t xml:space="preserve"> </w:t>
      </w:r>
      <w:proofErr w:type="spellStart"/>
      <w:r w:rsidRPr="007E7FD7">
        <w:rPr>
          <w:sz w:val="28"/>
          <w:szCs w:val="28"/>
        </w:rPr>
        <w:t>серіктестігі</w:t>
      </w:r>
      <w:proofErr w:type="spellEnd"/>
      <w:r w:rsidRPr="007E7FD7">
        <w:rPr>
          <w:sz w:val="28"/>
          <w:szCs w:val="28"/>
        </w:rPr>
        <w:t xml:space="preserve">, </w:t>
      </w:r>
    </w:p>
    <w:p w14:paraId="20F8681F" w14:textId="77777777" w:rsidR="00937755" w:rsidRPr="007E7FD7" w:rsidRDefault="00937755" w:rsidP="00937755">
      <w:pPr>
        <w:ind w:firstLine="709"/>
        <w:jc w:val="center"/>
        <w:rPr>
          <w:sz w:val="28"/>
          <w:szCs w:val="28"/>
        </w:rPr>
      </w:pPr>
      <w:r w:rsidRPr="007E7FD7">
        <w:rPr>
          <w:sz w:val="28"/>
          <w:szCs w:val="28"/>
        </w:rPr>
        <w:t>І. </w:t>
      </w:r>
      <w:proofErr w:type="spellStart"/>
      <w:r w:rsidRPr="007E7FD7">
        <w:rPr>
          <w:sz w:val="28"/>
          <w:szCs w:val="28"/>
        </w:rPr>
        <w:t>Жансүгірұлы</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4)</w:t>
      </w:r>
    </w:p>
    <w:p w14:paraId="74BF3C02" w14:textId="77777777" w:rsidR="00937755" w:rsidRPr="007E7FD7" w:rsidRDefault="00937755" w:rsidP="00937755">
      <w:pPr>
        <w:ind w:firstLine="709"/>
        <w:jc w:val="center"/>
        <w:rPr>
          <w:sz w:val="28"/>
          <w:szCs w:val="28"/>
        </w:rPr>
      </w:pPr>
    </w:p>
    <w:p w14:paraId="676E1541"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Абылай</w:t>
      </w:r>
      <w:proofErr w:type="spellEnd"/>
      <w:r w:rsidRPr="007E7FD7">
        <w:rPr>
          <w:sz w:val="28"/>
          <w:szCs w:val="28"/>
        </w:rPr>
        <w:t xml:space="preserve"> хан </w:t>
      </w:r>
      <w:proofErr w:type="spellStart"/>
      <w:r w:rsidRPr="007E7FD7">
        <w:rPr>
          <w:sz w:val="28"/>
          <w:szCs w:val="28"/>
        </w:rPr>
        <w:t>даңғылы</w:t>
      </w:r>
      <w:proofErr w:type="spellEnd"/>
      <w:r w:rsidRPr="007E7FD7">
        <w:rPr>
          <w:sz w:val="28"/>
          <w:szCs w:val="28"/>
        </w:rPr>
        <w:t xml:space="preserve">, № 11/3, 11/4 </w:t>
      </w:r>
      <w:proofErr w:type="spellStart"/>
      <w:r w:rsidRPr="007E7FD7">
        <w:rPr>
          <w:sz w:val="28"/>
          <w:szCs w:val="28"/>
        </w:rPr>
        <w:t>үйлер</w:t>
      </w:r>
      <w:proofErr w:type="spellEnd"/>
      <w:r w:rsidRPr="007E7FD7">
        <w:rPr>
          <w:sz w:val="28"/>
          <w:szCs w:val="28"/>
        </w:rPr>
        <w:t>, Ш. </w:t>
      </w:r>
      <w:proofErr w:type="spellStart"/>
      <w:r w:rsidRPr="007E7FD7">
        <w:rPr>
          <w:sz w:val="28"/>
          <w:szCs w:val="28"/>
        </w:rPr>
        <w:t>Құдайбердіұлы</w:t>
      </w:r>
      <w:proofErr w:type="spellEnd"/>
      <w:r w:rsidRPr="007E7FD7">
        <w:rPr>
          <w:sz w:val="28"/>
          <w:szCs w:val="28"/>
        </w:rPr>
        <w:t xml:space="preserve"> </w:t>
      </w:r>
      <w:proofErr w:type="spellStart"/>
      <w:r w:rsidRPr="007E7FD7">
        <w:rPr>
          <w:sz w:val="28"/>
          <w:szCs w:val="28"/>
        </w:rPr>
        <w:t>даңғылы</w:t>
      </w:r>
      <w:proofErr w:type="spellEnd"/>
      <w:r w:rsidRPr="007E7FD7">
        <w:rPr>
          <w:sz w:val="28"/>
          <w:szCs w:val="28"/>
        </w:rPr>
        <w:t xml:space="preserve">, № 2, 2А, 2/1, 2/2, 2/4, 2/6, 2/7, 4, 4/3, 4/4 </w:t>
      </w:r>
      <w:proofErr w:type="spellStart"/>
      <w:r w:rsidRPr="007E7FD7">
        <w:rPr>
          <w:sz w:val="28"/>
          <w:szCs w:val="28"/>
        </w:rPr>
        <w:t>үйлер</w:t>
      </w:r>
      <w:proofErr w:type="spellEnd"/>
      <w:r w:rsidRPr="007E7FD7">
        <w:rPr>
          <w:sz w:val="28"/>
          <w:szCs w:val="28"/>
        </w:rPr>
        <w:t>.</w:t>
      </w:r>
    </w:p>
    <w:p w14:paraId="05325AA0" w14:textId="77777777" w:rsidR="00937755" w:rsidRPr="007E7FD7" w:rsidRDefault="00937755" w:rsidP="00937755">
      <w:pPr>
        <w:ind w:firstLine="709"/>
        <w:jc w:val="both"/>
        <w:rPr>
          <w:sz w:val="28"/>
          <w:szCs w:val="28"/>
        </w:rPr>
      </w:pPr>
    </w:p>
    <w:p w14:paraId="77CB50D6" w14:textId="77777777" w:rsidR="00937755" w:rsidRPr="007E7FD7" w:rsidRDefault="00937755" w:rsidP="00937755">
      <w:pPr>
        <w:keepNext/>
        <w:ind w:firstLine="709"/>
        <w:jc w:val="center"/>
        <w:rPr>
          <w:sz w:val="28"/>
          <w:szCs w:val="28"/>
        </w:rPr>
      </w:pPr>
      <w:r w:rsidRPr="007E7FD7">
        <w:rPr>
          <w:sz w:val="28"/>
          <w:szCs w:val="28"/>
        </w:rPr>
        <w:t xml:space="preserve">№ 17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4DE92218"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xml:space="preserve"> – </w:t>
      </w:r>
      <w:r w:rsidRPr="0067611B">
        <w:rPr>
          <w:sz w:val="28"/>
          <w:szCs w:val="28"/>
        </w:rPr>
        <w:t xml:space="preserve">«Астана </w:t>
      </w:r>
      <w:proofErr w:type="spellStart"/>
      <w:r w:rsidRPr="0067611B">
        <w:rPr>
          <w:sz w:val="28"/>
          <w:szCs w:val="28"/>
        </w:rPr>
        <w:t>халықаралық</w:t>
      </w:r>
      <w:proofErr w:type="spellEnd"/>
      <w:r w:rsidRPr="0067611B">
        <w:rPr>
          <w:sz w:val="28"/>
          <w:szCs w:val="28"/>
        </w:rPr>
        <w:t xml:space="preserve"> </w:t>
      </w:r>
      <w:proofErr w:type="spellStart"/>
      <w:r w:rsidRPr="0067611B">
        <w:rPr>
          <w:sz w:val="28"/>
          <w:szCs w:val="28"/>
        </w:rPr>
        <w:t>университетінің</w:t>
      </w:r>
      <w:proofErr w:type="spellEnd"/>
      <w:r w:rsidRPr="0067611B">
        <w:rPr>
          <w:sz w:val="28"/>
          <w:szCs w:val="28"/>
        </w:rPr>
        <w:t xml:space="preserve"> </w:t>
      </w:r>
      <w:proofErr w:type="spellStart"/>
      <w:r w:rsidRPr="0067611B">
        <w:rPr>
          <w:sz w:val="28"/>
          <w:szCs w:val="28"/>
        </w:rPr>
        <w:t>педагогикалық</w:t>
      </w:r>
      <w:proofErr w:type="spellEnd"/>
      <w:r w:rsidRPr="0067611B">
        <w:rPr>
          <w:sz w:val="28"/>
          <w:szCs w:val="28"/>
        </w:rPr>
        <w:t xml:space="preserve"> </w:t>
      </w:r>
      <w:proofErr w:type="spellStart"/>
      <w:r w:rsidRPr="0067611B">
        <w:rPr>
          <w:sz w:val="28"/>
          <w:szCs w:val="28"/>
        </w:rPr>
        <w:t>колледжі</w:t>
      </w:r>
      <w:proofErr w:type="spellEnd"/>
      <w:r w:rsidRPr="0067611B">
        <w:rPr>
          <w:sz w:val="28"/>
          <w:szCs w:val="28"/>
        </w:rPr>
        <w:t>»</w:t>
      </w:r>
      <w:r w:rsidRPr="007E7FD7">
        <w:rPr>
          <w:sz w:val="28"/>
          <w:szCs w:val="28"/>
        </w:rPr>
        <w:t xml:space="preserve"> </w:t>
      </w:r>
      <w:proofErr w:type="spellStart"/>
      <w:r w:rsidRPr="007E7FD7">
        <w:rPr>
          <w:sz w:val="28"/>
          <w:szCs w:val="28"/>
        </w:rPr>
        <w:t>жауапкершілігі</w:t>
      </w:r>
      <w:proofErr w:type="spellEnd"/>
      <w:r w:rsidRPr="007E7FD7">
        <w:rPr>
          <w:sz w:val="28"/>
          <w:szCs w:val="28"/>
        </w:rPr>
        <w:t xml:space="preserve"> </w:t>
      </w:r>
      <w:proofErr w:type="spellStart"/>
      <w:r w:rsidRPr="007E7FD7">
        <w:rPr>
          <w:sz w:val="28"/>
          <w:szCs w:val="28"/>
        </w:rPr>
        <w:t>шектеулі</w:t>
      </w:r>
      <w:proofErr w:type="spellEnd"/>
      <w:r w:rsidRPr="007E7FD7">
        <w:rPr>
          <w:sz w:val="28"/>
          <w:szCs w:val="28"/>
        </w:rPr>
        <w:t xml:space="preserve"> </w:t>
      </w:r>
      <w:proofErr w:type="spellStart"/>
      <w:r w:rsidRPr="007E7FD7">
        <w:rPr>
          <w:sz w:val="28"/>
          <w:szCs w:val="28"/>
        </w:rPr>
        <w:t>серіктестігі</w:t>
      </w:r>
      <w:proofErr w:type="spellEnd"/>
      <w:r w:rsidRPr="007E7FD7">
        <w:rPr>
          <w:sz w:val="28"/>
          <w:szCs w:val="28"/>
        </w:rPr>
        <w:t xml:space="preserve">, </w:t>
      </w:r>
    </w:p>
    <w:p w14:paraId="03CDD268" w14:textId="77777777" w:rsidR="00937755" w:rsidRPr="007E7FD7" w:rsidRDefault="00937755" w:rsidP="00937755">
      <w:pPr>
        <w:ind w:firstLine="709"/>
        <w:jc w:val="center"/>
        <w:rPr>
          <w:sz w:val="28"/>
          <w:szCs w:val="28"/>
        </w:rPr>
      </w:pPr>
      <w:r w:rsidRPr="007E7FD7">
        <w:rPr>
          <w:sz w:val="28"/>
          <w:szCs w:val="28"/>
        </w:rPr>
        <w:t>І. </w:t>
      </w:r>
      <w:proofErr w:type="spellStart"/>
      <w:r w:rsidRPr="007E7FD7">
        <w:rPr>
          <w:sz w:val="28"/>
          <w:szCs w:val="28"/>
        </w:rPr>
        <w:t>Жансүгірұлы</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4)</w:t>
      </w:r>
    </w:p>
    <w:p w14:paraId="0A0D918A" w14:textId="77777777" w:rsidR="00937755" w:rsidRPr="007E7FD7" w:rsidRDefault="00937755" w:rsidP="00937755">
      <w:pPr>
        <w:ind w:firstLine="709"/>
        <w:jc w:val="center"/>
        <w:rPr>
          <w:sz w:val="28"/>
          <w:szCs w:val="28"/>
        </w:rPr>
      </w:pPr>
    </w:p>
    <w:p w14:paraId="4594FF9F"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Абылай</w:t>
      </w:r>
      <w:proofErr w:type="spellEnd"/>
      <w:r w:rsidRPr="007E7FD7">
        <w:rPr>
          <w:sz w:val="28"/>
          <w:szCs w:val="28"/>
        </w:rPr>
        <w:t xml:space="preserve"> хан </w:t>
      </w:r>
      <w:proofErr w:type="spellStart"/>
      <w:r w:rsidRPr="007E7FD7">
        <w:rPr>
          <w:sz w:val="28"/>
          <w:szCs w:val="28"/>
        </w:rPr>
        <w:t>даңғылы</w:t>
      </w:r>
      <w:proofErr w:type="spellEnd"/>
      <w:r w:rsidRPr="007E7FD7">
        <w:rPr>
          <w:sz w:val="28"/>
          <w:szCs w:val="28"/>
        </w:rPr>
        <w:t>, № 3, 3/1, 4, 5А, 5/1, 5/2, 5/3, 6, 9, 9/1,</w:t>
      </w:r>
      <w:r w:rsidRPr="007E7FD7">
        <w:rPr>
          <w:sz w:val="28"/>
          <w:szCs w:val="28"/>
          <w:lang w:val="kk-KZ"/>
        </w:rPr>
        <w:t xml:space="preserve"> </w:t>
      </w:r>
      <w:r w:rsidRPr="007E7FD7">
        <w:rPr>
          <w:sz w:val="28"/>
          <w:szCs w:val="28"/>
        </w:rPr>
        <w:t xml:space="preserve">9/2, 10, 11, 11/1, 11/2, 12, 12/1, 14 </w:t>
      </w:r>
      <w:proofErr w:type="spellStart"/>
      <w:r w:rsidRPr="007E7FD7">
        <w:rPr>
          <w:sz w:val="28"/>
          <w:szCs w:val="28"/>
        </w:rPr>
        <w:t>үйлер</w:t>
      </w:r>
      <w:proofErr w:type="spellEnd"/>
      <w:r w:rsidRPr="007E7FD7">
        <w:rPr>
          <w:sz w:val="28"/>
          <w:szCs w:val="28"/>
        </w:rPr>
        <w:t>.</w:t>
      </w:r>
    </w:p>
    <w:p w14:paraId="001F6237" w14:textId="77777777" w:rsidR="00937755" w:rsidRPr="007E7FD7" w:rsidRDefault="00937755" w:rsidP="00937755">
      <w:pPr>
        <w:ind w:firstLine="709"/>
        <w:jc w:val="both"/>
        <w:rPr>
          <w:sz w:val="28"/>
          <w:szCs w:val="28"/>
        </w:rPr>
      </w:pPr>
    </w:p>
    <w:p w14:paraId="4F07773A" w14:textId="77777777" w:rsidR="00937755" w:rsidRPr="007E7FD7" w:rsidRDefault="00937755" w:rsidP="00937755">
      <w:pPr>
        <w:keepNext/>
        <w:ind w:firstLine="709"/>
        <w:jc w:val="center"/>
        <w:rPr>
          <w:sz w:val="28"/>
          <w:szCs w:val="28"/>
        </w:rPr>
      </w:pPr>
      <w:r w:rsidRPr="007E7FD7">
        <w:rPr>
          <w:sz w:val="28"/>
          <w:szCs w:val="28"/>
        </w:rPr>
        <w:t xml:space="preserve">№ 18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6C75BC18"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xml:space="preserve"> – </w:t>
      </w:r>
      <w:r w:rsidRPr="0067611B">
        <w:rPr>
          <w:sz w:val="28"/>
          <w:szCs w:val="28"/>
        </w:rPr>
        <w:t xml:space="preserve">Астана </w:t>
      </w:r>
      <w:proofErr w:type="spellStart"/>
      <w:r w:rsidRPr="0067611B">
        <w:rPr>
          <w:sz w:val="28"/>
          <w:szCs w:val="28"/>
        </w:rPr>
        <w:t>қаласы</w:t>
      </w:r>
      <w:proofErr w:type="spellEnd"/>
      <w:r w:rsidRPr="0067611B">
        <w:rPr>
          <w:sz w:val="28"/>
          <w:szCs w:val="28"/>
        </w:rPr>
        <w:t xml:space="preserve"> </w:t>
      </w:r>
      <w:proofErr w:type="spellStart"/>
      <w:r w:rsidRPr="0067611B">
        <w:rPr>
          <w:sz w:val="28"/>
          <w:szCs w:val="28"/>
        </w:rPr>
        <w:t>әкімдігінің</w:t>
      </w:r>
      <w:proofErr w:type="spellEnd"/>
      <w:r w:rsidRPr="0067611B">
        <w:rPr>
          <w:sz w:val="28"/>
          <w:szCs w:val="28"/>
        </w:rPr>
        <w:t xml:space="preserve"> «№ 114 </w:t>
      </w:r>
      <w:r w:rsidRPr="0067611B">
        <w:rPr>
          <w:sz w:val="28"/>
          <w:szCs w:val="28"/>
          <w:lang w:val="kk-KZ"/>
        </w:rPr>
        <w:t>жалпы</w:t>
      </w:r>
      <w:r w:rsidRPr="0067611B">
        <w:rPr>
          <w:sz w:val="28"/>
          <w:szCs w:val="28"/>
        </w:rPr>
        <w:t xml:space="preserve"> орта</w:t>
      </w:r>
      <w:r w:rsidRPr="0067611B">
        <w:rPr>
          <w:sz w:val="28"/>
          <w:szCs w:val="28"/>
          <w:lang w:val="kk-KZ"/>
        </w:rPr>
        <w:t xml:space="preserve"> білім беретін мектеп</w:t>
      </w:r>
      <w:r w:rsidRPr="0067611B">
        <w:rPr>
          <w:sz w:val="28"/>
          <w:szCs w:val="28"/>
        </w:rPr>
        <w:t xml:space="preserve">» </w:t>
      </w:r>
      <w:proofErr w:type="spellStart"/>
      <w:r w:rsidRPr="0067611B">
        <w:rPr>
          <w:sz w:val="28"/>
          <w:szCs w:val="28"/>
        </w:rPr>
        <w:t>коммуналдық</w:t>
      </w:r>
      <w:proofErr w:type="spellEnd"/>
      <w:r w:rsidRPr="0067611B">
        <w:rPr>
          <w:sz w:val="28"/>
          <w:szCs w:val="28"/>
        </w:rPr>
        <w:t xml:space="preserve"> </w:t>
      </w:r>
      <w:proofErr w:type="spellStart"/>
      <w:r w:rsidRPr="0067611B">
        <w:rPr>
          <w:sz w:val="28"/>
          <w:szCs w:val="28"/>
        </w:rPr>
        <w:t>мемлекеттік</w:t>
      </w:r>
      <w:proofErr w:type="spellEnd"/>
      <w:r w:rsidRPr="0067611B">
        <w:rPr>
          <w:sz w:val="28"/>
          <w:szCs w:val="28"/>
        </w:rPr>
        <w:t xml:space="preserve"> </w:t>
      </w:r>
      <w:proofErr w:type="spellStart"/>
      <w:r w:rsidRPr="0067611B">
        <w:rPr>
          <w:sz w:val="28"/>
          <w:szCs w:val="28"/>
        </w:rPr>
        <w:t>мекемесі</w:t>
      </w:r>
      <w:proofErr w:type="spellEnd"/>
      <w:r w:rsidRPr="007E7FD7">
        <w:rPr>
          <w:sz w:val="28"/>
          <w:szCs w:val="28"/>
        </w:rPr>
        <w:t>,</w:t>
      </w:r>
    </w:p>
    <w:p w14:paraId="7BBDCCA4" w14:textId="77777777" w:rsidR="00937755" w:rsidRPr="007E7FD7" w:rsidRDefault="00937755" w:rsidP="00937755">
      <w:pPr>
        <w:ind w:firstLine="709"/>
        <w:jc w:val="center"/>
        <w:rPr>
          <w:sz w:val="28"/>
          <w:szCs w:val="28"/>
        </w:rPr>
      </w:pPr>
      <w:r w:rsidRPr="007E7FD7">
        <w:rPr>
          <w:sz w:val="28"/>
          <w:szCs w:val="28"/>
        </w:rPr>
        <w:t>І. </w:t>
      </w:r>
      <w:proofErr w:type="spellStart"/>
      <w:r w:rsidRPr="007E7FD7">
        <w:rPr>
          <w:sz w:val="28"/>
          <w:szCs w:val="28"/>
        </w:rPr>
        <w:t>Жансүгірұлы</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1)</w:t>
      </w:r>
    </w:p>
    <w:p w14:paraId="3B60AD62" w14:textId="77777777" w:rsidR="00937755" w:rsidRPr="007E7FD7" w:rsidRDefault="00937755" w:rsidP="00937755">
      <w:pPr>
        <w:ind w:firstLine="709"/>
        <w:jc w:val="center"/>
        <w:rPr>
          <w:sz w:val="28"/>
          <w:szCs w:val="28"/>
        </w:rPr>
      </w:pPr>
    </w:p>
    <w:p w14:paraId="06E8618C"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Абылай</w:t>
      </w:r>
      <w:proofErr w:type="spellEnd"/>
      <w:r w:rsidRPr="007E7FD7">
        <w:rPr>
          <w:sz w:val="28"/>
          <w:szCs w:val="28"/>
        </w:rPr>
        <w:t xml:space="preserve"> хан </w:t>
      </w:r>
      <w:proofErr w:type="spellStart"/>
      <w:r w:rsidRPr="007E7FD7">
        <w:rPr>
          <w:sz w:val="28"/>
          <w:szCs w:val="28"/>
        </w:rPr>
        <w:t>даңғылы</w:t>
      </w:r>
      <w:proofErr w:type="spellEnd"/>
      <w:r w:rsidRPr="007E7FD7">
        <w:rPr>
          <w:sz w:val="28"/>
          <w:szCs w:val="28"/>
        </w:rPr>
        <w:t xml:space="preserve">, № 17, 17А, 17Б, 17/1, 19, 19/1, 19/2, 19/3, 19/4, 21 </w:t>
      </w:r>
      <w:proofErr w:type="spellStart"/>
      <w:r w:rsidRPr="007E7FD7">
        <w:rPr>
          <w:sz w:val="28"/>
          <w:szCs w:val="28"/>
        </w:rPr>
        <w:t>үйлер</w:t>
      </w:r>
      <w:proofErr w:type="spellEnd"/>
      <w:r w:rsidRPr="007E7FD7">
        <w:rPr>
          <w:sz w:val="28"/>
          <w:szCs w:val="28"/>
        </w:rPr>
        <w:t>, І. </w:t>
      </w:r>
      <w:proofErr w:type="spellStart"/>
      <w:r w:rsidRPr="007E7FD7">
        <w:rPr>
          <w:sz w:val="28"/>
          <w:szCs w:val="28"/>
        </w:rPr>
        <w:t>Жансүгірұлы</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4/1, 4/2, 4/3, 4/4, 6/1, 6/2, 8/3, 10, 10/1, 10/2 </w:t>
      </w:r>
      <w:proofErr w:type="spellStart"/>
      <w:r w:rsidRPr="007E7FD7">
        <w:rPr>
          <w:sz w:val="28"/>
          <w:szCs w:val="28"/>
        </w:rPr>
        <w:t>үйлер</w:t>
      </w:r>
      <w:proofErr w:type="spellEnd"/>
      <w:r w:rsidRPr="007E7FD7">
        <w:rPr>
          <w:sz w:val="28"/>
          <w:szCs w:val="28"/>
        </w:rPr>
        <w:t xml:space="preserve">, </w:t>
      </w:r>
      <w:r w:rsidRPr="0067611B">
        <w:rPr>
          <w:sz w:val="28"/>
          <w:szCs w:val="28"/>
        </w:rPr>
        <w:t>Ш. </w:t>
      </w:r>
      <w:proofErr w:type="spellStart"/>
      <w:r w:rsidRPr="0067611B">
        <w:rPr>
          <w:sz w:val="28"/>
          <w:szCs w:val="28"/>
        </w:rPr>
        <w:t>Құдайбердіұлы</w:t>
      </w:r>
      <w:proofErr w:type="spellEnd"/>
      <w:r w:rsidRPr="0067611B">
        <w:rPr>
          <w:sz w:val="28"/>
          <w:szCs w:val="28"/>
        </w:rPr>
        <w:t xml:space="preserve"> </w:t>
      </w:r>
      <w:proofErr w:type="spellStart"/>
      <w:r w:rsidRPr="0067611B">
        <w:rPr>
          <w:sz w:val="28"/>
          <w:szCs w:val="28"/>
        </w:rPr>
        <w:t>даңғылы</w:t>
      </w:r>
      <w:proofErr w:type="spellEnd"/>
      <w:r w:rsidRPr="0067611B">
        <w:rPr>
          <w:sz w:val="28"/>
          <w:szCs w:val="28"/>
        </w:rPr>
        <w:t xml:space="preserve">, № 8, 10, 12, 14, 16, 18 </w:t>
      </w:r>
      <w:proofErr w:type="spellStart"/>
      <w:r w:rsidRPr="0067611B">
        <w:rPr>
          <w:sz w:val="28"/>
          <w:szCs w:val="28"/>
        </w:rPr>
        <w:t>үйлер</w:t>
      </w:r>
      <w:proofErr w:type="spellEnd"/>
      <w:r w:rsidRPr="007E7FD7">
        <w:rPr>
          <w:sz w:val="28"/>
          <w:szCs w:val="28"/>
        </w:rPr>
        <w:t>.</w:t>
      </w:r>
    </w:p>
    <w:p w14:paraId="1BF2DC47" w14:textId="77777777" w:rsidR="00937755" w:rsidRPr="007E7FD7" w:rsidRDefault="00937755" w:rsidP="00937755">
      <w:pPr>
        <w:ind w:firstLine="709"/>
        <w:jc w:val="both"/>
        <w:rPr>
          <w:sz w:val="28"/>
          <w:szCs w:val="28"/>
        </w:rPr>
      </w:pPr>
    </w:p>
    <w:p w14:paraId="4D2EAD60" w14:textId="77777777" w:rsidR="00937755" w:rsidRPr="007E7FD7" w:rsidRDefault="00937755" w:rsidP="00937755">
      <w:pPr>
        <w:keepNext/>
        <w:ind w:firstLine="709"/>
        <w:jc w:val="center"/>
        <w:rPr>
          <w:sz w:val="28"/>
          <w:szCs w:val="28"/>
        </w:rPr>
      </w:pPr>
      <w:r w:rsidRPr="007E7FD7">
        <w:rPr>
          <w:sz w:val="28"/>
          <w:szCs w:val="28"/>
        </w:rPr>
        <w:lastRenderedPageBreak/>
        <w:t xml:space="preserve">№ 19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12BE0B87"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xml:space="preserve"> – </w:t>
      </w:r>
      <w:r w:rsidRPr="00FA1697">
        <w:rPr>
          <w:sz w:val="28"/>
          <w:szCs w:val="28"/>
        </w:rPr>
        <w:t>Астана </w:t>
      </w:r>
      <w:proofErr w:type="spellStart"/>
      <w:r w:rsidRPr="00FA1697">
        <w:rPr>
          <w:sz w:val="28"/>
          <w:szCs w:val="28"/>
        </w:rPr>
        <w:t>қаласы</w:t>
      </w:r>
      <w:proofErr w:type="spellEnd"/>
      <w:r w:rsidRPr="00FA1697">
        <w:rPr>
          <w:sz w:val="28"/>
          <w:szCs w:val="28"/>
        </w:rPr>
        <w:t xml:space="preserve"> </w:t>
      </w:r>
      <w:proofErr w:type="spellStart"/>
      <w:r w:rsidRPr="00FA1697">
        <w:rPr>
          <w:sz w:val="28"/>
          <w:szCs w:val="28"/>
        </w:rPr>
        <w:t>әкімдігінің</w:t>
      </w:r>
      <w:proofErr w:type="spellEnd"/>
      <w:r w:rsidRPr="00FA1697">
        <w:rPr>
          <w:sz w:val="28"/>
          <w:szCs w:val="28"/>
        </w:rPr>
        <w:t xml:space="preserve"> «№ 32 </w:t>
      </w:r>
      <w:proofErr w:type="spellStart"/>
      <w:r w:rsidRPr="00FA1697">
        <w:rPr>
          <w:sz w:val="28"/>
          <w:szCs w:val="28"/>
        </w:rPr>
        <w:t>мектеп</w:t>
      </w:r>
      <w:proofErr w:type="spellEnd"/>
      <w:r w:rsidRPr="00FA1697">
        <w:rPr>
          <w:sz w:val="28"/>
          <w:szCs w:val="28"/>
        </w:rPr>
        <w:t>-гимназия»</w:t>
      </w:r>
      <w:r w:rsidRPr="007E7FD7">
        <w:rPr>
          <w:sz w:val="28"/>
          <w:szCs w:val="28"/>
        </w:rPr>
        <w:t xml:space="preserve">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
    <w:p w14:paraId="1FCCF0BE" w14:textId="77777777" w:rsidR="00937755" w:rsidRPr="007E7FD7" w:rsidRDefault="00937755" w:rsidP="00937755">
      <w:pPr>
        <w:ind w:firstLine="709"/>
        <w:jc w:val="center"/>
        <w:rPr>
          <w:sz w:val="28"/>
          <w:szCs w:val="28"/>
        </w:rPr>
      </w:pPr>
      <w:proofErr w:type="spellStart"/>
      <w:r w:rsidRPr="007E7FD7">
        <w:rPr>
          <w:sz w:val="28"/>
          <w:szCs w:val="28"/>
        </w:rPr>
        <w:t>Абылай</w:t>
      </w:r>
      <w:proofErr w:type="spellEnd"/>
      <w:r w:rsidRPr="007E7FD7">
        <w:rPr>
          <w:sz w:val="28"/>
          <w:szCs w:val="28"/>
        </w:rPr>
        <w:t xml:space="preserve"> хан </w:t>
      </w:r>
      <w:proofErr w:type="spellStart"/>
      <w:r w:rsidRPr="007E7FD7">
        <w:rPr>
          <w:sz w:val="28"/>
          <w:szCs w:val="28"/>
        </w:rPr>
        <w:t>даңғылы</w:t>
      </w:r>
      <w:proofErr w:type="spellEnd"/>
      <w:r w:rsidRPr="007E7FD7">
        <w:rPr>
          <w:sz w:val="28"/>
          <w:szCs w:val="28"/>
        </w:rPr>
        <w:t>, № 25/3)</w:t>
      </w:r>
    </w:p>
    <w:p w14:paraId="143C736E" w14:textId="77777777" w:rsidR="00937755" w:rsidRPr="007E7FD7" w:rsidRDefault="00937755" w:rsidP="00937755">
      <w:pPr>
        <w:ind w:firstLine="709"/>
        <w:jc w:val="center"/>
        <w:rPr>
          <w:sz w:val="28"/>
          <w:szCs w:val="28"/>
        </w:rPr>
      </w:pPr>
    </w:p>
    <w:p w14:paraId="6E250498"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r w:rsidRPr="00FA1697">
        <w:rPr>
          <w:sz w:val="28"/>
          <w:szCs w:val="28"/>
        </w:rPr>
        <w:t>Ш. </w:t>
      </w:r>
      <w:proofErr w:type="spellStart"/>
      <w:r w:rsidRPr="00FA1697">
        <w:rPr>
          <w:sz w:val="28"/>
          <w:szCs w:val="28"/>
        </w:rPr>
        <w:t>Құдайбердіұлы</w:t>
      </w:r>
      <w:proofErr w:type="spellEnd"/>
      <w:r w:rsidRPr="00FA1697">
        <w:rPr>
          <w:sz w:val="28"/>
          <w:szCs w:val="28"/>
        </w:rPr>
        <w:t xml:space="preserve"> </w:t>
      </w:r>
      <w:proofErr w:type="spellStart"/>
      <w:r w:rsidRPr="00FA1697">
        <w:rPr>
          <w:sz w:val="28"/>
          <w:szCs w:val="28"/>
        </w:rPr>
        <w:t>даңғылы</w:t>
      </w:r>
      <w:proofErr w:type="spellEnd"/>
      <w:r w:rsidRPr="00FA1697">
        <w:rPr>
          <w:sz w:val="28"/>
          <w:szCs w:val="28"/>
        </w:rPr>
        <w:t xml:space="preserve">, № 5, 17/3, 17/4, 17/5, 17/6, 24 </w:t>
      </w:r>
      <w:proofErr w:type="spellStart"/>
      <w:r w:rsidRPr="00FA1697">
        <w:rPr>
          <w:sz w:val="28"/>
          <w:szCs w:val="28"/>
        </w:rPr>
        <w:t>үйлер</w:t>
      </w:r>
      <w:proofErr w:type="spellEnd"/>
      <w:r w:rsidRPr="00FA1697">
        <w:rPr>
          <w:sz w:val="28"/>
          <w:szCs w:val="28"/>
        </w:rPr>
        <w:t xml:space="preserve">, </w:t>
      </w:r>
      <w:proofErr w:type="spellStart"/>
      <w:r>
        <w:rPr>
          <w:sz w:val="28"/>
          <w:szCs w:val="28"/>
        </w:rPr>
        <w:t>Манас</w:t>
      </w:r>
      <w:proofErr w:type="spellEnd"/>
      <w:r>
        <w:rPr>
          <w:sz w:val="28"/>
          <w:szCs w:val="28"/>
        </w:rPr>
        <w:t xml:space="preserve"> </w:t>
      </w:r>
      <w:proofErr w:type="spellStart"/>
      <w:r>
        <w:rPr>
          <w:sz w:val="28"/>
          <w:szCs w:val="28"/>
        </w:rPr>
        <w:t>көшесі</w:t>
      </w:r>
      <w:proofErr w:type="spellEnd"/>
      <w:r>
        <w:rPr>
          <w:sz w:val="28"/>
          <w:szCs w:val="28"/>
        </w:rPr>
        <w:t xml:space="preserve">, № 24 </w:t>
      </w:r>
      <w:proofErr w:type="spellStart"/>
      <w:r>
        <w:rPr>
          <w:sz w:val="28"/>
          <w:szCs w:val="28"/>
        </w:rPr>
        <w:t>үй</w:t>
      </w:r>
      <w:proofErr w:type="spellEnd"/>
      <w:r>
        <w:rPr>
          <w:sz w:val="28"/>
          <w:szCs w:val="28"/>
        </w:rPr>
        <w:t>.</w:t>
      </w:r>
    </w:p>
    <w:p w14:paraId="1D2E3FEB" w14:textId="77777777" w:rsidR="00937755" w:rsidRPr="007E7FD7" w:rsidRDefault="00937755" w:rsidP="00937755">
      <w:pPr>
        <w:ind w:firstLine="709"/>
        <w:jc w:val="both"/>
        <w:rPr>
          <w:sz w:val="28"/>
          <w:szCs w:val="28"/>
        </w:rPr>
      </w:pPr>
    </w:p>
    <w:p w14:paraId="1256E83A" w14:textId="77777777" w:rsidR="00937755" w:rsidRPr="007E7FD7" w:rsidRDefault="00937755" w:rsidP="00937755">
      <w:pPr>
        <w:keepNext/>
        <w:ind w:firstLine="709"/>
        <w:jc w:val="center"/>
        <w:rPr>
          <w:sz w:val="28"/>
          <w:szCs w:val="28"/>
        </w:rPr>
      </w:pPr>
      <w:r w:rsidRPr="007E7FD7">
        <w:rPr>
          <w:sz w:val="28"/>
          <w:szCs w:val="28"/>
        </w:rPr>
        <w:t xml:space="preserve">№ 20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2B17A1FC"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Сырбай</w:t>
      </w:r>
      <w:proofErr w:type="spellEnd"/>
      <w:r w:rsidRPr="007E7FD7">
        <w:rPr>
          <w:sz w:val="28"/>
          <w:szCs w:val="28"/>
        </w:rPr>
        <w:t xml:space="preserve"> </w:t>
      </w:r>
      <w:proofErr w:type="spellStart"/>
      <w:r w:rsidRPr="007E7FD7">
        <w:rPr>
          <w:sz w:val="28"/>
          <w:szCs w:val="28"/>
        </w:rPr>
        <w:t>Мәуленов</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w:t>
      </w:r>
      <w:r w:rsidRPr="007E7FD7">
        <w:rPr>
          <w:sz w:val="28"/>
          <w:szCs w:val="28"/>
        </w:rPr>
        <w:br/>
        <w:t xml:space="preserve">№ 37 </w:t>
      </w:r>
      <w:proofErr w:type="spellStart"/>
      <w:r w:rsidRPr="007E7FD7">
        <w:rPr>
          <w:sz w:val="28"/>
          <w:szCs w:val="28"/>
        </w:rPr>
        <w:t>мектеп</w:t>
      </w:r>
      <w:proofErr w:type="spellEnd"/>
      <w:r w:rsidRPr="007E7FD7">
        <w:rPr>
          <w:sz w:val="28"/>
          <w:szCs w:val="28"/>
        </w:rPr>
        <w:t xml:space="preserve">-лицей»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roofErr w:type="spellStart"/>
      <w:r w:rsidRPr="007E7FD7">
        <w:rPr>
          <w:sz w:val="28"/>
          <w:szCs w:val="28"/>
        </w:rPr>
        <w:t>күйші</w:t>
      </w:r>
      <w:proofErr w:type="spellEnd"/>
      <w:r w:rsidRPr="007E7FD7">
        <w:rPr>
          <w:sz w:val="28"/>
          <w:szCs w:val="28"/>
        </w:rPr>
        <w:t xml:space="preserve"> Дина </w:t>
      </w:r>
      <w:proofErr w:type="spellStart"/>
      <w:r w:rsidRPr="007E7FD7">
        <w:rPr>
          <w:sz w:val="28"/>
          <w:szCs w:val="28"/>
        </w:rPr>
        <w:t>көшесі</w:t>
      </w:r>
      <w:proofErr w:type="spellEnd"/>
      <w:r w:rsidRPr="007E7FD7">
        <w:rPr>
          <w:sz w:val="28"/>
          <w:szCs w:val="28"/>
        </w:rPr>
        <w:t>, № 44/3)</w:t>
      </w:r>
    </w:p>
    <w:p w14:paraId="44ADFAC4" w14:textId="77777777" w:rsidR="00937755" w:rsidRPr="007E7FD7" w:rsidRDefault="00937755" w:rsidP="00937755">
      <w:pPr>
        <w:ind w:firstLine="709"/>
        <w:jc w:val="center"/>
        <w:rPr>
          <w:sz w:val="28"/>
          <w:szCs w:val="28"/>
        </w:rPr>
      </w:pPr>
    </w:p>
    <w:p w14:paraId="617A1036"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r w:rsidRPr="00FA1697">
        <w:rPr>
          <w:sz w:val="28"/>
          <w:szCs w:val="28"/>
        </w:rPr>
        <w:t>Қ. </w:t>
      </w:r>
      <w:proofErr w:type="spellStart"/>
      <w:r w:rsidRPr="00FA1697">
        <w:rPr>
          <w:sz w:val="28"/>
          <w:szCs w:val="28"/>
        </w:rPr>
        <w:t>Рысқұлбеков</w:t>
      </w:r>
      <w:proofErr w:type="spellEnd"/>
      <w:r w:rsidRPr="00FA1697">
        <w:rPr>
          <w:sz w:val="28"/>
          <w:szCs w:val="28"/>
        </w:rPr>
        <w:t xml:space="preserve"> </w:t>
      </w:r>
      <w:proofErr w:type="spellStart"/>
      <w:r w:rsidRPr="00FA1697">
        <w:rPr>
          <w:sz w:val="28"/>
          <w:szCs w:val="28"/>
        </w:rPr>
        <w:t>көшесі</w:t>
      </w:r>
      <w:proofErr w:type="spellEnd"/>
      <w:r w:rsidRPr="00FA1697">
        <w:rPr>
          <w:sz w:val="28"/>
          <w:szCs w:val="28"/>
        </w:rPr>
        <w:t xml:space="preserve">, № 27, 27/1, 27/2, 27/3, 29, 29А, 31/1 </w:t>
      </w:r>
      <w:proofErr w:type="spellStart"/>
      <w:r w:rsidRPr="00FA1697">
        <w:rPr>
          <w:sz w:val="28"/>
          <w:szCs w:val="28"/>
        </w:rPr>
        <w:t>үйлер</w:t>
      </w:r>
      <w:proofErr w:type="spellEnd"/>
      <w:r w:rsidRPr="007E7FD7">
        <w:rPr>
          <w:sz w:val="28"/>
          <w:szCs w:val="28"/>
        </w:rPr>
        <w:t>, Ш. </w:t>
      </w:r>
      <w:proofErr w:type="spellStart"/>
      <w:r w:rsidRPr="007E7FD7">
        <w:rPr>
          <w:sz w:val="28"/>
          <w:szCs w:val="28"/>
        </w:rPr>
        <w:t>Құдайбердіұлы</w:t>
      </w:r>
      <w:proofErr w:type="spellEnd"/>
      <w:r w:rsidRPr="007E7FD7">
        <w:rPr>
          <w:sz w:val="28"/>
          <w:szCs w:val="28"/>
        </w:rPr>
        <w:t xml:space="preserve"> </w:t>
      </w:r>
      <w:proofErr w:type="spellStart"/>
      <w:r w:rsidRPr="007E7FD7">
        <w:rPr>
          <w:sz w:val="28"/>
          <w:szCs w:val="28"/>
        </w:rPr>
        <w:t>даңғылы</w:t>
      </w:r>
      <w:proofErr w:type="spellEnd"/>
      <w:r w:rsidRPr="007E7FD7">
        <w:rPr>
          <w:sz w:val="28"/>
          <w:szCs w:val="28"/>
        </w:rPr>
        <w:t xml:space="preserve">, № 19/3 </w:t>
      </w:r>
      <w:proofErr w:type="spellStart"/>
      <w:r w:rsidRPr="007E7FD7">
        <w:rPr>
          <w:sz w:val="28"/>
          <w:szCs w:val="28"/>
        </w:rPr>
        <w:t>үй</w:t>
      </w:r>
      <w:proofErr w:type="spellEnd"/>
      <w:r w:rsidRPr="007E7FD7">
        <w:rPr>
          <w:sz w:val="28"/>
          <w:szCs w:val="28"/>
        </w:rPr>
        <w:t>.</w:t>
      </w:r>
    </w:p>
    <w:p w14:paraId="22CCCDBF" w14:textId="77777777" w:rsidR="00937755" w:rsidRPr="007E7FD7" w:rsidRDefault="00937755" w:rsidP="00937755">
      <w:pPr>
        <w:ind w:firstLine="709"/>
        <w:jc w:val="both"/>
        <w:rPr>
          <w:sz w:val="28"/>
          <w:szCs w:val="28"/>
        </w:rPr>
      </w:pPr>
    </w:p>
    <w:p w14:paraId="25FDE1F8" w14:textId="77777777" w:rsidR="00937755" w:rsidRPr="007E7FD7" w:rsidRDefault="00937755" w:rsidP="00937755">
      <w:pPr>
        <w:keepNext/>
        <w:ind w:firstLine="709"/>
        <w:jc w:val="center"/>
        <w:rPr>
          <w:sz w:val="28"/>
          <w:szCs w:val="28"/>
        </w:rPr>
      </w:pPr>
      <w:r w:rsidRPr="007E7FD7">
        <w:rPr>
          <w:sz w:val="28"/>
          <w:szCs w:val="28"/>
        </w:rPr>
        <w:t xml:space="preserve">№ 21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17D2A8CF"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Сырбай</w:t>
      </w:r>
      <w:proofErr w:type="spellEnd"/>
      <w:r w:rsidRPr="007E7FD7">
        <w:rPr>
          <w:sz w:val="28"/>
          <w:szCs w:val="28"/>
        </w:rPr>
        <w:t xml:space="preserve"> </w:t>
      </w:r>
      <w:proofErr w:type="spellStart"/>
      <w:r w:rsidRPr="007E7FD7">
        <w:rPr>
          <w:sz w:val="28"/>
          <w:szCs w:val="28"/>
        </w:rPr>
        <w:t>Мәуленов</w:t>
      </w:r>
      <w:proofErr w:type="spellEnd"/>
      <w:r w:rsidRPr="007E7FD7">
        <w:rPr>
          <w:sz w:val="28"/>
          <w:szCs w:val="28"/>
        </w:rPr>
        <w:t xml:space="preserve"> </w:t>
      </w:r>
      <w:proofErr w:type="spellStart"/>
      <w:r w:rsidRPr="00FA1697">
        <w:rPr>
          <w:sz w:val="28"/>
          <w:szCs w:val="28"/>
        </w:rPr>
        <w:t>атындағы</w:t>
      </w:r>
      <w:proofErr w:type="spellEnd"/>
      <w:r w:rsidRPr="00FA1697">
        <w:rPr>
          <w:sz w:val="28"/>
          <w:szCs w:val="28"/>
        </w:rPr>
        <w:t xml:space="preserve"> </w:t>
      </w:r>
      <w:r w:rsidRPr="00FA1697">
        <w:rPr>
          <w:sz w:val="28"/>
          <w:szCs w:val="28"/>
        </w:rPr>
        <w:br/>
        <w:t xml:space="preserve">№ 37 </w:t>
      </w:r>
      <w:proofErr w:type="spellStart"/>
      <w:r w:rsidRPr="00FA1697">
        <w:rPr>
          <w:sz w:val="28"/>
          <w:szCs w:val="28"/>
        </w:rPr>
        <w:t>мектеп</w:t>
      </w:r>
      <w:proofErr w:type="spellEnd"/>
      <w:r w:rsidRPr="00FA1697">
        <w:rPr>
          <w:sz w:val="28"/>
          <w:szCs w:val="28"/>
        </w:rPr>
        <w:t>-лицей»</w:t>
      </w:r>
      <w:r w:rsidRPr="007E7FD7">
        <w:rPr>
          <w:sz w:val="28"/>
          <w:szCs w:val="28"/>
        </w:rPr>
        <w:t xml:space="preserve">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roofErr w:type="spellStart"/>
      <w:r w:rsidRPr="007E7FD7">
        <w:rPr>
          <w:sz w:val="28"/>
          <w:szCs w:val="28"/>
        </w:rPr>
        <w:t>күйші</w:t>
      </w:r>
      <w:proofErr w:type="spellEnd"/>
      <w:r w:rsidRPr="007E7FD7">
        <w:rPr>
          <w:sz w:val="28"/>
          <w:szCs w:val="28"/>
        </w:rPr>
        <w:t xml:space="preserve"> Дина </w:t>
      </w:r>
      <w:proofErr w:type="spellStart"/>
      <w:r w:rsidRPr="007E7FD7">
        <w:rPr>
          <w:sz w:val="28"/>
          <w:szCs w:val="28"/>
        </w:rPr>
        <w:t>көшесі</w:t>
      </w:r>
      <w:proofErr w:type="spellEnd"/>
      <w:r w:rsidRPr="007E7FD7">
        <w:rPr>
          <w:sz w:val="28"/>
          <w:szCs w:val="28"/>
        </w:rPr>
        <w:t>, № 44/3)</w:t>
      </w:r>
    </w:p>
    <w:p w14:paraId="07A2CC25" w14:textId="77777777" w:rsidR="00937755" w:rsidRPr="007E7FD7" w:rsidRDefault="00937755" w:rsidP="00937755">
      <w:pPr>
        <w:ind w:firstLine="709"/>
        <w:jc w:val="center"/>
        <w:rPr>
          <w:sz w:val="28"/>
          <w:szCs w:val="28"/>
        </w:rPr>
      </w:pPr>
    </w:p>
    <w:p w14:paraId="0B7E4ABC"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Қ. </w:t>
      </w:r>
      <w:proofErr w:type="spellStart"/>
      <w:r w:rsidRPr="007E7FD7">
        <w:rPr>
          <w:sz w:val="28"/>
          <w:szCs w:val="28"/>
        </w:rPr>
        <w:t>Рысқұлбеков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11/2, 11/3, 17, 19 </w:t>
      </w:r>
      <w:proofErr w:type="spellStart"/>
      <w:r w:rsidRPr="007E7FD7">
        <w:rPr>
          <w:sz w:val="28"/>
          <w:szCs w:val="28"/>
        </w:rPr>
        <w:t>үйлер</w:t>
      </w:r>
      <w:proofErr w:type="spellEnd"/>
      <w:r w:rsidRPr="007E7FD7">
        <w:rPr>
          <w:sz w:val="28"/>
          <w:szCs w:val="28"/>
        </w:rPr>
        <w:t xml:space="preserve">, </w:t>
      </w:r>
      <w:r w:rsidRPr="007E7FD7">
        <w:rPr>
          <w:sz w:val="28"/>
          <w:szCs w:val="28"/>
        </w:rPr>
        <w:br/>
        <w:t>Ш. </w:t>
      </w:r>
      <w:proofErr w:type="spellStart"/>
      <w:r w:rsidRPr="007E7FD7">
        <w:rPr>
          <w:sz w:val="28"/>
          <w:szCs w:val="28"/>
        </w:rPr>
        <w:t>Құдайбердіұлы</w:t>
      </w:r>
      <w:proofErr w:type="spellEnd"/>
      <w:r w:rsidRPr="007E7FD7">
        <w:rPr>
          <w:sz w:val="28"/>
          <w:szCs w:val="28"/>
        </w:rPr>
        <w:t xml:space="preserve"> </w:t>
      </w:r>
      <w:proofErr w:type="spellStart"/>
      <w:r w:rsidRPr="007E7FD7">
        <w:rPr>
          <w:sz w:val="28"/>
          <w:szCs w:val="28"/>
        </w:rPr>
        <w:t>даңғылы</w:t>
      </w:r>
      <w:proofErr w:type="spellEnd"/>
      <w:r w:rsidRPr="007E7FD7">
        <w:rPr>
          <w:sz w:val="28"/>
          <w:szCs w:val="28"/>
        </w:rPr>
        <w:t xml:space="preserve">, № 30, 30/1, 32, 36, 36/1, 36/2, 36/3 </w:t>
      </w:r>
      <w:proofErr w:type="spellStart"/>
      <w:r w:rsidRPr="007E7FD7">
        <w:rPr>
          <w:sz w:val="28"/>
          <w:szCs w:val="28"/>
        </w:rPr>
        <w:t>үйлер</w:t>
      </w:r>
      <w:proofErr w:type="spellEnd"/>
      <w:r w:rsidRPr="007E7FD7">
        <w:rPr>
          <w:sz w:val="28"/>
          <w:szCs w:val="28"/>
        </w:rPr>
        <w:t xml:space="preserve">, </w:t>
      </w:r>
      <w:proofErr w:type="spellStart"/>
      <w:r w:rsidRPr="007E7FD7">
        <w:rPr>
          <w:sz w:val="28"/>
          <w:szCs w:val="28"/>
        </w:rPr>
        <w:t>күйші</w:t>
      </w:r>
      <w:proofErr w:type="spellEnd"/>
      <w:r w:rsidRPr="007E7FD7">
        <w:rPr>
          <w:sz w:val="28"/>
          <w:szCs w:val="28"/>
        </w:rPr>
        <w:t xml:space="preserve"> Дина </w:t>
      </w:r>
      <w:proofErr w:type="spellStart"/>
      <w:r w:rsidRPr="007E7FD7">
        <w:rPr>
          <w:sz w:val="28"/>
          <w:szCs w:val="28"/>
        </w:rPr>
        <w:t>көшесі</w:t>
      </w:r>
      <w:proofErr w:type="spellEnd"/>
      <w:r w:rsidRPr="007E7FD7">
        <w:rPr>
          <w:sz w:val="28"/>
          <w:szCs w:val="28"/>
        </w:rPr>
        <w:t xml:space="preserve">, № 46/3 </w:t>
      </w:r>
      <w:proofErr w:type="spellStart"/>
      <w:r w:rsidRPr="007E7FD7">
        <w:rPr>
          <w:sz w:val="28"/>
          <w:szCs w:val="28"/>
        </w:rPr>
        <w:t>үй</w:t>
      </w:r>
      <w:proofErr w:type="spellEnd"/>
      <w:r w:rsidRPr="007E7FD7">
        <w:rPr>
          <w:sz w:val="28"/>
          <w:szCs w:val="28"/>
        </w:rPr>
        <w:t>.</w:t>
      </w:r>
    </w:p>
    <w:p w14:paraId="0705D6FB" w14:textId="77777777" w:rsidR="00937755" w:rsidRPr="007E7FD7" w:rsidRDefault="00937755" w:rsidP="00937755">
      <w:pPr>
        <w:ind w:firstLine="709"/>
        <w:jc w:val="both"/>
        <w:rPr>
          <w:sz w:val="28"/>
          <w:szCs w:val="28"/>
        </w:rPr>
      </w:pPr>
    </w:p>
    <w:p w14:paraId="06151602" w14:textId="77777777" w:rsidR="00937755" w:rsidRPr="007E7FD7" w:rsidRDefault="00937755" w:rsidP="00937755">
      <w:pPr>
        <w:keepNext/>
        <w:ind w:firstLine="709"/>
        <w:jc w:val="center"/>
        <w:rPr>
          <w:sz w:val="28"/>
          <w:szCs w:val="28"/>
        </w:rPr>
      </w:pPr>
      <w:r w:rsidRPr="007E7FD7">
        <w:rPr>
          <w:sz w:val="28"/>
          <w:szCs w:val="28"/>
        </w:rPr>
        <w:t xml:space="preserve">№ 22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71F9EE64"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Сырбай</w:t>
      </w:r>
      <w:proofErr w:type="spellEnd"/>
      <w:r w:rsidRPr="007E7FD7">
        <w:rPr>
          <w:sz w:val="28"/>
          <w:szCs w:val="28"/>
        </w:rPr>
        <w:t xml:space="preserve"> </w:t>
      </w:r>
      <w:proofErr w:type="spellStart"/>
      <w:r w:rsidRPr="007E7FD7">
        <w:rPr>
          <w:sz w:val="28"/>
          <w:szCs w:val="28"/>
        </w:rPr>
        <w:t>Мәуленов</w:t>
      </w:r>
      <w:proofErr w:type="spellEnd"/>
      <w:r w:rsidRPr="007E7FD7">
        <w:rPr>
          <w:sz w:val="28"/>
          <w:szCs w:val="28"/>
        </w:rPr>
        <w:t xml:space="preserve"> </w:t>
      </w:r>
      <w:proofErr w:type="spellStart"/>
      <w:r w:rsidRPr="00FA1697">
        <w:rPr>
          <w:sz w:val="28"/>
          <w:szCs w:val="28"/>
        </w:rPr>
        <w:t>атындағы</w:t>
      </w:r>
      <w:proofErr w:type="spellEnd"/>
      <w:r w:rsidRPr="00FA1697">
        <w:rPr>
          <w:sz w:val="28"/>
          <w:szCs w:val="28"/>
        </w:rPr>
        <w:t xml:space="preserve"> </w:t>
      </w:r>
      <w:r w:rsidRPr="00FA1697">
        <w:rPr>
          <w:sz w:val="28"/>
          <w:szCs w:val="28"/>
        </w:rPr>
        <w:br/>
        <w:t xml:space="preserve">№ 37 </w:t>
      </w:r>
      <w:proofErr w:type="spellStart"/>
      <w:r w:rsidRPr="00FA1697">
        <w:rPr>
          <w:sz w:val="28"/>
          <w:szCs w:val="28"/>
        </w:rPr>
        <w:t>мектеп</w:t>
      </w:r>
      <w:proofErr w:type="spellEnd"/>
      <w:r w:rsidRPr="00FA1697">
        <w:rPr>
          <w:sz w:val="28"/>
          <w:szCs w:val="28"/>
        </w:rPr>
        <w:t>-лицей»</w:t>
      </w:r>
      <w:r w:rsidRPr="007E7FD7">
        <w:rPr>
          <w:sz w:val="28"/>
          <w:szCs w:val="28"/>
        </w:rPr>
        <w:t xml:space="preserve">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roofErr w:type="spellStart"/>
      <w:r w:rsidRPr="007E7FD7">
        <w:rPr>
          <w:sz w:val="28"/>
          <w:szCs w:val="28"/>
        </w:rPr>
        <w:t>күйші</w:t>
      </w:r>
      <w:proofErr w:type="spellEnd"/>
      <w:r w:rsidRPr="007E7FD7">
        <w:rPr>
          <w:sz w:val="28"/>
          <w:szCs w:val="28"/>
        </w:rPr>
        <w:t xml:space="preserve"> Дина </w:t>
      </w:r>
      <w:proofErr w:type="spellStart"/>
      <w:r w:rsidRPr="007E7FD7">
        <w:rPr>
          <w:sz w:val="28"/>
          <w:szCs w:val="28"/>
        </w:rPr>
        <w:t>көшесі</w:t>
      </w:r>
      <w:proofErr w:type="spellEnd"/>
      <w:r w:rsidRPr="007E7FD7">
        <w:rPr>
          <w:sz w:val="28"/>
          <w:szCs w:val="28"/>
        </w:rPr>
        <w:t>, № 44/3)</w:t>
      </w:r>
    </w:p>
    <w:p w14:paraId="1C3B5DDA" w14:textId="77777777" w:rsidR="00937755" w:rsidRPr="007E7FD7" w:rsidRDefault="00937755" w:rsidP="00937755">
      <w:pPr>
        <w:ind w:firstLine="709"/>
        <w:jc w:val="center"/>
        <w:rPr>
          <w:sz w:val="28"/>
          <w:szCs w:val="28"/>
        </w:rPr>
      </w:pPr>
    </w:p>
    <w:p w14:paraId="2C8C40D9" w14:textId="77777777" w:rsidR="00937755" w:rsidRPr="007E7FD7" w:rsidRDefault="00937755" w:rsidP="00937755">
      <w:pPr>
        <w:ind w:firstLine="709"/>
        <w:jc w:val="both"/>
        <w:rPr>
          <w:sz w:val="28"/>
          <w:szCs w:val="28"/>
        </w:rPr>
      </w:pPr>
      <w:proofErr w:type="spellStart"/>
      <w:r w:rsidRPr="00DA4FEE">
        <w:rPr>
          <w:sz w:val="28"/>
          <w:szCs w:val="28"/>
        </w:rPr>
        <w:t>Шекарасы</w:t>
      </w:r>
      <w:proofErr w:type="spellEnd"/>
      <w:r w:rsidRPr="00DA4FEE">
        <w:rPr>
          <w:sz w:val="28"/>
          <w:szCs w:val="28"/>
        </w:rPr>
        <w:t xml:space="preserve">: </w:t>
      </w:r>
      <w:proofErr w:type="spellStart"/>
      <w:r w:rsidRPr="00DA4FEE">
        <w:rPr>
          <w:sz w:val="28"/>
          <w:szCs w:val="28"/>
        </w:rPr>
        <w:t>Абылай</w:t>
      </w:r>
      <w:proofErr w:type="spellEnd"/>
      <w:r w:rsidRPr="00DA4FEE">
        <w:rPr>
          <w:sz w:val="28"/>
          <w:szCs w:val="28"/>
        </w:rPr>
        <w:t xml:space="preserve"> хан </w:t>
      </w:r>
      <w:proofErr w:type="spellStart"/>
      <w:r w:rsidRPr="00DA4FEE">
        <w:rPr>
          <w:sz w:val="28"/>
          <w:szCs w:val="28"/>
        </w:rPr>
        <w:t>даңғылы</w:t>
      </w:r>
      <w:proofErr w:type="spellEnd"/>
      <w:r w:rsidRPr="00DA4FEE">
        <w:rPr>
          <w:sz w:val="28"/>
          <w:szCs w:val="28"/>
        </w:rPr>
        <w:t xml:space="preserve">, № 35, 37, 37/1, 39, 41, 41/1, 41/2, 43, 43/1 </w:t>
      </w:r>
      <w:proofErr w:type="spellStart"/>
      <w:r w:rsidRPr="00DA4FEE">
        <w:rPr>
          <w:sz w:val="28"/>
          <w:szCs w:val="28"/>
        </w:rPr>
        <w:t>үйлер</w:t>
      </w:r>
      <w:proofErr w:type="spellEnd"/>
      <w:r w:rsidRPr="00DA4FEE">
        <w:rPr>
          <w:sz w:val="28"/>
          <w:szCs w:val="28"/>
        </w:rPr>
        <w:t xml:space="preserve">, </w:t>
      </w:r>
      <w:proofErr w:type="spellStart"/>
      <w:r w:rsidRPr="00DA4FEE">
        <w:rPr>
          <w:sz w:val="28"/>
          <w:szCs w:val="28"/>
        </w:rPr>
        <w:t>күйші</w:t>
      </w:r>
      <w:proofErr w:type="spellEnd"/>
      <w:r w:rsidRPr="00DA4FEE">
        <w:rPr>
          <w:sz w:val="28"/>
          <w:szCs w:val="28"/>
        </w:rPr>
        <w:t xml:space="preserve"> Дина </w:t>
      </w:r>
      <w:proofErr w:type="spellStart"/>
      <w:r w:rsidRPr="00DA4FEE">
        <w:rPr>
          <w:sz w:val="28"/>
          <w:szCs w:val="28"/>
        </w:rPr>
        <w:t>көшесі</w:t>
      </w:r>
      <w:proofErr w:type="spellEnd"/>
      <w:r w:rsidRPr="00DA4FEE">
        <w:rPr>
          <w:sz w:val="28"/>
          <w:szCs w:val="28"/>
        </w:rPr>
        <w:t xml:space="preserve">, № 36, 36/1, 36/2, 36/3, 38, 40, 40/1, 42, 44, </w:t>
      </w:r>
      <w:r w:rsidRPr="00DA4FEE">
        <w:rPr>
          <w:sz w:val="28"/>
          <w:szCs w:val="28"/>
        </w:rPr>
        <w:br/>
        <w:t xml:space="preserve">44/1 </w:t>
      </w:r>
      <w:proofErr w:type="spellStart"/>
      <w:r w:rsidRPr="00DA4FEE">
        <w:rPr>
          <w:sz w:val="28"/>
          <w:szCs w:val="28"/>
        </w:rPr>
        <w:t>үйлер</w:t>
      </w:r>
      <w:proofErr w:type="spellEnd"/>
      <w:r w:rsidRPr="00DA4FEE">
        <w:rPr>
          <w:sz w:val="28"/>
          <w:szCs w:val="28"/>
        </w:rPr>
        <w:t>.</w:t>
      </w:r>
    </w:p>
    <w:p w14:paraId="1BA097B5" w14:textId="77777777" w:rsidR="00937755" w:rsidRPr="007E7FD7" w:rsidRDefault="00937755" w:rsidP="00937755">
      <w:pPr>
        <w:ind w:firstLine="709"/>
        <w:jc w:val="center"/>
        <w:rPr>
          <w:sz w:val="28"/>
          <w:szCs w:val="28"/>
        </w:rPr>
      </w:pPr>
    </w:p>
    <w:p w14:paraId="7AE8AA2E" w14:textId="77777777" w:rsidR="00937755" w:rsidRPr="007E7FD7" w:rsidRDefault="00937755" w:rsidP="00937755">
      <w:pPr>
        <w:keepNext/>
        <w:ind w:firstLine="709"/>
        <w:jc w:val="center"/>
        <w:rPr>
          <w:sz w:val="28"/>
          <w:szCs w:val="28"/>
        </w:rPr>
      </w:pPr>
      <w:r w:rsidRPr="007E7FD7">
        <w:rPr>
          <w:sz w:val="28"/>
          <w:szCs w:val="28"/>
        </w:rPr>
        <w:t xml:space="preserve">№ 23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4AD5A617"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Әлімхан</w:t>
      </w:r>
      <w:proofErr w:type="spellEnd"/>
      <w:r w:rsidRPr="007E7FD7">
        <w:rPr>
          <w:sz w:val="28"/>
          <w:szCs w:val="28"/>
        </w:rPr>
        <w:t xml:space="preserve"> </w:t>
      </w:r>
      <w:proofErr w:type="spellStart"/>
      <w:r w:rsidRPr="007E7FD7">
        <w:rPr>
          <w:sz w:val="28"/>
          <w:szCs w:val="28"/>
        </w:rPr>
        <w:t>Ермеков</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w:t>
      </w:r>
    </w:p>
    <w:p w14:paraId="0151921B" w14:textId="77777777" w:rsidR="00937755" w:rsidRPr="007E7FD7" w:rsidRDefault="00937755" w:rsidP="00937755">
      <w:pPr>
        <w:ind w:firstLine="709"/>
        <w:jc w:val="center"/>
        <w:rPr>
          <w:sz w:val="28"/>
          <w:szCs w:val="28"/>
        </w:rPr>
      </w:pPr>
      <w:r w:rsidRPr="007E7FD7">
        <w:rPr>
          <w:sz w:val="28"/>
          <w:szCs w:val="28"/>
        </w:rPr>
        <w:t xml:space="preserve">№ 38 </w:t>
      </w:r>
      <w:proofErr w:type="spellStart"/>
      <w:r w:rsidRPr="007E7FD7">
        <w:rPr>
          <w:sz w:val="28"/>
          <w:szCs w:val="28"/>
        </w:rPr>
        <w:t>мектеп</w:t>
      </w:r>
      <w:proofErr w:type="spellEnd"/>
      <w:r w:rsidRPr="007E7FD7">
        <w:rPr>
          <w:sz w:val="28"/>
          <w:szCs w:val="28"/>
        </w:rPr>
        <w:t xml:space="preserve">-лицей»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Ғ. </w:t>
      </w:r>
      <w:proofErr w:type="spellStart"/>
      <w:r w:rsidRPr="007E7FD7">
        <w:rPr>
          <w:sz w:val="28"/>
          <w:szCs w:val="28"/>
        </w:rPr>
        <w:t>Мүсірепов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8/2)</w:t>
      </w:r>
    </w:p>
    <w:p w14:paraId="315ECFCE" w14:textId="77777777" w:rsidR="00937755" w:rsidRPr="007E7FD7" w:rsidRDefault="00937755" w:rsidP="00937755">
      <w:pPr>
        <w:ind w:firstLine="709"/>
        <w:jc w:val="center"/>
        <w:rPr>
          <w:sz w:val="28"/>
          <w:szCs w:val="28"/>
        </w:rPr>
      </w:pPr>
    </w:p>
    <w:p w14:paraId="1D56DBF2"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Абылай</w:t>
      </w:r>
      <w:proofErr w:type="spellEnd"/>
      <w:r w:rsidRPr="007E7FD7">
        <w:rPr>
          <w:sz w:val="28"/>
          <w:szCs w:val="28"/>
        </w:rPr>
        <w:t xml:space="preserve"> хан </w:t>
      </w:r>
      <w:proofErr w:type="spellStart"/>
      <w:r w:rsidRPr="007E7FD7">
        <w:rPr>
          <w:sz w:val="28"/>
          <w:szCs w:val="28"/>
        </w:rPr>
        <w:t>даңғылы</w:t>
      </w:r>
      <w:proofErr w:type="spellEnd"/>
      <w:r w:rsidRPr="007E7FD7">
        <w:rPr>
          <w:sz w:val="28"/>
          <w:szCs w:val="28"/>
        </w:rPr>
        <w:t xml:space="preserve">, № 47, 49, 49/1, 49/2, 49/3, 51 </w:t>
      </w:r>
      <w:proofErr w:type="spellStart"/>
      <w:r w:rsidRPr="007E7FD7">
        <w:rPr>
          <w:sz w:val="28"/>
          <w:szCs w:val="28"/>
        </w:rPr>
        <w:t>үйлер</w:t>
      </w:r>
      <w:proofErr w:type="spellEnd"/>
      <w:r w:rsidRPr="007E7FD7">
        <w:rPr>
          <w:sz w:val="28"/>
          <w:szCs w:val="28"/>
        </w:rPr>
        <w:t xml:space="preserve">, </w:t>
      </w:r>
      <w:r w:rsidRPr="007E7FD7">
        <w:rPr>
          <w:sz w:val="28"/>
          <w:szCs w:val="28"/>
        </w:rPr>
        <w:br/>
        <w:t>Ғ. </w:t>
      </w:r>
      <w:proofErr w:type="spellStart"/>
      <w:r w:rsidRPr="007E7FD7">
        <w:rPr>
          <w:sz w:val="28"/>
          <w:szCs w:val="28"/>
        </w:rPr>
        <w:t>Мүсірепов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1, 5, 5/1, 5/2, 7, 7/1 </w:t>
      </w:r>
      <w:proofErr w:type="spellStart"/>
      <w:r w:rsidRPr="007E7FD7">
        <w:rPr>
          <w:sz w:val="28"/>
          <w:szCs w:val="28"/>
        </w:rPr>
        <w:t>үйлер</w:t>
      </w:r>
      <w:proofErr w:type="spellEnd"/>
      <w:r w:rsidRPr="007E7FD7">
        <w:rPr>
          <w:sz w:val="28"/>
          <w:szCs w:val="28"/>
        </w:rPr>
        <w:t>, Қ. </w:t>
      </w:r>
      <w:proofErr w:type="spellStart"/>
      <w:r w:rsidRPr="007E7FD7">
        <w:rPr>
          <w:sz w:val="28"/>
          <w:szCs w:val="28"/>
        </w:rPr>
        <w:t>Рысқұлбеков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w:t>
      </w:r>
      <w:r w:rsidRPr="007E7FD7">
        <w:rPr>
          <w:sz w:val="28"/>
          <w:szCs w:val="28"/>
        </w:rPr>
        <w:br/>
        <w:t xml:space="preserve">№ 4/2, 4/3, 4/4 </w:t>
      </w:r>
      <w:proofErr w:type="spellStart"/>
      <w:r w:rsidRPr="007E7FD7">
        <w:rPr>
          <w:sz w:val="28"/>
          <w:szCs w:val="28"/>
        </w:rPr>
        <w:t>үйлер</w:t>
      </w:r>
      <w:proofErr w:type="spellEnd"/>
      <w:r w:rsidRPr="007E7FD7">
        <w:rPr>
          <w:sz w:val="28"/>
          <w:szCs w:val="28"/>
        </w:rPr>
        <w:t>.</w:t>
      </w:r>
    </w:p>
    <w:p w14:paraId="2840842E" w14:textId="77777777" w:rsidR="00937755" w:rsidRPr="007E7FD7" w:rsidRDefault="00937755" w:rsidP="00937755">
      <w:pPr>
        <w:spacing w:after="160" w:line="259" w:lineRule="auto"/>
        <w:rPr>
          <w:sz w:val="28"/>
          <w:szCs w:val="28"/>
        </w:rPr>
      </w:pPr>
    </w:p>
    <w:p w14:paraId="4E1BAFD1" w14:textId="77777777" w:rsidR="00937755" w:rsidRPr="007E7FD7" w:rsidRDefault="00937755" w:rsidP="00937755">
      <w:pPr>
        <w:keepNext/>
        <w:ind w:firstLine="709"/>
        <w:jc w:val="center"/>
        <w:rPr>
          <w:sz w:val="28"/>
          <w:szCs w:val="28"/>
        </w:rPr>
      </w:pPr>
      <w:r w:rsidRPr="007E7FD7">
        <w:rPr>
          <w:sz w:val="28"/>
          <w:szCs w:val="28"/>
        </w:rPr>
        <w:lastRenderedPageBreak/>
        <w:t xml:space="preserve">№ 24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1734B19E"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Әлімхан</w:t>
      </w:r>
      <w:proofErr w:type="spellEnd"/>
      <w:r w:rsidRPr="007E7FD7">
        <w:rPr>
          <w:sz w:val="28"/>
          <w:szCs w:val="28"/>
        </w:rPr>
        <w:t xml:space="preserve"> </w:t>
      </w:r>
      <w:proofErr w:type="spellStart"/>
      <w:r w:rsidRPr="007E7FD7">
        <w:rPr>
          <w:sz w:val="28"/>
          <w:szCs w:val="28"/>
        </w:rPr>
        <w:t>Ермеков</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w:t>
      </w:r>
    </w:p>
    <w:p w14:paraId="5B8EBD88" w14:textId="77777777" w:rsidR="00937755" w:rsidRPr="007E7FD7" w:rsidRDefault="00937755" w:rsidP="00937755">
      <w:pPr>
        <w:ind w:firstLine="709"/>
        <w:jc w:val="center"/>
        <w:rPr>
          <w:sz w:val="28"/>
          <w:szCs w:val="28"/>
        </w:rPr>
      </w:pPr>
      <w:r w:rsidRPr="007E7FD7">
        <w:rPr>
          <w:sz w:val="28"/>
          <w:szCs w:val="28"/>
        </w:rPr>
        <w:t xml:space="preserve">№ 38 </w:t>
      </w:r>
      <w:proofErr w:type="spellStart"/>
      <w:r w:rsidRPr="007E7FD7">
        <w:rPr>
          <w:sz w:val="28"/>
          <w:szCs w:val="28"/>
        </w:rPr>
        <w:t>мектеп</w:t>
      </w:r>
      <w:proofErr w:type="spellEnd"/>
      <w:r w:rsidRPr="007E7FD7">
        <w:rPr>
          <w:sz w:val="28"/>
          <w:szCs w:val="28"/>
        </w:rPr>
        <w:t xml:space="preserve">-лицей»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Ғ. </w:t>
      </w:r>
      <w:proofErr w:type="spellStart"/>
      <w:r w:rsidRPr="007E7FD7">
        <w:rPr>
          <w:sz w:val="28"/>
          <w:szCs w:val="28"/>
        </w:rPr>
        <w:t>Мүсірепов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8/2)</w:t>
      </w:r>
    </w:p>
    <w:p w14:paraId="0E0A0105" w14:textId="77777777" w:rsidR="00937755" w:rsidRPr="007E7FD7" w:rsidRDefault="00937755" w:rsidP="00937755">
      <w:pPr>
        <w:ind w:firstLine="709"/>
        <w:jc w:val="center"/>
        <w:rPr>
          <w:sz w:val="28"/>
          <w:szCs w:val="28"/>
        </w:rPr>
      </w:pPr>
    </w:p>
    <w:p w14:paraId="30D5E4E6"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Ғ. </w:t>
      </w:r>
      <w:proofErr w:type="spellStart"/>
      <w:r w:rsidRPr="007E7FD7">
        <w:rPr>
          <w:sz w:val="28"/>
          <w:szCs w:val="28"/>
        </w:rPr>
        <w:t>Мүсірепов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2, 2/1, 2/2, 4, 6, 6/1, 6/2, 7/3, 9, 10, 10/2, 10/3, 12, 14, 14/1 </w:t>
      </w:r>
      <w:proofErr w:type="spellStart"/>
      <w:r w:rsidRPr="007E7FD7">
        <w:rPr>
          <w:sz w:val="28"/>
          <w:szCs w:val="28"/>
        </w:rPr>
        <w:t>үйлер</w:t>
      </w:r>
      <w:proofErr w:type="spellEnd"/>
      <w:r w:rsidRPr="007E7FD7">
        <w:rPr>
          <w:sz w:val="28"/>
          <w:szCs w:val="28"/>
        </w:rPr>
        <w:t>, Ш. </w:t>
      </w:r>
      <w:proofErr w:type="spellStart"/>
      <w:r w:rsidRPr="007E7FD7">
        <w:rPr>
          <w:sz w:val="28"/>
          <w:szCs w:val="28"/>
        </w:rPr>
        <w:t>Құдайбердіұлы</w:t>
      </w:r>
      <w:proofErr w:type="spellEnd"/>
      <w:r w:rsidRPr="007E7FD7">
        <w:rPr>
          <w:sz w:val="28"/>
          <w:szCs w:val="28"/>
        </w:rPr>
        <w:t xml:space="preserve"> </w:t>
      </w:r>
      <w:proofErr w:type="spellStart"/>
      <w:r w:rsidRPr="007E7FD7">
        <w:rPr>
          <w:sz w:val="28"/>
          <w:szCs w:val="28"/>
        </w:rPr>
        <w:t>даңғылы</w:t>
      </w:r>
      <w:proofErr w:type="spellEnd"/>
      <w:r w:rsidRPr="007E7FD7">
        <w:rPr>
          <w:sz w:val="28"/>
          <w:szCs w:val="28"/>
        </w:rPr>
        <w:t xml:space="preserve">, № 40, 42, 44, 46 </w:t>
      </w:r>
      <w:proofErr w:type="spellStart"/>
      <w:r w:rsidRPr="007E7FD7">
        <w:rPr>
          <w:sz w:val="28"/>
          <w:szCs w:val="28"/>
        </w:rPr>
        <w:t>үйлер</w:t>
      </w:r>
      <w:proofErr w:type="spellEnd"/>
      <w:r w:rsidRPr="007E7FD7">
        <w:rPr>
          <w:sz w:val="28"/>
          <w:szCs w:val="28"/>
        </w:rPr>
        <w:t xml:space="preserve">, </w:t>
      </w:r>
      <w:proofErr w:type="spellStart"/>
      <w:r w:rsidRPr="007E7FD7">
        <w:rPr>
          <w:sz w:val="28"/>
          <w:szCs w:val="28"/>
        </w:rPr>
        <w:t>Абылай</w:t>
      </w:r>
      <w:proofErr w:type="spellEnd"/>
      <w:r w:rsidRPr="007E7FD7">
        <w:rPr>
          <w:sz w:val="28"/>
          <w:szCs w:val="28"/>
        </w:rPr>
        <w:t xml:space="preserve"> хан </w:t>
      </w:r>
      <w:proofErr w:type="spellStart"/>
      <w:r w:rsidRPr="007E7FD7">
        <w:rPr>
          <w:sz w:val="28"/>
          <w:szCs w:val="28"/>
        </w:rPr>
        <w:t>даңғылы</w:t>
      </w:r>
      <w:proofErr w:type="spellEnd"/>
      <w:r w:rsidRPr="007E7FD7">
        <w:rPr>
          <w:sz w:val="28"/>
          <w:szCs w:val="28"/>
        </w:rPr>
        <w:t xml:space="preserve">, № 55/1 </w:t>
      </w:r>
      <w:proofErr w:type="spellStart"/>
      <w:r w:rsidRPr="007E7FD7">
        <w:rPr>
          <w:sz w:val="28"/>
          <w:szCs w:val="28"/>
        </w:rPr>
        <w:t>үй</w:t>
      </w:r>
      <w:proofErr w:type="spellEnd"/>
      <w:r w:rsidRPr="007E7FD7">
        <w:rPr>
          <w:sz w:val="28"/>
          <w:szCs w:val="28"/>
        </w:rPr>
        <w:t>.</w:t>
      </w:r>
    </w:p>
    <w:p w14:paraId="18BB1B5B" w14:textId="77777777" w:rsidR="00937755" w:rsidRPr="007E7FD7" w:rsidRDefault="00937755" w:rsidP="00937755">
      <w:pPr>
        <w:ind w:firstLine="709"/>
        <w:jc w:val="both"/>
        <w:rPr>
          <w:sz w:val="28"/>
          <w:szCs w:val="28"/>
        </w:rPr>
      </w:pPr>
    </w:p>
    <w:p w14:paraId="5D1536B1" w14:textId="77777777" w:rsidR="00937755" w:rsidRPr="007E7FD7" w:rsidRDefault="00937755" w:rsidP="00937755">
      <w:pPr>
        <w:keepNext/>
        <w:ind w:firstLine="709"/>
        <w:jc w:val="center"/>
        <w:rPr>
          <w:sz w:val="28"/>
          <w:szCs w:val="28"/>
        </w:rPr>
      </w:pPr>
      <w:r w:rsidRPr="007E7FD7">
        <w:rPr>
          <w:sz w:val="28"/>
          <w:szCs w:val="28"/>
        </w:rPr>
        <w:t xml:space="preserve">№ 25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11E00CD4"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Әлімхан</w:t>
      </w:r>
      <w:proofErr w:type="spellEnd"/>
      <w:r w:rsidRPr="007E7FD7">
        <w:rPr>
          <w:sz w:val="28"/>
          <w:szCs w:val="28"/>
        </w:rPr>
        <w:t xml:space="preserve"> </w:t>
      </w:r>
      <w:proofErr w:type="spellStart"/>
      <w:r w:rsidRPr="007E7FD7">
        <w:rPr>
          <w:sz w:val="28"/>
          <w:szCs w:val="28"/>
        </w:rPr>
        <w:t>Ермеков</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w:t>
      </w:r>
    </w:p>
    <w:p w14:paraId="5B58E367" w14:textId="77777777" w:rsidR="00937755" w:rsidRPr="007E7FD7" w:rsidRDefault="00937755" w:rsidP="00937755">
      <w:pPr>
        <w:ind w:firstLine="709"/>
        <w:jc w:val="center"/>
        <w:rPr>
          <w:sz w:val="28"/>
          <w:szCs w:val="28"/>
        </w:rPr>
      </w:pPr>
      <w:r w:rsidRPr="007E7FD7">
        <w:rPr>
          <w:sz w:val="28"/>
          <w:szCs w:val="28"/>
        </w:rPr>
        <w:t xml:space="preserve">№ 38 </w:t>
      </w:r>
      <w:proofErr w:type="spellStart"/>
      <w:r w:rsidRPr="007E7FD7">
        <w:rPr>
          <w:sz w:val="28"/>
          <w:szCs w:val="28"/>
        </w:rPr>
        <w:t>мектеп</w:t>
      </w:r>
      <w:proofErr w:type="spellEnd"/>
      <w:r w:rsidRPr="007E7FD7">
        <w:rPr>
          <w:sz w:val="28"/>
          <w:szCs w:val="28"/>
        </w:rPr>
        <w:t xml:space="preserve">-лицей»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Ғ. </w:t>
      </w:r>
      <w:proofErr w:type="spellStart"/>
      <w:r w:rsidRPr="007E7FD7">
        <w:rPr>
          <w:sz w:val="28"/>
          <w:szCs w:val="28"/>
        </w:rPr>
        <w:t>Мүсірепов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8/2)</w:t>
      </w:r>
    </w:p>
    <w:p w14:paraId="7C18BDB5" w14:textId="77777777" w:rsidR="00937755" w:rsidRPr="007E7FD7" w:rsidRDefault="00937755" w:rsidP="00937755">
      <w:pPr>
        <w:ind w:firstLine="709"/>
        <w:jc w:val="center"/>
        <w:rPr>
          <w:sz w:val="28"/>
          <w:szCs w:val="28"/>
        </w:rPr>
      </w:pPr>
    </w:p>
    <w:p w14:paraId="5C32BA0B"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Абылай</w:t>
      </w:r>
      <w:proofErr w:type="spellEnd"/>
      <w:r w:rsidRPr="007E7FD7">
        <w:rPr>
          <w:sz w:val="28"/>
          <w:szCs w:val="28"/>
        </w:rPr>
        <w:t xml:space="preserve"> хан </w:t>
      </w:r>
      <w:proofErr w:type="spellStart"/>
      <w:r w:rsidRPr="007E7FD7">
        <w:rPr>
          <w:sz w:val="28"/>
          <w:szCs w:val="28"/>
        </w:rPr>
        <w:t>даңғылы</w:t>
      </w:r>
      <w:proofErr w:type="spellEnd"/>
      <w:r w:rsidRPr="007E7FD7">
        <w:rPr>
          <w:sz w:val="28"/>
          <w:szCs w:val="28"/>
        </w:rPr>
        <w:t xml:space="preserve">, № 55, 57, 57/1, 57/2, 59, 59/1 </w:t>
      </w:r>
      <w:proofErr w:type="spellStart"/>
      <w:r w:rsidRPr="007E7FD7">
        <w:rPr>
          <w:sz w:val="28"/>
          <w:szCs w:val="28"/>
        </w:rPr>
        <w:t>үйлер</w:t>
      </w:r>
      <w:proofErr w:type="spellEnd"/>
      <w:r w:rsidRPr="007E7FD7">
        <w:rPr>
          <w:sz w:val="28"/>
          <w:szCs w:val="28"/>
        </w:rPr>
        <w:t xml:space="preserve">, </w:t>
      </w:r>
      <w:r w:rsidRPr="007E7FD7">
        <w:rPr>
          <w:sz w:val="28"/>
          <w:szCs w:val="28"/>
        </w:rPr>
        <w:br/>
        <w:t>Ғ. </w:t>
      </w:r>
      <w:proofErr w:type="spellStart"/>
      <w:r w:rsidRPr="007E7FD7">
        <w:rPr>
          <w:sz w:val="28"/>
          <w:szCs w:val="28"/>
        </w:rPr>
        <w:t>Мұстафин</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1, 1/1, 1/2, 1/3, 3, 3/1, 3/2, 3/3, 5, 5/1, 7, 7/1, 7/2, 9 </w:t>
      </w:r>
      <w:proofErr w:type="spellStart"/>
      <w:r w:rsidRPr="007E7FD7">
        <w:rPr>
          <w:sz w:val="28"/>
          <w:szCs w:val="28"/>
        </w:rPr>
        <w:t>үйлер</w:t>
      </w:r>
      <w:proofErr w:type="spellEnd"/>
      <w:r w:rsidRPr="007E7FD7">
        <w:rPr>
          <w:sz w:val="28"/>
          <w:szCs w:val="28"/>
        </w:rPr>
        <w:t xml:space="preserve">, </w:t>
      </w:r>
      <w:r w:rsidRPr="007E7FD7">
        <w:rPr>
          <w:sz w:val="28"/>
          <w:szCs w:val="28"/>
        </w:rPr>
        <w:br/>
        <w:t>Ғ. </w:t>
      </w:r>
      <w:proofErr w:type="spellStart"/>
      <w:r w:rsidRPr="007E7FD7">
        <w:rPr>
          <w:sz w:val="28"/>
          <w:szCs w:val="28"/>
        </w:rPr>
        <w:t>Мүсірепов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4/2, 6/3, 6/4 </w:t>
      </w:r>
      <w:proofErr w:type="spellStart"/>
      <w:r w:rsidRPr="007E7FD7">
        <w:rPr>
          <w:sz w:val="28"/>
          <w:szCs w:val="28"/>
        </w:rPr>
        <w:t>үйлер</w:t>
      </w:r>
      <w:proofErr w:type="spellEnd"/>
      <w:r w:rsidRPr="007E7FD7">
        <w:rPr>
          <w:sz w:val="28"/>
          <w:szCs w:val="28"/>
        </w:rPr>
        <w:t>.</w:t>
      </w:r>
    </w:p>
    <w:p w14:paraId="21182A6A" w14:textId="77777777" w:rsidR="00937755" w:rsidRPr="007E7FD7" w:rsidRDefault="00937755" w:rsidP="00937755">
      <w:pPr>
        <w:ind w:firstLine="709"/>
        <w:jc w:val="both"/>
        <w:rPr>
          <w:sz w:val="28"/>
          <w:szCs w:val="28"/>
        </w:rPr>
      </w:pPr>
    </w:p>
    <w:p w14:paraId="371FE5FF" w14:textId="77777777" w:rsidR="00937755" w:rsidRPr="007E7FD7" w:rsidRDefault="00937755" w:rsidP="00937755">
      <w:pPr>
        <w:keepNext/>
        <w:ind w:firstLine="709"/>
        <w:jc w:val="center"/>
        <w:rPr>
          <w:sz w:val="28"/>
          <w:szCs w:val="28"/>
        </w:rPr>
      </w:pPr>
      <w:r w:rsidRPr="007E7FD7">
        <w:rPr>
          <w:sz w:val="28"/>
          <w:szCs w:val="28"/>
        </w:rPr>
        <w:t xml:space="preserve">№ 26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5DC73809"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Бейімбет</w:t>
      </w:r>
      <w:proofErr w:type="spellEnd"/>
      <w:r w:rsidRPr="007E7FD7">
        <w:rPr>
          <w:sz w:val="28"/>
          <w:szCs w:val="28"/>
        </w:rPr>
        <w:t xml:space="preserve"> </w:t>
      </w:r>
      <w:proofErr w:type="spellStart"/>
      <w:r w:rsidRPr="007E7FD7">
        <w:rPr>
          <w:sz w:val="28"/>
          <w:szCs w:val="28"/>
        </w:rPr>
        <w:t>Майлин</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w:t>
      </w:r>
    </w:p>
    <w:p w14:paraId="3EBD874A" w14:textId="77777777" w:rsidR="00937755" w:rsidRPr="007E7FD7" w:rsidRDefault="00937755" w:rsidP="00937755">
      <w:pPr>
        <w:ind w:firstLine="709"/>
        <w:jc w:val="center"/>
        <w:rPr>
          <w:sz w:val="28"/>
          <w:szCs w:val="28"/>
        </w:rPr>
      </w:pPr>
      <w:r w:rsidRPr="007E7FD7">
        <w:rPr>
          <w:sz w:val="28"/>
          <w:szCs w:val="28"/>
        </w:rPr>
        <w:t xml:space="preserve">№ 52 </w:t>
      </w:r>
      <w:proofErr w:type="spellStart"/>
      <w:r w:rsidRPr="007E7FD7">
        <w:rPr>
          <w:sz w:val="28"/>
          <w:szCs w:val="28"/>
        </w:rPr>
        <w:t>мектеп</w:t>
      </w:r>
      <w:proofErr w:type="spellEnd"/>
      <w:r w:rsidRPr="007E7FD7">
        <w:rPr>
          <w:sz w:val="28"/>
          <w:szCs w:val="28"/>
        </w:rPr>
        <w:t xml:space="preserve">-гимназия»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roofErr w:type="spellStart"/>
      <w:r w:rsidRPr="007E7FD7">
        <w:rPr>
          <w:sz w:val="28"/>
          <w:szCs w:val="28"/>
        </w:rPr>
        <w:t>Бурабай</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38)</w:t>
      </w:r>
    </w:p>
    <w:p w14:paraId="07FBE971" w14:textId="77777777" w:rsidR="00937755" w:rsidRPr="007E7FD7" w:rsidRDefault="00937755" w:rsidP="00937755">
      <w:pPr>
        <w:ind w:firstLine="709"/>
        <w:jc w:val="center"/>
        <w:rPr>
          <w:sz w:val="28"/>
          <w:szCs w:val="28"/>
        </w:rPr>
      </w:pPr>
    </w:p>
    <w:p w14:paraId="6637596F"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Ертіс</w:t>
      </w:r>
      <w:proofErr w:type="spellEnd"/>
      <w:r w:rsidRPr="007E7FD7">
        <w:rPr>
          <w:sz w:val="28"/>
          <w:szCs w:val="28"/>
        </w:rPr>
        <w:t xml:space="preserve"> </w:t>
      </w:r>
      <w:proofErr w:type="spellStart"/>
      <w:r w:rsidRPr="007E7FD7">
        <w:rPr>
          <w:sz w:val="28"/>
          <w:szCs w:val="28"/>
        </w:rPr>
        <w:t>көшесінен</w:t>
      </w:r>
      <w:proofErr w:type="spellEnd"/>
      <w:r w:rsidRPr="007E7FD7">
        <w:rPr>
          <w:sz w:val="28"/>
          <w:szCs w:val="28"/>
        </w:rPr>
        <w:t xml:space="preserve"> </w:t>
      </w:r>
      <w:proofErr w:type="spellStart"/>
      <w:r w:rsidRPr="007E7FD7">
        <w:rPr>
          <w:sz w:val="28"/>
          <w:szCs w:val="28"/>
        </w:rPr>
        <w:t>Қозыбасы</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Ақарыс</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Ақарыс</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r w:rsidRPr="007E7FD7">
        <w:rPr>
          <w:sz w:val="28"/>
          <w:szCs w:val="28"/>
        </w:rPr>
        <w:br/>
        <w:t>Ш. </w:t>
      </w:r>
      <w:proofErr w:type="spellStart"/>
      <w:r w:rsidRPr="007E7FD7">
        <w:rPr>
          <w:sz w:val="28"/>
          <w:szCs w:val="28"/>
        </w:rPr>
        <w:t>Құдайбердіұлы</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Ш. </w:t>
      </w:r>
      <w:proofErr w:type="spellStart"/>
      <w:r w:rsidRPr="007E7FD7">
        <w:rPr>
          <w:sz w:val="28"/>
          <w:szCs w:val="28"/>
        </w:rPr>
        <w:t>Құдайбердіұлы</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Ғ. </w:t>
      </w:r>
      <w:proofErr w:type="spellStart"/>
      <w:r w:rsidRPr="007E7FD7">
        <w:rPr>
          <w:sz w:val="28"/>
          <w:szCs w:val="28"/>
        </w:rPr>
        <w:t>Мұстафин</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Ғ. </w:t>
      </w:r>
      <w:proofErr w:type="spellStart"/>
      <w:r w:rsidRPr="007E7FD7">
        <w:rPr>
          <w:sz w:val="28"/>
          <w:szCs w:val="28"/>
        </w:rPr>
        <w:t>Мұстафин</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теміржол</w:t>
      </w:r>
      <w:proofErr w:type="spellEnd"/>
      <w:r w:rsidRPr="007E7FD7">
        <w:rPr>
          <w:sz w:val="28"/>
          <w:szCs w:val="28"/>
        </w:rPr>
        <w:t xml:space="preserve"> </w:t>
      </w:r>
      <w:proofErr w:type="spellStart"/>
      <w:r w:rsidRPr="007E7FD7">
        <w:rPr>
          <w:sz w:val="28"/>
          <w:szCs w:val="28"/>
        </w:rPr>
        <w:t>төсеміне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теміржол</w:t>
      </w:r>
      <w:proofErr w:type="spellEnd"/>
      <w:r w:rsidRPr="007E7FD7">
        <w:rPr>
          <w:sz w:val="28"/>
          <w:szCs w:val="28"/>
        </w:rPr>
        <w:t xml:space="preserve"> </w:t>
      </w:r>
      <w:proofErr w:type="spellStart"/>
      <w:r w:rsidRPr="007E7FD7">
        <w:rPr>
          <w:sz w:val="28"/>
          <w:szCs w:val="28"/>
        </w:rPr>
        <w:t>төсемімен</w:t>
      </w:r>
      <w:proofErr w:type="spellEnd"/>
      <w:r w:rsidRPr="007E7FD7">
        <w:rPr>
          <w:sz w:val="28"/>
          <w:szCs w:val="28"/>
        </w:rPr>
        <w:t xml:space="preserve"> </w:t>
      </w:r>
      <w:proofErr w:type="spellStart"/>
      <w:r w:rsidRPr="007E7FD7">
        <w:rPr>
          <w:sz w:val="28"/>
          <w:szCs w:val="28"/>
        </w:rPr>
        <w:t>Ертіс</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Ертіс</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Қозыбасы</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w:t>
      </w:r>
    </w:p>
    <w:p w14:paraId="746ED8CE" w14:textId="77777777" w:rsidR="00937755" w:rsidRPr="007E7FD7" w:rsidRDefault="00937755" w:rsidP="00937755">
      <w:pPr>
        <w:ind w:firstLine="709"/>
        <w:jc w:val="both"/>
        <w:rPr>
          <w:sz w:val="28"/>
          <w:szCs w:val="28"/>
        </w:rPr>
      </w:pPr>
    </w:p>
    <w:p w14:paraId="5B803CBD" w14:textId="77777777" w:rsidR="00937755" w:rsidRPr="007E7FD7" w:rsidRDefault="00937755" w:rsidP="00937755">
      <w:pPr>
        <w:keepNext/>
        <w:ind w:firstLine="709"/>
        <w:jc w:val="center"/>
        <w:rPr>
          <w:sz w:val="28"/>
          <w:szCs w:val="28"/>
        </w:rPr>
      </w:pPr>
      <w:r w:rsidRPr="007E7FD7">
        <w:rPr>
          <w:sz w:val="28"/>
          <w:szCs w:val="28"/>
        </w:rPr>
        <w:t xml:space="preserve">№ 27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61A6F9B2"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 29 </w:t>
      </w:r>
      <w:r w:rsidRPr="007E7FD7">
        <w:rPr>
          <w:sz w:val="28"/>
          <w:szCs w:val="28"/>
          <w:lang w:val="kk-KZ"/>
        </w:rPr>
        <w:t>жалпы орта білім беретін</w:t>
      </w:r>
      <w:r w:rsidRPr="007E7FD7">
        <w:rPr>
          <w:sz w:val="28"/>
          <w:szCs w:val="28"/>
        </w:rPr>
        <w:t xml:space="preserve"> </w:t>
      </w:r>
      <w:proofErr w:type="spellStart"/>
      <w:r w:rsidRPr="007E7FD7">
        <w:rPr>
          <w:sz w:val="28"/>
          <w:szCs w:val="28"/>
        </w:rPr>
        <w:t>мектеп</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мекемесі</w:t>
      </w:r>
      <w:proofErr w:type="spellEnd"/>
      <w:r w:rsidRPr="007E7FD7">
        <w:rPr>
          <w:sz w:val="28"/>
          <w:szCs w:val="28"/>
        </w:rPr>
        <w:t xml:space="preserve">, </w:t>
      </w:r>
    </w:p>
    <w:p w14:paraId="5DC6161A" w14:textId="77777777" w:rsidR="00937755" w:rsidRPr="007E7FD7" w:rsidRDefault="00937755" w:rsidP="00937755">
      <w:pPr>
        <w:ind w:firstLine="709"/>
        <w:jc w:val="center"/>
        <w:rPr>
          <w:sz w:val="28"/>
          <w:szCs w:val="28"/>
        </w:rPr>
      </w:pPr>
      <w:r w:rsidRPr="007E7FD7">
        <w:rPr>
          <w:sz w:val="28"/>
          <w:szCs w:val="28"/>
        </w:rPr>
        <w:t xml:space="preserve">«Железнодорожный» </w:t>
      </w:r>
      <w:proofErr w:type="spellStart"/>
      <w:r w:rsidRPr="007E7FD7">
        <w:rPr>
          <w:sz w:val="28"/>
          <w:szCs w:val="28"/>
        </w:rPr>
        <w:t>тұрғын</w:t>
      </w:r>
      <w:proofErr w:type="spellEnd"/>
      <w:r w:rsidRPr="007E7FD7">
        <w:rPr>
          <w:sz w:val="28"/>
          <w:szCs w:val="28"/>
        </w:rPr>
        <w:t xml:space="preserve"> </w:t>
      </w:r>
      <w:proofErr w:type="spellStart"/>
      <w:r w:rsidRPr="007E7FD7">
        <w:rPr>
          <w:sz w:val="28"/>
          <w:szCs w:val="28"/>
        </w:rPr>
        <w:t>алабы</w:t>
      </w:r>
      <w:proofErr w:type="spellEnd"/>
      <w:r w:rsidRPr="007E7FD7">
        <w:rPr>
          <w:sz w:val="28"/>
          <w:szCs w:val="28"/>
        </w:rPr>
        <w:t xml:space="preserve">, М. Горький </w:t>
      </w:r>
      <w:proofErr w:type="spellStart"/>
      <w:r w:rsidRPr="007E7FD7">
        <w:rPr>
          <w:sz w:val="28"/>
          <w:szCs w:val="28"/>
        </w:rPr>
        <w:t>көшесі</w:t>
      </w:r>
      <w:proofErr w:type="spellEnd"/>
      <w:r w:rsidRPr="007E7FD7">
        <w:rPr>
          <w:sz w:val="28"/>
          <w:szCs w:val="28"/>
        </w:rPr>
        <w:t>, № 22)</w:t>
      </w:r>
    </w:p>
    <w:p w14:paraId="134AC7A1" w14:textId="77777777" w:rsidR="00937755" w:rsidRPr="007E7FD7" w:rsidRDefault="00937755" w:rsidP="00937755">
      <w:pPr>
        <w:ind w:firstLine="709"/>
        <w:jc w:val="center"/>
        <w:rPr>
          <w:sz w:val="28"/>
          <w:szCs w:val="28"/>
        </w:rPr>
      </w:pPr>
    </w:p>
    <w:p w14:paraId="36D91958" w14:textId="77777777" w:rsidR="00937755" w:rsidRPr="007E7FD7" w:rsidRDefault="00937755" w:rsidP="00937755">
      <w:pPr>
        <w:ind w:firstLine="708"/>
        <w:jc w:val="both"/>
        <w:rPr>
          <w:sz w:val="28"/>
          <w:szCs w:val="28"/>
        </w:rPr>
      </w:pPr>
      <w:proofErr w:type="spellStart"/>
      <w:r w:rsidRPr="00DA4FEE">
        <w:rPr>
          <w:sz w:val="28"/>
          <w:szCs w:val="28"/>
        </w:rPr>
        <w:t>Шекарасы</w:t>
      </w:r>
      <w:proofErr w:type="spellEnd"/>
      <w:r w:rsidRPr="00DA4FEE">
        <w:rPr>
          <w:sz w:val="28"/>
          <w:szCs w:val="28"/>
        </w:rPr>
        <w:t>:</w:t>
      </w:r>
      <w:r w:rsidRPr="00DA4FEE">
        <w:rPr>
          <w:sz w:val="28"/>
          <w:szCs w:val="28"/>
          <w:lang w:val="kk-KZ"/>
        </w:rPr>
        <w:t xml:space="preserve"> </w:t>
      </w:r>
      <w:r w:rsidRPr="00DA4FEE">
        <w:rPr>
          <w:sz w:val="28"/>
          <w:szCs w:val="28"/>
        </w:rPr>
        <w:t>Ж. </w:t>
      </w:r>
      <w:proofErr w:type="spellStart"/>
      <w:r w:rsidRPr="00DA4FEE">
        <w:rPr>
          <w:sz w:val="28"/>
          <w:szCs w:val="28"/>
        </w:rPr>
        <w:t>Жабаев</w:t>
      </w:r>
      <w:proofErr w:type="spellEnd"/>
      <w:r w:rsidRPr="00DA4FEE">
        <w:rPr>
          <w:sz w:val="28"/>
          <w:szCs w:val="28"/>
        </w:rPr>
        <w:t xml:space="preserve"> </w:t>
      </w:r>
      <w:proofErr w:type="spellStart"/>
      <w:r w:rsidRPr="00DA4FEE">
        <w:rPr>
          <w:sz w:val="28"/>
          <w:szCs w:val="28"/>
        </w:rPr>
        <w:t>көшесінен</w:t>
      </w:r>
      <w:proofErr w:type="spellEnd"/>
      <w:r w:rsidRPr="00DA4FEE">
        <w:rPr>
          <w:sz w:val="28"/>
          <w:szCs w:val="28"/>
        </w:rPr>
        <w:t xml:space="preserve"> </w:t>
      </w:r>
      <w:proofErr w:type="spellStart"/>
      <w:r w:rsidRPr="00DA4FEE">
        <w:rPr>
          <w:sz w:val="28"/>
          <w:szCs w:val="28"/>
        </w:rPr>
        <w:t>Екібастұз</w:t>
      </w:r>
      <w:proofErr w:type="spellEnd"/>
      <w:r w:rsidRPr="00DA4FEE">
        <w:rPr>
          <w:sz w:val="28"/>
          <w:szCs w:val="28"/>
        </w:rPr>
        <w:t xml:space="preserve"> </w:t>
      </w:r>
      <w:proofErr w:type="spellStart"/>
      <w:r w:rsidRPr="00DA4FEE">
        <w:rPr>
          <w:sz w:val="28"/>
          <w:szCs w:val="28"/>
        </w:rPr>
        <w:t>көшесінің</w:t>
      </w:r>
      <w:proofErr w:type="spellEnd"/>
      <w:r w:rsidRPr="00DA4FEE">
        <w:rPr>
          <w:sz w:val="28"/>
          <w:szCs w:val="28"/>
        </w:rPr>
        <w:t xml:space="preserve"> </w:t>
      </w:r>
      <w:proofErr w:type="spellStart"/>
      <w:r w:rsidRPr="00DA4FEE">
        <w:rPr>
          <w:sz w:val="28"/>
          <w:szCs w:val="28"/>
        </w:rPr>
        <w:t>тақ</w:t>
      </w:r>
      <w:proofErr w:type="spellEnd"/>
      <w:r w:rsidRPr="00DA4FEE">
        <w:rPr>
          <w:sz w:val="28"/>
          <w:szCs w:val="28"/>
          <w:lang w:val="kk-KZ"/>
        </w:rPr>
        <w:t xml:space="preserve"> сандар</w:t>
      </w:r>
      <w:r w:rsidRPr="00DA4FEE">
        <w:rPr>
          <w:sz w:val="28"/>
          <w:szCs w:val="28"/>
        </w:rPr>
        <w:t xml:space="preserve"> </w:t>
      </w:r>
      <w:proofErr w:type="spellStart"/>
      <w:r w:rsidRPr="00DA4FEE">
        <w:rPr>
          <w:sz w:val="28"/>
          <w:szCs w:val="28"/>
        </w:rPr>
        <w:t>жағымен</w:t>
      </w:r>
      <w:proofErr w:type="spellEnd"/>
      <w:r w:rsidRPr="00DA4FEE">
        <w:rPr>
          <w:sz w:val="28"/>
          <w:szCs w:val="28"/>
        </w:rPr>
        <w:t xml:space="preserve"> </w:t>
      </w:r>
      <w:proofErr w:type="spellStart"/>
      <w:r w:rsidRPr="00DA4FEE">
        <w:rPr>
          <w:sz w:val="28"/>
          <w:szCs w:val="28"/>
        </w:rPr>
        <w:t>Ащысай</w:t>
      </w:r>
      <w:proofErr w:type="spellEnd"/>
      <w:r w:rsidRPr="00DA4FEE">
        <w:rPr>
          <w:sz w:val="28"/>
          <w:szCs w:val="28"/>
        </w:rPr>
        <w:t xml:space="preserve"> </w:t>
      </w:r>
      <w:proofErr w:type="spellStart"/>
      <w:r w:rsidRPr="00DA4FEE">
        <w:rPr>
          <w:sz w:val="28"/>
          <w:szCs w:val="28"/>
        </w:rPr>
        <w:t>көшесіне</w:t>
      </w:r>
      <w:proofErr w:type="spellEnd"/>
      <w:r w:rsidRPr="00DA4FEE">
        <w:rPr>
          <w:sz w:val="28"/>
          <w:szCs w:val="28"/>
        </w:rPr>
        <w:t xml:space="preserve"> </w:t>
      </w:r>
      <w:proofErr w:type="spellStart"/>
      <w:r w:rsidRPr="00DA4FEE">
        <w:rPr>
          <w:sz w:val="28"/>
          <w:szCs w:val="28"/>
        </w:rPr>
        <w:t>дейін</w:t>
      </w:r>
      <w:proofErr w:type="spellEnd"/>
      <w:r w:rsidRPr="00DA4FEE">
        <w:rPr>
          <w:sz w:val="28"/>
          <w:szCs w:val="28"/>
        </w:rPr>
        <w:t xml:space="preserve">, </w:t>
      </w:r>
      <w:proofErr w:type="spellStart"/>
      <w:r w:rsidRPr="00DA4FEE">
        <w:rPr>
          <w:sz w:val="28"/>
          <w:szCs w:val="28"/>
        </w:rPr>
        <w:t>Ащысай</w:t>
      </w:r>
      <w:proofErr w:type="spellEnd"/>
      <w:r w:rsidRPr="00DA4FEE">
        <w:rPr>
          <w:sz w:val="28"/>
          <w:szCs w:val="28"/>
        </w:rPr>
        <w:t xml:space="preserve"> </w:t>
      </w:r>
      <w:proofErr w:type="spellStart"/>
      <w:r w:rsidRPr="00DA4FEE">
        <w:rPr>
          <w:sz w:val="28"/>
          <w:szCs w:val="28"/>
        </w:rPr>
        <w:t>көшесінің</w:t>
      </w:r>
      <w:proofErr w:type="spellEnd"/>
      <w:r w:rsidRPr="00DA4FEE">
        <w:rPr>
          <w:sz w:val="28"/>
          <w:szCs w:val="28"/>
        </w:rPr>
        <w:t xml:space="preserve"> </w:t>
      </w:r>
      <w:proofErr w:type="spellStart"/>
      <w:r w:rsidRPr="00DA4FEE">
        <w:rPr>
          <w:sz w:val="28"/>
          <w:szCs w:val="28"/>
        </w:rPr>
        <w:t>жұп</w:t>
      </w:r>
      <w:proofErr w:type="spellEnd"/>
      <w:r w:rsidRPr="00DA4FEE">
        <w:rPr>
          <w:sz w:val="28"/>
          <w:szCs w:val="28"/>
          <w:lang w:val="kk-KZ"/>
        </w:rPr>
        <w:t xml:space="preserve"> сандар </w:t>
      </w:r>
      <w:proofErr w:type="spellStart"/>
      <w:r w:rsidRPr="00DA4FEE">
        <w:rPr>
          <w:sz w:val="28"/>
          <w:szCs w:val="28"/>
        </w:rPr>
        <w:t>жағымен</w:t>
      </w:r>
      <w:proofErr w:type="spellEnd"/>
      <w:r w:rsidRPr="00DA4FEE">
        <w:rPr>
          <w:sz w:val="28"/>
          <w:szCs w:val="28"/>
        </w:rPr>
        <w:t xml:space="preserve"> В. Маяковский </w:t>
      </w:r>
      <w:proofErr w:type="spellStart"/>
      <w:r w:rsidRPr="00DA4FEE">
        <w:rPr>
          <w:sz w:val="28"/>
          <w:szCs w:val="28"/>
        </w:rPr>
        <w:t>көшесіне</w:t>
      </w:r>
      <w:proofErr w:type="spellEnd"/>
      <w:r w:rsidRPr="00DA4FEE">
        <w:rPr>
          <w:sz w:val="28"/>
          <w:szCs w:val="28"/>
        </w:rPr>
        <w:t xml:space="preserve"> </w:t>
      </w:r>
      <w:proofErr w:type="spellStart"/>
      <w:r w:rsidRPr="00DA4FEE">
        <w:rPr>
          <w:sz w:val="28"/>
          <w:szCs w:val="28"/>
        </w:rPr>
        <w:t>дейін</w:t>
      </w:r>
      <w:proofErr w:type="spellEnd"/>
      <w:r w:rsidRPr="00DA4FEE">
        <w:rPr>
          <w:sz w:val="28"/>
          <w:szCs w:val="28"/>
        </w:rPr>
        <w:t xml:space="preserve">, </w:t>
      </w:r>
      <w:proofErr w:type="spellStart"/>
      <w:r w:rsidRPr="00DA4FEE">
        <w:rPr>
          <w:sz w:val="28"/>
          <w:szCs w:val="28"/>
        </w:rPr>
        <w:t>Ащысай</w:t>
      </w:r>
      <w:proofErr w:type="spellEnd"/>
      <w:r w:rsidRPr="00DA4FEE">
        <w:rPr>
          <w:sz w:val="28"/>
          <w:szCs w:val="28"/>
        </w:rPr>
        <w:t xml:space="preserve"> </w:t>
      </w:r>
      <w:proofErr w:type="spellStart"/>
      <w:r w:rsidRPr="00DA4FEE">
        <w:rPr>
          <w:sz w:val="28"/>
          <w:szCs w:val="28"/>
        </w:rPr>
        <w:t>және</w:t>
      </w:r>
      <w:proofErr w:type="spellEnd"/>
      <w:r w:rsidRPr="00DA4FEE">
        <w:rPr>
          <w:sz w:val="28"/>
          <w:szCs w:val="28"/>
        </w:rPr>
        <w:t xml:space="preserve"> В. Маяковский </w:t>
      </w:r>
      <w:proofErr w:type="spellStart"/>
      <w:r w:rsidRPr="00DA4FEE">
        <w:rPr>
          <w:sz w:val="28"/>
          <w:szCs w:val="28"/>
        </w:rPr>
        <w:t>көшелерінің</w:t>
      </w:r>
      <w:proofErr w:type="spellEnd"/>
      <w:r w:rsidRPr="00DA4FEE">
        <w:rPr>
          <w:sz w:val="28"/>
          <w:szCs w:val="28"/>
        </w:rPr>
        <w:t xml:space="preserve"> </w:t>
      </w:r>
      <w:proofErr w:type="spellStart"/>
      <w:r w:rsidRPr="00DA4FEE">
        <w:rPr>
          <w:sz w:val="28"/>
          <w:szCs w:val="28"/>
        </w:rPr>
        <w:t>қиылысынан</w:t>
      </w:r>
      <w:proofErr w:type="spellEnd"/>
      <w:r w:rsidRPr="00DA4FEE">
        <w:rPr>
          <w:sz w:val="28"/>
          <w:szCs w:val="28"/>
        </w:rPr>
        <w:t xml:space="preserve"> </w:t>
      </w:r>
      <w:proofErr w:type="spellStart"/>
      <w:r w:rsidRPr="00DA4FEE">
        <w:rPr>
          <w:sz w:val="28"/>
          <w:szCs w:val="28"/>
        </w:rPr>
        <w:t>солтүстік-шығыс</w:t>
      </w:r>
      <w:proofErr w:type="spellEnd"/>
      <w:r w:rsidRPr="00DA4FEE">
        <w:rPr>
          <w:sz w:val="28"/>
          <w:szCs w:val="28"/>
        </w:rPr>
        <w:t xml:space="preserve"> </w:t>
      </w:r>
      <w:proofErr w:type="spellStart"/>
      <w:r w:rsidRPr="00DA4FEE">
        <w:rPr>
          <w:sz w:val="28"/>
          <w:szCs w:val="28"/>
        </w:rPr>
        <w:t>бағытта</w:t>
      </w:r>
      <w:proofErr w:type="spellEnd"/>
      <w:r w:rsidRPr="00DA4FEE">
        <w:rPr>
          <w:sz w:val="28"/>
          <w:szCs w:val="28"/>
        </w:rPr>
        <w:t xml:space="preserve"> </w:t>
      </w:r>
      <w:proofErr w:type="spellStart"/>
      <w:r w:rsidRPr="00DA4FEE">
        <w:rPr>
          <w:sz w:val="28"/>
          <w:szCs w:val="28"/>
        </w:rPr>
        <w:t>мұсылман</w:t>
      </w:r>
      <w:proofErr w:type="spellEnd"/>
      <w:r w:rsidRPr="00DA4FEE">
        <w:rPr>
          <w:sz w:val="28"/>
          <w:szCs w:val="28"/>
        </w:rPr>
        <w:t xml:space="preserve"> </w:t>
      </w:r>
      <w:proofErr w:type="spellStart"/>
      <w:r w:rsidRPr="00DA4FEE">
        <w:rPr>
          <w:sz w:val="28"/>
          <w:szCs w:val="28"/>
        </w:rPr>
        <w:t>және</w:t>
      </w:r>
      <w:proofErr w:type="spellEnd"/>
      <w:r w:rsidRPr="00DA4FEE">
        <w:rPr>
          <w:sz w:val="28"/>
          <w:szCs w:val="28"/>
        </w:rPr>
        <w:t xml:space="preserve"> христиан </w:t>
      </w:r>
      <w:proofErr w:type="spellStart"/>
      <w:r w:rsidRPr="00DA4FEE">
        <w:rPr>
          <w:sz w:val="28"/>
          <w:szCs w:val="28"/>
        </w:rPr>
        <w:t>зираттарының</w:t>
      </w:r>
      <w:proofErr w:type="spellEnd"/>
      <w:r w:rsidRPr="00DA4FEE">
        <w:rPr>
          <w:sz w:val="28"/>
          <w:szCs w:val="28"/>
        </w:rPr>
        <w:t xml:space="preserve"> </w:t>
      </w:r>
      <w:proofErr w:type="spellStart"/>
      <w:r w:rsidRPr="00DA4FEE">
        <w:rPr>
          <w:sz w:val="28"/>
          <w:szCs w:val="28"/>
        </w:rPr>
        <w:t>арасымен</w:t>
      </w:r>
      <w:proofErr w:type="spellEnd"/>
      <w:r w:rsidRPr="00DA4FEE">
        <w:rPr>
          <w:sz w:val="28"/>
          <w:szCs w:val="28"/>
        </w:rPr>
        <w:br/>
        <w:t xml:space="preserve">А-211 </w:t>
      </w:r>
      <w:proofErr w:type="spellStart"/>
      <w:r w:rsidRPr="00DA4FEE">
        <w:rPr>
          <w:sz w:val="28"/>
          <w:szCs w:val="28"/>
        </w:rPr>
        <w:t>көшеге</w:t>
      </w:r>
      <w:proofErr w:type="spellEnd"/>
      <w:r w:rsidRPr="00DA4FEE">
        <w:rPr>
          <w:sz w:val="28"/>
          <w:szCs w:val="28"/>
        </w:rPr>
        <w:t xml:space="preserve"> </w:t>
      </w:r>
      <w:proofErr w:type="spellStart"/>
      <w:r w:rsidRPr="00DA4FEE">
        <w:rPr>
          <w:sz w:val="28"/>
          <w:szCs w:val="28"/>
        </w:rPr>
        <w:t>дейін</w:t>
      </w:r>
      <w:proofErr w:type="spellEnd"/>
      <w:r w:rsidRPr="00DA4FEE">
        <w:rPr>
          <w:sz w:val="28"/>
          <w:szCs w:val="28"/>
        </w:rPr>
        <w:t xml:space="preserve">, А-211 </w:t>
      </w:r>
      <w:proofErr w:type="spellStart"/>
      <w:r w:rsidRPr="00DA4FEE">
        <w:rPr>
          <w:sz w:val="28"/>
          <w:szCs w:val="28"/>
        </w:rPr>
        <w:t>көшеден</w:t>
      </w:r>
      <w:proofErr w:type="spellEnd"/>
      <w:r w:rsidRPr="00DA4FEE">
        <w:rPr>
          <w:sz w:val="28"/>
          <w:szCs w:val="28"/>
        </w:rPr>
        <w:t xml:space="preserve"> А1 </w:t>
      </w:r>
      <w:proofErr w:type="spellStart"/>
      <w:r w:rsidRPr="00DA4FEE">
        <w:rPr>
          <w:sz w:val="28"/>
          <w:szCs w:val="28"/>
        </w:rPr>
        <w:t>көшеге</w:t>
      </w:r>
      <w:proofErr w:type="spellEnd"/>
      <w:r w:rsidRPr="00DA4FEE">
        <w:rPr>
          <w:sz w:val="28"/>
          <w:szCs w:val="28"/>
        </w:rPr>
        <w:t xml:space="preserve"> </w:t>
      </w:r>
      <w:proofErr w:type="spellStart"/>
      <w:r w:rsidRPr="00DA4FEE">
        <w:rPr>
          <w:sz w:val="28"/>
          <w:szCs w:val="28"/>
        </w:rPr>
        <w:t>дейін</w:t>
      </w:r>
      <w:proofErr w:type="spellEnd"/>
      <w:r w:rsidRPr="00DA4FEE">
        <w:rPr>
          <w:sz w:val="28"/>
          <w:szCs w:val="28"/>
        </w:rPr>
        <w:t xml:space="preserve">, А1 </w:t>
      </w:r>
      <w:proofErr w:type="spellStart"/>
      <w:r w:rsidRPr="00DA4FEE">
        <w:rPr>
          <w:sz w:val="28"/>
          <w:szCs w:val="28"/>
        </w:rPr>
        <w:t>көшенің</w:t>
      </w:r>
      <w:proofErr w:type="spellEnd"/>
      <w:r w:rsidRPr="00DA4FEE">
        <w:rPr>
          <w:sz w:val="28"/>
          <w:szCs w:val="28"/>
        </w:rPr>
        <w:t xml:space="preserve"> </w:t>
      </w:r>
      <w:proofErr w:type="spellStart"/>
      <w:r w:rsidRPr="00DA4FEE">
        <w:rPr>
          <w:sz w:val="28"/>
          <w:szCs w:val="28"/>
        </w:rPr>
        <w:t>тақ</w:t>
      </w:r>
      <w:proofErr w:type="spellEnd"/>
      <w:r w:rsidRPr="00DA4FEE">
        <w:rPr>
          <w:sz w:val="28"/>
          <w:szCs w:val="28"/>
          <w:lang w:val="kk-KZ"/>
        </w:rPr>
        <w:t xml:space="preserve"> сандар </w:t>
      </w:r>
      <w:proofErr w:type="spellStart"/>
      <w:r w:rsidRPr="00DA4FEE">
        <w:rPr>
          <w:sz w:val="28"/>
          <w:szCs w:val="28"/>
        </w:rPr>
        <w:t>жағымен</w:t>
      </w:r>
      <w:proofErr w:type="spellEnd"/>
      <w:r w:rsidRPr="00DA4FEE">
        <w:rPr>
          <w:sz w:val="28"/>
          <w:szCs w:val="28"/>
        </w:rPr>
        <w:t xml:space="preserve"> </w:t>
      </w:r>
      <w:proofErr w:type="spellStart"/>
      <w:r w:rsidRPr="00DA4FEE">
        <w:rPr>
          <w:sz w:val="28"/>
          <w:szCs w:val="28"/>
        </w:rPr>
        <w:t>айналма</w:t>
      </w:r>
      <w:proofErr w:type="spellEnd"/>
      <w:r w:rsidRPr="00DA4FEE">
        <w:rPr>
          <w:sz w:val="28"/>
          <w:szCs w:val="28"/>
        </w:rPr>
        <w:t xml:space="preserve"> </w:t>
      </w:r>
      <w:proofErr w:type="spellStart"/>
      <w:r w:rsidRPr="00DA4FEE">
        <w:rPr>
          <w:sz w:val="28"/>
          <w:szCs w:val="28"/>
        </w:rPr>
        <w:t>жолға</w:t>
      </w:r>
      <w:proofErr w:type="spellEnd"/>
      <w:r w:rsidRPr="00DA4FEE">
        <w:rPr>
          <w:sz w:val="28"/>
          <w:szCs w:val="28"/>
        </w:rPr>
        <w:t xml:space="preserve"> </w:t>
      </w:r>
      <w:proofErr w:type="spellStart"/>
      <w:r w:rsidRPr="00DA4FEE">
        <w:rPr>
          <w:sz w:val="28"/>
          <w:szCs w:val="28"/>
        </w:rPr>
        <w:t>дейін</w:t>
      </w:r>
      <w:proofErr w:type="spellEnd"/>
      <w:r w:rsidRPr="00DA4FEE">
        <w:rPr>
          <w:sz w:val="28"/>
          <w:szCs w:val="28"/>
        </w:rPr>
        <w:t xml:space="preserve">, </w:t>
      </w:r>
      <w:proofErr w:type="spellStart"/>
      <w:r w:rsidRPr="00DA4FEE">
        <w:rPr>
          <w:sz w:val="28"/>
          <w:szCs w:val="28"/>
        </w:rPr>
        <w:t>айналма</w:t>
      </w:r>
      <w:proofErr w:type="spellEnd"/>
      <w:r w:rsidRPr="00DA4FEE">
        <w:rPr>
          <w:sz w:val="28"/>
          <w:szCs w:val="28"/>
        </w:rPr>
        <w:t xml:space="preserve"> </w:t>
      </w:r>
      <w:proofErr w:type="spellStart"/>
      <w:r w:rsidRPr="00DA4FEE">
        <w:rPr>
          <w:sz w:val="28"/>
          <w:szCs w:val="28"/>
        </w:rPr>
        <w:t>жолмен</w:t>
      </w:r>
      <w:proofErr w:type="spellEnd"/>
      <w:r w:rsidRPr="00DA4FEE">
        <w:rPr>
          <w:sz w:val="28"/>
          <w:szCs w:val="28"/>
        </w:rPr>
        <w:t xml:space="preserve"> «Астана – </w:t>
      </w:r>
      <w:proofErr w:type="spellStart"/>
      <w:r w:rsidRPr="00DA4FEE">
        <w:rPr>
          <w:sz w:val="28"/>
          <w:szCs w:val="28"/>
        </w:rPr>
        <w:t>Қарағанды</w:t>
      </w:r>
      <w:proofErr w:type="spellEnd"/>
      <w:r w:rsidRPr="00DA4FEE">
        <w:rPr>
          <w:sz w:val="28"/>
          <w:szCs w:val="28"/>
        </w:rPr>
        <w:t xml:space="preserve">» </w:t>
      </w:r>
      <w:proofErr w:type="spellStart"/>
      <w:r w:rsidRPr="00DA4FEE">
        <w:rPr>
          <w:sz w:val="28"/>
          <w:szCs w:val="28"/>
        </w:rPr>
        <w:t>теміржол</w:t>
      </w:r>
      <w:proofErr w:type="spellEnd"/>
      <w:r w:rsidRPr="00DA4FEE">
        <w:rPr>
          <w:sz w:val="28"/>
          <w:szCs w:val="28"/>
        </w:rPr>
        <w:t xml:space="preserve"> </w:t>
      </w:r>
      <w:r w:rsidRPr="00DA4FEE">
        <w:rPr>
          <w:sz w:val="28"/>
          <w:szCs w:val="28"/>
          <w:lang w:val="kk-KZ"/>
        </w:rPr>
        <w:t>төсеміне</w:t>
      </w:r>
      <w:r w:rsidRPr="00DA4FEE">
        <w:rPr>
          <w:sz w:val="28"/>
          <w:szCs w:val="28"/>
        </w:rPr>
        <w:t xml:space="preserve"> </w:t>
      </w:r>
      <w:proofErr w:type="spellStart"/>
      <w:r w:rsidRPr="00DA4FEE">
        <w:rPr>
          <w:sz w:val="28"/>
          <w:szCs w:val="28"/>
        </w:rPr>
        <w:t>дейін</w:t>
      </w:r>
      <w:proofErr w:type="spellEnd"/>
      <w:r w:rsidRPr="00DA4FEE">
        <w:rPr>
          <w:sz w:val="28"/>
          <w:szCs w:val="28"/>
        </w:rPr>
        <w:t xml:space="preserve">, «Астана – </w:t>
      </w:r>
      <w:proofErr w:type="spellStart"/>
      <w:r w:rsidRPr="00DA4FEE">
        <w:rPr>
          <w:sz w:val="28"/>
          <w:szCs w:val="28"/>
        </w:rPr>
        <w:t>Қарағанды</w:t>
      </w:r>
      <w:proofErr w:type="spellEnd"/>
      <w:r w:rsidRPr="00DA4FEE">
        <w:rPr>
          <w:sz w:val="28"/>
          <w:szCs w:val="28"/>
        </w:rPr>
        <w:t xml:space="preserve">» </w:t>
      </w:r>
      <w:proofErr w:type="spellStart"/>
      <w:r w:rsidRPr="00DA4FEE">
        <w:rPr>
          <w:sz w:val="28"/>
          <w:szCs w:val="28"/>
        </w:rPr>
        <w:t>теміржол</w:t>
      </w:r>
      <w:proofErr w:type="spellEnd"/>
      <w:r w:rsidRPr="00DA4FEE">
        <w:rPr>
          <w:sz w:val="28"/>
          <w:szCs w:val="28"/>
          <w:lang w:val="kk-KZ"/>
        </w:rPr>
        <w:t xml:space="preserve"> төсемімен, </w:t>
      </w:r>
      <w:r w:rsidRPr="00DA4FEE">
        <w:rPr>
          <w:sz w:val="28"/>
          <w:szCs w:val="28"/>
        </w:rPr>
        <w:t>Н. </w:t>
      </w:r>
      <w:proofErr w:type="spellStart"/>
      <w:r w:rsidRPr="00DA4FEE">
        <w:rPr>
          <w:sz w:val="28"/>
          <w:szCs w:val="28"/>
        </w:rPr>
        <w:t>Төреқұлұлы</w:t>
      </w:r>
      <w:proofErr w:type="spellEnd"/>
      <w:r w:rsidRPr="00DA4FEE">
        <w:rPr>
          <w:sz w:val="28"/>
          <w:szCs w:val="28"/>
        </w:rPr>
        <w:t xml:space="preserve"> </w:t>
      </w:r>
      <w:proofErr w:type="spellStart"/>
      <w:r w:rsidRPr="00DA4FEE">
        <w:rPr>
          <w:sz w:val="28"/>
          <w:szCs w:val="28"/>
        </w:rPr>
        <w:t>көшесіндегі</w:t>
      </w:r>
      <w:proofErr w:type="spellEnd"/>
      <w:r w:rsidRPr="00DA4FEE">
        <w:rPr>
          <w:sz w:val="28"/>
          <w:szCs w:val="28"/>
        </w:rPr>
        <w:t xml:space="preserve"> №</w:t>
      </w:r>
      <w:r w:rsidRPr="00DA4FEE">
        <w:rPr>
          <w:sz w:val="28"/>
          <w:szCs w:val="28"/>
          <w:lang w:val="kk-KZ"/>
        </w:rPr>
        <w:t> </w:t>
      </w:r>
      <w:r w:rsidRPr="00DA4FEE">
        <w:rPr>
          <w:sz w:val="28"/>
          <w:szCs w:val="28"/>
        </w:rPr>
        <w:t xml:space="preserve">4, 5, 6, 7, 8 </w:t>
      </w:r>
      <w:proofErr w:type="spellStart"/>
      <w:r w:rsidRPr="00DA4FEE">
        <w:rPr>
          <w:sz w:val="28"/>
          <w:szCs w:val="28"/>
        </w:rPr>
        <w:t>үйлерді</w:t>
      </w:r>
      <w:proofErr w:type="spellEnd"/>
      <w:r w:rsidRPr="00DA4FEE">
        <w:rPr>
          <w:sz w:val="28"/>
          <w:szCs w:val="28"/>
        </w:rPr>
        <w:t xml:space="preserve"> қ</w:t>
      </w:r>
      <w:r w:rsidRPr="00DA4FEE">
        <w:rPr>
          <w:sz w:val="28"/>
          <w:szCs w:val="28"/>
          <w:lang w:val="kk-KZ"/>
        </w:rPr>
        <w:t xml:space="preserve">оса алғанда, </w:t>
      </w:r>
      <w:r w:rsidRPr="00DA4FEE">
        <w:rPr>
          <w:sz w:val="28"/>
          <w:szCs w:val="28"/>
        </w:rPr>
        <w:t>Ж. </w:t>
      </w:r>
      <w:proofErr w:type="spellStart"/>
      <w:r w:rsidRPr="00DA4FEE">
        <w:rPr>
          <w:sz w:val="28"/>
          <w:szCs w:val="28"/>
        </w:rPr>
        <w:t>Жабаев</w:t>
      </w:r>
      <w:proofErr w:type="spellEnd"/>
      <w:r w:rsidRPr="00DA4FEE">
        <w:rPr>
          <w:sz w:val="28"/>
          <w:szCs w:val="28"/>
        </w:rPr>
        <w:t xml:space="preserve"> </w:t>
      </w:r>
      <w:proofErr w:type="spellStart"/>
      <w:r w:rsidRPr="00DA4FEE">
        <w:rPr>
          <w:sz w:val="28"/>
          <w:szCs w:val="28"/>
        </w:rPr>
        <w:t>көшесіне</w:t>
      </w:r>
      <w:proofErr w:type="spellEnd"/>
      <w:r w:rsidRPr="00DA4FEE">
        <w:rPr>
          <w:sz w:val="28"/>
          <w:szCs w:val="28"/>
        </w:rPr>
        <w:t xml:space="preserve"> </w:t>
      </w:r>
      <w:proofErr w:type="spellStart"/>
      <w:r w:rsidRPr="00DA4FEE">
        <w:rPr>
          <w:sz w:val="28"/>
          <w:szCs w:val="28"/>
        </w:rPr>
        <w:t>дейін</w:t>
      </w:r>
      <w:proofErr w:type="spellEnd"/>
      <w:r w:rsidRPr="00DA4FEE">
        <w:rPr>
          <w:sz w:val="28"/>
          <w:szCs w:val="28"/>
        </w:rPr>
        <w:t>.</w:t>
      </w:r>
    </w:p>
    <w:p w14:paraId="41AE251A" w14:textId="77777777" w:rsidR="00937755" w:rsidRPr="007E7FD7" w:rsidRDefault="00937755" w:rsidP="00937755">
      <w:pPr>
        <w:ind w:firstLine="709"/>
        <w:jc w:val="center"/>
        <w:rPr>
          <w:sz w:val="28"/>
          <w:szCs w:val="28"/>
        </w:rPr>
      </w:pPr>
    </w:p>
    <w:p w14:paraId="50D23202" w14:textId="77777777" w:rsidR="00937755" w:rsidRPr="007E7FD7" w:rsidRDefault="00937755" w:rsidP="00937755">
      <w:pPr>
        <w:keepNext/>
        <w:ind w:firstLine="709"/>
        <w:jc w:val="center"/>
        <w:rPr>
          <w:sz w:val="28"/>
          <w:szCs w:val="28"/>
        </w:rPr>
      </w:pPr>
      <w:r w:rsidRPr="007E7FD7">
        <w:rPr>
          <w:sz w:val="28"/>
          <w:szCs w:val="28"/>
        </w:rPr>
        <w:lastRenderedPageBreak/>
        <w:t xml:space="preserve">№ 28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2AD54F38"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Әл</w:t>
      </w:r>
      <w:proofErr w:type="spellEnd"/>
      <w:r w:rsidRPr="007E7FD7">
        <w:rPr>
          <w:sz w:val="28"/>
          <w:szCs w:val="28"/>
        </w:rPr>
        <w:t xml:space="preserve">-Фараби </w:t>
      </w:r>
      <w:proofErr w:type="spellStart"/>
      <w:r w:rsidRPr="007E7FD7">
        <w:rPr>
          <w:sz w:val="28"/>
          <w:szCs w:val="28"/>
        </w:rPr>
        <w:t>атындағы</w:t>
      </w:r>
      <w:proofErr w:type="spellEnd"/>
      <w:r w:rsidRPr="007E7FD7">
        <w:rPr>
          <w:sz w:val="28"/>
          <w:szCs w:val="28"/>
        </w:rPr>
        <w:t xml:space="preserve"> </w:t>
      </w:r>
    </w:p>
    <w:p w14:paraId="544CDEAD" w14:textId="77777777" w:rsidR="00937755" w:rsidRPr="007E7FD7" w:rsidRDefault="00937755" w:rsidP="00937755">
      <w:pPr>
        <w:ind w:firstLine="709"/>
        <w:jc w:val="center"/>
        <w:rPr>
          <w:sz w:val="28"/>
          <w:szCs w:val="28"/>
        </w:rPr>
      </w:pPr>
      <w:proofErr w:type="spellStart"/>
      <w:r w:rsidRPr="007E7FD7">
        <w:rPr>
          <w:sz w:val="28"/>
          <w:szCs w:val="28"/>
        </w:rPr>
        <w:t>оқушылар</w:t>
      </w:r>
      <w:proofErr w:type="spellEnd"/>
      <w:r w:rsidRPr="007E7FD7">
        <w:rPr>
          <w:sz w:val="28"/>
          <w:szCs w:val="28"/>
        </w:rPr>
        <w:t xml:space="preserve"> </w:t>
      </w:r>
      <w:proofErr w:type="spellStart"/>
      <w:r w:rsidRPr="007E7FD7">
        <w:rPr>
          <w:sz w:val="28"/>
          <w:szCs w:val="28"/>
        </w:rPr>
        <w:t>сарайы</w:t>
      </w:r>
      <w:proofErr w:type="spellEnd"/>
      <w:r w:rsidRPr="007E7FD7">
        <w:rPr>
          <w:sz w:val="28"/>
          <w:szCs w:val="28"/>
        </w:rPr>
        <w:t xml:space="preserve">»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«Железнодорожный» </w:t>
      </w:r>
      <w:proofErr w:type="spellStart"/>
      <w:r w:rsidRPr="007E7FD7">
        <w:rPr>
          <w:sz w:val="28"/>
          <w:szCs w:val="28"/>
        </w:rPr>
        <w:t>тұрғын</w:t>
      </w:r>
      <w:proofErr w:type="spellEnd"/>
      <w:r w:rsidRPr="007E7FD7">
        <w:rPr>
          <w:sz w:val="28"/>
          <w:szCs w:val="28"/>
        </w:rPr>
        <w:t xml:space="preserve"> </w:t>
      </w:r>
      <w:proofErr w:type="spellStart"/>
      <w:r w:rsidRPr="007E7FD7">
        <w:rPr>
          <w:sz w:val="28"/>
          <w:szCs w:val="28"/>
        </w:rPr>
        <w:t>алабы</w:t>
      </w:r>
      <w:proofErr w:type="spellEnd"/>
      <w:r w:rsidRPr="007E7FD7">
        <w:rPr>
          <w:sz w:val="28"/>
          <w:szCs w:val="28"/>
        </w:rPr>
        <w:t xml:space="preserve">, </w:t>
      </w:r>
    </w:p>
    <w:p w14:paraId="240769B1" w14:textId="77777777" w:rsidR="00937755" w:rsidRPr="007E7FD7" w:rsidRDefault="00937755" w:rsidP="00937755">
      <w:pPr>
        <w:ind w:firstLine="709"/>
        <w:jc w:val="center"/>
        <w:rPr>
          <w:sz w:val="28"/>
          <w:szCs w:val="28"/>
        </w:rPr>
      </w:pPr>
      <w:r w:rsidRPr="007E7FD7">
        <w:rPr>
          <w:sz w:val="28"/>
          <w:szCs w:val="28"/>
        </w:rPr>
        <w:t>Ж. </w:t>
      </w:r>
      <w:proofErr w:type="spellStart"/>
      <w:r w:rsidRPr="007E7FD7">
        <w:rPr>
          <w:sz w:val="28"/>
          <w:szCs w:val="28"/>
        </w:rPr>
        <w:t>Жабаев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14)</w:t>
      </w:r>
    </w:p>
    <w:p w14:paraId="4B6E72C8" w14:textId="77777777" w:rsidR="00937755" w:rsidRPr="007E7FD7" w:rsidRDefault="00937755" w:rsidP="00937755">
      <w:pPr>
        <w:ind w:firstLine="709"/>
        <w:jc w:val="center"/>
        <w:rPr>
          <w:sz w:val="28"/>
          <w:szCs w:val="28"/>
        </w:rPr>
      </w:pPr>
    </w:p>
    <w:p w14:paraId="6736476F" w14:textId="77777777" w:rsidR="00937755" w:rsidRPr="007E7FD7" w:rsidRDefault="00937755" w:rsidP="00937755">
      <w:pPr>
        <w:ind w:firstLine="709"/>
        <w:jc w:val="both"/>
        <w:rPr>
          <w:sz w:val="28"/>
          <w:szCs w:val="28"/>
        </w:rPr>
      </w:pPr>
      <w:proofErr w:type="spellStart"/>
      <w:r w:rsidRPr="00F40E99">
        <w:rPr>
          <w:sz w:val="28"/>
          <w:szCs w:val="28"/>
        </w:rPr>
        <w:t>Шекарасы</w:t>
      </w:r>
      <w:proofErr w:type="spellEnd"/>
      <w:r w:rsidRPr="00F40E99">
        <w:rPr>
          <w:sz w:val="28"/>
          <w:szCs w:val="28"/>
        </w:rPr>
        <w:t xml:space="preserve">: </w:t>
      </w:r>
      <w:proofErr w:type="spellStart"/>
      <w:r w:rsidRPr="00F40E99">
        <w:rPr>
          <w:sz w:val="28"/>
          <w:szCs w:val="28"/>
        </w:rPr>
        <w:t>теміржол</w:t>
      </w:r>
      <w:proofErr w:type="spellEnd"/>
      <w:r w:rsidRPr="00F40E99">
        <w:rPr>
          <w:sz w:val="28"/>
          <w:szCs w:val="28"/>
        </w:rPr>
        <w:t xml:space="preserve"> </w:t>
      </w:r>
      <w:proofErr w:type="spellStart"/>
      <w:r w:rsidRPr="00F40E99">
        <w:rPr>
          <w:sz w:val="28"/>
          <w:szCs w:val="28"/>
        </w:rPr>
        <w:t>төсемінен</w:t>
      </w:r>
      <w:proofErr w:type="spellEnd"/>
      <w:r w:rsidRPr="00F40E99">
        <w:rPr>
          <w:sz w:val="28"/>
          <w:szCs w:val="28"/>
          <w:lang w:val="kk-KZ"/>
        </w:rPr>
        <w:t xml:space="preserve"> </w:t>
      </w:r>
      <w:r w:rsidRPr="00F40E99">
        <w:rPr>
          <w:sz w:val="28"/>
          <w:szCs w:val="28"/>
        </w:rPr>
        <w:t>Н. </w:t>
      </w:r>
      <w:proofErr w:type="spellStart"/>
      <w:r w:rsidRPr="00F40E99">
        <w:rPr>
          <w:sz w:val="28"/>
          <w:szCs w:val="28"/>
        </w:rPr>
        <w:t>Төреқұлұлы</w:t>
      </w:r>
      <w:proofErr w:type="spellEnd"/>
      <w:r w:rsidRPr="00F40E99">
        <w:rPr>
          <w:sz w:val="28"/>
          <w:szCs w:val="28"/>
        </w:rPr>
        <w:t xml:space="preserve"> </w:t>
      </w:r>
      <w:proofErr w:type="spellStart"/>
      <w:r w:rsidRPr="00F40E99">
        <w:rPr>
          <w:sz w:val="28"/>
          <w:szCs w:val="28"/>
        </w:rPr>
        <w:t>көшесімен</w:t>
      </w:r>
      <w:proofErr w:type="spellEnd"/>
      <w:r w:rsidRPr="00F40E99">
        <w:rPr>
          <w:sz w:val="28"/>
          <w:szCs w:val="28"/>
        </w:rPr>
        <w:t xml:space="preserve"> Ж. </w:t>
      </w:r>
      <w:proofErr w:type="spellStart"/>
      <w:r w:rsidRPr="00F40E99">
        <w:rPr>
          <w:sz w:val="28"/>
          <w:szCs w:val="28"/>
        </w:rPr>
        <w:t>Жабаев</w:t>
      </w:r>
      <w:proofErr w:type="spellEnd"/>
      <w:r w:rsidRPr="00F40E99">
        <w:rPr>
          <w:sz w:val="28"/>
          <w:szCs w:val="28"/>
        </w:rPr>
        <w:t xml:space="preserve"> </w:t>
      </w:r>
      <w:proofErr w:type="spellStart"/>
      <w:r w:rsidRPr="00F40E99">
        <w:rPr>
          <w:sz w:val="28"/>
          <w:szCs w:val="28"/>
        </w:rPr>
        <w:t>көшесіне</w:t>
      </w:r>
      <w:proofErr w:type="spellEnd"/>
      <w:r w:rsidRPr="00F40E99">
        <w:rPr>
          <w:sz w:val="28"/>
          <w:szCs w:val="28"/>
          <w:lang w:val="kk-KZ"/>
        </w:rPr>
        <w:t xml:space="preserve"> </w:t>
      </w:r>
      <w:proofErr w:type="spellStart"/>
      <w:r w:rsidRPr="00F40E99">
        <w:rPr>
          <w:sz w:val="28"/>
          <w:szCs w:val="28"/>
        </w:rPr>
        <w:t>дейін</w:t>
      </w:r>
      <w:proofErr w:type="spellEnd"/>
      <w:r w:rsidRPr="00F40E99">
        <w:rPr>
          <w:sz w:val="28"/>
          <w:szCs w:val="28"/>
        </w:rPr>
        <w:t>, Ж. </w:t>
      </w:r>
      <w:proofErr w:type="spellStart"/>
      <w:r w:rsidRPr="00F40E99">
        <w:rPr>
          <w:sz w:val="28"/>
          <w:szCs w:val="28"/>
        </w:rPr>
        <w:t>Жабаев</w:t>
      </w:r>
      <w:proofErr w:type="spellEnd"/>
      <w:r w:rsidRPr="00F40E99">
        <w:rPr>
          <w:sz w:val="28"/>
          <w:szCs w:val="28"/>
        </w:rPr>
        <w:t xml:space="preserve"> </w:t>
      </w:r>
      <w:proofErr w:type="spellStart"/>
      <w:r w:rsidRPr="00F40E99">
        <w:rPr>
          <w:sz w:val="28"/>
          <w:szCs w:val="28"/>
        </w:rPr>
        <w:t>көшесінің</w:t>
      </w:r>
      <w:proofErr w:type="spellEnd"/>
      <w:r w:rsidRPr="00F40E99">
        <w:rPr>
          <w:sz w:val="28"/>
          <w:szCs w:val="28"/>
        </w:rPr>
        <w:t xml:space="preserve"> </w:t>
      </w:r>
      <w:proofErr w:type="spellStart"/>
      <w:r w:rsidRPr="00F40E99">
        <w:rPr>
          <w:sz w:val="28"/>
          <w:szCs w:val="28"/>
        </w:rPr>
        <w:t>жұп</w:t>
      </w:r>
      <w:proofErr w:type="spellEnd"/>
      <w:r w:rsidRPr="00F40E99">
        <w:rPr>
          <w:sz w:val="28"/>
          <w:szCs w:val="28"/>
          <w:lang w:val="kk-KZ"/>
        </w:rPr>
        <w:t xml:space="preserve"> сандар </w:t>
      </w:r>
      <w:proofErr w:type="spellStart"/>
      <w:r w:rsidRPr="00F40E99">
        <w:rPr>
          <w:sz w:val="28"/>
          <w:szCs w:val="28"/>
        </w:rPr>
        <w:t>жағымен</w:t>
      </w:r>
      <w:proofErr w:type="spellEnd"/>
      <w:r w:rsidRPr="00F40E99">
        <w:rPr>
          <w:sz w:val="28"/>
          <w:szCs w:val="28"/>
        </w:rPr>
        <w:t xml:space="preserve"> </w:t>
      </w:r>
      <w:proofErr w:type="spellStart"/>
      <w:r w:rsidRPr="00F40E99">
        <w:rPr>
          <w:sz w:val="28"/>
          <w:szCs w:val="28"/>
        </w:rPr>
        <w:t>Екібастұз</w:t>
      </w:r>
      <w:proofErr w:type="spellEnd"/>
      <w:r w:rsidRPr="00F40E99">
        <w:rPr>
          <w:sz w:val="28"/>
          <w:szCs w:val="28"/>
        </w:rPr>
        <w:t xml:space="preserve"> </w:t>
      </w:r>
      <w:proofErr w:type="spellStart"/>
      <w:r w:rsidRPr="00F40E99">
        <w:rPr>
          <w:sz w:val="28"/>
          <w:szCs w:val="28"/>
        </w:rPr>
        <w:t>көшесіне</w:t>
      </w:r>
      <w:proofErr w:type="spellEnd"/>
      <w:r w:rsidRPr="00F40E99">
        <w:rPr>
          <w:sz w:val="28"/>
          <w:szCs w:val="28"/>
        </w:rPr>
        <w:t xml:space="preserve"> </w:t>
      </w:r>
      <w:proofErr w:type="spellStart"/>
      <w:r w:rsidRPr="00F40E99">
        <w:rPr>
          <w:sz w:val="28"/>
          <w:szCs w:val="28"/>
        </w:rPr>
        <w:t>дейін</w:t>
      </w:r>
      <w:proofErr w:type="spellEnd"/>
      <w:r w:rsidRPr="00F40E99">
        <w:rPr>
          <w:sz w:val="28"/>
          <w:szCs w:val="28"/>
        </w:rPr>
        <w:t xml:space="preserve">, </w:t>
      </w:r>
      <w:proofErr w:type="spellStart"/>
      <w:r w:rsidRPr="00F40E99">
        <w:rPr>
          <w:sz w:val="28"/>
          <w:szCs w:val="28"/>
        </w:rPr>
        <w:t>Екібастұз</w:t>
      </w:r>
      <w:proofErr w:type="spellEnd"/>
      <w:r w:rsidRPr="00F40E99">
        <w:rPr>
          <w:sz w:val="28"/>
          <w:szCs w:val="28"/>
        </w:rPr>
        <w:t xml:space="preserve"> </w:t>
      </w:r>
      <w:proofErr w:type="spellStart"/>
      <w:r w:rsidRPr="00F40E99">
        <w:rPr>
          <w:sz w:val="28"/>
          <w:szCs w:val="28"/>
        </w:rPr>
        <w:t>көшесінің</w:t>
      </w:r>
      <w:proofErr w:type="spellEnd"/>
      <w:r w:rsidRPr="00F40E99">
        <w:rPr>
          <w:sz w:val="28"/>
          <w:szCs w:val="28"/>
        </w:rPr>
        <w:t xml:space="preserve"> </w:t>
      </w:r>
      <w:proofErr w:type="spellStart"/>
      <w:r w:rsidRPr="00F40E99">
        <w:rPr>
          <w:sz w:val="28"/>
          <w:szCs w:val="28"/>
        </w:rPr>
        <w:t>жұп</w:t>
      </w:r>
      <w:proofErr w:type="spellEnd"/>
      <w:r w:rsidRPr="00F40E99">
        <w:rPr>
          <w:sz w:val="28"/>
          <w:szCs w:val="28"/>
          <w:lang w:val="kk-KZ"/>
        </w:rPr>
        <w:t xml:space="preserve"> сандар </w:t>
      </w:r>
      <w:proofErr w:type="spellStart"/>
      <w:r w:rsidRPr="00F40E99">
        <w:rPr>
          <w:sz w:val="28"/>
          <w:szCs w:val="28"/>
        </w:rPr>
        <w:t>жағымен</w:t>
      </w:r>
      <w:proofErr w:type="spellEnd"/>
      <w:r w:rsidRPr="00F40E99">
        <w:rPr>
          <w:sz w:val="28"/>
          <w:szCs w:val="28"/>
        </w:rPr>
        <w:t xml:space="preserve"> </w:t>
      </w:r>
      <w:proofErr w:type="spellStart"/>
      <w:r w:rsidRPr="00F40E99">
        <w:rPr>
          <w:sz w:val="28"/>
          <w:szCs w:val="28"/>
        </w:rPr>
        <w:t>Ащысай</w:t>
      </w:r>
      <w:proofErr w:type="spellEnd"/>
      <w:r w:rsidRPr="00F40E99">
        <w:rPr>
          <w:sz w:val="28"/>
          <w:szCs w:val="28"/>
        </w:rPr>
        <w:t xml:space="preserve"> </w:t>
      </w:r>
      <w:proofErr w:type="spellStart"/>
      <w:r w:rsidRPr="00F40E99">
        <w:rPr>
          <w:sz w:val="28"/>
          <w:szCs w:val="28"/>
        </w:rPr>
        <w:t>көшесіне</w:t>
      </w:r>
      <w:proofErr w:type="spellEnd"/>
      <w:r w:rsidRPr="00F40E99">
        <w:rPr>
          <w:sz w:val="28"/>
          <w:szCs w:val="28"/>
        </w:rPr>
        <w:t xml:space="preserve"> </w:t>
      </w:r>
      <w:proofErr w:type="spellStart"/>
      <w:r w:rsidRPr="00F40E99">
        <w:rPr>
          <w:sz w:val="28"/>
          <w:szCs w:val="28"/>
        </w:rPr>
        <w:t>дейін</w:t>
      </w:r>
      <w:proofErr w:type="spellEnd"/>
      <w:r w:rsidRPr="00F40E99">
        <w:rPr>
          <w:sz w:val="28"/>
          <w:szCs w:val="28"/>
        </w:rPr>
        <w:t xml:space="preserve">, </w:t>
      </w:r>
      <w:proofErr w:type="spellStart"/>
      <w:r w:rsidRPr="00F40E99">
        <w:rPr>
          <w:sz w:val="28"/>
          <w:szCs w:val="28"/>
        </w:rPr>
        <w:t>Ащысай</w:t>
      </w:r>
      <w:proofErr w:type="spellEnd"/>
      <w:r w:rsidRPr="00F40E99">
        <w:rPr>
          <w:sz w:val="28"/>
          <w:szCs w:val="28"/>
        </w:rPr>
        <w:t xml:space="preserve"> </w:t>
      </w:r>
      <w:proofErr w:type="spellStart"/>
      <w:r w:rsidRPr="00F40E99">
        <w:rPr>
          <w:sz w:val="28"/>
          <w:szCs w:val="28"/>
        </w:rPr>
        <w:t>көшесінің</w:t>
      </w:r>
      <w:proofErr w:type="spellEnd"/>
      <w:r w:rsidRPr="00F40E99">
        <w:rPr>
          <w:sz w:val="28"/>
          <w:szCs w:val="28"/>
        </w:rPr>
        <w:t xml:space="preserve"> </w:t>
      </w:r>
      <w:proofErr w:type="spellStart"/>
      <w:r w:rsidRPr="00F40E99">
        <w:rPr>
          <w:sz w:val="28"/>
          <w:szCs w:val="28"/>
        </w:rPr>
        <w:t>тақ</w:t>
      </w:r>
      <w:proofErr w:type="spellEnd"/>
      <w:r w:rsidRPr="00F40E99">
        <w:rPr>
          <w:sz w:val="28"/>
          <w:szCs w:val="28"/>
          <w:lang w:val="kk-KZ"/>
        </w:rPr>
        <w:t xml:space="preserve"> сандар </w:t>
      </w:r>
      <w:proofErr w:type="spellStart"/>
      <w:r w:rsidRPr="00F40E99">
        <w:rPr>
          <w:sz w:val="28"/>
          <w:szCs w:val="28"/>
        </w:rPr>
        <w:t>жағымен</w:t>
      </w:r>
      <w:proofErr w:type="spellEnd"/>
      <w:r w:rsidRPr="00F40E99">
        <w:rPr>
          <w:sz w:val="28"/>
          <w:szCs w:val="28"/>
        </w:rPr>
        <w:t xml:space="preserve"> В. Маяковский </w:t>
      </w:r>
      <w:proofErr w:type="spellStart"/>
      <w:r w:rsidRPr="00F40E99">
        <w:rPr>
          <w:sz w:val="28"/>
          <w:szCs w:val="28"/>
        </w:rPr>
        <w:t>көшесіне</w:t>
      </w:r>
      <w:proofErr w:type="spellEnd"/>
      <w:r w:rsidRPr="00F40E99">
        <w:rPr>
          <w:sz w:val="28"/>
          <w:szCs w:val="28"/>
        </w:rPr>
        <w:t xml:space="preserve"> </w:t>
      </w:r>
      <w:proofErr w:type="spellStart"/>
      <w:r w:rsidRPr="00F40E99">
        <w:rPr>
          <w:sz w:val="28"/>
          <w:szCs w:val="28"/>
        </w:rPr>
        <w:t>дейін</w:t>
      </w:r>
      <w:proofErr w:type="spellEnd"/>
      <w:r w:rsidRPr="00F40E99">
        <w:rPr>
          <w:sz w:val="28"/>
          <w:szCs w:val="28"/>
        </w:rPr>
        <w:t xml:space="preserve">, </w:t>
      </w:r>
      <w:proofErr w:type="spellStart"/>
      <w:r w:rsidRPr="00F40E99">
        <w:rPr>
          <w:sz w:val="28"/>
          <w:szCs w:val="28"/>
        </w:rPr>
        <w:t>Ащысай</w:t>
      </w:r>
      <w:proofErr w:type="spellEnd"/>
      <w:r w:rsidRPr="00F40E99">
        <w:rPr>
          <w:sz w:val="28"/>
          <w:szCs w:val="28"/>
        </w:rPr>
        <w:t xml:space="preserve"> </w:t>
      </w:r>
      <w:proofErr w:type="spellStart"/>
      <w:r w:rsidRPr="00F40E99">
        <w:rPr>
          <w:sz w:val="28"/>
          <w:szCs w:val="28"/>
        </w:rPr>
        <w:t>және</w:t>
      </w:r>
      <w:proofErr w:type="spellEnd"/>
      <w:r w:rsidRPr="00F40E99">
        <w:rPr>
          <w:sz w:val="28"/>
          <w:szCs w:val="28"/>
        </w:rPr>
        <w:t xml:space="preserve"> В. Маяковский </w:t>
      </w:r>
      <w:proofErr w:type="spellStart"/>
      <w:r w:rsidRPr="00F40E99">
        <w:rPr>
          <w:sz w:val="28"/>
          <w:szCs w:val="28"/>
        </w:rPr>
        <w:t>көшелерінің</w:t>
      </w:r>
      <w:proofErr w:type="spellEnd"/>
      <w:r w:rsidRPr="00F40E99">
        <w:rPr>
          <w:sz w:val="28"/>
          <w:szCs w:val="28"/>
        </w:rPr>
        <w:t xml:space="preserve"> </w:t>
      </w:r>
      <w:proofErr w:type="spellStart"/>
      <w:r w:rsidRPr="00F40E99">
        <w:rPr>
          <w:sz w:val="28"/>
          <w:szCs w:val="28"/>
        </w:rPr>
        <w:t>қиылысынан</w:t>
      </w:r>
      <w:proofErr w:type="spellEnd"/>
      <w:r w:rsidRPr="00F40E99">
        <w:rPr>
          <w:sz w:val="28"/>
          <w:szCs w:val="28"/>
        </w:rPr>
        <w:t xml:space="preserve"> </w:t>
      </w:r>
      <w:proofErr w:type="spellStart"/>
      <w:r w:rsidRPr="00F40E99">
        <w:rPr>
          <w:sz w:val="28"/>
          <w:szCs w:val="28"/>
        </w:rPr>
        <w:t>Шалқар</w:t>
      </w:r>
      <w:proofErr w:type="spellEnd"/>
      <w:r w:rsidRPr="00F40E99">
        <w:rPr>
          <w:sz w:val="28"/>
          <w:szCs w:val="28"/>
        </w:rPr>
        <w:t xml:space="preserve"> </w:t>
      </w:r>
      <w:proofErr w:type="spellStart"/>
      <w:r w:rsidRPr="00F40E99">
        <w:rPr>
          <w:sz w:val="28"/>
          <w:szCs w:val="28"/>
        </w:rPr>
        <w:t>көшесіне</w:t>
      </w:r>
      <w:proofErr w:type="spellEnd"/>
      <w:r w:rsidRPr="00F40E99">
        <w:rPr>
          <w:sz w:val="28"/>
          <w:szCs w:val="28"/>
        </w:rPr>
        <w:t xml:space="preserve"> </w:t>
      </w:r>
      <w:proofErr w:type="spellStart"/>
      <w:r w:rsidRPr="00F40E99">
        <w:rPr>
          <w:sz w:val="28"/>
          <w:szCs w:val="28"/>
        </w:rPr>
        <w:t>дейін</w:t>
      </w:r>
      <w:proofErr w:type="spellEnd"/>
      <w:r w:rsidRPr="00F40E99">
        <w:rPr>
          <w:sz w:val="28"/>
          <w:szCs w:val="28"/>
        </w:rPr>
        <w:t xml:space="preserve">, </w:t>
      </w:r>
      <w:proofErr w:type="spellStart"/>
      <w:r w:rsidRPr="00F40E99">
        <w:rPr>
          <w:sz w:val="28"/>
          <w:szCs w:val="28"/>
        </w:rPr>
        <w:t>Шалқар</w:t>
      </w:r>
      <w:proofErr w:type="spellEnd"/>
      <w:r w:rsidRPr="00F40E99">
        <w:rPr>
          <w:sz w:val="28"/>
          <w:szCs w:val="28"/>
        </w:rPr>
        <w:t xml:space="preserve"> </w:t>
      </w:r>
      <w:proofErr w:type="spellStart"/>
      <w:r w:rsidRPr="00F40E99">
        <w:rPr>
          <w:sz w:val="28"/>
          <w:szCs w:val="28"/>
        </w:rPr>
        <w:t>көшесімен</w:t>
      </w:r>
      <w:proofErr w:type="spellEnd"/>
      <w:r w:rsidRPr="00F40E99">
        <w:rPr>
          <w:sz w:val="28"/>
          <w:szCs w:val="28"/>
        </w:rPr>
        <w:t xml:space="preserve"> </w:t>
      </w:r>
      <w:proofErr w:type="spellStart"/>
      <w:r w:rsidRPr="00F40E99">
        <w:rPr>
          <w:sz w:val="28"/>
          <w:szCs w:val="28"/>
        </w:rPr>
        <w:t>Бұйрат</w:t>
      </w:r>
      <w:proofErr w:type="spellEnd"/>
      <w:r w:rsidRPr="00F40E99">
        <w:rPr>
          <w:sz w:val="28"/>
          <w:szCs w:val="28"/>
        </w:rPr>
        <w:t xml:space="preserve"> </w:t>
      </w:r>
      <w:proofErr w:type="spellStart"/>
      <w:r w:rsidRPr="00F40E99">
        <w:rPr>
          <w:sz w:val="28"/>
          <w:szCs w:val="28"/>
        </w:rPr>
        <w:t>көшесі</w:t>
      </w:r>
      <w:proofErr w:type="spellEnd"/>
      <w:r w:rsidRPr="00F40E99">
        <w:rPr>
          <w:sz w:val="28"/>
          <w:szCs w:val="28"/>
        </w:rPr>
        <w:t xml:space="preserve"> </w:t>
      </w:r>
      <w:proofErr w:type="spellStart"/>
      <w:r w:rsidRPr="00F40E99">
        <w:rPr>
          <w:sz w:val="28"/>
          <w:szCs w:val="28"/>
        </w:rPr>
        <w:t>бағытына</w:t>
      </w:r>
      <w:proofErr w:type="spellEnd"/>
      <w:r w:rsidRPr="00F40E99">
        <w:rPr>
          <w:sz w:val="28"/>
          <w:szCs w:val="28"/>
        </w:rPr>
        <w:t xml:space="preserve"> </w:t>
      </w:r>
      <w:proofErr w:type="spellStart"/>
      <w:r w:rsidRPr="00F40E99">
        <w:rPr>
          <w:sz w:val="28"/>
          <w:szCs w:val="28"/>
        </w:rPr>
        <w:t>қарай</w:t>
      </w:r>
      <w:proofErr w:type="spellEnd"/>
      <w:r w:rsidRPr="00F40E99">
        <w:rPr>
          <w:sz w:val="28"/>
          <w:szCs w:val="28"/>
        </w:rPr>
        <w:t xml:space="preserve"> </w:t>
      </w:r>
      <w:proofErr w:type="spellStart"/>
      <w:r w:rsidRPr="00F40E99">
        <w:rPr>
          <w:sz w:val="28"/>
          <w:szCs w:val="28"/>
        </w:rPr>
        <w:t>теміржол</w:t>
      </w:r>
      <w:proofErr w:type="spellEnd"/>
      <w:r w:rsidRPr="00F40E99">
        <w:rPr>
          <w:sz w:val="28"/>
          <w:szCs w:val="28"/>
          <w:lang w:val="kk-KZ"/>
        </w:rPr>
        <w:t xml:space="preserve"> төсемінен </w:t>
      </w:r>
      <w:r>
        <w:rPr>
          <w:sz w:val="28"/>
          <w:szCs w:val="28"/>
          <w:lang w:val="kk-KZ"/>
        </w:rPr>
        <w:br/>
      </w:r>
      <w:r w:rsidRPr="00F40E99">
        <w:rPr>
          <w:sz w:val="28"/>
          <w:szCs w:val="28"/>
        </w:rPr>
        <w:t xml:space="preserve">«Астана – </w:t>
      </w:r>
      <w:proofErr w:type="spellStart"/>
      <w:r w:rsidRPr="00F40E99">
        <w:rPr>
          <w:sz w:val="28"/>
          <w:szCs w:val="28"/>
        </w:rPr>
        <w:t>Қарағанды</w:t>
      </w:r>
      <w:proofErr w:type="spellEnd"/>
      <w:r w:rsidRPr="00F40E99">
        <w:rPr>
          <w:sz w:val="28"/>
          <w:szCs w:val="28"/>
        </w:rPr>
        <w:t xml:space="preserve">» </w:t>
      </w:r>
      <w:proofErr w:type="spellStart"/>
      <w:r w:rsidRPr="00F40E99">
        <w:rPr>
          <w:sz w:val="28"/>
          <w:szCs w:val="28"/>
        </w:rPr>
        <w:t>теміржо</w:t>
      </w:r>
      <w:proofErr w:type="spellEnd"/>
      <w:r w:rsidRPr="00F40E99">
        <w:rPr>
          <w:sz w:val="28"/>
          <w:szCs w:val="28"/>
          <w:lang w:val="kk-KZ"/>
        </w:rPr>
        <w:t xml:space="preserve">л төсеміне </w:t>
      </w:r>
      <w:proofErr w:type="spellStart"/>
      <w:r w:rsidRPr="00F40E99">
        <w:rPr>
          <w:sz w:val="28"/>
          <w:szCs w:val="28"/>
        </w:rPr>
        <w:t>дейін</w:t>
      </w:r>
      <w:proofErr w:type="spellEnd"/>
      <w:r w:rsidRPr="00F40E99">
        <w:rPr>
          <w:sz w:val="28"/>
          <w:szCs w:val="28"/>
        </w:rPr>
        <w:t xml:space="preserve">, «Астана – </w:t>
      </w:r>
      <w:proofErr w:type="spellStart"/>
      <w:r w:rsidRPr="00F40E99">
        <w:rPr>
          <w:sz w:val="28"/>
          <w:szCs w:val="28"/>
        </w:rPr>
        <w:t>Қарағанды</w:t>
      </w:r>
      <w:proofErr w:type="spellEnd"/>
      <w:r w:rsidRPr="00F40E99">
        <w:rPr>
          <w:sz w:val="28"/>
          <w:szCs w:val="28"/>
        </w:rPr>
        <w:t xml:space="preserve">» </w:t>
      </w:r>
      <w:proofErr w:type="spellStart"/>
      <w:r w:rsidRPr="00F40E99">
        <w:rPr>
          <w:sz w:val="28"/>
          <w:szCs w:val="28"/>
        </w:rPr>
        <w:t>теміржол</w:t>
      </w:r>
      <w:proofErr w:type="spellEnd"/>
      <w:r w:rsidRPr="00F40E99">
        <w:rPr>
          <w:sz w:val="28"/>
          <w:szCs w:val="28"/>
        </w:rPr>
        <w:t xml:space="preserve"> </w:t>
      </w:r>
      <w:r w:rsidRPr="00F40E99">
        <w:rPr>
          <w:sz w:val="28"/>
          <w:szCs w:val="28"/>
          <w:lang w:val="kk-KZ"/>
        </w:rPr>
        <w:t xml:space="preserve">төсемімен </w:t>
      </w:r>
      <w:r w:rsidRPr="00F40E99">
        <w:rPr>
          <w:sz w:val="28"/>
          <w:szCs w:val="28"/>
        </w:rPr>
        <w:t>Н. </w:t>
      </w:r>
      <w:proofErr w:type="spellStart"/>
      <w:r w:rsidRPr="00F40E99">
        <w:rPr>
          <w:sz w:val="28"/>
          <w:szCs w:val="28"/>
        </w:rPr>
        <w:t>Төреқұлұлы</w:t>
      </w:r>
      <w:proofErr w:type="spellEnd"/>
      <w:r w:rsidRPr="00F40E99">
        <w:rPr>
          <w:sz w:val="28"/>
          <w:szCs w:val="28"/>
        </w:rPr>
        <w:t xml:space="preserve"> </w:t>
      </w:r>
      <w:proofErr w:type="spellStart"/>
      <w:r w:rsidRPr="00F40E99">
        <w:rPr>
          <w:sz w:val="28"/>
          <w:szCs w:val="28"/>
        </w:rPr>
        <w:t>көшесіне</w:t>
      </w:r>
      <w:proofErr w:type="spellEnd"/>
      <w:r w:rsidRPr="00F40E99">
        <w:rPr>
          <w:sz w:val="28"/>
          <w:szCs w:val="28"/>
        </w:rPr>
        <w:t xml:space="preserve"> </w:t>
      </w:r>
      <w:proofErr w:type="spellStart"/>
      <w:r w:rsidRPr="00F40E99">
        <w:rPr>
          <w:sz w:val="28"/>
          <w:szCs w:val="28"/>
        </w:rPr>
        <w:t>дейін</w:t>
      </w:r>
      <w:proofErr w:type="spellEnd"/>
      <w:r w:rsidRPr="00F40E99">
        <w:rPr>
          <w:sz w:val="28"/>
          <w:szCs w:val="28"/>
        </w:rPr>
        <w:t>.</w:t>
      </w:r>
    </w:p>
    <w:p w14:paraId="285F52EE" w14:textId="77777777" w:rsidR="00937755" w:rsidRPr="007E7FD7" w:rsidRDefault="00937755" w:rsidP="00937755">
      <w:pPr>
        <w:ind w:firstLine="709"/>
        <w:jc w:val="both"/>
        <w:rPr>
          <w:sz w:val="28"/>
          <w:szCs w:val="28"/>
        </w:rPr>
      </w:pPr>
    </w:p>
    <w:p w14:paraId="6BFD33A0" w14:textId="77777777" w:rsidR="00937755" w:rsidRPr="007E7FD7" w:rsidRDefault="00937755" w:rsidP="00937755">
      <w:pPr>
        <w:keepNext/>
        <w:ind w:firstLine="709"/>
        <w:jc w:val="center"/>
        <w:rPr>
          <w:sz w:val="28"/>
          <w:szCs w:val="28"/>
        </w:rPr>
      </w:pPr>
      <w:r w:rsidRPr="007E7FD7">
        <w:rPr>
          <w:sz w:val="28"/>
          <w:szCs w:val="28"/>
        </w:rPr>
        <w:t xml:space="preserve">№ 29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6BB25FAF"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xml:space="preserve"> – </w:t>
      </w:r>
      <w:r w:rsidRPr="00387AD7">
        <w:rPr>
          <w:sz w:val="28"/>
          <w:szCs w:val="28"/>
        </w:rPr>
        <w:t>Астана </w:t>
      </w:r>
      <w:proofErr w:type="spellStart"/>
      <w:r w:rsidRPr="00387AD7">
        <w:rPr>
          <w:sz w:val="28"/>
          <w:szCs w:val="28"/>
        </w:rPr>
        <w:t>қаласы</w:t>
      </w:r>
      <w:proofErr w:type="spellEnd"/>
      <w:r w:rsidRPr="00387AD7">
        <w:rPr>
          <w:sz w:val="28"/>
          <w:szCs w:val="28"/>
        </w:rPr>
        <w:t xml:space="preserve"> </w:t>
      </w:r>
      <w:proofErr w:type="spellStart"/>
      <w:r w:rsidRPr="00387AD7">
        <w:rPr>
          <w:sz w:val="28"/>
          <w:szCs w:val="28"/>
        </w:rPr>
        <w:t>әкімдігінің</w:t>
      </w:r>
      <w:proofErr w:type="spellEnd"/>
      <w:r w:rsidRPr="00387AD7">
        <w:rPr>
          <w:sz w:val="28"/>
          <w:szCs w:val="28"/>
        </w:rPr>
        <w:t xml:space="preserve"> «№ 28 </w:t>
      </w:r>
      <w:proofErr w:type="spellStart"/>
      <w:r w:rsidRPr="00387AD7">
        <w:rPr>
          <w:sz w:val="28"/>
          <w:szCs w:val="28"/>
        </w:rPr>
        <w:t>мектеп</w:t>
      </w:r>
      <w:proofErr w:type="spellEnd"/>
      <w:r w:rsidRPr="00387AD7">
        <w:rPr>
          <w:sz w:val="28"/>
          <w:szCs w:val="28"/>
        </w:rPr>
        <w:t>-лицей»</w:t>
      </w:r>
      <w:r w:rsidRPr="007E7FD7">
        <w:rPr>
          <w:sz w:val="28"/>
          <w:szCs w:val="28"/>
        </w:rPr>
        <w:t xml:space="preserve">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
    <w:p w14:paraId="350D9F68" w14:textId="77777777" w:rsidR="00937755" w:rsidRPr="007E7FD7" w:rsidRDefault="00937755" w:rsidP="00937755">
      <w:pPr>
        <w:ind w:firstLine="709"/>
        <w:jc w:val="center"/>
        <w:rPr>
          <w:sz w:val="28"/>
          <w:szCs w:val="28"/>
        </w:rPr>
      </w:pPr>
      <w:r w:rsidRPr="007E7FD7">
        <w:rPr>
          <w:sz w:val="28"/>
          <w:szCs w:val="28"/>
        </w:rPr>
        <w:t xml:space="preserve">А. Петров </w:t>
      </w:r>
      <w:proofErr w:type="spellStart"/>
      <w:r w:rsidRPr="007E7FD7">
        <w:rPr>
          <w:sz w:val="28"/>
          <w:szCs w:val="28"/>
        </w:rPr>
        <w:t>көшесі</w:t>
      </w:r>
      <w:proofErr w:type="spellEnd"/>
      <w:r w:rsidRPr="007E7FD7">
        <w:rPr>
          <w:sz w:val="28"/>
          <w:szCs w:val="28"/>
        </w:rPr>
        <w:t>, № 8)</w:t>
      </w:r>
    </w:p>
    <w:p w14:paraId="66A922BC" w14:textId="77777777" w:rsidR="00937755" w:rsidRPr="007E7FD7" w:rsidRDefault="00937755" w:rsidP="00937755">
      <w:pPr>
        <w:ind w:firstLine="709"/>
        <w:jc w:val="center"/>
        <w:rPr>
          <w:sz w:val="28"/>
          <w:szCs w:val="28"/>
        </w:rPr>
      </w:pPr>
    </w:p>
    <w:p w14:paraId="01A66ADB" w14:textId="77777777" w:rsidR="00937755" w:rsidRPr="007E7FD7" w:rsidRDefault="00937755" w:rsidP="00937755">
      <w:pPr>
        <w:ind w:firstLine="709"/>
        <w:jc w:val="both"/>
        <w:rPr>
          <w:sz w:val="28"/>
          <w:szCs w:val="28"/>
        </w:rPr>
      </w:pPr>
      <w:proofErr w:type="spellStart"/>
      <w:r w:rsidRPr="00F40E99">
        <w:rPr>
          <w:sz w:val="28"/>
          <w:szCs w:val="28"/>
        </w:rPr>
        <w:t>Шекарасы</w:t>
      </w:r>
      <w:proofErr w:type="spellEnd"/>
      <w:r w:rsidRPr="00F40E99">
        <w:rPr>
          <w:sz w:val="28"/>
          <w:szCs w:val="28"/>
        </w:rPr>
        <w:t xml:space="preserve">: </w:t>
      </w:r>
      <w:proofErr w:type="spellStart"/>
      <w:r w:rsidRPr="00F40E99">
        <w:rPr>
          <w:sz w:val="28"/>
          <w:szCs w:val="28"/>
        </w:rPr>
        <w:t>Тәуелсіздік</w:t>
      </w:r>
      <w:proofErr w:type="spellEnd"/>
      <w:r w:rsidRPr="00F40E99">
        <w:rPr>
          <w:sz w:val="28"/>
          <w:szCs w:val="28"/>
        </w:rPr>
        <w:t xml:space="preserve"> </w:t>
      </w:r>
      <w:proofErr w:type="spellStart"/>
      <w:r w:rsidRPr="00F40E99">
        <w:rPr>
          <w:sz w:val="28"/>
          <w:szCs w:val="28"/>
        </w:rPr>
        <w:t>даңғылы</w:t>
      </w:r>
      <w:proofErr w:type="spellEnd"/>
      <w:r w:rsidRPr="00F40E99">
        <w:rPr>
          <w:sz w:val="28"/>
          <w:szCs w:val="28"/>
        </w:rPr>
        <w:t>, № 16, 21, 21/2, 21/4, 21/5, 21/6, 21/7, 21/9</w:t>
      </w:r>
      <w:r w:rsidRPr="00F40E99">
        <w:rPr>
          <w:sz w:val="28"/>
          <w:szCs w:val="28"/>
          <w:lang w:val="kk-KZ"/>
        </w:rPr>
        <w:t xml:space="preserve"> </w:t>
      </w:r>
      <w:proofErr w:type="spellStart"/>
      <w:r w:rsidRPr="00F40E99">
        <w:rPr>
          <w:sz w:val="28"/>
          <w:szCs w:val="28"/>
        </w:rPr>
        <w:t>үйлер</w:t>
      </w:r>
      <w:proofErr w:type="spellEnd"/>
      <w:r w:rsidRPr="00F40E99">
        <w:rPr>
          <w:sz w:val="28"/>
          <w:szCs w:val="28"/>
        </w:rPr>
        <w:t>.</w:t>
      </w:r>
    </w:p>
    <w:p w14:paraId="685DFDE4" w14:textId="77777777" w:rsidR="00937755" w:rsidRPr="007E7FD7" w:rsidRDefault="00937755" w:rsidP="00937755">
      <w:pPr>
        <w:ind w:firstLine="709"/>
        <w:jc w:val="both"/>
        <w:rPr>
          <w:sz w:val="28"/>
          <w:szCs w:val="28"/>
        </w:rPr>
      </w:pPr>
    </w:p>
    <w:p w14:paraId="78E205B8" w14:textId="77777777" w:rsidR="00937755" w:rsidRPr="007E7FD7" w:rsidRDefault="00937755" w:rsidP="00937755">
      <w:pPr>
        <w:keepNext/>
        <w:ind w:firstLine="709"/>
        <w:jc w:val="center"/>
        <w:rPr>
          <w:sz w:val="28"/>
          <w:szCs w:val="28"/>
        </w:rPr>
      </w:pPr>
      <w:r w:rsidRPr="007E7FD7">
        <w:rPr>
          <w:sz w:val="28"/>
          <w:szCs w:val="28"/>
        </w:rPr>
        <w:t xml:space="preserve">№ 30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12024CBF"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Райымбек</w:t>
      </w:r>
      <w:proofErr w:type="spellEnd"/>
      <w:r w:rsidRPr="007E7FD7">
        <w:rPr>
          <w:sz w:val="28"/>
          <w:szCs w:val="28"/>
        </w:rPr>
        <w:t xml:space="preserve"> батыр </w:t>
      </w:r>
      <w:proofErr w:type="spellStart"/>
      <w:r w:rsidRPr="007E7FD7">
        <w:rPr>
          <w:sz w:val="28"/>
          <w:szCs w:val="28"/>
        </w:rPr>
        <w:t>атындағы</w:t>
      </w:r>
      <w:proofErr w:type="spellEnd"/>
      <w:r w:rsidRPr="007E7FD7">
        <w:rPr>
          <w:sz w:val="28"/>
          <w:szCs w:val="28"/>
        </w:rPr>
        <w:t xml:space="preserve"> </w:t>
      </w:r>
    </w:p>
    <w:p w14:paraId="7D46FA40" w14:textId="77777777" w:rsidR="00937755" w:rsidRPr="007E7FD7" w:rsidRDefault="00937755" w:rsidP="00937755">
      <w:pPr>
        <w:ind w:firstLine="709"/>
        <w:jc w:val="center"/>
        <w:rPr>
          <w:sz w:val="28"/>
          <w:szCs w:val="28"/>
        </w:rPr>
      </w:pPr>
      <w:r w:rsidRPr="007E7FD7">
        <w:rPr>
          <w:sz w:val="28"/>
          <w:szCs w:val="28"/>
        </w:rPr>
        <w:t>№ 50 «</w:t>
      </w:r>
      <w:proofErr w:type="spellStart"/>
      <w:r w:rsidRPr="007E7FD7">
        <w:rPr>
          <w:sz w:val="28"/>
          <w:szCs w:val="28"/>
        </w:rPr>
        <w:t>Қазғарыш</w:t>
      </w:r>
      <w:proofErr w:type="spellEnd"/>
      <w:r w:rsidRPr="007E7FD7">
        <w:rPr>
          <w:sz w:val="28"/>
          <w:szCs w:val="28"/>
        </w:rPr>
        <w:t xml:space="preserve">» </w:t>
      </w:r>
      <w:proofErr w:type="spellStart"/>
      <w:r w:rsidRPr="007E7FD7">
        <w:rPr>
          <w:sz w:val="28"/>
          <w:szCs w:val="28"/>
        </w:rPr>
        <w:t>мектеп</w:t>
      </w:r>
      <w:proofErr w:type="spellEnd"/>
      <w:r w:rsidRPr="007E7FD7">
        <w:rPr>
          <w:sz w:val="28"/>
          <w:szCs w:val="28"/>
        </w:rPr>
        <w:t xml:space="preserve">-лицей»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roofErr w:type="spellStart"/>
      <w:r w:rsidRPr="007E7FD7">
        <w:rPr>
          <w:sz w:val="28"/>
          <w:szCs w:val="28"/>
        </w:rPr>
        <w:t>күйші</w:t>
      </w:r>
      <w:proofErr w:type="spellEnd"/>
      <w:r w:rsidRPr="007E7FD7">
        <w:rPr>
          <w:sz w:val="28"/>
          <w:szCs w:val="28"/>
        </w:rPr>
        <w:t xml:space="preserve"> Дина </w:t>
      </w:r>
      <w:proofErr w:type="spellStart"/>
      <w:r w:rsidRPr="007E7FD7">
        <w:rPr>
          <w:sz w:val="28"/>
          <w:szCs w:val="28"/>
        </w:rPr>
        <w:t>көшесі</w:t>
      </w:r>
      <w:proofErr w:type="spellEnd"/>
      <w:r w:rsidRPr="007E7FD7">
        <w:rPr>
          <w:sz w:val="28"/>
          <w:szCs w:val="28"/>
        </w:rPr>
        <w:t>, № 6)</w:t>
      </w:r>
    </w:p>
    <w:p w14:paraId="26FB524D" w14:textId="77777777" w:rsidR="00937755" w:rsidRPr="007E7FD7" w:rsidRDefault="00937755" w:rsidP="00937755">
      <w:pPr>
        <w:ind w:firstLine="709"/>
        <w:jc w:val="center"/>
        <w:rPr>
          <w:sz w:val="28"/>
          <w:szCs w:val="28"/>
        </w:rPr>
      </w:pPr>
    </w:p>
    <w:p w14:paraId="129120ED"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625637">
        <w:rPr>
          <w:sz w:val="28"/>
          <w:szCs w:val="28"/>
        </w:rPr>
        <w:t>күйші</w:t>
      </w:r>
      <w:proofErr w:type="spellEnd"/>
      <w:r w:rsidRPr="00625637">
        <w:rPr>
          <w:sz w:val="28"/>
          <w:szCs w:val="28"/>
        </w:rPr>
        <w:t xml:space="preserve"> Дина </w:t>
      </w:r>
      <w:proofErr w:type="spellStart"/>
      <w:r w:rsidRPr="00625637">
        <w:rPr>
          <w:sz w:val="28"/>
          <w:szCs w:val="28"/>
        </w:rPr>
        <w:t>көшесі</w:t>
      </w:r>
      <w:proofErr w:type="spellEnd"/>
      <w:r w:rsidRPr="00625637">
        <w:rPr>
          <w:sz w:val="28"/>
          <w:szCs w:val="28"/>
        </w:rPr>
        <w:t xml:space="preserve">, № 4А, 8, 8/1, 8/2, 11, 12, 12/1, 12/2, 13, </w:t>
      </w:r>
      <w:r w:rsidRPr="00625637">
        <w:rPr>
          <w:sz w:val="28"/>
          <w:szCs w:val="28"/>
        </w:rPr>
        <w:br/>
        <w:t xml:space="preserve">15 </w:t>
      </w:r>
      <w:proofErr w:type="spellStart"/>
      <w:r w:rsidRPr="00625637">
        <w:rPr>
          <w:sz w:val="28"/>
          <w:szCs w:val="28"/>
        </w:rPr>
        <w:t>үйлер</w:t>
      </w:r>
      <w:proofErr w:type="spellEnd"/>
      <w:r w:rsidRPr="007E7FD7">
        <w:rPr>
          <w:sz w:val="28"/>
          <w:szCs w:val="28"/>
        </w:rPr>
        <w:t xml:space="preserve">, </w:t>
      </w:r>
      <w:r w:rsidRPr="00387AD7">
        <w:rPr>
          <w:sz w:val="28"/>
          <w:szCs w:val="28"/>
        </w:rPr>
        <w:t>Б. </w:t>
      </w:r>
      <w:proofErr w:type="spellStart"/>
      <w:r w:rsidRPr="00387AD7">
        <w:rPr>
          <w:sz w:val="28"/>
          <w:szCs w:val="28"/>
        </w:rPr>
        <w:t>Майлин</w:t>
      </w:r>
      <w:proofErr w:type="spellEnd"/>
      <w:r w:rsidRPr="00387AD7">
        <w:rPr>
          <w:sz w:val="28"/>
          <w:szCs w:val="28"/>
        </w:rPr>
        <w:t xml:space="preserve"> </w:t>
      </w:r>
      <w:proofErr w:type="spellStart"/>
      <w:r w:rsidRPr="00387AD7">
        <w:rPr>
          <w:sz w:val="28"/>
          <w:szCs w:val="28"/>
        </w:rPr>
        <w:t>көшесі</w:t>
      </w:r>
      <w:proofErr w:type="spellEnd"/>
      <w:r w:rsidRPr="00387AD7">
        <w:rPr>
          <w:sz w:val="28"/>
          <w:szCs w:val="28"/>
        </w:rPr>
        <w:t xml:space="preserve">, № 7, 7/1, 7/2, 9, 11/1, 13, </w:t>
      </w:r>
      <w:proofErr w:type="spellStart"/>
      <w:r w:rsidRPr="00387AD7">
        <w:rPr>
          <w:sz w:val="28"/>
          <w:szCs w:val="28"/>
        </w:rPr>
        <w:t>үйлер</w:t>
      </w:r>
      <w:proofErr w:type="spellEnd"/>
      <w:r w:rsidRPr="007E7FD7">
        <w:rPr>
          <w:sz w:val="28"/>
          <w:szCs w:val="28"/>
        </w:rPr>
        <w:t>, Қ. </w:t>
      </w:r>
      <w:proofErr w:type="spellStart"/>
      <w:r w:rsidRPr="007E7FD7">
        <w:rPr>
          <w:sz w:val="28"/>
          <w:szCs w:val="28"/>
        </w:rPr>
        <w:t>Сәтбаев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15, 17, 17/1, 17/2 </w:t>
      </w:r>
      <w:proofErr w:type="spellStart"/>
      <w:r w:rsidRPr="007E7FD7">
        <w:rPr>
          <w:sz w:val="28"/>
          <w:szCs w:val="28"/>
        </w:rPr>
        <w:t>үйлер</w:t>
      </w:r>
      <w:proofErr w:type="spellEnd"/>
      <w:r w:rsidRPr="007E7FD7">
        <w:rPr>
          <w:sz w:val="28"/>
          <w:szCs w:val="28"/>
        </w:rPr>
        <w:t>.</w:t>
      </w:r>
    </w:p>
    <w:p w14:paraId="64A8EC7A" w14:textId="77777777" w:rsidR="00937755" w:rsidRPr="007E7FD7" w:rsidRDefault="00937755" w:rsidP="00937755">
      <w:pPr>
        <w:ind w:firstLine="709"/>
        <w:jc w:val="both"/>
        <w:rPr>
          <w:sz w:val="28"/>
          <w:szCs w:val="28"/>
        </w:rPr>
      </w:pPr>
    </w:p>
    <w:p w14:paraId="3F84EFFE" w14:textId="77777777" w:rsidR="00937755" w:rsidRPr="007E7FD7" w:rsidRDefault="00937755" w:rsidP="00937755">
      <w:pPr>
        <w:keepNext/>
        <w:ind w:firstLine="709"/>
        <w:jc w:val="center"/>
        <w:rPr>
          <w:sz w:val="28"/>
          <w:szCs w:val="28"/>
        </w:rPr>
      </w:pPr>
      <w:r w:rsidRPr="007E7FD7">
        <w:rPr>
          <w:sz w:val="28"/>
          <w:szCs w:val="28"/>
        </w:rPr>
        <w:t xml:space="preserve">№ 31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69F7BDC9"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«Ахмет </w:t>
      </w:r>
      <w:proofErr w:type="spellStart"/>
      <w:r w:rsidRPr="007E7FD7">
        <w:rPr>
          <w:sz w:val="28"/>
          <w:szCs w:val="28"/>
        </w:rPr>
        <w:t>Байтұрсынұлы</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w:t>
      </w:r>
      <w:r w:rsidRPr="007E7FD7">
        <w:rPr>
          <w:sz w:val="28"/>
          <w:szCs w:val="28"/>
        </w:rPr>
        <w:br/>
        <w:t xml:space="preserve">№ 48 </w:t>
      </w:r>
      <w:proofErr w:type="spellStart"/>
      <w:r w:rsidRPr="007E7FD7">
        <w:rPr>
          <w:sz w:val="28"/>
          <w:szCs w:val="28"/>
        </w:rPr>
        <w:t>мектеп</w:t>
      </w:r>
      <w:proofErr w:type="spellEnd"/>
      <w:r w:rsidRPr="007E7FD7">
        <w:rPr>
          <w:sz w:val="28"/>
          <w:szCs w:val="28"/>
        </w:rPr>
        <w:t xml:space="preserve">-лицей»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Ж. </w:t>
      </w:r>
      <w:proofErr w:type="spellStart"/>
      <w:r w:rsidRPr="007E7FD7">
        <w:rPr>
          <w:sz w:val="28"/>
          <w:szCs w:val="28"/>
        </w:rPr>
        <w:t>Жирентаев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15/2)</w:t>
      </w:r>
    </w:p>
    <w:p w14:paraId="6038B20B" w14:textId="77777777" w:rsidR="00937755" w:rsidRPr="007E7FD7" w:rsidRDefault="00937755" w:rsidP="00937755">
      <w:pPr>
        <w:ind w:firstLine="709"/>
        <w:jc w:val="center"/>
        <w:rPr>
          <w:sz w:val="28"/>
          <w:szCs w:val="28"/>
        </w:rPr>
      </w:pPr>
    </w:p>
    <w:p w14:paraId="7A132AA8"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Қажымұқан</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14, 14/1, 16, 18, 18/2, 20, 22 </w:t>
      </w:r>
      <w:proofErr w:type="spellStart"/>
      <w:r w:rsidRPr="007E7FD7">
        <w:rPr>
          <w:sz w:val="28"/>
          <w:szCs w:val="28"/>
        </w:rPr>
        <w:t>үйлер</w:t>
      </w:r>
      <w:proofErr w:type="spellEnd"/>
      <w:r w:rsidRPr="007E7FD7">
        <w:rPr>
          <w:sz w:val="28"/>
          <w:szCs w:val="28"/>
        </w:rPr>
        <w:t xml:space="preserve">, </w:t>
      </w:r>
      <w:r w:rsidRPr="007E7FD7">
        <w:rPr>
          <w:sz w:val="28"/>
          <w:szCs w:val="28"/>
        </w:rPr>
        <w:br/>
        <w:t>Ж. </w:t>
      </w:r>
      <w:proofErr w:type="spellStart"/>
      <w:r w:rsidRPr="007E7FD7">
        <w:rPr>
          <w:sz w:val="28"/>
          <w:szCs w:val="28"/>
        </w:rPr>
        <w:t>Жирентаев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13/1, 15/1, 19, 21</w:t>
      </w:r>
      <w:r>
        <w:rPr>
          <w:sz w:val="28"/>
          <w:szCs w:val="28"/>
        </w:rPr>
        <w:t xml:space="preserve">, 22 </w:t>
      </w:r>
      <w:proofErr w:type="spellStart"/>
      <w:r>
        <w:rPr>
          <w:sz w:val="28"/>
          <w:szCs w:val="28"/>
        </w:rPr>
        <w:t>үйлер</w:t>
      </w:r>
      <w:proofErr w:type="spellEnd"/>
      <w:r>
        <w:rPr>
          <w:sz w:val="28"/>
          <w:szCs w:val="28"/>
        </w:rPr>
        <w:t>, Қ. </w:t>
      </w:r>
      <w:proofErr w:type="spellStart"/>
      <w:r>
        <w:rPr>
          <w:sz w:val="28"/>
          <w:szCs w:val="28"/>
        </w:rPr>
        <w:t>Сәтбаев</w:t>
      </w:r>
      <w:proofErr w:type="spellEnd"/>
      <w:r>
        <w:rPr>
          <w:sz w:val="28"/>
          <w:szCs w:val="28"/>
        </w:rPr>
        <w:t xml:space="preserve"> </w:t>
      </w:r>
      <w:proofErr w:type="spellStart"/>
      <w:r>
        <w:rPr>
          <w:sz w:val="28"/>
          <w:szCs w:val="28"/>
        </w:rPr>
        <w:t>көшесі</w:t>
      </w:r>
      <w:proofErr w:type="spellEnd"/>
      <w:r>
        <w:rPr>
          <w:sz w:val="28"/>
          <w:szCs w:val="28"/>
        </w:rPr>
        <w:t xml:space="preserve">, </w:t>
      </w:r>
      <w:r w:rsidRPr="007E7FD7">
        <w:rPr>
          <w:sz w:val="28"/>
          <w:szCs w:val="28"/>
        </w:rPr>
        <w:t xml:space="preserve">№ 4/2, 6/1 </w:t>
      </w:r>
      <w:proofErr w:type="spellStart"/>
      <w:r w:rsidRPr="007E7FD7">
        <w:rPr>
          <w:sz w:val="28"/>
          <w:szCs w:val="28"/>
        </w:rPr>
        <w:t>үйлер</w:t>
      </w:r>
      <w:proofErr w:type="spellEnd"/>
      <w:r w:rsidRPr="007E7FD7">
        <w:rPr>
          <w:sz w:val="28"/>
          <w:szCs w:val="28"/>
        </w:rPr>
        <w:t>.</w:t>
      </w:r>
    </w:p>
    <w:p w14:paraId="4C5866FE" w14:textId="77777777" w:rsidR="00937755" w:rsidRPr="007E7FD7" w:rsidRDefault="00937755" w:rsidP="00937755">
      <w:pPr>
        <w:ind w:firstLine="709"/>
        <w:jc w:val="both"/>
        <w:rPr>
          <w:sz w:val="28"/>
          <w:szCs w:val="28"/>
        </w:rPr>
      </w:pPr>
    </w:p>
    <w:p w14:paraId="7673F0C4" w14:textId="77777777" w:rsidR="00937755" w:rsidRPr="007E7FD7" w:rsidRDefault="00937755" w:rsidP="00937755">
      <w:pPr>
        <w:keepNext/>
        <w:ind w:firstLine="709"/>
        <w:jc w:val="center"/>
        <w:rPr>
          <w:sz w:val="28"/>
          <w:szCs w:val="28"/>
        </w:rPr>
      </w:pPr>
      <w:r w:rsidRPr="007E7FD7">
        <w:rPr>
          <w:sz w:val="28"/>
          <w:szCs w:val="28"/>
        </w:rPr>
        <w:t xml:space="preserve">№ 32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58E88EE1"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«Ахмет </w:t>
      </w:r>
      <w:proofErr w:type="spellStart"/>
      <w:r w:rsidRPr="007E7FD7">
        <w:rPr>
          <w:sz w:val="28"/>
          <w:szCs w:val="28"/>
        </w:rPr>
        <w:t>Байтұрсынұлы</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w:t>
      </w:r>
      <w:r w:rsidRPr="007E7FD7">
        <w:rPr>
          <w:sz w:val="28"/>
          <w:szCs w:val="28"/>
        </w:rPr>
        <w:br/>
        <w:t xml:space="preserve">№ 48 </w:t>
      </w:r>
      <w:proofErr w:type="spellStart"/>
      <w:r w:rsidRPr="007E7FD7">
        <w:rPr>
          <w:sz w:val="28"/>
          <w:szCs w:val="28"/>
        </w:rPr>
        <w:t>мектеп</w:t>
      </w:r>
      <w:proofErr w:type="spellEnd"/>
      <w:r w:rsidRPr="007E7FD7">
        <w:rPr>
          <w:sz w:val="28"/>
          <w:szCs w:val="28"/>
        </w:rPr>
        <w:t xml:space="preserve">-лицей»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Ж. </w:t>
      </w:r>
      <w:proofErr w:type="spellStart"/>
      <w:r w:rsidRPr="007E7FD7">
        <w:rPr>
          <w:sz w:val="28"/>
          <w:szCs w:val="28"/>
        </w:rPr>
        <w:t>Жирентаев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15/2)</w:t>
      </w:r>
    </w:p>
    <w:p w14:paraId="6CBE3B5B" w14:textId="77777777" w:rsidR="00937755" w:rsidRPr="007E7FD7" w:rsidRDefault="00937755" w:rsidP="00937755">
      <w:pPr>
        <w:ind w:firstLine="709"/>
        <w:jc w:val="center"/>
        <w:rPr>
          <w:sz w:val="28"/>
          <w:szCs w:val="28"/>
        </w:rPr>
      </w:pPr>
    </w:p>
    <w:p w14:paraId="58F8084B"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Ж. </w:t>
      </w:r>
      <w:proofErr w:type="spellStart"/>
      <w:r w:rsidRPr="007E7FD7">
        <w:rPr>
          <w:sz w:val="28"/>
          <w:szCs w:val="28"/>
        </w:rPr>
        <w:t>Жирентаев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4, 4/1, 6/1 </w:t>
      </w:r>
      <w:proofErr w:type="spellStart"/>
      <w:r w:rsidRPr="007E7FD7">
        <w:rPr>
          <w:sz w:val="28"/>
          <w:szCs w:val="28"/>
        </w:rPr>
        <w:t>үйлер</w:t>
      </w:r>
      <w:proofErr w:type="spellEnd"/>
      <w:r w:rsidRPr="007E7FD7">
        <w:rPr>
          <w:sz w:val="28"/>
          <w:szCs w:val="28"/>
        </w:rPr>
        <w:t xml:space="preserve">, </w:t>
      </w:r>
      <w:proofErr w:type="spellStart"/>
      <w:r w:rsidRPr="007E7FD7">
        <w:rPr>
          <w:sz w:val="28"/>
          <w:szCs w:val="28"/>
        </w:rPr>
        <w:t>күйші</w:t>
      </w:r>
      <w:proofErr w:type="spellEnd"/>
      <w:r w:rsidRPr="007E7FD7">
        <w:rPr>
          <w:sz w:val="28"/>
          <w:szCs w:val="28"/>
        </w:rPr>
        <w:t xml:space="preserve"> Дина </w:t>
      </w:r>
      <w:proofErr w:type="spellStart"/>
      <w:r w:rsidRPr="007E7FD7">
        <w:rPr>
          <w:sz w:val="28"/>
          <w:szCs w:val="28"/>
        </w:rPr>
        <w:t>көшесі</w:t>
      </w:r>
      <w:proofErr w:type="spellEnd"/>
      <w:r w:rsidRPr="007E7FD7">
        <w:rPr>
          <w:sz w:val="28"/>
          <w:szCs w:val="28"/>
        </w:rPr>
        <w:t xml:space="preserve">, </w:t>
      </w:r>
      <w:r w:rsidRPr="007E7FD7">
        <w:rPr>
          <w:sz w:val="28"/>
          <w:szCs w:val="28"/>
        </w:rPr>
        <w:br/>
        <w:t xml:space="preserve">№ 23, 23/1, 23/2, 25, 25/1, 25/2, 28, 28/1 </w:t>
      </w:r>
      <w:proofErr w:type="spellStart"/>
      <w:r w:rsidRPr="007E7FD7">
        <w:rPr>
          <w:sz w:val="28"/>
          <w:szCs w:val="28"/>
        </w:rPr>
        <w:t>үйлер</w:t>
      </w:r>
      <w:proofErr w:type="spellEnd"/>
      <w:r w:rsidRPr="007E7FD7">
        <w:rPr>
          <w:sz w:val="28"/>
          <w:szCs w:val="28"/>
        </w:rPr>
        <w:t>.</w:t>
      </w:r>
    </w:p>
    <w:p w14:paraId="3E63175D" w14:textId="77777777" w:rsidR="00937755" w:rsidRPr="007E7FD7" w:rsidRDefault="00937755" w:rsidP="00937755">
      <w:pPr>
        <w:ind w:firstLine="709"/>
        <w:jc w:val="both"/>
        <w:rPr>
          <w:sz w:val="28"/>
          <w:szCs w:val="28"/>
        </w:rPr>
      </w:pPr>
    </w:p>
    <w:p w14:paraId="7A8416C2" w14:textId="77777777" w:rsidR="00937755" w:rsidRPr="007E7FD7" w:rsidRDefault="00937755" w:rsidP="00937755">
      <w:pPr>
        <w:keepNext/>
        <w:ind w:firstLine="709"/>
        <w:jc w:val="center"/>
        <w:rPr>
          <w:sz w:val="28"/>
          <w:szCs w:val="28"/>
        </w:rPr>
      </w:pPr>
      <w:r w:rsidRPr="007E7FD7">
        <w:rPr>
          <w:sz w:val="28"/>
          <w:szCs w:val="28"/>
        </w:rPr>
        <w:t xml:space="preserve">№ 33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386A17B9"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Жоғары</w:t>
      </w:r>
      <w:proofErr w:type="spellEnd"/>
      <w:r w:rsidRPr="007E7FD7">
        <w:rPr>
          <w:sz w:val="28"/>
          <w:szCs w:val="28"/>
        </w:rPr>
        <w:t xml:space="preserve"> </w:t>
      </w:r>
      <w:proofErr w:type="spellStart"/>
      <w:r w:rsidRPr="007E7FD7">
        <w:rPr>
          <w:sz w:val="28"/>
          <w:szCs w:val="28"/>
        </w:rPr>
        <w:t>медициналық</w:t>
      </w:r>
      <w:proofErr w:type="spellEnd"/>
      <w:r w:rsidRPr="007E7FD7">
        <w:rPr>
          <w:sz w:val="28"/>
          <w:szCs w:val="28"/>
        </w:rPr>
        <w:t xml:space="preserve"> колледж»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
    <w:p w14:paraId="591CE8CD" w14:textId="77777777" w:rsidR="00937755" w:rsidRPr="007E7FD7" w:rsidRDefault="00937755" w:rsidP="00937755">
      <w:pPr>
        <w:ind w:firstLine="709"/>
        <w:jc w:val="center"/>
        <w:rPr>
          <w:sz w:val="28"/>
          <w:szCs w:val="28"/>
        </w:rPr>
      </w:pPr>
      <w:r w:rsidRPr="007E7FD7">
        <w:rPr>
          <w:sz w:val="28"/>
          <w:szCs w:val="28"/>
        </w:rPr>
        <w:t>Ш. </w:t>
      </w:r>
      <w:proofErr w:type="spellStart"/>
      <w:r w:rsidRPr="007E7FD7">
        <w:rPr>
          <w:sz w:val="28"/>
          <w:szCs w:val="28"/>
        </w:rPr>
        <w:t>Құдайбердіұлы</w:t>
      </w:r>
      <w:proofErr w:type="spellEnd"/>
      <w:r w:rsidRPr="007E7FD7">
        <w:rPr>
          <w:sz w:val="28"/>
          <w:szCs w:val="28"/>
        </w:rPr>
        <w:t xml:space="preserve"> </w:t>
      </w:r>
      <w:proofErr w:type="spellStart"/>
      <w:r w:rsidRPr="007E7FD7">
        <w:rPr>
          <w:sz w:val="28"/>
          <w:szCs w:val="28"/>
        </w:rPr>
        <w:t>даңғылы</w:t>
      </w:r>
      <w:proofErr w:type="spellEnd"/>
      <w:r w:rsidRPr="007E7FD7">
        <w:rPr>
          <w:sz w:val="28"/>
          <w:szCs w:val="28"/>
        </w:rPr>
        <w:t>, № 16)</w:t>
      </w:r>
    </w:p>
    <w:p w14:paraId="451BDD16" w14:textId="77777777" w:rsidR="00937755" w:rsidRPr="007E7FD7" w:rsidRDefault="00937755" w:rsidP="00937755">
      <w:pPr>
        <w:ind w:firstLine="709"/>
        <w:jc w:val="center"/>
        <w:rPr>
          <w:sz w:val="28"/>
          <w:szCs w:val="28"/>
        </w:rPr>
      </w:pPr>
    </w:p>
    <w:p w14:paraId="58FD5BF3"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Абылай</w:t>
      </w:r>
      <w:proofErr w:type="spellEnd"/>
      <w:r w:rsidRPr="007E7FD7">
        <w:rPr>
          <w:sz w:val="28"/>
          <w:szCs w:val="28"/>
        </w:rPr>
        <w:t xml:space="preserve"> хан </w:t>
      </w:r>
      <w:proofErr w:type="spellStart"/>
      <w:r w:rsidRPr="007E7FD7">
        <w:rPr>
          <w:sz w:val="28"/>
          <w:szCs w:val="28"/>
        </w:rPr>
        <w:t>даңғылы</w:t>
      </w:r>
      <w:proofErr w:type="spellEnd"/>
      <w:r w:rsidRPr="007E7FD7">
        <w:rPr>
          <w:sz w:val="28"/>
          <w:szCs w:val="28"/>
        </w:rPr>
        <w:t xml:space="preserve">, № 25/3, 27/3, 27/4, 29/2 </w:t>
      </w:r>
      <w:proofErr w:type="spellStart"/>
      <w:r w:rsidRPr="007E7FD7">
        <w:rPr>
          <w:sz w:val="28"/>
          <w:szCs w:val="28"/>
        </w:rPr>
        <w:t>үйлер</w:t>
      </w:r>
      <w:proofErr w:type="spellEnd"/>
      <w:r w:rsidRPr="007E7FD7">
        <w:rPr>
          <w:sz w:val="28"/>
          <w:szCs w:val="28"/>
        </w:rPr>
        <w:t xml:space="preserve">, </w:t>
      </w:r>
      <w:proofErr w:type="spellStart"/>
      <w:r w:rsidRPr="007E7FD7">
        <w:rPr>
          <w:sz w:val="28"/>
          <w:szCs w:val="28"/>
        </w:rPr>
        <w:t>Манас</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3, 3/1, 4, 5, 6, 6/1, 7, 8, 9, 9А, 11/1, 11/2, 11/3 </w:t>
      </w:r>
      <w:proofErr w:type="spellStart"/>
      <w:r w:rsidRPr="007E7FD7">
        <w:rPr>
          <w:sz w:val="28"/>
          <w:szCs w:val="28"/>
        </w:rPr>
        <w:t>үйлер</w:t>
      </w:r>
      <w:proofErr w:type="spellEnd"/>
      <w:r w:rsidRPr="007E7FD7">
        <w:rPr>
          <w:sz w:val="28"/>
          <w:szCs w:val="28"/>
        </w:rPr>
        <w:t xml:space="preserve">, </w:t>
      </w:r>
      <w:proofErr w:type="spellStart"/>
      <w:r w:rsidRPr="007E7FD7">
        <w:rPr>
          <w:sz w:val="28"/>
          <w:szCs w:val="28"/>
        </w:rPr>
        <w:t>күйші</w:t>
      </w:r>
      <w:proofErr w:type="spellEnd"/>
      <w:r w:rsidRPr="007E7FD7">
        <w:rPr>
          <w:sz w:val="28"/>
          <w:szCs w:val="28"/>
        </w:rPr>
        <w:t xml:space="preserve"> Дина </w:t>
      </w:r>
      <w:proofErr w:type="spellStart"/>
      <w:r w:rsidRPr="007E7FD7">
        <w:rPr>
          <w:sz w:val="28"/>
          <w:szCs w:val="28"/>
        </w:rPr>
        <w:t>кө</w:t>
      </w:r>
      <w:r>
        <w:rPr>
          <w:sz w:val="28"/>
          <w:szCs w:val="28"/>
        </w:rPr>
        <w:t>шесі</w:t>
      </w:r>
      <w:proofErr w:type="spellEnd"/>
      <w:r>
        <w:rPr>
          <w:sz w:val="28"/>
          <w:szCs w:val="28"/>
        </w:rPr>
        <w:t xml:space="preserve">, № 35, 37, 39, 39/1 </w:t>
      </w:r>
      <w:proofErr w:type="spellStart"/>
      <w:r>
        <w:rPr>
          <w:sz w:val="28"/>
          <w:szCs w:val="28"/>
        </w:rPr>
        <w:t>үйлер</w:t>
      </w:r>
      <w:proofErr w:type="spellEnd"/>
      <w:r w:rsidRPr="007E7FD7">
        <w:rPr>
          <w:sz w:val="28"/>
          <w:szCs w:val="28"/>
        </w:rPr>
        <w:t>.</w:t>
      </w:r>
    </w:p>
    <w:p w14:paraId="0ABD53A5" w14:textId="77777777" w:rsidR="00937755" w:rsidRPr="007E7FD7" w:rsidRDefault="00937755" w:rsidP="00937755">
      <w:pPr>
        <w:ind w:firstLine="709"/>
        <w:jc w:val="both"/>
        <w:rPr>
          <w:sz w:val="28"/>
          <w:szCs w:val="28"/>
        </w:rPr>
      </w:pPr>
    </w:p>
    <w:p w14:paraId="1C3E96AB" w14:textId="77777777" w:rsidR="00937755" w:rsidRPr="007E7FD7" w:rsidRDefault="00937755" w:rsidP="00937755">
      <w:pPr>
        <w:keepNext/>
        <w:ind w:firstLine="709"/>
        <w:jc w:val="center"/>
        <w:rPr>
          <w:sz w:val="28"/>
          <w:szCs w:val="28"/>
        </w:rPr>
      </w:pPr>
      <w:r w:rsidRPr="007E7FD7">
        <w:rPr>
          <w:sz w:val="28"/>
          <w:szCs w:val="28"/>
        </w:rPr>
        <w:t xml:space="preserve">№ 34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2826DAAA"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Мұстафа</w:t>
      </w:r>
      <w:proofErr w:type="spellEnd"/>
      <w:r w:rsidRPr="007E7FD7">
        <w:rPr>
          <w:sz w:val="28"/>
          <w:szCs w:val="28"/>
        </w:rPr>
        <w:t xml:space="preserve"> </w:t>
      </w:r>
      <w:proofErr w:type="spellStart"/>
      <w:r w:rsidRPr="007E7FD7">
        <w:rPr>
          <w:sz w:val="28"/>
          <w:szCs w:val="28"/>
        </w:rPr>
        <w:t>Шоқай</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w:t>
      </w:r>
    </w:p>
    <w:p w14:paraId="759F7C9A" w14:textId="77777777" w:rsidR="00937755" w:rsidRPr="007E7FD7" w:rsidRDefault="00937755" w:rsidP="00937755">
      <w:pPr>
        <w:ind w:firstLine="709"/>
        <w:jc w:val="center"/>
        <w:rPr>
          <w:sz w:val="28"/>
          <w:szCs w:val="28"/>
        </w:rPr>
      </w:pPr>
      <w:r w:rsidRPr="007E7FD7">
        <w:rPr>
          <w:sz w:val="28"/>
          <w:szCs w:val="28"/>
        </w:rPr>
        <w:t xml:space="preserve">№ 51 </w:t>
      </w:r>
      <w:proofErr w:type="spellStart"/>
      <w:r w:rsidRPr="007E7FD7">
        <w:rPr>
          <w:sz w:val="28"/>
          <w:szCs w:val="28"/>
        </w:rPr>
        <w:t>мектеп</w:t>
      </w:r>
      <w:proofErr w:type="spellEnd"/>
      <w:r w:rsidRPr="007E7FD7">
        <w:rPr>
          <w:sz w:val="28"/>
          <w:szCs w:val="28"/>
        </w:rPr>
        <w:t xml:space="preserve">-гимназия»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Аманат </w:t>
      </w:r>
      <w:proofErr w:type="spellStart"/>
      <w:r w:rsidRPr="007E7FD7">
        <w:rPr>
          <w:sz w:val="28"/>
          <w:szCs w:val="28"/>
        </w:rPr>
        <w:t>көшесі</w:t>
      </w:r>
      <w:proofErr w:type="spellEnd"/>
      <w:r w:rsidRPr="007E7FD7">
        <w:rPr>
          <w:sz w:val="28"/>
          <w:szCs w:val="28"/>
        </w:rPr>
        <w:t>, № 5)</w:t>
      </w:r>
    </w:p>
    <w:p w14:paraId="027C1FC7" w14:textId="77777777" w:rsidR="00937755" w:rsidRPr="007E7FD7" w:rsidRDefault="00937755" w:rsidP="00937755">
      <w:pPr>
        <w:ind w:firstLine="709"/>
        <w:jc w:val="center"/>
        <w:rPr>
          <w:sz w:val="28"/>
          <w:szCs w:val="28"/>
        </w:rPr>
      </w:pPr>
    </w:p>
    <w:p w14:paraId="6EDBC445"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М. </w:t>
      </w:r>
      <w:proofErr w:type="spellStart"/>
      <w:r w:rsidRPr="007E7FD7">
        <w:rPr>
          <w:sz w:val="28"/>
          <w:szCs w:val="28"/>
        </w:rPr>
        <w:t>Жұмабаев</w:t>
      </w:r>
      <w:proofErr w:type="spellEnd"/>
      <w:r w:rsidRPr="007E7FD7">
        <w:rPr>
          <w:sz w:val="28"/>
          <w:szCs w:val="28"/>
        </w:rPr>
        <w:t xml:space="preserve"> </w:t>
      </w:r>
      <w:proofErr w:type="spellStart"/>
      <w:r w:rsidRPr="007E7FD7">
        <w:rPr>
          <w:sz w:val="28"/>
          <w:szCs w:val="28"/>
        </w:rPr>
        <w:t>даңғылынан</w:t>
      </w:r>
      <w:proofErr w:type="spellEnd"/>
      <w:r w:rsidRPr="007E7FD7">
        <w:rPr>
          <w:sz w:val="28"/>
          <w:szCs w:val="28"/>
        </w:rPr>
        <w:t xml:space="preserve"> </w:t>
      </w:r>
      <w:proofErr w:type="spellStart"/>
      <w:r w:rsidRPr="007E7FD7">
        <w:rPr>
          <w:sz w:val="28"/>
          <w:szCs w:val="28"/>
        </w:rPr>
        <w:t>Айнакөл</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Қордай</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Қордай</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Балқантау</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Балқантау</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Шабыт</w:t>
      </w:r>
      <w:proofErr w:type="spellEnd"/>
      <w:r w:rsidRPr="007E7FD7">
        <w:rPr>
          <w:sz w:val="28"/>
          <w:szCs w:val="28"/>
        </w:rPr>
        <w:t xml:space="preserve"> </w:t>
      </w:r>
      <w:proofErr w:type="spellStart"/>
      <w:r w:rsidRPr="007E7FD7">
        <w:rPr>
          <w:sz w:val="28"/>
          <w:szCs w:val="28"/>
        </w:rPr>
        <w:t>орамына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Шабыт</w:t>
      </w:r>
      <w:proofErr w:type="spellEnd"/>
      <w:r w:rsidRPr="007E7FD7">
        <w:rPr>
          <w:sz w:val="28"/>
          <w:szCs w:val="28"/>
        </w:rPr>
        <w:t xml:space="preserve"> </w:t>
      </w:r>
      <w:proofErr w:type="spellStart"/>
      <w:r w:rsidRPr="007E7FD7">
        <w:rPr>
          <w:sz w:val="28"/>
          <w:szCs w:val="28"/>
        </w:rPr>
        <w:t>орамының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Қордай</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Қордай</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Сұлутөбе</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Сұлутөбе</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М. </w:t>
      </w:r>
      <w:proofErr w:type="spellStart"/>
      <w:r w:rsidRPr="007E7FD7">
        <w:rPr>
          <w:sz w:val="28"/>
          <w:szCs w:val="28"/>
        </w:rPr>
        <w:t>Жұмабаев</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М. </w:t>
      </w:r>
      <w:proofErr w:type="spellStart"/>
      <w:r w:rsidRPr="007E7FD7">
        <w:rPr>
          <w:sz w:val="28"/>
          <w:szCs w:val="28"/>
        </w:rPr>
        <w:t>Жұмабаев</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Айнакөл</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w:t>
      </w:r>
    </w:p>
    <w:p w14:paraId="00058701" w14:textId="77777777" w:rsidR="00937755" w:rsidRPr="007E7FD7" w:rsidRDefault="00937755" w:rsidP="00937755">
      <w:pPr>
        <w:ind w:firstLine="709"/>
        <w:jc w:val="both"/>
        <w:rPr>
          <w:sz w:val="28"/>
          <w:szCs w:val="28"/>
        </w:rPr>
      </w:pPr>
    </w:p>
    <w:p w14:paraId="6F18E62F" w14:textId="77777777" w:rsidR="00937755" w:rsidRPr="007E7FD7" w:rsidRDefault="00937755" w:rsidP="00937755">
      <w:pPr>
        <w:keepNext/>
        <w:ind w:firstLine="709"/>
        <w:jc w:val="center"/>
        <w:rPr>
          <w:sz w:val="28"/>
          <w:szCs w:val="28"/>
        </w:rPr>
      </w:pPr>
      <w:r w:rsidRPr="007E7FD7">
        <w:rPr>
          <w:sz w:val="28"/>
          <w:szCs w:val="28"/>
        </w:rPr>
        <w:t xml:space="preserve">№ 35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29439B74"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Мұстафа</w:t>
      </w:r>
      <w:proofErr w:type="spellEnd"/>
      <w:r w:rsidRPr="007E7FD7">
        <w:rPr>
          <w:sz w:val="28"/>
          <w:szCs w:val="28"/>
        </w:rPr>
        <w:t xml:space="preserve"> </w:t>
      </w:r>
      <w:proofErr w:type="spellStart"/>
      <w:r w:rsidRPr="007E7FD7">
        <w:rPr>
          <w:sz w:val="28"/>
          <w:szCs w:val="28"/>
        </w:rPr>
        <w:t>Шоқай</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w:t>
      </w:r>
    </w:p>
    <w:p w14:paraId="21AF74A7" w14:textId="77777777" w:rsidR="00937755" w:rsidRPr="007E7FD7" w:rsidRDefault="00937755" w:rsidP="00937755">
      <w:pPr>
        <w:ind w:firstLine="709"/>
        <w:jc w:val="center"/>
        <w:rPr>
          <w:sz w:val="28"/>
          <w:szCs w:val="28"/>
        </w:rPr>
      </w:pPr>
      <w:r w:rsidRPr="007E7FD7">
        <w:rPr>
          <w:sz w:val="28"/>
          <w:szCs w:val="28"/>
        </w:rPr>
        <w:t xml:space="preserve">№ 51 </w:t>
      </w:r>
      <w:proofErr w:type="spellStart"/>
      <w:r w:rsidRPr="007E7FD7">
        <w:rPr>
          <w:sz w:val="28"/>
          <w:szCs w:val="28"/>
        </w:rPr>
        <w:t>мектеп</w:t>
      </w:r>
      <w:proofErr w:type="spellEnd"/>
      <w:r w:rsidRPr="007E7FD7">
        <w:rPr>
          <w:sz w:val="28"/>
          <w:szCs w:val="28"/>
        </w:rPr>
        <w:t xml:space="preserve">-гимназия»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Аманат </w:t>
      </w:r>
      <w:proofErr w:type="spellStart"/>
      <w:r w:rsidRPr="007E7FD7">
        <w:rPr>
          <w:sz w:val="28"/>
          <w:szCs w:val="28"/>
        </w:rPr>
        <w:t>көшесі</w:t>
      </w:r>
      <w:proofErr w:type="spellEnd"/>
      <w:r w:rsidRPr="007E7FD7">
        <w:rPr>
          <w:sz w:val="28"/>
          <w:szCs w:val="28"/>
        </w:rPr>
        <w:t>, № 5)</w:t>
      </w:r>
    </w:p>
    <w:p w14:paraId="631AF765" w14:textId="77777777" w:rsidR="00937755" w:rsidRPr="007E7FD7" w:rsidRDefault="00937755" w:rsidP="00937755">
      <w:pPr>
        <w:ind w:firstLine="709"/>
        <w:jc w:val="center"/>
        <w:rPr>
          <w:sz w:val="28"/>
          <w:szCs w:val="28"/>
        </w:rPr>
      </w:pPr>
    </w:p>
    <w:p w14:paraId="1C91B788"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Обаған</w:t>
      </w:r>
      <w:proofErr w:type="spellEnd"/>
      <w:r w:rsidRPr="007E7FD7">
        <w:rPr>
          <w:sz w:val="28"/>
          <w:szCs w:val="28"/>
        </w:rPr>
        <w:t xml:space="preserve"> </w:t>
      </w:r>
      <w:proofErr w:type="spellStart"/>
      <w:r w:rsidRPr="007E7FD7">
        <w:rPr>
          <w:sz w:val="28"/>
          <w:szCs w:val="28"/>
        </w:rPr>
        <w:t>көшесінен</w:t>
      </w:r>
      <w:proofErr w:type="spellEnd"/>
      <w:r w:rsidRPr="007E7FD7">
        <w:rPr>
          <w:sz w:val="28"/>
          <w:szCs w:val="28"/>
        </w:rPr>
        <w:t xml:space="preserve"> М. </w:t>
      </w:r>
      <w:proofErr w:type="spellStart"/>
      <w:r w:rsidRPr="007E7FD7">
        <w:rPr>
          <w:sz w:val="28"/>
          <w:szCs w:val="28"/>
        </w:rPr>
        <w:t>Жұмабаев</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Сұлутөбе</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Сұлутөбе</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Қордай</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Қордай</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М. </w:t>
      </w:r>
      <w:proofErr w:type="spellStart"/>
      <w:r w:rsidRPr="007E7FD7">
        <w:rPr>
          <w:sz w:val="28"/>
          <w:szCs w:val="28"/>
        </w:rPr>
        <w:t>Төлебаев</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М. </w:t>
      </w:r>
      <w:proofErr w:type="spellStart"/>
      <w:r w:rsidRPr="007E7FD7">
        <w:rPr>
          <w:sz w:val="28"/>
          <w:szCs w:val="28"/>
        </w:rPr>
        <w:t>Төлебаев</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Б. </w:t>
      </w:r>
      <w:proofErr w:type="spellStart"/>
      <w:r w:rsidRPr="007E7FD7">
        <w:rPr>
          <w:sz w:val="28"/>
          <w:szCs w:val="28"/>
        </w:rPr>
        <w:t>Майлин</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r w:rsidRPr="007E69C8">
        <w:rPr>
          <w:sz w:val="28"/>
          <w:szCs w:val="28"/>
        </w:rPr>
        <w:t>Б. </w:t>
      </w:r>
      <w:proofErr w:type="spellStart"/>
      <w:r w:rsidRPr="007E69C8">
        <w:rPr>
          <w:sz w:val="28"/>
          <w:szCs w:val="28"/>
        </w:rPr>
        <w:t>Майлин</w:t>
      </w:r>
      <w:proofErr w:type="spellEnd"/>
      <w:r w:rsidRPr="007E69C8">
        <w:rPr>
          <w:sz w:val="28"/>
          <w:szCs w:val="28"/>
        </w:rPr>
        <w:t xml:space="preserve"> </w:t>
      </w:r>
      <w:proofErr w:type="spellStart"/>
      <w:r w:rsidRPr="007E69C8">
        <w:rPr>
          <w:sz w:val="28"/>
          <w:szCs w:val="28"/>
        </w:rPr>
        <w:t>көше</w:t>
      </w:r>
      <w:r w:rsidRPr="007E69C8">
        <w:rPr>
          <w:sz w:val="28"/>
          <w:szCs w:val="28"/>
          <w:lang w:val="kk-KZ"/>
        </w:rPr>
        <w:t>сі</w:t>
      </w:r>
      <w:r w:rsidRPr="007E69C8">
        <w:rPr>
          <w:sz w:val="28"/>
          <w:szCs w:val="28"/>
        </w:rPr>
        <w:t>нің</w:t>
      </w:r>
      <w:proofErr w:type="spellEnd"/>
      <w:r w:rsidRPr="007E69C8">
        <w:rPr>
          <w:sz w:val="28"/>
          <w:szCs w:val="28"/>
        </w:rPr>
        <w:t xml:space="preserve"> </w:t>
      </w:r>
      <w:proofErr w:type="spellStart"/>
      <w:r w:rsidRPr="007E69C8">
        <w:rPr>
          <w:sz w:val="28"/>
          <w:szCs w:val="28"/>
        </w:rPr>
        <w:t>тақ</w:t>
      </w:r>
      <w:proofErr w:type="spellEnd"/>
      <w:r w:rsidRPr="007E69C8">
        <w:rPr>
          <w:sz w:val="28"/>
          <w:szCs w:val="28"/>
        </w:rPr>
        <w:t xml:space="preserve"> </w:t>
      </w:r>
      <w:proofErr w:type="spellStart"/>
      <w:r w:rsidRPr="007E69C8">
        <w:rPr>
          <w:sz w:val="28"/>
          <w:szCs w:val="28"/>
        </w:rPr>
        <w:t>сандар</w:t>
      </w:r>
      <w:proofErr w:type="spellEnd"/>
      <w:r w:rsidRPr="007E69C8">
        <w:rPr>
          <w:sz w:val="28"/>
          <w:szCs w:val="28"/>
        </w:rPr>
        <w:t xml:space="preserve"> </w:t>
      </w:r>
      <w:proofErr w:type="spellStart"/>
      <w:r w:rsidRPr="007E69C8">
        <w:rPr>
          <w:sz w:val="28"/>
          <w:szCs w:val="28"/>
        </w:rPr>
        <w:t>жағымен</w:t>
      </w:r>
      <w:proofErr w:type="spellEnd"/>
      <w:r w:rsidRPr="007E7FD7">
        <w:rPr>
          <w:sz w:val="28"/>
          <w:szCs w:val="28"/>
        </w:rPr>
        <w:t xml:space="preserve"> </w:t>
      </w:r>
      <w:proofErr w:type="spellStart"/>
      <w:r w:rsidRPr="007E7FD7">
        <w:rPr>
          <w:sz w:val="28"/>
          <w:szCs w:val="28"/>
        </w:rPr>
        <w:t>күйші</w:t>
      </w:r>
      <w:proofErr w:type="spellEnd"/>
      <w:r w:rsidRPr="007E7FD7">
        <w:rPr>
          <w:sz w:val="28"/>
          <w:szCs w:val="28"/>
        </w:rPr>
        <w:t xml:space="preserve"> Дина </w:t>
      </w:r>
      <w:proofErr w:type="spellStart"/>
      <w:r w:rsidRPr="007E7FD7">
        <w:rPr>
          <w:sz w:val="28"/>
          <w:szCs w:val="28"/>
        </w:rPr>
        <w:t>көшесіндегі</w:t>
      </w:r>
      <w:proofErr w:type="spellEnd"/>
      <w:r w:rsidRPr="007E7FD7">
        <w:rPr>
          <w:sz w:val="28"/>
          <w:szCs w:val="28"/>
        </w:rPr>
        <w:t xml:space="preserve"> № 30, 30/1, 30А </w:t>
      </w:r>
      <w:proofErr w:type="spellStart"/>
      <w:r w:rsidRPr="007E7FD7">
        <w:rPr>
          <w:sz w:val="28"/>
          <w:szCs w:val="28"/>
        </w:rPr>
        <w:t>үйлер</w:t>
      </w:r>
      <w:proofErr w:type="spellEnd"/>
      <w:r w:rsidRPr="007E7FD7">
        <w:rPr>
          <w:sz w:val="28"/>
          <w:szCs w:val="28"/>
        </w:rPr>
        <w:t xml:space="preserve"> мен Б. </w:t>
      </w:r>
      <w:proofErr w:type="spellStart"/>
      <w:r w:rsidRPr="007E7FD7">
        <w:rPr>
          <w:sz w:val="28"/>
          <w:szCs w:val="28"/>
        </w:rPr>
        <w:t>Майлин</w:t>
      </w:r>
      <w:proofErr w:type="spellEnd"/>
      <w:r w:rsidRPr="007E7FD7">
        <w:rPr>
          <w:sz w:val="28"/>
          <w:szCs w:val="28"/>
        </w:rPr>
        <w:t xml:space="preserve"> </w:t>
      </w:r>
      <w:proofErr w:type="spellStart"/>
      <w:r w:rsidRPr="007E7FD7">
        <w:rPr>
          <w:sz w:val="28"/>
          <w:szCs w:val="28"/>
        </w:rPr>
        <w:t>көшесіндегі</w:t>
      </w:r>
      <w:proofErr w:type="spellEnd"/>
      <w:r w:rsidRPr="007E7FD7">
        <w:rPr>
          <w:sz w:val="28"/>
          <w:szCs w:val="28"/>
        </w:rPr>
        <w:t xml:space="preserve"> № 31 </w:t>
      </w:r>
      <w:proofErr w:type="spellStart"/>
      <w:r w:rsidRPr="007E7FD7">
        <w:rPr>
          <w:sz w:val="28"/>
          <w:szCs w:val="28"/>
        </w:rPr>
        <w:t>үйді</w:t>
      </w:r>
      <w:proofErr w:type="spellEnd"/>
      <w:r w:rsidRPr="007E7FD7">
        <w:rPr>
          <w:sz w:val="28"/>
          <w:szCs w:val="28"/>
        </w:rPr>
        <w:t xml:space="preserve"> </w:t>
      </w:r>
      <w:proofErr w:type="spellStart"/>
      <w:r w:rsidRPr="007E7FD7">
        <w:rPr>
          <w:sz w:val="28"/>
          <w:szCs w:val="28"/>
        </w:rPr>
        <w:t>қоса</w:t>
      </w:r>
      <w:proofErr w:type="spellEnd"/>
      <w:r w:rsidRPr="007E7FD7">
        <w:rPr>
          <w:sz w:val="28"/>
          <w:szCs w:val="28"/>
        </w:rPr>
        <w:t xml:space="preserve"> </w:t>
      </w:r>
      <w:proofErr w:type="spellStart"/>
      <w:r w:rsidRPr="007E7FD7">
        <w:rPr>
          <w:sz w:val="28"/>
          <w:szCs w:val="28"/>
        </w:rPr>
        <w:t>алғанда</w:t>
      </w:r>
      <w:proofErr w:type="spellEnd"/>
      <w:r w:rsidRPr="007E7FD7">
        <w:rPr>
          <w:sz w:val="28"/>
          <w:szCs w:val="28"/>
        </w:rPr>
        <w:t>, М. </w:t>
      </w:r>
      <w:proofErr w:type="spellStart"/>
      <w:r w:rsidRPr="007E7FD7">
        <w:rPr>
          <w:sz w:val="28"/>
          <w:szCs w:val="28"/>
        </w:rPr>
        <w:t>Жұмабаев</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М. </w:t>
      </w:r>
      <w:proofErr w:type="spellStart"/>
      <w:r w:rsidRPr="007E7FD7">
        <w:rPr>
          <w:sz w:val="28"/>
          <w:szCs w:val="28"/>
        </w:rPr>
        <w:t>Жұмабаев</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Б. </w:t>
      </w:r>
      <w:proofErr w:type="spellStart"/>
      <w:r w:rsidRPr="007E7FD7">
        <w:rPr>
          <w:sz w:val="28"/>
          <w:szCs w:val="28"/>
        </w:rPr>
        <w:t>Момышұлы</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Б. </w:t>
      </w:r>
      <w:proofErr w:type="spellStart"/>
      <w:r w:rsidRPr="007E7FD7">
        <w:rPr>
          <w:sz w:val="28"/>
          <w:szCs w:val="28"/>
        </w:rPr>
        <w:t>Момышұлы</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Сырымбет</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Сырымбет</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Талғар</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Талғар</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Көкпар</w:t>
      </w:r>
      <w:proofErr w:type="spellEnd"/>
      <w:r w:rsidRPr="007E7FD7">
        <w:rPr>
          <w:sz w:val="28"/>
          <w:szCs w:val="28"/>
        </w:rPr>
        <w:t xml:space="preserve"> </w:t>
      </w:r>
      <w:proofErr w:type="spellStart"/>
      <w:r w:rsidRPr="007E7FD7">
        <w:rPr>
          <w:sz w:val="28"/>
          <w:szCs w:val="28"/>
        </w:rPr>
        <w:t>орамына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Көкпар</w:t>
      </w:r>
      <w:proofErr w:type="spellEnd"/>
      <w:r w:rsidRPr="007E7FD7">
        <w:rPr>
          <w:sz w:val="28"/>
          <w:szCs w:val="28"/>
        </w:rPr>
        <w:t xml:space="preserve"> </w:t>
      </w:r>
      <w:proofErr w:type="spellStart"/>
      <w:r w:rsidRPr="007E7FD7">
        <w:rPr>
          <w:sz w:val="28"/>
          <w:szCs w:val="28"/>
        </w:rPr>
        <w:t>орамының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Обаған</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Обаған</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М. </w:t>
      </w:r>
      <w:proofErr w:type="spellStart"/>
      <w:r w:rsidRPr="007E7FD7">
        <w:rPr>
          <w:sz w:val="28"/>
          <w:szCs w:val="28"/>
        </w:rPr>
        <w:t>Жұмабаев</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w:t>
      </w:r>
    </w:p>
    <w:p w14:paraId="1D3AAE15" w14:textId="77777777" w:rsidR="00937755" w:rsidRPr="007E7FD7" w:rsidRDefault="00937755" w:rsidP="00937755">
      <w:pPr>
        <w:ind w:firstLine="709"/>
        <w:jc w:val="both"/>
        <w:rPr>
          <w:sz w:val="28"/>
          <w:szCs w:val="28"/>
        </w:rPr>
      </w:pPr>
    </w:p>
    <w:p w14:paraId="6F350EA7" w14:textId="77777777" w:rsidR="00937755" w:rsidRPr="007E7FD7" w:rsidRDefault="00937755" w:rsidP="00937755">
      <w:pPr>
        <w:keepNext/>
        <w:ind w:firstLine="709"/>
        <w:jc w:val="center"/>
        <w:rPr>
          <w:sz w:val="28"/>
          <w:szCs w:val="28"/>
        </w:rPr>
      </w:pPr>
      <w:r w:rsidRPr="007E7FD7">
        <w:rPr>
          <w:sz w:val="28"/>
          <w:szCs w:val="28"/>
        </w:rPr>
        <w:lastRenderedPageBreak/>
        <w:t xml:space="preserve">№ 36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61801141"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Мұстафа</w:t>
      </w:r>
      <w:proofErr w:type="spellEnd"/>
      <w:r w:rsidRPr="007E7FD7">
        <w:rPr>
          <w:sz w:val="28"/>
          <w:szCs w:val="28"/>
        </w:rPr>
        <w:t xml:space="preserve"> </w:t>
      </w:r>
      <w:proofErr w:type="spellStart"/>
      <w:r w:rsidRPr="007E7FD7">
        <w:rPr>
          <w:sz w:val="28"/>
          <w:szCs w:val="28"/>
        </w:rPr>
        <w:t>Шоқай</w:t>
      </w:r>
      <w:proofErr w:type="spellEnd"/>
      <w:r w:rsidRPr="007E7FD7">
        <w:rPr>
          <w:sz w:val="28"/>
          <w:szCs w:val="28"/>
        </w:rPr>
        <w:t xml:space="preserve"> </w:t>
      </w:r>
      <w:proofErr w:type="spellStart"/>
      <w:r w:rsidRPr="007E7FD7">
        <w:rPr>
          <w:sz w:val="28"/>
          <w:szCs w:val="28"/>
        </w:rPr>
        <w:t>атындағы</w:t>
      </w:r>
      <w:proofErr w:type="spellEnd"/>
      <w:r>
        <w:rPr>
          <w:sz w:val="28"/>
          <w:szCs w:val="28"/>
        </w:rPr>
        <w:t xml:space="preserve"> </w:t>
      </w:r>
      <w:r>
        <w:rPr>
          <w:sz w:val="28"/>
          <w:szCs w:val="28"/>
        </w:rPr>
        <w:br/>
      </w:r>
      <w:r w:rsidRPr="007E69C8">
        <w:rPr>
          <w:sz w:val="28"/>
          <w:szCs w:val="28"/>
        </w:rPr>
        <w:t xml:space="preserve">№ 51 </w:t>
      </w:r>
      <w:proofErr w:type="spellStart"/>
      <w:r w:rsidRPr="007E69C8">
        <w:rPr>
          <w:sz w:val="28"/>
          <w:szCs w:val="28"/>
        </w:rPr>
        <w:t>мектеп</w:t>
      </w:r>
      <w:proofErr w:type="spellEnd"/>
      <w:r w:rsidRPr="007E69C8">
        <w:rPr>
          <w:sz w:val="28"/>
          <w:szCs w:val="28"/>
        </w:rPr>
        <w:t>-гимназия»</w:t>
      </w:r>
      <w:r w:rsidRPr="007E7FD7">
        <w:rPr>
          <w:sz w:val="28"/>
          <w:szCs w:val="28"/>
        </w:rPr>
        <w:t xml:space="preserve">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Аманат </w:t>
      </w:r>
      <w:proofErr w:type="spellStart"/>
      <w:r w:rsidRPr="007E7FD7">
        <w:rPr>
          <w:sz w:val="28"/>
          <w:szCs w:val="28"/>
        </w:rPr>
        <w:t>көшесі</w:t>
      </w:r>
      <w:proofErr w:type="spellEnd"/>
      <w:r w:rsidRPr="007E7FD7">
        <w:rPr>
          <w:sz w:val="28"/>
          <w:szCs w:val="28"/>
        </w:rPr>
        <w:t>, № 5)</w:t>
      </w:r>
    </w:p>
    <w:p w14:paraId="0922DCBC" w14:textId="77777777" w:rsidR="00937755" w:rsidRPr="007E7FD7" w:rsidRDefault="00937755" w:rsidP="00937755">
      <w:pPr>
        <w:ind w:firstLine="709"/>
        <w:jc w:val="center"/>
        <w:rPr>
          <w:sz w:val="28"/>
          <w:szCs w:val="28"/>
        </w:rPr>
      </w:pPr>
    </w:p>
    <w:p w14:paraId="197ABDEA"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Қ. </w:t>
      </w:r>
      <w:proofErr w:type="spellStart"/>
      <w:r w:rsidRPr="007E7FD7">
        <w:rPr>
          <w:sz w:val="28"/>
          <w:szCs w:val="28"/>
        </w:rPr>
        <w:t>Сәтбаев</w:t>
      </w:r>
      <w:proofErr w:type="spellEnd"/>
      <w:r w:rsidRPr="007E7FD7">
        <w:rPr>
          <w:sz w:val="28"/>
          <w:szCs w:val="28"/>
        </w:rPr>
        <w:t xml:space="preserve"> </w:t>
      </w:r>
      <w:proofErr w:type="spellStart"/>
      <w:r w:rsidRPr="007E7FD7">
        <w:rPr>
          <w:sz w:val="28"/>
          <w:szCs w:val="28"/>
        </w:rPr>
        <w:t>көшесінен</w:t>
      </w:r>
      <w:proofErr w:type="spellEnd"/>
      <w:r w:rsidRPr="007E7FD7">
        <w:rPr>
          <w:sz w:val="28"/>
          <w:szCs w:val="28"/>
        </w:rPr>
        <w:t xml:space="preserve"> </w:t>
      </w:r>
      <w:proofErr w:type="spellStart"/>
      <w:r w:rsidRPr="007E7FD7">
        <w:rPr>
          <w:sz w:val="28"/>
          <w:szCs w:val="28"/>
        </w:rPr>
        <w:t>күйші</w:t>
      </w:r>
      <w:proofErr w:type="spellEnd"/>
      <w:r w:rsidRPr="007E7FD7">
        <w:rPr>
          <w:sz w:val="28"/>
          <w:szCs w:val="28"/>
        </w:rPr>
        <w:t xml:space="preserve"> Дина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М. </w:t>
      </w:r>
      <w:proofErr w:type="spellStart"/>
      <w:r w:rsidRPr="007E7FD7">
        <w:rPr>
          <w:sz w:val="28"/>
          <w:szCs w:val="28"/>
        </w:rPr>
        <w:t>Жұмабаев</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М. </w:t>
      </w:r>
      <w:proofErr w:type="spellStart"/>
      <w:r w:rsidRPr="007E7FD7">
        <w:rPr>
          <w:sz w:val="28"/>
          <w:szCs w:val="28"/>
        </w:rPr>
        <w:t>Жұмабаев</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Шашу</w:t>
      </w:r>
      <w:proofErr w:type="spellEnd"/>
      <w:r w:rsidRPr="007E7FD7">
        <w:rPr>
          <w:sz w:val="28"/>
          <w:szCs w:val="28"/>
        </w:rPr>
        <w:t xml:space="preserve"> </w:t>
      </w:r>
      <w:proofErr w:type="spellStart"/>
      <w:r w:rsidRPr="007E7FD7">
        <w:rPr>
          <w:sz w:val="28"/>
          <w:szCs w:val="28"/>
        </w:rPr>
        <w:t>орамына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Шашу</w:t>
      </w:r>
      <w:proofErr w:type="spellEnd"/>
      <w:r w:rsidRPr="007E7FD7">
        <w:rPr>
          <w:sz w:val="28"/>
          <w:szCs w:val="28"/>
        </w:rPr>
        <w:t xml:space="preserve"> </w:t>
      </w:r>
      <w:proofErr w:type="spellStart"/>
      <w:r w:rsidRPr="007E7FD7">
        <w:rPr>
          <w:sz w:val="28"/>
          <w:szCs w:val="28"/>
        </w:rPr>
        <w:t>орамының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Әбуабдулло</w:t>
      </w:r>
      <w:proofErr w:type="spellEnd"/>
      <w:r w:rsidRPr="007E7FD7">
        <w:rPr>
          <w:sz w:val="28"/>
          <w:szCs w:val="28"/>
        </w:rPr>
        <w:t xml:space="preserve"> Рудаки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Әбуабдулло</w:t>
      </w:r>
      <w:proofErr w:type="spellEnd"/>
      <w:r w:rsidRPr="007E7FD7">
        <w:rPr>
          <w:sz w:val="28"/>
          <w:szCs w:val="28"/>
        </w:rPr>
        <w:t xml:space="preserve"> Рудаки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Б. </w:t>
      </w:r>
      <w:proofErr w:type="spellStart"/>
      <w:r w:rsidRPr="007E7FD7">
        <w:rPr>
          <w:sz w:val="28"/>
          <w:szCs w:val="28"/>
        </w:rPr>
        <w:t>Майлин</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Б. </w:t>
      </w:r>
      <w:proofErr w:type="spellStart"/>
      <w:r w:rsidRPr="007E7FD7">
        <w:rPr>
          <w:sz w:val="28"/>
          <w:szCs w:val="28"/>
        </w:rPr>
        <w:t>Майлин</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r w:rsidRPr="007E7FD7">
        <w:rPr>
          <w:sz w:val="28"/>
          <w:szCs w:val="28"/>
        </w:rPr>
        <w:br/>
        <w:t>Қ. </w:t>
      </w:r>
      <w:proofErr w:type="spellStart"/>
      <w:r w:rsidRPr="007E7FD7">
        <w:rPr>
          <w:sz w:val="28"/>
          <w:szCs w:val="28"/>
        </w:rPr>
        <w:t>Сәтбаев</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Қ. </w:t>
      </w:r>
      <w:proofErr w:type="spellStart"/>
      <w:r w:rsidRPr="007E7FD7">
        <w:rPr>
          <w:sz w:val="28"/>
          <w:szCs w:val="28"/>
        </w:rPr>
        <w:t>Сәтбаев</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күйші</w:t>
      </w:r>
      <w:proofErr w:type="spellEnd"/>
      <w:r w:rsidRPr="007E7FD7">
        <w:rPr>
          <w:sz w:val="28"/>
          <w:szCs w:val="28"/>
        </w:rPr>
        <w:t xml:space="preserve"> Дина </w:t>
      </w:r>
      <w:proofErr w:type="spellStart"/>
      <w:r w:rsidRPr="007E7FD7">
        <w:rPr>
          <w:sz w:val="28"/>
          <w:szCs w:val="28"/>
        </w:rPr>
        <w:t>көшесіндегі</w:t>
      </w:r>
      <w:proofErr w:type="spellEnd"/>
      <w:r w:rsidRPr="007E7FD7">
        <w:rPr>
          <w:sz w:val="28"/>
          <w:szCs w:val="28"/>
        </w:rPr>
        <w:t xml:space="preserve"> № 28, 28/1 </w:t>
      </w:r>
      <w:proofErr w:type="spellStart"/>
      <w:r w:rsidRPr="007E7FD7">
        <w:rPr>
          <w:sz w:val="28"/>
          <w:szCs w:val="28"/>
        </w:rPr>
        <w:t>үйлерді</w:t>
      </w:r>
      <w:proofErr w:type="spellEnd"/>
      <w:r w:rsidRPr="007E7FD7">
        <w:rPr>
          <w:sz w:val="28"/>
          <w:szCs w:val="28"/>
        </w:rPr>
        <w:t>, Б. </w:t>
      </w:r>
      <w:proofErr w:type="spellStart"/>
      <w:r w:rsidRPr="007E7FD7">
        <w:rPr>
          <w:sz w:val="28"/>
          <w:szCs w:val="28"/>
        </w:rPr>
        <w:t>Майлин</w:t>
      </w:r>
      <w:proofErr w:type="spellEnd"/>
      <w:r w:rsidRPr="007E7FD7">
        <w:rPr>
          <w:sz w:val="28"/>
          <w:szCs w:val="28"/>
        </w:rPr>
        <w:t xml:space="preserve"> </w:t>
      </w:r>
      <w:proofErr w:type="spellStart"/>
      <w:r w:rsidRPr="007E7FD7">
        <w:rPr>
          <w:sz w:val="28"/>
          <w:szCs w:val="28"/>
        </w:rPr>
        <w:t>көшесіндегі</w:t>
      </w:r>
      <w:proofErr w:type="spellEnd"/>
      <w:r w:rsidRPr="007E7FD7">
        <w:rPr>
          <w:sz w:val="28"/>
          <w:szCs w:val="28"/>
        </w:rPr>
        <w:t xml:space="preserve"> № 31 </w:t>
      </w:r>
      <w:proofErr w:type="spellStart"/>
      <w:r w:rsidRPr="007E7FD7">
        <w:rPr>
          <w:sz w:val="28"/>
          <w:szCs w:val="28"/>
        </w:rPr>
        <w:t>үйді</w:t>
      </w:r>
      <w:proofErr w:type="spellEnd"/>
      <w:r w:rsidRPr="007E7FD7">
        <w:rPr>
          <w:sz w:val="28"/>
          <w:szCs w:val="28"/>
        </w:rPr>
        <w:t xml:space="preserve"> </w:t>
      </w:r>
      <w:proofErr w:type="spellStart"/>
      <w:r w:rsidRPr="007E7FD7">
        <w:rPr>
          <w:sz w:val="28"/>
          <w:szCs w:val="28"/>
        </w:rPr>
        <w:t>қоспағанда</w:t>
      </w:r>
      <w:proofErr w:type="spellEnd"/>
      <w:r w:rsidRPr="007E7FD7">
        <w:rPr>
          <w:sz w:val="28"/>
          <w:szCs w:val="28"/>
        </w:rPr>
        <w:t xml:space="preserve">, </w:t>
      </w:r>
      <w:proofErr w:type="spellStart"/>
      <w:r w:rsidRPr="007E7FD7">
        <w:rPr>
          <w:sz w:val="28"/>
          <w:szCs w:val="28"/>
        </w:rPr>
        <w:t>Қосбасар</w:t>
      </w:r>
      <w:proofErr w:type="spellEnd"/>
      <w:r w:rsidRPr="007E7FD7">
        <w:rPr>
          <w:sz w:val="28"/>
          <w:szCs w:val="28"/>
        </w:rPr>
        <w:t xml:space="preserve"> </w:t>
      </w:r>
      <w:proofErr w:type="spellStart"/>
      <w:r w:rsidRPr="007E7FD7">
        <w:rPr>
          <w:sz w:val="28"/>
          <w:szCs w:val="28"/>
        </w:rPr>
        <w:t>орамындағы</w:t>
      </w:r>
      <w:proofErr w:type="spellEnd"/>
      <w:r w:rsidRPr="007E7FD7">
        <w:rPr>
          <w:sz w:val="28"/>
          <w:szCs w:val="28"/>
        </w:rPr>
        <w:t xml:space="preserve"> № 2, 2А </w:t>
      </w:r>
      <w:proofErr w:type="spellStart"/>
      <w:r w:rsidRPr="007E7FD7">
        <w:rPr>
          <w:sz w:val="28"/>
          <w:szCs w:val="28"/>
        </w:rPr>
        <w:t>үйлерді</w:t>
      </w:r>
      <w:proofErr w:type="spellEnd"/>
      <w:r w:rsidRPr="007E7FD7">
        <w:rPr>
          <w:sz w:val="28"/>
          <w:szCs w:val="28"/>
        </w:rPr>
        <w:t xml:space="preserve">, </w:t>
      </w:r>
      <w:proofErr w:type="spellStart"/>
      <w:r w:rsidRPr="007E7FD7">
        <w:rPr>
          <w:sz w:val="28"/>
          <w:szCs w:val="28"/>
        </w:rPr>
        <w:t>Манатау</w:t>
      </w:r>
      <w:proofErr w:type="spellEnd"/>
      <w:r w:rsidRPr="007E7FD7">
        <w:rPr>
          <w:sz w:val="28"/>
          <w:szCs w:val="28"/>
        </w:rPr>
        <w:t xml:space="preserve"> </w:t>
      </w:r>
      <w:proofErr w:type="spellStart"/>
      <w:r w:rsidRPr="007E7FD7">
        <w:rPr>
          <w:sz w:val="28"/>
          <w:szCs w:val="28"/>
        </w:rPr>
        <w:t>көшесіндегі</w:t>
      </w:r>
      <w:proofErr w:type="spellEnd"/>
      <w:r w:rsidRPr="007E7FD7">
        <w:rPr>
          <w:sz w:val="28"/>
          <w:szCs w:val="28"/>
        </w:rPr>
        <w:t xml:space="preserve"> № 2, 2/1, 4, 4/1 </w:t>
      </w:r>
      <w:proofErr w:type="spellStart"/>
      <w:r w:rsidRPr="007E7FD7">
        <w:rPr>
          <w:sz w:val="28"/>
          <w:szCs w:val="28"/>
        </w:rPr>
        <w:t>үйлерді</w:t>
      </w:r>
      <w:proofErr w:type="spellEnd"/>
      <w:r w:rsidRPr="007E7FD7">
        <w:rPr>
          <w:sz w:val="28"/>
          <w:szCs w:val="28"/>
        </w:rPr>
        <w:t>, Қ. </w:t>
      </w:r>
      <w:proofErr w:type="spellStart"/>
      <w:r w:rsidRPr="007E7FD7">
        <w:rPr>
          <w:sz w:val="28"/>
          <w:szCs w:val="28"/>
        </w:rPr>
        <w:t>Сәтбаев</w:t>
      </w:r>
      <w:proofErr w:type="spellEnd"/>
      <w:r w:rsidRPr="007E7FD7">
        <w:rPr>
          <w:sz w:val="28"/>
          <w:szCs w:val="28"/>
        </w:rPr>
        <w:t xml:space="preserve"> </w:t>
      </w:r>
      <w:proofErr w:type="spellStart"/>
      <w:r w:rsidRPr="007E7FD7">
        <w:rPr>
          <w:sz w:val="28"/>
          <w:szCs w:val="28"/>
        </w:rPr>
        <w:t>көшесіндегі</w:t>
      </w:r>
      <w:proofErr w:type="spellEnd"/>
      <w:r w:rsidRPr="007E7FD7">
        <w:rPr>
          <w:sz w:val="28"/>
          <w:szCs w:val="28"/>
        </w:rPr>
        <w:t xml:space="preserve"> № 16/1, 16/2, 16/3, 18 </w:t>
      </w:r>
      <w:proofErr w:type="spellStart"/>
      <w:r w:rsidRPr="007E7FD7">
        <w:rPr>
          <w:sz w:val="28"/>
          <w:szCs w:val="28"/>
        </w:rPr>
        <w:t>үйлерді</w:t>
      </w:r>
      <w:proofErr w:type="spellEnd"/>
      <w:r w:rsidRPr="007E7FD7">
        <w:rPr>
          <w:sz w:val="28"/>
          <w:szCs w:val="28"/>
        </w:rPr>
        <w:t xml:space="preserve">, </w:t>
      </w:r>
      <w:r w:rsidRPr="007E7FD7">
        <w:rPr>
          <w:sz w:val="28"/>
          <w:szCs w:val="28"/>
        </w:rPr>
        <w:br/>
        <w:t>Б. </w:t>
      </w:r>
      <w:proofErr w:type="spellStart"/>
      <w:r w:rsidRPr="007E7FD7">
        <w:rPr>
          <w:sz w:val="28"/>
          <w:szCs w:val="28"/>
        </w:rPr>
        <w:t>Майлин</w:t>
      </w:r>
      <w:proofErr w:type="spellEnd"/>
      <w:r w:rsidRPr="007E7FD7">
        <w:rPr>
          <w:sz w:val="28"/>
          <w:szCs w:val="28"/>
        </w:rPr>
        <w:t xml:space="preserve"> </w:t>
      </w:r>
      <w:proofErr w:type="spellStart"/>
      <w:r w:rsidRPr="007E7FD7">
        <w:rPr>
          <w:sz w:val="28"/>
          <w:szCs w:val="28"/>
        </w:rPr>
        <w:t>көшесіндегі</w:t>
      </w:r>
      <w:proofErr w:type="spellEnd"/>
      <w:r w:rsidRPr="007E7FD7">
        <w:rPr>
          <w:sz w:val="28"/>
          <w:szCs w:val="28"/>
        </w:rPr>
        <w:t xml:space="preserve"> № 16/2, 16/3, 16/8, 16/9, 16/11 </w:t>
      </w:r>
      <w:proofErr w:type="spellStart"/>
      <w:r w:rsidRPr="007E7FD7">
        <w:rPr>
          <w:sz w:val="28"/>
          <w:szCs w:val="28"/>
        </w:rPr>
        <w:t>үйлерді</w:t>
      </w:r>
      <w:proofErr w:type="spellEnd"/>
      <w:r w:rsidRPr="007E7FD7">
        <w:rPr>
          <w:sz w:val="28"/>
          <w:szCs w:val="28"/>
        </w:rPr>
        <w:t xml:space="preserve"> </w:t>
      </w:r>
      <w:proofErr w:type="spellStart"/>
      <w:r w:rsidRPr="007E7FD7">
        <w:rPr>
          <w:sz w:val="28"/>
          <w:szCs w:val="28"/>
        </w:rPr>
        <w:t>қоса</w:t>
      </w:r>
      <w:proofErr w:type="spellEnd"/>
      <w:r w:rsidRPr="007E7FD7">
        <w:rPr>
          <w:sz w:val="28"/>
          <w:szCs w:val="28"/>
        </w:rPr>
        <w:t xml:space="preserve"> </w:t>
      </w:r>
      <w:proofErr w:type="spellStart"/>
      <w:r w:rsidRPr="007E7FD7">
        <w:rPr>
          <w:sz w:val="28"/>
          <w:szCs w:val="28"/>
        </w:rPr>
        <w:t>алғанда</w:t>
      </w:r>
      <w:proofErr w:type="spellEnd"/>
      <w:r w:rsidRPr="007E7FD7">
        <w:rPr>
          <w:sz w:val="28"/>
          <w:szCs w:val="28"/>
        </w:rPr>
        <w:t xml:space="preserve">, </w:t>
      </w:r>
      <w:proofErr w:type="spellStart"/>
      <w:r w:rsidRPr="007E7FD7">
        <w:rPr>
          <w:sz w:val="28"/>
          <w:szCs w:val="28"/>
        </w:rPr>
        <w:t>күйші</w:t>
      </w:r>
      <w:proofErr w:type="spellEnd"/>
      <w:r w:rsidRPr="007E7FD7">
        <w:rPr>
          <w:sz w:val="28"/>
          <w:szCs w:val="28"/>
        </w:rPr>
        <w:t xml:space="preserve"> Дина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w:t>
      </w:r>
    </w:p>
    <w:p w14:paraId="14D47488" w14:textId="77777777" w:rsidR="00937755" w:rsidRPr="007E7FD7" w:rsidRDefault="00937755" w:rsidP="00937755">
      <w:pPr>
        <w:ind w:firstLine="709"/>
        <w:jc w:val="both"/>
        <w:rPr>
          <w:sz w:val="28"/>
          <w:szCs w:val="28"/>
        </w:rPr>
      </w:pPr>
    </w:p>
    <w:p w14:paraId="35873390" w14:textId="77777777" w:rsidR="00937755" w:rsidRPr="007E7FD7" w:rsidRDefault="00937755" w:rsidP="00937755">
      <w:pPr>
        <w:keepNext/>
        <w:ind w:firstLine="709"/>
        <w:jc w:val="center"/>
        <w:rPr>
          <w:sz w:val="28"/>
          <w:szCs w:val="28"/>
        </w:rPr>
      </w:pPr>
      <w:r w:rsidRPr="007E7FD7">
        <w:rPr>
          <w:sz w:val="28"/>
          <w:szCs w:val="28"/>
        </w:rPr>
        <w:t xml:space="preserve">№ 37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1ED1F0F5"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Бауыржан</w:t>
      </w:r>
      <w:proofErr w:type="spellEnd"/>
      <w:r w:rsidRPr="007E7FD7">
        <w:rPr>
          <w:sz w:val="28"/>
          <w:szCs w:val="28"/>
        </w:rPr>
        <w:t xml:space="preserve"> </w:t>
      </w:r>
      <w:proofErr w:type="spellStart"/>
      <w:r w:rsidRPr="007E7FD7">
        <w:rPr>
          <w:sz w:val="28"/>
          <w:szCs w:val="28"/>
        </w:rPr>
        <w:t>Момышұлы</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 53 </w:t>
      </w:r>
      <w:proofErr w:type="spellStart"/>
      <w:r w:rsidRPr="007E7FD7">
        <w:rPr>
          <w:sz w:val="28"/>
          <w:szCs w:val="28"/>
        </w:rPr>
        <w:t>мектеп</w:t>
      </w:r>
      <w:proofErr w:type="spellEnd"/>
      <w:r w:rsidRPr="007E7FD7">
        <w:rPr>
          <w:sz w:val="28"/>
          <w:szCs w:val="28"/>
        </w:rPr>
        <w:t xml:space="preserve">-лицей»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roofErr w:type="spellStart"/>
      <w:r w:rsidRPr="007E7FD7">
        <w:rPr>
          <w:sz w:val="28"/>
          <w:szCs w:val="28"/>
        </w:rPr>
        <w:t>Қарқабат</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17)</w:t>
      </w:r>
    </w:p>
    <w:p w14:paraId="7715B214" w14:textId="77777777" w:rsidR="00937755" w:rsidRPr="007E7FD7" w:rsidRDefault="00937755" w:rsidP="00937755">
      <w:pPr>
        <w:ind w:firstLine="709"/>
        <w:jc w:val="center"/>
        <w:rPr>
          <w:sz w:val="28"/>
          <w:szCs w:val="28"/>
        </w:rPr>
      </w:pPr>
    </w:p>
    <w:p w14:paraId="165DA99F"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Б. </w:t>
      </w:r>
      <w:proofErr w:type="spellStart"/>
      <w:r w:rsidRPr="007E7FD7">
        <w:rPr>
          <w:sz w:val="28"/>
          <w:szCs w:val="28"/>
        </w:rPr>
        <w:t>Момышұлы</w:t>
      </w:r>
      <w:proofErr w:type="spellEnd"/>
      <w:r w:rsidRPr="007E7FD7">
        <w:rPr>
          <w:sz w:val="28"/>
          <w:szCs w:val="28"/>
        </w:rPr>
        <w:t xml:space="preserve"> </w:t>
      </w:r>
      <w:proofErr w:type="spellStart"/>
      <w:r w:rsidRPr="007E7FD7">
        <w:rPr>
          <w:sz w:val="28"/>
          <w:szCs w:val="28"/>
        </w:rPr>
        <w:t>даңғылынан</w:t>
      </w:r>
      <w:proofErr w:type="spellEnd"/>
      <w:r w:rsidRPr="007E7FD7">
        <w:rPr>
          <w:sz w:val="28"/>
          <w:szCs w:val="28"/>
        </w:rPr>
        <w:t xml:space="preserve"> Қ. </w:t>
      </w:r>
      <w:proofErr w:type="spellStart"/>
      <w:r w:rsidRPr="007E7FD7">
        <w:rPr>
          <w:sz w:val="28"/>
          <w:szCs w:val="28"/>
        </w:rPr>
        <w:t>Сәтбаев</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Қосалқа</w:t>
      </w:r>
      <w:proofErr w:type="spellEnd"/>
      <w:r w:rsidRPr="007E7FD7">
        <w:rPr>
          <w:sz w:val="28"/>
          <w:szCs w:val="28"/>
        </w:rPr>
        <w:t xml:space="preserve"> </w:t>
      </w:r>
      <w:proofErr w:type="spellStart"/>
      <w:r w:rsidRPr="007E7FD7">
        <w:rPr>
          <w:sz w:val="28"/>
          <w:szCs w:val="28"/>
        </w:rPr>
        <w:t>орамына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Қосалқа</w:t>
      </w:r>
      <w:proofErr w:type="spellEnd"/>
      <w:r w:rsidRPr="007E7FD7">
        <w:rPr>
          <w:sz w:val="28"/>
          <w:szCs w:val="28"/>
        </w:rPr>
        <w:t xml:space="preserve"> </w:t>
      </w:r>
      <w:proofErr w:type="spellStart"/>
      <w:r w:rsidRPr="007E7FD7">
        <w:rPr>
          <w:sz w:val="28"/>
          <w:szCs w:val="28"/>
        </w:rPr>
        <w:t>орамының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Аманат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Аманат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Б. </w:t>
      </w:r>
      <w:proofErr w:type="spellStart"/>
      <w:r w:rsidRPr="007E7FD7">
        <w:rPr>
          <w:sz w:val="28"/>
          <w:szCs w:val="28"/>
        </w:rPr>
        <w:t>Момышұлы</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Б. </w:t>
      </w:r>
      <w:proofErr w:type="spellStart"/>
      <w:r w:rsidRPr="007E7FD7">
        <w:rPr>
          <w:sz w:val="28"/>
          <w:szCs w:val="28"/>
        </w:rPr>
        <w:t>Момышұлы</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Қ. </w:t>
      </w:r>
      <w:proofErr w:type="spellStart"/>
      <w:r w:rsidRPr="007E7FD7">
        <w:rPr>
          <w:sz w:val="28"/>
          <w:szCs w:val="28"/>
        </w:rPr>
        <w:t>Сәтбаев</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w:t>
      </w:r>
    </w:p>
    <w:p w14:paraId="2240F216" w14:textId="77777777" w:rsidR="00937755" w:rsidRPr="007E7FD7" w:rsidRDefault="00937755" w:rsidP="00937755">
      <w:pPr>
        <w:ind w:firstLine="709"/>
        <w:jc w:val="both"/>
        <w:rPr>
          <w:sz w:val="28"/>
          <w:szCs w:val="28"/>
        </w:rPr>
      </w:pPr>
    </w:p>
    <w:p w14:paraId="3093E7BF" w14:textId="77777777" w:rsidR="00937755" w:rsidRPr="007E7FD7" w:rsidRDefault="00937755" w:rsidP="00937755">
      <w:pPr>
        <w:keepNext/>
        <w:ind w:firstLine="709"/>
        <w:jc w:val="center"/>
        <w:rPr>
          <w:sz w:val="28"/>
          <w:szCs w:val="28"/>
        </w:rPr>
      </w:pPr>
      <w:r w:rsidRPr="007E7FD7">
        <w:rPr>
          <w:sz w:val="28"/>
          <w:szCs w:val="28"/>
        </w:rPr>
        <w:t xml:space="preserve">№ 38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352E553E"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Бауыржан</w:t>
      </w:r>
      <w:proofErr w:type="spellEnd"/>
      <w:r w:rsidRPr="007E7FD7">
        <w:rPr>
          <w:sz w:val="28"/>
          <w:szCs w:val="28"/>
        </w:rPr>
        <w:t xml:space="preserve"> </w:t>
      </w:r>
      <w:proofErr w:type="spellStart"/>
      <w:r w:rsidRPr="007E7FD7">
        <w:rPr>
          <w:sz w:val="28"/>
          <w:szCs w:val="28"/>
        </w:rPr>
        <w:t>Момышұлы</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 53 </w:t>
      </w:r>
      <w:proofErr w:type="spellStart"/>
      <w:r w:rsidRPr="007E7FD7">
        <w:rPr>
          <w:sz w:val="28"/>
          <w:szCs w:val="28"/>
        </w:rPr>
        <w:t>мектеп</w:t>
      </w:r>
      <w:proofErr w:type="spellEnd"/>
      <w:r w:rsidRPr="007E7FD7">
        <w:rPr>
          <w:sz w:val="28"/>
          <w:szCs w:val="28"/>
        </w:rPr>
        <w:t xml:space="preserve">-лицей»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roofErr w:type="spellStart"/>
      <w:r w:rsidRPr="007E7FD7">
        <w:rPr>
          <w:sz w:val="28"/>
          <w:szCs w:val="28"/>
        </w:rPr>
        <w:t>Қарқабат</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17)</w:t>
      </w:r>
    </w:p>
    <w:p w14:paraId="4D88F09B" w14:textId="77777777" w:rsidR="00937755" w:rsidRPr="007E7FD7" w:rsidRDefault="00937755" w:rsidP="00937755">
      <w:pPr>
        <w:ind w:firstLine="709"/>
        <w:jc w:val="center"/>
        <w:rPr>
          <w:sz w:val="28"/>
          <w:szCs w:val="28"/>
        </w:rPr>
      </w:pPr>
    </w:p>
    <w:p w14:paraId="19835648"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Қосалқа</w:t>
      </w:r>
      <w:proofErr w:type="spellEnd"/>
      <w:r w:rsidRPr="007E7FD7">
        <w:rPr>
          <w:sz w:val="28"/>
          <w:szCs w:val="28"/>
        </w:rPr>
        <w:t xml:space="preserve"> </w:t>
      </w:r>
      <w:proofErr w:type="spellStart"/>
      <w:r w:rsidRPr="007E7FD7">
        <w:rPr>
          <w:sz w:val="28"/>
          <w:szCs w:val="28"/>
        </w:rPr>
        <w:t>орамынан</w:t>
      </w:r>
      <w:proofErr w:type="spellEnd"/>
      <w:r w:rsidRPr="007E7FD7">
        <w:rPr>
          <w:sz w:val="28"/>
          <w:szCs w:val="28"/>
        </w:rPr>
        <w:t xml:space="preserve"> Қ. </w:t>
      </w:r>
      <w:proofErr w:type="spellStart"/>
      <w:r w:rsidRPr="007E7FD7">
        <w:rPr>
          <w:sz w:val="28"/>
          <w:szCs w:val="28"/>
        </w:rPr>
        <w:t>Сәтбаев</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Обаған</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Обаған</w:t>
      </w:r>
      <w:proofErr w:type="spellEnd"/>
      <w:r w:rsidRPr="007E7FD7">
        <w:rPr>
          <w:sz w:val="28"/>
          <w:szCs w:val="28"/>
        </w:rPr>
        <w:t xml:space="preserve"> </w:t>
      </w:r>
      <w:proofErr w:type="spellStart"/>
      <w:r w:rsidRPr="007E7FD7">
        <w:rPr>
          <w:sz w:val="28"/>
          <w:szCs w:val="28"/>
        </w:rPr>
        <w:t>көшесінің</w:t>
      </w:r>
      <w:proofErr w:type="spellEnd"/>
      <w:r>
        <w:rPr>
          <w:sz w:val="28"/>
          <w:szCs w:val="28"/>
          <w:lang w:val="kk-KZ"/>
        </w:rPr>
        <w:t xml:space="preserve"> тақ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Көкпар</w:t>
      </w:r>
      <w:proofErr w:type="spellEnd"/>
      <w:r w:rsidRPr="007E7FD7">
        <w:rPr>
          <w:sz w:val="28"/>
          <w:szCs w:val="28"/>
        </w:rPr>
        <w:t xml:space="preserve"> </w:t>
      </w:r>
      <w:proofErr w:type="spellStart"/>
      <w:r w:rsidRPr="007E7FD7">
        <w:rPr>
          <w:sz w:val="28"/>
          <w:szCs w:val="28"/>
        </w:rPr>
        <w:t>орамына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Көкпар</w:t>
      </w:r>
      <w:proofErr w:type="spellEnd"/>
      <w:r w:rsidRPr="007E7FD7">
        <w:rPr>
          <w:sz w:val="28"/>
          <w:szCs w:val="28"/>
        </w:rPr>
        <w:t xml:space="preserve"> </w:t>
      </w:r>
      <w:proofErr w:type="spellStart"/>
      <w:r w:rsidRPr="007E7FD7">
        <w:rPr>
          <w:sz w:val="28"/>
          <w:szCs w:val="28"/>
        </w:rPr>
        <w:t>орамының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Талғар</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Талғар</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Сырымбет</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Сырымбет</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Қосалқа</w:t>
      </w:r>
      <w:proofErr w:type="spellEnd"/>
      <w:r w:rsidRPr="007E7FD7">
        <w:rPr>
          <w:sz w:val="28"/>
          <w:szCs w:val="28"/>
        </w:rPr>
        <w:t xml:space="preserve"> </w:t>
      </w:r>
      <w:proofErr w:type="spellStart"/>
      <w:r w:rsidRPr="007E7FD7">
        <w:rPr>
          <w:sz w:val="28"/>
          <w:szCs w:val="28"/>
        </w:rPr>
        <w:t>орамына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Қосалқа</w:t>
      </w:r>
      <w:proofErr w:type="spellEnd"/>
      <w:r w:rsidRPr="007E7FD7">
        <w:rPr>
          <w:sz w:val="28"/>
          <w:szCs w:val="28"/>
        </w:rPr>
        <w:t xml:space="preserve"> </w:t>
      </w:r>
      <w:proofErr w:type="spellStart"/>
      <w:r w:rsidRPr="007E7FD7">
        <w:rPr>
          <w:sz w:val="28"/>
          <w:szCs w:val="28"/>
        </w:rPr>
        <w:t>орамының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Б. </w:t>
      </w:r>
      <w:proofErr w:type="spellStart"/>
      <w:r w:rsidRPr="007E7FD7">
        <w:rPr>
          <w:sz w:val="28"/>
          <w:szCs w:val="28"/>
        </w:rPr>
        <w:t>Момышұлы</w:t>
      </w:r>
      <w:proofErr w:type="spellEnd"/>
      <w:r w:rsidRPr="007E7FD7">
        <w:rPr>
          <w:sz w:val="28"/>
          <w:szCs w:val="28"/>
        </w:rPr>
        <w:t xml:space="preserve"> </w:t>
      </w:r>
      <w:proofErr w:type="spellStart"/>
      <w:r w:rsidRPr="007E7FD7">
        <w:rPr>
          <w:sz w:val="28"/>
          <w:szCs w:val="28"/>
        </w:rPr>
        <w:t>даңғылындағы</w:t>
      </w:r>
      <w:proofErr w:type="spellEnd"/>
      <w:r w:rsidRPr="007E7FD7">
        <w:rPr>
          <w:sz w:val="28"/>
          <w:szCs w:val="28"/>
        </w:rPr>
        <w:t xml:space="preserve"> № 16 </w:t>
      </w:r>
      <w:proofErr w:type="spellStart"/>
      <w:r w:rsidRPr="007E7FD7">
        <w:rPr>
          <w:sz w:val="28"/>
          <w:szCs w:val="28"/>
        </w:rPr>
        <w:t>үйді</w:t>
      </w:r>
      <w:proofErr w:type="spellEnd"/>
      <w:r w:rsidRPr="007E7FD7">
        <w:rPr>
          <w:sz w:val="28"/>
          <w:szCs w:val="28"/>
        </w:rPr>
        <w:t>, Қ. </w:t>
      </w:r>
      <w:proofErr w:type="spellStart"/>
      <w:r w:rsidRPr="007E7FD7">
        <w:rPr>
          <w:sz w:val="28"/>
          <w:szCs w:val="28"/>
        </w:rPr>
        <w:t>Сәтбаев</w:t>
      </w:r>
      <w:proofErr w:type="spellEnd"/>
      <w:r w:rsidRPr="007E7FD7">
        <w:rPr>
          <w:sz w:val="28"/>
          <w:szCs w:val="28"/>
        </w:rPr>
        <w:t xml:space="preserve"> </w:t>
      </w:r>
      <w:proofErr w:type="spellStart"/>
      <w:r w:rsidRPr="007E7FD7">
        <w:rPr>
          <w:sz w:val="28"/>
          <w:szCs w:val="28"/>
        </w:rPr>
        <w:t>көшесіндегі</w:t>
      </w:r>
      <w:proofErr w:type="spellEnd"/>
      <w:r w:rsidRPr="007E7FD7">
        <w:rPr>
          <w:sz w:val="28"/>
          <w:szCs w:val="28"/>
        </w:rPr>
        <w:t xml:space="preserve"> </w:t>
      </w:r>
      <w:r w:rsidRPr="007E7FD7">
        <w:rPr>
          <w:sz w:val="28"/>
          <w:szCs w:val="28"/>
        </w:rPr>
        <w:br/>
        <w:t xml:space="preserve">№ 31 </w:t>
      </w:r>
      <w:proofErr w:type="spellStart"/>
      <w:r w:rsidRPr="007E7FD7">
        <w:rPr>
          <w:sz w:val="28"/>
          <w:szCs w:val="28"/>
        </w:rPr>
        <w:t>үйді</w:t>
      </w:r>
      <w:proofErr w:type="spellEnd"/>
      <w:r w:rsidRPr="007E7FD7">
        <w:rPr>
          <w:sz w:val="28"/>
          <w:szCs w:val="28"/>
        </w:rPr>
        <w:t xml:space="preserve"> </w:t>
      </w:r>
      <w:proofErr w:type="spellStart"/>
      <w:r w:rsidRPr="007E7FD7">
        <w:rPr>
          <w:sz w:val="28"/>
          <w:szCs w:val="28"/>
        </w:rPr>
        <w:t>қоса</w:t>
      </w:r>
      <w:proofErr w:type="spellEnd"/>
      <w:r w:rsidRPr="007E7FD7">
        <w:rPr>
          <w:sz w:val="28"/>
          <w:szCs w:val="28"/>
        </w:rPr>
        <w:t xml:space="preserve"> </w:t>
      </w:r>
      <w:proofErr w:type="spellStart"/>
      <w:r w:rsidRPr="007E7FD7">
        <w:rPr>
          <w:sz w:val="28"/>
          <w:szCs w:val="28"/>
        </w:rPr>
        <w:t>алғанда</w:t>
      </w:r>
      <w:proofErr w:type="spellEnd"/>
      <w:r w:rsidRPr="007E7FD7">
        <w:rPr>
          <w:sz w:val="28"/>
          <w:szCs w:val="28"/>
        </w:rPr>
        <w:t>, Қ. </w:t>
      </w:r>
      <w:proofErr w:type="spellStart"/>
      <w:r w:rsidRPr="007E7FD7">
        <w:rPr>
          <w:sz w:val="28"/>
          <w:szCs w:val="28"/>
        </w:rPr>
        <w:t>Сәтбаев</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w:t>
      </w:r>
    </w:p>
    <w:p w14:paraId="5E91D82E" w14:textId="77777777" w:rsidR="00937755" w:rsidRPr="007E7FD7" w:rsidRDefault="00937755" w:rsidP="00937755">
      <w:pPr>
        <w:ind w:firstLine="709"/>
        <w:jc w:val="both"/>
        <w:rPr>
          <w:sz w:val="28"/>
          <w:szCs w:val="28"/>
        </w:rPr>
      </w:pPr>
    </w:p>
    <w:p w14:paraId="1C1F3641" w14:textId="77777777" w:rsidR="00937755" w:rsidRPr="007E7FD7" w:rsidRDefault="00937755" w:rsidP="00937755">
      <w:pPr>
        <w:keepNext/>
        <w:ind w:firstLine="709"/>
        <w:jc w:val="center"/>
        <w:rPr>
          <w:sz w:val="28"/>
          <w:szCs w:val="28"/>
        </w:rPr>
      </w:pPr>
      <w:r w:rsidRPr="007E7FD7">
        <w:rPr>
          <w:sz w:val="28"/>
          <w:szCs w:val="28"/>
        </w:rPr>
        <w:t xml:space="preserve">№ 39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74711169"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Бауыржан</w:t>
      </w:r>
      <w:proofErr w:type="spellEnd"/>
      <w:r w:rsidRPr="007E7FD7">
        <w:rPr>
          <w:sz w:val="28"/>
          <w:szCs w:val="28"/>
        </w:rPr>
        <w:t xml:space="preserve"> </w:t>
      </w:r>
      <w:proofErr w:type="spellStart"/>
      <w:r w:rsidRPr="007E7FD7">
        <w:rPr>
          <w:sz w:val="28"/>
          <w:szCs w:val="28"/>
        </w:rPr>
        <w:t>Момышұлы</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 53 </w:t>
      </w:r>
      <w:proofErr w:type="spellStart"/>
      <w:r w:rsidRPr="007E7FD7">
        <w:rPr>
          <w:sz w:val="28"/>
          <w:szCs w:val="28"/>
        </w:rPr>
        <w:t>мектеп</w:t>
      </w:r>
      <w:proofErr w:type="spellEnd"/>
      <w:r w:rsidRPr="007E7FD7">
        <w:rPr>
          <w:sz w:val="28"/>
          <w:szCs w:val="28"/>
        </w:rPr>
        <w:t xml:space="preserve">-лицей»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roofErr w:type="spellStart"/>
      <w:r w:rsidRPr="007E7FD7">
        <w:rPr>
          <w:sz w:val="28"/>
          <w:szCs w:val="28"/>
        </w:rPr>
        <w:t>Қарқабат</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17)</w:t>
      </w:r>
    </w:p>
    <w:p w14:paraId="30B5D305" w14:textId="77777777" w:rsidR="00937755" w:rsidRPr="007E7FD7" w:rsidRDefault="00937755" w:rsidP="00937755">
      <w:pPr>
        <w:ind w:firstLine="709"/>
        <w:jc w:val="center"/>
        <w:rPr>
          <w:sz w:val="28"/>
          <w:szCs w:val="28"/>
        </w:rPr>
      </w:pPr>
    </w:p>
    <w:p w14:paraId="4A6D339E" w14:textId="77777777" w:rsidR="00937755" w:rsidRPr="007E7FD7" w:rsidRDefault="00937755" w:rsidP="00937755">
      <w:pPr>
        <w:ind w:firstLine="709"/>
        <w:jc w:val="both"/>
        <w:rPr>
          <w:sz w:val="28"/>
          <w:szCs w:val="28"/>
        </w:rPr>
      </w:pPr>
      <w:proofErr w:type="spellStart"/>
      <w:r w:rsidRPr="005F51F1">
        <w:rPr>
          <w:sz w:val="28"/>
          <w:szCs w:val="28"/>
        </w:rPr>
        <w:t>Шекарасы</w:t>
      </w:r>
      <w:proofErr w:type="spellEnd"/>
      <w:r w:rsidRPr="005F51F1">
        <w:rPr>
          <w:sz w:val="28"/>
          <w:szCs w:val="28"/>
        </w:rPr>
        <w:t xml:space="preserve">: </w:t>
      </w:r>
      <w:proofErr w:type="spellStart"/>
      <w:r w:rsidRPr="005F51F1">
        <w:rPr>
          <w:sz w:val="28"/>
          <w:szCs w:val="28"/>
        </w:rPr>
        <w:t>Тәуелсіздік</w:t>
      </w:r>
      <w:proofErr w:type="spellEnd"/>
      <w:r w:rsidRPr="005F51F1">
        <w:rPr>
          <w:sz w:val="28"/>
          <w:szCs w:val="28"/>
        </w:rPr>
        <w:t xml:space="preserve"> </w:t>
      </w:r>
      <w:proofErr w:type="spellStart"/>
      <w:r w:rsidRPr="005F51F1">
        <w:rPr>
          <w:sz w:val="28"/>
          <w:szCs w:val="28"/>
        </w:rPr>
        <w:t>даңғылынан</w:t>
      </w:r>
      <w:proofErr w:type="spellEnd"/>
      <w:r w:rsidRPr="005F51F1">
        <w:rPr>
          <w:sz w:val="28"/>
          <w:szCs w:val="28"/>
        </w:rPr>
        <w:t xml:space="preserve"> Б. </w:t>
      </w:r>
      <w:proofErr w:type="spellStart"/>
      <w:r w:rsidRPr="005F51F1">
        <w:rPr>
          <w:sz w:val="28"/>
          <w:szCs w:val="28"/>
        </w:rPr>
        <w:t>Момышұлы</w:t>
      </w:r>
      <w:proofErr w:type="spellEnd"/>
      <w:r w:rsidRPr="005F51F1">
        <w:rPr>
          <w:sz w:val="28"/>
          <w:szCs w:val="28"/>
        </w:rPr>
        <w:t xml:space="preserve"> </w:t>
      </w:r>
      <w:proofErr w:type="spellStart"/>
      <w:r w:rsidRPr="005F51F1">
        <w:rPr>
          <w:sz w:val="28"/>
          <w:szCs w:val="28"/>
        </w:rPr>
        <w:t>даңғылының</w:t>
      </w:r>
      <w:proofErr w:type="spellEnd"/>
      <w:r w:rsidRPr="005F51F1">
        <w:rPr>
          <w:sz w:val="28"/>
          <w:szCs w:val="28"/>
        </w:rPr>
        <w:t xml:space="preserve"> </w:t>
      </w:r>
      <w:proofErr w:type="spellStart"/>
      <w:r w:rsidRPr="005F51F1">
        <w:rPr>
          <w:sz w:val="28"/>
          <w:szCs w:val="28"/>
        </w:rPr>
        <w:t>жұп</w:t>
      </w:r>
      <w:proofErr w:type="spellEnd"/>
      <w:r w:rsidRPr="005F51F1">
        <w:rPr>
          <w:sz w:val="28"/>
          <w:szCs w:val="28"/>
        </w:rPr>
        <w:t xml:space="preserve"> </w:t>
      </w:r>
      <w:proofErr w:type="spellStart"/>
      <w:r w:rsidRPr="005F51F1">
        <w:rPr>
          <w:sz w:val="28"/>
          <w:szCs w:val="28"/>
        </w:rPr>
        <w:t>сандар</w:t>
      </w:r>
      <w:proofErr w:type="spellEnd"/>
      <w:r w:rsidRPr="005F51F1">
        <w:rPr>
          <w:sz w:val="28"/>
          <w:szCs w:val="28"/>
        </w:rPr>
        <w:t xml:space="preserve"> </w:t>
      </w:r>
      <w:proofErr w:type="spellStart"/>
      <w:r w:rsidRPr="005F51F1">
        <w:rPr>
          <w:sz w:val="28"/>
          <w:szCs w:val="28"/>
        </w:rPr>
        <w:t>жағымен</w:t>
      </w:r>
      <w:proofErr w:type="spellEnd"/>
      <w:r w:rsidRPr="005F51F1">
        <w:rPr>
          <w:sz w:val="28"/>
          <w:szCs w:val="28"/>
        </w:rPr>
        <w:t xml:space="preserve"> Қ. </w:t>
      </w:r>
      <w:proofErr w:type="spellStart"/>
      <w:r w:rsidRPr="005F51F1">
        <w:rPr>
          <w:sz w:val="28"/>
          <w:szCs w:val="28"/>
        </w:rPr>
        <w:t>Сәтбаев</w:t>
      </w:r>
      <w:proofErr w:type="spellEnd"/>
      <w:r w:rsidRPr="005F51F1">
        <w:rPr>
          <w:sz w:val="28"/>
          <w:szCs w:val="28"/>
        </w:rPr>
        <w:t xml:space="preserve"> </w:t>
      </w:r>
      <w:proofErr w:type="spellStart"/>
      <w:r w:rsidRPr="005F51F1">
        <w:rPr>
          <w:sz w:val="28"/>
          <w:szCs w:val="28"/>
        </w:rPr>
        <w:t>көшесіне</w:t>
      </w:r>
      <w:proofErr w:type="spellEnd"/>
      <w:r w:rsidRPr="005F51F1">
        <w:rPr>
          <w:sz w:val="28"/>
          <w:szCs w:val="28"/>
        </w:rPr>
        <w:t xml:space="preserve"> </w:t>
      </w:r>
      <w:proofErr w:type="spellStart"/>
      <w:r w:rsidRPr="005F51F1">
        <w:rPr>
          <w:sz w:val="28"/>
          <w:szCs w:val="28"/>
        </w:rPr>
        <w:t>дейін</w:t>
      </w:r>
      <w:proofErr w:type="spellEnd"/>
      <w:r w:rsidRPr="005F51F1">
        <w:rPr>
          <w:sz w:val="28"/>
          <w:szCs w:val="28"/>
        </w:rPr>
        <w:t>, Қ. </w:t>
      </w:r>
      <w:proofErr w:type="spellStart"/>
      <w:r w:rsidRPr="005F51F1">
        <w:rPr>
          <w:sz w:val="28"/>
          <w:szCs w:val="28"/>
        </w:rPr>
        <w:t>Сәтбаев</w:t>
      </w:r>
      <w:proofErr w:type="spellEnd"/>
      <w:r w:rsidRPr="005F51F1">
        <w:rPr>
          <w:sz w:val="28"/>
          <w:szCs w:val="28"/>
        </w:rPr>
        <w:t xml:space="preserve"> </w:t>
      </w:r>
      <w:proofErr w:type="spellStart"/>
      <w:r w:rsidRPr="005F51F1">
        <w:rPr>
          <w:sz w:val="28"/>
          <w:szCs w:val="28"/>
        </w:rPr>
        <w:t>көшесінің</w:t>
      </w:r>
      <w:proofErr w:type="spellEnd"/>
      <w:r w:rsidRPr="005F51F1">
        <w:rPr>
          <w:sz w:val="28"/>
          <w:szCs w:val="28"/>
        </w:rPr>
        <w:t xml:space="preserve"> </w:t>
      </w:r>
      <w:proofErr w:type="spellStart"/>
      <w:r w:rsidRPr="005F51F1">
        <w:rPr>
          <w:sz w:val="28"/>
          <w:szCs w:val="28"/>
        </w:rPr>
        <w:t>тақ</w:t>
      </w:r>
      <w:proofErr w:type="spellEnd"/>
      <w:r w:rsidRPr="005F51F1">
        <w:rPr>
          <w:sz w:val="28"/>
          <w:szCs w:val="28"/>
        </w:rPr>
        <w:t xml:space="preserve"> </w:t>
      </w:r>
      <w:proofErr w:type="spellStart"/>
      <w:r w:rsidRPr="005F51F1">
        <w:rPr>
          <w:sz w:val="28"/>
          <w:szCs w:val="28"/>
        </w:rPr>
        <w:t>сандар</w:t>
      </w:r>
      <w:proofErr w:type="spellEnd"/>
      <w:r w:rsidRPr="005F51F1">
        <w:rPr>
          <w:sz w:val="28"/>
          <w:szCs w:val="28"/>
        </w:rPr>
        <w:t xml:space="preserve"> </w:t>
      </w:r>
      <w:proofErr w:type="spellStart"/>
      <w:r w:rsidRPr="005F51F1">
        <w:rPr>
          <w:sz w:val="28"/>
          <w:szCs w:val="28"/>
        </w:rPr>
        <w:t>жағымен</w:t>
      </w:r>
      <w:proofErr w:type="spellEnd"/>
      <w:r w:rsidRPr="005F51F1">
        <w:rPr>
          <w:sz w:val="28"/>
          <w:szCs w:val="28"/>
        </w:rPr>
        <w:t xml:space="preserve"> </w:t>
      </w:r>
      <w:proofErr w:type="spellStart"/>
      <w:r w:rsidRPr="005F51F1">
        <w:rPr>
          <w:sz w:val="28"/>
          <w:szCs w:val="28"/>
        </w:rPr>
        <w:t>Қарқабат</w:t>
      </w:r>
      <w:proofErr w:type="spellEnd"/>
      <w:r w:rsidRPr="005F51F1">
        <w:rPr>
          <w:sz w:val="28"/>
          <w:szCs w:val="28"/>
        </w:rPr>
        <w:t xml:space="preserve"> </w:t>
      </w:r>
      <w:proofErr w:type="spellStart"/>
      <w:r w:rsidRPr="005F51F1">
        <w:rPr>
          <w:sz w:val="28"/>
          <w:szCs w:val="28"/>
        </w:rPr>
        <w:t>көшесіне</w:t>
      </w:r>
      <w:proofErr w:type="spellEnd"/>
      <w:r w:rsidRPr="005F51F1">
        <w:rPr>
          <w:sz w:val="28"/>
          <w:szCs w:val="28"/>
        </w:rPr>
        <w:t xml:space="preserve"> </w:t>
      </w:r>
      <w:proofErr w:type="spellStart"/>
      <w:r w:rsidRPr="005F51F1">
        <w:rPr>
          <w:sz w:val="28"/>
          <w:szCs w:val="28"/>
        </w:rPr>
        <w:t>дейін</w:t>
      </w:r>
      <w:proofErr w:type="spellEnd"/>
      <w:r w:rsidRPr="005F51F1">
        <w:rPr>
          <w:sz w:val="28"/>
          <w:szCs w:val="28"/>
        </w:rPr>
        <w:t xml:space="preserve">, </w:t>
      </w:r>
      <w:proofErr w:type="spellStart"/>
      <w:r w:rsidRPr="005F51F1">
        <w:rPr>
          <w:sz w:val="28"/>
          <w:szCs w:val="28"/>
        </w:rPr>
        <w:t>Қарқабат</w:t>
      </w:r>
      <w:proofErr w:type="spellEnd"/>
      <w:r w:rsidRPr="005F51F1">
        <w:rPr>
          <w:sz w:val="28"/>
          <w:szCs w:val="28"/>
        </w:rPr>
        <w:t xml:space="preserve"> </w:t>
      </w:r>
      <w:proofErr w:type="spellStart"/>
      <w:r w:rsidRPr="005F51F1">
        <w:rPr>
          <w:sz w:val="28"/>
          <w:szCs w:val="28"/>
        </w:rPr>
        <w:t>көшесінің</w:t>
      </w:r>
      <w:proofErr w:type="spellEnd"/>
      <w:r w:rsidRPr="005F51F1">
        <w:rPr>
          <w:sz w:val="28"/>
          <w:szCs w:val="28"/>
          <w:lang w:val="kk-KZ"/>
        </w:rPr>
        <w:t xml:space="preserve"> тақ </w:t>
      </w:r>
      <w:proofErr w:type="spellStart"/>
      <w:r w:rsidRPr="005F51F1">
        <w:rPr>
          <w:sz w:val="28"/>
          <w:szCs w:val="28"/>
        </w:rPr>
        <w:t>сандар</w:t>
      </w:r>
      <w:proofErr w:type="spellEnd"/>
      <w:r w:rsidRPr="005F51F1">
        <w:rPr>
          <w:sz w:val="28"/>
          <w:szCs w:val="28"/>
        </w:rPr>
        <w:t xml:space="preserve"> </w:t>
      </w:r>
      <w:proofErr w:type="spellStart"/>
      <w:r w:rsidRPr="005F51F1">
        <w:rPr>
          <w:sz w:val="28"/>
          <w:szCs w:val="28"/>
        </w:rPr>
        <w:t>жағымен</w:t>
      </w:r>
      <w:proofErr w:type="spellEnd"/>
      <w:r w:rsidRPr="005F51F1">
        <w:rPr>
          <w:sz w:val="28"/>
          <w:szCs w:val="28"/>
        </w:rPr>
        <w:t xml:space="preserve"> </w:t>
      </w:r>
      <w:proofErr w:type="spellStart"/>
      <w:r w:rsidRPr="005F51F1">
        <w:rPr>
          <w:sz w:val="28"/>
          <w:szCs w:val="28"/>
        </w:rPr>
        <w:t>Балқантау</w:t>
      </w:r>
      <w:proofErr w:type="spellEnd"/>
      <w:r w:rsidRPr="005F51F1">
        <w:rPr>
          <w:sz w:val="28"/>
          <w:szCs w:val="28"/>
        </w:rPr>
        <w:t xml:space="preserve"> </w:t>
      </w:r>
      <w:proofErr w:type="spellStart"/>
      <w:r w:rsidRPr="005F51F1">
        <w:rPr>
          <w:sz w:val="28"/>
          <w:szCs w:val="28"/>
        </w:rPr>
        <w:t>көшесіне</w:t>
      </w:r>
      <w:proofErr w:type="spellEnd"/>
      <w:r w:rsidRPr="005F51F1">
        <w:rPr>
          <w:sz w:val="28"/>
          <w:szCs w:val="28"/>
        </w:rPr>
        <w:t xml:space="preserve"> </w:t>
      </w:r>
      <w:proofErr w:type="spellStart"/>
      <w:r w:rsidRPr="005F51F1">
        <w:rPr>
          <w:sz w:val="28"/>
          <w:szCs w:val="28"/>
        </w:rPr>
        <w:t>дейін</w:t>
      </w:r>
      <w:proofErr w:type="spellEnd"/>
      <w:r w:rsidRPr="005F51F1">
        <w:rPr>
          <w:sz w:val="28"/>
          <w:szCs w:val="28"/>
        </w:rPr>
        <w:t xml:space="preserve">, </w:t>
      </w:r>
      <w:proofErr w:type="spellStart"/>
      <w:r w:rsidRPr="005F51F1">
        <w:rPr>
          <w:sz w:val="28"/>
          <w:szCs w:val="28"/>
        </w:rPr>
        <w:t>Балқантау</w:t>
      </w:r>
      <w:proofErr w:type="spellEnd"/>
      <w:r w:rsidRPr="005F51F1">
        <w:rPr>
          <w:sz w:val="28"/>
          <w:szCs w:val="28"/>
        </w:rPr>
        <w:t xml:space="preserve"> </w:t>
      </w:r>
      <w:proofErr w:type="spellStart"/>
      <w:r w:rsidRPr="005F51F1">
        <w:rPr>
          <w:sz w:val="28"/>
          <w:szCs w:val="28"/>
        </w:rPr>
        <w:t>көшесімен</w:t>
      </w:r>
      <w:proofErr w:type="spellEnd"/>
      <w:r w:rsidRPr="005F51F1">
        <w:rPr>
          <w:sz w:val="28"/>
          <w:szCs w:val="28"/>
        </w:rPr>
        <w:t xml:space="preserve"> </w:t>
      </w:r>
      <w:proofErr w:type="spellStart"/>
      <w:r w:rsidRPr="005F51F1">
        <w:rPr>
          <w:sz w:val="28"/>
          <w:szCs w:val="28"/>
        </w:rPr>
        <w:t>Қалба</w:t>
      </w:r>
      <w:proofErr w:type="spellEnd"/>
      <w:r w:rsidRPr="005F51F1">
        <w:rPr>
          <w:sz w:val="28"/>
          <w:szCs w:val="28"/>
        </w:rPr>
        <w:t xml:space="preserve"> </w:t>
      </w:r>
      <w:proofErr w:type="spellStart"/>
      <w:r w:rsidRPr="005F51F1">
        <w:rPr>
          <w:sz w:val="28"/>
          <w:szCs w:val="28"/>
        </w:rPr>
        <w:t>көшесіне</w:t>
      </w:r>
      <w:proofErr w:type="spellEnd"/>
      <w:r w:rsidRPr="005F51F1">
        <w:rPr>
          <w:sz w:val="28"/>
          <w:szCs w:val="28"/>
        </w:rPr>
        <w:t xml:space="preserve"> </w:t>
      </w:r>
      <w:proofErr w:type="spellStart"/>
      <w:r w:rsidRPr="005F51F1">
        <w:rPr>
          <w:sz w:val="28"/>
          <w:szCs w:val="28"/>
        </w:rPr>
        <w:t>дейін</w:t>
      </w:r>
      <w:proofErr w:type="spellEnd"/>
      <w:r w:rsidRPr="005F51F1">
        <w:rPr>
          <w:sz w:val="28"/>
          <w:szCs w:val="28"/>
        </w:rPr>
        <w:t xml:space="preserve">, </w:t>
      </w:r>
      <w:proofErr w:type="spellStart"/>
      <w:r w:rsidRPr="005F51F1">
        <w:rPr>
          <w:sz w:val="28"/>
          <w:szCs w:val="28"/>
        </w:rPr>
        <w:t>Қалба</w:t>
      </w:r>
      <w:proofErr w:type="spellEnd"/>
      <w:r w:rsidRPr="005F51F1">
        <w:rPr>
          <w:sz w:val="28"/>
          <w:szCs w:val="28"/>
        </w:rPr>
        <w:t xml:space="preserve"> </w:t>
      </w:r>
      <w:proofErr w:type="spellStart"/>
      <w:r w:rsidRPr="005F51F1">
        <w:rPr>
          <w:sz w:val="28"/>
          <w:szCs w:val="28"/>
        </w:rPr>
        <w:t>көшесінің</w:t>
      </w:r>
      <w:proofErr w:type="spellEnd"/>
      <w:r w:rsidRPr="005F51F1">
        <w:rPr>
          <w:sz w:val="28"/>
          <w:szCs w:val="28"/>
        </w:rPr>
        <w:t xml:space="preserve"> </w:t>
      </w:r>
      <w:proofErr w:type="spellStart"/>
      <w:r w:rsidRPr="005F51F1">
        <w:rPr>
          <w:sz w:val="28"/>
          <w:szCs w:val="28"/>
        </w:rPr>
        <w:t>тақ</w:t>
      </w:r>
      <w:proofErr w:type="spellEnd"/>
      <w:r w:rsidRPr="005F51F1">
        <w:rPr>
          <w:sz w:val="28"/>
          <w:szCs w:val="28"/>
        </w:rPr>
        <w:t xml:space="preserve"> </w:t>
      </w:r>
      <w:proofErr w:type="spellStart"/>
      <w:r w:rsidRPr="005F51F1">
        <w:rPr>
          <w:sz w:val="28"/>
          <w:szCs w:val="28"/>
        </w:rPr>
        <w:t>сандар</w:t>
      </w:r>
      <w:proofErr w:type="spellEnd"/>
      <w:r w:rsidRPr="005F51F1">
        <w:rPr>
          <w:sz w:val="28"/>
          <w:szCs w:val="28"/>
        </w:rPr>
        <w:t xml:space="preserve"> </w:t>
      </w:r>
      <w:proofErr w:type="spellStart"/>
      <w:r w:rsidRPr="005F51F1">
        <w:rPr>
          <w:sz w:val="28"/>
          <w:szCs w:val="28"/>
        </w:rPr>
        <w:t>жағымен</w:t>
      </w:r>
      <w:proofErr w:type="spellEnd"/>
      <w:r w:rsidRPr="005F51F1">
        <w:rPr>
          <w:sz w:val="28"/>
          <w:szCs w:val="28"/>
        </w:rPr>
        <w:t xml:space="preserve"> </w:t>
      </w:r>
      <w:proofErr w:type="spellStart"/>
      <w:r w:rsidRPr="005F51F1">
        <w:rPr>
          <w:sz w:val="28"/>
          <w:szCs w:val="28"/>
        </w:rPr>
        <w:t>Тәуелсіздік</w:t>
      </w:r>
      <w:proofErr w:type="spellEnd"/>
      <w:r w:rsidRPr="005F51F1">
        <w:rPr>
          <w:sz w:val="28"/>
          <w:szCs w:val="28"/>
        </w:rPr>
        <w:t xml:space="preserve"> </w:t>
      </w:r>
      <w:proofErr w:type="spellStart"/>
      <w:r w:rsidRPr="005F51F1">
        <w:rPr>
          <w:sz w:val="28"/>
          <w:szCs w:val="28"/>
        </w:rPr>
        <w:t>даңғылына</w:t>
      </w:r>
      <w:proofErr w:type="spellEnd"/>
      <w:r w:rsidRPr="005F51F1">
        <w:rPr>
          <w:sz w:val="28"/>
          <w:szCs w:val="28"/>
        </w:rPr>
        <w:t xml:space="preserve"> </w:t>
      </w:r>
      <w:proofErr w:type="spellStart"/>
      <w:r w:rsidRPr="005F51F1">
        <w:rPr>
          <w:sz w:val="28"/>
          <w:szCs w:val="28"/>
        </w:rPr>
        <w:t>дейін</w:t>
      </w:r>
      <w:proofErr w:type="spellEnd"/>
      <w:r w:rsidRPr="005F51F1">
        <w:rPr>
          <w:sz w:val="28"/>
          <w:szCs w:val="28"/>
        </w:rPr>
        <w:t xml:space="preserve">, </w:t>
      </w:r>
      <w:proofErr w:type="spellStart"/>
      <w:r w:rsidRPr="005F51F1">
        <w:rPr>
          <w:sz w:val="28"/>
          <w:szCs w:val="28"/>
        </w:rPr>
        <w:t>Тәуелсіздік</w:t>
      </w:r>
      <w:proofErr w:type="spellEnd"/>
      <w:r w:rsidRPr="005F51F1">
        <w:rPr>
          <w:sz w:val="28"/>
          <w:szCs w:val="28"/>
        </w:rPr>
        <w:t xml:space="preserve"> </w:t>
      </w:r>
      <w:proofErr w:type="spellStart"/>
      <w:r w:rsidRPr="005F51F1">
        <w:rPr>
          <w:sz w:val="28"/>
          <w:szCs w:val="28"/>
        </w:rPr>
        <w:t>даңғылының</w:t>
      </w:r>
      <w:proofErr w:type="spellEnd"/>
      <w:r w:rsidRPr="005F51F1">
        <w:rPr>
          <w:sz w:val="28"/>
          <w:szCs w:val="28"/>
          <w:lang w:val="kk-KZ"/>
        </w:rPr>
        <w:t xml:space="preserve"> жұп </w:t>
      </w:r>
      <w:proofErr w:type="spellStart"/>
      <w:r w:rsidRPr="005F51F1">
        <w:rPr>
          <w:sz w:val="28"/>
          <w:szCs w:val="28"/>
        </w:rPr>
        <w:t>сандар</w:t>
      </w:r>
      <w:proofErr w:type="spellEnd"/>
      <w:r w:rsidRPr="005F51F1">
        <w:rPr>
          <w:sz w:val="28"/>
          <w:szCs w:val="28"/>
        </w:rPr>
        <w:t xml:space="preserve"> </w:t>
      </w:r>
      <w:proofErr w:type="spellStart"/>
      <w:r w:rsidRPr="005F51F1">
        <w:rPr>
          <w:sz w:val="28"/>
          <w:szCs w:val="28"/>
        </w:rPr>
        <w:t>жағымен</w:t>
      </w:r>
      <w:proofErr w:type="spellEnd"/>
      <w:r w:rsidRPr="005F51F1">
        <w:rPr>
          <w:sz w:val="28"/>
          <w:szCs w:val="28"/>
        </w:rPr>
        <w:t xml:space="preserve"> Қ. </w:t>
      </w:r>
      <w:proofErr w:type="spellStart"/>
      <w:r w:rsidRPr="005F51F1">
        <w:rPr>
          <w:sz w:val="28"/>
          <w:szCs w:val="28"/>
        </w:rPr>
        <w:t>Сәтбаев</w:t>
      </w:r>
      <w:proofErr w:type="spellEnd"/>
      <w:r w:rsidRPr="005F51F1">
        <w:rPr>
          <w:sz w:val="28"/>
          <w:szCs w:val="28"/>
        </w:rPr>
        <w:t xml:space="preserve"> </w:t>
      </w:r>
      <w:proofErr w:type="spellStart"/>
      <w:r w:rsidRPr="005F51F1">
        <w:rPr>
          <w:sz w:val="28"/>
          <w:szCs w:val="28"/>
        </w:rPr>
        <w:t>көшесіндегі</w:t>
      </w:r>
      <w:proofErr w:type="spellEnd"/>
      <w:r w:rsidRPr="005F51F1">
        <w:rPr>
          <w:sz w:val="28"/>
          <w:szCs w:val="28"/>
        </w:rPr>
        <w:t xml:space="preserve"> № 31 </w:t>
      </w:r>
      <w:proofErr w:type="spellStart"/>
      <w:r w:rsidRPr="005F51F1">
        <w:rPr>
          <w:sz w:val="28"/>
          <w:szCs w:val="28"/>
        </w:rPr>
        <w:t>үйді</w:t>
      </w:r>
      <w:proofErr w:type="spellEnd"/>
      <w:r w:rsidRPr="005F51F1">
        <w:rPr>
          <w:sz w:val="28"/>
          <w:szCs w:val="28"/>
        </w:rPr>
        <w:t xml:space="preserve">, </w:t>
      </w:r>
      <w:proofErr w:type="spellStart"/>
      <w:r w:rsidRPr="005F51F1">
        <w:rPr>
          <w:sz w:val="28"/>
          <w:szCs w:val="28"/>
        </w:rPr>
        <w:t>Қарқабат</w:t>
      </w:r>
      <w:proofErr w:type="spellEnd"/>
      <w:r w:rsidRPr="005F51F1">
        <w:rPr>
          <w:sz w:val="28"/>
          <w:szCs w:val="28"/>
        </w:rPr>
        <w:t xml:space="preserve"> </w:t>
      </w:r>
      <w:proofErr w:type="spellStart"/>
      <w:r w:rsidRPr="005F51F1">
        <w:rPr>
          <w:sz w:val="28"/>
          <w:szCs w:val="28"/>
        </w:rPr>
        <w:t>көшесіндегі</w:t>
      </w:r>
      <w:proofErr w:type="spellEnd"/>
      <w:r w:rsidRPr="005F51F1">
        <w:rPr>
          <w:sz w:val="28"/>
          <w:szCs w:val="28"/>
        </w:rPr>
        <w:t xml:space="preserve"> № 2 </w:t>
      </w:r>
      <w:proofErr w:type="spellStart"/>
      <w:r w:rsidRPr="005F51F1">
        <w:rPr>
          <w:sz w:val="28"/>
          <w:szCs w:val="28"/>
        </w:rPr>
        <w:t>үйді</w:t>
      </w:r>
      <w:proofErr w:type="spellEnd"/>
      <w:r w:rsidRPr="005F51F1">
        <w:rPr>
          <w:sz w:val="28"/>
          <w:szCs w:val="28"/>
        </w:rPr>
        <w:t xml:space="preserve"> </w:t>
      </w:r>
      <w:proofErr w:type="spellStart"/>
      <w:r w:rsidRPr="005F51F1">
        <w:rPr>
          <w:sz w:val="28"/>
          <w:szCs w:val="28"/>
        </w:rPr>
        <w:t>қоспағанда</w:t>
      </w:r>
      <w:proofErr w:type="spellEnd"/>
      <w:r w:rsidRPr="005F51F1">
        <w:rPr>
          <w:sz w:val="28"/>
          <w:szCs w:val="28"/>
        </w:rPr>
        <w:t>, Б. </w:t>
      </w:r>
      <w:proofErr w:type="spellStart"/>
      <w:r w:rsidRPr="005F51F1">
        <w:rPr>
          <w:sz w:val="28"/>
          <w:szCs w:val="28"/>
        </w:rPr>
        <w:t>Момышұлы</w:t>
      </w:r>
      <w:proofErr w:type="spellEnd"/>
      <w:r w:rsidRPr="005F51F1">
        <w:rPr>
          <w:sz w:val="28"/>
          <w:szCs w:val="28"/>
        </w:rPr>
        <w:t xml:space="preserve"> </w:t>
      </w:r>
      <w:proofErr w:type="spellStart"/>
      <w:r w:rsidRPr="005F51F1">
        <w:rPr>
          <w:sz w:val="28"/>
          <w:szCs w:val="28"/>
        </w:rPr>
        <w:t>даңғылына</w:t>
      </w:r>
      <w:proofErr w:type="spellEnd"/>
      <w:r w:rsidRPr="005F51F1">
        <w:rPr>
          <w:sz w:val="28"/>
          <w:szCs w:val="28"/>
        </w:rPr>
        <w:t xml:space="preserve"> </w:t>
      </w:r>
      <w:proofErr w:type="spellStart"/>
      <w:r w:rsidRPr="005F51F1">
        <w:rPr>
          <w:sz w:val="28"/>
          <w:szCs w:val="28"/>
        </w:rPr>
        <w:t>дейін</w:t>
      </w:r>
      <w:proofErr w:type="spellEnd"/>
      <w:r w:rsidRPr="005F51F1">
        <w:rPr>
          <w:sz w:val="28"/>
          <w:szCs w:val="28"/>
        </w:rPr>
        <w:t>.</w:t>
      </w:r>
    </w:p>
    <w:p w14:paraId="5A621534" w14:textId="77777777" w:rsidR="00937755" w:rsidRPr="007E7FD7" w:rsidRDefault="00937755" w:rsidP="00937755">
      <w:pPr>
        <w:ind w:firstLine="709"/>
        <w:jc w:val="center"/>
        <w:rPr>
          <w:sz w:val="28"/>
          <w:szCs w:val="28"/>
        </w:rPr>
      </w:pPr>
    </w:p>
    <w:p w14:paraId="7FD45FCD" w14:textId="77777777" w:rsidR="00937755" w:rsidRPr="007E7FD7" w:rsidRDefault="00937755" w:rsidP="00937755">
      <w:pPr>
        <w:keepNext/>
        <w:ind w:firstLine="709"/>
        <w:jc w:val="center"/>
        <w:rPr>
          <w:sz w:val="28"/>
          <w:szCs w:val="28"/>
        </w:rPr>
      </w:pPr>
      <w:r w:rsidRPr="007E7FD7">
        <w:rPr>
          <w:sz w:val="28"/>
          <w:szCs w:val="28"/>
        </w:rPr>
        <w:t xml:space="preserve">№ 40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116C3B9A"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Сұлтанбек</w:t>
      </w:r>
      <w:proofErr w:type="spellEnd"/>
      <w:r w:rsidRPr="007E7FD7">
        <w:rPr>
          <w:sz w:val="28"/>
          <w:szCs w:val="28"/>
        </w:rPr>
        <w:t xml:space="preserve"> </w:t>
      </w:r>
      <w:proofErr w:type="spellStart"/>
      <w:r w:rsidRPr="007E7FD7">
        <w:rPr>
          <w:sz w:val="28"/>
          <w:szCs w:val="28"/>
        </w:rPr>
        <w:t>Қожанов</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w:t>
      </w:r>
    </w:p>
    <w:p w14:paraId="00374DCE" w14:textId="77777777" w:rsidR="00937755" w:rsidRPr="007E7FD7" w:rsidRDefault="00937755" w:rsidP="00937755">
      <w:pPr>
        <w:ind w:firstLine="709"/>
        <w:jc w:val="center"/>
        <w:rPr>
          <w:sz w:val="28"/>
          <w:szCs w:val="28"/>
        </w:rPr>
      </w:pPr>
      <w:r w:rsidRPr="007E7FD7">
        <w:rPr>
          <w:sz w:val="28"/>
          <w:szCs w:val="28"/>
        </w:rPr>
        <w:t xml:space="preserve">№ 64 </w:t>
      </w:r>
      <w:proofErr w:type="spellStart"/>
      <w:r w:rsidRPr="007E7FD7">
        <w:rPr>
          <w:sz w:val="28"/>
          <w:szCs w:val="28"/>
        </w:rPr>
        <w:t>мектеп</w:t>
      </w:r>
      <w:proofErr w:type="spellEnd"/>
      <w:r w:rsidRPr="007E7FD7">
        <w:rPr>
          <w:sz w:val="28"/>
          <w:szCs w:val="28"/>
        </w:rPr>
        <w:t xml:space="preserve">-лицей»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Ғ. </w:t>
      </w:r>
      <w:proofErr w:type="spellStart"/>
      <w:r w:rsidRPr="007E7FD7">
        <w:rPr>
          <w:sz w:val="28"/>
          <w:szCs w:val="28"/>
        </w:rPr>
        <w:t>Мүсірепов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15)</w:t>
      </w:r>
    </w:p>
    <w:p w14:paraId="64B0768E" w14:textId="77777777" w:rsidR="00937755" w:rsidRPr="007E7FD7" w:rsidRDefault="00937755" w:rsidP="00937755">
      <w:pPr>
        <w:ind w:firstLine="709"/>
        <w:jc w:val="center"/>
        <w:rPr>
          <w:sz w:val="28"/>
          <w:szCs w:val="28"/>
        </w:rPr>
      </w:pPr>
    </w:p>
    <w:p w14:paraId="60C1118F"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Ғ. </w:t>
      </w:r>
      <w:proofErr w:type="spellStart"/>
      <w:r w:rsidRPr="007E7FD7">
        <w:rPr>
          <w:sz w:val="28"/>
          <w:szCs w:val="28"/>
        </w:rPr>
        <w:t>Мұстафин</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21/5, 21/6, 21/7 </w:t>
      </w:r>
      <w:proofErr w:type="spellStart"/>
      <w:r w:rsidRPr="007E7FD7">
        <w:rPr>
          <w:sz w:val="28"/>
          <w:szCs w:val="28"/>
        </w:rPr>
        <w:t>үйлер</w:t>
      </w:r>
      <w:proofErr w:type="spellEnd"/>
      <w:r w:rsidRPr="007E7FD7">
        <w:rPr>
          <w:sz w:val="28"/>
          <w:szCs w:val="28"/>
        </w:rPr>
        <w:t>, Қ. </w:t>
      </w:r>
      <w:proofErr w:type="spellStart"/>
      <w:r w:rsidRPr="007E7FD7">
        <w:rPr>
          <w:sz w:val="28"/>
          <w:szCs w:val="28"/>
        </w:rPr>
        <w:t>Рысқұлбеков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16/1, 16/2 </w:t>
      </w:r>
      <w:proofErr w:type="spellStart"/>
      <w:r w:rsidRPr="007E7FD7">
        <w:rPr>
          <w:sz w:val="28"/>
          <w:szCs w:val="28"/>
        </w:rPr>
        <w:t>үйлер</w:t>
      </w:r>
      <w:proofErr w:type="spellEnd"/>
      <w:r w:rsidRPr="007E7FD7">
        <w:rPr>
          <w:sz w:val="28"/>
          <w:szCs w:val="28"/>
        </w:rPr>
        <w:t>.</w:t>
      </w:r>
    </w:p>
    <w:p w14:paraId="69CB795B" w14:textId="77777777" w:rsidR="00937755" w:rsidRPr="007E7FD7" w:rsidRDefault="00937755" w:rsidP="00937755">
      <w:pPr>
        <w:ind w:firstLine="709"/>
        <w:jc w:val="center"/>
        <w:rPr>
          <w:sz w:val="28"/>
          <w:szCs w:val="28"/>
        </w:rPr>
      </w:pPr>
    </w:p>
    <w:p w14:paraId="3DFB932B" w14:textId="77777777" w:rsidR="00937755" w:rsidRPr="007E7FD7" w:rsidRDefault="00937755" w:rsidP="00937755">
      <w:pPr>
        <w:keepNext/>
        <w:ind w:firstLine="709"/>
        <w:jc w:val="center"/>
        <w:rPr>
          <w:sz w:val="28"/>
          <w:szCs w:val="28"/>
        </w:rPr>
      </w:pPr>
      <w:r w:rsidRPr="007E7FD7">
        <w:rPr>
          <w:sz w:val="28"/>
          <w:szCs w:val="28"/>
        </w:rPr>
        <w:t xml:space="preserve">№ 41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77499CCE"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Сұлтанбек</w:t>
      </w:r>
      <w:proofErr w:type="spellEnd"/>
      <w:r w:rsidRPr="007E7FD7">
        <w:rPr>
          <w:sz w:val="28"/>
          <w:szCs w:val="28"/>
        </w:rPr>
        <w:t xml:space="preserve"> </w:t>
      </w:r>
      <w:proofErr w:type="spellStart"/>
      <w:r w:rsidRPr="007E7FD7">
        <w:rPr>
          <w:sz w:val="28"/>
          <w:szCs w:val="28"/>
        </w:rPr>
        <w:t>Қожанов</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w:t>
      </w:r>
    </w:p>
    <w:p w14:paraId="5E116FEA" w14:textId="77777777" w:rsidR="00937755" w:rsidRPr="007E7FD7" w:rsidRDefault="00937755" w:rsidP="00937755">
      <w:pPr>
        <w:ind w:firstLine="709"/>
        <w:jc w:val="center"/>
        <w:rPr>
          <w:sz w:val="28"/>
          <w:szCs w:val="28"/>
        </w:rPr>
      </w:pPr>
      <w:r w:rsidRPr="007E7FD7">
        <w:rPr>
          <w:sz w:val="28"/>
          <w:szCs w:val="28"/>
        </w:rPr>
        <w:t xml:space="preserve">№ 64 </w:t>
      </w:r>
      <w:proofErr w:type="spellStart"/>
      <w:r w:rsidRPr="007E7FD7">
        <w:rPr>
          <w:sz w:val="28"/>
          <w:szCs w:val="28"/>
        </w:rPr>
        <w:t>мектеп</w:t>
      </w:r>
      <w:proofErr w:type="spellEnd"/>
      <w:r w:rsidRPr="007E7FD7">
        <w:rPr>
          <w:sz w:val="28"/>
          <w:szCs w:val="28"/>
        </w:rPr>
        <w:t xml:space="preserve">-лицей»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Ғ. </w:t>
      </w:r>
      <w:proofErr w:type="spellStart"/>
      <w:r w:rsidRPr="007E7FD7">
        <w:rPr>
          <w:sz w:val="28"/>
          <w:szCs w:val="28"/>
        </w:rPr>
        <w:t>Мүсірепов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15)</w:t>
      </w:r>
    </w:p>
    <w:p w14:paraId="5DFF3F32" w14:textId="77777777" w:rsidR="00937755" w:rsidRPr="007E7FD7" w:rsidRDefault="00937755" w:rsidP="00937755">
      <w:pPr>
        <w:ind w:firstLine="709"/>
        <w:jc w:val="center"/>
        <w:rPr>
          <w:sz w:val="28"/>
          <w:szCs w:val="28"/>
        </w:rPr>
      </w:pPr>
    </w:p>
    <w:p w14:paraId="24283D2E"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Ш. </w:t>
      </w:r>
      <w:proofErr w:type="spellStart"/>
      <w:r w:rsidRPr="007E7FD7">
        <w:rPr>
          <w:sz w:val="28"/>
          <w:szCs w:val="28"/>
        </w:rPr>
        <w:t>Құдайбердіұлы</w:t>
      </w:r>
      <w:proofErr w:type="spellEnd"/>
      <w:r w:rsidRPr="007E7FD7">
        <w:rPr>
          <w:sz w:val="28"/>
          <w:szCs w:val="28"/>
        </w:rPr>
        <w:t xml:space="preserve"> </w:t>
      </w:r>
      <w:proofErr w:type="spellStart"/>
      <w:r w:rsidRPr="007E7FD7">
        <w:rPr>
          <w:sz w:val="28"/>
          <w:szCs w:val="28"/>
        </w:rPr>
        <w:t>даңғылы</w:t>
      </w:r>
      <w:proofErr w:type="spellEnd"/>
      <w:r w:rsidRPr="007E7FD7">
        <w:rPr>
          <w:sz w:val="28"/>
          <w:szCs w:val="28"/>
        </w:rPr>
        <w:t xml:space="preserve">, № 25/1, 25/2, 25/3, 29/1 </w:t>
      </w:r>
      <w:proofErr w:type="spellStart"/>
      <w:r w:rsidRPr="007E7FD7">
        <w:rPr>
          <w:sz w:val="28"/>
          <w:szCs w:val="28"/>
        </w:rPr>
        <w:t>үйлер</w:t>
      </w:r>
      <w:proofErr w:type="spellEnd"/>
      <w:r w:rsidRPr="007E7FD7">
        <w:rPr>
          <w:sz w:val="28"/>
          <w:szCs w:val="28"/>
        </w:rPr>
        <w:t>.</w:t>
      </w:r>
    </w:p>
    <w:p w14:paraId="36BFC349" w14:textId="77777777" w:rsidR="00937755" w:rsidRPr="007E7FD7" w:rsidRDefault="00937755" w:rsidP="00937755">
      <w:pPr>
        <w:ind w:firstLine="709"/>
        <w:jc w:val="both"/>
        <w:rPr>
          <w:sz w:val="28"/>
          <w:szCs w:val="28"/>
        </w:rPr>
      </w:pPr>
    </w:p>
    <w:p w14:paraId="75B39C7C" w14:textId="77777777" w:rsidR="00937755" w:rsidRPr="007E7FD7" w:rsidRDefault="00937755" w:rsidP="00937755">
      <w:pPr>
        <w:keepNext/>
        <w:ind w:firstLine="709"/>
        <w:jc w:val="center"/>
        <w:rPr>
          <w:sz w:val="28"/>
          <w:szCs w:val="28"/>
        </w:rPr>
      </w:pPr>
      <w:r w:rsidRPr="007E7FD7">
        <w:rPr>
          <w:sz w:val="28"/>
          <w:szCs w:val="28"/>
        </w:rPr>
        <w:t xml:space="preserve">№ 42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06874081"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Сұлтанбек</w:t>
      </w:r>
      <w:proofErr w:type="spellEnd"/>
      <w:r w:rsidRPr="007E7FD7">
        <w:rPr>
          <w:sz w:val="28"/>
          <w:szCs w:val="28"/>
        </w:rPr>
        <w:t xml:space="preserve"> </w:t>
      </w:r>
      <w:proofErr w:type="spellStart"/>
      <w:r w:rsidRPr="007E7FD7">
        <w:rPr>
          <w:sz w:val="28"/>
          <w:szCs w:val="28"/>
        </w:rPr>
        <w:t>Қожанов</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w:t>
      </w:r>
    </w:p>
    <w:p w14:paraId="0DC2474B" w14:textId="77777777" w:rsidR="00937755" w:rsidRPr="007E7FD7" w:rsidRDefault="00937755" w:rsidP="00937755">
      <w:pPr>
        <w:ind w:firstLine="709"/>
        <w:jc w:val="center"/>
        <w:rPr>
          <w:sz w:val="28"/>
          <w:szCs w:val="28"/>
        </w:rPr>
      </w:pPr>
      <w:r w:rsidRPr="007E7FD7">
        <w:rPr>
          <w:sz w:val="28"/>
          <w:szCs w:val="28"/>
        </w:rPr>
        <w:t xml:space="preserve">№ 64 </w:t>
      </w:r>
      <w:proofErr w:type="spellStart"/>
      <w:r w:rsidRPr="007E7FD7">
        <w:rPr>
          <w:sz w:val="28"/>
          <w:szCs w:val="28"/>
        </w:rPr>
        <w:t>мектеп</w:t>
      </w:r>
      <w:proofErr w:type="spellEnd"/>
      <w:r w:rsidRPr="007E7FD7">
        <w:rPr>
          <w:sz w:val="28"/>
          <w:szCs w:val="28"/>
        </w:rPr>
        <w:t xml:space="preserve">-лицей»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Ғ. </w:t>
      </w:r>
      <w:proofErr w:type="spellStart"/>
      <w:r w:rsidRPr="007E7FD7">
        <w:rPr>
          <w:sz w:val="28"/>
          <w:szCs w:val="28"/>
        </w:rPr>
        <w:t>Мүсірепов</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15)</w:t>
      </w:r>
    </w:p>
    <w:p w14:paraId="7135C516" w14:textId="77777777" w:rsidR="00937755" w:rsidRPr="007E7FD7" w:rsidRDefault="00937755" w:rsidP="00937755">
      <w:pPr>
        <w:ind w:firstLine="709"/>
        <w:jc w:val="center"/>
        <w:rPr>
          <w:sz w:val="28"/>
          <w:szCs w:val="28"/>
        </w:rPr>
      </w:pPr>
    </w:p>
    <w:p w14:paraId="36D6C9B7"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Ғ. </w:t>
      </w:r>
      <w:proofErr w:type="spellStart"/>
      <w:r w:rsidRPr="007E7FD7">
        <w:rPr>
          <w:sz w:val="28"/>
          <w:szCs w:val="28"/>
        </w:rPr>
        <w:t>Мүсірепов</w:t>
      </w:r>
      <w:proofErr w:type="spellEnd"/>
      <w:r w:rsidRPr="007E7FD7">
        <w:rPr>
          <w:sz w:val="28"/>
          <w:szCs w:val="28"/>
        </w:rPr>
        <w:t xml:space="preserve"> </w:t>
      </w:r>
      <w:proofErr w:type="spellStart"/>
      <w:r w:rsidRPr="007E7FD7">
        <w:rPr>
          <w:sz w:val="28"/>
          <w:szCs w:val="28"/>
        </w:rPr>
        <w:t>көшесінен</w:t>
      </w:r>
      <w:proofErr w:type="spellEnd"/>
      <w:r w:rsidRPr="007E7FD7">
        <w:rPr>
          <w:sz w:val="28"/>
          <w:szCs w:val="28"/>
        </w:rPr>
        <w:t xml:space="preserve"> Ш. </w:t>
      </w:r>
      <w:proofErr w:type="spellStart"/>
      <w:r w:rsidRPr="007E7FD7">
        <w:rPr>
          <w:sz w:val="28"/>
          <w:szCs w:val="28"/>
        </w:rPr>
        <w:t>Құдайбердіұлы</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Қ. </w:t>
      </w:r>
      <w:proofErr w:type="spellStart"/>
      <w:r w:rsidRPr="007E7FD7">
        <w:rPr>
          <w:sz w:val="28"/>
          <w:szCs w:val="28"/>
        </w:rPr>
        <w:t>Рысқұлбеков</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Қ. </w:t>
      </w:r>
      <w:proofErr w:type="spellStart"/>
      <w:r w:rsidRPr="007E7FD7">
        <w:rPr>
          <w:sz w:val="28"/>
          <w:szCs w:val="28"/>
        </w:rPr>
        <w:t>Рысқұлбеков</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теміржол</w:t>
      </w:r>
      <w:proofErr w:type="spellEnd"/>
      <w:r w:rsidRPr="007E7FD7">
        <w:rPr>
          <w:sz w:val="28"/>
          <w:szCs w:val="28"/>
        </w:rPr>
        <w:t xml:space="preserve"> </w:t>
      </w:r>
      <w:proofErr w:type="spellStart"/>
      <w:r w:rsidRPr="007E7FD7">
        <w:rPr>
          <w:sz w:val="28"/>
          <w:szCs w:val="28"/>
        </w:rPr>
        <w:t>төсеміне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теміржол</w:t>
      </w:r>
      <w:proofErr w:type="spellEnd"/>
      <w:r w:rsidRPr="007E7FD7">
        <w:rPr>
          <w:sz w:val="28"/>
          <w:szCs w:val="28"/>
        </w:rPr>
        <w:t xml:space="preserve"> </w:t>
      </w:r>
      <w:proofErr w:type="spellStart"/>
      <w:r w:rsidRPr="007E7FD7">
        <w:rPr>
          <w:sz w:val="28"/>
          <w:szCs w:val="28"/>
        </w:rPr>
        <w:t>төсемімен</w:t>
      </w:r>
      <w:proofErr w:type="spellEnd"/>
      <w:r w:rsidRPr="007E7FD7">
        <w:rPr>
          <w:sz w:val="28"/>
          <w:szCs w:val="28"/>
        </w:rPr>
        <w:t xml:space="preserve"> Ғ. </w:t>
      </w:r>
      <w:proofErr w:type="spellStart"/>
      <w:r w:rsidRPr="007E7FD7">
        <w:rPr>
          <w:sz w:val="28"/>
          <w:szCs w:val="28"/>
        </w:rPr>
        <w:t>Мүсірепов</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Ғ. </w:t>
      </w:r>
      <w:proofErr w:type="spellStart"/>
      <w:r w:rsidRPr="007E7FD7">
        <w:rPr>
          <w:sz w:val="28"/>
          <w:szCs w:val="28"/>
        </w:rPr>
        <w:t>Мүсірепов</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Қ. </w:t>
      </w:r>
      <w:proofErr w:type="spellStart"/>
      <w:r w:rsidRPr="007E7FD7">
        <w:rPr>
          <w:sz w:val="28"/>
          <w:szCs w:val="28"/>
        </w:rPr>
        <w:t>Рысқұлбеков</w:t>
      </w:r>
      <w:proofErr w:type="spellEnd"/>
      <w:r w:rsidRPr="007E7FD7">
        <w:rPr>
          <w:sz w:val="28"/>
          <w:szCs w:val="28"/>
        </w:rPr>
        <w:t xml:space="preserve"> </w:t>
      </w:r>
      <w:proofErr w:type="spellStart"/>
      <w:r w:rsidRPr="007E7FD7">
        <w:rPr>
          <w:sz w:val="28"/>
          <w:szCs w:val="28"/>
        </w:rPr>
        <w:t>көшесіндегі</w:t>
      </w:r>
      <w:proofErr w:type="spellEnd"/>
      <w:r w:rsidRPr="007E7FD7">
        <w:rPr>
          <w:sz w:val="28"/>
          <w:szCs w:val="28"/>
        </w:rPr>
        <w:t xml:space="preserve"> № 16/1, 16/2 </w:t>
      </w:r>
      <w:proofErr w:type="spellStart"/>
      <w:r w:rsidRPr="007E7FD7">
        <w:rPr>
          <w:sz w:val="28"/>
          <w:szCs w:val="28"/>
        </w:rPr>
        <w:t>үйлерді</w:t>
      </w:r>
      <w:proofErr w:type="spellEnd"/>
      <w:r w:rsidRPr="007E7FD7">
        <w:rPr>
          <w:sz w:val="28"/>
          <w:szCs w:val="28"/>
        </w:rPr>
        <w:t xml:space="preserve"> </w:t>
      </w:r>
      <w:proofErr w:type="spellStart"/>
      <w:r w:rsidRPr="007E7FD7">
        <w:rPr>
          <w:sz w:val="28"/>
          <w:szCs w:val="28"/>
        </w:rPr>
        <w:t>қоспағанда</w:t>
      </w:r>
      <w:proofErr w:type="spellEnd"/>
      <w:r w:rsidRPr="007E7FD7">
        <w:rPr>
          <w:sz w:val="28"/>
          <w:szCs w:val="28"/>
        </w:rPr>
        <w:t>, Ш. </w:t>
      </w:r>
      <w:proofErr w:type="spellStart"/>
      <w:r w:rsidRPr="007E7FD7">
        <w:rPr>
          <w:sz w:val="28"/>
          <w:szCs w:val="28"/>
        </w:rPr>
        <w:t>Құдайбердіұлы</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w:t>
      </w:r>
    </w:p>
    <w:p w14:paraId="69053A89" w14:textId="77777777" w:rsidR="00937755" w:rsidRPr="007E7FD7" w:rsidRDefault="00937755" w:rsidP="00937755">
      <w:pPr>
        <w:ind w:firstLine="709"/>
        <w:jc w:val="center"/>
        <w:rPr>
          <w:sz w:val="28"/>
          <w:szCs w:val="28"/>
        </w:rPr>
      </w:pPr>
    </w:p>
    <w:p w14:paraId="08A3776F" w14:textId="77777777" w:rsidR="00937755" w:rsidRPr="007E7FD7" w:rsidRDefault="00937755" w:rsidP="00937755">
      <w:pPr>
        <w:keepNext/>
        <w:ind w:firstLine="709"/>
        <w:jc w:val="center"/>
        <w:rPr>
          <w:sz w:val="28"/>
          <w:szCs w:val="28"/>
        </w:rPr>
      </w:pPr>
      <w:r w:rsidRPr="007E7FD7">
        <w:rPr>
          <w:sz w:val="28"/>
          <w:szCs w:val="28"/>
        </w:rPr>
        <w:t xml:space="preserve">№ 43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022992C1"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Орталықтандырылған</w:t>
      </w:r>
      <w:proofErr w:type="spellEnd"/>
      <w:r w:rsidRPr="007E7FD7">
        <w:rPr>
          <w:sz w:val="28"/>
          <w:szCs w:val="28"/>
        </w:rPr>
        <w:t xml:space="preserve"> </w:t>
      </w:r>
      <w:proofErr w:type="spellStart"/>
      <w:r w:rsidRPr="007E7FD7">
        <w:rPr>
          <w:sz w:val="28"/>
          <w:szCs w:val="28"/>
        </w:rPr>
        <w:t>кітапханалар</w:t>
      </w:r>
      <w:proofErr w:type="spellEnd"/>
      <w:r w:rsidRPr="007E7FD7">
        <w:rPr>
          <w:sz w:val="28"/>
          <w:szCs w:val="28"/>
        </w:rPr>
        <w:t xml:space="preserve"> </w:t>
      </w:r>
      <w:proofErr w:type="spellStart"/>
      <w:r w:rsidRPr="007E7FD7">
        <w:rPr>
          <w:sz w:val="28"/>
          <w:szCs w:val="28"/>
        </w:rPr>
        <w:t>жүйесі</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мекемесі</w:t>
      </w:r>
      <w:proofErr w:type="spellEnd"/>
      <w:r w:rsidRPr="007E7FD7">
        <w:rPr>
          <w:sz w:val="28"/>
          <w:szCs w:val="28"/>
        </w:rPr>
        <w:t>, Ш. </w:t>
      </w:r>
      <w:proofErr w:type="spellStart"/>
      <w:r w:rsidRPr="007E7FD7">
        <w:rPr>
          <w:sz w:val="28"/>
          <w:szCs w:val="28"/>
        </w:rPr>
        <w:t>Құдайбердіұлы</w:t>
      </w:r>
      <w:proofErr w:type="spellEnd"/>
      <w:r w:rsidRPr="007E7FD7">
        <w:rPr>
          <w:sz w:val="28"/>
          <w:szCs w:val="28"/>
        </w:rPr>
        <w:t xml:space="preserve"> </w:t>
      </w:r>
      <w:proofErr w:type="spellStart"/>
      <w:r w:rsidRPr="007E7FD7">
        <w:rPr>
          <w:sz w:val="28"/>
          <w:szCs w:val="28"/>
        </w:rPr>
        <w:t>даңғылы</w:t>
      </w:r>
      <w:proofErr w:type="spellEnd"/>
      <w:r w:rsidRPr="007E7FD7">
        <w:rPr>
          <w:sz w:val="28"/>
          <w:szCs w:val="28"/>
        </w:rPr>
        <w:t>, № 25/3)</w:t>
      </w:r>
    </w:p>
    <w:p w14:paraId="0FEF96C9" w14:textId="77777777" w:rsidR="00937755" w:rsidRPr="007E7FD7" w:rsidRDefault="00937755" w:rsidP="00937755">
      <w:pPr>
        <w:ind w:firstLine="709"/>
        <w:jc w:val="center"/>
        <w:rPr>
          <w:sz w:val="28"/>
          <w:szCs w:val="28"/>
        </w:rPr>
      </w:pPr>
    </w:p>
    <w:p w14:paraId="757857FD" w14:textId="77777777" w:rsidR="00937755" w:rsidRDefault="00937755" w:rsidP="00937755">
      <w:pPr>
        <w:ind w:firstLine="709"/>
        <w:jc w:val="both"/>
        <w:rPr>
          <w:sz w:val="28"/>
          <w:szCs w:val="28"/>
        </w:rPr>
      </w:pPr>
      <w:proofErr w:type="spellStart"/>
      <w:r w:rsidRPr="005F51F1">
        <w:rPr>
          <w:sz w:val="28"/>
          <w:szCs w:val="28"/>
        </w:rPr>
        <w:t>Шекарасы</w:t>
      </w:r>
      <w:proofErr w:type="spellEnd"/>
      <w:r w:rsidRPr="005F51F1">
        <w:rPr>
          <w:sz w:val="28"/>
          <w:szCs w:val="28"/>
        </w:rPr>
        <w:t xml:space="preserve">: </w:t>
      </w:r>
      <w:proofErr w:type="spellStart"/>
      <w:r w:rsidRPr="005F51F1">
        <w:rPr>
          <w:sz w:val="28"/>
          <w:szCs w:val="28"/>
        </w:rPr>
        <w:t>Абылай</w:t>
      </w:r>
      <w:proofErr w:type="spellEnd"/>
      <w:r w:rsidRPr="005F51F1">
        <w:rPr>
          <w:sz w:val="28"/>
          <w:szCs w:val="28"/>
        </w:rPr>
        <w:t xml:space="preserve"> хан </w:t>
      </w:r>
      <w:proofErr w:type="spellStart"/>
      <w:r w:rsidRPr="005F51F1">
        <w:rPr>
          <w:sz w:val="28"/>
          <w:szCs w:val="28"/>
        </w:rPr>
        <w:t>даңғылы</w:t>
      </w:r>
      <w:proofErr w:type="spellEnd"/>
      <w:r w:rsidRPr="005F51F1">
        <w:rPr>
          <w:sz w:val="28"/>
          <w:szCs w:val="28"/>
        </w:rPr>
        <w:t xml:space="preserve">, № 45А, 45Г, 45Е </w:t>
      </w:r>
      <w:proofErr w:type="spellStart"/>
      <w:r w:rsidRPr="005F51F1">
        <w:rPr>
          <w:sz w:val="28"/>
          <w:szCs w:val="28"/>
        </w:rPr>
        <w:t>үйлер</w:t>
      </w:r>
      <w:proofErr w:type="spellEnd"/>
      <w:r w:rsidRPr="005F51F1">
        <w:rPr>
          <w:sz w:val="28"/>
          <w:szCs w:val="28"/>
        </w:rPr>
        <w:t>, Қ. </w:t>
      </w:r>
      <w:proofErr w:type="spellStart"/>
      <w:r w:rsidRPr="005F51F1">
        <w:rPr>
          <w:sz w:val="28"/>
          <w:szCs w:val="28"/>
        </w:rPr>
        <w:t>Рысқұлбеков</w:t>
      </w:r>
      <w:proofErr w:type="spellEnd"/>
      <w:r w:rsidRPr="005F51F1">
        <w:rPr>
          <w:sz w:val="28"/>
          <w:szCs w:val="28"/>
        </w:rPr>
        <w:t xml:space="preserve"> </w:t>
      </w:r>
      <w:proofErr w:type="spellStart"/>
      <w:r w:rsidRPr="005F51F1">
        <w:rPr>
          <w:sz w:val="28"/>
          <w:szCs w:val="28"/>
        </w:rPr>
        <w:t>көшесі</w:t>
      </w:r>
      <w:proofErr w:type="spellEnd"/>
      <w:r w:rsidRPr="005F51F1">
        <w:rPr>
          <w:sz w:val="28"/>
          <w:szCs w:val="28"/>
        </w:rPr>
        <w:t xml:space="preserve">, № 1, 2, 2/1, 2/2, 4, 4/1, 5, 6, 6А, 7, 7/1, 8, 8А, 8/1, 8/2, 8/3, 9, 11, 11/1, 13, 15 </w:t>
      </w:r>
      <w:proofErr w:type="spellStart"/>
      <w:r w:rsidRPr="005F51F1">
        <w:rPr>
          <w:sz w:val="28"/>
          <w:szCs w:val="28"/>
        </w:rPr>
        <w:t>үйлер</w:t>
      </w:r>
      <w:proofErr w:type="spellEnd"/>
      <w:r w:rsidRPr="005F51F1">
        <w:rPr>
          <w:sz w:val="28"/>
          <w:szCs w:val="28"/>
        </w:rPr>
        <w:t>, Ш. </w:t>
      </w:r>
      <w:proofErr w:type="spellStart"/>
      <w:r w:rsidRPr="005F51F1">
        <w:rPr>
          <w:sz w:val="28"/>
          <w:szCs w:val="28"/>
        </w:rPr>
        <w:t>Құдайбердіұлы</w:t>
      </w:r>
      <w:proofErr w:type="spellEnd"/>
      <w:r w:rsidRPr="005F51F1">
        <w:rPr>
          <w:sz w:val="28"/>
          <w:szCs w:val="28"/>
        </w:rPr>
        <w:t xml:space="preserve"> </w:t>
      </w:r>
      <w:proofErr w:type="spellStart"/>
      <w:r w:rsidRPr="005F51F1">
        <w:rPr>
          <w:sz w:val="28"/>
          <w:szCs w:val="28"/>
        </w:rPr>
        <w:t>даңғылы</w:t>
      </w:r>
      <w:proofErr w:type="spellEnd"/>
      <w:r w:rsidRPr="005F51F1">
        <w:rPr>
          <w:sz w:val="28"/>
          <w:szCs w:val="28"/>
        </w:rPr>
        <w:t xml:space="preserve">, № 38 </w:t>
      </w:r>
      <w:proofErr w:type="spellStart"/>
      <w:r w:rsidRPr="005F51F1">
        <w:rPr>
          <w:sz w:val="28"/>
          <w:szCs w:val="28"/>
        </w:rPr>
        <w:t>үй</w:t>
      </w:r>
      <w:proofErr w:type="spellEnd"/>
      <w:r w:rsidRPr="005F51F1">
        <w:rPr>
          <w:sz w:val="28"/>
          <w:szCs w:val="28"/>
        </w:rPr>
        <w:t>, Ғ. </w:t>
      </w:r>
      <w:proofErr w:type="spellStart"/>
      <w:r w:rsidRPr="005F51F1">
        <w:rPr>
          <w:sz w:val="28"/>
          <w:szCs w:val="28"/>
        </w:rPr>
        <w:t>Мүсірепов</w:t>
      </w:r>
      <w:proofErr w:type="spellEnd"/>
      <w:r w:rsidRPr="005F51F1">
        <w:rPr>
          <w:sz w:val="28"/>
          <w:szCs w:val="28"/>
        </w:rPr>
        <w:t xml:space="preserve"> </w:t>
      </w:r>
      <w:proofErr w:type="spellStart"/>
      <w:r w:rsidRPr="005F51F1">
        <w:rPr>
          <w:sz w:val="28"/>
          <w:szCs w:val="28"/>
        </w:rPr>
        <w:t>көшесі</w:t>
      </w:r>
      <w:proofErr w:type="spellEnd"/>
      <w:r w:rsidRPr="005F51F1">
        <w:rPr>
          <w:sz w:val="28"/>
          <w:szCs w:val="28"/>
        </w:rPr>
        <w:t xml:space="preserve">, № 7/2 </w:t>
      </w:r>
      <w:proofErr w:type="spellStart"/>
      <w:r w:rsidRPr="005F51F1">
        <w:rPr>
          <w:sz w:val="28"/>
          <w:szCs w:val="28"/>
        </w:rPr>
        <w:t>үй</w:t>
      </w:r>
      <w:proofErr w:type="spellEnd"/>
      <w:r w:rsidRPr="005F51F1">
        <w:rPr>
          <w:sz w:val="28"/>
          <w:szCs w:val="28"/>
        </w:rPr>
        <w:t>.</w:t>
      </w:r>
    </w:p>
    <w:p w14:paraId="24D473E2" w14:textId="77777777" w:rsidR="00937755" w:rsidRPr="009373E7" w:rsidRDefault="00937755" w:rsidP="00937755">
      <w:pPr>
        <w:ind w:firstLine="709"/>
        <w:jc w:val="both"/>
        <w:rPr>
          <w:sz w:val="28"/>
          <w:szCs w:val="28"/>
        </w:rPr>
      </w:pPr>
    </w:p>
    <w:p w14:paraId="056E5908" w14:textId="77777777" w:rsidR="00937755" w:rsidRPr="007E7FD7" w:rsidRDefault="00937755" w:rsidP="00937755">
      <w:pPr>
        <w:keepNext/>
        <w:ind w:firstLine="709"/>
        <w:jc w:val="center"/>
        <w:rPr>
          <w:sz w:val="28"/>
          <w:szCs w:val="28"/>
        </w:rPr>
      </w:pPr>
      <w:r w:rsidRPr="007E7FD7">
        <w:rPr>
          <w:sz w:val="28"/>
          <w:szCs w:val="28"/>
        </w:rPr>
        <w:lastRenderedPageBreak/>
        <w:t xml:space="preserve">№ 44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755A36A9"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Шерхан</w:t>
      </w:r>
      <w:proofErr w:type="spellEnd"/>
      <w:r w:rsidRPr="007E7FD7">
        <w:rPr>
          <w:sz w:val="28"/>
          <w:szCs w:val="28"/>
        </w:rPr>
        <w:t xml:space="preserve"> </w:t>
      </w:r>
      <w:proofErr w:type="spellStart"/>
      <w:r w:rsidRPr="007E7FD7">
        <w:rPr>
          <w:sz w:val="28"/>
          <w:szCs w:val="28"/>
        </w:rPr>
        <w:t>Мұртаза</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w:t>
      </w:r>
    </w:p>
    <w:p w14:paraId="20EFD86C" w14:textId="77777777" w:rsidR="00937755" w:rsidRPr="007E7FD7" w:rsidRDefault="00937755" w:rsidP="00937755">
      <w:pPr>
        <w:ind w:firstLine="709"/>
        <w:jc w:val="center"/>
        <w:rPr>
          <w:sz w:val="28"/>
          <w:szCs w:val="28"/>
        </w:rPr>
      </w:pPr>
      <w:r w:rsidRPr="007E7FD7">
        <w:rPr>
          <w:sz w:val="28"/>
          <w:szCs w:val="28"/>
        </w:rPr>
        <w:t xml:space="preserve">№ 63 </w:t>
      </w:r>
      <w:proofErr w:type="spellStart"/>
      <w:r w:rsidRPr="007E7FD7">
        <w:rPr>
          <w:sz w:val="28"/>
          <w:szCs w:val="28"/>
        </w:rPr>
        <w:t>мектеп</w:t>
      </w:r>
      <w:proofErr w:type="spellEnd"/>
      <w:r w:rsidRPr="007E7FD7">
        <w:rPr>
          <w:sz w:val="28"/>
          <w:szCs w:val="28"/>
        </w:rPr>
        <w:t xml:space="preserve">-гимназия»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roofErr w:type="spellStart"/>
      <w:r w:rsidRPr="007E7FD7">
        <w:rPr>
          <w:sz w:val="28"/>
          <w:szCs w:val="28"/>
        </w:rPr>
        <w:t>Лепс</w:t>
      </w:r>
      <w:r w:rsidRPr="002F21F6">
        <w:rPr>
          <w:sz w:val="28"/>
          <w:szCs w:val="28"/>
        </w:rPr>
        <w:t>і</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38)</w:t>
      </w:r>
    </w:p>
    <w:p w14:paraId="2C4E77C9" w14:textId="77777777" w:rsidR="00937755" w:rsidRPr="007E7FD7" w:rsidRDefault="00937755" w:rsidP="00937755">
      <w:pPr>
        <w:ind w:firstLine="709"/>
        <w:jc w:val="center"/>
        <w:rPr>
          <w:sz w:val="28"/>
          <w:szCs w:val="28"/>
        </w:rPr>
      </w:pPr>
    </w:p>
    <w:p w14:paraId="5956179C"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Р. </w:t>
      </w:r>
      <w:proofErr w:type="spellStart"/>
      <w:r w:rsidRPr="007E7FD7">
        <w:rPr>
          <w:sz w:val="28"/>
          <w:szCs w:val="28"/>
        </w:rPr>
        <w:t>Қошқарбаев</w:t>
      </w:r>
      <w:proofErr w:type="spellEnd"/>
      <w:r w:rsidRPr="007E7FD7">
        <w:rPr>
          <w:sz w:val="28"/>
          <w:szCs w:val="28"/>
        </w:rPr>
        <w:t xml:space="preserve"> </w:t>
      </w:r>
      <w:proofErr w:type="spellStart"/>
      <w:r w:rsidRPr="007E7FD7">
        <w:rPr>
          <w:sz w:val="28"/>
          <w:szCs w:val="28"/>
        </w:rPr>
        <w:t>даңғылынан</w:t>
      </w:r>
      <w:proofErr w:type="spellEnd"/>
      <w:r w:rsidRPr="007E7FD7">
        <w:rPr>
          <w:sz w:val="28"/>
          <w:szCs w:val="28"/>
        </w:rPr>
        <w:t xml:space="preserve"> М. </w:t>
      </w:r>
      <w:proofErr w:type="spellStart"/>
      <w:r w:rsidRPr="007E7FD7">
        <w:rPr>
          <w:sz w:val="28"/>
          <w:szCs w:val="28"/>
        </w:rPr>
        <w:t>Төлебаев</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Қызылкөл</w:t>
      </w:r>
      <w:proofErr w:type="spellEnd"/>
      <w:r w:rsidRPr="007E7FD7">
        <w:rPr>
          <w:sz w:val="28"/>
          <w:szCs w:val="28"/>
        </w:rPr>
        <w:t xml:space="preserve"> </w:t>
      </w:r>
      <w:proofErr w:type="spellStart"/>
      <w:r w:rsidRPr="007E7FD7">
        <w:rPr>
          <w:sz w:val="28"/>
          <w:szCs w:val="28"/>
        </w:rPr>
        <w:t>орамына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Қызылкөл</w:t>
      </w:r>
      <w:proofErr w:type="spellEnd"/>
      <w:r w:rsidRPr="007E7FD7">
        <w:rPr>
          <w:sz w:val="28"/>
          <w:szCs w:val="28"/>
        </w:rPr>
        <w:t xml:space="preserve"> </w:t>
      </w:r>
      <w:proofErr w:type="spellStart"/>
      <w:r w:rsidRPr="007E7FD7">
        <w:rPr>
          <w:sz w:val="28"/>
          <w:szCs w:val="28"/>
        </w:rPr>
        <w:t>орамының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Майдақоңыр</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Майдақоңыр</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Арал </w:t>
      </w:r>
      <w:proofErr w:type="spellStart"/>
      <w:r w:rsidRPr="007E7FD7">
        <w:rPr>
          <w:sz w:val="28"/>
          <w:szCs w:val="28"/>
        </w:rPr>
        <w:t>орамына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Арал </w:t>
      </w:r>
      <w:proofErr w:type="spellStart"/>
      <w:r w:rsidRPr="007E7FD7">
        <w:rPr>
          <w:sz w:val="28"/>
          <w:szCs w:val="28"/>
        </w:rPr>
        <w:t>орамының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Ертіс</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Ертіс</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Ш. </w:t>
      </w:r>
      <w:proofErr w:type="spellStart"/>
      <w:r w:rsidRPr="007E7FD7">
        <w:rPr>
          <w:sz w:val="28"/>
          <w:szCs w:val="28"/>
        </w:rPr>
        <w:t>Құдайбердіұлы</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r w:rsidRPr="007E7FD7">
        <w:rPr>
          <w:sz w:val="28"/>
          <w:szCs w:val="28"/>
        </w:rPr>
        <w:br/>
        <w:t>Ш. </w:t>
      </w:r>
      <w:proofErr w:type="spellStart"/>
      <w:r w:rsidRPr="007E7FD7">
        <w:rPr>
          <w:sz w:val="28"/>
          <w:szCs w:val="28"/>
        </w:rPr>
        <w:t>Құдайбердіұлы</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Р. </w:t>
      </w:r>
      <w:proofErr w:type="spellStart"/>
      <w:r w:rsidRPr="007E7FD7">
        <w:rPr>
          <w:sz w:val="28"/>
          <w:szCs w:val="28"/>
        </w:rPr>
        <w:t>Қошқарбаев</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Р. </w:t>
      </w:r>
      <w:proofErr w:type="spellStart"/>
      <w:r w:rsidRPr="007E7FD7">
        <w:rPr>
          <w:sz w:val="28"/>
          <w:szCs w:val="28"/>
        </w:rPr>
        <w:t>Қошқарбаев</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М. </w:t>
      </w:r>
      <w:proofErr w:type="spellStart"/>
      <w:r w:rsidRPr="007E7FD7">
        <w:rPr>
          <w:sz w:val="28"/>
          <w:szCs w:val="28"/>
        </w:rPr>
        <w:t>Төлебаев</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w:t>
      </w:r>
    </w:p>
    <w:p w14:paraId="56D4A159" w14:textId="77777777" w:rsidR="00937755" w:rsidRPr="007E7FD7" w:rsidRDefault="00937755" w:rsidP="00937755">
      <w:pPr>
        <w:ind w:firstLine="709"/>
        <w:jc w:val="both"/>
        <w:rPr>
          <w:sz w:val="28"/>
          <w:szCs w:val="28"/>
        </w:rPr>
      </w:pPr>
    </w:p>
    <w:p w14:paraId="363EBFD4" w14:textId="77777777" w:rsidR="00937755" w:rsidRPr="007E7FD7" w:rsidRDefault="00937755" w:rsidP="00937755">
      <w:pPr>
        <w:keepNext/>
        <w:ind w:firstLine="709"/>
        <w:jc w:val="center"/>
        <w:rPr>
          <w:sz w:val="28"/>
          <w:szCs w:val="28"/>
        </w:rPr>
      </w:pPr>
      <w:r w:rsidRPr="007E7FD7">
        <w:rPr>
          <w:sz w:val="28"/>
          <w:szCs w:val="28"/>
        </w:rPr>
        <w:t xml:space="preserve">№ 45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20520275"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Шерхан</w:t>
      </w:r>
      <w:proofErr w:type="spellEnd"/>
      <w:r w:rsidRPr="007E7FD7">
        <w:rPr>
          <w:sz w:val="28"/>
          <w:szCs w:val="28"/>
        </w:rPr>
        <w:t xml:space="preserve"> </w:t>
      </w:r>
      <w:proofErr w:type="spellStart"/>
      <w:r w:rsidRPr="007E7FD7">
        <w:rPr>
          <w:sz w:val="28"/>
          <w:szCs w:val="28"/>
        </w:rPr>
        <w:t>Мұртаза</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w:t>
      </w:r>
    </w:p>
    <w:p w14:paraId="0534FF33" w14:textId="77777777" w:rsidR="00937755" w:rsidRPr="007E7FD7" w:rsidRDefault="00937755" w:rsidP="00937755">
      <w:pPr>
        <w:ind w:firstLine="709"/>
        <w:jc w:val="center"/>
        <w:rPr>
          <w:sz w:val="28"/>
          <w:szCs w:val="28"/>
        </w:rPr>
      </w:pPr>
      <w:r w:rsidRPr="007E7FD7">
        <w:rPr>
          <w:sz w:val="28"/>
          <w:szCs w:val="28"/>
        </w:rPr>
        <w:t xml:space="preserve">№ 63 </w:t>
      </w:r>
      <w:proofErr w:type="spellStart"/>
      <w:r w:rsidRPr="007E7FD7">
        <w:rPr>
          <w:sz w:val="28"/>
          <w:szCs w:val="28"/>
        </w:rPr>
        <w:t>мектеп</w:t>
      </w:r>
      <w:proofErr w:type="spellEnd"/>
      <w:r w:rsidRPr="007E7FD7">
        <w:rPr>
          <w:sz w:val="28"/>
          <w:szCs w:val="28"/>
        </w:rPr>
        <w:t xml:space="preserve">-гимназия»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roofErr w:type="spellStart"/>
      <w:r w:rsidRPr="007E7FD7">
        <w:rPr>
          <w:sz w:val="28"/>
          <w:szCs w:val="28"/>
        </w:rPr>
        <w:t>Лепс</w:t>
      </w:r>
      <w:r w:rsidRPr="002F21F6">
        <w:rPr>
          <w:sz w:val="28"/>
          <w:szCs w:val="28"/>
        </w:rPr>
        <w:t>і</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38)</w:t>
      </w:r>
    </w:p>
    <w:p w14:paraId="5D2EFFF2" w14:textId="77777777" w:rsidR="00937755" w:rsidRPr="007E7FD7" w:rsidRDefault="00937755" w:rsidP="00937755">
      <w:pPr>
        <w:ind w:firstLine="709"/>
        <w:jc w:val="center"/>
        <w:rPr>
          <w:sz w:val="28"/>
          <w:szCs w:val="28"/>
        </w:rPr>
      </w:pPr>
    </w:p>
    <w:p w14:paraId="6F1DDE7F"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Р. </w:t>
      </w:r>
      <w:proofErr w:type="spellStart"/>
      <w:r w:rsidRPr="007E7FD7">
        <w:rPr>
          <w:sz w:val="28"/>
          <w:szCs w:val="28"/>
        </w:rPr>
        <w:t>Қошқарбаев</w:t>
      </w:r>
      <w:proofErr w:type="spellEnd"/>
      <w:r w:rsidRPr="007E7FD7">
        <w:rPr>
          <w:sz w:val="28"/>
          <w:szCs w:val="28"/>
        </w:rPr>
        <w:t xml:space="preserve"> </w:t>
      </w:r>
      <w:proofErr w:type="spellStart"/>
      <w:r w:rsidRPr="007E7FD7">
        <w:rPr>
          <w:sz w:val="28"/>
          <w:szCs w:val="28"/>
        </w:rPr>
        <w:t>даңғылынан</w:t>
      </w:r>
      <w:proofErr w:type="spellEnd"/>
      <w:r w:rsidRPr="007E7FD7">
        <w:rPr>
          <w:sz w:val="28"/>
          <w:szCs w:val="28"/>
        </w:rPr>
        <w:t xml:space="preserve"> Ш. </w:t>
      </w:r>
      <w:proofErr w:type="spellStart"/>
      <w:r w:rsidRPr="007E7FD7">
        <w:rPr>
          <w:sz w:val="28"/>
          <w:szCs w:val="28"/>
        </w:rPr>
        <w:t>Құдайбердіұлы</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Лепсі</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Лепсі</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теміржол</w:t>
      </w:r>
      <w:proofErr w:type="spellEnd"/>
      <w:r w:rsidRPr="007E7FD7">
        <w:rPr>
          <w:sz w:val="28"/>
          <w:szCs w:val="28"/>
        </w:rPr>
        <w:t xml:space="preserve"> </w:t>
      </w:r>
      <w:proofErr w:type="spellStart"/>
      <w:r w:rsidRPr="007E7FD7">
        <w:rPr>
          <w:sz w:val="28"/>
          <w:szCs w:val="28"/>
        </w:rPr>
        <w:t>төсеміне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теміржол</w:t>
      </w:r>
      <w:proofErr w:type="spellEnd"/>
      <w:r w:rsidRPr="007E7FD7">
        <w:rPr>
          <w:sz w:val="28"/>
          <w:szCs w:val="28"/>
        </w:rPr>
        <w:t xml:space="preserve"> </w:t>
      </w:r>
      <w:proofErr w:type="spellStart"/>
      <w:r w:rsidRPr="007E7FD7">
        <w:rPr>
          <w:sz w:val="28"/>
          <w:szCs w:val="28"/>
        </w:rPr>
        <w:t>төсемі</w:t>
      </w:r>
      <w:proofErr w:type="spellEnd"/>
      <w:r>
        <w:rPr>
          <w:sz w:val="28"/>
          <w:szCs w:val="28"/>
          <w:lang w:val="kk-KZ"/>
        </w:rPr>
        <w:t>м</w:t>
      </w:r>
      <w:r w:rsidRPr="007E7FD7">
        <w:rPr>
          <w:sz w:val="28"/>
          <w:szCs w:val="28"/>
        </w:rPr>
        <w:t>ен Р. </w:t>
      </w:r>
      <w:proofErr w:type="spellStart"/>
      <w:r w:rsidRPr="007E7FD7">
        <w:rPr>
          <w:sz w:val="28"/>
          <w:szCs w:val="28"/>
        </w:rPr>
        <w:t>Қошқарбаев</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r w:rsidRPr="005F51F1">
        <w:rPr>
          <w:sz w:val="28"/>
          <w:szCs w:val="28"/>
        </w:rPr>
        <w:t>Р. </w:t>
      </w:r>
      <w:proofErr w:type="spellStart"/>
      <w:r w:rsidRPr="005F51F1">
        <w:rPr>
          <w:sz w:val="28"/>
          <w:szCs w:val="28"/>
        </w:rPr>
        <w:t>Қошқарбаев</w:t>
      </w:r>
      <w:proofErr w:type="spellEnd"/>
      <w:r w:rsidRPr="005F51F1">
        <w:rPr>
          <w:sz w:val="28"/>
          <w:szCs w:val="28"/>
        </w:rPr>
        <w:t xml:space="preserve"> </w:t>
      </w:r>
      <w:proofErr w:type="spellStart"/>
      <w:r w:rsidRPr="005F51F1">
        <w:rPr>
          <w:sz w:val="28"/>
          <w:szCs w:val="28"/>
        </w:rPr>
        <w:t>даңғылының</w:t>
      </w:r>
      <w:proofErr w:type="spellEnd"/>
      <w:r w:rsidRPr="005F51F1">
        <w:rPr>
          <w:sz w:val="28"/>
          <w:szCs w:val="28"/>
        </w:rPr>
        <w:t xml:space="preserve"> </w:t>
      </w:r>
      <w:proofErr w:type="spellStart"/>
      <w:r w:rsidRPr="005F51F1">
        <w:rPr>
          <w:sz w:val="28"/>
          <w:szCs w:val="28"/>
        </w:rPr>
        <w:t>жұп</w:t>
      </w:r>
      <w:proofErr w:type="spellEnd"/>
      <w:r w:rsidRPr="005F51F1">
        <w:rPr>
          <w:sz w:val="28"/>
          <w:szCs w:val="28"/>
        </w:rPr>
        <w:t xml:space="preserve"> </w:t>
      </w:r>
      <w:proofErr w:type="spellStart"/>
      <w:r w:rsidRPr="005F51F1">
        <w:rPr>
          <w:sz w:val="28"/>
          <w:szCs w:val="28"/>
        </w:rPr>
        <w:t>сандар</w:t>
      </w:r>
      <w:proofErr w:type="spellEnd"/>
      <w:r w:rsidRPr="005F51F1">
        <w:rPr>
          <w:sz w:val="28"/>
          <w:szCs w:val="28"/>
        </w:rPr>
        <w:t xml:space="preserve"> </w:t>
      </w:r>
      <w:proofErr w:type="spellStart"/>
      <w:r w:rsidRPr="005F51F1">
        <w:rPr>
          <w:sz w:val="28"/>
          <w:szCs w:val="28"/>
        </w:rPr>
        <w:t>жағымен</w:t>
      </w:r>
      <w:proofErr w:type="spellEnd"/>
      <w:r w:rsidRPr="005F51F1">
        <w:rPr>
          <w:sz w:val="28"/>
          <w:szCs w:val="28"/>
        </w:rPr>
        <w:t xml:space="preserve"> Ш. </w:t>
      </w:r>
      <w:proofErr w:type="spellStart"/>
      <w:r w:rsidRPr="005F51F1">
        <w:rPr>
          <w:sz w:val="28"/>
          <w:szCs w:val="28"/>
        </w:rPr>
        <w:t>Құдайбердіұлы</w:t>
      </w:r>
      <w:proofErr w:type="spellEnd"/>
      <w:r w:rsidRPr="005F51F1">
        <w:rPr>
          <w:sz w:val="28"/>
          <w:szCs w:val="28"/>
        </w:rPr>
        <w:t xml:space="preserve"> </w:t>
      </w:r>
      <w:proofErr w:type="spellStart"/>
      <w:r w:rsidRPr="005F51F1">
        <w:rPr>
          <w:sz w:val="28"/>
          <w:szCs w:val="28"/>
        </w:rPr>
        <w:t>даңғылына</w:t>
      </w:r>
      <w:proofErr w:type="spellEnd"/>
      <w:r w:rsidRPr="005F51F1">
        <w:rPr>
          <w:sz w:val="28"/>
          <w:szCs w:val="28"/>
        </w:rPr>
        <w:t xml:space="preserve"> </w:t>
      </w:r>
      <w:proofErr w:type="spellStart"/>
      <w:r w:rsidRPr="005F51F1">
        <w:rPr>
          <w:sz w:val="28"/>
          <w:szCs w:val="28"/>
        </w:rPr>
        <w:t>дейін</w:t>
      </w:r>
      <w:proofErr w:type="spellEnd"/>
      <w:r w:rsidRPr="007E7FD7">
        <w:rPr>
          <w:sz w:val="28"/>
          <w:szCs w:val="28"/>
        </w:rPr>
        <w:t>.</w:t>
      </w:r>
    </w:p>
    <w:p w14:paraId="67EDAA71" w14:textId="77777777" w:rsidR="00937755" w:rsidRPr="007E7FD7" w:rsidRDefault="00937755" w:rsidP="00937755">
      <w:pPr>
        <w:ind w:firstLine="709"/>
        <w:jc w:val="both"/>
        <w:rPr>
          <w:sz w:val="28"/>
          <w:szCs w:val="28"/>
        </w:rPr>
      </w:pPr>
    </w:p>
    <w:p w14:paraId="23B09814" w14:textId="77777777" w:rsidR="00937755" w:rsidRPr="007E7FD7" w:rsidRDefault="00937755" w:rsidP="00937755">
      <w:pPr>
        <w:keepNext/>
        <w:ind w:firstLine="709"/>
        <w:jc w:val="center"/>
        <w:rPr>
          <w:sz w:val="28"/>
          <w:szCs w:val="28"/>
        </w:rPr>
      </w:pPr>
      <w:r w:rsidRPr="007E7FD7">
        <w:rPr>
          <w:sz w:val="28"/>
          <w:szCs w:val="28"/>
        </w:rPr>
        <w:t xml:space="preserve">№ 46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48C707BD"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xml:space="preserve"> – </w:t>
      </w:r>
      <w:r>
        <w:rPr>
          <w:sz w:val="28"/>
          <w:szCs w:val="28"/>
          <w:lang w:val="kk-KZ"/>
        </w:rPr>
        <w:t>«</w:t>
      </w:r>
      <w:r w:rsidRPr="007E7FD7">
        <w:rPr>
          <w:sz w:val="28"/>
          <w:szCs w:val="28"/>
        </w:rPr>
        <w:t xml:space="preserve">NURORDA» </w:t>
      </w:r>
      <w:proofErr w:type="spellStart"/>
      <w:r w:rsidRPr="007E7FD7">
        <w:rPr>
          <w:sz w:val="28"/>
          <w:szCs w:val="28"/>
        </w:rPr>
        <w:t>мектеп-лицейі</w:t>
      </w:r>
      <w:proofErr w:type="spellEnd"/>
      <w:r w:rsidRPr="007E7FD7">
        <w:rPr>
          <w:sz w:val="28"/>
          <w:szCs w:val="28"/>
        </w:rPr>
        <w:t xml:space="preserve">» </w:t>
      </w:r>
      <w:proofErr w:type="spellStart"/>
      <w:r w:rsidRPr="007E7FD7">
        <w:rPr>
          <w:sz w:val="28"/>
          <w:szCs w:val="28"/>
        </w:rPr>
        <w:t>мекемесі</w:t>
      </w:r>
      <w:proofErr w:type="spellEnd"/>
      <w:r w:rsidRPr="007E7FD7">
        <w:rPr>
          <w:sz w:val="28"/>
          <w:szCs w:val="28"/>
        </w:rPr>
        <w:t xml:space="preserve">, </w:t>
      </w:r>
    </w:p>
    <w:p w14:paraId="1680BAA6" w14:textId="77777777" w:rsidR="00937755" w:rsidRPr="007E7FD7" w:rsidRDefault="00937755" w:rsidP="00937755">
      <w:pPr>
        <w:ind w:firstLine="709"/>
        <w:jc w:val="center"/>
        <w:rPr>
          <w:sz w:val="28"/>
          <w:szCs w:val="28"/>
        </w:rPr>
      </w:pPr>
      <w:r w:rsidRPr="007E7FD7">
        <w:rPr>
          <w:sz w:val="28"/>
          <w:szCs w:val="28"/>
        </w:rPr>
        <w:t xml:space="preserve">Қ. Аманжолов </w:t>
      </w:r>
      <w:proofErr w:type="spellStart"/>
      <w:r w:rsidRPr="007E7FD7">
        <w:rPr>
          <w:sz w:val="28"/>
          <w:szCs w:val="28"/>
        </w:rPr>
        <w:t>көшесі</w:t>
      </w:r>
      <w:proofErr w:type="spellEnd"/>
      <w:r w:rsidRPr="007E7FD7">
        <w:rPr>
          <w:sz w:val="28"/>
          <w:szCs w:val="28"/>
        </w:rPr>
        <w:t>, № 34)</w:t>
      </w:r>
    </w:p>
    <w:p w14:paraId="638535BD" w14:textId="77777777" w:rsidR="00937755" w:rsidRPr="007E7FD7" w:rsidRDefault="00937755" w:rsidP="00937755">
      <w:pPr>
        <w:ind w:firstLine="709"/>
        <w:jc w:val="center"/>
        <w:rPr>
          <w:sz w:val="28"/>
          <w:szCs w:val="28"/>
        </w:rPr>
      </w:pPr>
    </w:p>
    <w:p w14:paraId="086B7FC9"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Келес</w:t>
      </w:r>
      <w:proofErr w:type="spellEnd"/>
      <w:r w:rsidRPr="007E7FD7">
        <w:rPr>
          <w:sz w:val="28"/>
          <w:szCs w:val="28"/>
        </w:rPr>
        <w:t xml:space="preserve"> </w:t>
      </w:r>
      <w:proofErr w:type="spellStart"/>
      <w:r w:rsidRPr="007E7FD7">
        <w:rPr>
          <w:sz w:val="28"/>
          <w:szCs w:val="28"/>
        </w:rPr>
        <w:t>орамынан</w:t>
      </w:r>
      <w:proofErr w:type="spellEnd"/>
      <w:r w:rsidRPr="007E7FD7">
        <w:rPr>
          <w:sz w:val="28"/>
          <w:szCs w:val="28"/>
        </w:rPr>
        <w:t xml:space="preserve"> </w:t>
      </w:r>
      <w:proofErr w:type="spellStart"/>
      <w:r w:rsidRPr="007E7FD7">
        <w:rPr>
          <w:sz w:val="28"/>
          <w:szCs w:val="28"/>
        </w:rPr>
        <w:t>Қалба</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r w:rsidRPr="007E7FD7">
        <w:rPr>
          <w:sz w:val="28"/>
          <w:szCs w:val="28"/>
          <w:lang w:val="kk-KZ"/>
        </w:rPr>
        <w:t>жұп</w:t>
      </w:r>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Балқантау</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Балқантау</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Қарқабат</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Қарқабат</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Қ. </w:t>
      </w:r>
      <w:proofErr w:type="spellStart"/>
      <w:r w:rsidRPr="007E7FD7">
        <w:rPr>
          <w:sz w:val="28"/>
          <w:szCs w:val="28"/>
        </w:rPr>
        <w:t>Сәтбаев</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Қ. </w:t>
      </w:r>
      <w:proofErr w:type="spellStart"/>
      <w:r w:rsidRPr="007E7FD7">
        <w:rPr>
          <w:sz w:val="28"/>
          <w:szCs w:val="28"/>
        </w:rPr>
        <w:t>Сәтбаев</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Обаған</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Обаған</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М. </w:t>
      </w:r>
      <w:proofErr w:type="spellStart"/>
      <w:r w:rsidRPr="007E7FD7">
        <w:rPr>
          <w:sz w:val="28"/>
          <w:szCs w:val="28"/>
        </w:rPr>
        <w:t>Жұмабаев</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М. </w:t>
      </w:r>
      <w:proofErr w:type="spellStart"/>
      <w:r w:rsidRPr="007E7FD7">
        <w:rPr>
          <w:sz w:val="28"/>
          <w:szCs w:val="28"/>
        </w:rPr>
        <w:t>Жұмабаев</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Балқантау</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Балқантау</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Арғанаты</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Арғанаты</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Ақыртас</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Ақыртас</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Келес</w:t>
      </w:r>
      <w:proofErr w:type="spellEnd"/>
      <w:r w:rsidRPr="007E7FD7">
        <w:rPr>
          <w:sz w:val="28"/>
          <w:szCs w:val="28"/>
        </w:rPr>
        <w:t xml:space="preserve"> </w:t>
      </w:r>
      <w:proofErr w:type="spellStart"/>
      <w:r w:rsidRPr="007E7FD7">
        <w:rPr>
          <w:sz w:val="28"/>
          <w:szCs w:val="28"/>
        </w:rPr>
        <w:t>орамына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Келес</w:t>
      </w:r>
      <w:proofErr w:type="spellEnd"/>
      <w:r w:rsidRPr="007E7FD7">
        <w:rPr>
          <w:sz w:val="28"/>
          <w:szCs w:val="28"/>
        </w:rPr>
        <w:t xml:space="preserve"> </w:t>
      </w:r>
      <w:proofErr w:type="spellStart"/>
      <w:r w:rsidRPr="007E7FD7">
        <w:rPr>
          <w:sz w:val="28"/>
          <w:szCs w:val="28"/>
        </w:rPr>
        <w:t>орамының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Қалба</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w:t>
      </w:r>
    </w:p>
    <w:p w14:paraId="1F11F99E" w14:textId="77777777" w:rsidR="00937755" w:rsidRPr="007E7FD7" w:rsidRDefault="00937755" w:rsidP="00937755">
      <w:pPr>
        <w:ind w:firstLine="709"/>
        <w:jc w:val="both"/>
        <w:rPr>
          <w:sz w:val="28"/>
          <w:szCs w:val="28"/>
        </w:rPr>
      </w:pPr>
    </w:p>
    <w:p w14:paraId="0FA1F3B3" w14:textId="77777777" w:rsidR="00937755" w:rsidRPr="007E7FD7" w:rsidRDefault="00937755" w:rsidP="00937755">
      <w:pPr>
        <w:keepNext/>
        <w:ind w:firstLine="709"/>
        <w:jc w:val="center"/>
        <w:rPr>
          <w:sz w:val="28"/>
          <w:szCs w:val="28"/>
        </w:rPr>
      </w:pPr>
      <w:r w:rsidRPr="007E7FD7">
        <w:rPr>
          <w:sz w:val="28"/>
          <w:szCs w:val="28"/>
        </w:rPr>
        <w:t xml:space="preserve">№ 47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530ED093"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Темірбек</w:t>
      </w:r>
      <w:proofErr w:type="spellEnd"/>
      <w:r w:rsidRPr="007E7FD7">
        <w:rPr>
          <w:sz w:val="28"/>
          <w:szCs w:val="28"/>
        </w:rPr>
        <w:t xml:space="preserve"> </w:t>
      </w:r>
      <w:proofErr w:type="spellStart"/>
      <w:r w:rsidRPr="007E7FD7">
        <w:rPr>
          <w:sz w:val="28"/>
          <w:szCs w:val="28"/>
        </w:rPr>
        <w:t>Жүргенов</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w:t>
      </w:r>
    </w:p>
    <w:p w14:paraId="7A647A3B" w14:textId="77777777" w:rsidR="00937755" w:rsidRPr="007E7FD7" w:rsidRDefault="00937755" w:rsidP="00937755">
      <w:pPr>
        <w:ind w:firstLine="709"/>
        <w:jc w:val="center"/>
        <w:rPr>
          <w:sz w:val="28"/>
          <w:szCs w:val="28"/>
        </w:rPr>
      </w:pPr>
      <w:r w:rsidRPr="007E7FD7">
        <w:rPr>
          <w:sz w:val="28"/>
          <w:szCs w:val="28"/>
        </w:rPr>
        <w:t xml:space="preserve">№ 70 </w:t>
      </w:r>
      <w:proofErr w:type="spellStart"/>
      <w:r w:rsidRPr="007E7FD7">
        <w:rPr>
          <w:sz w:val="28"/>
          <w:szCs w:val="28"/>
        </w:rPr>
        <w:t>мектеп</w:t>
      </w:r>
      <w:proofErr w:type="spellEnd"/>
      <w:r w:rsidRPr="007E7FD7">
        <w:rPr>
          <w:sz w:val="28"/>
          <w:szCs w:val="28"/>
        </w:rPr>
        <w:t xml:space="preserve">-лицей»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roofErr w:type="spellStart"/>
      <w:r w:rsidRPr="007E7FD7">
        <w:rPr>
          <w:sz w:val="28"/>
          <w:szCs w:val="28"/>
        </w:rPr>
        <w:t>Майқайың</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1)</w:t>
      </w:r>
    </w:p>
    <w:p w14:paraId="7BB219AC" w14:textId="77777777" w:rsidR="00937755" w:rsidRPr="007E7FD7" w:rsidRDefault="00937755" w:rsidP="00937755">
      <w:pPr>
        <w:ind w:firstLine="709"/>
        <w:jc w:val="center"/>
        <w:rPr>
          <w:sz w:val="28"/>
          <w:szCs w:val="28"/>
        </w:rPr>
      </w:pPr>
    </w:p>
    <w:p w14:paraId="7A8FDF94" w14:textId="77777777" w:rsidR="00937755" w:rsidRPr="007E7FD7" w:rsidRDefault="00937755" w:rsidP="00937755">
      <w:pPr>
        <w:ind w:firstLine="709"/>
        <w:jc w:val="both"/>
        <w:rPr>
          <w:sz w:val="28"/>
          <w:szCs w:val="28"/>
        </w:rPr>
      </w:pPr>
      <w:proofErr w:type="spellStart"/>
      <w:r w:rsidRPr="007E7FD7">
        <w:rPr>
          <w:sz w:val="28"/>
          <w:szCs w:val="28"/>
        </w:rPr>
        <w:lastRenderedPageBreak/>
        <w:t>Шекарасы</w:t>
      </w:r>
      <w:proofErr w:type="spellEnd"/>
      <w:r w:rsidRPr="007E7FD7">
        <w:rPr>
          <w:sz w:val="28"/>
          <w:szCs w:val="28"/>
        </w:rPr>
        <w:t xml:space="preserve">: </w:t>
      </w:r>
      <w:proofErr w:type="spellStart"/>
      <w:r w:rsidRPr="007E7FD7">
        <w:rPr>
          <w:sz w:val="28"/>
          <w:szCs w:val="28"/>
        </w:rPr>
        <w:t>Тәуелсіздік</w:t>
      </w:r>
      <w:proofErr w:type="spellEnd"/>
      <w:r w:rsidRPr="007E7FD7">
        <w:rPr>
          <w:sz w:val="28"/>
          <w:szCs w:val="28"/>
        </w:rPr>
        <w:t xml:space="preserve"> </w:t>
      </w:r>
      <w:proofErr w:type="spellStart"/>
      <w:r w:rsidRPr="007E7FD7">
        <w:rPr>
          <w:sz w:val="28"/>
          <w:szCs w:val="28"/>
        </w:rPr>
        <w:t>даңғылынан</w:t>
      </w:r>
      <w:proofErr w:type="spellEnd"/>
      <w:r w:rsidRPr="007E7FD7">
        <w:rPr>
          <w:sz w:val="28"/>
          <w:szCs w:val="28"/>
        </w:rPr>
        <w:t xml:space="preserve"> Б. </w:t>
      </w:r>
      <w:proofErr w:type="spellStart"/>
      <w:r w:rsidRPr="007E7FD7">
        <w:rPr>
          <w:sz w:val="28"/>
          <w:szCs w:val="28"/>
        </w:rPr>
        <w:t>Момышұлы</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Дауылпаз</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Дауылпаз</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Ақыртас</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Ақыртас</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r w:rsidRPr="007E7FD7">
        <w:rPr>
          <w:sz w:val="28"/>
          <w:szCs w:val="28"/>
        </w:rPr>
        <w:br/>
        <w:t>Р. </w:t>
      </w:r>
      <w:proofErr w:type="spellStart"/>
      <w:r w:rsidRPr="007E7FD7">
        <w:rPr>
          <w:sz w:val="28"/>
          <w:szCs w:val="28"/>
        </w:rPr>
        <w:t>Қошқарбаев</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Р. </w:t>
      </w:r>
      <w:proofErr w:type="spellStart"/>
      <w:r w:rsidRPr="007E7FD7">
        <w:rPr>
          <w:sz w:val="28"/>
          <w:szCs w:val="28"/>
        </w:rPr>
        <w:t>Қошқарбаев</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Тәуелсіздік</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Тәуелсіздік</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Б. </w:t>
      </w:r>
      <w:proofErr w:type="spellStart"/>
      <w:r w:rsidRPr="007E7FD7">
        <w:rPr>
          <w:sz w:val="28"/>
          <w:szCs w:val="28"/>
        </w:rPr>
        <w:t>Момышұлы</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w:t>
      </w:r>
    </w:p>
    <w:p w14:paraId="7C8139F5" w14:textId="77777777" w:rsidR="00937755" w:rsidRPr="007E7FD7" w:rsidRDefault="00937755" w:rsidP="00937755">
      <w:pPr>
        <w:ind w:firstLine="709"/>
        <w:jc w:val="both"/>
        <w:rPr>
          <w:sz w:val="28"/>
          <w:szCs w:val="28"/>
        </w:rPr>
      </w:pPr>
    </w:p>
    <w:p w14:paraId="04995C53" w14:textId="77777777" w:rsidR="00937755" w:rsidRPr="007E7FD7" w:rsidRDefault="00937755" w:rsidP="00937755">
      <w:pPr>
        <w:keepNext/>
        <w:ind w:firstLine="709"/>
        <w:jc w:val="center"/>
        <w:rPr>
          <w:sz w:val="28"/>
          <w:szCs w:val="28"/>
        </w:rPr>
      </w:pPr>
      <w:r w:rsidRPr="007E7FD7">
        <w:rPr>
          <w:sz w:val="28"/>
          <w:szCs w:val="28"/>
        </w:rPr>
        <w:t xml:space="preserve">№ 48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0A779A6C"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Темірбек</w:t>
      </w:r>
      <w:proofErr w:type="spellEnd"/>
      <w:r w:rsidRPr="007E7FD7">
        <w:rPr>
          <w:sz w:val="28"/>
          <w:szCs w:val="28"/>
        </w:rPr>
        <w:t xml:space="preserve"> </w:t>
      </w:r>
      <w:proofErr w:type="spellStart"/>
      <w:r w:rsidRPr="007E7FD7">
        <w:rPr>
          <w:sz w:val="28"/>
          <w:szCs w:val="28"/>
        </w:rPr>
        <w:t>Жүргенов</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w:t>
      </w:r>
    </w:p>
    <w:p w14:paraId="296BD28A" w14:textId="77777777" w:rsidR="00937755" w:rsidRPr="007E7FD7" w:rsidRDefault="00937755" w:rsidP="00937755">
      <w:pPr>
        <w:ind w:firstLine="709"/>
        <w:jc w:val="center"/>
        <w:rPr>
          <w:sz w:val="28"/>
          <w:szCs w:val="28"/>
        </w:rPr>
      </w:pPr>
      <w:r w:rsidRPr="007E7FD7">
        <w:rPr>
          <w:sz w:val="28"/>
          <w:szCs w:val="28"/>
        </w:rPr>
        <w:t xml:space="preserve">№ 70 </w:t>
      </w:r>
      <w:proofErr w:type="spellStart"/>
      <w:r w:rsidRPr="007E7FD7">
        <w:rPr>
          <w:sz w:val="28"/>
          <w:szCs w:val="28"/>
        </w:rPr>
        <w:t>мектеп</w:t>
      </w:r>
      <w:proofErr w:type="spellEnd"/>
      <w:r w:rsidRPr="007E7FD7">
        <w:rPr>
          <w:sz w:val="28"/>
          <w:szCs w:val="28"/>
        </w:rPr>
        <w:t xml:space="preserve">-лицей»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roofErr w:type="spellStart"/>
      <w:r w:rsidRPr="007E7FD7">
        <w:rPr>
          <w:sz w:val="28"/>
          <w:szCs w:val="28"/>
        </w:rPr>
        <w:t>Майқайың</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1)</w:t>
      </w:r>
    </w:p>
    <w:p w14:paraId="2878BF8B" w14:textId="77777777" w:rsidR="00937755" w:rsidRPr="007E7FD7" w:rsidRDefault="00937755" w:rsidP="00937755">
      <w:pPr>
        <w:ind w:firstLine="709"/>
        <w:jc w:val="center"/>
        <w:rPr>
          <w:sz w:val="28"/>
          <w:szCs w:val="28"/>
        </w:rPr>
      </w:pPr>
    </w:p>
    <w:p w14:paraId="3B58EEF2"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Р. </w:t>
      </w:r>
      <w:proofErr w:type="spellStart"/>
      <w:r w:rsidRPr="007E7FD7">
        <w:rPr>
          <w:sz w:val="28"/>
          <w:szCs w:val="28"/>
        </w:rPr>
        <w:t>Қошқарбаев</w:t>
      </w:r>
      <w:proofErr w:type="spellEnd"/>
      <w:r w:rsidRPr="007E7FD7">
        <w:rPr>
          <w:sz w:val="28"/>
          <w:szCs w:val="28"/>
        </w:rPr>
        <w:t xml:space="preserve"> </w:t>
      </w:r>
      <w:proofErr w:type="spellStart"/>
      <w:r w:rsidRPr="007E7FD7">
        <w:rPr>
          <w:sz w:val="28"/>
          <w:szCs w:val="28"/>
        </w:rPr>
        <w:t>даңғылынан</w:t>
      </w:r>
      <w:proofErr w:type="spellEnd"/>
      <w:r w:rsidRPr="007E7FD7">
        <w:rPr>
          <w:sz w:val="28"/>
          <w:szCs w:val="28"/>
        </w:rPr>
        <w:t xml:space="preserve"> Б. </w:t>
      </w:r>
      <w:proofErr w:type="spellStart"/>
      <w:r w:rsidRPr="007E7FD7">
        <w:rPr>
          <w:sz w:val="28"/>
          <w:szCs w:val="28"/>
        </w:rPr>
        <w:t>Момышұлы</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Дауылпаз</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Дауылпаз</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Ақыртас</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Ақыртас</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r w:rsidRPr="007E7FD7">
        <w:rPr>
          <w:sz w:val="28"/>
          <w:szCs w:val="28"/>
        </w:rPr>
        <w:br/>
        <w:t>Р. </w:t>
      </w:r>
      <w:proofErr w:type="spellStart"/>
      <w:r w:rsidRPr="007E7FD7">
        <w:rPr>
          <w:sz w:val="28"/>
          <w:szCs w:val="28"/>
        </w:rPr>
        <w:t>Қошқарбаев</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Р. </w:t>
      </w:r>
      <w:proofErr w:type="spellStart"/>
      <w:r w:rsidRPr="007E7FD7">
        <w:rPr>
          <w:sz w:val="28"/>
          <w:szCs w:val="28"/>
        </w:rPr>
        <w:t>Қошқарбаев</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Б. </w:t>
      </w:r>
      <w:proofErr w:type="spellStart"/>
      <w:r w:rsidRPr="007E7FD7">
        <w:rPr>
          <w:sz w:val="28"/>
          <w:szCs w:val="28"/>
        </w:rPr>
        <w:t>Момышұлы</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w:t>
      </w:r>
    </w:p>
    <w:p w14:paraId="5DD37D46" w14:textId="77777777" w:rsidR="00937755" w:rsidRPr="007E7FD7" w:rsidRDefault="00937755" w:rsidP="00937755">
      <w:pPr>
        <w:ind w:firstLine="709"/>
        <w:jc w:val="both"/>
        <w:rPr>
          <w:sz w:val="28"/>
          <w:szCs w:val="28"/>
        </w:rPr>
      </w:pPr>
    </w:p>
    <w:p w14:paraId="1579CB96" w14:textId="77777777" w:rsidR="00937755" w:rsidRPr="007E7FD7" w:rsidRDefault="00937755" w:rsidP="00937755">
      <w:pPr>
        <w:keepNext/>
        <w:ind w:firstLine="709"/>
        <w:jc w:val="center"/>
        <w:rPr>
          <w:sz w:val="28"/>
          <w:szCs w:val="28"/>
        </w:rPr>
      </w:pPr>
      <w:r w:rsidRPr="007E7FD7">
        <w:rPr>
          <w:sz w:val="28"/>
          <w:szCs w:val="28"/>
        </w:rPr>
        <w:t xml:space="preserve">№ 49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7C83F535"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xml:space="preserve"> – </w:t>
      </w:r>
      <w:r w:rsidRPr="00653C75">
        <w:rPr>
          <w:sz w:val="28"/>
          <w:szCs w:val="28"/>
        </w:rPr>
        <w:t xml:space="preserve">«NURORDA» </w:t>
      </w:r>
      <w:proofErr w:type="spellStart"/>
      <w:r w:rsidRPr="00653C75">
        <w:rPr>
          <w:sz w:val="28"/>
          <w:szCs w:val="28"/>
        </w:rPr>
        <w:t>мектеп-лицейі</w:t>
      </w:r>
      <w:proofErr w:type="spellEnd"/>
      <w:r w:rsidRPr="00653C75">
        <w:rPr>
          <w:sz w:val="28"/>
          <w:szCs w:val="28"/>
        </w:rPr>
        <w:t xml:space="preserve">» </w:t>
      </w:r>
      <w:proofErr w:type="spellStart"/>
      <w:r w:rsidRPr="00653C75">
        <w:rPr>
          <w:sz w:val="28"/>
          <w:szCs w:val="28"/>
        </w:rPr>
        <w:t>мекемесі</w:t>
      </w:r>
      <w:proofErr w:type="spellEnd"/>
      <w:r w:rsidRPr="007E7FD7">
        <w:rPr>
          <w:sz w:val="28"/>
          <w:szCs w:val="28"/>
        </w:rPr>
        <w:t xml:space="preserve">, </w:t>
      </w:r>
    </w:p>
    <w:p w14:paraId="6D62E98A" w14:textId="77777777" w:rsidR="00937755" w:rsidRPr="007E7FD7" w:rsidRDefault="00937755" w:rsidP="00937755">
      <w:pPr>
        <w:ind w:firstLine="709"/>
        <w:jc w:val="center"/>
        <w:rPr>
          <w:sz w:val="28"/>
          <w:szCs w:val="28"/>
        </w:rPr>
      </w:pPr>
      <w:r w:rsidRPr="007E7FD7">
        <w:rPr>
          <w:sz w:val="28"/>
          <w:szCs w:val="28"/>
        </w:rPr>
        <w:t xml:space="preserve">Қ. Аманжолов </w:t>
      </w:r>
      <w:proofErr w:type="spellStart"/>
      <w:r w:rsidRPr="007E7FD7">
        <w:rPr>
          <w:sz w:val="28"/>
          <w:szCs w:val="28"/>
        </w:rPr>
        <w:t>көшесі</w:t>
      </w:r>
      <w:proofErr w:type="spellEnd"/>
      <w:r w:rsidRPr="007E7FD7">
        <w:rPr>
          <w:sz w:val="28"/>
          <w:szCs w:val="28"/>
        </w:rPr>
        <w:t>, № 34)</w:t>
      </w:r>
    </w:p>
    <w:p w14:paraId="06A63392" w14:textId="77777777" w:rsidR="00937755" w:rsidRPr="007E7FD7" w:rsidRDefault="00937755" w:rsidP="00937755">
      <w:pPr>
        <w:ind w:firstLine="709"/>
        <w:jc w:val="center"/>
        <w:rPr>
          <w:sz w:val="28"/>
          <w:szCs w:val="28"/>
        </w:rPr>
      </w:pPr>
    </w:p>
    <w:p w14:paraId="311512D3" w14:textId="77777777" w:rsidR="00937755" w:rsidRPr="007E7FD7" w:rsidRDefault="00937755" w:rsidP="00937755">
      <w:pPr>
        <w:ind w:firstLine="709"/>
        <w:jc w:val="both"/>
        <w:rPr>
          <w:sz w:val="28"/>
          <w:szCs w:val="28"/>
          <w:lang w:val="kk-KZ"/>
        </w:rPr>
      </w:pPr>
      <w:proofErr w:type="spellStart"/>
      <w:r w:rsidRPr="007E7FD7">
        <w:rPr>
          <w:sz w:val="28"/>
          <w:szCs w:val="28"/>
        </w:rPr>
        <w:t>Шекарасы</w:t>
      </w:r>
      <w:proofErr w:type="spellEnd"/>
      <w:r w:rsidRPr="007E7FD7">
        <w:rPr>
          <w:sz w:val="28"/>
          <w:szCs w:val="28"/>
        </w:rPr>
        <w:t>: Р. </w:t>
      </w:r>
      <w:proofErr w:type="spellStart"/>
      <w:r w:rsidRPr="007E7FD7">
        <w:rPr>
          <w:sz w:val="28"/>
          <w:szCs w:val="28"/>
        </w:rPr>
        <w:t>Қошқарбаев</w:t>
      </w:r>
      <w:proofErr w:type="spellEnd"/>
      <w:r w:rsidRPr="007E7FD7">
        <w:rPr>
          <w:sz w:val="28"/>
          <w:szCs w:val="28"/>
        </w:rPr>
        <w:t xml:space="preserve"> </w:t>
      </w:r>
      <w:proofErr w:type="spellStart"/>
      <w:r w:rsidRPr="007E7FD7">
        <w:rPr>
          <w:sz w:val="28"/>
          <w:szCs w:val="28"/>
        </w:rPr>
        <w:t>даңғылынан</w:t>
      </w:r>
      <w:proofErr w:type="spellEnd"/>
      <w:r w:rsidRPr="007E7FD7">
        <w:rPr>
          <w:sz w:val="28"/>
          <w:szCs w:val="28"/>
        </w:rPr>
        <w:t xml:space="preserve"> </w:t>
      </w:r>
      <w:proofErr w:type="spellStart"/>
      <w:r w:rsidRPr="007E7FD7">
        <w:rPr>
          <w:sz w:val="28"/>
          <w:szCs w:val="28"/>
        </w:rPr>
        <w:t>Тәуелсіздік</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Балқантау</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Балқантау</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Арғанаты</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Арғанаты</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жұп</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r w:rsidRPr="007E7FD7">
        <w:rPr>
          <w:sz w:val="28"/>
          <w:szCs w:val="28"/>
        </w:rPr>
        <w:br/>
        <w:t>С. </w:t>
      </w:r>
      <w:proofErr w:type="spellStart"/>
      <w:r w:rsidRPr="007E7FD7">
        <w:rPr>
          <w:sz w:val="28"/>
          <w:szCs w:val="28"/>
        </w:rPr>
        <w:t>Нұрмағамбетов</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С. </w:t>
      </w:r>
      <w:proofErr w:type="spellStart"/>
      <w:r w:rsidRPr="007E7FD7">
        <w:rPr>
          <w:sz w:val="28"/>
          <w:szCs w:val="28"/>
        </w:rPr>
        <w:t>Нұрмағамбетов</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Айнакөл</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Айнакөл</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proofErr w:type="spellStart"/>
      <w:r w:rsidRPr="007E7FD7">
        <w:rPr>
          <w:sz w:val="28"/>
          <w:szCs w:val="28"/>
        </w:rPr>
        <w:t>сандар</w:t>
      </w:r>
      <w:proofErr w:type="spellEnd"/>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Марқакөл</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DD7349">
        <w:rPr>
          <w:sz w:val="28"/>
          <w:szCs w:val="28"/>
        </w:rPr>
        <w:t>Марқакөл</w:t>
      </w:r>
      <w:proofErr w:type="spellEnd"/>
      <w:r w:rsidRPr="00DD7349">
        <w:rPr>
          <w:sz w:val="28"/>
          <w:szCs w:val="28"/>
        </w:rPr>
        <w:t xml:space="preserve"> </w:t>
      </w:r>
      <w:proofErr w:type="spellStart"/>
      <w:r w:rsidRPr="00DD7349">
        <w:rPr>
          <w:sz w:val="28"/>
          <w:szCs w:val="28"/>
        </w:rPr>
        <w:t>көшесінің</w:t>
      </w:r>
      <w:proofErr w:type="spellEnd"/>
      <w:r w:rsidRPr="00DD7349">
        <w:rPr>
          <w:sz w:val="28"/>
          <w:szCs w:val="28"/>
        </w:rPr>
        <w:t xml:space="preserve"> </w:t>
      </w:r>
      <w:proofErr w:type="spellStart"/>
      <w:r w:rsidRPr="00DD7349">
        <w:rPr>
          <w:sz w:val="28"/>
          <w:szCs w:val="28"/>
        </w:rPr>
        <w:t>тақ</w:t>
      </w:r>
      <w:proofErr w:type="spellEnd"/>
      <w:r w:rsidRPr="00DD7349">
        <w:rPr>
          <w:sz w:val="28"/>
          <w:szCs w:val="28"/>
        </w:rPr>
        <w:t xml:space="preserve"> </w:t>
      </w:r>
      <w:proofErr w:type="spellStart"/>
      <w:r w:rsidRPr="00DD7349">
        <w:rPr>
          <w:sz w:val="28"/>
          <w:szCs w:val="28"/>
        </w:rPr>
        <w:t>сандар</w:t>
      </w:r>
      <w:proofErr w:type="spellEnd"/>
      <w:r w:rsidRPr="00DD7349">
        <w:rPr>
          <w:sz w:val="28"/>
          <w:szCs w:val="28"/>
        </w:rPr>
        <w:t xml:space="preserve"> </w:t>
      </w:r>
      <w:proofErr w:type="spellStart"/>
      <w:r w:rsidRPr="00DD7349">
        <w:rPr>
          <w:sz w:val="28"/>
          <w:szCs w:val="28"/>
        </w:rPr>
        <w:t>жағымен</w:t>
      </w:r>
      <w:proofErr w:type="spellEnd"/>
      <w:r w:rsidRPr="00DD7349">
        <w:rPr>
          <w:sz w:val="28"/>
          <w:szCs w:val="28"/>
        </w:rPr>
        <w:t xml:space="preserve"> Р. </w:t>
      </w:r>
      <w:proofErr w:type="spellStart"/>
      <w:r w:rsidRPr="00DD7349">
        <w:rPr>
          <w:sz w:val="28"/>
          <w:szCs w:val="28"/>
        </w:rPr>
        <w:t>Қошқарбаев</w:t>
      </w:r>
      <w:proofErr w:type="spellEnd"/>
      <w:r w:rsidRPr="00DD7349">
        <w:rPr>
          <w:sz w:val="28"/>
          <w:szCs w:val="28"/>
        </w:rPr>
        <w:t xml:space="preserve"> </w:t>
      </w:r>
      <w:proofErr w:type="spellStart"/>
      <w:r w:rsidRPr="00DD7349">
        <w:rPr>
          <w:sz w:val="28"/>
          <w:szCs w:val="28"/>
        </w:rPr>
        <w:t>даңғылындағы</w:t>
      </w:r>
      <w:proofErr w:type="spellEnd"/>
      <w:r w:rsidRPr="00DD7349">
        <w:rPr>
          <w:sz w:val="28"/>
          <w:szCs w:val="28"/>
        </w:rPr>
        <w:t xml:space="preserve"> № 11/2, 13 </w:t>
      </w:r>
      <w:proofErr w:type="spellStart"/>
      <w:r w:rsidRPr="00DD7349">
        <w:rPr>
          <w:sz w:val="28"/>
          <w:szCs w:val="28"/>
        </w:rPr>
        <w:t>үйлерді</w:t>
      </w:r>
      <w:proofErr w:type="spellEnd"/>
      <w:r w:rsidRPr="00DD7349">
        <w:rPr>
          <w:sz w:val="28"/>
          <w:szCs w:val="28"/>
        </w:rPr>
        <w:t xml:space="preserve"> </w:t>
      </w:r>
      <w:proofErr w:type="spellStart"/>
      <w:r w:rsidRPr="00DD7349">
        <w:rPr>
          <w:sz w:val="28"/>
          <w:szCs w:val="28"/>
        </w:rPr>
        <w:t>қоса</w:t>
      </w:r>
      <w:proofErr w:type="spellEnd"/>
      <w:r w:rsidRPr="00DD7349">
        <w:rPr>
          <w:sz w:val="28"/>
          <w:szCs w:val="28"/>
        </w:rPr>
        <w:t xml:space="preserve"> </w:t>
      </w:r>
      <w:proofErr w:type="spellStart"/>
      <w:r w:rsidRPr="00DD7349">
        <w:rPr>
          <w:sz w:val="28"/>
          <w:szCs w:val="28"/>
        </w:rPr>
        <w:t>алғанда</w:t>
      </w:r>
      <w:proofErr w:type="spellEnd"/>
      <w:r w:rsidRPr="00DD7349">
        <w:rPr>
          <w:sz w:val="28"/>
          <w:szCs w:val="28"/>
        </w:rPr>
        <w:t xml:space="preserve">, </w:t>
      </w:r>
      <w:proofErr w:type="spellStart"/>
      <w:r w:rsidRPr="00DD7349">
        <w:rPr>
          <w:sz w:val="28"/>
          <w:szCs w:val="28"/>
        </w:rPr>
        <w:t>Қарасаз</w:t>
      </w:r>
      <w:proofErr w:type="spellEnd"/>
      <w:r w:rsidRPr="00DD7349">
        <w:rPr>
          <w:sz w:val="28"/>
          <w:szCs w:val="28"/>
        </w:rPr>
        <w:t xml:space="preserve"> </w:t>
      </w:r>
      <w:proofErr w:type="spellStart"/>
      <w:r w:rsidRPr="00DD7349">
        <w:rPr>
          <w:sz w:val="28"/>
          <w:szCs w:val="28"/>
        </w:rPr>
        <w:t>көшесіне</w:t>
      </w:r>
      <w:proofErr w:type="spellEnd"/>
      <w:r w:rsidRPr="00DD7349">
        <w:rPr>
          <w:sz w:val="28"/>
          <w:szCs w:val="28"/>
        </w:rPr>
        <w:t xml:space="preserve"> </w:t>
      </w:r>
      <w:proofErr w:type="spellStart"/>
      <w:r w:rsidRPr="00DD7349">
        <w:rPr>
          <w:sz w:val="28"/>
          <w:szCs w:val="28"/>
        </w:rPr>
        <w:t>дейін</w:t>
      </w:r>
      <w:proofErr w:type="spellEnd"/>
      <w:r>
        <w:rPr>
          <w:sz w:val="28"/>
          <w:szCs w:val="28"/>
          <w:lang w:val="kk-KZ"/>
        </w:rPr>
        <w:t xml:space="preserve">, </w:t>
      </w:r>
      <w:proofErr w:type="spellStart"/>
      <w:r w:rsidRPr="007E7FD7">
        <w:rPr>
          <w:sz w:val="28"/>
          <w:szCs w:val="28"/>
        </w:rPr>
        <w:t>Қарасаз</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r w:rsidRPr="007E7FD7">
        <w:rPr>
          <w:sz w:val="28"/>
          <w:szCs w:val="28"/>
          <w:lang w:val="kk-KZ"/>
        </w:rPr>
        <w:t xml:space="preserve">сандар </w:t>
      </w:r>
      <w:proofErr w:type="spellStart"/>
      <w:r w:rsidRPr="007E7FD7">
        <w:rPr>
          <w:sz w:val="28"/>
          <w:szCs w:val="28"/>
        </w:rPr>
        <w:t>жағымен</w:t>
      </w:r>
      <w:proofErr w:type="spellEnd"/>
      <w:r w:rsidRPr="007E7FD7">
        <w:rPr>
          <w:sz w:val="28"/>
          <w:szCs w:val="28"/>
        </w:rPr>
        <w:t xml:space="preserve"> </w:t>
      </w:r>
      <w:proofErr w:type="spellStart"/>
      <w:r w:rsidRPr="007E7FD7">
        <w:rPr>
          <w:sz w:val="28"/>
          <w:szCs w:val="28"/>
        </w:rPr>
        <w:t>Обаған</w:t>
      </w:r>
      <w:proofErr w:type="spellEnd"/>
      <w:r w:rsidRPr="007E7FD7">
        <w:rPr>
          <w:sz w:val="28"/>
          <w:szCs w:val="28"/>
        </w:rPr>
        <w:t xml:space="preserve"> </w:t>
      </w:r>
      <w:proofErr w:type="spellStart"/>
      <w:r w:rsidRPr="007E7FD7">
        <w:rPr>
          <w:sz w:val="28"/>
          <w:szCs w:val="28"/>
        </w:rPr>
        <w:t>көшесіне</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xml:space="preserve">, </w:t>
      </w:r>
      <w:proofErr w:type="spellStart"/>
      <w:r w:rsidRPr="007E7FD7">
        <w:rPr>
          <w:sz w:val="28"/>
          <w:szCs w:val="28"/>
        </w:rPr>
        <w:t>Обаған</w:t>
      </w:r>
      <w:proofErr w:type="spellEnd"/>
      <w:r w:rsidRPr="007E7FD7">
        <w:rPr>
          <w:sz w:val="28"/>
          <w:szCs w:val="28"/>
        </w:rPr>
        <w:t xml:space="preserve"> </w:t>
      </w:r>
      <w:proofErr w:type="spellStart"/>
      <w:r w:rsidRPr="007E7FD7">
        <w:rPr>
          <w:sz w:val="28"/>
          <w:szCs w:val="28"/>
        </w:rPr>
        <w:t>көшесінің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r w:rsidRPr="007E7FD7">
        <w:rPr>
          <w:sz w:val="28"/>
          <w:szCs w:val="28"/>
          <w:lang w:val="kk-KZ"/>
        </w:rPr>
        <w:t>сандар</w:t>
      </w:r>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Р. </w:t>
      </w:r>
      <w:proofErr w:type="spellStart"/>
      <w:r w:rsidRPr="007E7FD7">
        <w:rPr>
          <w:sz w:val="28"/>
          <w:szCs w:val="28"/>
        </w:rPr>
        <w:t>Қошқарбаев</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rPr>
        <w:t>, Р. </w:t>
      </w:r>
      <w:proofErr w:type="spellStart"/>
      <w:r w:rsidRPr="007E7FD7">
        <w:rPr>
          <w:sz w:val="28"/>
          <w:szCs w:val="28"/>
        </w:rPr>
        <w:t>Қошқарбаев</w:t>
      </w:r>
      <w:proofErr w:type="spellEnd"/>
      <w:r w:rsidRPr="007E7FD7">
        <w:rPr>
          <w:sz w:val="28"/>
          <w:szCs w:val="28"/>
        </w:rPr>
        <w:t xml:space="preserve"> </w:t>
      </w:r>
      <w:proofErr w:type="spellStart"/>
      <w:r w:rsidRPr="007E7FD7">
        <w:rPr>
          <w:sz w:val="28"/>
          <w:szCs w:val="28"/>
        </w:rPr>
        <w:t>даңғылының</w:t>
      </w:r>
      <w:proofErr w:type="spellEnd"/>
      <w:r w:rsidRPr="007E7FD7">
        <w:rPr>
          <w:sz w:val="28"/>
          <w:szCs w:val="28"/>
        </w:rPr>
        <w:t xml:space="preserve"> </w:t>
      </w:r>
      <w:proofErr w:type="spellStart"/>
      <w:r w:rsidRPr="007E7FD7">
        <w:rPr>
          <w:sz w:val="28"/>
          <w:szCs w:val="28"/>
        </w:rPr>
        <w:t>тақ</w:t>
      </w:r>
      <w:proofErr w:type="spellEnd"/>
      <w:r w:rsidRPr="007E7FD7">
        <w:rPr>
          <w:sz w:val="28"/>
          <w:szCs w:val="28"/>
        </w:rPr>
        <w:t xml:space="preserve"> </w:t>
      </w:r>
      <w:r w:rsidRPr="007E7FD7">
        <w:rPr>
          <w:sz w:val="28"/>
          <w:szCs w:val="28"/>
          <w:lang w:val="kk-KZ"/>
        </w:rPr>
        <w:t>сандар</w:t>
      </w:r>
      <w:r w:rsidRPr="007E7FD7">
        <w:rPr>
          <w:sz w:val="28"/>
          <w:szCs w:val="28"/>
        </w:rPr>
        <w:t xml:space="preserve"> </w:t>
      </w:r>
      <w:proofErr w:type="spellStart"/>
      <w:r w:rsidRPr="007E7FD7">
        <w:rPr>
          <w:sz w:val="28"/>
          <w:szCs w:val="28"/>
        </w:rPr>
        <w:t>жағымен</w:t>
      </w:r>
      <w:proofErr w:type="spellEnd"/>
      <w:r w:rsidRPr="007E7FD7">
        <w:rPr>
          <w:sz w:val="28"/>
          <w:szCs w:val="28"/>
        </w:rPr>
        <w:t xml:space="preserve"> Таскескен </w:t>
      </w:r>
      <w:proofErr w:type="spellStart"/>
      <w:r w:rsidRPr="007E7FD7">
        <w:rPr>
          <w:sz w:val="28"/>
          <w:szCs w:val="28"/>
        </w:rPr>
        <w:t>көшесіндегі</w:t>
      </w:r>
      <w:proofErr w:type="spellEnd"/>
      <w:r w:rsidRPr="007E7FD7">
        <w:rPr>
          <w:sz w:val="28"/>
          <w:szCs w:val="28"/>
        </w:rPr>
        <w:t xml:space="preserve"> № 17Б </w:t>
      </w:r>
      <w:proofErr w:type="spellStart"/>
      <w:r w:rsidRPr="007E7FD7">
        <w:rPr>
          <w:sz w:val="28"/>
          <w:szCs w:val="28"/>
        </w:rPr>
        <w:t>үйді</w:t>
      </w:r>
      <w:proofErr w:type="spellEnd"/>
      <w:r w:rsidRPr="007E7FD7">
        <w:rPr>
          <w:sz w:val="28"/>
          <w:szCs w:val="28"/>
        </w:rPr>
        <w:t xml:space="preserve"> </w:t>
      </w:r>
      <w:proofErr w:type="spellStart"/>
      <w:r w:rsidRPr="007E7FD7">
        <w:rPr>
          <w:sz w:val="28"/>
          <w:szCs w:val="28"/>
        </w:rPr>
        <w:t>қоса</w:t>
      </w:r>
      <w:proofErr w:type="spellEnd"/>
      <w:r w:rsidRPr="007E7FD7">
        <w:rPr>
          <w:sz w:val="28"/>
          <w:szCs w:val="28"/>
        </w:rPr>
        <w:t xml:space="preserve"> </w:t>
      </w:r>
      <w:proofErr w:type="spellStart"/>
      <w:r w:rsidRPr="007E7FD7">
        <w:rPr>
          <w:sz w:val="28"/>
          <w:szCs w:val="28"/>
        </w:rPr>
        <w:t>алғанда</w:t>
      </w:r>
      <w:proofErr w:type="spellEnd"/>
      <w:r w:rsidRPr="007E7FD7">
        <w:rPr>
          <w:sz w:val="28"/>
          <w:szCs w:val="28"/>
          <w:lang w:val="kk-KZ"/>
        </w:rPr>
        <w:t>,</w:t>
      </w:r>
      <w:r w:rsidRPr="007E7FD7">
        <w:rPr>
          <w:sz w:val="28"/>
          <w:szCs w:val="28"/>
        </w:rPr>
        <w:t xml:space="preserve"> </w:t>
      </w:r>
      <w:proofErr w:type="spellStart"/>
      <w:r w:rsidRPr="007E7FD7">
        <w:rPr>
          <w:sz w:val="28"/>
          <w:szCs w:val="28"/>
        </w:rPr>
        <w:t>Тәуелсіздік</w:t>
      </w:r>
      <w:proofErr w:type="spellEnd"/>
      <w:r w:rsidRPr="007E7FD7">
        <w:rPr>
          <w:sz w:val="28"/>
          <w:szCs w:val="28"/>
        </w:rPr>
        <w:t xml:space="preserve"> </w:t>
      </w:r>
      <w:proofErr w:type="spellStart"/>
      <w:r w:rsidRPr="007E7FD7">
        <w:rPr>
          <w:sz w:val="28"/>
          <w:szCs w:val="28"/>
        </w:rPr>
        <w:t>даңғылына</w:t>
      </w:r>
      <w:proofErr w:type="spellEnd"/>
      <w:r w:rsidRPr="007E7FD7">
        <w:rPr>
          <w:sz w:val="28"/>
          <w:szCs w:val="28"/>
        </w:rPr>
        <w:t xml:space="preserve"> </w:t>
      </w:r>
      <w:proofErr w:type="spellStart"/>
      <w:r w:rsidRPr="007E7FD7">
        <w:rPr>
          <w:sz w:val="28"/>
          <w:szCs w:val="28"/>
        </w:rPr>
        <w:t>дейін</w:t>
      </w:r>
      <w:proofErr w:type="spellEnd"/>
      <w:r w:rsidRPr="007E7FD7">
        <w:rPr>
          <w:sz w:val="28"/>
          <w:szCs w:val="28"/>
          <w:lang w:val="kk-KZ"/>
        </w:rPr>
        <w:t>.</w:t>
      </w:r>
    </w:p>
    <w:p w14:paraId="107FF7A1" w14:textId="77777777" w:rsidR="00937755" w:rsidRPr="007E7FD7" w:rsidRDefault="00937755" w:rsidP="00937755">
      <w:pPr>
        <w:ind w:firstLine="709"/>
        <w:jc w:val="center"/>
        <w:rPr>
          <w:sz w:val="28"/>
          <w:szCs w:val="28"/>
          <w:lang w:val="kk-KZ"/>
        </w:rPr>
      </w:pPr>
    </w:p>
    <w:p w14:paraId="184BA033" w14:textId="77777777" w:rsidR="00937755" w:rsidRPr="007E7FD7" w:rsidRDefault="00937755" w:rsidP="00937755">
      <w:pPr>
        <w:keepNext/>
        <w:ind w:firstLine="709"/>
        <w:jc w:val="center"/>
        <w:rPr>
          <w:sz w:val="28"/>
          <w:szCs w:val="28"/>
          <w:lang w:val="kk-KZ"/>
        </w:rPr>
      </w:pPr>
      <w:r w:rsidRPr="007E7FD7">
        <w:rPr>
          <w:sz w:val="28"/>
          <w:szCs w:val="28"/>
          <w:lang w:val="kk-KZ"/>
        </w:rPr>
        <w:t>№ 50 сайлау учаскесі</w:t>
      </w:r>
    </w:p>
    <w:p w14:paraId="284D8DA9"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«Әл-Фараби атындағы оқушылар сарайы» шаруашылық жүргізу құқығындағы мемлекеттік коммуналдық кәсіпорны, Б. Момышұлы даңғылы, № 5)</w:t>
      </w:r>
    </w:p>
    <w:p w14:paraId="42404AA9" w14:textId="77777777" w:rsidR="00937755" w:rsidRPr="007E7FD7" w:rsidRDefault="00937755" w:rsidP="00937755">
      <w:pPr>
        <w:ind w:firstLine="709"/>
        <w:jc w:val="center"/>
        <w:rPr>
          <w:sz w:val="28"/>
          <w:szCs w:val="28"/>
          <w:lang w:val="kk-KZ"/>
        </w:rPr>
      </w:pPr>
    </w:p>
    <w:p w14:paraId="377D0D10"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Ақбұлақ бұлағынан Тәуелсіздік даңғылының тақ сандар жағымен Шарль де </w:t>
      </w:r>
      <w:proofErr w:type="spellStart"/>
      <w:r w:rsidRPr="007E7FD7">
        <w:rPr>
          <w:sz w:val="28"/>
          <w:szCs w:val="28"/>
          <w:lang w:val="kk-KZ"/>
        </w:rPr>
        <w:t>Голль</w:t>
      </w:r>
      <w:proofErr w:type="spellEnd"/>
      <w:r w:rsidRPr="007E7FD7">
        <w:rPr>
          <w:sz w:val="28"/>
          <w:szCs w:val="28"/>
          <w:lang w:val="kk-KZ"/>
        </w:rPr>
        <w:t xml:space="preserve"> көшесіне дейін, Шарль де </w:t>
      </w:r>
      <w:proofErr w:type="spellStart"/>
      <w:r w:rsidRPr="007E7FD7">
        <w:rPr>
          <w:sz w:val="28"/>
          <w:szCs w:val="28"/>
          <w:lang w:val="kk-KZ"/>
        </w:rPr>
        <w:t>Голль</w:t>
      </w:r>
      <w:proofErr w:type="spellEnd"/>
      <w:r w:rsidRPr="007E7FD7">
        <w:rPr>
          <w:sz w:val="28"/>
          <w:szCs w:val="28"/>
          <w:lang w:val="kk-KZ"/>
        </w:rPr>
        <w:t xml:space="preserve"> көшесінің тақ сандар жағымен А. Тоқпанов көшесіне дейін, А. Тоқпанов көшесінің тақ сандар жағымен </w:t>
      </w:r>
      <w:proofErr w:type="spellStart"/>
      <w:r w:rsidRPr="007E7FD7">
        <w:rPr>
          <w:sz w:val="28"/>
          <w:szCs w:val="28"/>
          <w:lang w:val="kk-KZ"/>
        </w:rPr>
        <w:t>Тасшоқы</w:t>
      </w:r>
      <w:proofErr w:type="spellEnd"/>
      <w:r w:rsidRPr="007E7FD7">
        <w:rPr>
          <w:sz w:val="28"/>
          <w:szCs w:val="28"/>
          <w:lang w:val="kk-KZ"/>
        </w:rPr>
        <w:t xml:space="preserve"> орамына дейін, </w:t>
      </w:r>
      <w:proofErr w:type="spellStart"/>
      <w:r w:rsidRPr="007E7FD7">
        <w:rPr>
          <w:sz w:val="28"/>
          <w:szCs w:val="28"/>
          <w:lang w:val="kk-KZ"/>
        </w:rPr>
        <w:t>Тасшоқы</w:t>
      </w:r>
      <w:proofErr w:type="spellEnd"/>
      <w:r w:rsidRPr="007E7FD7">
        <w:rPr>
          <w:sz w:val="28"/>
          <w:szCs w:val="28"/>
          <w:lang w:val="kk-KZ"/>
        </w:rPr>
        <w:t xml:space="preserve"> орамының тақ сандар жағымен </w:t>
      </w:r>
      <w:r w:rsidRPr="007E7FD7">
        <w:rPr>
          <w:sz w:val="28"/>
          <w:szCs w:val="28"/>
          <w:lang w:val="kk-KZ"/>
        </w:rPr>
        <w:br/>
        <w:t>Қ. </w:t>
      </w:r>
      <w:proofErr w:type="spellStart"/>
      <w:r w:rsidRPr="007E7FD7">
        <w:rPr>
          <w:sz w:val="28"/>
          <w:szCs w:val="28"/>
          <w:lang w:val="kk-KZ"/>
        </w:rPr>
        <w:t>Жалайыри</w:t>
      </w:r>
      <w:proofErr w:type="spellEnd"/>
      <w:r w:rsidRPr="007E7FD7">
        <w:rPr>
          <w:sz w:val="28"/>
          <w:szCs w:val="28"/>
          <w:lang w:val="kk-KZ"/>
        </w:rPr>
        <w:t xml:space="preserve"> көшесіне дейін, Қ. </w:t>
      </w:r>
      <w:proofErr w:type="spellStart"/>
      <w:r w:rsidRPr="007E7FD7">
        <w:rPr>
          <w:sz w:val="28"/>
          <w:szCs w:val="28"/>
          <w:lang w:val="kk-KZ"/>
        </w:rPr>
        <w:t>Жалайыри</w:t>
      </w:r>
      <w:proofErr w:type="spellEnd"/>
      <w:r w:rsidRPr="007E7FD7">
        <w:rPr>
          <w:sz w:val="28"/>
          <w:szCs w:val="28"/>
          <w:lang w:val="kk-KZ"/>
        </w:rPr>
        <w:t xml:space="preserve"> көшесінің тақ сандар жағымен </w:t>
      </w:r>
      <w:r w:rsidRPr="007E7FD7">
        <w:rPr>
          <w:sz w:val="28"/>
          <w:szCs w:val="28"/>
          <w:lang w:val="kk-KZ"/>
        </w:rPr>
        <w:br/>
        <w:t xml:space="preserve">Елім-ай көшесіне дейін, Есіл өзенінің бойымен Ақбұлақ бұлағына дейін, </w:t>
      </w:r>
      <w:r w:rsidRPr="007E7FD7">
        <w:rPr>
          <w:sz w:val="28"/>
          <w:szCs w:val="28"/>
          <w:lang w:val="kk-KZ"/>
        </w:rPr>
        <w:lastRenderedPageBreak/>
        <w:t>Ақбұлақ бұлағының бойымен Тәуелсіздік даңғылындағы № 21, 21/2, 21/4, 21/5, 21/6, 21/7, 21/9 үйлерді қоспағанда, Тәуелсіздік даңғылына дейін.</w:t>
      </w:r>
    </w:p>
    <w:p w14:paraId="536AE638" w14:textId="77777777" w:rsidR="00937755" w:rsidRPr="007E7FD7" w:rsidRDefault="00937755" w:rsidP="00937755">
      <w:pPr>
        <w:ind w:firstLine="709"/>
        <w:jc w:val="center"/>
        <w:rPr>
          <w:sz w:val="28"/>
          <w:szCs w:val="28"/>
          <w:lang w:val="kk-KZ"/>
        </w:rPr>
      </w:pPr>
    </w:p>
    <w:p w14:paraId="470ED027" w14:textId="77777777" w:rsidR="00937755" w:rsidRPr="007E7FD7" w:rsidRDefault="00937755" w:rsidP="00937755">
      <w:pPr>
        <w:keepNext/>
        <w:ind w:firstLine="709"/>
        <w:jc w:val="center"/>
        <w:rPr>
          <w:sz w:val="28"/>
          <w:szCs w:val="28"/>
          <w:lang w:val="kk-KZ"/>
        </w:rPr>
      </w:pPr>
      <w:r w:rsidRPr="007E7FD7">
        <w:rPr>
          <w:sz w:val="28"/>
          <w:szCs w:val="28"/>
          <w:lang w:val="kk-KZ"/>
        </w:rPr>
        <w:t>№ 51 сайлау учаскесі</w:t>
      </w:r>
    </w:p>
    <w:p w14:paraId="1E5451E5"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«Әл-Фараби атындағы оқушылар сарайы» шаруашылық жүргізу құқығындағы мемлекеттік коммуналдық кәсіпорны, Б. Момышұлы даңғылы, № 5)</w:t>
      </w:r>
    </w:p>
    <w:p w14:paraId="23D67CFC" w14:textId="77777777" w:rsidR="00937755" w:rsidRPr="007E7FD7" w:rsidRDefault="00937755" w:rsidP="00937755">
      <w:pPr>
        <w:ind w:firstLine="709"/>
        <w:jc w:val="center"/>
        <w:rPr>
          <w:sz w:val="28"/>
          <w:szCs w:val="28"/>
          <w:lang w:val="kk-KZ"/>
        </w:rPr>
      </w:pPr>
    </w:p>
    <w:p w14:paraId="76858B43" w14:textId="77777777" w:rsidR="00937755" w:rsidRPr="007E7FD7" w:rsidRDefault="00937755" w:rsidP="00937755">
      <w:pPr>
        <w:ind w:firstLine="709"/>
        <w:jc w:val="both"/>
        <w:rPr>
          <w:sz w:val="28"/>
          <w:szCs w:val="28"/>
          <w:lang w:val="kk-KZ"/>
        </w:rPr>
      </w:pPr>
      <w:r w:rsidRPr="007E7FD7">
        <w:rPr>
          <w:sz w:val="28"/>
          <w:szCs w:val="28"/>
          <w:lang w:val="kk-KZ"/>
        </w:rPr>
        <w:t>Шекарасы: Тәуелс</w:t>
      </w:r>
      <w:r w:rsidRPr="00DD7349">
        <w:rPr>
          <w:sz w:val="28"/>
          <w:szCs w:val="28"/>
          <w:lang w:val="kk-KZ"/>
        </w:rPr>
        <w:t>і</w:t>
      </w:r>
      <w:r w:rsidRPr="007E7FD7">
        <w:rPr>
          <w:sz w:val="28"/>
          <w:szCs w:val="28"/>
          <w:lang w:val="kk-KZ"/>
        </w:rPr>
        <w:t>зд</w:t>
      </w:r>
      <w:r w:rsidRPr="00DD7349">
        <w:rPr>
          <w:sz w:val="28"/>
          <w:szCs w:val="28"/>
          <w:lang w:val="kk-KZ"/>
        </w:rPr>
        <w:t>і</w:t>
      </w:r>
      <w:r w:rsidRPr="007E7FD7">
        <w:rPr>
          <w:sz w:val="28"/>
          <w:szCs w:val="28"/>
          <w:lang w:val="kk-KZ"/>
        </w:rPr>
        <w:t>к даңғылы, № 20, 22, 24А, 24Б, 26, 26/1, 28 үйлер, Б.</w:t>
      </w:r>
      <w:r>
        <w:rPr>
          <w:sz w:val="28"/>
          <w:szCs w:val="28"/>
          <w:lang w:val="kk-KZ"/>
        </w:rPr>
        <w:t> </w:t>
      </w:r>
      <w:r w:rsidRPr="007E7FD7">
        <w:rPr>
          <w:sz w:val="28"/>
          <w:szCs w:val="28"/>
          <w:lang w:val="kk-KZ"/>
        </w:rPr>
        <w:t>Майлин көшесі, № 3, 3/2, 5, 5/1, 5/2 үйлер.</w:t>
      </w:r>
    </w:p>
    <w:p w14:paraId="7C3C809F" w14:textId="77777777" w:rsidR="00937755" w:rsidRPr="007E7FD7" w:rsidRDefault="00937755" w:rsidP="00937755">
      <w:pPr>
        <w:ind w:firstLine="709"/>
        <w:jc w:val="both"/>
        <w:rPr>
          <w:sz w:val="28"/>
          <w:szCs w:val="28"/>
          <w:lang w:val="kk-KZ"/>
        </w:rPr>
      </w:pPr>
    </w:p>
    <w:p w14:paraId="381F5A8F" w14:textId="77777777" w:rsidR="00937755" w:rsidRPr="007E7FD7" w:rsidRDefault="00937755" w:rsidP="00937755">
      <w:pPr>
        <w:keepNext/>
        <w:ind w:firstLine="709"/>
        <w:jc w:val="center"/>
        <w:rPr>
          <w:sz w:val="28"/>
          <w:szCs w:val="28"/>
          <w:lang w:val="kk-KZ"/>
        </w:rPr>
      </w:pPr>
      <w:r w:rsidRPr="007E7FD7">
        <w:rPr>
          <w:sz w:val="28"/>
          <w:szCs w:val="28"/>
          <w:lang w:val="kk-KZ"/>
        </w:rPr>
        <w:t>№ 52 сайлау учаскесі</w:t>
      </w:r>
    </w:p>
    <w:p w14:paraId="25E1F119" w14:textId="77777777" w:rsidR="00937755" w:rsidRPr="007E7FD7" w:rsidRDefault="00937755" w:rsidP="00937755">
      <w:pPr>
        <w:ind w:firstLine="709"/>
        <w:rPr>
          <w:sz w:val="28"/>
          <w:szCs w:val="28"/>
          <w:lang w:val="kk-KZ"/>
        </w:rPr>
      </w:pPr>
      <w:r w:rsidRPr="00DD7349">
        <w:rPr>
          <w:sz w:val="28"/>
          <w:szCs w:val="28"/>
          <w:lang w:val="kk-KZ"/>
        </w:rPr>
        <w:t>(орталығы – Астана қаласы әкімдігінің «№ 116 жалпы орта білім беретін мектеп» коммуналдық мемлекеттік мекемесі, М. Төлебаев көшесі, № 3)</w:t>
      </w:r>
    </w:p>
    <w:p w14:paraId="67EB1B0E" w14:textId="77777777" w:rsidR="00937755" w:rsidRPr="007E7FD7" w:rsidRDefault="00937755" w:rsidP="00937755">
      <w:pPr>
        <w:ind w:firstLine="709"/>
        <w:jc w:val="center"/>
        <w:rPr>
          <w:sz w:val="28"/>
          <w:szCs w:val="28"/>
          <w:lang w:val="kk-KZ"/>
        </w:rPr>
      </w:pPr>
    </w:p>
    <w:p w14:paraId="4179D329"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w:t>
      </w:r>
      <w:proofErr w:type="spellStart"/>
      <w:r w:rsidRPr="007E7FD7">
        <w:rPr>
          <w:sz w:val="28"/>
          <w:szCs w:val="28"/>
          <w:lang w:val="kk-KZ"/>
        </w:rPr>
        <w:t>Айнакөл</w:t>
      </w:r>
      <w:proofErr w:type="spellEnd"/>
      <w:r w:rsidRPr="007E7FD7">
        <w:rPr>
          <w:sz w:val="28"/>
          <w:szCs w:val="28"/>
          <w:lang w:val="kk-KZ"/>
        </w:rPr>
        <w:t xml:space="preserve"> көшесінен Т. Жүргенов көшесінің жұп сандар жағымен Р. Қошқарбаев даңғылына дейін, Р. Қошқарбаев даңғылының тақ сандар жағымен Қордай көшесіне дейін, Қордай көшесінің тақ сандар жағымен </w:t>
      </w:r>
      <w:proofErr w:type="spellStart"/>
      <w:r w:rsidRPr="007E7FD7">
        <w:rPr>
          <w:sz w:val="28"/>
          <w:szCs w:val="28"/>
          <w:lang w:val="kk-KZ"/>
        </w:rPr>
        <w:t>Айнакөл</w:t>
      </w:r>
      <w:proofErr w:type="spellEnd"/>
      <w:r w:rsidRPr="007E7FD7">
        <w:rPr>
          <w:sz w:val="28"/>
          <w:szCs w:val="28"/>
          <w:lang w:val="kk-KZ"/>
        </w:rPr>
        <w:t xml:space="preserve"> көшесіне дейін, </w:t>
      </w:r>
      <w:proofErr w:type="spellStart"/>
      <w:r w:rsidRPr="007E7FD7">
        <w:rPr>
          <w:sz w:val="28"/>
          <w:szCs w:val="28"/>
          <w:lang w:val="kk-KZ"/>
        </w:rPr>
        <w:t>Айнакөл</w:t>
      </w:r>
      <w:proofErr w:type="spellEnd"/>
      <w:r w:rsidRPr="007E7FD7">
        <w:rPr>
          <w:sz w:val="28"/>
          <w:szCs w:val="28"/>
          <w:lang w:val="kk-KZ"/>
        </w:rPr>
        <w:t xml:space="preserve"> көшесінің жұп сандар жағымен </w:t>
      </w:r>
      <w:proofErr w:type="spellStart"/>
      <w:r w:rsidRPr="007E7FD7">
        <w:rPr>
          <w:sz w:val="28"/>
          <w:szCs w:val="28"/>
          <w:lang w:val="kk-KZ"/>
        </w:rPr>
        <w:t>Айнакөл</w:t>
      </w:r>
      <w:proofErr w:type="spellEnd"/>
      <w:r w:rsidRPr="007E7FD7">
        <w:rPr>
          <w:sz w:val="28"/>
          <w:szCs w:val="28"/>
          <w:lang w:val="kk-KZ"/>
        </w:rPr>
        <w:t xml:space="preserve"> көшесіндегі № 56, 56/1 үйлерді қоспағанда, Т. Жүргенов көшесіне дейін.</w:t>
      </w:r>
    </w:p>
    <w:p w14:paraId="79A69505" w14:textId="77777777" w:rsidR="00937755" w:rsidRPr="007E7FD7" w:rsidRDefault="00937755" w:rsidP="00937755">
      <w:pPr>
        <w:ind w:firstLine="709"/>
        <w:jc w:val="both"/>
        <w:rPr>
          <w:sz w:val="28"/>
          <w:szCs w:val="28"/>
          <w:lang w:val="kk-KZ"/>
        </w:rPr>
      </w:pPr>
    </w:p>
    <w:p w14:paraId="06AFEBD0" w14:textId="77777777" w:rsidR="00937755" w:rsidRPr="007E7FD7" w:rsidRDefault="00937755" w:rsidP="00937755">
      <w:pPr>
        <w:keepNext/>
        <w:ind w:firstLine="709"/>
        <w:jc w:val="center"/>
        <w:rPr>
          <w:sz w:val="28"/>
          <w:szCs w:val="28"/>
          <w:lang w:val="kk-KZ"/>
        </w:rPr>
      </w:pPr>
      <w:r w:rsidRPr="007E7FD7">
        <w:rPr>
          <w:sz w:val="28"/>
          <w:szCs w:val="28"/>
          <w:lang w:val="kk-KZ"/>
        </w:rPr>
        <w:t>№</w:t>
      </w:r>
      <w:r>
        <w:rPr>
          <w:sz w:val="28"/>
          <w:szCs w:val="28"/>
          <w:lang w:val="kk-KZ"/>
        </w:rPr>
        <w:t xml:space="preserve"> 53 </w:t>
      </w:r>
      <w:r w:rsidRPr="002F21F6">
        <w:rPr>
          <w:sz w:val="28"/>
          <w:szCs w:val="28"/>
          <w:lang w:val="kk-KZ"/>
        </w:rPr>
        <w:t>с</w:t>
      </w:r>
      <w:r w:rsidRPr="007E7FD7">
        <w:rPr>
          <w:sz w:val="28"/>
          <w:szCs w:val="28"/>
          <w:lang w:val="kk-KZ"/>
        </w:rPr>
        <w:t>айлау учаскесі</w:t>
      </w:r>
    </w:p>
    <w:p w14:paraId="25F63BF1"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Астана қаласы әкімдігінің «№ 32 мектеп-гимназия» шаруашылық жүргізу құқығындағы мемлекеттік коммуналдық кәсіпорны, </w:t>
      </w:r>
    </w:p>
    <w:p w14:paraId="72665AEC" w14:textId="77777777" w:rsidR="00937755" w:rsidRPr="007E7FD7" w:rsidRDefault="00937755" w:rsidP="00937755">
      <w:pPr>
        <w:ind w:firstLine="709"/>
        <w:jc w:val="center"/>
        <w:rPr>
          <w:sz w:val="28"/>
          <w:szCs w:val="28"/>
          <w:lang w:val="kk-KZ"/>
        </w:rPr>
      </w:pPr>
      <w:r w:rsidRPr="007E7FD7">
        <w:rPr>
          <w:sz w:val="28"/>
          <w:szCs w:val="28"/>
          <w:lang w:val="kk-KZ"/>
        </w:rPr>
        <w:t>Абылай хан даңғылы, № 25/3)</w:t>
      </w:r>
    </w:p>
    <w:p w14:paraId="5BBB0FC9" w14:textId="77777777" w:rsidR="00937755" w:rsidRPr="007E7FD7" w:rsidRDefault="00937755" w:rsidP="00937755">
      <w:pPr>
        <w:ind w:firstLine="709"/>
        <w:jc w:val="center"/>
        <w:rPr>
          <w:sz w:val="28"/>
          <w:szCs w:val="28"/>
          <w:lang w:val="kk-KZ"/>
        </w:rPr>
      </w:pPr>
    </w:p>
    <w:p w14:paraId="32597C32" w14:textId="77777777" w:rsidR="00937755" w:rsidRPr="007E7FD7" w:rsidRDefault="00937755" w:rsidP="00937755">
      <w:pPr>
        <w:ind w:firstLine="709"/>
        <w:jc w:val="both"/>
        <w:rPr>
          <w:sz w:val="28"/>
          <w:szCs w:val="28"/>
          <w:lang w:val="kk-KZ"/>
        </w:rPr>
      </w:pPr>
      <w:r w:rsidRPr="007E7FD7">
        <w:rPr>
          <w:sz w:val="28"/>
          <w:szCs w:val="28"/>
          <w:lang w:val="kk-KZ"/>
        </w:rPr>
        <w:t>Шекарасы: Ш. Құдайбердіұлы даңғылы, № 17, 17/1, 19, 19/1, 19/2, 28 үйлер, күйш</w:t>
      </w:r>
      <w:r w:rsidRPr="00DD7349">
        <w:rPr>
          <w:sz w:val="28"/>
          <w:szCs w:val="28"/>
          <w:lang w:val="kk-KZ"/>
        </w:rPr>
        <w:t>і</w:t>
      </w:r>
      <w:r w:rsidRPr="007E7FD7">
        <w:rPr>
          <w:sz w:val="28"/>
          <w:szCs w:val="28"/>
          <w:lang w:val="kk-KZ"/>
        </w:rPr>
        <w:t xml:space="preserve"> Дина көшесі, № 46, 46/1, 46/2 үйлер.</w:t>
      </w:r>
    </w:p>
    <w:p w14:paraId="2DFE4C67" w14:textId="77777777" w:rsidR="00937755" w:rsidRPr="007E7FD7" w:rsidRDefault="00937755" w:rsidP="00937755">
      <w:pPr>
        <w:ind w:firstLine="709"/>
        <w:jc w:val="both"/>
        <w:rPr>
          <w:sz w:val="28"/>
          <w:szCs w:val="28"/>
          <w:lang w:val="kk-KZ"/>
        </w:rPr>
      </w:pPr>
    </w:p>
    <w:p w14:paraId="0FC5D4C7" w14:textId="77777777" w:rsidR="00937755" w:rsidRPr="007E7FD7" w:rsidRDefault="00937755" w:rsidP="00937755">
      <w:pPr>
        <w:keepNext/>
        <w:ind w:firstLine="709"/>
        <w:jc w:val="center"/>
        <w:rPr>
          <w:sz w:val="28"/>
          <w:szCs w:val="28"/>
          <w:lang w:val="kk-KZ"/>
        </w:rPr>
      </w:pPr>
      <w:r w:rsidRPr="007E7FD7">
        <w:rPr>
          <w:sz w:val="28"/>
          <w:szCs w:val="28"/>
          <w:lang w:val="kk-KZ"/>
        </w:rPr>
        <w:t>№ 54 сайлау учаскесі</w:t>
      </w:r>
    </w:p>
    <w:p w14:paraId="3380831A"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Астана қаласы әкімдігінің «Бейімбет Майлин атындағы </w:t>
      </w:r>
    </w:p>
    <w:p w14:paraId="643247BF" w14:textId="77777777" w:rsidR="00937755" w:rsidRPr="007E7FD7" w:rsidRDefault="00937755" w:rsidP="00937755">
      <w:pPr>
        <w:ind w:firstLine="709"/>
        <w:jc w:val="center"/>
        <w:rPr>
          <w:sz w:val="28"/>
          <w:szCs w:val="28"/>
          <w:lang w:val="kk-KZ"/>
        </w:rPr>
      </w:pPr>
      <w:r w:rsidRPr="007E7FD7">
        <w:rPr>
          <w:sz w:val="28"/>
          <w:szCs w:val="28"/>
          <w:lang w:val="kk-KZ"/>
        </w:rPr>
        <w:t>№ 52 мектеп-гимназия» шаруашылық жүргізу құқығындағы мемлекеттік коммуналдық кәсіпорны, Бурабай көшесі, № 38)</w:t>
      </w:r>
    </w:p>
    <w:p w14:paraId="77F75947" w14:textId="77777777" w:rsidR="00937755" w:rsidRPr="007E7FD7" w:rsidRDefault="00937755" w:rsidP="00937755">
      <w:pPr>
        <w:ind w:firstLine="709"/>
        <w:jc w:val="center"/>
        <w:rPr>
          <w:sz w:val="28"/>
          <w:szCs w:val="28"/>
          <w:lang w:val="kk-KZ"/>
        </w:rPr>
      </w:pPr>
    </w:p>
    <w:p w14:paraId="6728F266"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Лепсі көшесінен Ш. Құдайбердіұлы даңғылының тақ сандар жағымен Ертіс көшесіне дейін, Ертіс көшесінің тақ сандар жағымен Абылай хан даңғылына дейін, Абылай хан даңғылының тақ сандар жағымен </w:t>
      </w:r>
      <w:r w:rsidRPr="007E7FD7">
        <w:rPr>
          <w:sz w:val="28"/>
          <w:szCs w:val="28"/>
          <w:lang w:val="kk-KZ"/>
        </w:rPr>
        <w:br/>
        <w:t xml:space="preserve">Ғ. Мұстафин көшесіне дейін, Ғ. Мұстафин көшесінің жұп сандар жағымен </w:t>
      </w:r>
      <w:r w:rsidRPr="007E7FD7">
        <w:rPr>
          <w:sz w:val="28"/>
          <w:szCs w:val="28"/>
          <w:lang w:val="kk-KZ"/>
        </w:rPr>
        <w:br/>
        <w:t xml:space="preserve">Ш. Құдайбердіұлы даңғылына дейін, Ш. Құдайбердіұлы даңғылының жұп сандар жағымен </w:t>
      </w:r>
      <w:proofErr w:type="spellStart"/>
      <w:r w:rsidRPr="007E7FD7">
        <w:rPr>
          <w:sz w:val="28"/>
          <w:szCs w:val="28"/>
          <w:lang w:val="kk-KZ"/>
        </w:rPr>
        <w:t>Ақарыс</w:t>
      </w:r>
      <w:proofErr w:type="spellEnd"/>
      <w:r w:rsidRPr="007E7FD7">
        <w:rPr>
          <w:sz w:val="28"/>
          <w:szCs w:val="28"/>
          <w:lang w:val="kk-KZ"/>
        </w:rPr>
        <w:t xml:space="preserve"> көшесіне дейін, </w:t>
      </w:r>
      <w:proofErr w:type="spellStart"/>
      <w:r w:rsidRPr="007E7FD7">
        <w:rPr>
          <w:sz w:val="28"/>
          <w:szCs w:val="28"/>
          <w:lang w:val="kk-KZ"/>
        </w:rPr>
        <w:t>Ақарыс</w:t>
      </w:r>
      <w:proofErr w:type="spellEnd"/>
      <w:r w:rsidRPr="007E7FD7">
        <w:rPr>
          <w:sz w:val="28"/>
          <w:szCs w:val="28"/>
          <w:lang w:val="kk-KZ"/>
        </w:rPr>
        <w:t xml:space="preserve"> көшесінің жұп сандар жағымен Қозыбасы көшесіне дейін, Қозыбасы көшесінің жұп сандар жағымен Ертіс көшесіне дейін, Ертіс көшесінің жұп сандар жағымен теміржол төсеміне дейін, теміржол төсемімен Лепсі көшесіне дейін, Лепсі көшесінің тақ сандар жағымен Ш. Құдайбердіұлы даңғылына дейін.</w:t>
      </w:r>
    </w:p>
    <w:p w14:paraId="28E82BC4" w14:textId="77777777" w:rsidR="00937755" w:rsidRPr="007E7FD7" w:rsidRDefault="00937755" w:rsidP="00937755">
      <w:pPr>
        <w:ind w:firstLine="709"/>
        <w:jc w:val="both"/>
        <w:rPr>
          <w:sz w:val="28"/>
          <w:szCs w:val="28"/>
          <w:lang w:val="kk-KZ"/>
        </w:rPr>
      </w:pPr>
    </w:p>
    <w:p w14:paraId="6DE3C994" w14:textId="77777777" w:rsidR="00937755" w:rsidRPr="007E7FD7" w:rsidRDefault="00937755" w:rsidP="00937755">
      <w:pPr>
        <w:keepNext/>
        <w:ind w:firstLine="709"/>
        <w:jc w:val="center"/>
        <w:rPr>
          <w:sz w:val="28"/>
          <w:szCs w:val="28"/>
          <w:lang w:val="kk-KZ"/>
        </w:rPr>
      </w:pPr>
      <w:r w:rsidRPr="007E7FD7">
        <w:rPr>
          <w:sz w:val="28"/>
          <w:szCs w:val="28"/>
          <w:lang w:val="kk-KZ"/>
        </w:rPr>
        <w:lastRenderedPageBreak/>
        <w:t>№ 55 сайлау учаскесі</w:t>
      </w:r>
    </w:p>
    <w:p w14:paraId="56B928A0"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Астана қаласы әкімдігінің «Орталықтандырылған кітапханалар жүйесі» коммуналдық мемлекеттік мекемесі, </w:t>
      </w:r>
    </w:p>
    <w:p w14:paraId="185877B1" w14:textId="77777777" w:rsidR="00937755" w:rsidRPr="007E7FD7" w:rsidRDefault="00937755" w:rsidP="00937755">
      <w:pPr>
        <w:ind w:firstLine="709"/>
        <w:jc w:val="center"/>
        <w:rPr>
          <w:sz w:val="28"/>
          <w:szCs w:val="28"/>
          <w:lang w:val="kk-KZ"/>
        </w:rPr>
      </w:pPr>
      <w:r w:rsidRPr="007E7FD7">
        <w:rPr>
          <w:sz w:val="28"/>
          <w:szCs w:val="28"/>
          <w:lang w:val="kk-KZ"/>
        </w:rPr>
        <w:t>Ш. Құдайбердіұлы даңғылы, № 25/3)</w:t>
      </w:r>
    </w:p>
    <w:p w14:paraId="14F4748E" w14:textId="77777777" w:rsidR="00937755" w:rsidRPr="007E7FD7" w:rsidRDefault="00937755" w:rsidP="00937755">
      <w:pPr>
        <w:ind w:firstLine="709"/>
        <w:jc w:val="center"/>
        <w:rPr>
          <w:sz w:val="28"/>
          <w:szCs w:val="28"/>
          <w:lang w:val="kk-KZ"/>
        </w:rPr>
      </w:pPr>
    </w:p>
    <w:p w14:paraId="0128285B"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Ғ. Мұстафин көшесі, № 15/2, 21, 21/1, 21/2, 21/3, 21/4 үйлер, </w:t>
      </w:r>
      <w:r w:rsidRPr="007E7FD7">
        <w:rPr>
          <w:sz w:val="28"/>
          <w:szCs w:val="28"/>
          <w:lang w:val="kk-KZ"/>
        </w:rPr>
        <w:br/>
        <w:t>Ш. Құдайбердіұлы даңғылы</w:t>
      </w:r>
      <w:r>
        <w:rPr>
          <w:sz w:val="28"/>
          <w:szCs w:val="28"/>
          <w:lang w:val="kk-KZ"/>
        </w:rPr>
        <w:t xml:space="preserve">, </w:t>
      </w:r>
      <w:r w:rsidRPr="007E7FD7">
        <w:rPr>
          <w:sz w:val="28"/>
          <w:szCs w:val="28"/>
          <w:lang w:val="kk-KZ"/>
        </w:rPr>
        <w:t>№ 25/4 үй.</w:t>
      </w:r>
    </w:p>
    <w:p w14:paraId="7CA0EA72" w14:textId="77777777" w:rsidR="00937755" w:rsidRPr="007E7FD7" w:rsidRDefault="00937755" w:rsidP="00937755">
      <w:pPr>
        <w:ind w:firstLine="709"/>
        <w:jc w:val="both"/>
        <w:rPr>
          <w:sz w:val="28"/>
          <w:szCs w:val="28"/>
          <w:lang w:val="kk-KZ"/>
        </w:rPr>
      </w:pPr>
    </w:p>
    <w:p w14:paraId="444F0AE1" w14:textId="77777777" w:rsidR="00937755" w:rsidRPr="007E7FD7" w:rsidRDefault="00937755" w:rsidP="00937755">
      <w:pPr>
        <w:keepNext/>
        <w:ind w:firstLine="709"/>
        <w:jc w:val="center"/>
        <w:rPr>
          <w:sz w:val="28"/>
          <w:szCs w:val="28"/>
          <w:lang w:val="kk-KZ"/>
        </w:rPr>
      </w:pPr>
      <w:r w:rsidRPr="007E7FD7">
        <w:rPr>
          <w:sz w:val="28"/>
          <w:szCs w:val="28"/>
          <w:lang w:val="kk-KZ"/>
        </w:rPr>
        <w:t>№ 56 сайлау учаскесі</w:t>
      </w:r>
    </w:p>
    <w:p w14:paraId="27613BAC"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Астана қаласы әкімдігінің «Сұлтанбек Қожанов атындағы </w:t>
      </w:r>
    </w:p>
    <w:p w14:paraId="583AF878" w14:textId="77777777" w:rsidR="00937755" w:rsidRPr="007E7FD7" w:rsidRDefault="00937755" w:rsidP="00937755">
      <w:pPr>
        <w:ind w:firstLine="709"/>
        <w:jc w:val="center"/>
        <w:rPr>
          <w:sz w:val="28"/>
          <w:szCs w:val="28"/>
          <w:lang w:val="kk-KZ"/>
        </w:rPr>
      </w:pPr>
      <w:r w:rsidRPr="007E7FD7">
        <w:rPr>
          <w:sz w:val="28"/>
          <w:szCs w:val="28"/>
          <w:lang w:val="kk-KZ"/>
        </w:rPr>
        <w:t>№ 64 мектеп-лицей» шаруашылық жүргізу құқығындағы мемлекеттік коммуналдық кәсіпорны, Ғ. Мүсірепов көшесі, № 15)</w:t>
      </w:r>
    </w:p>
    <w:p w14:paraId="695AFC44" w14:textId="77777777" w:rsidR="00937755" w:rsidRPr="007E7FD7" w:rsidRDefault="00937755" w:rsidP="00937755">
      <w:pPr>
        <w:ind w:firstLine="709"/>
        <w:jc w:val="center"/>
        <w:rPr>
          <w:sz w:val="28"/>
          <w:szCs w:val="28"/>
          <w:lang w:val="kk-KZ"/>
        </w:rPr>
      </w:pPr>
    </w:p>
    <w:p w14:paraId="628CB363" w14:textId="77777777" w:rsidR="00937755" w:rsidRPr="007E7FD7" w:rsidRDefault="00937755" w:rsidP="00937755">
      <w:pPr>
        <w:ind w:firstLine="709"/>
        <w:jc w:val="both"/>
        <w:rPr>
          <w:sz w:val="28"/>
          <w:szCs w:val="28"/>
          <w:lang w:val="kk-KZ"/>
        </w:rPr>
      </w:pPr>
      <w:r w:rsidRPr="007E7FD7">
        <w:rPr>
          <w:sz w:val="28"/>
          <w:szCs w:val="28"/>
          <w:lang w:val="kk-KZ"/>
        </w:rPr>
        <w:t>Шекарасы: Ш. Құдайбердіұлы даңғылы</w:t>
      </w:r>
      <w:r>
        <w:rPr>
          <w:sz w:val="28"/>
          <w:szCs w:val="28"/>
          <w:lang w:val="kk-KZ"/>
        </w:rPr>
        <w:t xml:space="preserve">, </w:t>
      </w:r>
      <w:r w:rsidRPr="007E7FD7">
        <w:rPr>
          <w:sz w:val="28"/>
          <w:szCs w:val="28"/>
          <w:lang w:val="kk-KZ"/>
        </w:rPr>
        <w:t>№</w:t>
      </w:r>
      <w:r>
        <w:rPr>
          <w:sz w:val="28"/>
          <w:szCs w:val="28"/>
          <w:lang w:val="kk-KZ"/>
        </w:rPr>
        <w:t> </w:t>
      </w:r>
      <w:r w:rsidRPr="007E7FD7">
        <w:rPr>
          <w:sz w:val="28"/>
          <w:szCs w:val="28"/>
          <w:lang w:val="kk-KZ"/>
        </w:rPr>
        <w:t xml:space="preserve">31, 31/1, 33 үйлер, </w:t>
      </w:r>
      <w:r w:rsidRPr="007E7FD7">
        <w:rPr>
          <w:sz w:val="28"/>
          <w:szCs w:val="28"/>
          <w:lang w:val="kk-KZ"/>
        </w:rPr>
        <w:br/>
        <w:t>Ғ. Мұстафин көшесі, № 13, 13А, 13/1, 15, 15/1 үйлер.</w:t>
      </w:r>
    </w:p>
    <w:p w14:paraId="4ACAD261" w14:textId="77777777" w:rsidR="00937755" w:rsidRPr="007E7FD7" w:rsidRDefault="00937755" w:rsidP="00937755">
      <w:pPr>
        <w:ind w:firstLine="709"/>
        <w:jc w:val="both"/>
        <w:rPr>
          <w:sz w:val="28"/>
          <w:szCs w:val="28"/>
          <w:lang w:val="kk-KZ"/>
        </w:rPr>
      </w:pPr>
    </w:p>
    <w:p w14:paraId="61F59EEA" w14:textId="77777777" w:rsidR="00937755" w:rsidRPr="007E7FD7" w:rsidRDefault="00937755" w:rsidP="00937755">
      <w:pPr>
        <w:keepNext/>
        <w:ind w:firstLine="709"/>
        <w:jc w:val="center"/>
        <w:rPr>
          <w:sz w:val="28"/>
          <w:szCs w:val="28"/>
          <w:lang w:val="kk-KZ"/>
        </w:rPr>
      </w:pPr>
      <w:r w:rsidRPr="007E7FD7">
        <w:rPr>
          <w:sz w:val="28"/>
          <w:szCs w:val="28"/>
          <w:lang w:val="kk-KZ"/>
        </w:rPr>
        <w:t>№ 57 сайлау учаскесі</w:t>
      </w:r>
    </w:p>
    <w:p w14:paraId="26DE6262"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w:t>
      </w:r>
      <w:r>
        <w:rPr>
          <w:sz w:val="28"/>
          <w:szCs w:val="28"/>
          <w:lang w:val="kk-KZ"/>
        </w:rPr>
        <w:t>«</w:t>
      </w:r>
      <w:proofErr w:type="spellStart"/>
      <w:r w:rsidRPr="007E7FD7">
        <w:rPr>
          <w:sz w:val="28"/>
          <w:szCs w:val="28"/>
          <w:lang w:val="kk-KZ"/>
        </w:rPr>
        <w:t>Spectrum</w:t>
      </w:r>
      <w:proofErr w:type="spellEnd"/>
      <w:r w:rsidRPr="007E7FD7">
        <w:rPr>
          <w:sz w:val="28"/>
          <w:szCs w:val="28"/>
          <w:lang w:val="kk-KZ"/>
        </w:rPr>
        <w:t xml:space="preserve">» халықаралық мектебі» мекемесі, </w:t>
      </w:r>
    </w:p>
    <w:p w14:paraId="3C71083E" w14:textId="77777777" w:rsidR="00937755" w:rsidRPr="007E7FD7" w:rsidRDefault="00937755" w:rsidP="00937755">
      <w:pPr>
        <w:ind w:firstLine="709"/>
        <w:jc w:val="center"/>
        <w:rPr>
          <w:sz w:val="28"/>
          <w:szCs w:val="28"/>
          <w:lang w:val="kk-KZ"/>
        </w:rPr>
      </w:pPr>
      <w:r w:rsidRPr="007E7FD7">
        <w:rPr>
          <w:sz w:val="28"/>
          <w:szCs w:val="28"/>
          <w:lang w:val="kk-KZ"/>
        </w:rPr>
        <w:t>Р. Қошқарбаев даңғылы, № 11)</w:t>
      </w:r>
    </w:p>
    <w:p w14:paraId="575606AB" w14:textId="77777777" w:rsidR="00937755" w:rsidRPr="007E7FD7" w:rsidRDefault="00937755" w:rsidP="00937755">
      <w:pPr>
        <w:ind w:firstLine="709"/>
        <w:jc w:val="center"/>
        <w:rPr>
          <w:sz w:val="28"/>
          <w:szCs w:val="28"/>
          <w:lang w:val="kk-KZ"/>
        </w:rPr>
      </w:pPr>
    </w:p>
    <w:p w14:paraId="1A4AA74A"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М. Жұмабаев даңғылынан </w:t>
      </w:r>
      <w:proofErr w:type="spellStart"/>
      <w:r w:rsidRPr="007E7FD7">
        <w:rPr>
          <w:sz w:val="28"/>
          <w:szCs w:val="28"/>
          <w:lang w:val="kk-KZ"/>
        </w:rPr>
        <w:t>Айнакөл</w:t>
      </w:r>
      <w:proofErr w:type="spellEnd"/>
      <w:r w:rsidRPr="007E7FD7">
        <w:rPr>
          <w:sz w:val="28"/>
          <w:szCs w:val="28"/>
          <w:lang w:val="kk-KZ"/>
        </w:rPr>
        <w:t xml:space="preserve"> көшесінің жұп сандар жағымен Т. Жүргенов көшесіне дейін, Т. Жүргенов көшесінің тақ сандар жағымен Р. Қошқарбаев даңғылына дейін, Р. Қошқарбаев даңғылының тақ сандар жағымен М. Жұмабаев даңғылына дейін, М. Жұмабаев даңғылының жұп сандар жағымен </w:t>
      </w:r>
      <w:proofErr w:type="spellStart"/>
      <w:r w:rsidRPr="007E7FD7">
        <w:rPr>
          <w:sz w:val="28"/>
          <w:szCs w:val="28"/>
          <w:lang w:val="kk-KZ"/>
        </w:rPr>
        <w:t>Айнакөл</w:t>
      </w:r>
      <w:proofErr w:type="spellEnd"/>
      <w:r w:rsidRPr="007E7FD7">
        <w:rPr>
          <w:sz w:val="28"/>
          <w:szCs w:val="28"/>
          <w:lang w:val="kk-KZ"/>
        </w:rPr>
        <w:t xml:space="preserve"> көшесіндегі № 56, 56/1 үйлерді қоса алғанда, </w:t>
      </w:r>
      <w:proofErr w:type="spellStart"/>
      <w:r w:rsidRPr="007E7FD7">
        <w:rPr>
          <w:sz w:val="28"/>
          <w:szCs w:val="28"/>
          <w:lang w:val="kk-KZ"/>
        </w:rPr>
        <w:t>Айнакөл</w:t>
      </w:r>
      <w:proofErr w:type="spellEnd"/>
      <w:r w:rsidRPr="007E7FD7">
        <w:rPr>
          <w:sz w:val="28"/>
          <w:szCs w:val="28"/>
          <w:lang w:val="kk-KZ"/>
        </w:rPr>
        <w:t xml:space="preserve"> көшесіне дейін.</w:t>
      </w:r>
    </w:p>
    <w:p w14:paraId="56835201" w14:textId="77777777" w:rsidR="00937755" w:rsidRDefault="00937755" w:rsidP="00536860">
      <w:pPr>
        <w:jc w:val="both"/>
        <w:rPr>
          <w:sz w:val="28"/>
          <w:szCs w:val="28"/>
          <w:lang w:val="kk-KZ"/>
        </w:rPr>
      </w:pPr>
    </w:p>
    <w:p w14:paraId="6EF3D636" w14:textId="70A36ACC" w:rsidR="00937755" w:rsidRPr="007E7FD7" w:rsidRDefault="00937755" w:rsidP="00536860">
      <w:pPr>
        <w:spacing w:after="160" w:line="259" w:lineRule="auto"/>
        <w:jc w:val="center"/>
        <w:rPr>
          <w:sz w:val="28"/>
          <w:szCs w:val="28"/>
          <w:lang w:val="kk-KZ"/>
        </w:rPr>
      </w:pPr>
      <w:r w:rsidRPr="007E7FD7">
        <w:rPr>
          <w:sz w:val="28"/>
          <w:szCs w:val="28"/>
          <w:lang w:val="kk-KZ"/>
        </w:rPr>
        <w:t>№ 58 сайлау учаскесі</w:t>
      </w:r>
    </w:p>
    <w:p w14:paraId="1B6DC197"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«Ақжан Әл-</w:t>
      </w:r>
      <w:proofErr w:type="spellStart"/>
      <w:r w:rsidRPr="007E7FD7">
        <w:rPr>
          <w:sz w:val="28"/>
          <w:szCs w:val="28"/>
          <w:lang w:val="kk-KZ"/>
        </w:rPr>
        <w:t>Машани</w:t>
      </w:r>
      <w:proofErr w:type="spellEnd"/>
      <w:r w:rsidRPr="007E7FD7">
        <w:rPr>
          <w:sz w:val="28"/>
          <w:szCs w:val="28"/>
          <w:lang w:val="kk-KZ"/>
        </w:rPr>
        <w:t xml:space="preserve"> атындағы </w:t>
      </w:r>
    </w:p>
    <w:p w14:paraId="5CA88DF4" w14:textId="77777777" w:rsidR="00937755" w:rsidRPr="007E7FD7" w:rsidRDefault="00937755" w:rsidP="00937755">
      <w:pPr>
        <w:ind w:firstLine="709"/>
        <w:jc w:val="center"/>
        <w:rPr>
          <w:sz w:val="28"/>
          <w:szCs w:val="28"/>
          <w:lang w:val="kk-KZ"/>
        </w:rPr>
      </w:pPr>
      <w:r w:rsidRPr="007E7FD7">
        <w:rPr>
          <w:sz w:val="28"/>
          <w:szCs w:val="28"/>
          <w:lang w:val="kk-KZ"/>
        </w:rPr>
        <w:t>№ 92 мектеп-лицей» шаруашылық жүргізу құқығындағы мемлекеттік коммуналдық кәсіпорны, А351 көше</w:t>
      </w:r>
      <w:r>
        <w:rPr>
          <w:sz w:val="28"/>
          <w:szCs w:val="28"/>
          <w:lang w:val="kk-KZ"/>
        </w:rPr>
        <w:t>сі</w:t>
      </w:r>
      <w:r w:rsidRPr="007E7FD7">
        <w:rPr>
          <w:sz w:val="28"/>
          <w:szCs w:val="28"/>
          <w:lang w:val="kk-KZ"/>
        </w:rPr>
        <w:t>, № 3)</w:t>
      </w:r>
    </w:p>
    <w:p w14:paraId="495AAA26" w14:textId="77777777" w:rsidR="00937755" w:rsidRPr="007E7FD7" w:rsidRDefault="00937755" w:rsidP="00937755">
      <w:pPr>
        <w:ind w:firstLine="709"/>
        <w:jc w:val="center"/>
        <w:rPr>
          <w:sz w:val="28"/>
          <w:szCs w:val="28"/>
          <w:lang w:val="kk-KZ"/>
        </w:rPr>
      </w:pPr>
    </w:p>
    <w:p w14:paraId="363E4BD9"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Тәуелсіздік даңғылы, № 31/2, 31/3, 31/4, 33, 33/1, 33/2 үйлер, </w:t>
      </w:r>
      <w:r w:rsidRPr="007E7FD7">
        <w:rPr>
          <w:sz w:val="28"/>
          <w:szCs w:val="28"/>
          <w:lang w:val="kk-KZ"/>
        </w:rPr>
        <w:br/>
        <w:t xml:space="preserve">А. Тоқпанов көшесі, № 8, 8/1, 8/2, 8/3, 8/4, 8/5 үйлер, Б. Момышұлы даңғылы, </w:t>
      </w:r>
      <w:r w:rsidRPr="007E7FD7">
        <w:rPr>
          <w:sz w:val="28"/>
          <w:szCs w:val="28"/>
          <w:lang w:val="kk-KZ"/>
        </w:rPr>
        <w:br/>
        <w:t>№ 7, 9, 11 үйлер.</w:t>
      </w:r>
    </w:p>
    <w:p w14:paraId="0EF087B8" w14:textId="77777777" w:rsidR="00937755" w:rsidRPr="007E7FD7" w:rsidRDefault="00937755" w:rsidP="00937755">
      <w:pPr>
        <w:ind w:firstLine="709"/>
        <w:jc w:val="both"/>
        <w:rPr>
          <w:sz w:val="28"/>
          <w:szCs w:val="28"/>
          <w:lang w:val="kk-KZ"/>
        </w:rPr>
      </w:pPr>
    </w:p>
    <w:p w14:paraId="3C93670D" w14:textId="77777777" w:rsidR="00937755" w:rsidRPr="007E7FD7" w:rsidRDefault="00937755" w:rsidP="00937755">
      <w:pPr>
        <w:keepNext/>
        <w:ind w:firstLine="709"/>
        <w:jc w:val="center"/>
        <w:rPr>
          <w:sz w:val="28"/>
          <w:szCs w:val="28"/>
          <w:lang w:val="kk-KZ"/>
        </w:rPr>
      </w:pPr>
      <w:r w:rsidRPr="007E7FD7">
        <w:rPr>
          <w:sz w:val="28"/>
          <w:szCs w:val="28"/>
          <w:lang w:val="kk-KZ"/>
        </w:rPr>
        <w:t>№ 59 сайлау учаскесі</w:t>
      </w:r>
    </w:p>
    <w:p w14:paraId="7DE522F4"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w:t>
      </w:r>
      <w:r w:rsidRPr="00CF5B02">
        <w:rPr>
          <w:sz w:val="28"/>
          <w:szCs w:val="28"/>
          <w:lang w:val="kk-KZ"/>
        </w:rPr>
        <w:t>Астана қаласы әкімдігінің «№ 116 жалпы орта білім беретін мектеп» коммуналдық мемлекеттік мекемесі, М.</w:t>
      </w:r>
      <w:r w:rsidRPr="007E7FD7">
        <w:rPr>
          <w:sz w:val="28"/>
          <w:szCs w:val="28"/>
          <w:lang w:val="kk-KZ"/>
        </w:rPr>
        <w:t> Төлебаев көшесі, № 3)</w:t>
      </w:r>
    </w:p>
    <w:p w14:paraId="5A7AE48C" w14:textId="77777777" w:rsidR="00937755" w:rsidRPr="007E7FD7" w:rsidRDefault="00937755" w:rsidP="00937755">
      <w:pPr>
        <w:ind w:firstLine="709"/>
        <w:jc w:val="center"/>
        <w:rPr>
          <w:sz w:val="28"/>
          <w:szCs w:val="28"/>
          <w:lang w:val="kk-KZ"/>
        </w:rPr>
      </w:pPr>
    </w:p>
    <w:p w14:paraId="379EBD14" w14:textId="77777777" w:rsidR="00937755" w:rsidRPr="00CF5B02" w:rsidRDefault="00937755" w:rsidP="00937755">
      <w:pPr>
        <w:ind w:firstLine="709"/>
        <w:jc w:val="both"/>
        <w:rPr>
          <w:sz w:val="28"/>
          <w:szCs w:val="28"/>
          <w:lang w:val="kk-KZ"/>
        </w:rPr>
      </w:pPr>
      <w:r w:rsidRPr="007E7FD7">
        <w:rPr>
          <w:sz w:val="28"/>
          <w:szCs w:val="28"/>
          <w:lang w:val="kk-KZ"/>
        </w:rPr>
        <w:t>Шекарасы:</w:t>
      </w:r>
      <w:r w:rsidRPr="00CF5B02">
        <w:rPr>
          <w:sz w:val="28"/>
          <w:szCs w:val="28"/>
          <w:lang w:val="kk-KZ"/>
        </w:rPr>
        <w:t xml:space="preserve"> </w:t>
      </w:r>
      <w:proofErr w:type="spellStart"/>
      <w:r w:rsidRPr="00CF5B02">
        <w:rPr>
          <w:sz w:val="28"/>
          <w:szCs w:val="28"/>
          <w:lang w:val="kk-KZ"/>
        </w:rPr>
        <w:t>Балқантау</w:t>
      </w:r>
      <w:proofErr w:type="spellEnd"/>
      <w:r w:rsidRPr="00CF5B02">
        <w:rPr>
          <w:sz w:val="28"/>
          <w:szCs w:val="28"/>
          <w:lang w:val="kk-KZ"/>
        </w:rPr>
        <w:t xml:space="preserve"> көшесінен Шабыт орамының жұп сандар</w:t>
      </w:r>
      <w:r>
        <w:rPr>
          <w:sz w:val="28"/>
          <w:szCs w:val="28"/>
          <w:lang w:val="kk-KZ"/>
        </w:rPr>
        <w:t xml:space="preserve"> </w:t>
      </w:r>
      <w:r w:rsidRPr="00CF5B02">
        <w:rPr>
          <w:sz w:val="28"/>
          <w:szCs w:val="28"/>
          <w:lang w:val="kk-KZ"/>
        </w:rPr>
        <w:t>жағымен Обаған көшесіне дейін, Обаған көшесінен «Достық» шағын бағының оңтүстік жағына дейін, «Достық» шағын бағының оңтүстік жағымен М. Төлебаев көшесіне дейін, М. Төлебаев көшесінің тақ сандар</w:t>
      </w:r>
      <w:r>
        <w:rPr>
          <w:sz w:val="28"/>
          <w:szCs w:val="28"/>
          <w:lang w:val="kk-KZ"/>
        </w:rPr>
        <w:t xml:space="preserve"> </w:t>
      </w:r>
      <w:r w:rsidRPr="00CF5B02">
        <w:rPr>
          <w:sz w:val="28"/>
          <w:szCs w:val="28"/>
          <w:lang w:val="kk-KZ"/>
        </w:rPr>
        <w:t xml:space="preserve">жағымен Бурабай көшесіне </w:t>
      </w:r>
      <w:r w:rsidRPr="00CF5B02">
        <w:rPr>
          <w:sz w:val="28"/>
          <w:szCs w:val="28"/>
          <w:lang w:val="kk-KZ"/>
        </w:rPr>
        <w:lastRenderedPageBreak/>
        <w:t>дейін, Бурабай көшесінің жұп сандар</w:t>
      </w:r>
      <w:r>
        <w:rPr>
          <w:sz w:val="28"/>
          <w:szCs w:val="28"/>
          <w:lang w:val="kk-KZ"/>
        </w:rPr>
        <w:t xml:space="preserve"> </w:t>
      </w:r>
      <w:r w:rsidRPr="00CF5B02">
        <w:rPr>
          <w:sz w:val="28"/>
          <w:szCs w:val="28"/>
          <w:lang w:val="kk-KZ"/>
        </w:rPr>
        <w:t>жағымен Абылай хан даңғылына дейін, Абылай хан даңғылының жұп сандар</w:t>
      </w:r>
      <w:r>
        <w:rPr>
          <w:sz w:val="28"/>
          <w:szCs w:val="28"/>
          <w:lang w:val="kk-KZ"/>
        </w:rPr>
        <w:t xml:space="preserve"> </w:t>
      </w:r>
      <w:r w:rsidRPr="00CF5B02">
        <w:rPr>
          <w:sz w:val="28"/>
          <w:szCs w:val="28"/>
          <w:lang w:val="kk-KZ"/>
        </w:rPr>
        <w:t>жағымен Арал орамына дейін, Арал орамының тақ сандар</w:t>
      </w:r>
      <w:r>
        <w:rPr>
          <w:sz w:val="28"/>
          <w:szCs w:val="28"/>
          <w:lang w:val="kk-KZ"/>
        </w:rPr>
        <w:t xml:space="preserve"> </w:t>
      </w:r>
      <w:r w:rsidRPr="00CF5B02">
        <w:rPr>
          <w:sz w:val="28"/>
          <w:szCs w:val="28"/>
          <w:lang w:val="kk-KZ"/>
        </w:rPr>
        <w:t xml:space="preserve">жағымен </w:t>
      </w:r>
      <w:proofErr w:type="spellStart"/>
      <w:r w:rsidRPr="00CF5B02">
        <w:rPr>
          <w:sz w:val="28"/>
          <w:szCs w:val="28"/>
          <w:lang w:val="kk-KZ"/>
        </w:rPr>
        <w:t>Майдақоңыр</w:t>
      </w:r>
      <w:proofErr w:type="spellEnd"/>
      <w:r w:rsidRPr="00CF5B02">
        <w:rPr>
          <w:sz w:val="28"/>
          <w:szCs w:val="28"/>
          <w:lang w:val="kk-KZ"/>
        </w:rPr>
        <w:t xml:space="preserve"> көшесіне дейін, </w:t>
      </w:r>
      <w:proofErr w:type="spellStart"/>
      <w:r w:rsidRPr="00CF5B02">
        <w:rPr>
          <w:sz w:val="28"/>
          <w:szCs w:val="28"/>
          <w:lang w:val="kk-KZ"/>
        </w:rPr>
        <w:t>Майдақоңыр</w:t>
      </w:r>
      <w:proofErr w:type="spellEnd"/>
      <w:r w:rsidRPr="00CF5B02">
        <w:rPr>
          <w:sz w:val="28"/>
          <w:szCs w:val="28"/>
          <w:lang w:val="kk-KZ"/>
        </w:rPr>
        <w:t xml:space="preserve"> көшесінің жұп сандар жағымен Қызылкөл орамына дейін, Қызылкөл орамының тақ сандар</w:t>
      </w:r>
      <w:r>
        <w:rPr>
          <w:sz w:val="28"/>
          <w:szCs w:val="28"/>
          <w:lang w:val="kk-KZ"/>
        </w:rPr>
        <w:t xml:space="preserve"> </w:t>
      </w:r>
      <w:r w:rsidRPr="00CF5B02">
        <w:rPr>
          <w:sz w:val="28"/>
          <w:szCs w:val="28"/>
          <w:lang w:val="kk-KZ"/>
        </w:rPr>
        <w:t>жағымен М. Төлебаев көшесіне дейін, М. Төлебаев көшесінің жұп сандар</w:t>
      </w:r>
      <w:r>
        <w:rPr>
          <w:sz w:val="28"/>
          <w:szCs w:val="28"/>
          <w:lang w:val="kk-KZ"/>
        </w:rPr>
        <w:t xml:space="preserve"> </w:t>
      </w:r>
      <w:r w:rsidRPr="00CF5B02">
        <w:rPr>
          <w:sz w:val="28"/>
          <w:szCs w:val="28"/>
          <w:lang w:val="kk-KZ"/>
        </w:rPr>
        <w:t xml:space="preserve">жағымен </w:t>
      </w:r>
      <w:proofErr w:type="spellStart"/>
      <w:r w:rsidRPr="00CF5B02">
        <w:rPr>
          <w:sz w:val="28"/>
          <w:szCs w:val="28"/>
          <w:lang w:val="kk-KZ"/>
        </w:rPr>
        <w:t>Балқантау</w:t>
      </w:r>
      <w:proofErr w:type="spellEnd"/>
      <w:r w:rsidRPr="00CF5B02">
        <w:rPr>
          <w:sz w:val="28"/>
          <w:szCs w:val="28"/>
          <w:lang w:val="kk-KZ"/>
        </w:rPr>
        <w:t xml:space="preserve"> көшесіне дейін, </w:t>
      </w:r>
      <w:proofErr w:type="spellStart"/>
      <w:r w:rsidRPr="00CF5B02">
        <w:rPr>
          <w:sz w:val="28"/>
          <w:szCs w:val="28"/>
          <w:lang w:val="kk-KZ"/>
        </w:rPr>
        <w:t>Балқантау</w:t>
      </w:r>
      <w:proofErr w:type="spellEnd"/>
      <w:r w:rsidRPr="00CF5B02">
        <w:rPr>
          <w:sz w:val="28"/>
          <w:szCs w:val="28"/>
          <w:lang w:val="kk-KZ"/>
        </w:rPr>
        <w:t xml:space="preserve"> көшесінің тақ сандар жағымен Шабыт орамына дейін.</w:t>
      </w:r>
    </w:p>
    <w:p w14:paraId="5FC88985" w14:textId="77777777" w:rsidR="00937755" w:rsidRPr="007E7FD7" w:rsidRDefault="00937755" w:rsidP="00937755">
      <w:pPr>
        <w:ind w:firstLine="709"/>
        <w:jc w:val="both"/>
        <w:rPr>
          <w:sz w:val="28"/>
          <w:szCs w:val="28"/>
          <w:lang w:val="kk-KZ"/>
        </w:rPr>
      </w:pPr>
    </w:p>
    <w:p w14:paraId="2B50AAAE" w14:textId="77777777" w:rsidR="00937755" w:rsidRPr="007E7FD7" w:rsidRDefault="00937755" w:rsidP="00937755">
      <w:pPr>
        <w:keepNext/>
        <w:ind w:firstLine="709"/>
        <w:jc w:val="center"/>
        <w:rPr>
          <w:sz w:val="28"/>
          <w:szCs w:val="28"/>
          <w:lang w:val="kk-KZ"/>
        </w:rPr>
      </w:pPr>
      <w:r w:rsidRPr="007E7FD7">
        <w:rPr>
          <w:sz w:val="28"/>
          <w:szCs w:val="28"/>
          <w:lang w:val="kk-KZ"/>
        </w:rPr>
        <w:t>№ 60 сайлау учаскесі</w:t>
      </w:r>
    </w:p>
    <w:p w14:paraId="50B0963F"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Астана қаласы әкімдігінің «Қоғамдық келісім» коммуналдық мемлекеттік мекемесі, «Достық үйі» ғимараты, </w:t>
      </w:r>
    </w:p>
    <w:p w14:paraId="2180E234" w14:textId="77777777" w:rsidR="00937755" w:rsidRPr="007E7FD7" w:rsidRDefault="00937755" w:rsidP="00937755">
      <w:pPr>
        <w:ind w:firstLine="709"/>
        <w:jc w:val="center"/>
        <w:rPr>
          <w:sz w:val="28"/>
          <w:szCs w:val="28"/>
          <w:lang w:val="kk-KZ"/>
        </w:rPr>
      </w:pPr>
      <w:r w:rsidRPr="007E7FD7">
        <w:rPr>
          <w:sz w:val="28"/>
          <w:szCs w:val="28"/>
          <w:lang w:val="kk-KZ"/>
        </w:rPr>
        <w:t>Б. Момышұлы даңғылы, № 26)</w:t>
      </w:r>
    </w:p>
    <w:p w14:paraId="6872AD45" w14:textId="77777777" w:rsidR="00937755" w:rsidRPr="007E7FD7" w:rsidRDefault="00937755" w:rsidP="00937755">
      <w:pPr>
        <w:ind w:firstLine="709"/>
        <w:jc w:val="center"/>
        <w:rPr>
          <w:sz w:val="28"/>
          <w:szCs w:val="28"/>
          <w:lang w:val="kk-KZ"/>
        </w:rPr>
      </w:pPr>
    </w:p>
    <w:p w14:paraId="126E1BBE" w14:textId="77777777" w:rsidR="00937755" w:rsidRPr="007E7FD7" w:rsidRDefault="00937755" w:rsidP="00937755">
      <w:pPr>
        <w:ind w:firstLine="709"/>
        <w:jc w:val="both"/>
        <w:rPr>
          <w:sz w:val="28"/>
          <w:szCs w:val="28"/>
          <w:lang w:val="kk-KZ"/>
        </w:rPr>
      </w:pPr>
      <w:r w:rsidRPr="00C60B18">
        <w:rPr>
          <w:sz w:val="28"/>
          <w:szCs w:val="28"/>
          <w:lang w:val="kk-KZ"/>
        </w:rPr>
        <w:t xml:space="preserve">Шекарасы: Қордай көшесінен Б. Момышұлы даңғылының жұп сандар жағымен Абылай хан даңғылына дейін, Абылай хан даңғылының жұп сандар жағымен Бурабай көшесіне дейін, Бурабай көшесінің тақ сандар жағымен </w:t>
      </w:r>
      <w:r w:rsidRPr="00C60B18">
        <w:rPr>
          <w:sz w:val="28"/>
          <w:szCs w:val="28"/>
          <w:lang w:val="kk-KZ"/>
        </w:rPr>
        <w:br/>
        <w:t xml:space="preserve">М. Төлебаев көшесіне дейін, М. Төлебаев көшесінің жұп сандар жағымен «Достық» шағын бағының оңтүстік жағына дейін, «Достық» шағын бағының оңтүстік жағымен Обаған көшесіне дейін, Обаған көшесінің тақ сандар жағымен Қордай көшесіне дейін, Қордай көшесінің жұп сандар жағымен </w:t>
      </w:r>
      <w:r w:rsidRPr="00C60B18">
        <w:rPr>
          <w:sz w:val="28"/>
          <w:szCs w:val="28"/>
          <w:lang w:val="kk-KZ"/>
        </w:rPr>
        <w:br/>
        <w:t>Б. Момышұлы даңғылына дейін.</w:t>
      </w:r>
    </w:p>
    <w:p w14:paraId="252AFC2D" w14:textId="77777777" w:rsidR="00937755" w:rsidRPr="007E7FD7" w:rsidRDefault="00937755" w:rsidP="00937755">
      <w:pPr>
        <w:ind w:firstLine="709"/>
        <w:jc w:val="both"/>
        <w:rPr>
          <w:sz w:val="28"/>
          <w:szCs w:val="28"/>
          <w:lang w:val="kk-KZ"/>
        </w:rPr>
      </w:pPr>
    </w:p>
    <w:p w14:paraId="7D190E01" w14:textId="77777777" w:rsidR="00937755" w:rsidRPr="007E7FD7" w:rsidRDefault="00937755" w:rsidP="00937755">
      <w:pPr>
        <w:keepNext/>
        <w:ind w:firstLine="709"/>
        <w:jc w:val="center"/>
        <w:rPr>
          <w:sz w:val="28"/>
          <w:szCs w:val="28"/>
          <w:lang w:val="kk-KZ"/>
        </w:rPr>
      </w:pPr>
      <w:r w:rsidRPr="007E7FD7">
        <w:rPr>
          <w:sz w:val="28"/>
          <w:szCs w:val="28"/>
          <w:lang w:val="kk-KZ"/>
        </w:rPr>
        <w:t>№ 61 сайлау учаскесі</w:t>
      </w:r>
    </w:p>
    <w:p w14:paraId="453B3D64"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w:t>
      </w:r>
      <w:r>
        <w:rPr>
          <w:sz w:val="28"/>
          <w:szCs w:val="28"/>
          <w:lang w:val="kk-KZ"/>
        </w:rPr>
        <w:t>«</w:t>
      </w:r>
      <w:r w:rsidRPr="007E7FD7">
        <w:rPr>
          <w:sz w:val="28"/>
          <w:szCs w:val="28"/>
          <w:lang w:val="kk-KZ"/>
        </w:rPr>
        <w:t xml:space="preserve">NURORDA» мектеп-лицейі» мекемесі, </w:t>
      </w:r>
    </w:p>
    <w:p w14:paraId="0CAEF714" w14:textId="77777777" w:rsidR="00937755" w:rsidRPr="007E7FD7" w:rsidRDefault="00937755" w:rsidP="00937755">
      <w:pPr>
        <w:ind w:firstLine="709"/>
        <w:jc w:val="center"/>
        <w:rPr>
          <w:sz w:val="28"/>
          <w:szCs w:val="28"/>
          <w:lang w:val="kk-KZ"/>
        </w:rPr>
      </w:pPr>
      <w:r w:rsidRPr="007E7FD7">
        <w:rPr>
          <w:sz w:val="28"/>
          <w:szCs w:val="28"/>
          <w:lang w:val="kk-KZ"/>
        </w:rPr>
        <w:t>Қ. Аманжолов көшесі, № 34)</w:t>
      </w:r>
    </w:p>
    <w:p w14:paraId="2F497443" w14:textId="77777777" w:rsidR="00937755" w:rsidRPr="007E7FD7" w:rsidRDefault="00937755" w:rsidP="00937755">
      <w:pPr>
        <w:ind w:firstLine="709"/>
        <w:jc w:val="center"/>
        <w:rPr>
          <w:sz w:val="28"/>
          <w:szCs w:val="28"/>
          <w:lang w:val="kk-KZ"/>
        </w:rPr>
      </w:pPr>
    </w:p>
    <w:p w14:paraId="2FFDF872"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М. Жұмабаев даңғылынан Р. Қошқарбаев даңғылының тақ сандар жағымен С. Нұрмағамбетов көшесіне дейін, С. Нұрмағамбетов көшесінің жұп сандар жағымен </w:t>
      </w:r>
      <w:proofErr w:type="spellStart"/>
      <w:r w:rsidRPr="007E7FD7">
        <w:rPr>
          <w:sz w:val="28"/>
          <w:szCs w:val="28"/>
          <w:lang w:val="kk-KZ"/>
        </w:rPr>
        <w:t>Балқантау</w:t>
      </w:r>
      <w:proofErr w:type="spellEnd"/>
      <w:r w:rsidRPr="007E7FD7">
        <w:rPr>
          <w:sz w:val="28"/>
          <w:szCs w:val="28"/>
          <w:lang w:val="kk-KZ"/>
        </w:rPr>
        <w:t xml:space="preserve"> көшесіне дейін, </w:t>
      </w:r>
      <w:proofErr w:type="spellStart"/>
      <w:r w:rsidRPr="007E7FD7">
        <w:rPr>
          <w:sz w:val="28"/>
          <w:szCs w:val="28"/>
          <w:lang w:val="kk-KZ"/>
        </w:rPr>
        <w:t>Балқантау</w:t>
      </w:r>
      <w:proofErr w:type="spellEnd"/>
      <w:r w:rsidRPr="007E7FD7">
        <w:rPr>
          <w:sz w:val="28"/>
          <w:szCs w:val="28"/>
          <w:lang w:val="kk-KZ"/>
        </w:rPr>
        <w:t xml:space="preserve"> көшесінің жұп сандар жағымен М. Жұмабаев даңғылына дейін, М. Жұмабаев даңғылының тақ сандар жағымен Р. Қошқарбаев даңғылына дейін.</w:t>
      </w:r>
    </w:p>
    <w:p w14:paraId="3D30F98B" w14:textId="77777777" w:rsidR="00937755" w:rsidRPr="007E7FD7" w:rsidRDefault="00937755" w:rsidP="00937755">
      <w:pPr>
        <w:ind w:firstLine="709"/>
        <w:jc w:val="both"/>
        <w:rPr>
          <w:sz w:val="28"/>
          <w:szCs w:val="28"/>
          <w:lang w:val="kk-KZ"/>
        </w:rPr>
      </w:pPr>
    </w:p>
    <w:p w14:paraId="1AE211F4" w14:textId="77777777" w:rsidR="00937755" w:rsidRPr="007E7FD7" w:rsidRDefault="00937755" w:rsidP="00937755">
      <w:pPr>
        <w:keepNext/>
        <w:ind w:firstLine="709"/>
        <w:jc w:val="center"/>
        <w:rPr>
          <w:sz w:val="28"/>
          <w:szCs w:val="28"/>
          <w:lang w:val="kk-KZ"/>
        </w:rPr>
      </w:pPr>
      <w:r w:rsidRPr="007E7FD7">
        <w:rPr>
          <w:sz w:val="28"/>
          <w:szCs w:val="28"/>
          <w:lang w:val="kk-KZ"/>
        </w:rPr>
        <w:t>№ 62 сайлау учаскесі</w:t>
      </w:r>
    </w:p>
    <w:p w14:paraId="6DD789EA"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қаласындағы Д.А. Қонаев атындағы колледж» мекемесі, Манас көшесі, № 23/2)</w:t>
      </w:r>
    </w:p>
    <w:p w14:paraId="00D2D2C5" w14:textId="77777777" w:rsidR="00937755" w:rsidRPr="007E7FD7" w:rsidRDefault="00937755" w:rsidP="00937755">
      <w:pPr>
        <w:ind w:firstLine="709"/>
        <w:jc w:val="center"/>
        <w:rPr>
          <w:sz w:val="28"/>
          <w:szCs w:val="28"/>
          <w:lang w:val="kk-KZ"/>
        </w:rPr>
      </w:pPr>
    </w:p>
    <w:p w14:paraId="32EC6D50" w14:textId="77777777" w:rsidR="00937755" w:rsidRPr="007E7FD7" w:rsidRDefault="00937755" w:rsidP="00937755">
      <w:pPr>
        <w:ind w:firstLine="709"/>
        <w:jc w:val="both"/>
        <w:rPr>
          <w:sz w:val="28"/>
          <w:szCs w:val="28"/>
          <w:lang w:val="kk-KZ"/>
        </w:rPr>
      </w:pPr>
      <w:r w:rsidRPr="007E7FD7">
        <w:rPr>
          <w:sz w:val="28"/>
          <w:szCs w:val="28"/>
          <w:lang w:val="kk-KZ"/>
        </w:rPr>
        <w:t>Шекарасы: Манас көшесі, № 20, 20/2, 22/1, 22/2, 22/3 үйлер.</w:t>
      </w:r>
    </w:p>
    <w:p w14:paraId="332A742D" w14:textId="77777777" w:rsidR="00937755" w:rsidRPr="007E7FD7" w:rsidRDefault="00937755" w:rsidP="00937755">
      <w:pPr>
        <w:ind w:firstLine="709"/>
        <w:jc w:val="both"/>
        <w:rPr>
          <w:sz w:val="28"/>
          <w:szCs w:val="28"/>
          <w:lang w:val="kk-KZ"/>
        </w:rPr>
      </w:pPr>
    </w:p>
    <w:p w14:paraId="7EB7A6B7" w14:textId="77777777" w:rsidR="00937755" w:rsidRPr="007E7FD7" w:rsidRDefault="00937755" w:rsidP="00937755">
      <w:pPr>
        <w:keepNext/>
        <w:ind w:firstLine="709"/>
        <w:jc w:val="center"/>
        <w:rPr>
          <w:sz w:val="28"/>
          <w:szCs w:val="28"/>
          <w:lang w:val="kk-KZ"/>
        </w:rPr>
      </w:pPr>
      <w:r w:rsidRPr="007E7FD7">
        <w:rPr>
          <w:sz w:val="28"/>
          <w:szCs w:val="28"/>
          <w:lang w:val="kk-KZ"/>
        </w:rPr>
        <w:t>№ 63 сайлау учаскесі</w:t>
      </w:r>
    </w:p>
    <w:p w14:paraId="6683C429"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w:t>
      </w:r>
      <w:r>
        <w:rPr>
          <w:sz w:val="28"/>
          <w:szCs w:val="28"/>
          <w:lang w:val="kk-KZ"/>
        </w:rPr>
        <w:t>«</w:t>
      </w:r>
      <w:proofErr w:type="spellStart"/>
      <w:r w:rsidRPr="007E7FD7">
        <w:rPr>
          <w:sz w:val="28"/>
          <w:szCs w:val="28"/>
          <w:lang w:val="kk-KZ"/>
        </w:rPr>
        <w:t>Spectrum</w:t>
      </w:r>
      <w:proofErr w:type="spellEnd"/>
      <w:r w:rsidRPr="007E7FD7">
        <w:rPr>
          <w:sz w:val="28"/>
          <w:szCs w:val="28"/>
          <w:lang w:val="kk-KZ"/>
        </w:rPr>
        <w:t xml:space="preserve">» халықаралық мектебі» мекемесі, </w:t>
      </w:r>
    </w:p>
    <w:p w14:paraId="68093CEC" w14:textId="77777777" w:rsidR="00937755" w:rsidRPr="007E7FD7" w:rsidRDefault="00937755" w:rsidP="00937755">
      <w:pPr>
        <w:ind w:firstLine="709"/>
        <w:jc w:val="center"/>
        <w:rPr>
          <w:sz w:val="28"/>
          <w:szCs w:val="28"/>
          <w:lang w:val="kk-KZ"/>
        </w:rPr>
      </w:pPr>
      <w:r w:rsidRPr="007E7FD7">
        <w:rPr>
          <w:sz w:val="28"/>
          <w:szCs w:val="28"/>
          <w:lang w:val="kk-KZ"/>
        </w:rPr>
        <w:t>Р. Қошқарбаев даңғылы, № 11)</w:t>
      </w:r>
    </w:p>
    <w:p w14:paraId="45731661" w14:textId="77777777" w:rsidR="00937755" w:rsidRPr="007E7FD7" w:rsidRDefault="00937755" w:rsidP="00937755">
      <w:pPr>
        <w:ind w:firstLine="709"/>
        <w:jc w:val="center"/>
        <w:rPr>
          <w:sz w:val="28"/>
          <w:szCs w:val="28"/>
          <w:lang w:val="kk-KZ"/>
        </w:rPr>
      </w:pPr>
    </w:p>
    <w:p w14:paraId="6B2E6F9C" w14:textId="77777777" w:rsidR="00937755" w:rsidRPr="007E7FD7" w:rsidRDefault="00937755" w:rsidP="00937755">
      <w:pPr>
        <w:ind w:firstLine="709"/>
        <w:jc w:val="both"/>
        <w:rPr>
          <w:sz w:val="28"/>
          <w:szCs w:val="28"/>
          <w:lang w:val="kk-KZ"/>
        </w:rPr>
      </w:pPr>
      <w:r w:rsidRPr="007E7FD7">
        <w:rPr>
          <w:sz w:val="28"/>
          <w:szCs w:val="28"/>
          <w:lang w:val="kk-KZ"/>
        </w:rPr>
        <w:t>Шекарасы: Р. Қошқарбаев даңғылы, № 15, 15</w:t>
      </w:r>
      <w:r>
        <w:rPr>
          <w:sz w:val="28"/>
          <w:szCs w:val="28"/>
          <w:lang w:val="kk-KZ"/>
        </w:rPr>
        <w:t>А</w:t>
      </w:r>
      <w:r w:rsidRPr="007E7FD7">
        <w:rPr>
          <w:sz w:val="28"/>
          <w:szCs w:val="28"/>
          <w:lang w:val="kk-KZ"/>
        </w:rPr>
        <w:t xml:space="preserve">, 15/2, 23, 25, 27, 27/1, 27/2 үйлер, </w:t>
      </w:r>
      <w:proofErr w:type="spellStart"/>
      <w:r w:rsidRPr="007E7FD7">
        <w:rPr>
          <w:sz w:val="28"/>
          <w:szCs w:val="28"/>
          <w:lang w:val="kk-KZ"/>
        </w:rPr>
        <w:t>Айнакөл</w:t>
      </w:r>
      <w:proofErr w:type="spellEnd"/>
      <w:r w:rsidRPr="007E7FD7">
        <w:rPr>
          <w:sz w:val="28"/>
          <w:szCs w:val="28"/>
          <w:lang w:val="kk-KZ"/>
        </w:rPr>
        <w:t xml:space="preserve"> көшесі, № 66, 66/1 үйлер.</w:t>
      </w:r>
    </w:p>
    <w:p w14:paraId="6F7CB4D8" w14:textId="77777777" w:rsidR="00937755" w:rsidRPr="007E7FD7" w:rsidRDefault="00937755" w:rsidP="00937755">
      <w:pPr>
        <w:ind w:firstLine="709"/>
        <w:jc w:val="both"/>
        <w:rPr>
          <w:sz w:val="28"/>
          <w:szCs w:val="28"/>
          <w:lang w:val="kk-KZ"/>
        </w:rPr>
      </w:pPr>
    </w:p>
    <w:p w14:paraId="1E32C85E" w14:textId="77777777" w:rsidR="00937755" w:rsidRPr="007E7FD7" w:rsidRDefault="00937755" w:rsidP="00937755">
      <w:pPr>
        <w:keepNext/>
        <w:ind w:firstLine="709"/>
        <w:jc w:val="center"/>
        <w:rPr>
          <w:sz w:val="28"/>
          <w:szCs w:val="28"/>
          <w:lang w:val="kk-KZ"/>
        </w:rPr>
      </w:pPr>
      <w:r w:rsidRPr="007E7FD7">
        <w:rPr>
          <w:sz w:val="28"/>
          <w:szCs w:val="28"/>
          <w:lang w:val="kk-KZ"/>
        </w:rPr>
        <w:lastRenderedPageBreak/>
        <w:t>№ 64 сайлау учаскесі</w:t>
      </w:r>
    </w:p>
    <w:p w14:paraId="1D3D8868" w14:textId="77777777" w:rsidR="00937755" w:rsidRPr="007E7FD7" w:rsidRDefault="00937755" w:rsidP="00937755">
      <w:pPr>
        <w:jc w:val="center"/>
        <w:rPr>
          <w:sz w:val="28"/>
          <w:szCs w:val="28"/>
          <w:lang w:val="kk-KZ"/>
        </w:rPr>
      </w:pPr>
      <w:r w:rsidRPr="007E7FD7">
        <w:rPr>
          <w:sz w:val="28"/>
          <w:szCs w:val="28"/>
          <w:lang w:val="kk-KZ"/>
        </w:rPr>
        <w:t>(орталығы – Астана қаласы әкімдігінің «Райымбек батыр атындағы</w:t>
      </w:r>
    </w:p>
    <w:p w14:paraId="5CA6B17B" w14:textId="77777777" w:rsidR="00937755" w:rsidRPr="007E7FD7" w:rsidRDefault="00937755" w:rsidP="00937755">
      <w:pPr>
        <w:jc w:val="center"/>
        <w:rPr>
          <w:sz w:val="28"/>
          <w:szCs w:val="28"/>
          <w:lang w:val="kk-KZ"/>
        </w:rPr>
      </w:pPr>
      <w:r w:rsidRPr="007E7FD7">
        <w:rPr>
          <w:sz w:val="28"/>
          <w:szCs w:val="28"/>
          <w:lang w:val="kk-KZ"/>
        </w:rPr>
        <w:t>№ 50 «Қазғарыш» мектеп-лицей» шаруашылық жүргізу құқығындағы мемлекеттік коммуналдық кәсіпорны, күйші Дина көшесі, № 6)</w:t>
      </w:r>
    </w:p>
    <w:p w14:paraId="01F3A244" w14:textId="77777777" w:rsidR="00937755" w:rsidRPr="007E7FD7" w:rsidRDefault="00937755" w:rsidP="00937755">
      <w:pPr>
        <w:ind w:firstLine="709"/>
        <w:jc w:val="center"/>
        <w:rPr>
          <w:sz w:val="28"/>
          <w:szCs w:val="28"/>
          <w:lang w:val="kk-KZ"/>
        </w:rPr>
      </w:pPr>
    </w:p>
    <w:p w14:paraId="7AA4B15D"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күйші Дина көшесі, № 1, 1/1, 2/1, 2/2, 4, 4/1, 4/2, 5, 5/1, 20 үйлер. </w:t>
      </w:r>
    </w:p>
    <w:p w14:paraId="1B353281" w14:textId="77777777" w:rsidR="00937755" w:rsidRPr="007E7FD7" w:rsidRDefault="00937755" w:rsidP="00937755">
      <w:pPr>
        <w:ind w:firstLine="709"/>
        <w:jc w:val="center"/>
        <w:rPr>
          <w:sz w:val="28"/>
          <w:szCs w:val="28"/>
          <w:lang w:val="kk-KZ"/>
        </w:rPr>
      </w:pPr>
    </w:p>
    <w:p w14:paraId="62DF30B0" w14:textId="77777777" w:rsidR="00937755" w:rsidRPr="007E7FD7" w:rsidRDefault="00937755" w:rsidP="00937755">
      <w:pPr>
        <w:keepNext/>
        <w:ind w:firstLine="709"/>
        <w:jc w:val="center"/>
        <w:rPr>
          <w:sz w:val="28"/>
          <w:szCs w:val="28"/>
          <w:lang w:val="kk-KZ"/>
        </w:rPr>
      </w:pPr>
      <w:r w:rsidRPr="007E7FD7">
        <w:rPr>
          <w:sz w:val="28"/>
          <w:szCs w:val="28"/>
          <w:lang w:val="kk-KZ"/>
        </w:rPr>
        <w:t>№ 482 сайлау учаскесі</w:t>
      </w:r>
    </w:p>
    <w:p w14:paraId="275BC820"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Астана қаласы әкімдігінің «№ 114 жалпы орта білім беретін мектеп» коммуналдық мемлекеттік мекемесі, </w:t>
      </w:r>
      <w:r w:rsidRPr="007E7FD7">
        <w:rPr>
          <w:sz w:val="28"/>
          <w:szCs w:val="28"/>
          <w:lang w:val="kk-KZ"/>
        </w:rPr>
        <w:br/>
        <w:t>І. Жансүгірұлы көшесі, № 1)</w:t>
      </w:r>
    </w:p>
    <w:p w14:paraId="07193497" w14:textId="77777777" w:rsidR="00937755" w:rsidRPr="007E7FD7" w:rsidRDefault="00937755" w:rsidP="00937755">
      <w:pPr>
        <w:ind w:firstLine="709"/>
        <w:jc w:val="both"/>
        <w:rPr>
          <w:sz w:val="28"/>
          <w:szCs w:val="28"/>
          <w:lang w:val="kk-KZ"/>
        </w:rPr>
      </w:pPr>
    </w:p>
    <w:p w14:paraId="6D034AD6"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Манас көшесінен Ш. Құдайбердіұлы даңғылының тақ сандар жағымен Есіл өзенінің жағалауына дейін, Есіл өзенінің жағалауымен теміржол төсеміне дейін, теміржол төсемімен Манас көшесіне дейін, Манас көшесінің тақ сандар жағымен, Манас көшесіндегі № 13/1, 13/2, 15 үйлер мен </w:t>
      </w:r>
      <w:r w:rsidRPr="007E7FD7">
        <w:rPr>
          <w:sz w:val="28"/>
          <w:szCs w:val="28"/>
          <w:lang w:val="kk-KZ"/>
        </w:rPr>
        <w:br/>
        <w:t xml:space="preserve">Ш. Құдайбердіұлы даңғылындағы № 20, 22, 22/1, 24/1 үйлерді қоса алғанда, </w:t>
      </w:r>
      <w:r w:rsidRPr="007E7FD7">
        <w:rPr>
          <w:sz w:val="28"/>
          <w:szCs w:val="28"/>
          <w:lang w:val="kk-KZ"/>
        </w:rPr>
        <w:br/>
        <w:t>Ш. Құдайбердіұлы даңғылындағы № 5 үйді қоспағанда, Ш. Құдайбердіұлы даңғылына дейін.</w:t>
      </w:r>
    </w:p>
    <w:p w14:paraId="325AE69C" w14:textId="77777777" w:rsidR="00937755" w:rsidRPr="007E7FD7" w:rsidRDefault="00937755" w:rsidP="00937755">
      <w:pPr>
        <w:ind w:firstLine="709"/>
        <w:jc w:val="center"/>
        <w:rPr>
          <w:sz w:val="28"/>
          <w:szCs w:val="28"/>
          <w:lang w:val="kk-KZ"/>
        </w:rPr>
      </w:pPr>
    </w:p>
    <w:p w14:paraId="644DB3AE" w14:textId="77777777" w:rsidR="00937755" w:rsidRPr="007E7FD7" w:rsidRDefault="00937755" w:rsidP="00937755">
      <w:pPr>
        <w:keepNext/>
        <w:ind w:firstLine="709"/>
        <w:jc w:val="center"/>
        <w:rPr>
          <w:sz w:val="28"/>
          <w:szCs w:val="28"/>
          <w:lang w:val="kk-KZ"/>
        </w:rPr>
      </w:pPr>
      <w:r w:rsidRPr="007E7FD7">
        <w:rPr>
          <w:sz w:val="28"/>
          <w:szCs w:val="28"/>
          <w:lang w:val="kk-KZ"/>
        </w:rPr>
        <w:t>№ 483 сайлау учаскесі</w:t>
      </w:r>
    </w:p>
    <w:p w14:paraId="13F2FF38"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w:t>
      </w:r>
      <w:r>
        <w:rPr>
          <w:sz w:val="28"/>
          <w:szCs w:val="28"/>
          <w:lang w:val="kk-KZ"/>
        </w:rPr>
        <w:t>Әл-Фараби атындағы о</w:t>
      </w:r>
      <w:r w:rsidRPr="007E7FD7">
        <w:rPr>
          <w:sz w:val="28"/>
          <w:szCs w:val="28"/>
          <w:lang w:val="kk-KZ"/>
        </w:rPr>
        <w:t>қушылар сарайы» шаруашылық жүргізу құқығындағы мемлекеттік коммуналдық кәсіпорны, Б. Момышұлы даңғылы, № 5)</w:t>
      </w:r>
    </w:p>
    <w:p w14:paraId="6C35B51F" w14:textId="77777777" w:rsidR="00937755" w:rsidRPr="007E7FD7" w:rsidRDefault="00937755" w:rsidP="00937755">
      <w:pPr>
        <w:ind w:firstLine="709"/>
        <w:jc w:val="both"/>
        <w:rPr>
          <w:sz w:val="28"/>
          <w:szCs w:val="28"/>
          <w:lang w:val="kk-KZ"/>
        </w:rPr>
      </w:pPr>
    </w:p>
    <w:p w14:paraId="637265CA" w14:textId="77777777" w:rsidR="00937755" w:rsidRPr="007E7FD7" w:rsidRDefault="00937755" w:rsidP="00937755">
      <w:pPr>
        <w:ind w:firstLine="709"/>
        <w:jc w:val="both"/>
        <w:rPr>
          <w:sz w:val="28"/>
          <w:szCs w:val="28"/>
          <w:lang w:val="kk-KZ"/>
        </w:rPr>
      </w:pPr>
      <w:r w:rsidRPr="007E7FD7">
        <w:rPr>
          <w:sz w:val="28"/>
          <w:szCs w:val="28"/>
          <w:lang w:val="kk-KZ"/>
        </w:rPr>
        <w:t>Шекарасы: Тәуелсіздік даңғылы, № 23, 23/1, 25, 25/1 үйлер, А. Тоқпанов көшесі, № 20, 22 үйлер, Қ. </w:t>
      </w:r>
      <w:proofErr w:type="spellStart"/>
      <w:r w:rsidRPr="007E7FD7">
        <w:rPr>
          <w:sz w:val="28"/>
          <w:szCs w:val="28"/>
          <w:lang w:val="kk-KZ"/>
        </w:rPr>
        <w:t>Жалайыри</w:t>
      </w:r>
      <w:proofErr w:type="spellEnd"/>
      <w:r w:rsidRPr="007E7FD7">
        <w:rPr>
          <w:sz w:val="28"/>
          <w:szCs w:val="28"/>
          <w:lang w:val="kk-KZ"/>
        </w:rPr>
        <w:t xml:space="preserve"> көшесі, № 7 үй, </w:t>
      </w:r>
      <w:proofErr w:type="spellStart"/>
      <w:r w:rsidRPr="007E7FD7">
        <w:rPr>
          <w:sz w:val="28"/>
          <w:szCs w:val="28"/>
          <w:lang w:val="kk-KZ"/>
        </w:rPr>
        <w:t>Тасшоқы</w:t>
      </w:r>
      <w:proofErr w:type="spellEnd"/>
      <w:r w:rsidRPr="007E7FD7">
        <w:rPr>
          <w:sz w:val="28"/>
          <w:szCs w:val="28"/>
          <w:lang w:val="kk-KZ"/>
        </w:rPr>
        <w:t xml:space="preserve"> орамы, № 2, 4, 6 үйлер.</w:t>
      </w:r>
    </w:p>
    <w:p w14:paraId="36B7D638" w14:textId="77777777" w:rsidR="00937755" w:rsidRPr="007E7FD7" w:rsidRDefault="00937755" w:rsidP="00937755">
      <w:pPr>
        <w:ind w:firstLine="709"/>
        <w:jc w:val="both"/>
        <w:rPr>
          <w:sz w:val="28"/>
          <w:szCs w:val="28"/>
          <w:lang w:val="kk-KZ"/>
        </w:rPr>
      </w:pPr>
    </w:p>
    <w:p w14:paraId="45A1E208" w14:textId="77777777" w:rsidR="00937755" w:rsidRPr="007E7FD7" w:rsidRDefault="00937755" w:rsidP="00937755">
      <w:pPr>
        <w:keepNext/>
        <w:ind w:firstLine="709"/>
        <w:jc w:val="center"/>
        <w:rPr>
          <w:sz w:val="28"/>
          <w:szCs w:val="28"/>
          <w:lang w:val="kk-KZ"/>
        </w:rPr>
      </w:pPr>
      <w:r w:rsidRPr="007E7FD7">
        <w:rPr>
          <w:sz w:val="28"/>
          <w:szCs w:val="28"/>
          <w:lang w:val="kk-KZ"/>
        </w:rPr>
        <w:t>№ 484 сайлау учаскесі</w:t>
      </w:r>
    </w:p>
    <w:p w14:paraId="6E6935E1"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 116 жалпы орта білім беретін мектеп» коммуналдық мемлекеттік мекемесі, М. Төлебаев көшесі, № 3)</w:t>
      </w:r>
    </w:p>
    <w:p w14:paraId="5544E4EF" w14:textId="77777777" w:rsidR="00937755" w:rsidRPr="007E7FD7" w:rsidRDefault="00937755" w:rsidP="00937755">
      <w:pPr>
        <w:ind w:firstLine="709"/>
        <w:jc w:val="both"/>
        <w:rPr>
          <w:sz w:val="28"/>
          <w:szCs w:val="28"/>
          <w:lang w:val="kk-KZ"/>
        </w:rPr>
      </w:pPr>
    </w:p>
    <w:p w14:paraId="4F0F89C1"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Қордай көшесінен Р. Қошқарбаев даңғылының тақ сандар жағымен М. Төлебаев көшесіне дейін, М. Төлебаев көшесінің тақ сандар жағымен </w:t>
      </w:r>
      <w:proofErr w:type="spellStart"/>
      <w:r w:rsidRPr="007E7FD7">
        <w:rPr>
          <w:sz w:val="28"/>
          <w:szCs w:val="28"/>
          <w:lang w:val="kk-KZ"/>
        </w:rPr>
        <w:t>Балқантау</w:t>
      </w:r>
      <w:proofErr w:type="spellEnd"/>
      <w:r w:rsidRPr="007E7FD7">
        <w:rPr>
          <w:sz w:val="28"/>
          <w:szCs w:val="28"/>
          <w:lang w:val="kk-KZ"/>
        </w:rPr>
        <w:t xml:space="preserve"> көшесіне дейін, </w:t>
      </w:r>
      <w:proofErr w:type="spellStart"/>
      <w:r w:rsidRPr="007E7FD7">
        <w:rPr>
          <w:sz w:val="28"/>
          <w:szCs w:val="28"/>
          <w:lang w:val="kk-KZ"/>
        </w:rPr>
        <w:t>Балқантау</w:t>
      </w:r>
      <w:proofErr w:type="spellEnd"/>
      <w:r w:rsidRPr="007E7FD7">
        <w:rPr>
          <w:sz w:val="28"/>
          <w:szCs w:val="28"/>
          <w:lang w:val="kk-KZ"/>
        </w:rPr>
        <w:t xml:space="preserve"> көшесінің жұп сандар жағымен Қордай көшесіне дейін, Қордай көшесінің жұп сандар жағымен Р. Қошқарбаев даңғылына дейін.</w:t>
      </w:r>
    </w:p>
    <w:p w14:paraId="22247E4B" w14:textId="77777777" w:rsidR="00937755" w:rsidRPr="007E7FD7" w:rsidRDefault="00937755" w:rsidP="00937755">
      <w:pPr>
        <w:spacing w:after="160" w:line="259" w:lineRule="auto"/>
        <w:rPr>
          <w:sz w:val="28"/>
          <w:szCs w:val="28"/>
          <w:lang w:val="kk-KZ"/>
        </w:rPr>
      </w:pPr>
    </w:p>
    <w:p w14:paraId="6D0DBA2B" w14:textId="77777777" w:rsidR="00937755" w:rsidRPr="007E7FD7" w:rsidRDefault="00937755" w:rsidP="00937755">
      <w:pPr>
        <w:keepNext/>
        <w:ind w:firstLine="709"/>
        <w:jc w:val="center"/>
        <w:rPr>
          <w:sz w:val="28"/>
          <w:szCs w:val="28"/>
          <w:lang w:val="kk-KZ"/>
        </w:rPr>
      </w:pPr>
      <w:r w:rsidRPr="007E7FD7">
        <w:rPr>
          <w:sz w:val="28"/>
          <w:szCs w:val="28"/>
          <w:lang w:val="kk-KZ"/>
        </w:rPr>
        <w:t>№ 65 сайлау учаскесі</w:t>
      </w:r>
    </w:p>
    <w:p w14:paraId="42ABE2EE"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«Қалалық психикалық денсаулық орталығы» шаруашылық жүргізу құқығындағы мемлекеттік коммуналдық кәсіпорны, І. Жансүгірұлы көшесі, № 12)</w:t>
      </w:r>
    </w:p>
    <w:p w14:paraId="572DA019" w14:textId="77777777" w:rsidR="00937755" w:rsidRPr="007E7FD7" w:rsidRDefault="00937755" w:rsidP="00937755">
      <w:pPr>
        <w:ind w:firstLine="709"/>
        <w:jc w:val="center"/>
        <w:rPr>
          <w:sz w:val="28"/>
          <w:szCs w:val="28"/>
          <w:lang w:val="kk-KZ"/>
        </w:rPr>
      </w:pPr>
    </w:p>
    <w:p w14:paraId="0C63BE8B" w14:textId="77777777" w:rsidR="00937755" w:rsidRPr="007E7FD7" w:rsidRDefault="00937755" w:rsidP="00937755">
      <w:pPr>
        <w:ind w:firstLine="709"/>
        <w:jc w:val="both"/>
        <w:rPr>
          <w:sz w:val="28"/>
          <w:szCs w:val="28"/>
          <w:lang w:val="kk-KZ"/>
        </w:rPr>
      </w:pPr>
      <w:r w:rsidRPr="007E7FD7">
        <w:rPr>
          <w:sz w:val="28"/>
          <w:szCs w:val="28"/>
          <w:lang w:val="kk-KZ"/>
        </w:rPr>
        <w:lastRenderedPageBreak/>
        <w:t>Шекарасы: І. Жансүгірұлы көшесі, № 12 үй.</w:t>
      </w:r>
    </w:p>
    <w:p w14:paraId="69919DB4" w14:textId="77777777" w:rsidR="00937755" w:rsidRPr="007E7FD7" w:rsidRDefault="00937755" w:rsidP="00937755">
      <w:pPr>
        <w:ind w:firstLine="709"/>
        <w:jc w:val="both"/>
        <w:rPr>
          <w:sz w:val="28"/>
          <w:szCs w:val="28"/>
          <w:lang w:val="kk-KZ"/>
        </w:rPr>
      </w:pPr>
    </w:p>
    <w:p w14:paraId="125BFFF9" w14:textId="77777777" w:rsidR="00937755" w:rsidRPr="007E7FD7" w:rsidRDefault="00937755" w:rsidP="00937755">
      <w:pPr>
        <w:keepNext/>
        <w:ind w:firstLine="709"/>
        <w:jc w:val="center"/>
        <w:rPr>
          <w:sz w:val="28"/>
          <w:szCs w:val="28"/>
          <w:lang w:val="kk-KZ"/>
        </w:rPr>
      </w:pPr>
      <w:r w:rsidRPr="007E7FD7">
        <w:rPr>
          <w:sz w:val="28"/>
          <w:szCs w:val="28"/>
          <w:lang w:val="kk-KZ"/>
        </w:rPr>
        <w:t>№ 66 сайлау учаскесі</w:t>
      </w:r>
    </w:p>
    <w:p w14:paraId="6E77B76A"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Астана қаласы әкімдігінің «Қалалық көпсалалы </w:t>
      </w:r>
      <w:proofErr w:type="spellStart"/>
      <w:r w:rsidRPr="007E7FD7">
        <w:rPr>
          <w:sz w:val="28"/>
          <w:szCs w:val="28"/>
          <w:lang w:val="kk-KZ"/>
        </w:rPr>
        <w:t>фтизиопульмонология</w:t>
      </w:r>
      <w:proofErr w:type="spellEnd"/>
      <w:r w:rsidRPr="007E7FD7">
        <w:rPr>
          <w:sz w:val="28"/>
          <w:szCs w:val="28"/>
          <w:lang w:val="kk-KZ"/>
        </w:rPr>
        <w:t xml:space="preserve"> және ішкі аурулар орталығы» шаруашылық жүргізу құқығындағы мемлекеттік коммуналдық кәсіпорны, «Железнодорожный» тұрғын алабы, А1 көшесі, № 5, Б блогы)</w:t>
      </w:r>
    </w:p>
    <w:p w14:paraId="01C4540C" w14:textId="77777777" w:rsidR="00937755" w:rsidRPr="007E7FD7" w:rsidRDefault="00937755" w:rsidP="00937755">
      <w:pPr>
        <w:ind w:firstLine="709"/>
        <w:jc w:val="center"/>
        <w:rPr>
          <w:sz w:val="28"/>
          <w:szCs w:val="28"/>
          <w:lang w:val="kk-KZ"/>
        </w:rPr>
      </w:pPr>
    </w:p>
    <w:p w14:paraId="63D9119F"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«Железнодорожный» </w:t>
      </w:r>
      <w:proofErr w:type="spellStart"/>
      <w:r w:rsidRPr="007E7FD7">
        <w:rPr>
          <w:sz w:val="28"/>
          <w:szCs w:val="28"/>
        </w:rPr>
        <w:t>тұрғын</w:t>
      </w:r>
      <w:proofErr w:type="spellEnd"/>
      <w:r w:rsidRPr="007E7FD7">
        <w:rPr>
          <w:sz w:val="28"/>
          <w:szCs w:val="28"/>
        </w:rPr>
        <w:t xml:space="preserve"> </w:t>
      </w:r>
      <w:proofErr w:type="spellStart"/>
      <w:r w:rsidRPr="007E7FD7">
        <w:rPr>
          <w:sz w:val="28"/>
          <w:szCs w:val="28"/>
        </w:rPr>
        <w:t>алабы</w:t>
      </w:r>
      <w:proofErr w:type="spellEnd"/>
      <w:r w:rsidRPr="007E7FD7">
        <w:rPr>
          <w:sz w:val="28"/>
          <w:szCs w:val="28"/>
        </w:rPr>
        <w:t xml:space="preserve">, А1 </w:t>
      </w:r>
      <w:proofErr w:type="spellStart"/>
      <w:r w:rsidRPr="007E7FD7">
        <w:rPr>
          <w:sz w:val="28"/>
          <w:szCs w:val="28"/>
        </w:rPr>
        <w:t>көше</w:t>
      </w:r>
      <w:r w:rsidRPr="007E7FD7">
        <w:rPr>
          <w:sz w:val="28"/>
          <w:szCs w:val="28"/>
          <w:lang w:val="kk-KZ"/>
        </w:rPr>
        <w:t>сі</w:t>
      </w:r>
      <w:proofErr w:type="spellEnd"/>
      <w:r w:rsidRPr="007E7FD7">
        <w:rPr>
          <w:sz w:val="28"/>
          <w:szCs w:val="28"/>
        </w:rPr>
        <w:t xml:space="preserve">, № 5, Б </w:t>
      </w:r>
      <w:proofErr w:type="spellStart"/>
      <w:r w:rsidRPr="007E7FD7">
        <w:rPr>
          <w:sz w:val="28"/>
          <w:szCs w:val="28"/>
        </w:rPr>
        <w:t>блогы</w:t>
      </w:r>
      <w:proofErr w:type="spellEnd"/>
      <w:r w:rsidRPr="007E7FD7">
        <w:rPr>
          <w:sz w:val="28"/>
          <w:szCs w:val="28"/>
        </w:rPr>
        <w:t>.</w:t>
      </w:r>
    </w:p>
    <w:p w14:paraId="1985E2A0" w14:textId="77777777" w:rsidR="00937755" w:rsidRPr="007E7FD7" w:rsidRDefault="00937755" w:rsidP="00937755">
      <w:pPr>
        <w:ind w:firstLine="709"/>
        <w:jc w:val="both"/>
        <w:rPr>
          <w:sz w:val="28"/>
          <w:szCs w:val="28"/>
        </w:rPr>
      </w:pPr>
    </w:p>
    <w:p w14:paraId="4053C0C8" w14:textId="77777777" w:rsidR="00937755" w:rsidRPr="007E7FD7" w:rsidRDefault="00937755" w:rsidP="00937755">
      <w:pPr>
        <w:keepNext/>
        <w:ind w:firstLine="709"/>
        <w:jc w:val="center"/>
        <w:rPr>
          <w:sz w:val="28"/>
          <w:szCs w:val="28"/>
        </w:rPr>
      </w:pPr>
      <w:r w:rsidRPr="007E7FD7">
        <w:rPr>
          <w:sz w:val="28"/>
          <w:szCs w:val="28"/>
        </w:rPr>
        <w:t xml:space="preserve">№ 67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68179C62"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Көпсалалы</w:t>
      </w:r>
      <w:proofErr w:type="spellEnd"/>
      <w:r w:rsidRPr="007E7FD7">
        <w:rPr>
          <w:sz w:val="28"/>
          <w:szCs w:val="28"/>
        </w:rPr>
        <w:t xml:space="preserve"> медицина </w:t>
      </w:r>
      <w:proofErr w:type="spellStart"/>
      <w:r w:rsidRPr="007E7FD7">
        <w:rPr>
          <w:sz w:val="28"/>
          <w:szCs w:val="28"/>
        </w:rPr>
        <w:t>орталығы</w:t>
      </w:r>
      <w:proofErr w:type="spellEnd"/>
      <w:r w:rsidRPr="007E7FD7">
        <w:rPr>
          <w:sz w:val="28"/>
          <w:szCs w:val="28"/>
        </w:rPr>
        <w:t xml:space="preserve">»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
    <w:p w14:paraId="6CD752BC" w14:textId="77777777" w:rsidR="00937755" w:rsidRPr="007E7FD7" w:rsidRDefault="00937755" w:rsidP="00937755">
      <w:pPr>
        <w:ind w:firstLine="709"/>
        <w:jc w:val="center"/>
        <w:rPr>
          <w:sz w:val="28"/>
          <w:szCs w:val="28"/>
        </w:rPr>
      </w:pPr>
      <w:proofErr w:type="spellStart"/>
      <w:r w:rsidRPr="007E7FD7">
        <w:rPr>
          <w:sz w:val="28"/>
          <w:szCs w:val="28"/>
        </w:rPr>
        <w:t>Манас</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17)</w:t>
      </w:r>
    </w:p>
    <w:p w14:paraId="1B8DEF29" w14:textId="77777777" w:rsidR="00937755" w:rsidRPr="007E7FD7" w:rsidRDefault="00937755" w:rsidP="00937755">
      <w:pPr>
        <w:ind w:firstLine="709"/>
        <w:jc w:val="center"/>
        <w:rPr>
          <w:sz w:val="28"/>
          <w:szCs w:val="28"/>
        </w:rPr>
      </w:pPr>
    </w:p>
    <w:p w14:paraId="2F1CAAEC"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Манас</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17 </w:t>
      </w:r>
      <w:proofErr w:type="spellStart"/>
      <w:r w:rsidRPr="007E7FD7">
        <w:rPr>
          <w:sz w:val="28"/>
          <w:szCs w:val="28"/>
        </w:rPr>
        <w:t>үй</w:t>
      </w:r>
      <w:proofErr w:type="spellEnd"/>
      <w:r w:rsidRPr="007E7FD7">
        <w:rPr>
          <w:sz w:val="28"/>
          <w:szCs w:val="28"/>
        </w:rPr>
        <w:t>.</w:t>
      </w:r>
    </w:p>
    <w:p w14:paraId="79D5EDF5" w14:textId="77777777" w:rsidR="00937755" w:rsidRPr="007E7FD7" w:rsidRDefault="00937755" w:rsidP="00937755">
      <w:pPr>
        <w:ind w:firstLine="709"/>
        <w:jc w:val="both"/>
        <w:rPr>
          <w:sz w:val="28"/>
          <w:szCs w:val="28"/>
        </w:rPr>
      </w:pPr>
    </w:p>
    <w:p w14:paraId="1F16C21F" w14:textId="77777777" w:rsidR="00937755" w:rsidRPr="007E7FD7" w:rsidRDefault="00937755" w:rsidP="00937755">
      <w:pPr>
        <w:keepNext/>
        <w:ind w:firstLine="709"/>
        <w:jc w:val="center"/>
        <w:rPr>
          <w:sz w:val="28"/>
          <w:szCs w:val="28"/>
        </w:rPr>
      </w:pPr>
      <w:r w:rsidRPr="007E7FD7">
        <w:rPr>
          <w:sz w:val="28"/>
          <w:szCs w:val="28"/>
        </w:rPr>
        <w:t xml:space="preserve">№ 68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4721EB50"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Қалалық</w:t>
      </w:r>
      <w:proofErr w:type="spellEnd"/>
      <w:r w:rsidRPr="007E7FD7">
        <w:rPr>
          <w:sz w:val="28"/>
          <w:szCs w:val="28"/>
        </w:rPr>
        <w:t xml:space="preserve"> </w:t>
      </w:r>
      <w:proofErr w:type="spellStart"/>
      <w:r w:rsidRPr="007E7FD7">
        <w:rPr>
          <w:sz w:val="28"/>
          <w:szCs w:val="28"/>
        </w:rPr>
        <w:t>перинаталдық</w:t>
      </w:r>
      <w:proofErr w:type="spellEnd"/>
      <w:r w:rsidRPr="007E7FD7">
        <w:rPr>
          <w:sz w:val="28"/>
          <w:szCs w:val="28"/>
        </w:rPr>
        <w:t xml:space="preserve"> </w:t>
      </w:r>
      <w:proofErr w:type="spellStart"/>
      <w:r w:rsidRPr="007E7FD7">
        <w:rPr>
          <w:sz w:val="28"/>
          <w:szCs w:val="28"/>
        </w:rPr>
        <w:t>орталық</w:t>
      </w:r>
      <w:proofErr w:type="spellEnd"/>
      <w:r w:rsidRPr="007E7FD7">
        <w:rPr>
          <w:sz w:val="28"/>
          <w:szCs w:val="28"/>
        </w:rPr>
        <w:t xml:space="preserve">»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roofErr w:type="spellStart"/>
      <w:r w:rsidRPr="007E7FD7">
        <w:rPr>
          <w:sz w:val="28"/>
          <w:szCs w:val="28"/>
        </w:rPr>
        <w:t>Тәуелс</w:t>
      </w:r>
      <w:r w:rsidRPr="002F21F6">
        <w:rPr>
          <w:sz w:val="28"/>
          <w:szCs w:val="28"/>
        </w:rPr>
        <w:t>і</w:t>
      </w:r>
      <w:r w:rsidRPr="007E7FD7">
        <w:rPr>
          <w:sz w:val="28"/>
          <w:szCs w:val="28"/>
        </w:rPr>
        <w:t>зд</w:t>
      </w:r>
      <w:r w:rsidRPr="002F21F6">
        <w:rPr>
          <w:sz w:val="28"/>
          <w:szCs w:val="28"/>
        </w:rPr>
        <w:t>і</w:t>
      </w:r>
      <w:r w:rsidRPr="007E7FD7">
        <w:rPr>
          <w:sz w:val="28"/>
          <w:szCs w:val="28"/>
        </w:rPr>
        <w:t>к</w:t>
      </w:r>
      <w:proofErr w:type="spellEnd"/>
      <w:r w:rsidRPr="007E7FD7">
        <w:rPr>
          <w:sz w:val="28"/>
          <w:szCs w:val="28"/>
        </w:rPr>
        <w:t xml:space="preserve"> </w:t>
      </w:r>
      <w:proofErr w:type="spellStart"/>
      <w:r w:rsidRPr="007E7FD7">
        <w:rPr>
          <w:sz w:val="28"/>
          <w:szCs w:val="28"/>
        </w:rPr>
        <w:t>даңғылы</w:t>
      </w:r>
      <w:proofErr w:type="spellEnd"/>
      <w:r w:rsidRPr="007E7FD7">
        <w:rPr>
          <w:sz w:val="28"/>
          <w:szCs w:val="28"/>
        </w:rPr>
        <w:t>, № 3/1)</w:t>
      </w:r>
    </w:p>
    <w:p w14:paraId="7B4D43E9" w14:textId="77777777" w:rsidR="00937755" w:rsidRPr="007E7FD7" w:rsidRDefault="00937755" w:rsidP="00937755">
      <w:pPr>
        <w:ind w:firstLine="709"/>
        <w:jc w:val="center"/>
        <w:rPr>
          <w:sz w:val="28"/>
          <w:szCs w:val="28"/>
        </w:rPr>
      </w:pPr>
    </w:p>
    <w:p w14:paraId="5E333868"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Тәуелс</w:t>
      </w:r>
      <w:r w:rsidRPr="002F21F6">
        <w:rPr>
          <w:sz w:val="28"/>
          <w:szCs w:val="28"/>
        </w:rPr>
        <w:t>і</w:t>
      </w:r>
      <w:r w:rsidRPr="007E7FD7">
        <w:rPr>
          <w:sz w:val="28"/>
          <w:szCs w:val="28"/>
        </w:rPr>
        <w:t>зд</w:t>
      </w:r>
      <w:r w:rsidRPr="002F21F6">
        <w:rPr>
          <w:sz w:val="28"/>
          <w:szCs w:val="28"/>
        </w:rPr>
        <w:t>і</w:t>
      </w:r>
      <w:r w:rsidRPr="007E7FD7">
        <w:rPr>
          <w:sz w:val="28"/>
          <w:szCs w:val="28"/>
        </w:rPr>
        <w:t>к</w:t>
      </w:r>
      <w:proofErr w:type="spellEnd"/>
      <w:r w:rsidRPr="007E7FD7">
        <w:rPr>
          <w:sz w:val="28"/>
          <w:szCs w:val="28"/>
        </w:rPr>
        <w:t xml:space="preserve"> </w:t>
      </w:r>
      <w:proofErr w:type="spellStart"/>
      <w:r w:rsidRPr="007E7FD7">
        <w:rPr>
          <w:sz w:val="28"/>
          <w:szCs w:val="28"/>
        </w:rPr>
        <w:t>даңғылы</w:t>
      </w:r>
      <w:proofErr w:type="spellEnd"/>
      <w:r w:rsidRPr="007E7FD7">
        <w:rPr>
          <w:sz w:val="28"/>
          <w:szCs w:val="28"/>
        </w:rPr>
        <w:t xml:space="preserve">, № 3/1 </w:t>
      </w:r>
      <w:proofErr w:type="spellStart"/>
      <w:r w:rsidRPr="007E7FD7">
        <w:rPr>
          <w:sz w:val="28"/>
          <w:szCs w:val="28"/>
        </w:rPr>
        <w:t>үй</w:t>
      </w:r>
      <w:proofErr w:type="spellEnd"/>
      <w:r w:rsidRPr="007E7FD7">
        <w:rPr>
          <w:sz w:val="28"/>
          <w:szCs w:val="28"/>
        </w:rPr>
        <w:t>.</w:t>
      </w:r>
    </w:p>
    <w:p w14:paraId="6E07C3DF" w14:textId="77777777" w:rsidR="00937755" w:rsidRPr="007E7FD7" w:rsidRDefault="00937755" w:rsidP="00937755">
      <w:pPr>
        <w:ind w:firstLine="709"/>
        <w:jc w:val="center"/>
        <w:rPr>
          <w:sz w:val="28"/>
          <w:szCs w:val="28"/>
        </w:rPr>
      </w:pPr>
    </w:p>
    <w:p w14:paraId="3AF236E7" w14:textId="77777777" w:rsidR="00937755" w:rsidRPr="007E7FD7" w:rsidRDefault="00937755" w:rsidP="00937755">
      <w:pPr>
        <w:keepNext/>
        <w:ind w:firstLine="709"/>
        <w:jc w:val="center"/>
        <w:rPr>
          <w:sz w:val="28"/>
          <w:szCs w:val="28"/>
        </w:rPr>
      </w:pPr>
      <w:r w:rsidRPr="007E7FD7">
        <w:rPr>
          <w:sz w:val="28"/>
          <w:szCs w:val="28"/>
        </w:rPr>
        <w:t xml:space="preserve">№ 69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7930FD2D"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w:t>
      </w:r>
      <w:proofErr w:type="spellStart"/>
      <w:r w:rsidRPr="007E7FD7">
        <w:rPr>
          <w:sz w:val="28"/>
          <w:szCs w:val="28"/>
        </w:rPr>
        <w:t>Ұлттық</w:t>
      </w:r>
      <w:proofErr w:type="spellEnd"/>
      <w:r w:rsidRPr="007E7FD7">
        <w:rPr>
          <w:sz w:val="28"/>
          <w:szCs w:val="28"/>
        </w:rPr>
        <w:t xml:space="preserve"> </w:t>
      </w:r>
      <w:proofErr w:type="spellStart"/>
      <w:r w:rsidRPr="007E7FD7">
        <w:rPr>
          <w:sz w:val="28"/>
          <w:szCs w:val="28"/>
        </w:rPr>
        <w:t>ғылыми</w:t>
      </w:r>
      <w:proofErr w:type="spellEnd"/>
      <w:r w:rsidRPr="007E7FD7">
        <w:rPr>
          <w:sz w:val="28"/>
          <w:szCs w:val="28"/>
        </w:rPr>
        <w:t xml:space="preserve"> </w:t>
      </w:r>
      <w:proofErr w:type="spellStart"/>
      <w:r w:rsidRPr="007E7FD7">
        <w:rPr>
          <w:sz w:val="28"/>
          <w:szCs w:val="28"/>
        </w:rPr>
        <w:t>медициналық</w:t>
      </w:r>
      <w:proofErr w:type="spellEnd"/>
      <w:r w:rsidRPr="007E7FD7">
        <w:rPr>
          <w:sz w:val="28"/>
          <w:szCs w:val="28"/>
        </w:rPr>
        <w:t xml:space="preserve"> </w:t>
      </w:r>
      <w:proofErr w:type="spellStart"/>
      <w:r w:rsidRPr="007E7FD7">
        <w:rPr>
          <w:sz w:val="28"/>
          <w:szCs w:val="28"/>
        </w:rPr>
        <w:t>орталық</w:t>
      </w:r>
      <w:proofErr w:type="spellEnd"/>
      <w:r w:rsidRPr="007E7FD7">
        <w:rPr>
          <w:sz w:val="28"/>
          <w:szCs w:val="28"/>
        </w:rPr>
        <w:t xml:space="preserve">» </w:t>
      </w:r>
      <w:proofErr w:type="spellStart"/>
      <w:r w:rsidRPr="007E7FD7">
        <w:rPr>
          <w:sz w:val="28"/>
          <w:szCs w:val="28"/>
        </w:rPr>
        <w:t>акционерлік</w:t>
      </w:r>
      <w:proofErr w:type="spellEnd"/>
      <w:r w:rsidRPr="007E7FD7">
        <w:rPr>
          <w:sz w:val="28"/>
          <w:szCs w:val="28"/>
        </w:rPr>
        <w:t xml:space="preserve"> </w:t>
      </w:r>
      <w:proofErr w:type="spellStart"/>
      <w:r w:rsidRPr="007E7FD7">
        <w:rPr>
          <w:sz w:val="28"/>
          <w:szCs w:val="28"/>
        </w:rPr>
        <w:t>қоғамы</w:t>
      </w:r>
      <w:proofErr w:type="spellEnd"/>
      <w:r w:rsidRPr="007E7FD7">
        <w:rPr>
          <w:sz w:val="28"/>
          <w:szCs w:val="28"/>
        </w:rPr>
        <w:t xml:space="preserve">, </w:t>
      </w:r>
      <w:proofErr w:type="spellStart"/>
      <w:r w:rsidRPr="007E7FD7">
        <w:rPr>
          <w:sz w:val="28"/>
          <w:szCs w:val="28"/>
        </w:rPr>
        <w:t>Абылай</w:t>
      </w:r>
      <w:proofErr w:type="spellEnd"/>
      <w:r w:rsidRPr="007E7FD7">
        <w:rPr>
          <w:sz w:val="28"/>
          <w:szCs w:val="28"/>
        </w:rPr>
        <w:t xml:space="preserve"> хан </w:t>
      </w:r>
      <w:proofErr w:type="spellStart"/>
      <w:r w:rsidRPr="007E7FD7">
        <w:rPr>
          <w:sz w:val="28"/>
          <w:szCs w:val="28"/>
        </w:rPr>
        <w:t>даңғылы</w:t>
      </w:r>
      <w:proofErr w:type="spellEnd"/>
      <w:r w:rsidRPr="007E7FD7">
        <w:rPr>
          <w:sz w:val="28"/>
          <w:szCs w:val="28"/>
        </w:rPr>
        <w:t>, № 42)</w:t>
      </w:r>
    </w:p>
    <w:p w14:paraId="676DAF91" w14:textId="77777777" w:rsidR="00937755" w:rsidRPr="007E7FD7" w:rsidRDefault="00937755" w:rsidP="00937755">
      <w:pPr>
        <w:ind w:firstLine="709"/>
        <w:jc w:val="center"/>
        <w:rPr>
          <w:sz w:val="28"/>
          <w:szCs w:val="28"/>
        </w:rPr>
      </w:pPr>
    </w:p>
    <w:p w14:paraId="75F53034"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Абылай</w:t>
      </w:r>
      <w:proofErr w:type="spellEnd"/>
      <w:r w:rsidRPr="007E7FD7">
        <w:rPr>
          <w:sz w:val="28"/>
          <w:szCs w:val="28"/>
        </w:rPr>
        <w:t xml:space="preserve"> хан </w:t>
      </w:r>
      <w:proofErr w:type="spellStart"/>
      <w:r w:rsidRPr="007E7FD7">
        <w:rPr>
          <w:sz w:val="28"/>
          <w:szCs w:val="28"/>
        </w:rPr>
        <w:t>даңғылы</w:t>
      </w:r>
      <w:proofErr w:type="spellEnd"/>
      <w:r w:rsidRPr="007E7FD7">
        <w:rPr>
          <w:sz w:val="28"/>
          <w:szCs w:val="28"/>
        </w:rPr>
        <w:t xml:space="preserve">, № 42 </w:t>
      </w:r>
      <w:proofErr w:type="spellStart"/>
      <w:r w:rsidRPr="007E7FD7">
        <w:rPr>
          <w:sz w:val="28"/>
          <w:szCs w:val="28"/>
        </w:rPr>
        <w:t>үй</w:t>
      </w:r>
      <w:proofErr w:type="spellEnd"/>
      <w:r w:rsidRPr="007E7FD7">
        <w:rPr>
          <w:sz w:val="28"/>
          <w:szCs w:val="28"/>
        </w:rPr>
        <w:t>.</w:t>
      </w:r>
    </w:p>
    <w:p w14:paraId="5A47359F" w14:textId="77777777" w:rsidR="00937755" w:rsidRPr="007E7FD7" w:rsidRDefault="00937755" w:rsidP="00937755">
      <w:pPr>
        <w:jc w:val="center"/>
        <w:rPr>
          <w:sz w:val="28"/>
          <w:szCs w:val="28"/>
        </w:rPr>
      </w:pPr>
    </w:p>
    <w:p w14:paraId="78E102FA" w14:textId="77777777" w:rsidR="00937755" w:rsidRPr="007E7FD7" w:rsidRDefault="00937755" w:rsidP="00937755">
      <w:pPr>
        <w:keepNext/>
        <w:jc w:val="center"/>
        <w:rPr>
          <w:sz w:val="28"/>
          <w:szCs w:val="28"/>
        </w:rPr>
      </w:pPr>
      <w:r w:rsidRPr="007E7FD7">
        <w:rPr>
          <w:sz w:val="28"/>
          <w:szCs w:val="28"/>
        </w:rPr>
        <w:t xml:space="preserve">№ 70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6B3C3870" w14:textId="77777777" w:rsidR="00937755" w:rsidRPr="007E7FD7" w:rsidRDefault="00937755" w:rsidP="00937755">
      <w:pPr>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xml:space="preserve"> – </w:t>
      </w:r>
      <w:proofErr w:type="spellStart"/>
      <w:r w:rsidRPr="007E7FD7">
        <w:rPr>
          <w:sz w:val="28"/>
          <w:szCs w:val="28"/>
        </w:rPr>
        <w:t>Қазақстан</w:t>
      </w:r>
      <w:proofErr w:type="spellEnd"/>
      <w:r w:rsidRPr="007E7FD7">
        <w:rPr>
          <w:sz w:val="28"/>
          <w:szCs w:val="28"/>
        </w:rPr>
        <w:t xml:space="preserve"> </w:t>
      </w:r>
      <w:proofErr w:type="spellStart"/>
      <w:r w:rsidRPr="007E7FD7">
        <w:rPr>
          <w:sz w:val="28"/>
          <w:szCs w:val="28"/>
        </w:rPr>
        <w:t>Республикасы</w:t>
      </w:r>
      <w:proofErr w:type="spellEnd"/>
      <w:r w:rsidRPr="007E7FD7">
        <w:rPr>
          <w:sz w:val="28"/>
          <w:szCs w:val="28"/>
        </w:rPr>
        <w:t xml:space="preserve"> </w:t>
      </w:r>
      <w:proofErr w:type="spellStart"/>
      <w:r w:rsidRPr="007E7FD7">
        <w:rPr>
          <w:sz w:val="28"/>
          <w:szCs w:val="28"/>
        </w:rPr>
        <w:t>Денсаулық</w:t>
      </w:r>
      <w:proofErr w:type="spellEnd"/>
      <w:r w:rsidRPr="007E7FD7">
        <w:rPr>
          <w:sz w:val="28"/>
          <w:szCs w:val="28"/>
        </w:rPr>
        <w:t xml:space="preserve"> </w:t>
      </w:r>
      <w:proofErr w:type="spellStart"/>
      <w:r w:rsidRPr="007E7FD7">
        <w:rPr>
          <w:sz w:val="28"/>
          <w:szCs w:val="28"/>
        </w:rPr>
        <w:t>сақтау</w:t>
      </w:r>
      <w:proofErr w:type="spellEnd"/>
      <w:r w:rsidRPr="007E7FD7">
        <w:rPr>
          <w:sz w:val="28"/>
          <w:szCs w:val="28"/>
        </w:rPr>
        <w:t xml:space="preserve"> </w:t>
      </w:r>
      <w:proofErr w:type="spellStart"/>
      <w:r w:rsidRPr="007E7FD7">
        <w:rPr>
          <w:sz w:val="28"/>
          <w:szCs w:val="28"/>
        </w:rPr>
        <w:t>министрлігінің</w:t>
      </w:r>
      <w:proofErr w:type="spellEnd"/>
      <w:r w:rsidRPr="007E7FD7">
        <w:rPr>
          <w:sz w:val="28"/>
          <w:szCs w:val="28"/>
        </w:rPr>
        <w:t xml:space="preserve"> «Академик Н.Д. </w:t>
      </w:r>
      <w:proofErr w:type="spellStart"/>
      <w:r w:rsidRPr="007E7FD7">
        <w:rPr>
          <w:sz w:val="28"/>
          <w:szCs w:val="28"/>
        </w:rPr>
        <w:t>Батпенов</w:t>
      </w:r>
      <w:proofErr w:type="spellEnd"/>
      <w:r w:rsidRPr="007E7FD7">
        <w:rPr>
          <w:sz w:val="28"/>
          <w:szCs w:val="28"/>
        </w:rPr>
        <w:t xml:space="preserve"> </w:t>
      </w:r>
      <w:proofErr w:type="spellStart"/>
      <w:r w:rsidRPr="007E7FD7">
        <w:rPr>
          <w:sz w:val="28"/>
          <w:szCs w:val="28"/>
        </w:rPr>
        <w:t>атындағы</w:t>
      </w:r>
      <w:proofErr w:type="spellEnd"/>
      <w:r w:rsidRPr="007E7FD7">
        <w:rPr>
          <w:sz w:val="28"/>
          <w:szCs w:val="28"/>
        </w:rPr>
        <w:t xml:space="preserve"> </w:t>
      </w:r>
      <w:r w:rsidRPr="00C60B18">
        <w:rPr>
          <w:sz w:val="28"/>
          <w:szCs w:val="28"/>
        </w:rPr>
        <w:t xml:space="preserve">травматология </w:t>
      </w:r>
      <w:proofErr w:type="spellStart"/>
      <w:r w:rsidRPr="00C60B18">
        <w:rPr>
          <w:sz w:val="28"/>
          <w:szCs w:val="28"/>
        </w:rPr>
        <w:t>және</w:t>
      </w:r>
      <w:proofErr w:type="spellEnd"/>
      <w:r w:rsidRPr="00C60B18">
        <w:rPr>
          <w:sz w:val="28"/>
          <w:szCs w:val="28"/>
        </w:rPr>
        <w:t xml:space="preserve"> ортопедия</w:t>
      </w:r>
    </w:p>
    <w:p w14:paraId="004E1834" w14:textId="77777777" w:rsidR="00937755" w:rsidRPr="007E7FD7" w:rsidRDefault="00937755" w:rsidP="00937755">
      <w:pPr>
        <w:jc w:val="center"/>
        <w:rPr>
          <w:sz w:val="28"/>
          <w:szCs w:val="28"/>
        </w:rPr>
      </w:pPr>
      <w:proofErr w:type="spellStart"/>
      <w:r w:rsidRPr="007E7FD7">
        <w:rPr>
          <w:sz w:val="28"/>
          <w:szCs w:val="28"/>
        </w:rPr>
        <w:t>ғылыми-зерттеу</w:t>
      </w:r>
      <w:proofErr w:type="spellEnd"/>
      <w:r w:rsidRPr="007E7FD7">
        <w:rPr>
          <w:sz w:val="28"/>
          <w:szCs w:val="28"/>
        </w:rPr>
        <w:t xml:space="preserve"> институты»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
    <w:p w14:paraId="4F032B93" w14:textId="77777777" w:rsidR="00937755" w:rsidRPr="007E7FD7" w:rsidRDefault="00937755" w:rsidP="00937755">
      <w:pPr>
        <w:jc w:val="center"/>
        <w:rPr>
          <w:sz w:val="28"/>
          <w:szCs w:val="28"/>
        </w:rPr>
      </w:pPr>
      <w:proofErr w:type="spellStart"/>
      <w:r w:rsidRPr="00C60B18">
        <w:rPr>
          <w:sz w:val="28"/>
          <w:szCs w:val="28"/>
        </w:rPr>
        <w:t>республикалық</w:t>
      </w:r>
      <w:proofErr w:type="spellEnd"/>
      <w:r w:rsidRPr="00C60B18">
        <w:rPr>
          <w:sz w:val="28"/>
          <w:szCs w:val="28"/>
        </w:rPr>
        <w:t xml:space="preserve"> </w:t>
      </w:r>
      <w:proofErr w:type="spellStart"/>
      <w:r w:rsidRPr="00C60B18">
        <w:rPr>
          <w:sz w:val="28"/>
          <w:szCs w:val="28"/>
        </w:rPr>
        <w:t>мемлекеттік</w:t>
      </w:r>
      <w:proofErr w:type="spellEnd"/>
      <w:r w:rsidRPr="00C60B18">
        <w:rPr>
          <w:sz w:val="28"/>
          <w:szCs w:val="28"/>
        </w:rPr>
        <w:t xml:space="preserve"> </w:t>
      </w:r>
      <w:proofErr w:type="spellStart"/>
      <w:r w:rsidRPr="00C60B18">
        <w:rPr>
          <w:sz w:val="28"/>
          <w:szCs w:val="28"/>
        </w:rPr>
        <w:t>кәсіпорны</w:t>
      </w:r>
      <w:proofErr w:type="spellEnd"/>
      <w:r w:rsidRPr="007E7FD7">
        <w:rPr>
          <w:sz w:val="28"/>
          <w:szCs w:val="28"/>
        </w:rPr>
        <w:t xml:space="preserve">, </w:t>
      </w:r>
      <w:proofErr w:type="spellStart"/>
      <w:r w:rsidRPr="007E7FD7">
        <w:rPr>
          <w:sz w:val="28"/>
          <w:szCs w:val="28"/>
        </w:rPr>
        <w:t>Абылай</w:t>
      </w:r>
      <w:proofErr w:type="spellEnd"/>
      <w:r w:rsidRPr="007E7FD7">
        <w:rPr>
          <w:sz w:val="28"/>
          <w:szCs w:val="28"/>
        </w:rPr>
        <w:t xml:space="preserve"> хан </w:t>
      </w:r>
      <w:proofErr w:type="spellStart"/>
      <w:r w:rsidRPr="007E7FD7">
        <w:rPr>
          <w:sz w:val="28"/>
          <w:szCs w:val="28"/>
        </w:rPr>
        <w:t>даңғылы</w:t>
      </w:r>
      <w:proofErr w:type="spellEnd"/>
      <w:r w:rsidRPr="007E7FD7">
        <w:rPr>
          <w:sz w:val="28"/>
          <w:szCs w:val="28"/>
        </w:rPr>
        <w:t>, № 15А)</w:t>
      </w:r>
    </w:p>
    <w:p w14:paraId="47AB9872" w14:textId="77777777" w:rsidR="00937755" w:rsidRPr="007E7FD7" w:rsidRDefault="00937755" w:rsidP="00937755">
      <w:pPr>
        <w:ind w:firstLine="709"/>
        <w:jc w:val="center"/>
        <w:rPr>
          <w:sz w:val="28"/>
          <w:szCs w:val="28"/>
        </w:rPr>
      </w:pPr>
    </w:p>
    <w:p w14:paraId="1D0420D0"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Абылай</w:t>
      </w:r>
      <w:proofErr w:type="spellEnd"/>
      <w:r w:rsidRPr="007E7FD7">
        <w:rPr>
          <w:sz w:val="28"/>
          <w:szCs w:val="28"/>
        </w:rPr>
        <w:t xml:space="preserve"> хан </w:t>
      </w:r>
      <w:proofErr w:type="spellStart"/>
      <w:r w:rsidRPr="007E7FD7">
        <w:rPr>
          <w:sz w:val="28"/>
          <w:szCs w:val="28"/>
        </w:rPr>
        <w:t>даңғылы</w:t>
      </w:r>
      <w:proofErr w:type="spellEnd"/>
      <w:r w:rsidRPr="007E7FD7">
        <w:rPr>
          <w:sz w:val="28"/>
          <w:szCs w:val="28"/>
        </w:rPr>
        <w:t xml:space="preserve">, № 15А </w:t>
      </w:r>
      <w:proofErr w:type="spellStart"/>
      <w:r w:rsidRPr="007E7FD7">
        <w:rPr>
          <w:sz w:val="28"/>
          <w:szCs w:val="28"/>
        </w:rPr>
        <w:t>үй</w:t>
      </w:r>
      <w:proofErr w:type="spellEnd"/>
      <w:r w:rsidRPr="007E7FD7">
        <w:rPr>
          <w:sz w:val="28"/>
          <w:szCs w:val="28"/>
        </w:rPr>
        <w:t>.</w:t>
      </w:r>
    </w:p>
    <w:p w14:paraId="426B8568" w14:textId="77777777" w:rsidR="00937755" w:rsidRPr="007E7FD7" w:rsidRDefault="00937755" w:rsidP="00937755">
      <w:pPr>
        <w:spacing w:after="160" w:line="259" w:lineRule="auto"/>
        <w:rPr>
          <w:sz w:val="28"/>
          <w:szCs w:val="28"/>
        </w:rPr>
      </w:pPr>
    </w:p>
    <w:p w14:paraId="31E9C950" w14:textId="77777777" w:rsidR="00937755" w:rsidRPr="007E7FD7" w:rsidRDefault="00937755" w:rsidP="00937755">
      <w:pPr>
        <w:keepNext/>
        <w:ind w:firstLine="709"/>
        <w:jc w:val="center"/>
        <w:rPr>
          <w:sz w:val="28"/>
          <w:szCs w:val="28"/>
        </w:rPr>
      </w:pPr>
      <w:r w:rsidRPr="007E7FD7">
        <w:rPr>
          <w:sz w:val="28"/>
          <w:szCs w:val="28"/>
        </w:rPr>
        <w:t xml:space="preserve">№ 71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70DCD66E"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 Астана </w:t>
      </w:r>
      <w:proofErr w:type="spellStart"/>
      <w:r w:rsidRPr="007E7FD7">
        <w:rPr>
          <w:sz w:val="28"/>
          <w:szCs w:val="28"/>
        </w:rPr>
        <w:t>қаласы</w:t>
      </w:r>
      <w:proofErr w:type="spellEnd"/>
      <w:r w:rsidRPr="007E7FD7">
        <w:rPr>
          <w:sz w:val="28"/>
          <w:szCs w:val="28"/>
        </w:rPr>
        <w:t xml:space="preserve"> </w:t>
      </w:r>
      <w:proofErr w:type="spellStart"/>
      <w:r w:rsidRPr="007E7FD7">
        <w:rPr>
          <w:sz w:val="28"/>
          <w:szCs w:val="28"/>
        </w:rPr>
        <w:t>әкімдігінің</w:t>
      </w:r>
      <w:proofErr w:type="spellEnd"/>
      <w:r w:rsidRPr="007E7FD7">
        <w:rPr>
          <w:sz w:val="28"/>
          <w:szCs w:val="28"/>
        </w:rPr>
        <w:t xml:space="preserve"> «</w:t>
      </w:r>
      <w:proofErr w:type="spellStart"/>
      <w:r w:rsidRPr="007E7FD7">
        <w:rPr>
          <w:sz w:val="28"/>
          <w:szCs w:val="28"/>
        </w:rPr>
        <w:t>Қалалық</w:t>
      </w:r>
      <w:proofErr w:type="spellEnd"/>
      <w:r w:rsidRPr="007E7FD7">
        <w:rPr>
          <w:sz w:val="28"/>
          <w:szCs w:val="28"/>
        </w:rPr>
        <w:t xml:space="preserve"> </w:t>
      </w:r>
      <w:proofErr w:type="spellStart"/>
      <w:r w:rsidRPr="007E7FD7">
        <w:rPr>
          <w:sz w:val="28"/>
          <w:szCs w:val="28"/>
        </w:rPr>
        <w:t>инфекциялық</w:t>
      </w:r>
      <w:proofErr w:type="spellEnd"/>
      <w:r w:rsidRPr="007E7FD7">
        <w:rPr>
          <w:sz w:val="28"/>
          <w:szCs w:val="28"/>
        </w:rPr>
        <w:t xml:space="preserve"> </w:t>
      </w:r>
      <w:proofErr w:type="spellStart"/>
      <w:r w:rsidRPr="007E7FD7">
        <w:rPr>
          <w:sz w:val="28"/>
          <w:szCs w:val="28"/>
        </w:rPr>
        <w:t>орталық</w:t>
      </w:r>
      <w:proofErr w:type="spellEnd"/>
      <w:r w:rsidRPr="007E7FD7">
        <w:rPr>
          <w:sz w:val="28"/>
          <w:szCs w:val="28"/>
        </w:rPr>
        <w:t xml:space="preserve">»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«Железнодорожный» </w:t>
      </w:r>
      <w:proofErr w:type="spellStart"/>
      <w:r w:rsidRPr="007E7FD7">
        <w:rPr>
          <w:sz w:val="28"/>
          <w:szCs w:val="28"/>
        </w:rPr>
        <w:t>тұрғын</w:t>
      </w:r>
      <w:proofErr w:type="spellEnd"/>
      <w:r w:rsidRPr="007E7FD7">
        <w:rPr>
          <w:sz w:val="28"/>
          <w:szCs w:val="28"/>
        </w:rPr>
        <w:t xml:space="preserve"> </w:t>
      </w:r>
      <w:proofErr w:type="spellStart"/>
      <w:r w:rsidRPr="007E7FD7">
        <w:rPr>
          <w:sz w:val="28"/>
          <w:szCs w:val="28"/>
        </w:rPr>
        <w:t>алабы</w:t>
      </w:r>
      <w:proofErr w:type="spellEnd"/>
      <w:r w:rsidRPr="007E7FD7">
        <w:rPr>
          <w:sz w:val="28"/>
          <w:szCs w:val="28"/>
        </w:rPr>
        <w:t xml:space="preserve">, А1 </w:t>
      </w:r>
      <w:proofErr w:type="spellStart"/>
      <w:r w:rsidRPr="007E7FD7">
        <w:rPr>
          <w:sz w:val="28"/>
          <w:szCs w:val="28"/>
        </w:rPr>
        <w:t>көше</w:t>
      </w:r>
      <w:proofErr w:type="spellEnd"/>
      <w:r w:rsidRPr="007E7FD7">
        <w:rPr>
          <w:sz w:val="28"/>
          <w:szCs w:val="28"/>
        </w:rPr>
        <w:t xml:space="preserve">, № 5, </w:t>
      </w:r>
      <w:r w:rsidRPr="007E7FD7">
        <w:rPr>
          <w:sz w:val="28"/>
          <w:szCs w:val="28"/>
          <w:lang w:val="kk-KZ"/>
        </w:rPr>
        <w:t>В</w:t>
      </w:r>
      <w:r w:rsidRPr="007E7FD7">
        <w:rPr>
          <w:sz w:val="28"/>
          <w:szCs w:val="28"/>
        </w:rPr>
        <w:t> </w:t>
      </w:r>
      <w:proofErr w:type="spellStart"/>
      <w:r w:rsidRPr="007E7FD7">
        <w:rPr>
          <w:sz w:val="28"/>
          <w:szCs w:val="28"/>
        </w:rPr>
        <w:t>блогы</w:t>
      </w:r>
      <w:proofErr w:type="spellEnd"/>
      <w:r w:rsidRPr="007E7FD7">
        <w:rPr>
          <w:sz w:val="28"/>
          <w:szCs w:val="28"/>
        </w:rPr>
        <w:t>)</w:t>
      </w:r>
    </w:p>
    <w:p w14:paraId="631B2807" w14:textId="77777777" w:rsidR="00937755" w:rsidRPr="007E7FD7" w:rsidRDefault="00937755" w:rsidP="00937755">
      <w:pPr>
        <w:ind w:firstLine="709"/>
        <w:jc w:val="center"/>
        <w:rPr>
          <w:sz w:val="28"/>
          <w:szCs w:val="28"/>
          <w:lang w:val="kk-KZ"/>
        </w:rPr>
      </w:pPr>
    </w:p>
    <w:p w14:paraId="23DB8E4E"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«Железнодорожный» </w:t>
      </w:r>
      <w:proofErr w:type="spellStart"/>
      <w:r w:rsidRPr="007E7FD7">
        <w:rPr>
          <w:sz w:val="28"/>
          <w:szCs w:val="28"/>
        </w:rPr>
        <w:t>тұрғын</w:t>
      </w:r>
      <w:proofErr w:type="spellEnd"/>
      <w:r w:rsidRPr="007E7FD7">
        <w:rPr>
          <w:sz w:val="28"/>
          <w:szCs w:val="28"/>
        </w:rPr>
        <w:t xml:space="preserve"> </w:t>
      </w:r>
      <w:proofErr w:type="spellStart"/>
      <w:r w:rsidRPr="007E7FD7">
        <w:rPr>
          <w:sz w:val="28"/>
          <w:szCs w:val="28"/>
        </w:rPr>
        <w:t>алабы</w:t>
      </w:r>
      <w:proofErr w:type="spellEnd"/>
      <w:r w:rsidRPr="007E7FD7">
        <w:rPr>
          <w:sz w:val="28"/>
          <w:szCs w:val="28"/>
        </w:rPr>
        <w:t xml:space="preserve">, А1 </w:t>
      </w:r>
      <w:proofErr w:type="spellStart"/>
      <w:r w:rsidRPr="007E7FD7">
        <w:rPr>
          <w:sz w:val="28"/>
          <w:szCs w:val="28"/>
        </w:rPr>
        <w:t>көше</w:t>
      </w:r>
      <w:proofErr w:type="spellEnd"/>
      <w:r w:rsidRPr="007E7FD7">
        <w:rPr>
          <w:sz w:val="28"/>
          <w:szCs w:val="28"/>
        </w:rPr>
        <w:t xml:space="preserve">, № 5, </w:t>
      </w:r>
      <w:r w:rsidRPr="007E7FD7">
        <w:rPr>
          <w:sz w:val="28"/>
          <w:szCs w:val="28"/>
          <w:lang w:val="kk-KZ"/>
        </w:rPr>
        <w:t>В</w:t>
      </w:r>
      <w:r w:rsidRPr="007E7FD7">
        <w:rPr>
          <w:sz w:val="28"/>
          <w:szCs w:val="28"/>
        </w:rPr>
        <w:t> </w:t>
      </w:r>
      <w:proofErr w:type="spellStart"/>
      <w:r w:rsidRPr="007E7FD7">
        <w:rPr>
          <w:sz w:val="28"/>
          <w:szCs w:val="28"/>
        </w:rPr>
        <w:t>блогы</w:t>
      </w:r>
      <w:proofErr w:type="spellEnd"/>
      <w:r w:rsidRPr="007E7FD7">
        <w:rPr>
          <w:sz w:val="28"/>
          <w:szCs w:val="28"/>
        </w:rPr>
        <w:t>.</w:t>
      </w:r>
    </w:p>
    <w:p w14:paraId="38EF002E" w14:textId="77777777" w:rsidR="00937755" w:rsidRPr="007E7FD7" w:rsidRDefault="00937755" w:rsidP="00937755">
      <w:pPr>
        <w:ind w:firstLine="709"/>
        <w:jc w:val="center"/>
        <w:rPr>
          <w:sz w:val="28"/>
          <w:szCs w:val="28"/>
        </w:rPr>
      </w:pPr>
    </w:p>
    <w:p w14:paraId="43E6C73E" w14:textId="77777777" w:rsidR="00937755" w:rsidRPr="007E7FD7" w:rsidRDefault="00937755" w:rsidP="00937755">
      <w:pPr>
        <w:keepNext/>
        <w:ind w:firstLine="709"/>
        <w:jc w:val="center"/>
        <w:rPr>
          <w:sz w:val="28"/>
          <w:szCs w:val="28"/>
        </w:rPr>
      </w:pPr>
      <w:r w:rsidRPr="007E7FD7">
        <w:rPr>
          <w:sz w:val="28"/>
          <w:szCs w:val="28"/>
        </w:rPr>
        <w:t xml:space="preserve">№ 72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077669E5"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xml:space="preserve"> – </w:t>
      </w:r>
      <w:proofErr w:type="spellStart"/>
      <w:r w:rsidRPr="007E7FD7">
        <w:rPr>
          <w:sz w:val="28"/>
          <w:szCs w:val="28"/>
        </w:rPr>
        <w:t>Қазақстан</w:t>
      </w:r>
      <w:proofErr w:type="spellEnd"/>
      <w:r w:rsidRPr="007E7FD7">
        <w:rPr>
          <w:sz w:val="28"/>
          <w:szCs w:val="28"/>
        </w:rPr>
        <w:t xml:space="preserve"> </w:t>
      </w:r>
      <w:proofErr w:type="spellStart"/>
      <w:r w:rsidRPr="007E7FD7">
        <w:rPr>
          <w:sz w:val="28"/>
          <w:szCs w:val="28"/>
        </w:rPr>
        <w:t>Республикасы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күзет</w:t>
      </w:r>
      <w:proofErr w:type="spellEnd"/>
      <w:r w:rsidRPr="007E7FD7">
        <w:rPr>
          <w:sz w:val="28"/>
          <w:szCs w:val="28"/>
        </w:rPr>
        <w:t xml:space="preserve"> </w:t>
      </w:r>
      <w:proofErr w:type="spellStart"/>
      <w:r w:rsidRPr="007E7FD7">
        <w:rPr>
          <w:sz w:val="28"/>
          <w:szCs w:val="28"/>
        </w:rPr>
        <w:t>қызметі</w:t>
      </w:r>
      <w:proofErr w:type="spellEnd"/>
      <w:r w:rsidRPr="007E7FD7">
        <w:rPr>
          <w:sz w:val="28"/>
          <w:szCs w:val="28"/>
        </w:rPr>
        <w:t xml:space="preserve"> </w:t>
      </w:r>
    </w:p>
    <w:p w14:paraId="64C93DE5" w14:textId="77777777" w:rsidR="00937755" w:rsidRPr="007E7FD7" w:rsidRDefault="00937755" w:rsidP="00937755">
      <w:pPr>
        <w:ind w:firstLine="709"/>
        <w:jc w:val="center"/>
        <w:rPr>
          <w:sz w:val="28"/>
          <w:szCs w:val="28"/>
        </w:rPr>
      </w:pPr>
      <w:proofErr w:type="spellStart"/>
      <w:r w:rsidRPr="007E7FD7">
        <w:rPr>
          <w:sz w:val="28"/>
          <w:szCs w:val="28"/>
        </w:rPr>
        <w:t>Айрықша</w:t>
      </w:r>
      <w:proofErr w:type="spellEnd"/>
      <w:r w:rsidRPr="007E7FD7">
        <w:rPr>
          <w:sz w:val="28"/>
          <w:szCs w:val="28"/>
        </w:rPr>
        <w:t xml:space="preserve"> </w:t>
      </w:r>
      <w:proofErr w:type="spellStart"/>
      <w:r w:rsidRPr="007E7FD7">
        <w:rPr>
          <w:sz w:val="28"/>
          <w:szCs w:val="28"/>
        </w:rPr>
        <w:t>мақсаттағы</w:t>
      </w:r>
      <w:proofErr w:type="spellEnd"/>
      <w:r w:rsidRPr="007E7FD7">
        <w:rPr>
          <w:sz w:val="28"/>
          <w:szCs w:val="28"/>
        </w:rPr>
        <w:t xml:space="preserve"> </w:t>
      </w:r>
      <w:proofErr w:type="spellStart"/>
      <w:r w:rsidRPr="007E7FD7">
        <w:rPr>
          <w:sz w:val="28"/>
          <w:szCs w:val="28"/>
        </w:rPr>
        <w:t>күштері</w:t>
      </w:r>
      <w:proofErr w:type="spellEnd"/>
      <w:r w:rsidRPr="007E7FD7">
        <w:rPr>
          <w:sz w:val="28"/>
          <w:szCs w:val="28"/>
        </w:rPr>
        <w:t xml:space="preserve"> «</w:t>
      </w:r>
      <w:proofErr w:type="spellStart"/>
      <w:r w:rsidRPr="007E7FD7">
        <w:rPr>
          <w:sz w:val="28"/>
          <w:szCs w:val="28"/>
        </w:rPr>
        <w:t>Айбын</w:t>
      </w:r>
      <w:proofErr w:type="spellEnd"/>
      <w:r w:rsidRPr="007E7FD7">
        <w:rPr>
          <w:sz w:val="28"/>
          <w:szCs w:val="28"/>
        </w:rPr>
        <w:t xml:space="preserve">» </w:t>
      </w:r>
      <w:proofErr w:type="spellStart"/>
      <w:r w:rsidRPr="007E7FD7">
        <w:rPr>
          <w:sz w:val="28"/>
          <w:szCs w:val="28"/>
        </w:rPr>
        <w:t>Президенттік</w:t>
      </w:r>
      <w:proofErr w:type="spellEnd"/>
      <w:r w:rsidRPr="007E7FD7">
        <w:rPr>
          <w:sz w:val="28"/>
          <w:szCs w:val="28"/>
        </w:rPr>
        <w:t xml:space="preserve"> </w:t>
      </w:r>
      <w:proofErr w:type="spellStart"/>
      <w:r w:rsidRPr="007E7FD7">
        <w:rPr>
          <w:sz w:val="28"/>
          <w:szCs w:val="28"/>
        </w:rPr>
        <w:t>полкі</w:t>
      </w:r>
      <w:proofErr w:type="spellEnd"/>
      <w:r w:rsidRPr="007E7FD7">
        <w:rPr>
          <w:sz w:val="28"/>
          <w:szCs w:val="28"/>
        </w:rPr>
        <w:t xml:space="preserve">» 0112 </w:t>
      </w:r>
      <w:proofErr w:type="spellStart"/>
      <w:r w:rsidRPr="007E7FD7">
        <w:rPr>
          <w:sz w:val="28"/>
          <w:szCs w:val="28"/>
        </w:rPr>
        <w:t>әскери</w:t>
      </w:r>
      <w:proofErr w:type="spellEnd"/>
      <w:r w:rsidRPr="007E7FD7">
        <w:rPr>
          <w:sz w:val="28"/>
          <w:szCs w:val="28"/>
        </w:rPr>
        <w:t xml:space="preserve"> </w:t>
      </w:r>
      <w:proofErr w:type="spellStart"/>
      <w:r w:rsidRPr="007E7FD7">
        <w:rPr>
          <w:sz w:val="28"/>
          <w:szCs w:val="28"/>
        </w:rPr>
        <w:t>бөлімі</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мекемесі</w:t>
      </w:r>
      <w:proofErr w:type="spellEnd"/>
      <w:r w:rsidRPr="007E7FD7">
        <w:rPr>
          <w:sz w:val="28"/>
          <w:szCs w:val="28"/>
        </w:rPr>
        <w:t xml:space="preserve">, </w:t>
      </w:r>
      <w:proofErr w:type="spellStart"/>
      <w:r w:rsidRPr="007E7FD7">
        <w:rPr>
          <w:sz w:val="28"/>
          <w:szCs w:val="28"/>
        </w:rPr>
        <w:t>Абылай</w:t>
      </w:r>
      <w:proofErr w:type="spellEnd"/>
      <w:r w:rsidRPr="007E7FD7">
        <w:rPr>
          <w:sz w:val="28"/>
          <w:szCs w:val="28"/>
        </w:rPr>
        <w:t xml:space="preserve"> хан </w:t>
      </w:r>
      <w:proofErr w:type="spellStart"/>
      <w:r w:rsidRPr="007E7FD7">
        <w:rPr>
          <w:sz w:val="28"/>
          <w:szCs w:val="28"/>
        </w:rPr>
        <w:t>даңғылы</w:t>
      </w:r>
      <w:proofErr w:type="spellEnd"/>
      <w:r w:rsidRPr="007E7FD7">
        <w:rPr>
          <w:sz w:val="28"/>
          <w:szCs w:val="28"/>
        </w:rPr>
        <w:t>, № 45)</w:t>
      </w:r>
    </w:p>
    <w:p w14:paraId="175873E1" w14:textId="77777777" w:rsidR="00937755" w:rsidRPr="007E7FD7" w:rsidRDefault="00937755" w:rsidP="00937755">
      <w:pPr>
        <w:ind w:firstLine="709"/>
        <w:jc w:val="both"/>
        <w:rPr>
          <w:sz w:val="28"/>
          <w:szCs w:val="28"/>
        </w:rPr>
      </w:pPr>
    </w:p>
    <w:p w14:paraId="3762319E"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Абылай</w:t>
      </w:r>
      <w:proofErr w:type="spellEnd"/>
      <w:r w:rsidRPr="007E7FD7">
        <w:rPr>
          <w:sz w:val="28"/>
          <w:szCs w:val="28"/>
        </w:rPr>
        <w:t xml:space="preserve"> хан </w:t>
      </w:r>
      <w:proofErr w:type="spellStart"/>
      <w:r w:rsidRPr="007E7FD7">
        <w:rPr>
          <w:sz w:val="28"/>
          <w:szCs w:val="28"/>
        </w:rPr>
        <w:t>даңғылы</w:t>
      </w:r>
      <w:proofErr w:type="spellEnd"/>
      <w:r w:rsidRPr="007E7FD7">
        <w:rPr>
          <w:sz w:val="28"/>
          <w:szCs w:val="28"/>
        </w:rPr>
        <w:t xml:space="preserve">, № 45 </w:t>
      </w:r>
      <w:proofErr w:type="spellStart"/>
      <w:r w:rsidRPr="007E7FD7">
        <w:rPr>
          <w:sz w:val="28"/>
          <w:szCs w:val="28"/>
        </w:rPr>
        <w:t>үй</w:t>
      </w:r>
      <w:proofErr w:type="spellEnd"/>
      <w:r w:rsidRPr="007E7FD7">
        <w:rPr>
          <w:sz w:val="28"/>
          <w:szCs w:val="28"/>
        </w:rPr>
        <w:t>.</w:t>
      </w:r>
    </w:p>
    <w:p w14:paraId="4D163AB0" w14:textId="77777777" w:rsidR="00937755" w:rsidRPr="007E7FD7" w:rsidRDefault="00937755" w:rsidP="00937755">
      <w:pPr>
        <w:ind w:firstLine="709"/>
        <w:jc w:val="both"/>
        <w:rPr>
          <w:sz w:val="28"/>
          <w:szCs w:val="28"/>
        </w:rPr>
      </w:pPr>
    </w:p>
    <w:p w14:paraId="68D645EE" w14:textId="77777777" w:rsidR="00937755" w:rsidRPr="007E7FD7" w:rsidRDefault="00937755" w:rsidP="00937755">
      <w:pPr>
        <w:keepNext/>
        <w:ind w:firstLine="709"/>
        <w:jc w:val="center"/>
        <w:rPr>
          <w:sz w:val="28"/>
          <w:szCs w:val="28"/>
        </w:rPr>
      </w:pPr>
      <w:r w:rsidRPr="007E7FD7">
        <w:rPr>
          <w:sz w:val="28"/>
          <w:szCs w:val="28"/>
        </w:rPr>
        <w:t xml:space="preserve">№ 73 </w:t>
      </w:r>
      <w:proofErr w:type="spellStart"/>
      <w:r w:rsidRPr="007E7FD7">
        <w:rPr>
          <w:sz w:val="28"/>
          <w:szCs w:val="28"/>
        </w:rPr>
        <w:t>сайлау</w:t>
      </w:r>
      <w:proofErr w:type="spellEnd"/>
      <w:r w:rsidRPr="007E7FD7">
        <w:rPr>
          <w:sz w:val="28"/>
          <w:szCs w:val="28"/>
        </w:rPr>
        <w:t xml:space="preserve"> </w:t>
      </w:r>
      <w:proofErr w:type="spellStart"/>
      <w:r w:rsidRPr="007E7FD7">
        <w:rPr>
          <w:sz w:val="28"/>
          <w:szCs w:val="28"/>
        </w:rPr>
        <w:t>учаскесі</w:t>
      </w:r>
      <w:proofErr w:type="spellEnd"/>
    </w:p>
    <w:p w14:paraId="7F45AD0C" w14:textId="77777777" w:rsidR="00937755" w:rsidRPr="007E7FD7" w:rsidRDefault="00937755" w:rsidP="00937755">
      <w:pPr>
        <w:ind w:firstLine="709"/>
        <w:jc w:val="center"/>
        <w:rPr>
          <w:sz w:val="28"/>
          <w:szCs w:val="28"/>
        </w:rPr>
      </w:pPr>
      <w:r w:rsidRPr="007E7FD7">
        <w:rPr>
          <w:sz w:val="28"/>
          <w:szCs w:val="28"/>
        </w:rPr>
        <w:t>(</w:t>
      </w:r>
      <w:proofErr w:type="spellStart"/>
      <w:r w:rsidRPr="007E7FD7">
        <w:rPr>
          <w:sz w:val="28"/>
          <w:szCs w:val="28"/>
        </w:rPr>
        <w:t>орталығы</w:t>
      </w:r>
      <w:proofErr w:type="spellEnd"/>
      <w:r w:rsidRPr="007E7FD7">
        <w:rPr>
          <w:sz w:val="28"/>
          <w:szCs w:val="28"/>
        </w:rPr>
        <w:t xml:space="preserve"> – </w:t>
      </w:r>
      <w:proofErr w:type="spellStart"/>
      <w:r w:rsidRPr="007E7FD7">
        <w:rPr>
          <w:sz w:val="28"/>
          <w:szCs w:val="28"/>
        </w:rPr>
        <w:t>Ақмола</w:t>
      </w:r>
      <w:proofErr w:type="spellEnd"/>
      <w:r w:rsidRPr="007E7FD7">
        <w:rPr>
          <w:sz w:val="28"/>
          <w:szCs w:val="28"/>
        </w:rPr>
        <w:t xml:space="preserve"> </w:t>
      </w:r>
      <w:proofErr w:type="spellStart"/>
      <w:r w:rsidRPr="007E7FD7">
        <w:rPr>
          <w:sz w:val="28"/>
          <w:szCs w:val="28"/>
        </w:rPr>
        <w:t>облысы</w:t>
      </w:r>
      <w:proofErr w:type="spellEnd"/>
      <w:r w:rsidRPr="007E7FD7">
        <w:rPr>
          <w:sz w:val="28"/>
          <w:szCs w:val="28"/>
        </w:rPr>
        <w:t xml:space="preserve"> </w:t>
      </w:r>
      <w:proofErr w:type="spellStart"/>
      <w:r w:rsidRPr="007E7FD7">
        <w:rPr>
          <w:sz w:val="28"/>
          <w:szCs w:val="28"/>
        </w:rPr>
        <w:t>Денсаулық</w:t>
      </w:r>
      <w:proofErr w:type="spellEnd"/>
      <w:r w:rsidRPr="007E7FD7">
        <w:rPr>
          <w:sz w:val="28"/>
          <w:szCs w:val="28"/>
        </w:rPr>
        <w:t xml:space="preserve"> </w:t>
      </w:r>
      <w:proofErr w:type="spellStart"/>
      <w:r w:rsidRPr="007E7FD7">
        <w:rPr>
          <w:sz w:val="28"/>
          <w:szCs w:val="28"/>
        </w:rPr>
        <w:t>сақтау</w:t>
      </w:r>
      <w:proofErr w:type="spellEnd"/>
      <w:r w:rsidRPr="007E7FD7">
        <w:rPr>
          <w:sz w:val="28"/>
          <w:szCs w:val="28"/>
        </w:rPr>
        <w:t xml:space="preserve"> </w:t>
      </w:r>
      <w:proofErr w:type="spellStart"/>
      <w:r w:rsidRPr="007E7FD7">
        <w:rPr>
          <w:sz w:val="28"/>
          <w:szCs w:val="28"/>
        </w:rPr>
        <w:t>басқармасының</w:t>
      </w:r>
      <w:proofErr w:type="spellEnd"/>
      <w:r w:rsidRPr="007E7FD7">
        <w:rPr>
          <w:sz w:val="28"/>
          <w:szCs w:val="28"/>
        </w:rPr>
        <w:t xml:space="preserve"> </w:t>
      </w:r>
      <w:proofErr w:type="spellStart"/>
      <w:r w:rsidRPr="007E7FD7">
        <w:rPr>
          <w:sz w:val="28"/>
          <w:szCs w:val="28"/>
        </w:rPr>
        <w:t>жанындағы</w:t>
      </w:r>
      <w:proofErr w:type="spellEnd"/>
      <w:r w:rsidRPr="007E7FD7">
        <w:rPr>
          <w:sz w:val="28"/>
          <w:szCs w:val="28"/>
        </w:rPr>
        <w:t xml:space="preserve"> «№ 2 </w:t>
      </w:r>
      <w:proofErr w:type="spellStart"/>
      <w:r w:rsidRPr="007E7FD7">
        <w:rPr>
          <w:sz w:val="28"/>
          <w:szCs w:val="28"/>
        </w:rPr>
        <w:t>көпбейінді</w:t>
      </w:r>
      <w:proofErr w:type="spellEnd"/>
      <w:r w:rsidRPr="007E7FD7">
        <w:rPr>
          <w:sz w:val="28"/>
          <w:szCs w:val="28"/>
        </w:rPr>
        <w:t xml:space="preserve"> </w:t>
      </w:r>
      <w:proofErr w:type="spellStart"/>
      <w:r w:rsidRPr="007E7FD7">
        <w:rPr>
          <w:sz w:val="28"/>
          <w:szCs w:val="28"/>
        </w:rPr>
        <w:t>облыстық</w:t>
      </w:r>
      <w:proofErr w:type="spellEnd"/>
      <w:r w:rsidRPr="007E7FD7">
        <w:rPr>
          <w:sz w:val="28"/>
          <w:szCs w:val="28"/>
        </w:rPr>
        <w:t xml:space="preserve"> </w:t>
      </w:r>
      <w:proofErr w:type="spellStart"/>
      <w:r w:rsidRPr="007E7FD7">
        <w:rPr>
          <w:sz w:val="28"/>
          <w:szCs w:val="28"/>
        </w:rPr>
        <w:t>аурухана</w:t>
      </w:r>
      <w:proofErr w:type="spellEnd"/>
      <w:r w:rsidRPr="007E7FD7">
        <w:rPr>
          <w:sz w:val="28"/>
          <w:szCs w:val="28"/>
        </w:rPr>
        <w:t xml:space="preserve">» </w:t>
      </w:r>
      <w:proofErr w:type="spellStart"/>
      <w:r w:rsidRPr="007E7FD7">
        <w:rPr>
          <w:sz w:val="28"/>
          <w:szCs w:val="28"/>
        </w:rPr>
        <w:t>шаруашылық</w:t>
      </w:r>
      <w:proofErr w:type="spellEnd"/>
      <w:r w:rsidRPr="007E7FD7">
        <w:rPr>
          <w:sz w:val="28"/>
          <w:szCs w:val="28"/>
        </w:rPr>
        <w:t xml:space="preserve"> </w:t>
      </w:r>
      <w:proofErr w:type="spellStart"/>
      <w:r w:rsidRPr="007E7FD7">
        <w:rPr>
          <w:sz w:val="28"/>
          <w:szCs w:val="28"/>
        </w:rPr>
        <w:t>жүргізу</w:t>
      </w:r>
      <w:proofErr w:type="spellEnd"/>
      <w:r w:rsidRPr="007E7FD7">
        <w:rPr>
          <w:sz w:val="28"/>
          <w:szCs w:val="28"/>
        </w:rPr>
        <w:t xml:space="preserve"> </w:t>
      </w:r>
      <w:proofErr w:type="spellStart"/>
      <w:r w:rsidRPr="007E7FD7">
        <w:rPr>
          <w:sz w:val="28"/>
          <w:szCs w:val="28"/>
        </w:rPr>
        <w:t>құқығындағы</w:t>
      </w:r>
      <w:proofErr w:type="spellEnd"/>
      <w:r w:rsidRPr="007E7FD7">
        <w:rPr>
          <w:sz w:val="28"/>
          <w:szCs w:val="28"/>
        </w:rPr>
        <w:t xml:space="preserve"> </w:t>
      </w:r>
      <w:proofErr w:type="spellStart"/>
      <w:r w:rsidRPr="007E7FD7">
        <w:rPr>
          <w:sz w:val="28"/>
          <w:szCs w:val="28"/>
        </w:rPr>
        <w:t>мемлекеттік</w:t>
      </w:r>
      <w:proofErr w:type="spellEnd"/>
      <w:r w:rsidRPr="007E7FD7">
        <w:rPr>
          <w:sz w:val="28"/>
          <w:szCs w:val="28"/>
        </w:rPr>
        <w:t xml:space="preserve"> </w:t>
      </w:r>
      <w:proofErr w:type="spellStart"/>
      <w:r w:rsidRPr="007E7FD7">
        <w:rPr>
          <w:sz w:val="28"/>
          <w:szCs w:val="28"/>
        </w:rPr>
        <w:t>коммуналдық</w:t>
      </w:r>
      <w:proofErr w:type="spellEnd"/>
      <w:r w:rsidRPr="007E7FD7">
        <w:rPr>
          <w:sz w:val="28"/>
          <w:szCs w:val="28"/>
        </w:rPr>
        <w:t xml:space="preserve"> </w:t>
      </w:r>
      <w:proofErr w:type="spellStart"/>
      <w:r w:rsidRPr="007E7FD7">
        <w:rPr>
          <w:sz w:val="28"/>
          <w:szCs w:val="28"/>
        </w:rPr>
        <w:t>кәсіпорны</w:t>
      </w:r>
      <w:proofErr w:type="spellEnd"/>
      <w:r w:rsidRPr="007E7FD7">
        <w:rPr>
          <w:sz w:val="28"/>
          <w:szCs w:val="28"/>
        </w:rPr>
        <w:t xml:space="preserve">, </w:t>
      </w:r>
      <w:proofErr w:type="spellStart"/>
      <w:r w:rsidRPr="007E7FD7">
        <w:rPr>
          <w:sz w:val="28"/>
          <w:szCs w:val="28"/>
        </w:rPr>
        <w:t>Манас</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 22)</w:t>
      </w:r>
    </w:p>
    <w:p w14:paraId="2F0CB3A6" w14:textId="77777777" w:rsidR="00937755" w:rsidRPr="007E7FD7" w:rsidRDefault="00937755" w:rsidP="00937755">
      <w:pPr>
        <w:ind w:firstLine="709"/>
        <w:jc w:val="center"/>
        <w:rPr>
          <w:sz w:val="28"/>
          <w:szCs w:val="28"/>
        </w:rPr>
      </w:pPr>
    </w:p>
    <w:p w14:paraId="1554BEC0" w14:textId="77777777" w:rsidR="00937755" w:rsidRPr="007E7FD7" w:rsidRDefault="00937755" w:rsidP="00937755">
      <w:pPr>
        <w:ind w:firstLine="709"/>
        <w:jc w:val="both"/>
        <w:rPr>
          <w:sz w:val="28"/>
          <w:szCs w:val="28"/>
        </w:rPr>
      </w:pPr>
      <w:proofErr w:type="spellStart"/>
      <w:r w:rsidRPr="007E7FD7">
        <w:rPr>
          <w:sz w:val="28"/>
          <w:szCs w:val="28"/>
        </w:rPr>
        <w:t>Шекарасы</w:t>
      </w:r>
      <w:proofErr w:type="spellEnd"/>
      <w:r w:rsidRPr="007E7FD7">
        <w:rPr>
          <w:sz w:val="28"/>
          <w:szCs w:val="28"/>
        </w:rPr>
        <w:t xml:space="preserve">: </w:t>
      </w:r>
      <w:proofErr w:type="spellStart"/>
      <w:r w:rsidRPr="007E7FD7">
        <w:rPr>
          <w:sz w:val="28"/>
          <w:szCs w:val="28"/>
        </w:rPr>
        <w:t>Манас</w:t>
      </w:r>
      <w:proofErr w:type="spellEnd"/>
      <w:r w:rsidRPr="007E7FD7">
        <w:rPr>
          <w:sz w:val="28"/>
          <w:szCs w:val="28"/>
        </w:rPr>
        <w:t xml:space="preserve"> </w:t>
      </w:r>
      <w:proofErr w:type="spellStart"/>
      <w:r w:rsidRPr="007E7FD7">
        <w:rPr>
          <w:sz w:val="28"/>
          <w:szCs w:val="28"/>
        </w:rPr>
        <w:t>көшесі</w:t>
      </w:r>
      <w:proofErr w:type="spellEnd"/>
      <w:r w:rsidRPr="007E7FD7">
        <w:rPr>
          <w:sz w:val="28"/>
          <w:szCs w:val="28"/>
        </w:rPr>
        <w:t xml:space="preserve">, № 22 </w:t>
      </w:r>
      <w:proofErr w:type="spellStart"/>
      <w:r w:rsidRPr="007E7FD7">
        <w:rPr>
          <w:sz w:val="28"/>
          <w:szCs w:val="28"/>
        </w:rPr>
        <w:t>үй</w:t>
      </w:r>
      <w:proofErr w:type="spellEnd"/>
      <w:r w:rsidRPr="007E7FD7">
        <w:rPr>
          <w:sz w:val="28"/>
          <w:szCs w:val="28"/>
        </w:rPr>
        <w:t>.</w:t>
      </w:r>
    </w:p>
    <w:p w14:paraId="6F267E40" w14:textId="77777777" w:rsidR="00937755" w:rsidRPr="003345F3" w:rsidRDefault="00937755" w:rsidP="00937755">
      <w:pPr>
        <w:ind w:firstLine="709"/>
        <w:jc w:val="center"/>
        <w:rPr>
          <w:sz w:val="28"/>
          <w:szCs w:val="28"/>
        </w:rPr>
      </w:pPr>
      <w:r w:rsidRPr="007E7FD7">
        <w:rPr>
          <w:sz w:val="28"/>
          <w:szCs w:val="28"/>
          <w:lang w:val="kk-KZ"/>
        </w:rPr>
        <w:t>_________________________</w:t>
      </w:r>
    </w:p>
    <w:p w14:paraId="526F9677" w14:textId="77777777" w:rsidR="00937755" w:rsidRPr="008E10C9" w:rsidRDefault="00937755" w:rsidP="000D023A">
      <w:pPr>
        <w:rPr>
          <w:lang w:val="kk-KZ"/>
        </w:rPr>
      </w:pPr>
    </w:p>
    <w:p w14:paraId="7D3E0B98" w14:textId="67053AF0" w:rsidR="009251DF" w:rsidRDefault="009251DF" w:rsidP="000D023A">
      <w:pPr>
        <w:jc w:val="center"/>
        <w:rPr>
          <w:lang w:val="kk-KZ"/>
        </w:rPr>
      </w:pPr>
    </w:p>
    <w:p w14:paraId="4EB30A37" w14:textId="459BB194" w:rsidR="00937755" w:rsidRDefault="00937755" w:rsidP="000D023A">
      <w:pPr>
        <w:jc w:val="center"/>
        <w:rPr>
          <w:lang w:val="kk-KZ"/>
        </w:rPr>
      </w:pPr>
    </w:p>
    <w:p w14:paraId="00F84D31" w14:textId="50B5FCC8" w:rsidR="00937755" w:rsidRDefault="00937755" w:rsidP="000D023A">
      <w:pPr>
        <w:jc w:val="center"/>
        <w:rPr>
          <w:lang w:val="kk-KZ"/>
        </w:rPr>
      </w:pPr>
    </w:p>
    <w:p w14:paraId="70AF7665" w14:textId="165E0205" w:rsidR="00937755" w:rsidRDefault="00937755" w:rsidP="000D023A">
      <w:pPr>
        <w:jc w:val="center"/>
        <w:rPr>
          <w:lang w:val="kk-KZ"/>
        </w:rPr>
      </w:pPr>
    </w:p>
    <w:p w14:paraId="2F804113" w14:textId="664D45C6" w:rsidR="00937755" w:rsidRDefault="00937755" w:rsidP="000D023A">
      <w:pPr>
        <w:jc w:val="center"/>
        <w:rPr>
          <w:lang w:val="kk-KZ"/>
        </w:rPr>
      </w:pPr>
    </w:p>
    <w:p w14:paraId="3D7AAEE5" w14:textId="26946B99" w:rsidR="00937755" w:rsidRDefault="00937755" w:rsidP="000D023A">
      <w:pPr>
        <w:jc w:val="center"/>
        <w:rPr>
          <w:lang w:val="kk-KZ"/>
        </w:rPr>
      </w:pPr>
    </w:p>
    <w:p w14:paraId="26F08F58" w14:textId="75B7F6BC" w:rsidR="00937755" w:rsidRDefault="00937755" w:rsidP="000D023A">
      <w:pPr>
        <w:jc w:val="center"/>
        <w:rPr>
          <w:lang w:val="kk-KZ"/>
        </w:rPr>
      </w:pPr>
    </w:p>
    <w:p w14:paraId="2D818D59" w14:textId="5E185D55" w:rsidR="00937755" w:rsidRDefault="00937755" w:rsidP="000D023A">
      <w:pPr>
        <w:jc w:val="center"/>
        <w:rPr>
          <w:lang w:val="kk-KZ"/>
        </w:rPr>
      </w:pPr>
    </w:p>
    <w:p w14:paraId="67C16316" w14:textId="010341B3" w:rsidR="00937755" w:rsidRDefault="00937755" w:rsidP="000D023A">
      <w:pPr>
        <w:jc w:val="center"/>
        <w:rPr>
          <w:lang w:val="kk-KZ"/>
        </w:rPr>
      </w:pPr>
    </w:p>
    <w:p w14:paraId="74FC296B" w14:textId="08CDF353" w:rsidR="00937755" w:rsidRDefault="00937755" w:rsidP="000D023A">
      <w:pPr>
        <w:jc w:val="center"/>
        <w:rPr>
          <w:lang w:val="kk-KZ"/>
        </w:rPr>
      </w:pPr>
    </w:p>
    <w:p w14:paraId="5FFC6322" w14:textId="484507B9" w:rsidR="00937755" w:rsidRDefault="00937755" w:rsidP="000D023A">
      <w:pPr>
        <w:jc w:val="center"/>
        <w:rPr>
          <w:lang w:val="kk-KZ"/>
        </w:rPr>
      </w:pPr>
    </w:p>
    <w:p w14:paraId="1B46288A" w14:textId="6D8DF1EC" w:rsidR="00536860" w:rsidRDefault="00536860" w:rsidP="000D023A">
      <w:pPr>
        <w:jc w:val="center"/>
        <w:rPr>
          <w:lang w:val="kk-KZ"/>
        </w:rPr>
      </w:pPr>
    </w:p>
    <w:p w14:paraId="7986E8FC" w14:textId="47A50E4C" w:rsidR="00536860" w:rsidRDefault="00536860" w:rsidP="000D023A">
      <w:pPr>
        <w:jc w:val="center"/>
        <w:rPr>
          <w:lang w:val="kk-KZ"/>
        </w:rPr>
      </w:pPr>
    </w:p>
    <w:p w14:paraId="2222521A" w14:textId="19B476C8" w:rsidR="00536860" w:rsidRDefault="00536860" w:rsidP="000D023A">
      <w:pPr>
        <w:jc w:val="center"/>
        <w:rPr>
          <w:lang w:val="kk-KZ"/>
        </w:rPr>
      </w:pPr>
    </w:p>
    <w:p w14:paraId="3B3D8723" w14:textId="42761132" w:rsidR="00536860" w:rsidRDefault="00536860" w:rsidP="000D023A">
      <w:pPr>
        <w:jc w:val="center"/>
        <w:rPr>
          <w:lang w:val="kk-KZ"/>
        </w:rPr>
      </w:pPr>
    </w:p>
    <w:p w14:paraId="467E8FF1" w14:textId="0064F628" w:rsidR="00536860" w:rsidRDefault="00536860" w:rsidP="000D023A">
      <w:pPr>
        <w:jc w:val="center"/>
        <w:rPr>
          <w:lang w:val="kk-KZ"/>
        </w:rPr>
      </w:pPr>
    </w:p>
    <w:p w14:paraId="3C441BB2" w14:textId="1BE75A3A" w:rsidR="00536860" w:rsidRDefault="00536860" w:rsidP="000D023A">
      <w:pPr>
        <w:jc w:val="center"/>
        <w:rPr>
          <w:lang w:val="kk-KZ"/>
        </w:rPr>
      </w:pPr>
    </w:p>
    <w:p w14:paraId="157D2DC7" w14:textId="7E51E270" w:rsidR="00536860" w:rsidRDefault="00536860" w:rsidP="000D023A">
      <w:pPr>
        <w:jc w:val="center"/>
        <w:rPr>
          <w:lang w:val="kk-KZ"/>
        </w:rPr>
      </w:pPr>
    </w:p>
    <w:p w14:paraId="2668D6E7" w14:textId="1F092B45" w:rsidR="00536860" w:rsidRDefault="00536860" w:rsidP="000D023A">
      <w:pPr>
        <w:jc w:val="center"/>
        <w:rPr>
          <w:lang w:val="kk-KZ"/>
        </w:rPr>
      </w:pPr>
    </w:p>
    <w:p w14:paraId="3DCDB741" w14:textId="17FC1381" w:rsidR="00536860" w:rsidRDefault="00536860" w:rsidP="000D023A">
      <w:pPr>
        <w:jc w:val="center"/>
        <w:rPr>
          <w:lang w:val="kk-KZ"/>
        </w:rPr>
      </w:pPr>
    </w:p>
    <w:p w14:paraId="3C84FC01" w14:textId="54C4786C" w:rsidR="00536860" w:rsidRDefault="00536860" w:rsidP="000D023A">
      <w:pPr>
        <w:jc w:val="center"/>
        <w:rPr>
          <w:lang w:val="kk-KZ"/>
        </w:rPr>
      </w:pPr>
    </w:p>
    <w:p w14:paraId="104C9AB5" w14:textId="65D7D291" w:rsidR="00536860" w:rsidRDefault="00536860" w:rsidP="000D023A">
      <w:pPr>
        <w:jc w:val="center"/>
        <w:rPr>
          <w:lang w:val="kk-KZ"/>
        </w:rPr>
      </w:pPr>
    </w:p>
    <w:p w14:paraId="23B5E316" w14:textId="13D597BD" w:rsidR="00536860" w:rsidRDefault="00536860" w:rsidP="000D023A">
      <w:pPr>
        <w:jc w:val="center"/>
        <w:rPr>
          <w:lang w:val="kk-KZ"/>
        </w:rPr>
      </w:pPr>
    </w:p>
    <w:p w14:paraId="042AF1D9" w14:textId="7E8CD08B" w:rsidR="00536860" w:rsidRDefault="00536860" w:rsidP="000D023A">
      <w:pPr>
        <w:jc w:val="center"/>
        <w:rPr>
          <w:lang w:val="kk-KZ"/>
        </w:rPr>
      </w:pPr>
    </w:p>
    <w:p w14:paraId="7B2965F8" w14:textId="7E39D67F" w:rsidR="00536860" w:rsidRDefault="00536860" w:rsidP="000D023A">
      <w:pPr>
        <w:jc w:val="center"/>
        <w:rPr>
          <w:lang w:val="kk-KZ"/>
        </w:rPr>
      </w:pPr>
    </w:p>
    <w:p w14:paraId="0BE6CCA3" w14:textId="30453E7D" w:rsidR="00536860" w:rsidRDefault="00536860" w:rsidP="000D023A">
      <w:pPr>
        <w:jc w:val="center"/>
        <w:rPr>
          <w:lang w:val="kk-KZ"/>
        </w:rPr>
      </w:pPr>
    </w:p>
    <w:p w14:paraId="6B7B20DE" w14:textId="6DA8CE38" w:rsidR="00536860" w:rsidRDefault="00536860" w:rsidP="000D023A">
      <w:pPr>
        <w:jc w:val="center"/>
        <w:rPr>
          <w:lang w:val="kk-KZ"/>
        </w:rPr>
      </w:pPr>
    </w:p>
    <w:p w14:paraId="7FFC37FF" w14:textId="09FD2302" w:rsidR="00536860" w:rsidRDefault="00536860" w:rsidP="000D023A">
      <w:pPr>
        <w:jc w:val="center"/>
        <w:rPr>
          <w:lang w:val="kk-KZ"/>
        </w:rPr>
      </w:pPr>
    </w:p>
    <w:p w14:paraId="4F34B075" w14:textId="33626334" w:rsidR="00536860" w:rsidRDefault="00536860" w:rsidP="000D023A">
      <w:pPr>
        <w:jc w:val="center"/>
        <w:rPr>
          <w:lang w:val="kk-KZ"/>
        </w:rPr>
      </w:pPr>
    </w:p>
    <w:p w14:paraId="60848E8A" w14:textId="585D3D5E" w:rsidR="00536860" w:rsidRDefault="00536860" w:rsidP="000D023A">
      <w:pPr>
        <w:jc w:val="center"/>
        <w:rPr>
          <w:lang w:val="kk-KZ"/>
        </w:rPr>
      </w:pPr>
    </w:p>
    <w:p w14:paraId="0C0814F2" w14:textId="2D183A91" w:rsidR="00536860" w:rsidRDefault="00536860" w:rsidP="000D023A">
      <w:pPr>
        <w:jc w:val="center"/>
        <w:rPr>
          <w:lang w:val="kk-KZ"/>
        </w:rPr>
      </w:pPr>
    </w:p>
    <w:p w14:paraId="158B9E6D" w14:textId="28497598" w:rsidR="00536860" w:rsidRDefault="00536860" w:rsidP="000D023A">
      <w:pPr>
        <w:jc w:val="center"/>
        <w:rPr>
          <w:lang w:val="kk-KZ"/>
        </w:rPr>
      </w:pPr>
    </w:p>
    <w:p w14:paraId="25311253" w14:textId="6698C647" w:rsidR="00536860" w:rsidRDefault="00536860" w:rsidP="000D023A">
      <w:pPr>
        <w:jc w:val="center"/>
        <w:rPr>
          <w:lang w:val="kk-KZ"/>
        </w:rPr>
      </w:pPr>
    </w:p>
    <w:p w14:paraId="0DFB809E" w14:textId="0481D351" w:rsidR="00536860" w:rsidRDefault="00536860" w:rsidP="000D023A">
      <w:pPr>
        <w:jc w:val="center"/>
        <w:rPr>
          <w:lang w:val="kk-KZ"/>
        </w:rPr>
      </w:pPr>
    </w:p>
    <w:p w14:paraId="03947A75" w14:textId="722A9E89" w:rsidR="00536860" w:rsidRDefault="00536860" w:rsidP="000D023A">
      <w:pPr>
        <w:jc w:val="center"/>
        <w:rPr>
          <w:lang w:val="kk-KZ"/>
        </w:rPr>
      </w:pPr>
    </w:p>
    <w:p w14:paraId="6810EB46" w14:textId="6C1EBFDB" w:rsidR="00536860" w:rsidRDefault="00536860" w:rsidP="000D023A">
      <w:pPr>
        <w:jc w:val="center"/>
        <w:rPr>
          <w:lang w:val="kk-KZ"/>
        </w:rPr>
      </w:pPr>
    </w:p>
    <w:p w14:paraId="72B3362F" w14:textId="60328C34" w:rsidR="00536860" w:rsidRDefault="00536860" w:rsidP="000D023A">
      <w:pPr>
        <w:jc w:val="center"/>
        <w:rPr>
          <w:lang w:val="kk-KZ"/>
        </w:rPr>
      </w:pPr>
    </w:p>
    <w:p w14:paraId="0E398CB9" w14:textId="50D842EA" w:rsidR="00536860" w:rsidRDefault="00536860" w:rsidP="000D023A">
      <w:pPr>
        <w:jc w:val="center"/>
        <w:rPr>
          <w:lang w:val="kk-KZ"/>
        </w:rPr>
      </w:pPr>
    </w:p>
    <w:p w14:paraId="138BDD35" w14:textId="77777777" w:rsidR="00536860" w:rsidRDefault="00536860" w:rsidP="000D023A">
      <w:pPr>
        <w:jc w:val="center"/>
        <w:rPr>
          <w:lang w:val="kk-KZ"/>
        </w:rPr>
      </w:pPr>
    </w:p>
    <w:p w14:paraId="2D5AC538" w14:textId="0E4CC48C" w:rsidR="00937755" w:rsidRDefault="00937755" w:rsidP="000D023A">
      <w:pPr>
        <w:jc w:val="center"/>
        <w:rPr>
          <w:lang w:val="kk-KZ"/>
        </w:rPr>
      </w:pPr>
    </w:p>
    <w:tbl>
      <w:tblPr>
        <w:tblW w:w="4111" w:type="dxa"/>
        <w:tblInd w:w="5670" w:type="dxa"/>
        <w:tblLook w:val="04A0" w:firstRow="1" w:lastRow="0" w:firstColumn="1" w:lastColumn="0" w:noHBand="0" w:noVBand="1"/>
      </w:tblPr>
      <w:tblGrid>
        <w:gridCol w:w="4111"/>
      </w:tblGrid>
      <w:tr w:rsidR="00883B86" w:rsidRPr="00D2356F" w14:paraId="64DD445C" w14:textId="77777777" w:rsidTr="009720AC">
        <w:tc>
          <w:tcPr>
            <w:tcW w:w="4111" w:type="dxa"/>
            <w:tcBorders>
              <w:top w:val="nil"/>
              <w:left w:val="nil"/>
              <w:bottom w:val="nil"/>
              <w:right w:val="nil"/>
            </w:tcBorders>
          </w:tcPr>
          <w:p w14:paraId="0AB8EFA2" w14:textId="77777777" w:rsidR="00883B86" w:rsidRPr="00D2356F" w:rsidRDefault="00883B86" w:rsidP="00883B86">
            <w:pPr>
              <w:ind w:left="250" w:hanging="250"/>
              <w:rPr>
                <w:sz w:val="28"/>
                <w:szCs w:val="28"/>
                <w:lang w:val="kk-KZ"/>
              </w:rPr>
            </w:pPr>
            <w:r w:rsidRPr="00D2356F">
              <w:rPr>
                <w:sz w:val="28"/>
                <w:szCs w:val="28"/>
                <w:lang w:val="kk-KZ"/>
              </w:rPr>
              <w:lastRenderedPageBreak/>
              <w:t>Астана қаласы әкімінің</w:t>
            </w:r>
          </w:p>
          <w:p w14:paraId="73CDDC16" w14:textId="4BA075F9" w:rsidR="00883B86" w:rsidRPr="00D2356F" w:rsidRDefault="00883B86" w:rsidP="00883B86">
            <w:pPr>
              <w:ind w:left="250" w:hanging="250"/>
              <w:rPr>
                <w:sz w:val="28"/>
                <w:szCs w:val="28"/>
                <w:lang w:val="kk-KZ"/>
              </w:rPr>
            </w:pPr>
            <w:r w:rsidRPr="00D2356F">
              <w:rPr>
                <w:sz w:val="28"/>
                <w:szCs w:val="28"/>
                <w:lang w:val="kk-KZ"/>
              </w:rPr>
              <w:t>2026 жылғы «30» қыркүйектегі</w:t>
            </w:r>
          </w:p>
          <w:p w14:paraId="3B8127B6" w14:textId="33C8C0ED" w:rsidR="00883B86" w:rsidRPr="00D2356F" w:rsidRDefault="00883B86" w:rsidP="00883B86">
            <w:pPr>
              <w:ind w:left="250" w:hanging="250"/>
              <w:rPr>
                <w:sz w:val="28"/>
                <w:szCs w:val="28"/>
                <w:lang w:val="kk-KZ"/>
              </w:rPr>
            </w:pPr>
            <w:r w:rsidRPr="00D2356F">
              <w:rPr>
                <w:sz w:val="28"/>
                <w:szCs w:val="28"/>
                <w:lang w:val="kk-KZ"/>
              </w:rPr>
              <w:t>№ 01-21 шешіміне</w:t>
            </w:r>
          </w:p>
        </w:tc>
      </w:tr>
      <w:tr w:rsidR="00883B86" w:rsidRPr="00D2356F" w14:paraId="52C2888B" w14:textId="77777777" w:rsidTr="009720AC">
        <w:tc>
          <w:tcPr>
            <w:tcW w:w="4111" w:type="dxa"/>
            <w:tcBorders>
              <w:top w:val="nil"/>
              <w:left w:val="nil"/>
              <w:bottom w:val="nil"/>
              <w:right w:val="nil"/>
            </w:tcBorders>
          </w:tcPr>
          <w:p w14:paraId="1794760F" w14:textId="77777777" w:rsidR="00883B86" w:rsidRPr="00D2356F" w:rsidRDefault="00883B86" w:rsidP="00883B86">
            <w:pPr>
              <w:ind w:left="250" w:hanging="250"/>
              <w:rPr>
                <w:sz w:val="28"/>
                <w:szCs w:val="28"/>
                <w:lang w:val="en-US"/>
              </w:rPr>
            </w:pPr>
            <w:r w:rsidRPr="00D2356F">
              <w:rPr>
                <w:sz w:val="28"/>
                <w:szCs w:val="28"/>
              </w:rPr>
              <w:t>2</w:t>
            </w:r>
            <w:r w:rsidRPr="00D2356F">
              <w:rPr>
                <w:sz w:val="28"/>
                <w:szCs w:val="28"/>
                <w:lang w:val="en-US"/>
              </w:rPr>
              <w:t>-</w:t>
            </w:r>
            <w:proofErr w:type="spellStart"/>
            <w:r w:rsidRPr="00D2356F">
              <w:rPr>
                <w:sz w:val="28"/>
                <w:szCs w:val="28"/>
                <w:lang w:val="en-US"/>
              </w:rPr>
              <w:t>қосымша</w:t>
            </w:r>
            <w:proofErr w:type="spellEnd"/>
          </w:p>
          <w:p w14:paraId="3581E1DC" w14:textId="77777777" w:rsidR="00883B86" w:rsidRPr="00D2356F" w:rsidRDefault="00883B86" w:rsidP="00883B86">
            <w:pPr>
              <w:ind w:hanging="250"/>
              <w:rPr>
                <w:i/>
                <w:sz w:val="28"/>
                <w:szCs w:val="28"/>
                <w:lang w:val="kk-KZ"/>
              </w:rPr>
            </w:pPr>
          </w:p>
        </w:tc>
      </w:tr>
      <w:tr w:rsidR="00883B86" w:rsidRPr="00D2356F" w14:paraId="54557D45" w14:textId="77777777" w:rsidTr="009720AC">
        <w:tc>
          <w:tcPr>
            <w:tcW w:w="4111" w:type="dxa"/>
            <w:tcBorders>
              <w:top w:val="nil"/>
              <w:left w:val="nil"/>
              <w:bottom w:val="nil"/>
              <w:right w:val="nil"/>
            </w:tcBorders>
          </w:tcPr>
          <w:p w14:paraId="0BFD0B40" w14:textId="77777777" w:rsidR="00883B86" w:rsidRPr="00D2356F" w:rsidRDefault="00883B86" w:rsidP="00883B86">
            <w:pPr>
              <w:ind w:left="250" w:hanging="250"/>
              <w:rPr>
                <w:sz w:val="28"/>
                <w:szCs w:val="28"/>
              </w:rPr>
            </w:pPr>
            <w:r w:rsidRPr="00D2356F">
              <w:rPr>
                <w:sz w:val="28"/>
                <w:szCs w:val="28"/>
              </w:rPr>
              <w:t xml:space="preserve">Астана </w:t>
            </w:r>
            <w:proofErr w:type="spellStart"/>
            <w:r w:rsidRPr="00D2356F">
              <w:rPr>
                <w:sz w:val="28"/>
                <w:szCs w:val="28"/>
              </w:rPr>
              <w:t>қаласы</w:t>
            </w:r>
            <w:proofErr w:type="spellEnd"/>
            <w:r w:rsidRPr="00D2356F">
              <w:rPr>
                <w:sz w:val="28"/>
                <w:szCs w:val="28"/>
              </w:rPr>
              <w:t xml:space="preserve"> </w:t>
            </w:r>
            <w:proofErr w:type="spellStart"/>
            <w:r w:rsidRPr="00D2356F">
              <w:rPr>
                <w:sz w:val="28"/>
                <w:szCs w:val="28"/>
              </w:rPr>
              <w:t>әкімінің</w:t>
            </w:r>
            <w:proofErr w:type="spellEnd"/>
          </w:p>
          <w:p w14:paraId="05A5460F" w14:textId="77777777" w:rsidR="00883B86" w:rsidRPr="00D2356F" w:rsidRDefault="00883B86" w:rsidP="00883B86">
            <w:pPr>
              <w:ind w:left="250" w:hanging="250"/>
              <w:rPr>
                <w:sz w:val="28"/>
                <w:szCs w:val="28"/>
                <w:lang w:val="kk-KZ"/>
              </w:rPr>
            </w:pPr>
            <w:r w:rsidRPr="00D2356F">
              <w:rPr>
                <w:sz w:val="28"/>
                <w:szCs w:val="28"/>
              </w:rPr>
              <w:t xml:space="preserve">2025 </w:t>
            </w:r>
            <w:proofErr w:type="spellStart"/>
            <w:r w:rsidRPr="00D2356F">
              <w:rPr>
                <w:sz w:val="28"/>
                <w:szCs w:val="28"/>
              </w:rPr>
              <w:t>жылғы</w:t>
            </w:r>
            <w:proofErr w:type="spellEnd"/>
            <w:r w:rsidRPr="00D2356F">
              <w:rPr>
                <w:sz w:val="28"/>
                <w:szCs w:val="28"/>
              </w:rPr>
              <w:t xml:space="preserve"> 8 </w:t>
            </w:r>
            <w:proofErr w:type="spellStart"/>
            <w:r w:rsidRPr="00D2356F">
              <w:rPr>
                <w:sz w:val="28"/>
                <w:szCs w:val="28"/>
              </w:rPr>
              <w:t>сәуірдегі</w:t>
            </w:r>
            <w:proofErr w:type="spellEnd"/>
          </w:p>
          <w:p w14:paraId="307D5C95" w14:textId="77777777" w:rsidR="00883B86" w:rsidRPr="00D2356F" w:rsidRDefault="00883B86" w:rsidP="00883B86">
            <w:pPr>
              <w:ind w:left="250" w:hanging="250"/>
              <w:rPr>
                <w:sz w:val="28"/>
                <w:szCs w:val="28"/>
                <w:lang w:val="kk-KZ"/>
              </w:rPr>
            </w:pPr>
            <w:r w:rsidRPr="00D2356F">
              <w:rPr>
                <w:sz w:val="28"/>
                <w:szCs w:val="28"/>
              </w:rPr>
              <w:t xml:space="preserve">№ 01-7 </w:t>
            </w:r>
            <w:proofErr w:type="spellStart"/>
            <w:r w:rsidRPr="00D2356F">
              <w:rPr>
                <w:sz w:val="28"/>
                <w:szCs w:val="28"/>
              </w:rPr>
              <w:t>шешіміне</w:t>
            </w:r>
            <w:proofErr w:type="spellEnd"/>
          </w:p>
        </w:tc>
      </w:tr>
      <w:tr w:rsidR="00883B86" w:rsidRPr="00D2356F" w14:paraId="7C661C77" w14:textId="77777777" w:rsidTr="009720AC">
        <w:tc>
          <w:tcPr>
            <w:tcW w:w="4111" w:type="dxa"/>
            <w:tcBorders>
              <w:top w:val="nil"/>
              <w:left w:val="nil"/>
              <w:bottom w:val="nil"/>
              <w:right w:val="nil"/>
            </w:tcBorders>
          </w:tcPr>
          <w:p w14:paraId="6EB3A24B" w14:textId="77777777" w:rsidR="00883B86" w:rsidRPr="00D2356F" w:rsidRDefault="00883B86" w:rsidP="00883B86">
            <w:pPr>
              <w:ind w:left="250" w:hanging="250"/>
              <w:rPr>
                <w:sz w:val="28"/>
                <w:szCs w:val="28"/>
                <w:lang w:val="kk-KZ"/>
              </w:rPr>
            </w:pPr>
            <w:r w:rsidRPr="00D2356F">
              <w:rPr>
                <w:sz w:val="28"/>
                <w:szCs w:val="28"/>
              </w:rPr>
              <w:t>2-</w:t>
            </w:r>
            <w:proofErr w:type="spellStart"/>
            <w:r w:rsidRPr="00D2356F">
              <w:rPr>
                <w:sz w:val="28"/>
                <w:szCs w:val="28"/>
                <w:lang w:val="en-US"/>
              </w:rPr>
              <w:t>қосымша</w:t>
            </w:r>
            <w:proofErr w:type="spellEnd"/>
          </w:p>
        </w:tc>
      </w:tr>
    </w:tbl>
    <w:p w14:paraId="745EFFEE" w14:textId="77777777" w:rsidR="00883B86" w:rsidRPr="00D2356F" w:rsidRDefault="00883B86" w:rsidP="00883B86">
      <w:pPr>
        <w:rPr>
          <w:sz w:val="28"/>
          <w:szCs w:val="28"/>
        </w:rPr>
      </w:pPr>
    </w:p>
    <w:p w14:paraId="7B8D53A7" w14:textId="77777777" w:rsidR="00883B86" w:rsidRPr="00367C48" w:rsidRDefault="00883B86" w:rsidP="00883B86">
      <w:pPr>
        <w:rPr>
          <w:sz w:val="28"/>
          <w:szCs w:val="28"/>
        </w:rPr>
      </w:pPr>
    </w:p>
    <w:p w14:paraId="77CF3A28" w14:textId="77777777" w:rsidR="00883B86" w:rsidRPr="00367C48" w:rsidRDefault="00883B86" w:rsidP="00883B86">
      <w:pPr>
        <w:ind w:firstLine="709"/>
        <w:jc w:val="center"/>
        <w:rPr>
          <w:sz w:val="28"/>
          <w:szCs w:val="28"/>
          <w:lang w:val="kk-KZ"/>
        </w:rPr>
      </w:pPr>
      <w:r w:rsidRPr="00367C48">
        <w:rPr>
          <w:sz w:val="28"/>
          <w:szCs w:val="28"/>
          <w:lang w:val="kk-KZ"/>
        </w:rPr>
        <w:t>Астана қаласы «Байқоңыр» ауданының сайлау учаскелері</w:t>
      </w:r>
    </w:p>
    <w:p w14:paraId="63F7008C" w14:textId="77777777" w:rsidR="00883B86" w:rsidRPr="00367C48" w:rsidRDefault="00883B86" w:rsidP="00883B86">
      <w:pPr>
        <w:ind w:firstLine="709"/>
        <w:jc w:val="center"/>
        <w:rPr>
          <w:sz w:val="28"/>
          <w:szCs w:val="28"/>
          <w:lang w:val="kk-KZ"/>
        </w:rPr>
      </w:pPr>
    </w:p>
    <w:p w14:paraId="15DCE9FB" w14:textId="77777777" w:rsidR="00883B86" w:rsidRPr="00367C48" w:rsidRDefault="00883B86" w:rsidP="00883B86">
      <w:pPr>
        <w:ind w:firstLine="709"/>
        <w:jc w:val="center"/>
        <w:rPr>
          <w:sz w:val="28"/>
          <w:szCs w:val="28"/>
          <w:lang w:val="kk-KZ"/>
        </w:rPr>
      </w:pPr>
      <w:r w:rsidRPr="00367C48">
        <w:rPr>
          <w:sz w:val="28"/>
          <w:szCs w:val="28"/>
          <w:lang w:val="kk-KZ"/>
        </w:rPr>
        <w:t>№ 74 сайлау учаскесі</w:t>
      </w:r>
    </w:p>
    <w:p w14:paraId="570903F8"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«Жамбыл Жабаев атындағы</w:t>
      </w:r>
    </w:p>
    <w:p w14:paraId="0FEA2D5E" w14:textId="77777777" w:rsidR="00883B86" w:rsidRPr="00367C48" w:rsidRDefault="00883B86" w:rsidP="00883B86">
      <w:pPr>
        <w:ind w:firstLine="709"/>
        <w:jc w:val="center"/>
        <w:rPr>
          <w:sz w:val="28"/>
          <w:szCs w:val="28"/>
          <w:lang w:val="kk-KZ"/>
        </w:rPr>
      </w:pPr>
      <w:r w:rsidRPr="00367C48">
        <w:rPr>
          <w:sz w:val="28"/>
          <w:szCs w:val="28"/>
          <w:lang w:val="kk-KZ"/>
        </w:rPr>
        <w:t xml:space="preserve"> № 4 мектеп-гимназия» шаруашылық жүргізу құқығындағы мемлекеттік коммуналдық кәсіпорны, Ш. Айманов көшесі, № 3)</w:t>
      </w:r>
    </w:p>
    <w:p w14:paraId="25DB34AF" w14:textId="77777777" w:rsidR="00883B86" w:rsidRPr="00367C48" w:rsidRDefault="00883B86" w:rsidP="00883B86">
      <w:pPr>
        <w:ind w:firstLine="709"/>
        <w:jc w:val="center"/>
        <w:rPr>
          <w:sz w:val="28"/>
          <w:szCs w:val="28"/>
          <w:lang w:val="kk-KZ"/>
        </w:rPr>
      </w:pPr>
    </w:p>
    <w:p w14:paraId="6580E6A1" w14:textId="77777777" w:rsidR="00883B86" w:rsidRPr="00367C48" w:rsidRDefault="00883B86" w:rsidP="00883B86">
      <w:pPr>
        <w:ind w:firstLine="709"/>
        <w:jc w:val="both"/>
        <w:rPr>
          <w:sz w:val="28"/>
          <w:szCs w:val="28"/>
          <w:lang w:val="kk-KZ"/>
        </w:rPr>
      </w:pPr>
      <w:r w:rsidRPr="00367C48">
        <w:rPr>
          <w:sz w:val="28"/>
          <w:szCs w:val="28"/>
          <w:lang w:val="kk-KZ"/>
        </w:rPr>
        <w:t>Шекарасы: С. Жүнісов көшесінен Республика даңғылының жұп сандар жағымен Бөгенбай батыр даңғылына дейін, Бөгенбай батыр даңғылының жұп сандар жағымен Ж. Аймауытов көшесіне дейін, Ж. Аймауытов көшесінің тақ сандар жағымен Ә. Жангелдин көшесіне дейін, Ә. Жангелдин көшесінің тақ сандар жағымен С. Торайғыров көшесіне дейін, С. Торайғыров көшесінің жұп сандар жағымен С. Жүнісов көшесіне дейін, С. Жүнісов көшесінің тақ сандар жағымен Республика даңғылына дейін.</w:t>
      </w:r>
    </w:p>
    <w:p w14:paraId="1D1C8C27" w14:textId="77777777" w:rsidR="00883B86" w:rsidRPr="00367C48" w:rsidRDefault="00883B86" w:rsidP="00883B86">
      <w:pPr>
        <w:ind w:firstLine="709"/>
        <w:jc w:val="both"/>
        <w:rPr>
          <w:sz w:val="28"/>
          <w:szCs w:val="28"/>
          <w:lang w:val="kk-KZ"/>
        </w:rPr>
      </w:pPr>
    </w:p>
    <w:p w14:paraId="6B396997" w14:textId="77777777" w:rsidR="00883B86" w:rsidRPr="00367C48" w:rsidRDefault="00883B86" w:rsidP="00883B86">
      <w:pPr>
        <w:ind w:firstLine="709"/>
        <w:jc w:val="center"/>
        <w:rPr>
          <w:sz w:val="28"/>
          <w:szCs w:val="28"/>
          <w:lang w:val="kk-KZ"/>
        </w:rPr>
      </w:pPr>
      <w:r w:rsidRPr="00367C48">
        <w:rPr>
          <w:sz w:val="28"/>
          <w:szCs w:val="28"/>
          <w:lang w:val="kk-KZ"/>
        </w:rPr>
        <w:t>№ 75 сайлау учаскесі</w:t>
      </w:r>
    </w:p>
    <w:p w14:paraId="1494B341"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«Жамбыл Жабаев атындағы</w:t>
      </w:r>
    </w:p>
    <w:p w14:paraId="27AD7F95" w14:textId="77777777" w:rsidR="00883B86" w:rsidRPr="00367C48" w:rsidRDefault="00883B86" w:rsidP="00883B86">
      <w:pPr>
        <w:ind w:firstLine="709"/>
        <w:jc w:val="center"/>
        <w:rPr>
          <w:sz w:val="28"/>
          <w:szCs w:val="28"/>
          <w:lang w:val="kk-KZ"/>
        </w:rPr>
      </w:pPr>
      <w:r w:rsidRPr="00367C48">
        <w:rPr>
          <w:sz w:val="28"/>
          <w:szCs w:val="28"/>
          <w:lang w:val="kk-KZ"/>
        </w:rPr>
        <w:t xml:space="preserve"> № 4 мектеп-гимназия» шаруашылық жүргізу құқығындағы мемлекеттік коммуналдық кәсіпорны, Ш. Айманов көшесі, № 3)</w:t>
      </w:r>
    </w:p>
    <w:p w14:paraId="46044F18" w14:textId="77777777" w:rsidR="00883B86" w:rsidRPr="00367C48" w:rsidRDefault="00883B86" w:rsidP="00883B86">
      <w:pPr>
        <w:ind w:firstLine="709"/>
        <w:jc w:val="center"/>
        <w:rPr>
          <w:sz w:val="28"/>
          <w:szCs w:val="28"/>
          <w:lang w:val="kk-KZ"/>
        </w:rPr>
      </w:pPr>
    </w:p>
    <w:p w14:paraId="2E5B2F00"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Республика даңғылынан С. Жүнісов көшесінің жұп сандар жағымен С. Торайғыров көшесіне дейін, С. Торайғыров көшесінің тақ сандар жағымен Ә. Жангелдин көшесіне дейін, Ә. Жангелдин көшесінің жұп сандар жағымен Ш. Айманов көшесіне дейін, Ш. Айманов көшесінің тақ сандар жағымен С. Сейфуллин көшесіне дейін, С. Сейфуллин көшесінің тақ сандар жағымен Республика даңғылына дейін, Республика даңғылының жұп сандар жағымен </w:t>
      </w:r>
      <w:r w:rsidRPr="00367C48">
        <w:rPr>
          <w:sz w:val="28"/>
          <w:szCs w:val="28"/>
          <w:lang w:val="kk-KZ"/>
        </w:rPr>
        <w:br/>
        <w:t>С. Жүнісов көшесіне дейін.</w:t>
      </w:r>
    </w:p>
    <w:p w14:paraId="7B26E053" w14:textId="77777777" w:rsidR="00883B86" w:rsidRPr="00367C48" w:rsidRDefault="00883B86" w:rsidP="00883B86">
      <w:pPr>
        <w:ind w:firstLine="709"/>
        <w:jc w:val="both"/>
        <w:rPr>
          <w:sz w:val="28"/>
          <w:szCs w:val="28"/>
          <w:lang w:val="kk-KZ"/>
        </w:rPr>
      </w:pPr>
    </w:p>
    <w:p w14:paraId="1D78BB61" w14:textId="77777777" w:rsidR="00883B86" w:rsidRPr="00367C48" w:rsidRDefault="00883B86" w:rsidP="00883B86">
      <w:pPr>
        <w:ind w:firstLine="709"/>
        <w:jc w:val="center"/>
        <w:rPr>
          <w:sz w:val="28"/>
          <w:szCs w:val="28"/>
          <w:lang w:val="kk-KZ"/>
        </w:rPr>
      </w:pPr>
      <w:r w:rsidRPr="00367C48">
        <w:rPr>
          <w:sz w:val="28"/>
          <w:szCs w:val="28"/>
          <w:lang w:val="kk-KZ"/>
        </w:rPr>
        <w:t>№ 76 сайлау учаскесі</w:t>
      </w:r>
    </w:p>
    <w:p w14:paraId="3BB92904"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«Жамбыл Жабаев атындағы</w:t>
      </w:r>
    </w:p>
    <w:p w14:paraId="496761CF" w14:textId="77777777" w:rsidR="00883B86" w:rsidRPr="00367C48" w:rsidRDefault="00883B86" w:rsidP="00883B86">
      <w:pPr>
        <w:ind w:firstLine="709"/>
        <w:jc w:val="center"/>
        <w:rPr>
          <w:sz w:val="28"/>
          <w:szCs w:val="28"/>
          <w:lang w:val="kk-KZ"/>
        </w:rPr>
      </w:pPr>
      <w:r w:rsidRPr="00367C48">
        <w:rPr>
          <w:sz w:val="28"/>
          <w:szCs w:val="28"/>
          <w:lang w:val="kk-KZ"/>
        </w:rPr>
        <w:t xml:space="preserve"> № 4 мектеп-гимназия» шаруашылық жүргізу құқығындағы мемлекеттік коммуналдық кәсіпорны, Ш. Айманов көшесі, № 3)</w:t>
      </w:r>
    </w:p>
    <w:p w14:paraId="1E20167F" w14:textId="77777777" w:rsidR="00883B86" w:rsidRPr="00367C48" w:rsidRDefault="00883B86" w:rsidP="00883B86">
      <w:pPr>
        <w:ind w:firstLine="709"/>
        <w:jc w:val="both"/>
        <w:rPr>
          <w:sz w:val="28"/>
          <w:szCs w:val="28"/>
          <w:lang w:val="kk-KZ"/>
        </w:rPr>
      </w:pPr>
      <w:r w:rsidRPr="00367C48">
        <w:rPr>
          <w:sz w:val="28"/>
          <w:szCs w:val="28"/>
          <w:lang w:val="kk-KZ"/>
        </w:rPr>
        <w:lastRenderedPageBreak/>
        <w:t>Шекарасы: Ш. Айманов көшесінен С. Сейфуллин көшесінің жұп сандар жағымен генерал С. Рақымов көшесіне дейін, генерал С. Рақымов көшесінің жұп сандар жағымен Ә. Жангелдин көшесіне дейін, Ә. Жангелдин көшесінің жұп сандар жағымен Ш. Уәлиханов көшесіне дейін, Ш. Уәлиханов көшесінің тақ сандар жағымен Абай даңғылына дейін, Абай даңғылының тақ сандар жағымен</w:t>
      </w:r>
      <w:r w:rsidRPr="00281F48">
        <w:rPr>
          <w:sz w:val="28"/>
          <w:szCs w:val="28"/>
          <w:lang w:val="kk-KZ"/>
        </w:rPr>
        <w:br/>
      </w:r>
      <w:r w:rsidRPr="00367C48">
        <w:rPr>
          <w:sz w:val="28"/>
          <w:szCs w:val="28"/>
          <w:lang w:val="kk-KZ"/>
        </w:rPr>
        <w:t>Ш. Айманов көшесіне дейін, Ш. Айманов көшесінің жұп сандар жағымен</w:t>
      </w:r>
      <w:r w:rsidRPr="00281F48">
        <w:rPr>
          <w:sz w:val="28"/>
          <w:szCs w:val="28"/>
          <w:lang w:val="kk-KZ"/>
        </w:rPr>
        <w:br/>
      </w:r>
      <w:r w:rsidRPr="00367C48">
        <w:rPr>
          <w:sz w:val="28"/>
          <w:szCs w:val="28"/>
          <w:lang w:val="kk-KZ"/>
        </w:rPr>
        <w:t>С. Сейфуллин көшесіндегі № 40 үйді және Ж. Омаров көшесіндегі № 91 үйді қоса алғанда, С. Сейфуллин көшесіне дейін.</w:t>
      </w:r>
    </w:p>
    <w:p w14:paraId="500BC6E0" w14:textId="77777777" w:rsidR="00883B86" w:rsidRPr="00367C48" w:rsidRDefault="00883B86" w:rsidP="00883B86">
      <w:pPr>
        <w:ind w:firstLine="709"/>
        <w:jc w:val="both"/>
        <w:rPr>
          <w:sz w:val="28"/>
          <w:szCs w:val="28"/>
          <w:lang w:val="kk-KZ"/>
        </w:rPr>
      </w:pPr>
    </w:p>
    <w:p w14:paraId="6ED956D0" w14:textId="77777777" w:rsidR="00883B86" w:rsidRPr="00367C48" w:rsidRDefault="00883B86" w:rsidP="00883B86">
      <w:pPr>
        <w:ind w:firstLine="709"/>
        <w:jc w:val="center"/>
        <w:rPr>
          <w:sz w:val="28"/>
          <w:szCs w:val="28"/>
          <w:lang w:val="kk-KZ"/>
        </w:rPr>
      </w:pPr>
      <w:r w:rsidRPr="00367C48">
        <w:rPr>
          <w:sz w:val="28"/>
          <w:szCs w:val="28"/>
          <w:lang w:val="kk-KZ"/>
        </w:rPr>
        <w:t>№ 77 сайлау учаскесі</w:t>
      </w:r>
    </w:p>
    <w:p w14:paraId="22E468CB"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«Роза Бағланова атындағы </w:t>
      </w:r>
    </w:p>
    <w:p w14:paraId="2F94F7B5" w14:textId="77777777" w:rsidR="00883B86" w:rsidRPr="00367C48" w:rsidRDefault="00883B86" w:rsidP="00883B86">
      <w:pPr>
        <w:ind w:firstLine="709"/>
        <w:jc w:val="center"/>
        <w:rPr>
          <w:sz w:val="28"/>
          <w:szCs w:val="28"/>
          <w:lang w:val="kk-KZ"/>
        </w:rPr>
      </w:pPr>
      <w:r w:rsidRPr="00367C48">
        <w:rPr>
          <w:sz w:val="28"/>
          <w:szCs w:val="28"/>
          <w:lang w:val="kk-KZ"/>
        </w:rPr>
        <w:t>№ 2 балалар музыка мектебі» шаруашылық жүргізу құқығындағы мемлекеттік коммуналдық кәсіпорны, Ш. Айманов көшесі, № 8)</w:t>
      </w:r>
    </w:p>
    <w:p w14:paraId="00EFAAEE" w14:textId="77777777" w:rsidR="00883B86" w:rsidRPr="00367C48" w:rsidRDefault="00883B86" w:rsidP="00883B86">
      <w:pPr>
        <w:ind w:firstLine="709"/>
        <w:jc w:val="center"/>
        <w:rPr>
          <w:sz w:val="28"/>
          <w:szCs w:val="28"/>
          <w:lang w:val="kk-KZ"/>
        </w:rPr>
      </w:pPr>
    </w:p>
    <w:p w14:paraId="057D2D94" w14:textId="77777777" w:rsidR="00883B86" w:rsidRPr="00367C48" w:rsidRDefault="00883B86" w:rsidP="00883B86">
      <w:pPr>
        <w:ind w:firstLine="709"/>
        <w:jc w:val="both"/>
        <w:rPr>
          <w:sz w:val="28"/>
          <w:szCs w:val="28"/>
          <w:lang w:val="kk-KZ"/>
        </w:rPr>
      </w:pPr>
      <w:r w:rsidRPr="00367C48">
        <w:rPr>
          <w:sz w:val="28"/>
          <w:szCs w:val="28"/>
          <w:lang w:val="kk-KZ"/>
        </w:rPr>
        <w:t>Шекарасы: Ә. Жангелдин көшесінен Ш. Айманов көшесінің жұп сандар жағымен С. Сейфуллин көшесіне дейін, С. Сейфуллин көшесінің тақ сандар жағымен генерал С. Рақымов көшесіне дейін, генерал С. Рақымов көшесінің тақ сандар жағымен Ә</w:t>
      </w:r>
      <w:r>
        <w:rPr>
          <w:sz w:val="28"/>
          <w:szCs w:val="28"/>
          <w:lang w:val="kk-KZ"/>
        </w:rPr>
        <w:t>. Жангелдин көшесіне дейін,</w:t>
      </w:r>
      <w:r w:rsidRPr="00367C48">
        <w:rPr>
          <w:sz w:val="28"/>
          <w:szCs w:val="28"/>
          <w:lang w:val="kk-KZ"/>
        </w:rPr>
        <w:t xml:space="preserve"> Ә. Жангелдин көшесінің тақ сандар жағымен Ш. Уәлиханов көшесіне дейін, Ш. Уәлиханов көшесінің тақ сандар жағымен Бөгенбай батыр даңғылына дейін, Бөгенбай батыр даңғылының жұп сандар жағымен Ж. Аймауытов көшесіне дейін, Ж. Аймауытов көшесінің жұп сандар жағымен Ә. Жангелдин көшесіне дейін</w:t>
      </w:r>
      <w:r>
        <w:rPr>
          <w:sz w:val="28"/>
          <w:szCs w:val="28"/>
          <w:lang w:val="kk-KZ"/>
        </w:rPr>
        <w:t>,</w:t>
      </w:r>
      <w:r w:rsidRPr="00367C48">
        <w:rPr>
          <w:sz w:val="28"/>
          <w:szCs w:val="28"/>
          <w:lang w:val="kk-KZ"/>
        </w:rPr>
        <w:t xml:space="preserve"> Ә. Жангелдин көшесінің </w:t>
      </w:r>
      <w:r>
        <w:rPr>
          <w:sz w:val="28"/>
          <w:szCs w:val="28"/>
          <w:lang w:val="kk-KZ"/>
        </w:rPr>
        <w:t>жұп</w:t>
      </w:r>
      <w:r w:rsidRPr="00367C48">
        <w:rPr>
          <w:sz w:val="28"/>
          <w:szCs w:val="28"/>
          <w:lang w:val="kk-KZ"/>
        </w:rPr>
        <w:t xml:space="preserve"> сандар жағымен Ш. Айманов көшесіне дейін.</w:t>
      </w:r>
    </w:p>
    <w:p w14:paraId="2E4A3453" w14:textId="77777777" w:rsidR="00883B86" w:rsidRPr="00367C48" w:rsidRDefault="00883B86" w:rsidP="00883B86">
      <w:pPr>
        <w:ind w:firstLine="709"/>
        <w:jc w:val="both"/>
        <w:rPr>
          <w:sz w:val="28"/>
          <w:szCs w:val="28"/>
          <w:lang w:val="kk-KZ"/>
        </w:rPr>
      </w:pPr>
    </w:p>
    <w:p w14:paraId="6FC623E8" w14:textId="77777777" w:rsidR="00883B86" w:rsidRPr="00367C48" w:rsidRDefault="00883B86" w:rsidP="00883B86">
      <w:pPr>
        <w:ind w:firstLine="709"/>
        <w:jc w:val="center"/>
        <w:rPr>
          <w:sz w:val="28"/>
          <w:szCs w:val="28"/>
          <w:lang w:val="kk-KZ"/>
        </w:rPr>
      </w:pPr>
      <w:r w:rsidRPr="00367C48">
        <w:rPr>
          <w:sz w:val="28"/>
          <w:szCs w:val="28"/>
          <w:lang w:val="kk-KZ"/>
        </w:rPr>
        <w:t>№ 78 сайлау учаскесі</w:t>
      </w:r>
    </w:p>
    <w:p w14:paraId="1F5C6E56"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Медицина университеті» коммерциялық емес акционерлік қоғамы, Абай даңғылы, № 47)</w:t>
      </w:r>
    </w:p>
    <w:p w14:paraId="38019C74" w14:textId="77777777" w:rsidR="00883B86" w:rsidRPr="00367C48" w:rsidRDefault="00883B86" w:rsidP="00883B86">
      <w:pPr>
        <w:ind w:firstLine="709"/>
        <w:jc w:val="center"/>
        <w:rPr>
          <w:sz w:val="28"/>
          <w:szCs w:val="28"/>
          <w:lang w:val="kk-KZ"/>
        </w:rPr>
      </w:pPr>
    </w:p>
    <w:p w14:paraId="30DBE55C" w14:textId="77777777" w:rsidR="00883B86" w:rsidRPr="00367C48" w:rsidRDefault="00883B86" w:rsidP="00883B86">
      <w:pPr>
        <w:ind w:firstLine="709"/>
        <w:jc w:val="both"/>
        <w:rPr>
          <w:sz w:val="28"/>
          <w:szCs w:val="28"/>
          <w:lang w:val="kk-KZ"/>
        </w:rPr>
      </w:pPr>
      <w:r w:rsidRPr="00367C48">
        <w:rPr>
          <w:sz w:val="28"/>
          <w:szCs w:val="28"/>
          <w:lang w:val="kk-KZ"/>
        </w:rPr>
        <w:t>Шекарасы: Республика даңғы</w:t>
      </w:r>
      <w:r>
        <w:rPr>
          <w:sz w:val="28"/>
          <w:szCs w:val="28"/>
          <w:lang w:val="kk-KZ"/>
        </w:rPr>
        <w:t>лынан С. Сейфуллин көшесінің жұп</w:t>
      </w:r>
      <w:r w:rsidRPr="00367C48">
        <w:rPr>
          <w:sz w:val="28"/>
          <w:szCs w:val="28"/>
          <w:lang w:val="kk-KZ"/>
        </w:rPr>
        <w:t xml:space="preserve"> сандар жағымен С. Торайғыров көшесіне дейін, С. Торайғыров көшесінің тақ сандар жағымен Ж. Омаров көшесіне дейін, Ж. Омаров көшесінің тақ сандар жағымен</w:t>
      </w:r>
      <w:r w:rsidRPr="00281F48">
        <w:rPr>
          <w:sz w:val="28"/>
          <w:szCs w:val="28"/>
          <w:lang w:val="kk-KZ"/>
        </w:rPr>
        <w:br/>
      </w:r>
      <w:r w:rsidRPr="00367C48">
        <w:rPr>
          <w:sz w:val="28"/>
          <w:szCs w:val="28"/>
          <w:lang w:val="kk-KZ"/>
        </w:rPr>
        <w:t>М. Ғабдуллин көшесіне дейін, М. Ғабдуллин көшесінің тақ сандар жағымен</w:t>
      </w:r>
      <w:r w:rsidRPr="00281F48">
        <w:rPr>
          <w:sz w:val="28"/>
          <w:szCs w:val="28"/>
          <w:lang w:val="kk-KZ"/>
        </w:rPr>
        <w:br/>
      </w:r>
      <w:r w:rsidRPr="00367C48">
        <w:rPr>
          <w:sz w:val="28"/>
          <w:szCs w:val="28"/>
          <w:lang w:val="kk-KZ"/>
        </w:rPr>
        <w:t>Луи Пастер көшесіне дейін, Луи Пастер көшесінің тақ сандар жағымен</w:t>
      </w:r>
      <w:r w:rsidRPr="00281F48">
        <w:rPr>
          <w:sz w:val="28"/>
          <w:szCs w:val="28"/>
          <w:lang w:val="kk-KZ"/>
        </w:rPr>
        <w:br/>
      </w:r>
      <w:r w:rsidRPr="00367C48">
        <w:rPr>
          <w:sz w:val="28"/>
          <w:szCs w:val="28"/>
          <w:lang w:val="kk-KZ"/>
        </w:rPr>
        <w:t>С. Торайғыров көшесіне дейін, С. Торайғыров көшесінің тақ сандар жағымен Кенесары көшесіне дейін, Кенесары көшесінің тақ сандар жағымен Республика даңғылына дейін, Республика даңғылының жұп сандар жағымен С. Сейфуллин көшесіне дейін.</w:t>
      </w:r>
    </w:p>
    <w:p w14:paraId="7EFABE61" w14:textId="77777777" w:rsidR="00883B86" w:rsidRPr="00367C48" w:rsidRDefault="00883B86" w:rsidP="00883B86">
      <w:pPr>
        <w:rPr>
          <w:sz w:val="28"/>
          <w:szCs w:val="28"/>
          <w:lang w:val="kk-KZ"/>
        </w:rPr>
      </w:pPr>
    </w:p>
    <w:p w14:paraId="746685C6" w14:textId="77777777" w:rsidR="00883B86" w:rsidRPr="00367C48" w:rsidRDefault="00883B86" w:rsidP="00883B86">
      <w:pPr>
        <w:ind w:firstLine="709"/>
        <w:jc w:val="center"/>
        <w:rPr>
          <w:sz w:val="28"/>
          <w:szCs w:val="28"/>
          <w:lang w:val="kk-KZ"/>
        </w:rPr>
      </w:pPr>
      <w:r w:rsidRPr="00367C48">
        <w:rPr>
          <w:sz w:val="28"/>
          <w:szCs w:val="28"/>
          <w:lang w:val="kk-KZ"/>
        </w:rPr>
        <w:t>№ 79 сайлау учаскесі</w:t>
      </w:r>
    </w:p>
    <w:p w14:paraId="1C26E48F"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Медицина университеті» коммерциялық емес акционерлік қоғамы, Абай даңғылы, № 47)</w:t>
      </w:r>
    </w:p>
    <w:p w14:paraId="1B1AFD85" w14:textId="77777777" w:rsidR="00883B86" w:rsidRPr="00367C48" w:rsidRDefault="00883B86" w:rsidP="00883B86">
      <w:pPr>
        <w:ind w:firstLine="709"/>
        <w:jc w:val="center"/>
        <w:rPr>
          <w:sz w:val="28"/>
          <w:szCs w:val="28"/>
          <w:lang w:val="kk-KZ"/>
        </w:rPr>
      </w:pPr>
    </w:p>
    <w:p w14:paraId="757C9A4D"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М. Ғабдуллин көшесінен бастап Абай даңғылының жұп сандар жағымен Ш. Уәлиханов көшесіне дейін, Ш. Уәлиханов көшесінің тақ сандар жағымен Кенесары көшесіне дейін, Кенесары көшесінің тақ сандар жағымен </w:t>
      </w:r>
      <w:r w:rsidRPr="00367C48">
        <w:rPr>
          <w:sz w:val="28"/>
          <w:szCs w:val="28"/>
          <w:lang w:val="kk-KZ"/>
        </w:rPr>
        <w:lastRenderedPageBreak/>
        <w:t>Кенесары көшесі бойынша № 57/1, 61, 61/1, 63 үйлерді қоспағанда,</w:t>
      </w:r>
      <w:r w:rsidRPr="00281F48">
        <w:rPr>
          <w:sz w:val="28"/>
          <w:szCs w:val="28"/>
          <w:lang w:val="kk-KZ"/>
        </w:rPr>
        <w:t xml:space="preserve"> </w:t>
      </w:r>
      <w:r w:rsidRPr="00281F48">
        <w:rPr>
          <w:sz w:val="28"/>
          <w:szCs w:val="28"/>
          <w:lang w:val="kk-KZ"/>
        </w:rPr>
        <w:br/>
      </w:r>
      <w:r w:rsidRPr="00367C48">
        <w:rPr>
          <w:sz w:val="28"/>
          <w:szCs w:val="28"/>
          <w:lang w:val="kk-KZ"/>
        </w:rPr>
        <w:t>Ш. Иманбаева көшесіне дейін, Ш. Иманбаева көшесінің жұп сандар жағымен Отырар көшесіне дейін, Отырар көшесінің тақ сандар жағымен М. Ғабдуллин көшесіне дейін, М. Ғабдуллин көшесінің жұп сандар жағымен Абай даңғылына дейін.</w:t>
      </w:r>
    </w:p>
    <w:p w14:paraId="483864A6" w14:textId="77777777" w:rsidR="00883B86" w:rsidRPr="00367C48" w:rsidRDefault="00883B86" w:rsidP="00883B86">
      <w:pPr>
        <w:ind w:firstLine="709"/>
        <w:jc w:val="both"/>
        <w:rPr>
          <w:sz w:val="28"/>
          <w:szCs w:val="28"/>
          <w:lang w:val="kk-KZ"/>
        </w:rPr>
      </w:pPr>
    </w:p>
    <w:p w14:paraId="367A04B4" w14:textId="77777777" w:rsidR="00883B86" w:rsidRPr="00367C48" w:rsidRDefault="00883B86" w:rsidP="00883B86">
      <w:pPr>
        <w:ind w:firstLine="709"/>
        <w:jc w:val="center"/>
        <w:rPr>
          <w:sz w:val="28"/>
          <w:szCs w:val="28"/>
          <w:lang w:val="kk-KZ"/>
        </w:rPr>
      </w:pPr>
      <w:r w:rsidRPr="00367C48">
        <w:rPr>
          <w:sz w:val="28"/>
          <w:szCs w:val="28"/>
          <w:lang w:val="kk-KZ"/>
        </w:rPr>
        <w:t>№ 80 сайлау учаскесі</w:t>
      </w:r>
    </w:p>
    <w:p w14:paraId="0213436A"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 31 мектеп-гимназия» шаруашылық жүргізу құқығындағы мемлекеттік коммуналдық кәсіпорны, </w:t>
      </w:r>
    </w:p>
    <w:p w14:paraId="380DDAB4" w14:textId="77777777" w:rsidR="00883B86" w:rsidRPr="00367C48" w:rsidRDefault="00883B86" w:rsidP="00883B86">
      <w:pPr>
        <w:ind w:firstLine="709"/>
        <w:jc w:val="center"/>
        <w:rPr>
          <w:sz w:val="28"/>
          <w:szCs w:val="28"/>
          <w:lang w:val="kk-KZ"/>
        </w:rPr>
      </w:pPr>
      <w:r w:rsidRPr="00367C48">
        <w:rPr>
          <w:sz w:val="28"/>
          <w:szCs w:val="28"/>
          <w:lang w:val="kk-KZ"/>
        </w:rPr>
        <w:t>Кенесары көшесі, № 49)</w:t>
      </w:r>
    </w:p>
    <w:p w14:paraId="068BF0C8" w14:textId="77777777" w:rsidR="00883B86" w:rsidRPr="00367C48" w:rsidRDefault="00883B86" w:rsidP="00883B86">
      <w:pPr>
        <w:ind w:firstLine="709"/>
        <w:jc w:val="center"/>
        <w:rPr>
          <w:sz w:val="28"/>
          <w:szCs w:val="28"/>
          <w:lang w:val="kk-KZ"/>
        </w:rPr>
      </w:pPr>
    </w:p>
    <w:p w14:paraId="41A0D46A" w14:textId="77777777" w:rsidR="00883B86" w:rsidRPr="00367C48" w:rsidRDefault="00883B86" w:rsidP="00883B86">
      <w:pPr>
        <w:ind w:firstLine="709"/>
        <w:jc w:val="both"/>
        <w:rPr>
          <w:sz w:val="28"/>
          <w:szCs w:val="28"/>
          <w:lang w:val="kk-KZ"/>
        </w:rPr>
      </w:pPr>
      <w:r w:rsidRPr="00367C48">
        <w:rPr>
          <w:sz w:val="28"/>
          <w:szCs w:val="28"/>
          <w:lang w:val="kk-KZ"/>
        </w:rPr>
        <w:t>Шекарасы: Республика даңғылынан Кенесары көшесінің жұп сандар жағымен С. Торайғыров көшесіне дейін, С. Торайғыров көшесінің жұп сандар жағымен Луи Пастер көшесіне дейін, Луи Пастер көшесінің жұп сандар жағымен Отырар көшесіне дейін, Отырар көшесінің жұп сандар жағымен Ш. Иманбаева көшесіне дейін, Ш. Иманбаева көшесінің тақ сандар жағымен Баянауыл көшесіне дейін, Баянауыл көшесінің тақ сандар жағымен М. Ғабдуллин көшесіне дейін,</w:t>
      </w:r>
      <w:r w:rsidRPr="00281F48">
        <w:rPr>
          <w:sz w:val="28"/>
          <w:szCs w:val="28"/>
          <w:lang w:val="kk-KZ"/>
        </w:rPr>
        <w:t xml:space="preserve"> </w:t>
      </w:r>
      <w:r w:rsidRPr="00281F48">
        <w:rPr>
          <w:sz w:val="28"/>
          <w:szCs w:val="28"/>
          <w:lang w:val="kk-KZ"/>
        </w:rPr>
        <w:br/>
      </w:r>
      <w:r w:rsidRPr="00367C48">
        <w:rPr>
          <w:sz w:val="28"/>
          <w:szCs w:val="28"/>
          <w:lang w:val="kk-KZ"/>
        </w:rPr>
        <w:t>М. Ғабдуллин көшесінің тақ сандар жағымен Ағыбай батыр көшесіне дейін,</w:t>
      </w:r>
      <w:r w:rsidRPr="00281F48">
        <w:rPr>
          <w:sz w:val="28"/>
          <w:szCs w:val="28"/>
          <w:lang w:val="kk-KZ"/>
        </w:rPr>
        <w:t xml:space="preserve"> </w:t>
      </w:r>
      <w:r w:rsidRPr="00281F48">
        <w:rPr>
          <w:sz w:val="28"/>
          <w:szCs w:val="28"/>
          <w:lang w:val="kk-KZ"/>
        </w:rPr>
        <w:br/>
      </w:r>
      <w:r w:rsidRPr="00367C48">
        <w:rPr>
          <w:sz w:val="28"/>
          <w:szCs w:val="28"/>
          <w:lang w:val="kk-KZ"/>
        </w:rPr>
        <w:t>Ағыбай батыр көшесінің жұп сандар жағымен Республика даңғылына дейін,</w:t>
      </w:r>
      <w:r w:rsidRPr="00281F48">
        <w:rPr>
          <w:sz w:val="28"/>
          <w:szCs w:val="28"/>
          <w:lang w:val="kk-KZ"/>
        </w:rPr>
        <w:t xml:space="preserve"> </w:t>
      </w:r>
      <w:r w:rsidRPr="00281F48">
        <w:rPr>
          <w:sz w:val="28"/>
          <w:szCs w:val="28"/>
          <w:lang w:val="kk-KZ"/>
        </w:rPr>
        <w:br/>
      </w:r>
      <w:r w:rsidRPr="00367C48">
        <w:rPr>
          <w:sz w:val="28"/>
          <w:szCs w:val="28"/>
          <w:lang w:val="kk-KZ"/>
        </w:rPr>
        <w:t>Республика даңғылының жұп сандар жағымен Кенесары көшесіне дейін.</w:t>
      </w:r>
    </w:p>
    <w:p w14:paraId="5201C358" w14:textId="77777777" w:rsidR="00883B86" w:rsidRPr="00367C48" w:rsidRDefault="00883B86" w:rsidP="00883B86">
      <w:pPr>
        <w:ind w:firstLine="709"/>
        <w:jc w:val="center"/>
        <w:rPr>
          <w:sz w:val="28"/>
          <w:szCs w:val="28"/>
          <w:lang w:val="kk-KZ"/>
        </w:rPr>
      </w:pPr>
    </w:p>
    <w:p w14:paraId="28AFE2D5" w14:textId="77777777" w:rsidR="00883B86" w:rsidRPr="00367C48" w:rsidRDefault="00883B86" w:rsidP="00883B86">
      <w:pPr>
        <w:ind w:firstLine="709"/>
        <w:jc w:val="center"/>
        <w:rPr>
          <w:sz w:val="28"/>
          <w:szCs w:val="28"/>
          <w:lang w:val="kk-KZ"/>
        </w:rPr>
      </w:pPr>
      <w:r w:rsidRPr="00367C48">
        <w:rPr>
          <w:sz w:val="28"/>
          <w:szCs w:val="28"/>
          <w:lang w:val="kk-KZ"/>
        </w:rPr>
        <w:t>№ 81 сайлау учаскесі</w:t>
      </w:r>
    </w:p>
    <w:p w14:paraId="7E9DD360"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 31 мектеп-гимназия» шаруашылық жүргізу құқығындағы мемлекеттік коммуналдық кәсіпорны, </w:t>
      </w:r>
    </w:p>
    <w:p w14:paraId="07C30D74" w14:textId="77777777" w:rsidR="00883B86" w:rsidRPr="00367C48" w:rsidRDefault="00883B86" w:rsidP="00883B86">
      <w:pPr>
        <w:ind w:firstLine="709"/>
        <w:jc w:val="center"/>
        <w:rPr>
          <w:sz w:val="28"/>
          <w:szCs w:val="28"/>
          <w:lang w:val="kk-KZ"/>
        </w:rPr>
      </w:pPr>
      <w:r w:rsidRPr="00367C48">
        <w:rPr>
          <w:sz w:val="28"/>
          <w:szCs w:val="28"/>
          <w:lang w:val="kk-KZ"/>
        </w:rPr>
        <w:t>Кенесары көшесі, № 49)</w:t>
      </w:r>
    </w:p>
    <w:p w14:paraId="60E7CD1E" w14:textId="77777777" w:rsidR="00883B86" w:rsidRPr="00367C48" w:rsidRDefault="00883B86" w:rsidP="00883B86">
      <w:pPr>
        <w:ind w:firstLine="709"/>
        <w:jc w:val="both"/>
        <w:rPr>
          <w:sz w:val="28"/>
          <w:szCs w:val="28"/>
          <w:lang w:val="kk-KZ"/>
        </w:rPr>
      </w:pPr>
    </w:p>
    <w:p w14:paraId="37B4D7A8" w14:textId="77777777" w:rsidR="00883B86" w:rsidRPr="00367C48" w:rsidRDefault="00883B86" w:rsidP="00883B86">
      <w:pPr>
        <w:ind w:firstLine="709"/>
        <w:jc w:val="both"/>
        <w:rPr>
          <w:sz w:val="28"/>
          <w:szCs w:val="28"/>
          <w:lang w:val="kk-KZ"/>
        </w:rPr>
      </w:pPr>
      <w:r w:rsidRPr="00367C48">
        <w:rPr>
          <w:sz w:val="28"/>
          <w:szCs w:val="28"/>
          <w:lang w:val="kk-KZ"/>
        </w:rPr>
        <w:t>Шекарасы: Ш. Иманбаева көшесінен Кенесары көшесінің жұп сандар жағымен Ш. Уәлиханов көшесіне дейін, Ш. Уәлиханов көшесінің тақ сандар жағымен А. Иманов көшесіне дейін, А. Иманов көшесінің тақ сандар жағымен</w:t>
      </w:r>
      <w:r w:rsidRPr="00281F48">
        <w:rPr>
          <w:sz w:val="28"/>
          <w:szCs w:val="28"/>
          <w:lang w:val="kk-KZ"/>
        </w:rPr>
        <w:br/>
      </w:r>
      <w:r w:rsidRPr="00367C48">
        <w:rPr>
          <w:sz w:val="28"/>
          <w:szCs w:val="28"/>
          <w:lang w:val="kk-KZ"/>
        </w:rPr>
        <w:t>М. Ғабдуллин көшесіне дейін, М. Ғабдуллин көшесінің жұп</w:t>
      </w:r>
      <w:r>
        <w:rPr>
          <w:sz w:val="28"/>
          <w:szCs w:val="28"/>
          <w:lang w:val="kk-KZ"/>
        </w:rPr>
        <w:t xml:space="preserve"> сандар</w:t>
      </w:r>
      <w:r w:rsidRPr="00367C48">
        <w:rPr>
          <w:sz w:val="28"/>
          <w:szCs w:val="28"/>
          <w:lang w:val="kk-KZ"/>
        </w:rPr>
        <w:t xml:space="preserve"> жағымен</w:t>
      </w:r>
      <w:r w:rsidRPr="00281F48">
        <w:rPr>
          <w:sz w:val="28"/>
          <w:szCs w:val="28"/>
          <w:lang w:val="kk-KZ"/>
        </w:rPr>
        <w:br/>
      </w:r>
      <w:r w:rsidRPr="00367C48">
        <w:rPr>
          <w:sz w:val="28"/>
          <w:szCs w:val="28"/>
          <w:lang w:val="kk-KZ"/>
        </w:rPr>
        <w:t>Баянауыл көшесіне дейін, Баянауыл көшесінің жұп сандар жағымен</w:t>
      </w:r>
      <w:r w:rsidRPr="00281F48">
        <w:rPr>
          <w:sz w:val="28"/>
          <w:szCs w:val="28"/>
          <w:lang w:val="kk-KZ"/>
        </w:rPr>
        <w:br/>
      </w:r>
      <w:r w:rsidRPr="00367C48">
        <w:rPr>
          <w:sz w:val="28"/>
          <w:szCs w:val="28"/>
          <w:lang w:val="kk-KZ"/>
        </w:rPr>
        <w:t xml:space="preserve">Ш. Иманбаева көшесіне дейін, Ш. Иманбаева көшесінің жұп сандар жағымен Кенесары көшесіндегі № 57/1, 61, 61/1, 63 үйлерді және А. Иманов көшесіндегі </w:t>
      </w:r>
      <w:r w:rsidRPr="00367C48">
        <w:rPr>
          <w:sz w:val="28"/>
          <w:szCs w:val="28"/>
          <w:lang w:val="kk-KZ"/>
        </w:rPr>
        <w:br/>
        <w:t>№ 12, 14 үйлерді қоса алғанда, Ш. Уәлиханов көшесіндегі № 5 үйді,</w:t>
      </w:r>
      <w:r w:rsidRPr="00281F48">
        <w:rPr>
          <w:sz w:val="28"/>
          <w:szCs w:val="28"/>
          <w:lang w:val="kk-KZ"/>
        </w:rPr>
        <w:t xml:space="preserve"> </w:t>
      </w:r>
      <w:r w:rsidRPr="00281F48">
        <w:rPr>
          <w:sz w:val="28"/>
          <w:szCs w:val="28"/>
          <w:lang w:val="kk-KZ"/>
        </w:rPr>
        <w:br/>
      </w:r>
      <w:r w:rsidRPr="00367C48">
        <w:rPr>
          <w:sz w:val="28"/>
          <w:szCs w:val="28"/>
          <w:lang w:val="kk-KZ"/>
        </w:rPr>
        <w:t>А. Иманов көшесіндегі № 17 үйді қоспағанда, Кенесары көшесіне дейін.</w:t>
      </w:r>
    </w:p>
    <w:p w14:paraId="2FC2271E" w14:textId="77777777" w:rsidR="00883B86" w:rsidRPr="00367C48" w:rsidRDefault="00883B86" w:rsidP="00883B86">
      <w:pPr>
        <w:ind w:firstLine="709"/>
        <w:jc w:val="both"/>
        <w:rPr>
          <w:sz w:val="28"/>
          <w:szCs w:val="28"/>
          <w:lang w:val="kk-KZ"/>
        </w:rPr>
      </w:pPr>
    </w:p>
    <w:p w14:paraId="466370A1" w14:textId="77777777" w:rsidR="00883B86" w:rsidRPr="00367C48" w:rsidRDefault="00883B86" w:rsidP="00883B86">
      <w:pPr>
        <w:ind w:firstLine="709"/>
        <w:jc w:val="center"/>
        <w:rPr>
          <w:sz w:val="28"/>
          <w:szCs w:val="28"/>
          <w:lang w:val="kk-KZ"/>
        </w:rPr>
      </w:pPr>
      <w:r w:rsidRPr="00367C48">
        <w:rPr>
          <w:sz w:val="28"/>
          <w:szCs w:val="28"/>
          <w:lang w:val="kk-KZ"/>
        </w:rPr>
        <w:t>№ 82 сайлау учаскесі</w:t>
      </w:r>
    </w:p>
    <w:p w14:paraId="6FE4BC4F"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«Жұмабек </w:t>
      </w:r>
      <w:proofErr w:type="spellStart"/>
      <w:r w:rsidRPr="00367C48">
        <w:rPr>
          <w:sz w:val="28"/>
          <w:szCs w:val="28"/>
          <w:lang w:val="kk-KZ"/>
        </w:rPr>
        <w:t>Тәшенев</w:t>
      </w:r>
      <w:proofErr w:type="spellEnd"/>
      <w:r w:rsidRPr="00367C48">
        <w:rPr>
          <w:sz w:val="28"/>
          <w:szCs w:val="28"/>
          <w:lang w:val="kk-KZ"/>
        </w:rPr>
        <w:t xml:space="preserve"> атындағы </w:t>
      </w:r>
    </w:p>
    <w:p w14:paraId="35190B26" w14:textId="77777777" w:rsidR="00883B86" w:rsidRPr="00367C48" w:rsidRDefault="00883B86" w:rsidP="00883B86">
      <w:pPr>
        <w:ind w:firstLine="709"/>
        <w:jc w:val="center"/>
        <w:rPr>
          <w:sz w:val="28"/>
          <w:szCs w:val="28"/>
          <w:lang w:val="kk-KZ"/>
        </w:rPr>
      </w:pPr>
      <w:r w:rsidRPr="00367C48">
        <w:rPr>
          <w:sz w:val="28"/>
          <w:szCs w:val="28"/>
          <w:lang w:val="kk-KZ"/>
        </w:rPr>
        <w:t>№ 10 мектеп-гимназия» шаруашылық жүргізу құқығындағы мемлекеттік коммуналдық кәсіпорны, М. Ғабдуллин көшесі, № 7)</w:t>
      </w:r>
    </w:p>
    <w:p w14:paraId="1CCD92BD" w14:textId="77777777" w:rsidR="00883B86" w:rsidRPr="00367C48" w:rsidRDefault="00883B86" w:rsidP="00883B86">
      <w:pPr>
        <w:ind w:firstLine="709"/>
        <w:jc w:val="center"/>
        <w:rPr>
          <w:sz w:val="28"/>
          <w:szCs w:val="28"/>
          <w:lang w:val="kk-KZ"/>
        </w:rPr>
      </w:pPr>
    </w:p>
    <w:p w14:paraId="15831FA6" w14:textId="77777777" w:rsidR="00883B86" w:rsidRPr="00367C48" w:rsidRDefault="00883B86" w:rsidP="00883B86">
      <w:pPr>
        <w:ind w:firstLine="709"/>
        <w:jc w:val="both"/>
        <w:rPr>
          <w:sz w:val="28"/>
          <w:szCs w:val="28"/>
          <w:lang w:val="kk-KZ"/>
        </w:rPr>
      </w:pPr>
      <w:r w:rsidRPr="00367C48">
        <w:rPr>
          <w:sz w:val="28"/>
          <w:szCs w:val="28"/>
          <w:lang w:val="kk-KZ"/>
        </w:rPr>
        <w:t>Шекарасы: Республика даңғылынан бастап Ағыбай батыр көшесінің жұп сандар жағымен, Ш. Иманбаева көшесіндегі № 7г, 7в үйлерді және М. Ғабдуллин көшесіндегі № 12 үйді қоса алғанда, Ш. Иманбаева көшесіне дейін,</w:t>
      </w:r>
      <w:r w:rsidRPr="00281F48">
        <w:rPr>
          <w:sz w:val="28"/>
          <w:szCs w:val="28"/>
          <w:lang w:val="kk-KZ"/>
        </w:rPr>
        <w:t xml:space="preserve"> </w:t>
      </w:r>
      <w:r w:rsidRPr="00281F48">
        <w:rPr>
          <w:sz w:val="28"/>
          <w:szCs w:val="28"/>
          <w:lang w:val="kk-KZ"/>
        </w:rPr>
        <w:br/>
      </w:r>
      <w:r w:rsidRPr="00367C48">
        <w:rPr>
          <w:sz w:val="28"/>
          <w:szCs w:val="28"/>
          <w:lang w:val="kk-KZ"/>
        </w:rPr>
        <w:t xml:space="preserve">Ш. Иманбаева көшесінің тақ сандар жағымен Рамазан көшесіне дейін, Рамазан </w:t>
      </w:r>
      <w:r w:rsidRPr="00367C48">
        <w:rPr>
          <w:sz w:val="28"/>
          <w:szCs w:val="28"/>
          <w:lang w:val="kk-KZ"/>
        </w:rPr>
        <w:lastRenderedPageBreak/>
        <w:t>көшесінің тақ сандар жағымен Республика даңғылына дейін, Республика даңғылының жұп сандар жағымен Ағыбай батыр көшесіне дейін.</w:t>
      </w:r>
    </w:p>
    <w:p w14:paraId="6261E59D" w14:textId="77777777" w:rsidR="00883B86" w:rsidRPr="00367C48" w:rsidRDefault="00883B86" w:rsidP="00883B86">
      <w:pPr>
        <w:jc w:val="both"/>
        <w:rPr>
          <w:sz w:val="28"/>
          <w:szCs w:val="28"/>
          <w:lang w:val="kk-KZ"/>
        </w:rPr>
      </w:pPr>
    </w:p>
    <w:p w14:paraId="60B2AEB8" w14:textId="77777777" w:rsidR="00883B86" w:rsidRPr="00367C48" w:rsidRDefault="00883B86" w:rsidP="00883B86">
      <w:pPr>
        <w:ind w:firstLine="709"/>
        <w:jc w:val="center"/>
        <w:rPr>
          <w:sz w:val="28"/>
          <w:szCs w:val="28"/>
          <w:lang w:val="kk-KZ"/>
        </w:rPr>
      </w:pPr>
      <w:r w:rsidRPr="00367C48">
        <w:rPr>
          <w:sz w:val="28"/>
          <w:szCs w:val="28"/>
          <w:lang w:val="kk-KZ"/>
        </w:rPr>
        <w:t>№ 83 сайлау учаскесі</w:t>
      </w:r>
    </w:p>
    <w:p w14:paraId="41E5BE42"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«Ақселеу Сейдімбек атындағы</w:t>
      </w:r>
      <w:r w:rsidRPr="00281F48">
        <w:rPr>
          <w:sz w:val="28"/>
          <w:szCs w:val="28"/>
          <w:lang w:val="kk-KZ"/>
        </w:rPr>
        <w:br/>
      </w:r>
      <w:r w:rsidRPr="00367C48">
        <w:rPr>
          <w:sz w:val="28"/>
          <w:szCs w:val="28"/>
          <w:lang w:val="kk-KZ"/>
        </w:rPr>
        <w:t>№ 54 мектеп-лицей» шаруашылық жүргізу құқығындағы мемлекеттік коммуналдық кәсіпорны, Ш. Иманбаева көшесі, № 4)</w:t>
      </w:r>
    </w:p>
    <w:p w14:paraId="25C0B5A8" w14:textId="77777777" w:rsidR="00883B86" w:rsidRPr="00367C48" w:rsidRDefault="00883B86" w:rsidP="00883B86">
      <w:pPr>
        <w:ind w:firstLine="709"/>
        <w:jc w:val="center"/>
        <w:rPr>
          <w:sz w:val="28"/>
          <w:szCs w:val="28"/>
          <w:lang w:val="kk-KZ"/>
        </w:rPr>
      </w:pPr>
    </w:p>
    <w:p w14:paraId="6D05B30A" w14:textId="77777777" w:rsidR="00883B86" w:rsidRPr="00367C48" w:rsidRDefault="00883B86" w:rsidP="00883B86">
      <w:pPr>
        <w:ind w:firstLine="709"/>
        <w:jc w:val="both"/>
        <w:rPr>
          <w:sz w:val="28"/>
          <w:szCs w:val="28"/>
          <w:lang w:val="kk-KZ"/>
        </w:rPr>
      </w:pPr>
      <w:r w:rsidRPr="00367C48">
        <w:rPr>
          <w:sz w:val="28"/>
          <w:szCs w:val="28"/>
          <w:lang w:val="kk-KZ"/>
        </w:rPr>
        <w:t>Шекарасы: Ш. Уәлиханов көшесінен бастап А. Иманов көшесінің жұп сандар жағымен Ш. Иманбаева көшесіне дейін, Ш. Иманбаева көшесінің жұп сандар жағымен</w:t>
      </w:r>
      <w:r>
        <w:rPr>
          <w:sz w:val="28"/>
          <w:szCs w:val="28"/>
          <w:lang w:val="kk-KZ"/>
        </w:rPr>
        <w:t xml:space="preserve"> </w:t>
      </w:r>
      <w:r w:rsidRPr="00367C48">
        <w:rPr>
          <w:sz w:val="28"/>
          <w:szCs w:val="28"/>
          <w:lang w:val="kk-KZ"/>
        </w:rPr>
        <w:t>Ж. Тархан көшесіне дейін, Ж. Тархан көшесінің тақ сандар жағымен Ш. Уәлиханов көшесіне дейін, Ш. Уәлиханов көшесінің тақ сандар жағымен Ш. Уәлиханов көшесіндегі № 5 үйді, А. Иманов көшесіндегі № 17 үйді қоса алғанда, А. Иманов көшесіне дейін.</w:t>
      </w:r>
    </w:p>
    <w:p w14:paraId="0EB26BA4" w14:textId="77777777" w:rsidR="00883B86" w:rsidRPr="00367C48" w:rsidRDefault="00883B86" w:rsidP="00883B86">
      <w:pPr>
        <w:ind w:firstLine="709"/>
        <w:jc w:val="both"/>
        <w:rPr>
          <w:sz w:val="28"/>
          <w:szCs w:val="28"/>
          <w:lang w:val="kk-KZ"/>
        </w:rPr>
      </w:pPr>
    </w:p>
    <w:p w14:paraId="6DD8205B" w14:textId="77777777" w:rsidR="00883B86" w:rsidRPr="00367C48" w:rsidRDefault="00883B86" w:rsidP="00883B86">
      <w:pPr>
        <w:ind w:firstLine="709"/>
        <w:jc w:val="center"/>
        <w:rPr>
          <w:sz w:val="28"/>
          <w:szCs w:val="28"/>
          <w:lang w:val="kk-KZ"/>
        </w:rPr>
      </w:pPr>
      <w:r w:rsidRPr="00367C48">
        <w:rPr>
          <w:sz w:val="28"/>
          <w:szCs w:val="28"/>
          <w:lang w:val="kk-KZ"/>
        </w:rPr>
        <w:t>№ 84 сайлау учаскесі</w:t>
      </w:r>
    </w:p>
    <w:p w14:paraId="175E4297"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«Жұмабек </w:t>
      </w:r>
      <w:proofErr w:type="spellStart"/>
      <w:r w:rsidRPr="00367C48">
        <w:rPr>
          <w:sz w:val="28"/>
          <w:szCs w:val="28"/>
          <w:lang w:val="kk-KZ"/>
        </w:rPr>
        <w:t>Тәшенев</w:t>
      </w:r>
      <w:proofErr w:type="spellEnd"/>
      <w:r w:rsidRPr="00367C48">
        <w:rPr>
          <w:sz w:val="28"/>
          <w:szCs w:val="28"/>
          <w:lang w:val="kk-KZ"/>
        </w:rPr>
        <w:t xml:space="preserve"> атындағы </w:t>
      </w:r>
    </w:p>
    <w:p w14:paraId="162D5454" w14:textId="77777777" w:rsidR="00883B86" w:rsidRPr="00367C48" w:rsidRDefault="00883B86" w:rsidP="00883B86">
      <w:pPr>
        <w:ind w:firstLine="709"/>
        <w:jc w:val="center"/>
        <w:rPr>
          <w:sz w:val="28"/>
          <w:szCs w:val="28"/>
          <w:lang w:val="kk-KZ"/>
        </w:rPr>
      </w:pPr>
      <w:r w:rsidRPr="00367C48">
        <w:rPr>
          <w:sz w:val="28"/>
          <w:szCs w:val="28"/>
          <w:lang w:val="kk-KZ"/>
        </w:rPr>
        <w:t>№ 10 мектеп-гимназия» шаруашылық жүргізу құқығындағы мемлекеттік коммуналдық кәсіпорны, М. Ғабдуллин көшесі, № 7)</w:t>
      </w:r>
    </w:p>
    <w:p w14:paraId="6408DA34" w14:textId="77777777" w:rsidR="00883B86" w:rsidRPr="00367C48" w:rsidRDefault="00883B86" w:rsidP="00883B86">
      <w:pPr>
        <w:ind w:firstLine="709"/>
        <w:jc w:val="center"/>
        <w:rPr>
          <w:sz w:val="28"/>
          <w:szCs w:val="28"/>
          <w:lang w:val="kk-KZ"/>
        </w:rPr>
      </w:pPr>
    </w:p>
    <w:p w14:paraId="42A7E5DE" w14:textId="6919BFC6" w:rsidR="00883B86" w:rsidRPr="00367C48" w:rsidRDefault="00883B86" w:rsidP="00883B86">
      <w:pPr>
        <w:ind w:firstLine="709"/>
        <w:jc w:val="both"/>
        <w:rPr>
          <w:sz w:val="28"/>
          <w:szCs w:val="28"/>
          <w:lang w:val="kk-KZ"/>
        </w:rPr>
      </w:pPr>
      <w:r w:rsidRPr="00367C48">
        <w:rPr>
          <w:sz w:val="28"/>
          <w:szCs w:val="28"/>
          <w:lang w:val="kk-KZ"/>
        </w:rPr>
        <w:t>Шекарасы: Ш. Иманбаева көшесінен бастап А. Бараев көшесінің тақ сандар жағымен Республика даңғылына дейін, Республика даңғылының жұп сандар жағымен Рамазан көшесіне дейін, Рамазан көшесінің жұп сандар жағымен</w:t>
      </w:r>
      <w:r>
        <w:rPr>
          <w:sz w:val="28"/>
          <w:szCs w:val="28"/>
          <w:lang w:val="kk-KZ"/>
        </w:rPr>
        <w:t xml:space="preserve"> </w:t>
      </w:r>
      <w:r w:rsidRPr="00367C48">
        <w:rPr>
          <w:sz w:val="28"/>
          <w:szCs w:val="28"/>
          <w:lang w:val="kk-KZ"/>
        </w:rPr>
        <w:t>Ш. Иманбаева көшесіне дейін, Ш. Иманбаева көшесінің тақ сандар жағымен</w:t>
      </w:r>
      <w:r>
        <w:rPr>
          <w:sz w:val="28"/>
          <w:szCs w:val="28"/>
          <w:lang w:val="kk-KZ"/>
        </w:rPr>
        <w:t xml:space="preserve"> </w:t>
      </w:r>
      <w:r w:rsidRPr="00367C48">
        <w:rPr>
          <w:sz w:val="28"/>
          <w:szCs w:val="28"/>
          <w:lang w:val="kk-KZ"/>
        </w:rPr>
        <w:t>А. Бараев көшесіне дейін.</w:t>
      </w:r>
    </w:p>
    <w:p w14:paraId="3E2A3B7B" w14:textId="77777777" w:rsidR="00883B86" w:rsidRPr="00367C48" w:rsidRDefault="00883B86" w:rsidP="00883B86">
      <w:pPr>
        <w:ind w:firstLine="709"/>
        <w:jc w:val="center"/>
        <w:rPr>
          <w:sz w:val="28"/>
          <w:szCs w:val="28"/>
          <w:lang w:val="kk-KZ"/>
        </w:rPr>
      </w:pPr>
    </w:p>
    <w:p w14:paraId="7538C29C" w14:textId="77777777" w:rsidR="00883B86" w:rsidRPr="00367C48" w:rsidRDefault="00883B86" w:rsidP="00883B86">
      <w:pPr>
        <w:ind w:firstLine="709"/>
        <w:jc w:val="center"/>
        <w:rPr>
          <w:sz w:val="28"/>
          <w:szCs w:val="28"/>
          <w:lang w:val="kk-KZ"/>
        </w:rPr>
      </w:pPr>
      <w:r w:rsidRPr="00367C48">
        <w:rPr>
          <w:sz w:val="28"/>
          <w:szCs w:val="28"/>
          <w:lang w:val="kk-KZ"/>
        </w:rPr>
        <w:t>№ 85 сайлау учаскесі</w:t>
      </w:r>
    </w:p>
    <w:p w14:paraId="1D8ECE37"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«Ақселеу Сейдімбек атындағы</w:t>
      </w:r>
      <w:r w:rsidRPr="00281F48">
        <w:rPr>
          <w:sz w:val="28"/>
          <w:szCs w:val="28"/>
          <w:lang w:val="kk-KZ"/>
        </w:rPr>
        <w:br/>
      </w:r>
      <w:r w:rsidRPr="00367C48">
        <w:rPr>
          <w:sz w:val="28"/>
          <w:szCs w:val="28"/>
          <w:lang w:val="kk-KZ"/>
        </w:rPr>
        <w:t>№ 54 мектеп-лицей» шаруашылық жүргізу құқығындағы мемлекеттік коммуналдық кәсіпорны, Ш. Иманбаева көшесі, № 4)</w:t>
      </w:r>
    </w:p>
    <w:p w14:paraId="0A89CB0E" w14:textId="77777777" w:rsidR="00883B86" w:rsidRPr="00367C48" w:rsidRDefault="00883B86" w:rsidP="00883B86">
      <w:pPr>
        <w:ind w:firstLine="709"/>
        <w:jc w:val="center"/>
        <w:rPr>
          <w:sz w:val="28"/>
          <w:szCs w:val="28"/>
          <w:lang w:val="kk-KZ"/>
        </w:rPr>
      </w:pPr>
    </w:p>
    <w:p w14:paraId="633F9EF7" w14:textId="77777777" w:rsidR="00883B86" w:rsidRPr="00367C48" w:rsidRDefault="00883B86" w:rsidP="00883B86">
      <w:pPr>
        <w:ind w:firstLine="709"/>
        <w:jc w:val="both"/>
        <w:rPr>
          <w:sz w:val="28"/>
          <w:szCs w:val="28"/>
          <w:lang w:val="kk-KZ"/>
        </w:rPr>
      </w:pPr>
      <w:r w:rsidRPr="00367C48">
        <w:rPr>
          <w:sz w:val="28"/>
          <w:szCs w:val="28"/>
          <w:lang w:val="kk-KZ"/>
        </w:rPr>
        <w:t>Шекарасы: Асан қайғы көшесінен Ж. Тархан көшесінің жұп сандар жағымен Ш. Иманбаева көшесіне дейін, Ш. Иманбаева көшесінің жұп сандар жағымен А. Бараев көшесіне дейін, А. Бараев көшесінің тақ сандар жағымен Асан қайғы көшесіне дейін, Асан қайғы көшесінің тақ сандар жағымен</w:t>
      </w:r>
      <w:r w:rsidRPr="00281F48">
        <w:rPr>
          <w:sz w:val="28"/>
          <w:szCs w:val="28"/>
          <w:lang w:val="kk-KZ"/>
        </w:rPr>
        <w:br/>
      </w:r>
      <w:r w:rsidRPr="00367C48">
        <w:rPr>
          <w:sz w:val="28"/>
          <w:szCs w:val="28"/>
          <w:lang w:val="kk-KZ"/>
        </w:rPr>
        <w:t>Ж. Тархан көшесіне дейін.</w:t>
      </w:r>
    </w:p>
    <w:p w14:paraId="1AC2637E" w14:textId="77777777" w:rsidR="00883B86" w:rsidRPr="00367C48" w:rsidRDefault="00883B86" w:rsidP="00883B86">
      <w:pPr>
        <w:ind w:firstLine="709"/>
        <w:jc w:val="both"/>
        <w:rPr>
          <w:sz w:val="28"/>
          <w:szCs w:val="28"/>
          <w:lang w:val="kk-KZ"/>
        </w:rPr>
      </w:pPr>
    </w:p>
    <w:p w14:paraId="2E6F929F" w14:textId="77777777" w:rsidR="00883B86" w:rsidRPr="00367C48" w:rsidRDefault="00883B86" w:rsidP="00883B86">
      <w:pPr>
        <w:ind w:firstLine="709"/>
        <w:jc w:val="center"/>
        <w:rPr>
          <w:sz w:val="28"/>
          <w:szCs w:val="28"/>
          <w:lang w:val="kk-KZ"/>
        </w:rPr>
      </w:pPr>
      <w:r w:rsidRPr="00367C48">
        <w:rPr>
          <w:sz w:val="28"/>
          <w:szCs w:val="28"/>
          <w:lang w:val="kk-KZ"/>
        </w:rPr>
        <w:t>№ 86 сайлау учаскесі</w:t>
      </w:r>
    </w:p>
    <w:p w14:paraId="095899EF"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«Халықаралық үздіксіз білім беру колледжі «Астаналық» жауапкершілігі шектеулі серіктестігі, Ж. </w:t>
      </w:r>
      <w:proofErr w:type="spellStart"/>
      <w:r w:rsidRPr="00367C48">
        <w:rPr>
          <w:sz w:val="28"/>
          <w:szCs w:val="28"/>
          <w:lang w:val="kk-KZ"/>
        </w:rPr>
        <w:t>Тәшенев</w:t>
      </w:r>
      <w:proofErr w:type="spellEnd"/>
      <w:r w:rsidRPr="00367C48">
        <w:rPr>
          <w:sz w:val="28"/>
          <w:szCs w:val="28"/>
          <w:lang w:val="kk-KZ"/>
        </w:rPr>
        <w:t xml:space="preserve"> орамы, № 8/4)</w:t>
      </w:r>
    </w:p>
    <w:p w14:paraId="271613D5" w14:textId="77777777" w:rsidR="00883B86" w:rsidRPr="00367C48" w:rsidRDefault="00883B86" w:rsidP="00883B86">
      <w:pPr>
        <w:ind w:firstLine="709"/>
        <w:jc w:val="center"/>
        <w:rPr>
          <w:sz w:val="28"/>
          <w:szCs w:val="28"/>
          <w:lang w:val="kk-KZ"/>
        </w:rPr>
      </w:pPr>
    </w:p>
    <w:p w14:paraId="15039A17"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А. Бараев көшесі, № 2, 2/1, 2а, 2б, 6, 6/1, 8/1, 10, 10/1, 10/2, 10/3, 10/4, 10/5, 10/6, 12, 14, 14/1, 16 үйлер, А. Кравцов көшесі, № 2, 2/1, 2/2, 4, 4/1 үйлер, Ж. </w:t>
      </w:r>
      <w:proofErr w:type="spellStart"/>
      <w:r w:rsidRPr="00367C48">
        <w:rPr>
          <w:sz w:val="28"/>
          <w:szCs w:val="28"/>
          <w:lang w:val="kk-KZ"/>
        </w:rPr>
        <w:t>Тәшенев</w:t>
      </w:r>
      <w:proofErr w:type="spellEnd"/>
      <w:r w:rsidRPr="00367C48">
        <w:rPr>
          <w:sz w:val="28"/>
          <w:szCs w:val="28"/>
          <w:lang w:val="kk-KZ"/>
        </w:rPr>
        <w:t xml:space="preserve"> орамы, № 8, 8/1, 8/2, 8/3, 8/4, 10 үйлер.</w:t>
      </w:r>
    </w:p>
    <w:p w14:paraId="463B1150" w14:textId="77777777" w:rsidR="00883B86" w:rsidRPr="00367C48" w:rsidRDefault="00883B86" w:rsidP="00883B86">
      <w:pPr>
        <w:rPr>
          <w:sz w:val="28"/>
          <w:szCs w:val="28"/>
          <w:lang w:val="kk-KZ"/>
        </w:rPr>
      </w:pPr>
    </w:p>
    <w:p w14:paraId="6314034D" w14:textId="77777777" w:rsidR="00883B86" w:rsidRPr="00367C48" w:rsidRDefault="00883B86" w:rsidP="00883B86">
      <w:pPr>
        <w:jc w:val="center"/>
        <w:rPr>
          <w:sz w:val="28"/>
          <w:szCs w:val="28"/>
          <w:lang w:val="kk-KZ"/>
        </w:rPr>
      </w:pPr>
      <w:r w:rsidRPr="00367C48">
        <w:rPr>
          <w:sz w:val="28"/>
          <w:szCs w:val="28"/>
          <w:lang w:val="kk-KZ"/>
        </w:rPr>
        <w:lastRenderedPageBreak/>
        <w:t>№ 87 сайлау учаскесі</w:t>
      </w:r>
    </w:p>
    <w:p w14:paraId="11CF87A1" w14:textId="77777777" w:rsidR="00883B86" w:rsidRPr="00367C48" w:rsidRDefault="00883B86" w:rsidP="00883B86">
      <w:pPr>
        <w:jc w:val="center"/>
        <w:rPr>
          <w:sz w:val="28"/>
          <w:szCs w:val="28"/>
          <w:lang w:val="kk-KZ"/>
        </w:rPr>
      </w:pPr>
      <w:r w:rsidRPr="00367C48">
        <w:rPr>
          <w:sz w:val="28"/>
          <w:szCs w:val="28"/>
          <w:lang w:val="kk-KZ"/>
        </w:rPr>
        <w:t xml:space="preserve">(орталығы – Астана қаласы әкімдігінің «Қасым Қайсенов атындағы № 27 мектеп-лицей» шаруашылық жүргізу құқығындағы мемлекеттік коммуналдық кәсіпорны, </w:t>
      </w:r>
      <w:proofErr w:type="spellStart"/>
      <w:r w:rsidRPr="00367C48">
        <w:rPr>
          <w:sz w:val="28"/>
          <w:szCs w:val="28"/>
          <w:lang w:val="kk-KZ"/>
        </w:rPr>
        <w:t>Таха</w:t>
      </w:r>
      <w:proofErr w:type="spellEnd"/>
      <w:r w:rsidRPr="00367C48">
        <w:rPr>
          <w:sz w:val="28"/>
          <w:szCs w:val="28"/>
          <w:lang w:val="kk-KZ"/>
        </w:rPr>
        <w:t xml:space="preserve"> Хусейн көшесі, № 5/1)</w:t>
      </w:r>
    </w:p>
    <w:p w14:paraId="6192D91E" w14:textId="77777777" w:rsidR="00883B86" w:rsidRPr="00367C48" w:rsidRDefault="00883B86" w:rsidP="00883B86">
      <w:pPr>
        <w:rPr>
          <w:sz w:val="28"/>
          <w:szCs w:val="28"/>
          <w:lang w:val="kk-KZ"/>
        </w:rPr>
      </w:pPr>
    </w:p>
    <w:p w14:paraId="59A0457D"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w:t>
      </w:r>
      <w:proofErr w:type="spellStart"/>
      <w:r w:rsidRPr="00367C48">
        <w:rPr>
          <w:sz w:val="28"/>
          <w:szCs w:val="28"/>
          <w:lang w:val="kk-KZ"/>
        </w:rPr>
        <w:t>Таха</w:t>
      </w:r>
      <w:proofErr w:type="spellEnd"/>
      <w:r w:rsidRPr="00367C48">
        <w:rPr>
          <w:sz w:val="28"/>
          <w:szCs w:val="28"/>
          <w:lang w:val="kk-KZ"/>
        </w:rPr>
        <w:t xml:space="preserve"> Хусейн көшесінен Ж. </w:t>
      </w:r>
      <w:proofErr w:type="spellStart"/>
      <w:r w:rsidRPr="00367C48">
        <w:rPr>
          <w:sz w:val="28"/>
          <w:szCs w:val="28"/>
          <w:lang w:val="kk-KZ"/>
        </w:rPr>
        <w:t>Тәшенев</w:t>
      </w:r>
      <w:proofErr w:type="spellEnd"/>
      <w:r w:rsidRPr="00367C48">
        <w:rPr>
          <w:sz w:val="28"/>
          <w:szCs w:val="28"/>
          <w:lang w:val="kk-KZ"/>
        </w:rPr>
        <w:t xml:space="preserve"> көшесінің тақ сандар жағымен А. Бараев көшесіне дейін, А. Бараев көшесінің жұп сандар жағымен</w:t>
      </w:r>
      <w:r w:rsidRPr="00281F48">
        <w:rPr>
          <w:sz w:val="28"/>
          <w:szCs w:val="28"/>
          <w:lang w:val="kk-KZ"/>
        </w:rPr>
        <w:br/>
      </w:r>
      <w:r w:rsidRPr="00367C48">
        <w:rPr>
          <w:sz w:val="28"/>
          <w:szCs w:val="28"/>
          <w:lang w:val="kk-KZ"/>
        </w:rPr>
        <w:t xml:space="preserve">Ж. </w:t>
      </w:r>
      <w:proofErr w:type="spellStart"/>
      <w:r w:rsidRPr="00367C48">
        <w:rPr>
          <w:sz w:val="28"/>
          <w:szCs w:val="28"/>
          <w:lang w:val="kk-KZ"/>
        </w:rPr>
        <w:t>Тәшенев</w:t>
      </w:r>
      <w:proofErr w:type="spellEnd"/>
      <w:r w:rsidRPr="00367C48">
        <w:rPr>
          <w:sz w:val="28"/>
          <w:szCs w:val="28"/>
          <w:lang w:val="kk-KZ"/>
        </w:rPr>
        <w:t xml:space="preserve"> орамына дейін, Ж. </w:t>
      </w:r>
      <w:proofErr w:type="spellStart"/>
      <w:r w:rsidRPr="00367C48">
        <w:rPr>
          <w:sz w:val="28"/>
          <w:szCs w:val="28"/>
          <w:lang w:val="kk-KZ"/>
        </w:rPr>
        <w:t>Тәшенев</w:t>
      </w:r>
      <w:proofErr w:type="spellEnd"/>
      <w:r w:rsidRPr="00367C48">
        <w:rPr>
          <w:sz w:val="28"/>
          <w:szCs w:val="28"/>
          <w:lang w:val="kk-KZ"/>
        </w:rPr>
        <w:t xml:space="preserve"> орамынан Ж. </w:t>
      </w:r>
      <w:proofErr w:type="spellStart"/>
      <w:r w:rsidRPr="00367C48">
        <w:rPr>
          <w:sz w:val="28"/>
          <w:szCs w:val="28"/>
          <w:lang w:val="kk-KZ"/>
        </w:rPr>
        <w:t>Тәшенев</w:t>
      </w:r>
      <w:proofErr w:type="spellEnd"/>
      <w:r w:rsidRPr="00367C48">
        <w:rPr>
          <w:sz w:val="28"/>
          <w:szCs w:val="28"/>
          <w:lang w:val="kk-KZ"/>
        </w:rPr>
        <w:t xml:space="preserve"> көшесіндегі</w:t>
      </w:r>
      <w:r w:rsidRPr="00281F48">
        <w:rPr>
          <w:sz w:val="28"/>
          <w:szCs w:val="28"/>
          <w:lang w:val="kk-KZ"/>
        </w:rPr>
        <w:br/>
      </w:r>
      <w:r w:rsidRPr="00367C48">
        <w:rPr>
          <w:sz w:val="28"/>
          <w:szCs w:val="28"/>
          <w:lang w:val="kk-KZ"/>
        </w:rPr>
        <w:t xml:space="preserve">№ 7, 7/1, 7/2, 7/3, 9, 9/2, 9/3, 9/4, 11/1, 11/2 үйлерді және Ж. </w:t>
      </w:r>
      <w:proofErr w:type="spellStart"/>
      <w:r w:rsidRPr="00367C48">
        <w:rPr>
          <w:sz w:val="28"/>
          <w:szCs w:val="28"/>
          <w:lang w:val="kk-KZ"/>
        </w:rPr>
        <w:t>Тәшенев</w:t>
      </w:r>
      <w:proofErr w:type="spellEnd"/>
      <w:r w:rsidRPr="00367C48">
        <w:rPr>
          <w:sz w:val="28"/>
          <w:szCs w:val="28"/>
          <w:lang w:val="kk-KZ"/>
        </w:rPr>
        <w:t xml:space="preserve"> орамындағы № 2, 4, 4/1, 4/2, 4/3, 4/4, 6, 6/1 үйлерді қоса алғанда, </w:t>
      </w:r>
      <w:proofErr w:type="spellStart"/>
      <w:r w:rsidRPr="00367C48">
        <w:rPr>
          <w:sz w:val="28"/>
          <w:szCs w:val="28"/>
          <w:lang w:val="kk-KZ"/>
        </w:rPr>
        <w:t>Таха</w:t>
      </w:r>
      <w:proofErr w:type="spellEnd"/>
      <w:r w:rsidRPr="00367C48">
        <w:rPr>
          <w:sz w:val="28"/>
          <w:szCs w:val="28"/>
          <w:lang w:val="kk-KZ"/>
        </w:rPr>
        <w:t xml:space="preserve"> Хусейн көшесіне дейін.</w:t>
      </w:r>
    </w:p>
    <w:p w14:paraId="7496B455" w14:textId="77777777" w:rsidR="00883B86" w:rsidRPr="00367C48" w:rsidRDefault="00883B86" w:rsidP="00883B86">
      <w:pPr>
        <w:ind w:firstLine="709"/>
        <w:jc w:val="both"/>
        <w:rPr>
          <w:sz w:val="28"/>
          <w:szCs w:val="28"/>
          <w:lang w:val="kk-KZ"/>
        </w:rPr>
      </w:pPr>
    </w:p>
    <w:p w14:paraId="54911E9C" w14:textId="77777777" w:rsidR="00883B86" w:rsidRPr="00367C48" w:rsidRDefault="00883B86" w:rsidP="00883B86">
      <w:pPr>
        <w:ind w:firstLine="709"/>
        <w:jc w:val="center"/>
        <w:rPr>
          <w:sz w:val="28"/>
          <w:szCs w:val="28"/>
          <w:lang w:val="kk-KZ"/>
        </w:rPr>
      </w:pPr>
      <w:r w:rsidRPr="00367C48">
        <w:rPr>
          <w:sz w:val="28"/>
          <w:szCs w:val="28"/>
          <w:lang w:val="kk-KZ"/>
        </w:rPr>
        <w:t>№ 88 сайлау учаскесі</w:t>
      </w:r>
    </w:p>
    <w:p w14:paraId="5E5018B8" w14:textId="77777777" w:rsidR="00883B86" w:rsidRPr="00367C48" w:rsidRDefault="00883B86" w:rsidP="00883B86">
      <w:pPr>
        <w:ind w:firstLine="709"/>
        <w:jc w:val="center"/>
        <w:rPr>
          <w:sz w:val="28"/>
          <w:szCs w:val="28"/>
          <w:lang w:val="kk-KZ"/>
        </w:rPr>
      </w:pPr>
      <w:r w:rsidRPr="00367C48">
        <w:rPr>
          <w:sz w:val="28"/>
          <w:szCs w:val="28"/>
          <w:lang w:val="kk-KZ"/>
        </w:rPr>
        <w:t>(орталығы – «</w:t>
      </w:r>
      <w:proofErr w:type="spellStart"/>
      <w:r w:rsidRPr="00367C48">
        <w:rPr>
          <w:sz w:val="28"/>
          <w:szCs w:val="28"/>
          <w:lang w:val="kk-KZ"/>
        </w:rPr>
        <w:t>Profi</w:t>
      </w:r>
      <w:proofErr w:type="spellEnd"/>
      <w:r w:rsidRPr="00367C48">
        <w:rPr>
          <w:sz w:val="28"/>
          <w:szCs w:val="28"/>
          <w:lang w:val="kk-KZ"/>
        </w:rPr>
        <w:t xml:space="preserve"> </w:t>
      </w:r>
      <w:proofErr w:type="spellStart"/>
      <w:r w:rsidRPr="00367C48">
        <w:rPr>
          <w:sz w:val="28"/>
          <w:szCs w:val="28"/>
          <w:lang w:val="kk-KZ"/>
        </w:rPr>
        <w:t>Consulting</w:t>
      </w:r>
      <w:proofErr w:type="spellEnd"/>
      <w:r w:rsidRPr="00367C48">
        <w:rPr>
          <w:sz w:val="28"/>
          <w:szCs w:val="28"/>
          <w:lang w:val="kk-KZ"/>
        </w:rPr>
        <w:t xml:space="preserve">» жауапкершілігі шектеулі серіктестігі, </w:t>
      </w:r>
    </w:p>
    <w:p w14:paraId="41D120B6" w14:textId="77777777" w:rsidR="00883B86" w:rsidRPr="00367C48" w:rsidRDefault="00883B86" w:rsidP="00883B86">
      <w:pPr>
        <w:ind w:firstLine="709"/>
        <w:jc w:val="center"/>
        <w:rPr>
          <w:sz w:val="28"/>
          <w:szCs w:val="28"/>
          <w:lang w:val="kk-KZ"/>
        </w:rPr>
      </w:pPr>
      <w:r w:rsidRPr="00367C48">
        <w:rPr>
          <w:sz w:val="28"/>
          <w:szCs w:val="28"/>
          <w:lang w:val="kk-KZ"/>
        </w:rPr>
        <w:t xml:space="preserve"> «KEMEL» жекеменшік мектебі, Ж. </w:t>
      </w:r>
      <w:proofErr w:type="spellStart"/>
      <w:r w:rsidRPr="00367C48">
        <w:rPr>
          <w:sz w:val="28"/>
          <w:szCs w:val="28"/>
          <w:lang w:val="kk-KZ"/>
        </w:rPr>
        <w:t>Тәшенев</w:t>
      </w:r>
      <w:proofErr w:type="spellEnd"/>
      <w:r w:rsidRPr="00367C48">
        <w:rPr>
          <w:sz w:val="28"/>
          <w:szCs w:val="28"/>
          <w:lang w:val="kk-KZ"/>
        </w:rPr>
        <w:t xml:space="preserve"> көшесі, № 7/2)</w:t>
      </w:r>
    </w:p>
    <w:p w14:paraId="0EE0C61B" w14:textId="77777777" w:rsidR="00883B86" w:rsidRPr="00367C48" w:rsidRDefault="00883B86" w:rsidP="00883B86">
      <w:pPr>
        <w:ind w:firstLine="709"/>
        <w:jc w:val="center"/>
        <w:rPr>
          <w:sz w:val="28"/>
          <w:szCs w:val="28"/>
          <w:lang w:val="kk-KZ"/>
        </w:rPr>
      </w:pPr>
    </w:p>
    <w:p w14:paraId="601CA112" w14:textId="77777777" w:rsidR="00883B86" w:rsidRDefault="00883B86" w:rsidP="00883B86">
      <w:pPr>
        <w:ind w:firstLine="709"/>
        <w:jc w:val="both"/>
        <w:rPr>
          <w:sz w:val="28"/>
          <w:szCs w:val="28"/>
          <w:lang w:val="kk-KZ"/>
        </w:rPr>
      </w:pPr>
      <w:r w:rsidRPr="00367C48">
        <w:rPr>
          <w:sz w:val="28"/>
          <w:szCs w:val="28"/>
          <w:lang w:val="kk-KZ"/>
        </w:rPr>
        <w:t xml:space="preserve">Шекарасы: </w:t>
      </w:r>
      <w:r w:rsidRPr="00C66097">
        <w:rPr>
          <w:sz w:val="28"/>
          <w:szCs w:val="28"/>
          <w:lang w:val="kk-KZ"/>
        </w:rPr>
        <w:t xml:space="preserve">А. Бараев көшесінен Ж. </w:t>
      </w:r>
      <w:proofErr w:type="spellStart"/>
      <w:r w:rsidRPr="00C66097">
        <w:rPr>
          <w:sz w:val="28"/>
          <w:szCs w:val="28"/>
          <w:lang w:val="kk-KZ"/>
        </w:rPr>
        <w:t>Тәшенев</w:t>
      </w:r>
      <w:proofErr w:type="spellEnd"/>
      <w:r w:rsidRPr="00C66097">
        <w:rPr>
          <w:sz w:val="28"/>
          <w:szCs w:val="28"/>
          <w:lang w:val="kk-KZ"/>
        </w:rPr>
        <w:t xml:space="preserve"> көшесінің тақ</w:t>
      </w:r>
      <w:r>
        <w:rPr>
          <w:sz w:val="28"/>
          <w:szCs w:val="28"/>
          <w:lang w:val="kk-KZ"/>
        </w:rPr>
        <w:t xml:space="preserve"> сандар</w:t>
      </w:r>
      <w:r w:rsidRPr="00C66097">
        <w:rPr>
          <w:sz w:val="28"/>
          <w:szCs w:val="28"/>
          <w:lang w:val="kk-KZ"/>
        </w:rPr>
        <w:t xml:space="preserve"> жағымен Ақбұлақ өзені</w:t>
      </w:r>
      <w:r>
        <w:rPr>
          <w:sz w:val="28"/>
          <w:szCs w:val="28"/>
          <w:lang w:val="kk-KZ"/>
        </w:rPr>
        <w:t xml:space="preserve">нің арнасына дейін, </w:t>
      </w:r>
      <w:r w:rsidRPr="00C66097">
        <w:rPr>
          <w:sz w:val="28"/>
          <w:szCs w:val="28"/>
          <w:lang w:val="kk-KZ"/>
        </w:rPr>
        <w:t xml:space="preserve">Ж. </w:t>
      </w:r>
      <w:proofErr w:type="spellStart"/>
      <w:r w:rsidRPr="00C66097">
        <w:rPr>
          <w:sz w:val="28"/>
          <w:szCs w:val="28"/>
          <w:lang w:val="kk-KZ"/>
        </w:rPr>
        <w:t>Тәшенев</w:t>
      </w:r>
      <w:proofErr w:type="spellEnd"/>
      <w:r w:rsidRPr="00C66097">
        <w:rPr>
          <w:sz w:val="28"/>
          <w:szCs w:val="28"/>
          <w:lang w:val="kk-KZ"/>
        </w:rPr>
        <w:t xml:space="preserve"> көшесіндегі № 13, 13/1, 13/2, 13/3, 15 үйлер, </w:t>
      </w:r>
      <w:proofErr w:type="spellStart"/>
      <w:r w:rsidRPr="00C66097">
        <w:rPr>
          <w:sz w:val="28"/>
          <w:szCs w:val="28"/>
          <w:lang w:val="kk-KZ"/>
        </w:rPr>
        <w:t>Таха</w:t>
      </w:r>
      <w:proofErr w:type="spellEnd"/>
      <w:r w:rsidRPr="00C66097">
        <w:rPr>
          <w:sz w:val="28"/>
          <w:szCs w:val="28"/>
          <w:lang w:val="kk-KZ"/>
        </w:rPr>
        <w:t xml:space="preserve"> Хусейн көшесіндегі №</w:t>
      </w:r>
      <w:r>
        <w:rPr>
          <w:sz w:val="28"/>
          <w:szCs w:val="28"/>
          <w:lang w:val="kk-KZ"/>
        </w:rPr>
        <w:t xml:space="preserve"> </w:t>
      </w:r>
      <w:r w:rsidRPr="00C66097">
        <w:rPr>
          <w:sz w:val="28"/>
          <w:szCs w:val="28"/>
          <w:lang w:val="kk-KZ"/>
        </w:rPr>
        <w:t>1, 3, 3/1, 5, 5/1, 7, 9, 11, 13, 13/1, 13/2, 15, 15/1, 15/2, 15/3, 15/4, 15А, 17А, 17Б, 17 үйлер және А. Кравцов көшесіндегі №</w:t>
      </w:r>
      <w:r>
        <w:rPr>
          <w:sz w:val="28"/>
          <w:szCs w:val="28"/>
          <w:lang w:val="kk-KZ"/>
        </w:rPr>
        <w:t xml:space="preserve"> </w:t>
      </w:r>
      <w:r w:rsidRPr="00C66097">
        <w:rPr>
          <w:sz w:val="28"/>
          <w:szCs w:val="28"/>
          <w:lang w:val="kk-KZ"/>
        </w:rPr>
        <w:t>6, 6/7, 6/</w:t>
      </w:r>
      <w:r>
        <w:rPr>
          <w:sz w:val="28"/>
          <w:szCs w:val="28"/>
          <w:lang w:val="kk-KZ"/>
        </w:rPr>
        <w:t xml:space="preserve">7А үйлерді қоса алғанда, </w:t>
      </w:r>
      <w:r w:rsidRPr="00C66097">
        <w:rPr>
          <w:sz w:val="28"/>
          <w:szCs w:val="28"/>
          <w:lang w:val="kk-KZ"/>
        </w:rPr>
        <w:t>Ақбұлақ өзенінің арнасынан Есіл өзеніне дейін, Есіл өзенінің бойымен А. Бараев көшесіне дейін.</w:t>
      </w:r>
    </w:p>
    <w:p w14:paraId="455C1046" w14:textId="77777777" w:rsidR="00883B86" w:rsidRPr="00367C48" w:rsidRDefault="00883B86" w:rsidP="00883B86">
      <w:pPr>
        <w:ind w:firstLine="709"/>
        <w:jc w:val="both"/>
        <w:rPr>
          <w:sz w:val="28"/>
          <w:szCs w:val="28"/>
          <w:lang w:val="kk-KZ"/>
        </w:rPr>
      </w:pPr>
    </w:p>
    <w:p w14:paraId="77E91402" w14:textId="77777777" w:rsidR="00883B86" w:rsidRPr="00367C48" w:rsidRDefault="00883B86" w:rsidP="00883B86">
      <w:pPr>
        <w:ind w:firstLine="709"/>
        <w:jc w:val="center"/>
        <w:rPr>
          <w:sz w:val="28"/>
          <w:szCs w:val="28"/>
          <w:lang w:val="kk-KZ"/>
        </w:rPr>
      </w:pPr>
      <w:r w:rsidRPr="00367C48">
        <w:rPr>
          <w:sz w:val="28"/>
          <w:szCs w:val="28"/>
          <w:lang w:val="kk-KZ"/>
        </w:rPr>
        <w:t>№ 89 сайлау учаскесі</w:t>
      </w:r>
    </w:p>
    <w:p w14:paraId="43B194FA"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«Қасым Қайсенов атындағы № 27 мектеп-лицей» шаруашылық жүргізу құқығындағы мемлекеттік коммуналдық кәсіпорны, </w:t>
      </w:r>
      <w:proofErr w:type="spellStart"/>
      <w:r w:rsidRPr="00367C48">
        <w:rPr>
          <w:sz w:val="28"/>
          <w:szCs w:val="28"/>
          <w:lang w:val="kk-KZ"/>
        </w:rPr>
        <w:t>Таха</w:t>
      </w:r>
      <w:proofErr w:type="spellEnd"/>
      <w:r w:rsidRPr="00367C48">
        <w:rPr>
          <w:sz w:val="28"/>
          <w:szCs w:val="28"/>
          <w:lang w:val="kk-KZ"/>
        </w:rPr>
        <w:t xml:space="preserve"> Хусейн көшесі, № 5/1)</w:t>
      </w:r>
    </w:p>
    <w:p w14:paraId="0EAD053A" w14:textId="77777777" w:rsidR="00883B86" w:rsidRPr="00367C48" w:rsidRDefault="00883B86" w:rsidP="00883B86">
      <w:pPr>
        <w:ind w:firstLine="709"/>
        <w:jc w:val="center"/>
        <w:rPr>
          <w:sz w:val="28"/>
          <w:szCs w:val="28"/>
          <w:lang w:val="kk-KZ"/>
        </w:rPr>
      </w:pPr>
    </w:p>
    <w:p w14:paraId="1EAE43B6"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w:t>
      </w:r>
      <w:proofErr w:type="spellStart"/>
      <w:r w:rsidRPr="00367C48">
        <w:rPr>
          <w:sz w:val="28"/>
          <w:szCs w:val="28"/>
          <w:lang w:val="kk-KZ"/>
        </w:rPr>
        <w:t>Таха</w:t>
      </w:r>
      <w:proofErr w:type="spellEnd"/>
      <w:r w:rsidRPr="00367C48">
        <w:rPr>
          <w:sz w:val="28"/>
          <w:szCs w:val="28"/>
          <w:lang w:val="kk-KZ"/>
        </w:rPr>
        <w:t xml:space="preserve"> Хусейн көшесінен А. Кравцов көшесінің жұп сандар жағымен Ж. </w:t>
      </w:r>
      <w:proofErr w:type="spellStart"/>
      <w:r w:rsidRPr="00367C48">
        <w:rPr>
          <w:sz w:val="28"/>
          <w:szCs w:val="28"/>
          <w:lang w:val="kk-KZ"/>
        </w:rPr>
        <w:t>Тәшенев</w:t>
      </w:r>
      <w:proofErr w:type="spellEnd"/>
      <w:r w:rsidRPr="00367C48">
        <w:rPr>
          <w:sz w:val="28"/>
          <w:szCs w:val="28"/>
          <w:lang w:val="kk-KZ"/>
        </w:rPr>
        <w:t xml:space="preserve"> көшесіне дейін, Ж. </w:t>
      </w:r>
      <w:proofErr w:type="spellStart"/>
      <w:r w:rsidRPr="00367C48">
        <w:rPr>
          <w:sz w:val="28"/>
          <w:szCs w:val="28"/>
          <w:lang w:val="kk-KZ"/>
        </w:rPr>
        <w:t>Тәшенев</w:t>
      </w:r>
      <w:proofErr w:type="spellEnd"/>
      <w:r w:rsidRPr="00367C48">
        <w:rPr>
          <w:sz w:val="28"/>
          <w:szCs w:val="28"/>
          <w:lang w:val="kk-KZ"/>
        </w:rPr>
        <w:t xml:space="preserve"> көшесінің бойымен</w:t>
      </w:r>
      <w:r w:rsidRPr="00281F48">
        <w:rPr>
          <w:sz w:val="28"/>
          <w:szCs w:val="28"/>
          <w:lang w:val="kk-KZ"/>
        </w:rPr>
        <w:br/>
      </w:r>
      <w:proofErr w:type="spellStart"/>
      <w:r w:rsidRPr="00367C48">
        <w:rPr>
          <w:sz w:val="28"/>
          <w:szCs w:val="28"/>
          <w:lang w:val="kk-KZ"/>
        </w:rPr>
        <w:t>Таха</w:t>
      </w:r>
      <w:proofErr w:type="spellEnd"/>
      <w:r w:rsidRPr="00367C48">
        <w:rPr>
          <w:sz w:val="28"/>
          <w:szCs w:val="28"/>
          <w:lang w:val="kk-KZ"/>
        </w:rPr>
        <w:t xml:space="preserve"> Хусейн көшесіне дейін, </w:t>
      </w:r>
      <w:proofErr w:type="spellStart"/>
      <w:r w:rsidRPr="00367C48">
        <w:rPr>
          <w:sz w:val="28"/>
          <w:szCs w:val="28"/>
          <w:lang w:val="kk-KZ"/>
        </w:rPr>
        <w:t>Таха</w:t>
      </w:r>
      <w:proofErr w:type="spellEnd"/>
      <w:r w:rsidRPr="00367C48">
        <w:rPr>
          <w:sz w:val="28"/>
          <w:szCs w:val="28"/>
          <w:lang w:val="kk-KZ"/>
        </w:rPr>
        <w:t xml:space="preserve"> Хусейн көшесінің жұп сандар жағымен</w:t>
      </w:r>
      <w:r w:rsidRPr="00281F48">
        <w:rPr>
          <w:sz w:val="28"/>
          <w:szCs w:val="28"/>
          <w:lang w:val="kk-KZ"/>
        </w:rPr>
        <w:br/>
      </w:r>
      <w:r w:rsidRPr="00367C48">
        <w:rPr>
          <w:sz w:val="28"/>
          <w:szCs w:val="28"/>
          <w:lang w:val="kk-KZ"/>
        </w:rPr>
        <w:t>А. Кравцов көшесіне дейін.</w:t>
      </w:r>
    </w:p>
    <w:p w14:paraId="1E685517" w14:textId="77777777" w:rsidR="00883B86" w:rsidRPr="00367C48" w:rsidRDefault="00883B86" w:rsidP="00883B86">
      <w:pPr>
        <w:rPr>
          <w:sz w:val="28"/>
          <w:szCs w:val="28"/>
          <w:lang w:val="kk-KZ"/>
        </w:rPr>
      </w:pPr>
    </w:p>
    <w:p w14:paraId="23952122" w14:textId="77777777" w:rsidR="00883B86" w:rsidRPr="00367C48" w:rsidRDefault="00883B86" w:rsidP="00883B86">
      <w:pPr>
        <w:ind w:firstLine="709"/>
        <w:jc w:val="center"/>
        <w:rPr>
          <w:sz w:val="28"/>
          <w:szCs w:val="28"/>
          <w:lang w:val="kk-KZ"/>
        </w:rPr>
      </w:pPr>
      <w:r w:rsidRPr="00367C48">
        <w:rPr>
          <w:sz w:val="28"/>
          <w:szCs w:val="28"/>
          <w:lang w:val="kk-KZ"/>
        </w:rPr>
        <w:t>№ 90 сайлау учаскесі</w:t>
      </w:r>
    </w:p>
    <w:p w14:paraId="2B24DDA9"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 5 гимназия» шаруашылық жүргізу құқығындағы мемлекеттік коммуналдық кәсіпорны, </w:t>
      </w:r>
    </w:p>
    <w:p w14:paraId="40585ABC" w14:textId="77777777" w:rsidR="00883B86" w:rsidRPr="00367C48" w:rsidRDefault="00883B86" w:rsidP="00883B86">
      <w:pPr>
        <w:ind w:firstLine="709"/>
        <w:jc w:val="center"/>
        <w:rPr>
          <w:sz w:val="28"/>
          <w:szCs w:val="28"/>
          <w:lang w:val="kk-KZ"/>
        </w:rPr>
      </w:pPr>
      <w:r w:rsidRPr="00367C48">
        <w:rPr>
          <w:sz w:val="28"/>
          <w:szCs w:val="28"/>
          <w:lang w:val="kk-KZ"/>
        </w:rPr>
        <w:t>Ж. Тархан көшесі, № 16)</w:t>
      </w:r>
    </w:p>
    <w:p w14:paraId="189DBCEF" w14:textId="77777777" w:rsidR="00883B86" w:rsidRPr="00367C48" w:rsidRDefault="00883B86" w:rsidP="00883B86">
      <w:pPr>
        <w:ind w:firstLine="709"/>
        <w:jc w:val="center"/>
        <w:rPr>
          <w:sz w:val="28"/>
          <w:szCs w:val="28"/>
          <w:lang w:val="kk-KZ"/>
        </w:rPr>
      </w:pPr>
    </w:p>
    <w:p w14:paraId="7665E01B"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А. Пушкин көшесінен А. Кравцов көшесінің тақ сандар жағымен Асан қайғы көшесіне дейін, Асан қайғы көшесінің жұп сандар жағымен Ж. Тархан көшесіне дейін, Ж. Тархан көшесінің жұп сандар жағымен А. Жұбанов көшесіне дейін, А. Жұбанов көшесінің тақ сандар жағымен А. Пушкин көшесіне дейін, </w:t>
      </w:r>
      <w:r w:rsidRPr="00367C48">
        <w:rPr>
          <w:sz w:val="28"/>
          <w:szCs w:val="28"/>
          <w:lang w:val="kk-KZ"/>
        </w:rPr>
        <w:br/>
        <w:t>А. Пушкин көшесінің тақ сандар жағымен А. Кравцов көшесіне дейін.</w:t>
      </w:r>
    </w:p>
    <w:p w14:paraId="3D53705B" w14:textId="77777777" w:rsidR="00883B86" w:rsidRPr="00367C48" w:rsidRDefault="00883B86" w:rsidP="00883B86">
      <w:pPr>
        <w:rPr>
          <w:sz w:val="28"/>
          <w:szCs w:val="28"/>
          <w:lang w:val="kk-KZ"/>
        </w:rPr>
      </w:pPr>
    </w:p>
    <w:p w14:paraId="450A3956" w14:textId="77777777" w:rsidR="00883B86" w:rsidRPr="00367C48" w:rsidRDefault="00883B86" w:rsidP="00883B86">
      <w:pPr>
        <w:ind w:firstLine="709"/>
        <w:jc w:val="center"/>
        <w:rPr>
          <w:sz w:val="28"/>
          <w:szCs w:val="28"/>
          <w:lang w:val="kk-KZ"/>
        </w:rPr>
      </w:pPr>
      <w:r w:rsidRPr="00367C48">
        <w:rPr>
          <w:sz w:val="28"/>
          <w:szCs w:val="28"/>
          <w:lang w:val="kk-KZ"/>
        </w:rPr>
        <w:t>№ 91 сайлау учаскесі</w:t>
      </w:r>
    </w:p>
    <w:p w14:paraId="34466FC2" w14:textId="77777777" w:rsidR="00883B86" w:rsidRPr="00367C48" w:rsidRDefault="00883B86" w:rsidP="00883B86">
      <w:pPr>
        <w:ind w:firstLine="709"/>
        <w:jc w:val="center"/>
        <w:rPr>
          <w:sz w:val="28"/>
          <w:szCs w:val="28"/>
          <w:lang w:val="kk-KZ"/>
        </w:rPr>
      </w:pPr>
      <w:r w:rsidRPr="00367C48">
        <w:rPr>
          <w:sz w:val="28"/>
          <w:szCs w:val="28"/>
          <w:lang w:val="kk-KZ"/>
        </w:rPr>
        <w:lastRenderedPageBreak/>
        <w:t>(орталығы – Астана қаласы әкімдігінің «Ақселеу Сейдімбек атындағы</w:t>
      </w:r>
      <w:r w:rsidRPr="00281F48">
        <w:rPr>
          <w:sz w:val="28"/>
          <w:szCs w:val="28"/>
          <w:lang w:val="kk-KZ"/>
        </w:rPr>
        <w:br/>
      </w:r>
      <w:r w:rsidRPr="00367C48">
        <w:rPr>
          <w:sz w:val="28"/>
          <w:szCs w:val="28"/>
          <w:lang w:val="kk-KZ"/>
        </w:rPr>
        <w:t>№ 54 мектеп-лицей» шаруашылық жүргізу құқығындағы мемлекеттік коммуналдық кәсіпорны, Ш. Иманбаева көшесі, № 4)</w:t>
      </w:r>
    </w:p>
    <w:p w14:paraId="0D3A4550" w14:textId="77777777" w:rsidR="00883B86" w:rsidRPr="00367C48" w:rsidRDefault="00883B86" w:rsidP="00883B86">
      <w:pPr>
        <w:ind w:firstLine="709"/>
        <w:jc w:val="center"/>
        <w:rPr>
          <w:sz w:val="28"/>
          <w:szCs w:val="28"/>
          <w:lang w:val="kk-KZ"/>
        </w:rPr>
      </w:pPr>
    </w:p>
    <w:p w14:paraId="0F81CDC1" w14:textId="77777777" w:rsidR="00883B86" w:rsidRDefault="00883B86" w:rsidP="00883B86">
      <w:pPr>
        <w:ind w:firstLine="709"/>
        <w:jc w:val="both"/>
        <w:rPr>
          <w:sz w:val="28"/>
          <w:szCs w:val="28"/>
          <w:lang w:val="kk-KZ"/>
        </w:rPr>
      </w:pPr>
      <w:r w:rsidRPr="00367C48">
        <w:rPr>
          <w:sz w:val="28"/>
          <w:szCs w:val="28"/>
          <w:lang w:val="kk-KZ"/>
        </w:rPr>
        <w:t>Шекарасы: Ш. Уәлиханов көшесінен А. Иманов көшесінің жұп сандар жағымен Асан қайғы көшесіне дейін, Асан қайғы көшесінің тақ сандар жағымен Ж. Тархан көшесіне дейін, Ж. Тархан көшесінің тақ сандар жағымен</w:t>
      </w:r>
      <w:r w:rsidRPr="00281F48">
        <w:rPr>
          <w:sz w:val="28"/>
          <w:szCs w:val="28"/>
          <w:lang w:val="kk-KZ"/>
        </w:rPr>
        <w:br/>
      </w:r>
      <w:r w:rsidRPr="00367C48">
        <w:rPr>
          <w:sz w:val="28"/>
          <w:szCs w:val="28"/>
          <w:lang w:val="kk-KZ"/>
        </w:rPr>
        <w:t>Ш. Уәлиханов көшесіне дейін, Ш. Уәлиханов көшесінің жұп сандар жағымен</w:t>
      </w:r>
      <w:r w:rsidRPr="00281F48">
        <w:rPr>
          <w:sz w:val="28"/>
          <w:szCs w:val="28"/>
          <w:lang w:val="kk-KZ"/>
        </w:rPr>
        <w:br/>
      </w:r>
      <w:r w:rsidRPr="00367C48">
        <w:rPr>
          <w:sz w:val="28"/>
          <w:szCs w:val="28"/>
          <w:lang w:val="kk-KZ"/>
        </w:rPr>
        <w:t>А. Иманов көшесіне дейін.</w:t>
      </w:r>
    </w:p>
    <w:p w14:paraId="01BF27BB" w14:textId="77777777" w:rsidR="00883B86" w:rsidRPr="00367C48" w:rsidRDefault="00883B86" w:rsidP="00883B86">
      <w:pPr>
        <w:ind w:firstLine="709"/>
        <w:jc w:val="both"/>
        <w:rPr>
          <w:sz w:val="28"/>
          <w:szCs w:val="28"/>
          <w:lang w:val="kk-KZ"/>
        </w:rPr>
      </w:pPr>
    </w:p>
    <w:p w14:paraId="1D63D068" w14:textId="77777777" w:rsidR="00883B86" w:rsidRPr="00367C48" w:rsidRDefault="00883B86" w:rsidP="00883B86">
      <w:pPr>
        <w:ind w:firstLine="709"/>
        <w:jc w:val="center"/>
        <w:rPr>
          <w:sz w:val="28"/>
          <w:szCs w:val="28"/>
          <w:lang w:val="kk-KZ"/>
        </w:rPr>
      </w:pPr>
      <w:r w:rsidRPr="00367C48">
        <w:rPr>
          <w:sz w:val="28"/>
          <w:szCs w:val="28"/>
          <w:lang w:val="kk-KZ"/>
        </w:rPr>
        <w:t>№ 92 сайлау учаскесі</w:t>
      </w:r>
    </w:p>
    <w:p w14:paraId="193EE45A"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 119 жалпы орта білім беретін мектеп» коммуналдық мемлекеттік мекемесі, А. Иманов көшесі, № 27А)</w:t>
      </w:r>
    </w:p>
    <w:p w14:paraId="1CCB0E83" w14:textId="77777777" w:rsidR="00883B86" w:rsidRPr="00367C48" w:rsidRDefault="00883B86" w:rsidP="00883B86">
      <w:pPr>
        <w:ind w:firstLine="709"/>
        <w:jc w:val="center"/>
        <w:rPr>
          <w:sz w:val="28"/>
          <w:szCs w:val="28"/>
          <w:lang w:val="kk-KZ"/>
        </w:rPr>
      </w:pPr>
    </w:p>
    <w:p w14:paraId="34F88BCF" w14:textId="77777777" w:rsidR="00883B86" w:rsidRPr="00367C48" w:rsidRDefault="00883B86" w:rsidP="00883B86">
      <w:pPr>
        <w:ind w:firstLine="709"/>
        <w:jc w:val="both"/>
        <w:rPr>
          <w:sz w:val="28"/>
          <w:szCs w:val="28"/>
          <w:lang w:val="kk-KZ"/>
        </w:rPr>
      </w:pPr>
      <w:r w:rsidRPr="00367C48">
        <w:rPr>
          <w:sz w:val="28"/>
          <w:szCs w:val="28"/>
          <w:lang w:val="kk-KZ"/>
        </w:rPr>
        <w:t>Шекарасы: Ш. Уәлиханов көшесінен Кенесары көшесінің жұп сандар жағымен Ә</w:t>
      </w:r>
      <w:r>
        <w:rPr>
          <w:sz w:val="28"/>
          <w:szCs w:val="28"/>
          <w:lang w:val="kk-KZ"/>
        </w:rPr>
        <w:t>. Сембинов көшесіне дейін,</w:t>
      </w:r>
      <w:r w:rsidRPr="00367C48">
        <w:rPr>
          <w:sz w:val="28"/>
          <w:szCs w:val="28"/>
          <w:lang w:val="kk-KZ"/>
        </w:rPr>
        <w:t xml:space="preserve"> Ә. Сембинов көшесінің тақ сандар жағымен А. Иманов көшесіне дейін, А. Иманов көшесінің тақ сандар жағымен</w:t>
      </w:r>
      <w:r w:rsidRPr="00281F48">
        <w:rPr>
          <w:sz w:val="28"/>
          <w:szCs w:val="28"/>
          <w:lang w:val="kk-KZ"/>
        </w:rPr>
        <w:br/>
      </w:r>
      <w:r w:rsidRPr="00367C48">
        <w:rPr>
          <w:sz w:val="28"/>
          <w:szCs w:val="28"/>
          <w:lang w:val="kk-KZ"/>
        </w:rPr>
        <w:t>Ш. Уәлиханов көшесіне дейін, Ш. Уәлиханов көшесінің жұп сандар жағымен Кенесары көшесіне дейін.</w:t>
      </w:r>
    </w:p>
    <w:p w14:paraId="3E186455" w14:textId="77777777" w:rsidR="00883B86" w:rsidRPr="00367C48" w:rsidRDefault="00883B86" w:rsidP="00883B86">
      <w:pPr>
        <w:ind w:firstLine="709"/>
        <w:jc w:val="both"/>
        <w:rPr>
          <w:sz w:val="28"/>
          <w:szCs w:val="28"/>
          <w:lang w:val="kk-KZ"/>
        </w:rPr>
      </w:pPr>
    </w:p>
    <w:p w14:paraId="48CDEC71" w14:textId="77777777" w:rsidR="00883B86" w:rsidRPr="00367C48" w:rsidRDefault="00883B86" w:rsidP="00883B86">
      <w:pPr>
        <w:ind w:firstLine="709"/>
        <w:jc w:val="center"/>
        <w:rPr>
          <w:sz w:val="28"/>
          <w:szCs w:val="28"/>
          <w:lang w:val="kk-KZ"/>
        </w:rPr>
      </w:pPr>
      <w:r w:rsidRPr="00367C48">
        <w:rPr>
          <w:sz w:val="28"/>
          <w:szCs w:val="28"/>
          <w:lang w:val="kk-KZ"/>
        </w:rPr>
        <w:t>№ 93 сайлау учаскесі</w:t>
      </w:r>
    </w:p>
    <w:p w14:paraId="1EF4838B"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 8 мектеп-лицей» шаруашылық жүргізу құқығындағы мемлекеттік коммуналдық кәсіпорны, </w:t>
      </w:r>
    </w:p>
    <w:p w14:paraId="256732D4" w14:textId="77777777" w:rsidR="00883B86" w:rsidRPr="00367C48" w:rsidRDefault="00883B86" w:rsidP="00883B86">
      <w:pPr>
        <w:ind w:firstLine="709"/>
        <w:jc w:val="center"/>
        <w:rPr>
          <w:sz w:val="28"/>
          <w:szCs w:val="28"/>
          <w:lang w:val="kk-KZ"/>
        </w:rPr>
      </w:pPr>
      <w:r w:rsidRPr="00367C48">
        <w:rPr>
          <w:sz w:val="28"/>
          <w:szCs w:val="28"/>
          <w:lang w:val="kk-KZ"/>
        </w:rPr>
        <w:t xml:space="preserve">С. Сейфуллин көшесі, № 50) </w:t>
      </w:r>
    </w:p>
    <w:p w14:paraId="0315C5DD" w14:textId="77777777" w:rsidR="00883B86" w:rsidRPr="00367C48" w:rsidRDefault="00883B86" w:rsidP="00883B86">
      <w:pPr>
        <w:ind w:firstLine="709"/>
        <w:jc w:val="center"/>
        <w:rPr>
          <w:sz w:val="28"/>
          <w:szCs w:val="28"/>
          <w:lang w:val="kk-KZ"/>
        </w:rPr>
      </w:pPr>
    </w:p>
    <w:p w14:paraId="75545067" w14:textId="77777777" w:rsidR="00883B86" w:rsidRPr="00367C48" w:rsidRDefault="00883B86" w:rsidP="00883B86">
      <w:pPr>
        <w:ind w:firstLine="709"/>
        <w:jc w:val="both"/>
        <w:rPr>
          <w:sz w:val="28"/>
          <w:szCs w:val="28"/>
          <w:lang w:val="kk-KZ"/>
        </w:rPr>
      </w:pPr>
      <w:r w:rsidRPr="00367C48">
        <w:rPr>
          <w:sz w:val="28"/>
          <w:szCs w:val="28"/>
          <w:lang w:val="kk-KZ"/>
        </w:rPr>
        <w:t>Шекарасы: Ш. Уәлиханов көшесінен Абай даңғылының жұп сандар жағымен Асан қайғы көшесіне дейін, Асан қайғы көшесінің тақ сандар жағымен Кенесары көшесіне дейін, Кенесары көшесінің тақ сандар жағымен</w:t>
      </w:r>
      <w:r w:rsidRPr="00281F48">
        <w:rPr>
          <w:sz w:val="28"/>
          <w:szCs w:val="28"/>
          <w:lang w:val="kk-KZ"/>
        </w:rPr>
        <w:br/>
      </w:r>
      <w:r w:rsidRPr="00367C48">
        <w:rPr>
          <w:sz w:val="28"/>
          <w:szCs w:val="28"/>
          <w:lang w:val="kk-KZ"/>
        </w:rPr>
        <w:t>Ш. Уәлиханов көшесіне дейін, Ш. Уәлиханов көшесінің жұп сандар жағымен Кенесары көшесіндегі № 69, 69а, 69б, 69п үйлерді қоспағанда, Абай даңғылына дейін.</w:t>
      </w:r>
    </w:p>
    <w:p w14:paraId="3E9D6433" w14:textId="77777777" w:rsidR="00883B86" w:rsidRPr="00367C48" w:rsidRDefault="00883B86" w:rsidP="00883B86">
      <w:pPr>
        <w:ind w:firstLine="709"/>
        <w:jc w:val="both"/>
        <w:rPr>
          <w:sz w:val="28"/>
          <w:szCs w:val="28"/>
          <w:lang w:val="kk-KZ"/>
        </w:rPr>
      </w:pPr>
    </w:p>
    <w:p w14:paraId="3719CEC5" w14:textId="77777777" w:rsidR="00883B86" w:rsidRPr="00367C48" w:rsidRDefault="00883B86" w:rsidP="00883B86">
      <w:pPr>
        <w:ind w:firstLine="709"/>
        <w:jc w:val="center"/>
        <w:rPr>
          <w:sz w:val="28"/>
          <w:szCs w:val="28"/>
          <w:lang w:val="kk-KZ"/>
        </w:rPr>
      </w:pPr>
      <w:r w:rsidRPr="00367C48">
        <w:rPr>
          <w:sz w:val="28"/>
          <w:szCs w:val="28"/>
          <w:lang w:val="kk-KZ"/>
        </w:rPr>
        <w:t>№ 94 сайлау учаскесі</w:t>
      </w:r>
    </w:p>
    <w:p w14:paraId="741E3806"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 8 мектеп-лицей» шаруашылық жүргізу құқығындағы мемлекеттік коммуналдық кәсіпорны, </w:t>
      </w:r>
    </w:p>
    <w:p w14:paraId="465843ED" w14:textId="77777777" w:rsidR="00883B86" w:rsidRPr="00367C48" w:rsidRDefault="00883B86" w:rsidP="00883B86">
      <w:pPr>
        <w:ind w:firstLine="709"/>
        <w:jc w:val="center"/>
        <w:rPr>
          <w:sz w:val="28"/>
          <w:szCs w:val="28"/>
          <w:lang w:val="kk-KZ"/>
        </w:rPr>
      </w:pPr>
      <w:r w:rsidRPr="00367C48">
        <w:rPr>
          <w:sz w:val="28"/>
          <w:szCs w:val="28"/>
          <w:lang w:val="kk-KZ"/>
        </w:rPr>
        <w:t>С. Сейфуллин көшесі, № 50)</w:t>
      </w:r>
    </w:p>
    <w:p w14:paraId="4332BDC7" w14:textId="77777777" w:rsidR="00883B86" w:rsidRPr="00367C48" w:rsidRDefault="00883B86" w:rsidP="00883B86">
      <w:pPr>
        <w:ind w:firstLine="709"/>
        <w:jc w:val="center"/>
        <w:rPr>
          <w:sz w:val="28"/>
          <w:szCs w:val="28"/>
          <w:lang w:val="kk-KZ"/>
        </w:rPr>
      </w:pPr>
    </w:p>
    <w:p w14:paraId="0CA75D9A" w14:textId="77777777" w:rsidR="00883B86" w:rsidRPr="00367C48" w:rsidRDefault="00883B86" w:rsidP="00883B86">
      <w:pPr>
        <w:ind w:firstLine="709"/>
        <w:jc w:val="both"/>
        <w:rPr>
          <w:sz w:val="28"/>
          <w:szCs w:val="28"/>
          <w:lang w:val="kk-KZ"/>
        </w:rPr>
      </w:pPr>
      <w:r w:rsidRPr="00367C48">
        <w:rPr>
          <w:sz w:val="28"/>
          <w:szCs w:val="28"/>
          <w:lang w:val="kk-KZ"/>
        </w:rPr>
        <w:t>Шекарасы: Абай даңғылынан Ш. Уәлиханов көшесінің жұп сандар жағымен Ә. Жангелдин көшесіне дейін, Ә. Жангелдин көшесінің жұп сандар жағымен Асан қайғы көшесіне дейін, Асан қайғы көшесінің тақ сандар жағымен Абай даңғылына дейін, Абай даңғылының тақ сандар жағымен Ш. Уәлиханов көшесіне дейін.</w:t>
      </w:r>
    </w:p>
    <w:p w14:paraId="0BBE9C6A" w14:textId="77777777" w:rsidR="00883B86" w:rsidRPr="00367C48" w:rsidRDefault="00883B86" w:rsidP="00883B86">
      <w:pPr>
        <w:ind w:firstLine="709"/>
        <w:jc w:val="both"/>
        <w:rPr>
          <w:sz w:val="28"/>
          <w:szCs w:val="28"/>
          <w:lang w:val="kk-KZ"/>
        </w:rPr>
      </w:pPr>
    </w:p>
    <w:p w14:paraId="2A833C37" w14:textId="77777777" w:rsidR="00883B86" w:rsidRPr="00367C48" w:rsidRDefault="00883B86" w:rsidP="00883B86">
      <w:pPr>
        <w:ind w:firstLine="709"/>
        <w:jc w:val="center"/>
        <w:rPr>
          <w:sz w:val="28"/>
          <w:szCs w:val="28"/>
          <w:lang w:val="kk-KZ"/>
        </w:rPr>
      </w:pPr>
    </w:p>
    <w:p w14:paraId="07A9DC2E" w14:textId="77777777" w:rsidR="00883B86" w:rsidRPr="00367C48" w:rsidRDefault="00883B86" w:rsidP="00883B86">
      <w:pPr>
        <w:ind w:firstLine="709"/>
        <w:jc w:val="center"/>
        <w:rPr>
          <w:sz w:val="28"/>
          <w:szCs w:val="28"/>
          <w:lang w:val="kk-KZ"/>
        </w:rPr>
      </w:pPr>
      <w:r w:rsidRPr="00367C48">
        <w:rPr>
          <w:sz w:val="28"/>
          <w:szCs w:val="28"/>
          <w:lang w:val="kk-KZ"/>
        </w:rPr>
        <w:t>№ 95 сайлау учаскесі</w:t>
      </w:r>
    </w:p>
    <w:p w14:paraId="1A708E28" w14:textId="77777777" w:rsidR="00883B86" w:rsidRPr="00367C48" w:rsidRDefault="00883B86" w:rsidP="00883B86">
      <w:pPr>
        <w:ind w:firstLine="709"/>
        <w:jc w:val="center"/>
        <w:rPr>
          <w:sz w:val="28"/>
          <w:szCs w:val="28"/>
          <w:lang w:val="kk-KZ"/>
        </w:rPr>
      </w:pPr>
      <w:r w:rsidRPr="00367C48">
        <w:rPr>
          <w:sz w:val="28"/>
          <w:szCs w:val="28"/>
          <w:lang w:val="kk-KZ"/>
        </w:rPr>
        <w:lastRenderedPageBreak/>
        <w:t>(орталығы – Астана қаласы әкімдігінің «Технологиялық колледжі» шаруашылық жүргізу құқығындағы мемлекеттік коммуналдық кәсіпорны,</w:t>
      </w:r>
      <w:r w:rsidRPr="00281F48">
        <w:rPr>
          <w:sz w:val="28"/>
          <w:szCs w:val="28"/>
          <w:lang w:val="kk-KZ"/>
        </w:rPr>
        <w:t xml:space="preserve"> </w:t>
      </w:r>
      <w:r w:rsidRPr="00281F48">
        <w:rPr>
          <w:sz w:val="28"/>
          <w:szCs w:val="28"/>
          <w:lang w:val="kk-KZ"/>
        </w:rPr>
        <w:br/>
      </w:r>
      <w:r w:rsidRPr="00367C48">
        <w:rPr>
          <w:sz w:val="28"/>
          <w:szCs w:val="28"/>
          <w:lang w:val="kk-KZ"/>
        </w:rPr>
        <w:t>С. Сейфуллин көшесі, № 59)</w:t>
      </w:r>
    </w:p>
    <w:p w14:paraId="6B0A45E8" w14:textId="77777777" w:rsidR="00883B86" w:rsidRPr="00367C48" w:rsidRDefault="00883B86" w:rsidP="00883B86">
      <w:pPr>
        <w:ind w:firstLine="709"/>
        <w:jc w:val="center"/>
        <w:rPr>
          <w:sz w:val="28"/>
          <w:szCs w:val="28"/>
          <w:lang w:val="kk-KZ"/>
        </w:rPr>
      </w:pPr>
    </w:p>
    <w:p w14:paraId="0428CA06" w14:textId="77777777" w:rsidR="00883B86" w:rsidRPr="00367C48" w:rsidRDefault="00883B86" w:rsidP="00883B86">
      <w:pPr>
        <w:ind w:firstLine="709"/>
        <w:jc w:val="both"/>
        <w:rPr>
          <w:sz w:val="28"/>
          <w:szCs w:val="28"/>
          <w:lang w:val="kk-KZ"/>
        </w:rPr>
      </w:pPr>
      <w:r w:rsidRPr="00367C48">
        <w:rPr>
          <w:sz w:val="28"/>
          <w:szCs w:val="28"/>
          <w:lang w:val="kk-KZ"/>
        </w:rPr>
        <w:t>Шекарасы: Ш. Уәлиханов көшесінен Бөгенбай батыр даңғылының жұп</w:t>
      </w:r>
      <w:r>
        <w:rPr>
          <w:sz w:val="28"/>
          <w:szCs w:val="28"/>
          <w:lang w:val="kk-KZ"/>
        </w:rPr>
        <w:t xml:space="preserve"> сандар</w:t>
      </w:r>
      <w:r w:rsidRPr="00367C48">
        <w:rPr>
          <w:sz w:val="28"/>
          <w:szCs w:val="28"/>
          <w:lang w:val="kk-KZ"/>
        </w:rPr>
        <w:t xml:space="preserve"> жағымен темір жолға дейін, темір жол бойымен Ә. Сембинов көшесіне дейін, Ә. Сембинов көшесінің тақ сандар жағымен Л. Толстой көшесіне дейін,</w:t>
      </w:r>
      <w:r w:rsidRPr="00281F48">
        <w:rPr>
          <w:sz w:val="28"/>
          <w:szCs w:val="28"/>
          <w:lang w:val="kk-KZ"/>
        </w:rPr>
        <w:t xml:space="preserve"> </w:t>
      </w:r>
      <w:r w:rsidRPr="00281F48">
        <w:rPr>
          <w:sz w:val="28"/>
          <w:szCs w:val="28"/>
          <w:lang w:val="kk-KZ"/>
        </w:rPr>
        <w:br/>
      </w:r>
      <w:r w:rsidRPr="00367C48">
        <w:rPr>
          <w:sz w:val="28"/>
          <w:szCs w:val="28"/>
          <w:lang w:val="kk-KZ"/>
        </w:rPr>
        <w:t xml:space="preserve">Л. Толстой көшесінің тақ </w:t>
      </w:r>
      <w:r>
        <w:rPr>
          <w:sz w:val="28"/>
          <w:szCs w:val="28"/>
          <w:lang w:val="kk-KZ"/>
        </w:rPr>
        <w:t xml:space="preserve">сандар </w:t>
      </w:r>
      <w:r w:rsidRPr="00367C48">
        <w:rPr>
          <w:sz w:val="28"/>
          <w:szCs w:val="28"/>
          <w:lang w:val="kk-KZ"/>
        </w:rPr>
        <w:t>жағымен Ә. Жангелдин көшесіне дейін,</w:t>
      </w:r>
      <w:r w:rsidRPr="00281F48">
        <w:rPr>
          <w:sz w:val="28"/>
          <w:szCs w:val="28"/>
          <w:lang w:val="kk-KZ"/>
        </w:rPr>
        <w:t xml:space="preserve"> </w:t>
      </w:r>
      <w:r w:rsidRPr="00281F48">
        <w:rPr>
          <w:sz w:val="28"/>
          <w:szCs w:val="28"/>
          <w:lang w:val="kk-KZ"/>
        </w:rPr>
        <w:br/>
      </w:r>
      <w:r w:rsidRPr="00367C48">
        <w:rPr>
          <w:sz w:val="28"/>
          <w:szCs w:val="28"/>
          <w:lang w:val="kk-KZ"/>
        </w:rPr>
        <w:t>Ә. Жангелдин көшесінің тақ сандар жағымен Ш. Уәлиханов көшесіне дейін,</w:t>
      </w:r>
      <w:r w:rsidRPr="00281F48">
        <w:rPr>
          <w:sz w:val="28"/>
          <w:szCs w:val="28"/>
          <w:lang w:val="kk-KZ"/>
        </w:rPr>
        <w:t xml:space="preserve"> </w:t>
      </w:r>
      <w:r w:rsidRPr="00281F48">
        <w:rPr>
          <w:sz w:val="28"/>
          <w:szCs w:val="28"/>
          <w:lang w:val="kk-KZ"/>
        </w:rPr>
        <w:br/>
      </w:r>
      <w:r w:rsidRPr="00367C48">
        <w:rPr>
          <w:sz w:val="28"/>
          <w:szCs w:val="28"/>
          <w:lang w:val="kk-KZ"/>
        </w:rPr>
        <w:t>Ш. Уәлиханов көшесінің жұп сандар жағымен Бөгенбай батыр даңғылына дейін.</w:t>
      </w:r>
    </w:p>
    <w:p w14:paraId="2BDAFBA8" w14:textId="77777777" w:rsidR="00883B86" w:rsidRPr="00367C48" w:rsidRDefault="00883B86" w:rsidP="00883B86">
      <w:pPr>
        <w:ind w:firstLine="709"/>
        <w:jc w:val="both"/>
        <w:rPr>
          <w:sz w:val="28"/>
          <w:szCs w:val="28"/>
          <w:lang w:val="kk-KZ"/>
        </w:rPr>
      </w:pPr>
    </w:p>
    <w:p w14:paraId="0AF52DB5" w14:textId="77777777" w:rsidR="00883B86" w:rsidRPr="00367C48" w:rsidRDefault="00883B86" w:rsidP="00883B86">
      <w:pPr>
        <w:ind w:firstLine="709"/>
        <w:jc w:val="center"/>
        <w:rPr>
          <w:sz w:val="28"/>
          <w:szCs w:val="28"/>
          <w:lang w:val="kk-KZ"/>
        </w:rPr>
      </w:pPr>
      <w:r w:rsidRPr="00367C48">
        <w:rPr>
          <w:sz w:val="28"/>
          <w:szCs w:val="28"/>
          <w:lang w:val="kk-KZ"/>
        </w:rPr>
        <w:t>№ 96 сайлау учаскесі</w:t>
      </w:r>
    </w:p>
    <w:p w14:paraId="7AE72BC7"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«Технологиялық колледжі» шаруашылық жүргізу құқығындағы мемлекеттік коммуналдық кәсіпорны,</w:t>
      </w:r>
      <w:r w:rsidRPr="00281F48">
        <w:rPr>
          <w:sz w:val="28"/>
          <w:szCs w:val="28"/>
          <w:lang w:val="kk-KZ"/>
        </w:rPr>
        <w:t xml:space="preserve"> </w:t>
      </w:r>
      <w:r w:rsidRPr="00281F48">
        <w:rPr>
          <w:sz w:val="28"/>
          <w:szCs w:val="28"/>
          <w:lang w:val="kk-KZ"/>
        </w:rPr>
        <w:br/>
      </w:r>
      <w:r w:rsidRPr="00367C48">
        <w:rPr>
          <w:sz w:val="28"/>
          <w:szCs w:val="28"/>
          <w:lang w:val="kk-KZ"/>
        </w:rPr>
        <w:t>С. Сейфуллин көшесі, № 59)</w:t>
      </w:r>
    </w:p>
    <w:p w14:paraId="118765E2" w14:textId="77777777" w:rsidR="00883B86" w:rsidRPr="00367C48" w:rsidRDefault="00883B86" w:rsidP="00883B86">
      <w:pPr>
        <w:rPr>
          <w:sz w:val="28"/>
          <w:szCs w:val="28"/>
          <w:lang w:val="kk-KZ"/>
        </w:rPr>
      </w:pPr>
    </w:p>
    <w:p w14:paraId="125C5ADB"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Абай даңғылынан Ә. </w:t>
      </w:r>
      <w:proofErr w:type="spellStart"/>
      <w:r w:rsidRPr="00367C48">
        <w:rPr>
          <w:sz w:val="28"/>
          <w:szCs w:val="28"/>
          <w:lang w:val="kk-KZ"/>
        </w:rPr>
        <w:t>Әлімжанов</w:t>
      </w:r>
      <w:proofErr w:type="spellEnd"/>
      <w:r w:rsidRPr="00367C48">
        <w:rPr>
          <w:sz w:val="28"/>
          <w:szCs w:val="28"/>
          <w:lang w:val="kk-KZ"/>
        </w:rPr>
        <w:t xml:space="preserve"> көшесінің жұп сандар жағымен С. Сейфуллин көшесіне дейін, С. Сейфуллин көшесінің тақ сандар жағымен Асан қайғы көшесіне дейін, Асан қайғы көшесінің жұп сандар жағымен Ә. Жангелдин көшесіне дейін, Ә. Жангелдин көшесінің жұп сандар жағымен</w:t>
      </w:r>
      <w:r w:rsidRPr="00281F48">
        <w:rPr>
          <w:sz w:val="28"/>
          <w:szCs w:val="28"/>
          <w:lang w:val="kk-KZ"/>
        </w:rPr>
        <w:br/>
      </w:r>
      <w:r w:rsidRPr="00367C48">
        <w:rPr>
          <w:sz w:val="28"/>
          <w:szCs w:val="28"/>
          <w:lang w:val="kk-KZ"/>
        </w:rPr>
        <w:t>Л. Толстой көшесіне дейін, Л. Толстой көшесінің жұп сандар жағымен</w:t>
      </w:r>
      <w:r w:rsidRPr="00281F48">
        <w:rPr>
          <w:sz w:val="28"/>
          <w:szCs w:val="28"/>
          <w:lang w:val="kk-KZ"/>
        </w:rPr>
        <w:br/>
      </w:r>
      <w:r w:rsidRPr="00367C48">
        <w:rPr>
          <w:sz w:val="28"/>
          <w:szCs w:val="28"/>
          <w:lang w:val="kk-KZ"/>
        </w:rPr>
        <w:t>Ә</w:t>
      </w:r>
      <w:r>
        <w:rPr>
          <w:sz w:val="28"/>
          <w:szCs w:val="28"/>
          <w:lang w:val="kk-KZ"/>
        </w:rPr>
        <w:t>. Сембинов көшесіне дейін,</w:t>
      </w:r>
      <w:r w:rsidRPr="00367C48">
        <w:rPr>
          <w:sz w:val="28"/>
          <w:szCs w:val="28"/>
          <w:lang w:val="kk-KZ"/>
        </w:rPr>
        <w:t xml:space="preserve"> Ә. Сембинов көшесінің тақ сандар жағымен Абай даңғылына дейін, Абай даңғылының тақ сандар жағымен Ә. </w:t>
      </w:r>
      <w:proofErr w:type="spellStart"/>
      <w:r w:rsidRPr="00367C48">
        <w:rPr>
          <w:sz w:val="28"/>
          <w:szCs w:val="28"/>
          <w:lang w:val="kk-KZ"/>
        </w:rPr>
        <w:t>Әлімжанов</w:t>
      </w:r>
      <w:proofErr w:type="spellEnd"/>
      <w:r w:rsidRPr="00367C48">
        <w:rPr>
          <w:sz w:val="28"/>
          <w:szCs w:val="28"/>
          <w:lang w:val="kk-KZ"/>
        </w:rPr>
        <w:t xml:space="preserve"> көшесіне дейін.</w:t>
      </w:r>
    </w:p>
    <w:p w14:paraId="7C164F88" w14:textId="77777777" w:rsidR="00883B86" w:rsidRPr="00367C48" w:rsidRDefault="00883B86" w:rsidP="00883B86">
      <w:pPr>
        <w:ind w:firstLine="709"/>
        <w:jc w:val="both"/>
        <w:rPr>
          <w:sz w:val="28"/>
          <w:szCs w:val="28"/>
          <w:lang w:val="kk-KZ"/>
        </w:rPr>
      </w:pPr>
    </w:p>
    <w:p w14:paraId="7EF61BA6" w14:textId="77777777" w:rsidR="00883B86" w:rsidRPr="00367C48" w:rsidRDefault="00883B86" w:rsidP="00883B86">
      <w:pPr>
        <w:ind w:firstLine="709"/>
        <w:jc w:val="center"/>
        <w:rPr>
          <w:sz w:val="28"/>
          <w:szCs w:val="28"/>
          <w:lang w:val="kk-KZ"/>
        </w:rPr>
      </w:pPr>
      <w:r w:rsidRPr="00367C48">
        <w:rPr>
          <w:sz w:val="28"/>
          <w:szCs w:val="28"/>
          <w:lang w:val="kk-KZ"/>
        </w:rPr>
        <w:t>№ 97 сайлау учаскесі</w:t>
      </w:r>
    </w:p>
    <w:p w14:paraId="428FAA43"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 8 </w:t>
      </w:r>
      <w:r w:rsidRPr="00367C48">
        <w:rPr>
          <w:rFonts w:eastAsia="Calibri"/>
          <w:sz w:val="28"/>
          <w:szCs w:val="28"/>
          <w:lang w:val="kk-KZ" w:eastAsia="en-US"/>
        </w:rPr>
        <w:t>мектеп-лицей</w:t>
      </w:r>
      <w:r w:rsidRPr="00367C48">
        <w:rPr>
          <w:sz w:val="28"/>
          <w:szCs w:val="28"/>
          <w:lang w:val="kk-KZ"/>
        </w:rPr>
        <w:t xml:space="preserve">» шаруашылық жүргізу құқығындағы мемлекеттік коммуналдық кәсіпорны, </w:t>
      </w:r>
    </w:p>
    <w:p w14:paraId="1C83A907" w14:textId="77777777" w:rsidR="00883B86" w:rsidRPr="00367C48" w:rsidRDefault="00883B86" w:rsidP="00883B86">
      <w:pPr>
        <w:ind w:firstLine="709"/>
        <w:jc w:val="center"/>
        <w:rPr>
          <w:sz w:val="28"/>
          <w:szCs w:val="28"/>
          <w:lang w:val="kk-KZ"/>
        </w:rPr>
      </w:pPr>
      <w:r w:rsidRPr="00367C48">
        <w:rPr>
          <w:sz w:val="28"/>
          <w:szCs w:val="28"/>
          <w:lang w:val="kk-KZ"/>
        </w:rPr>
        <w:t xml:space="preserve">С. Сейфуллин көшесі, № 50) </w:t>
      </w:r>
    </w:p>
    <w:p w14:paraId="01F83F79" w14:textId="77777777" w:rsidR="00883B86" w:rsidRPr="00367C48" w:rsidRDefault="00883B86" w:rsidP="00883B86">
      <w:pPr>
        <w:ind w:firstLine="709"/>
        <w:jc w:val="center"/>
        <w:rPr>
          <w:sz w:val="28"/>
          <w:szCs w:val="28"/>
          <w:lang w:val="kk-KZ"/>
        </w:rPr>
      </w:pPr>
    </w:p>
    <w:p w14:paraId="2BA7B4D6" w14:textId="34589BA9" w:rsidR="00883B86" w:rsidRPr="00367C48" w:rsidRDefault="00883B86" w:rsidP="00883B86">
      <w:pPr>
        <w:ind w:firstLine="709"/>
        <w:jc w:val="both"/>
        <w:rPr>
          <w:sz w:val="28"/>
          <w:szCs w:val="28"/>
          <w:lang w:val="kk-KZ"/>
        </w:rPr>
      </w:pPr>
      <w:r w:rsidRPr="00367C48">
        <w:rPr>
          <w:sz w:val="28"/>
          <w:szCs w:val="28"/>
          <w:lang w:val="kk-KZ"/>
        </w:rPr>
        <w:t>Шекарасы: Кенесары көшесінен Асан қайғы көшесінің жұп сандар жағымен С. Сейфуллин көшесіне дейін, С. Сейфуллин көшесінің жұп сандар жағымен</w:t>
      </w:r>
      <w:r>
        <w:rPr>
          <w:sz w:val="28"/>
          <w:szCs w:val="28"/>
          <w:lang w:val="kk-KZ"/>
        </w:rPr>
        <w:t xml:space="preserve"> </w:t>
      </w:r>
      <w:r w:rsidRPr="00367C48">
        <w:rPr>
          <w:sz w:val="28"/>
          <w:szCs w:val="28"/>
          <w:lang w:val="kk-KZ"/>
        </w:rPr>
        <w:t xml:space="preserve">Ә. </w:t>
      </w:r>
      <w:proofErr w:type="spellStart"/>
      <w:r w:rsidRPr="00367C48">
        <w:rPr>
          <w:sz w:val="28"/>
          <w:szCs w:val="28"/>
          <w:lang w:val="kk-KZ"/>
        </w:rPr>
        <w:t>Әлімжанов</w:t>
      </w:r>
      <w:proofErr w:type="spellEnd"/>
      <w:r w:rsidRPr="00367C48">
        <w:rPr>
          <w:sz w:val="28"/>
          <w:szCs w:val="28"/>
          <w:lang w:val="kk-KZ"/>
        </w:rPr>
        <w:t xml:space="preserve"> көшесіне дейін, Ә. </w:t>
      </w:r>
      <w:proofErr w:type="spellStart"/>
      <w:r w:rsidRPr="00367C48">
        <w:rPr>
          <w:sz w:val="28"/>
          <w:szCs w:val="28"/>
          <w:lang w:val="kk-KZ"/>
        </w:rPr>
        <w:t>Әлімжанов</w:t>
      </w:r>
      <w:proofErr w:type="spellEnd"/>
      <w:r w:rsidRPr="00367C48">
        <w:rPr>
          <w:sz w:val="28"/>
          <w:szCs w:val="28"/>
          <w:lang w:val="kk-KZ"/>
        </w:rPr>
        <w:t xml:space="preserve"> көшесінің тақ сандар жағымен Абай даңғылына дейін, Абай даңғылының жұп сандар жағымен</w:t>
      </w:r>
      <w:r w:rsidRPr="00281F48">
        <w:rPr>
          <w:sz w:val="28"/>
          <w:szCs w:val="28"/>
          <w:lang w:val="kk-KZ"/>
        </w:rPr>
        <w:br/>
      </w:r>
      <w:r w:rsidRPr="00367C48">
        <w:rPr>
          <w:sz w:val="28"/>
          <w:szCs w:val="28"/>
          <w:lang w:val="kk-KZ"/>
        </w:rPr>
        <w:t>Ә. Сембинов көшесіне дейін, Ә. Сембинов көшесінің тақ сандар жағымен Кенесары көшесіне дейін, Кенесары көшесінің тақ сандар жағымен Кенесары көшесіндегі № 69, 69а, 69б, 69п үйлерді қоса алғанда, Асан қайғы көшесіне дейін.</w:t>
      </w:r>
    </w:p>
    <w:p w14:paraId="5BD15234" w14:textId="77777777" w:rsidR="00883B86" w:rsidRPr="00367C48" w:rsidRDefault="00883B86" w:rsidP="00883B86">
      <w:pPr>
        <w:ind w:firstLine="709"/>
        <w:jc w:val="both"/>
        <w:rPr>
          <w:sz w:val="28"/>
          <w:szCs w:val="28"/>
          <w:lang w:val="kk-KZ"/>
        </w:rPr>
      </w:pPr>
    </w:p>
    <w:p w14:paraId="552AFC55" w14:textId="4DDC0E98" w:rsidR="00883B86" w:rsidRPr="00367C48" w:rsidRDefault="00883B86" w:rsidP="00883B86">
      <w:pPr>
        <w:spacing w:after="160" w:line="259" w:lineRule="auto"/>
        <w:jc w:val="center"/>
        <w:rPr>
          <w:sz w:val="28"/>
          <w:szCs w:val="28"/>
          <w:lang w:val="kk-KZ"/>
        </w:rPr>
      </w:pPr>
      <w:r w:rsidRPr="00367C48">
        <w:rPr>
          <w:sz w:val="28"/>
          <w:szCs w:val="28"/>
          <w:lang w:val="kk-KZ"/>
        </w:rPr>
        <w:t>№ 98 сайлау учаскесі</w:t>
      </w:r>
    </w:p>
    <w:p w14:paraId="6D1F250A" w14:textId="77777777" w:rsidR="00883B86" w:rsidRPr="00367C48" w:rsidRDefault="00883B86" w:rsidP="00883B86">
      <w:pPr>
        <w:jc w:val="center"/>
        <w:rPr>
          <w:sz w:val="28"/>
          <w:szCs w:val="28"/>
          <w:lang w:val="kk-KZ"/>
        </w:rPr>
      </w:pPr>
      <w:r w:rsidRPr="00367C48">
        <w:rPr>
          <w:sz w:val="28"/>
          <w:szCs w:val="28"/>
          <w:lang w:val="kk-KZ"/>
        </w:rPr>
        <w:t xml:space="preserve">(орталығы – Астана </w:t>
      </w:r>
      <w:r w:rsidRPr="00367C48">
        <w:rPr>
          <w:rFonts w:eastAsia="Calibri"/>
          <w:sz w:val="28"/>
          <w:szCs w:val="28"/>
          <w:lang w:val="kk-KZ" w:eastAsia="en-US"/>
        </w:rPr>
        <w:t>қаласы әкімдігінің «№ 119 жалпы орта білім беретін мектеп» коммуналдық мемлекеттік мекемесі</w:t>
      </w:r>
      <w:r w:rsidRPr="00367C48">
        <w:rPr>
          <w:sz w:val="28"/>
          <w:szCs w:val="28"/>
          <w:lang w:val="kk-KZ"/>
        </w:rPr>
        <w:t>, А. Иманов көшесі, № 27А)</w:t>
      </w:r>
    </w:p>
    <w:p w14:paraId="5EDCDA81" w14:textId="77777777" w:rsidR="00883B86" w:rsidRPr="00367C48" w:rsidRDefault="00883B86" w:rsidP="00883B86">
      <w:pPr>
        <w:rPr>
          <w:sz w:val="28"/>
          <w:szCs w:val="28"/>
          <w:lang w:val="kk-KZ"/>
        </w:rPr>
      </w:pPr>
    </w:p>
    <w:p w14:paraId="59B77A07"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Ә. Сембинов көшесінен А. Иманов көшесінің тақ сандар жағымен Егемен Қазақстан газеті көшесіне дейін, Егемен Қазақстан газеті </w:t>
      </w:r>
      <w:r w:rsidRPr="00367C48">
        <w:rPr>
          <w:sz w:val="28"/>
          <w:szCs w:val="28"/>
          <w:lang w:val="kk-KZ"/>
        </w:rPr>
        <w:lastRenderedPageBreak/>
        <w:t>көшесінің тақ сандар жағымен Кенесары көшесіне дейін, Кенесары көшесінің тақ сандар жағымен Е. Брусиловский көшесіне дейін, Е. Брусиловский көшесінің тақ сандар жағымен Абай даңғылына дейін, Абай даңғылының жұп сандар жағымен Ә. Сембинов көшесіне дейін, Ә. Сембинов көшесінің жұп сандар жағымен</w:t>
      </w:r>
      <w:r w:rsidRPr="00281F48">
        <w:rPr>
          <w:sz w:val="28"/>
          <w:szCs w:val="28"/>
          <w:lang w:val="kk-KZ"/>
        </w:rPr>
        <w:br/>
      </w:r>
      <w:r w:rsidRPr="00367C48">
        <w:rPr>
          <w:sz w:val="28"/>
          <w:szCs w:val="28"/>
          <w:lang w:val="kk-KZ"/>
        </w:rPr>
        <w:t>А. Иманов көшесіне дейін.</w:t>
      </w:r>
    </w:p>
    <w:p w14:paraId="6ED13F59" w14:textId="77777777" w:rsidR="00883B86" w:rsidRPr="00367C48" w:rsidRDefault="00883B86" w:rsidP="00883B86">
      <w:pPr>
        <w:ind w:firstLine="709"/>
        <w:jc w:val="both"/>
        <w:rPr>
          <w:sz w:val="28"/>
          <w:szCs w:val="28"/>
          <w:lang w:val="kk-KZ"/>
        </w:rPr>
      </w:pPr>
    </w:p>
    <w:p w14:paraId="6C782D3E" w14:textId="77777777" w:rsidR="00883B86" w:rsidRPr="00367C48" w:rsidRDefault="00883B86" w:rsidP="00883B86">
      <w:pPr>
        <w:ind w:firstLine="709"/>
        <w:jc w:val="center"/>
        <w:rPr>
          <w:sz w:val="28"/>
          <w:szCs w:val="28"/>
          <w:lang w:val="kk-KZ"/>
        </w:rPr>
      </w:pPr>
      <w:r w:rsidRPr="00367C48">
        <w:rPr>
          <w:sz w:val="28"/>
          <w:szCs w:val="28"/>
          <w:lang w:val="kk-KZ"/>
        </w:rPr>
        <w:t>№ 99 сайлау учаскесі</w:t>
      </w:r>
    </w:p>
    <w:p w14:paraId="596CA3B9" w14:textId="77777777" w:rsidR="00883B86" w:rsidRPr="00367C48" w:rsidRDefault="00883B86" w:rsidP="00883B86">
      <w:pPr>
        <w:ind w:hanging="142"/>
        <w:jc w:val="center"/>
        <w:rPr>
          <w:sz w:val="28"/>
          <w:szCs w:val="28"/>
          <w:lang w:val="kk-KZ"/>
        </w:rPr>
      </w:pPr>
      <w:r w:rsidRPr="00367C48">
        <w:rPr>
          <w:sz w:val="28"/>
          <w:szCs w:val="28"/>
          <w:lang w:val="kk-KZ"/>
        </w:rPr>
        <w:t>(орталығы – Астана қаласы әкімдігінің «№ 119 жалпы орта білім беретін мектеп» коммуналдық мемлекеттік мекемесі, А. Иманов көшесі, № 27А)</w:t>
      </w:r>
    </w:p>
    <w:p w14:paraId="37D1E851" w14:textId="77777777" w:rsidR="00883B86" w:rsidRPr="00367C48" w:rsidRDefault="00883B86" w:rsidP="00883B86">
      <w:pPr>
        <w:rPr>
          <w:sz w:val="28"/>
          <w:szCs w:val="28"/>
          <w:lang w:val="kk-KZ"/>
        </w:rPr>
      </w:pPr>
    </w:p>
    <w:p w14:paraId="0ACA4BCA"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Ж. Тархан көшесінен Асан қайғы көшесінің жұп сандар жағымен А. Иманов көшесіне дейін, А. Иманов көшесінің жұп сандар жағымен Егемен Қазақстан газеті көшесіне дейін, Егемен Қазақстан газеті көшесінің жұп сандар жағымен Кенесары көшесіне дейін, Кенесары көшесінің жұп сандар жағымен Б. </w:t>
      </w:r>
      <w:proofErr w:type="spellStart"/>
      <w:r w:rsidRPr="00367C48">
        <w:rPr>
          <w:sz w:val="28"/>
          <w:szCs w:val="28"/>
          <w:lang w:val="kk-KZ"/>
        </w:rPr>
        <w:t>Бейсекбаев</w:t>
      </w:r>
      <w:proofErr w:type="spellEnd"/>
      <w:r w:rsidRPr="00367C48">
        <w:rPr>
          <w:sz w:val="28"/>
          <w:szCs w:val="28"/>
          <w:lang w:val="kk-KZ"/>
        </w:rPr>
        <w:t xml:space="preserve"> көшесіне дейін, Б. </w:t>
      </w:r>
      <w:proofErr w:type="spellStart"/>
      <w:r w:rsidRPr="00367C48">
        <w:rPr>
          <w:sz w:val="28"/>
          <w:szCs w:val="28"/>
          <w:lang w:val="kk-KZ"/>
        </w:rPr>
        <w:t>Бейсекбаев</w:t>
      </w:r>
      <w:proofErr w:type="spellEnd"/>
      <w:r w:rsidRPr="00367C48">
        <w:rPr>
          <w:sz w:val="28"/>
          <w:szCs w:val="28"/>
          <w:lang w:val="kk-KZ"/>
        </w:rPr>
        <w:t xml:space="preserve"> көшесінің тақ сандар жағымен Ж. Тархан көшесіне дейін, Ж. Тархан көшесінің тақ сандар жағымен Асан қайғы көшесіне дейін.</w:t>
      </w:r>
    </w:p>
    <w:p w14:paraId="0DCA2821" w14:textId="77777777" w:rsidR="00883B86" w:rsidRPr="00367C48" w:rsidRDefault="00883B86" w:rsidP="00883B86">
      <w:pPr>
        <w:ind w:firstLine="709"/>
        <w:jc w:val="both"/>
        <w:rPr>
          <w:sz w:val="28"/>
          <w:szCs w:val="28"/>
          <w:lang w:val="kk-KZ"/>
        </w:rPr>
      </w:pPr>
    </w:p>
    <w:p w14:paraId="1F721FC1" w14:textId="77777777" w:rsidR="00883B86" w:rsidRPr="00367C48" w:rsidRDefault="00883B86" w:rsidP="00883B86">
      <w:pPr>
        <w:ind w:firstLine="709"/>
        <w:jc w:val="center"/>
        <w:rPr>
          <w:sz w:val="28"/>
          <w:szCs w:val="28"/>
          <w:lang w:val="kk-KZ"/>
        </w:rPr>
      </w:pPr>
      <w:r w:rsidRPr="00367C48">
        <w:rPr>
          <w:sz w:val="28"/>
          <w:szCs w:val="28"/>
          <w:lang w:val="kk-KZ"/>
        </w:rPr>
        <w:t>№ 100 сайлау учаскесі</w:t>
      </w:r>
    </w:p>
    <w:p w14:paraId="7838F791" w14:textId="77777777" w:rsidR="00883B86" w:rsidRPr="00367C48" w:rsidRDefault="00883B86" w:rsidP="00883B86">
      <w:pPr>
        <w:ind w:firstLine="142"/>
        <w:jc w:val="center"/>
        <w:rPr>
          <w:sz w:val="28"/>
          <w:szCs w:val="28"/>
          <w:lang w:val="kk-KZ"/>
        </w:rPr>
      </w:pPr>
      <w:r w:rsidRPr="00367C48">
        <w:rPr>
          <w:sz w:val="28"/>
          <w:szCs w:val="28"/>
          <w:lang w:val="kk-KZ"/>
        </w:rPr>
        <w:t>(орталығы – Астана қаласы әкімдігінің «Абай Құнанбайұлы атындағы</w:t>
      </w:r>
      <w:r w:rsidRPr="00281F48">
        <w:rPr>
          <w:sz w:val="28"/>
          <w:szCs w:val="28"/>
          <w:lang w:val="kk-KZ"/>
        </w:rPr>
        <w:br/>
      </w:r>
      <w:r w:rsidRPr="00367C48">
        <w:rPr>
          <w:sz w:val="28"/>
          <w:szCs w:val="28"/>
          <w:lang w:val="kk-KZ"/>
        </w:rPr>
        <w:t>№ 87 мектеп-гимназия» шаруашылық жүргізу құқығындағы мемлекеттік коммуналдық кәсіпорны, А. Иманов көшесі, № 37)</w:t>
      </w:r>
    </w:p>
    <w:p w14:paraId="3C7E6851" w14:textId="77777777" w:rsidR="00883B86" w:rsidRPr="00367C48" w:rsidRDefault="00883B86" w:rsidP="00883B86">
      <w:pPr>
        <w:ind w:firstLine="709"/>
        <w:jc w:val="center"/>
        <w:rPr>
          <w:sz w:val="28"/>
          <w:szCs w:val="28"/>
          <w:lang w:val="kk-KZ"/>
        </w:rPr>
      </w:pPr>
    </w:p>
    <w:p w14:paraId="5874C1F7"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А. Жұбанов көшесінен бастап А. Иманов көшесінің жұп сандар жағымен Б. </w:t>
      </w:r>
      <w:proofErr w:type="spellStart"/>
      <w:r w:rsidRPr="00367C48">
        <w:rPr>
          <w:sz w:val="28"/>
          <w:szCs w:val="28"/>
          <w:lang w:val="kk-KZ"/>
        </w:rPr>
        <w:t>Бейсекбаев</w:t>
      </w:r>
      <w:proofErr w:type="spellEnd"/>
      <w:r w:rsidRPr="00367C48">
        <w:rPr>
          <w:sz w:val="28"/>
          <w:szCs w:val="28"/>
          <w:lang w:val="kk-KZ"/>
        </w:rPr>
        <w:t xml:space="preserve"> көшесіне дейін, Б. </w:t>
      </w:r>
      <w:proofErr w:type="spellStart"/>
      <w:r w:rsidRPr="00367C48">
        <w:rPr>
          <w:sz w:val="28"/>
          <w:szCs w:val="28"/>
          <w:lang w:val="kk-KZ"/>
        </w:rPr>
        <w:t>Бейсекбаев</w:t>
      </w:r>
      <w:proofErr w:type="spellEnd"/>
      <w:r w:rsidRPr="00367C48">
        <w:rPr>
          <w:sz w:val="28"/>
          <w:szCs w:val="28"/>
          <w:lang w:val="kk-KZ"/>
        </w:rPr>
        <w:t xml:space="preserve"> көшесінің жұп сандар жағымен Ж. Тархан көшесіне дейін, Ж</w:t>
      </w:r>
      <w:r>
        <w:rPr>
          <w:sz w:val="28"/>
          <w:szCs w:val="28"/>
          <w:lang w:val="kk-KZ"/>
        </w:rPr>
        <w:t>. Тархан көшесінің тақ</w:t>
      </w:r>
      <w:r w:rsidRPr="00367C48">
        <w:rPr>
          <w:sz w:val="28"/>
          <w:szCs w:val="28"/>
          <w:lang w:val="kk-KZ"/>
        </w:rPr>
        <w:t xml:space="preserve"> сандар жағымен</w:t>
      </w:r>
      <w:r w:rsidRPr="00281F48">
        <w:rPr>
          <w:sz w:val="28"/>
          <w:szCs w:val="28"/>
          <w:lang w:val="kk-KZ"/>
        </w:rPr>
        <w:br/>
      </w:r>
      <w:r w:rsidRPr="00367C48">
        <w:rPr>
          <w:sz w:val="28"/>
          <w:szCs w:val="28"/>
          <w:lang w:val="kk-KZ"/>
        </w:rPr>
        <w:t>А. Жұбанов көшесіне дейін, А. Жұбанов көшесінің тақ сандар жағымен</w:t>
      </w:r>
      <w:r w:rsidRPr="00281F48">
        <w:rPr>
          <w:sz w:val="28"/>
          <w:szCs w:val="28"/>
          <w:lang w:val="kk-KZ"/>
        </w:rPr>
        <w:br/>
      </w:r>
      <w:r w:rsidRPr="00367C48">
        <w:rPr>
          <w:sz w:val="28"/>
          <w:szCs w:val="28"/>
          <w:lang w:val="kk-KZ"/>
        </w:rPr>
        <w:t xml:space="preserve">А. Иманов көшесіндегі </w:t>
      </w:r>
      <w:r>
        <w:rPr>
          <w:sz w:val="28"/>
          <w:szCs w:val="28"/>
          <w:lang w:val="kk-KZ"/>
        </w:rPr>
        <w:t xml:space="preserve">№ </w:t>
      </w:r>
      <w:r w:rsidRPr="00367C48">
        <w:rPr>
          <w:sz w:val="28"/>
          <w:szCs w:val="28"/>
          <w:lang w:val="kk-KZ"/>
        </w:rPr>
        <w:t xml:space="preserve">42, 44 үйлерді, Е. Брусиловский көшесіндегі </w:t>
      </w:r>
      <w:r>
        <w:rPr>
          <w:sz w:val="28"/>
          <w:szCs w:val="28"/>
          <w:lang w:val="kk-KZ"/>
        </w:rPr>
        <w:t xml:space="preserve">№ </w:t>
      </w:r>
      <w:r w:rsidRPr="00367C48">
        <w:rPr>
          <w:sz w:val="28"/>
          <w:szCs w:val="28"/>
          <w:lang w:val="kk-KZ"/>
        </w:rPr>
        <w:t>4 үйді,</w:t>
      </w:r>
      <w:r w:rsidRPr="00281F48">
        <w:rPr>
          <w:sz w:val="28"/>
          <w:szCs w:val="28"/>
          <w:lang w:val="kk-KZ"/>
        </w:rPr>
        <w:t xml:space="preserve"> </w:t>
      </w:r>
      <w:r w:rsidRPr="00281F48">
        <w:rPr>
          <w:sz w:val="28"/>
          <w:szCs w:val="28"/>
          <w:lang w:val="kk-KZ"/>
        </w:rPr>
        <w:br/>
      </w:r>
      <w:r w:rsidRPr="00367C48">
        <w:rPr>
          <w:sz w:val="28"/>
          <w:szCs w:val="28"/>
          <w:lang w:val="kk-KZ"/>
        </w:rPr>
        <w:t xml:space="preserve">А. Жұбанов көшесіндегі </w:t>
      </w:r>
      <w:r>
        <w:rPr>
          <w:sz w:val="28"/>
          <w:szCs w:val="28"/>
          <w:lang w:val="kk-KZ"/>
        </w:rPr>
        <w:t xml:space="preserve">№ </w:t>
      </w:r>
      <w:r w:rsidRPr="00367C48">
        <w:rPr>
          <w:sz w:val="28"/>
          <w:szCs w:val="28"/>
          <w:lang w:val="kk-KZ"/>
        </w:rPr>
        <w:t>9 үйді қоспағанда, А. Иманов көшесіне дейін.</w:t>
      </w:r>
    </w:p>
    <w:p w14:paraId="12421912" w14:textId="77777777" w:rsidR="00883B86" w:rsidRPr="00367C48" w:rsidRDefault="00883B86" w:rsidP="00883B86">
      <w:pPr>
        <w:ind w:firstLine="709"/>
        <w:jc w:val="both"/>
        <w:rPr>
          <w:sz w:val="28"/>
          <w:szCs w:val="28"/>
          <w:lang w:val="kk-KZ"/>
        </w:rPr>
      </w:pPr>
    </w:p>
    <w:p w14:paraId="0CC87014" w14:textId="77777777" w:rsidR="00883B86" w:rsidRPr="00367C48" w:rsidRDefault="00883B86" w:rsidP="00883B86">
      <w:pPr>
        <w:ind w:firstLine="709"/>
        <w:jc w:val="center"/>
        <w:rPr>
          <w:sz w:val="28"/>
          <w:szCs w:val="28"/>
          <w:lang w:val="kk-KZ"/>
        </w:rPr>
      </w:pPr>
      <w:r w:rsidRPr="00367C48">
        <w:rPr>
          <w:sz w:val="28"/>
          <w:szCs w:val="28"/>
          <w:lang w:val="kk-KZ"/>
        </w:rPr>
        <w:t>№ 101 сайлау учаскесі</w:t>
      </w:r>
    </w:p>
    <w:p w14:paraId="00806D03" w14:textId="77777777" w:rsidR="00883B86" w:rsidRPr="00367C48" w:rsidRDefault="00883B86" w:rsidP="00883B86">
      <w:pPr>
        <w:ind w:firstLine="709"/>
        <w:jc w:val="center"/>
        <w:rPr>
          <w:sz w:val="28"/>
          <w:szCs w:val="28"/>
          <w:lang w:val="kk-KZ"/>
        </w:rPr>
      </w:pPr>
      <w:r w:rsidRPr="00367C48">
        <w:rPr>
          <w:sz w:val="28"/>
          <w:szCs w:val="28"/>
          <w:lang w:val="kk-KZ"/>
        </w:rPr>
        <w:t>(орталығы – «</w:t>
      </w:r>
      <w:proofErr w:type="spellStart"/>
      <w:r w:rsidRPr="00367C48">
        <w:rPr>
          <w:sz w:val="28"/>
          <w:szCs w:val="28"/>
          <w:lang w:val="kk-KZ"/>
        </w:rPr>
        <w:t>Esil</w:t>
      </w:r>
      <w:proofErr w:type="spellEnd"/>
      <w:r w:rsidRPr="00367C48">
        <w:rPr>
          <w:sz w:val="28"/>
          <w:szCs w:val="28"/>
          <w:lang w:val="kk-KZ"/>
        </w:rPr>
        <w:t xml:space="preserve"> </w:t>
      </w:r>
      <w:proofErr w:type="spellStart"/>
      <w:r w:rsidRPr="00367C48">
        <w:rPr>
          <w:sz w:val="28"/>
          <w:szCs w:val="28"/>
          <w:lang w:val="kk-KZ"/>
        </w:rPr>
        <w:t>University</w:t>
      </w:r>
      <w:proofErr w:type="spellEnd"/>
      <w:r w:rsidRPr="00367C48">
        <w:rPr>
          <w:sz w:val="28"/>
          <w:szCs w:val="28"/>
          <w:lang w:val="kk-KZ"/>
        </w:rPr>
        <w:t>» мекемесі, А. Жұбанов көшесі, № 7)</w:t>
      </w:r>
    </w:p>
    <w:p w14:paraId="59E2B2FA" w14:textId="77777777" w:rsidR="00883B86" w:rsidRPr="00367C48" w:rsidRDefault="00883B86" w:rsidP="00883B86">
      <w:pPr>
        <w:ind w:firstLine="709"/>
        <w:jc w:val="center"/>
        <w:rPr>
          <w:sz w:val="28"/>
          <w:szCs w:val="28"/>
          <w:lang w:val="kk-KZ"/>
        </w:rPr>
      </w:pPr>
    </w:p>
    <w:p w14:paraId="68F90513"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Е. Брусиловский көшесінен А. Иманов көшесінің жұп сандар жағымен А. </w:t>
      </w:r>
      <w:proofErr w:type="spellStart"/>
      <w:r w:rsidRPr="00367C48">
        <w:rPr>
          <w:sz w:val="28"/>
          <w:szCs w:val="28"/>
          <w:lang w:val="kk-KZ"/>
        </w:rPr>
        <w:t>Янушкевич</w:t>
      </w:r>
      <w:proofErr w:type="spellEnd"/>
      <w:r w:rsidRPr="00367C48">
        <w:rPr>
          <w:sz w:val="28"/>
          <w:szCs w:val="28"/>
          <w:lang w:val="kk-KZ"/>
        </w:rPr>
        <w:t xml:space="preserve"> көшесіне дейін, А. </w:t>
      </w:r>
      <w:proofErr w:type="spellStart"/>
      <w:r w:rsidRPr="00367C48">
        <w:rPr>
          <w:sz w:val="28"/>
          <w:szCs w:val="28"/>
          <w:lang w:val="kk-KZ"/>
        </w:rPr>
        <w:t>Янушкевич</w:t>
      </w:r>
      <w:proofErr w:type="spellEnd"/>
      <w:r w:rsidRPr="00367C48">
        <w:rPr>
          <w:sz w:val="28"/>
          <w:szCs w:val="28"/>
          <w:lang w:val="kk-KZ"/>
        </w:rPr>
        <w:t xml:space="preserve"> көшесінің тақ сандар жағымен А. Пушкин көшесіне дейін, А. Пушкин көшесінің тақ сандар жағымен</w:t>
      </w:r>
      <w:r w:rsidRPr="00281F48">
        <w:rPr>
          <w:sz w:val="28"/>
          <w:szCs w:val="28"/>
          <w:lang w:val="kk-KZ"/>
        </w:rPr>
        <w:br/>
      </w:r>
      <w:r w:rsidRPr="00367C48">
        <w:rPr>
          <w:sz w:val="28"/>
          <w:szCs w:val="28"/>
          <w:lang w:val="kk-KZ"/>
        </w:rPr>
        <w:t>А. Жұбанов көшесіне дейін, А. Жұбанов көшесінің жұп сандар жағымен</w:t>
      </w:r>
      <w:r w:rsidRPr="00281F48">
        <w:rPr>
          <w:sz w:val="28"/>
          <w:szCs w:val="28"/>
          <w:lang w:val="kk-KZ"/>
        </w:rPr>
        <w:br/>
      </w:r>
      <w:r w:rsidRPr="00367C48">
        <w:rPr>
          <w:sz w:val="28"/>
          <w:szCs w:val="28"/>
          <w:lang w:val="kk-KZ"/>
        </w:rPr>
        <w:t>А. Иманов көшесіндегі № 42, 44 үйлерді, Е. Брусиловский көшесіндегі № 4 үйді, А. Жұбанов көшесіндегі № 9 үйді қоса алғанда, А. Иманов көшесіне дейін.</w:t>
      </w:r>
    </w:p>
    <w:p w14:paraId="3444908E" w14:textId="77777777" w:rsidR="00883B86" w:rsidRPr="00367C48" w:rsidRDefault="00883B86" w:rsidP="00883B86">
      <w:pPr>
        <w:ind w:firstLine="709"/>
        <w:jc w:val="center"/>
        <w:rPr>
          <w:sz w:val="28"/>
          <w:szCs w:val="28"/>
          <w:lang w:val="kk-KZ"/>
        </w:rPr>
      </w:pPr>
    </w:p>
    <w:p w14:paraId="456A6B95" w14:textId="77777777" w:rsidR="00883B86" w:rsidRPr="00367C48" w:rsidRDefault="00883B86" w:rsidP="00883B86">
      <w:pPr>
        <w:ind w:firstLine="709"/>
        <w:jc w:val="center"/>
        <w:rPr>
          <w:sz w:val="28"/>
          <w:szCs w:val="28"/>
          <w:lang w:val="kk-KZ"/>
        </w:rPr>
      </w:pPr>
      <w:r w:rsidRPr="00367C48">
        <w:rPr>
          <w:sz w:val="28"/>
          <w:szCs w:val="28"/>
          <w:lang w:val="kk-KZ"/>
        </w:rPr>
        <w:t>№ 102 сайлау учаскесі</w:t>
      </w:r>
    </w:p>
    <w:p w14:paraId="1EADFE5C" w14:textId="77777777" w:rsidR="00883B86" w:rsidRPr="00367C48" w:rsidRDefault="00883B86" w:rsidP="00883B86">
      <w:pPr>
        <w:ind w:hanging="142"/>
        <w:jc w:val="center"/>
        <w:rPr>
          <w:sz w:val="28"/>
          <w:szCs w:val="28"/>
          <w:lang w:val="kk-KZ"/>
        </w:rPr>
      </w:pPr>
      <w:r w:rsidRPr="00367C48">
        <w:rPr>
          <w:sz w:val="28"/>
          <w:szCs w:val="28"/>
          <w:lang w:val="kk-KZ"/>
        </w:rPr>
        <w:t>(орталығы – «Л.Н. Гумилев атындағы Еуразия ұлттық университеті» коммерциялық емес акционерлік қоғамы, А. Пушкин көшесі, № 11)</w:t>
      </w:r>
    </w:p>
    <w:p w14:paraId="1403D0FD" w14:textId="77777777" w:rsidR="00883B86" w:rsidRPr="00367C48" w:rsidRDefault="00883B86" w:rsidP="00883B86">
      <w:pPr>
        <w:ind w:firstLine="709"/>
        <w:jc w:val="center"/>
        <w:rPr>
          <w:sz w:val="28"/>
          <w:szCs w:val="28"/>
          <w:lang w:val="kk-KZ"/>
        </w:rPr>
      </w:pPr>
    </w:p>
    <w:p w14:paraId="71752AE9" w14:textId="77777777" w:rsidR="00883B86" w:rsidRPr="00367C48" w:rsidRDefault="00883B86" w:rsidP="00883B86">
      <w:pPr>
        <w:ind w:firstLine="709"/>
        <w:jc w:val="both"/>
        <w:rPr>
          <w:sz w:val="28"/>
          <w:szCs w:val="28"/>
          <w:lang w:val="kk-KZ"/>
        </w:rPr>
      </w:pPr>
      <w:r w:rsidRPr="00367C48">
        <w:rPr>
          <w:sz w:val="28"/>
          <w:szCs w:val="28"/>
          <w:lang w:val="kk-KZ"/>
        </w:rPr>
        <w:lastRenderedPageBreak/>
        <w:t xml:space="preserve">Шекарасы: А. Пушкин көшесінен А. </w:t>
      </w:r>
      <w:proofErr w:type="spellStart"/>
      <w:r w:rsidRPr="00367C48">
        <w:rPr>
          <w:sz w:val="28"/>
          <w:szCs w:val="28"/>
          <w:lang w:val="kk-KZ"/>
        </w:rPr>
        <w:t>Янушкевич</w:t>
      </w:r>
      <w:proofErr w:type="spellEnd"/>
      <w:r w:rsidRPr="00367C48">
        <w:rPr>
          <w:sz w:val="28"/>
          <w:szCs w:val="28"/>
          <w:lang w:val="kk-KZ"/>
        </w:rPr>
        <w:t xml:space="preserve"> көшесінің жұп сандар жағымен Кенесары көшесіне дейін, Кенесары көшесінің жұп сандар жағымен</w:t>
      </w:r>
      <w:r w:rsidRPr="00281F48">
        <w:rPr>
          <w:sz w:val="28"/>
          <w:szCs w:val="28"/>
          <w:lang w:val="kk-KZ"/>
        </w:rPr>
        <w:br/>
      </w:r>
      <w:r w:rsidRPr="00367C48">
        <w:rPr>
          <w:sz w:val="28"/>
          <w:szCs w:val="28"/>
          <w:lang w:val="kk-KZ"/>
        </w:rPr>
        <w:t>А. Пушкин көшесіне дейін, А. Пушкин көшесінің тақ сандар жағымен,</w:t>
      </w:r>
      <w:r w:rsidRPr="00281F48">
        <w:rPr>
          <w:sz w:val="28"/>
          <w:szCs w:val="28"/>
          <w:lang w:val="kk-KZ"/>
        </w:rPr>
        <w:t xml:space="preserve"> </w:t>
      </w:r>
      <w:r w:rsidRPr="00281F48">
        <w:rPr>
          <w:sz w:val="28"/>
          <w:szCs w:val="28"/>
          <w:lang w:val="kk-KZ"/>
        </w:rPr>
        <w:br/>
      </w:r>
      <w:r w:rsidRPr="00367C48">
        <w:rPr>
          <w:sz w:val="28"/>
          <w:szCs w:val="28"/>
          <w:lang w:val="kk-KZ"/>
        </w:rPr>
        <w:t xml:space="preserve">А. Пушкин көшесіндегі № 15, 15а, 15б үйлерді, Абай даңғылы бойынша </w:t>
      </w:r>
      <w:r w:rsidRPr="00367C48">
        <w:rPr>
          <w:sz w:val="28"/>
          <w:szCs w:val="28"/>
          <w:lang w:val="kk-KZ"/>
        </w:rPr>
        <w:br/>
        <w:t xml:space="preserve">№ 96, 96а, 98 үйлерді, А. Пушкин көшесіндегі № 2, 2/1, 4, 6, 6/1 үйлерді қоса алғанда, А. </w:t>
      </w:r>
      <w:proofErr w:type="spellStart"/>
      <w:r w:rsidRPr="00367C48">
        <w:rPr>
          <w:sz w:val="28"/>
          <w:szCs w:val="28"/>
          <w:lang w:val="kk-KZ"/>
        </w:rPr>
        <w:t>Янушкевич</w:t>
      </w:r>
      <w:proofErr w:type="spellEnd"/>
      <w:r w:rsidRPr="00367C48">
        <w:rPr>
          <w:sz w:val="28"/>
          <w:szCs w:val="28"/>
          <w:lang w:val="kk-KZ"/>
        </w:rPr>
        <w:t xml:space="preserve"> көшесіне дейін.</w:t>
      </w:r>
    </w:p>
    <w:p w14:paraId="36FC24E8" w14:textId="77777777" w:rsidR="00883B86" w:rsidRPr="00367C48" w:rsidRDefault="00883B86" w:rsidP="00883B86">
      <w:pPr>
        <w:ind w:firstLine="709"/>
        <w:jc w:val="both"/>
        <w:rPr>
          <w:sz w:val="28"/>
          <w:szCs w:val="28"/>
          <w:lang w:val="kk-KZ"/>
        </w:rPr>
      </w:pPr>
    </w:p>
    <w:p w14:paraId="0220A04B" w14:textId="77777777" w:rsidR="00883B86" w:rsidRPr="00367C48" w:rsidRDefault="00883B86" w:rsidP="00883B86">
      <w:pPr>
        <w:ind w:firstLine="709"/>
        <w:jc w:val="center"/>
        <w:rPr>
          <w:sz w:val="28"/>
          <w:szCs w:val="28"/>
          <w:lang w:val="kk-KZ"/>
        </w:rPr>
      </w:pPr>
      <w:r w:rsidRPr="00367C48">
        <w:rPr>
          <w:sz w:val="28"/>
          <w:szCs w:val="28"/>
          <w:lang w:val="kk-KZ"/>
        </w:rPr>
        <w:t>№ 103 сайлау учаскесі</w:t>
      </w:r>
    </w:p>
    <w:p w14:paraId="38B1FFB7" w14:textId="77777777" w:rsidR="00883B86" w:rsidRPr="00367C48" w:rsidRDefault="00883B86" w:rsidP="00883B86">
      <w:pPr>
        <w:ind w:hanging="284"/>
        <w:jc w:val="center"/>
        <w:rPr>
          <w:sz w:val="28"/>
          <w:szCs w:val="28"/>
          <w:lang w:val="kk-KZ"/>
        </w:rPr>
      </w:pPr>
      <w:r w:rsidRPr="00367C48">
        <w:rPr>
          <w:sz w:val="28"/>
          <w:szCs w:val="28"/>
          <w:lang w:val="kk-KZ"/>
        </w:rPr>
        <w:t>(орталығы – «Л.Н. Гумилев атындағы Еуразия ұлттық университеті» коммерциялық емес акционерлік қоғамы, А. Пушкин көшесі, № 11)</w:t>
      </w:r>
    </w:p>
    <w:p w14:paraId="1FABD83E" w14:textId="77777777" w:rsidR="00883B86" w:rsidRPr="00367C48" w:rsidRDefault="00883B86" w:rsidP="00883B86">
      <w:pPr>
        <w:ind w:firstLine="709"/>
        <w:jc w:val="center"/>
        <w:rPr>
          <w:sz w:val="28"/>
          <w:szCs w:val="28"/>
          <w:lang w:val="kk-KZ"/>
        </w:rPr>
      </w:pPr>
    </w:p>
    <w:p w14:paraId="1E9374F4"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А. Жұбанов көшесінен Кенесары көшесінің жұп сандар жағымен А. </w:t>
      </w:r>
      <w:proofErr w:type="spellStart"/>
      <w:r w:rsidRPr="00367C48">
        <w:rPr>
          <w:sz w:val="28"/>
          <w:szCs w:val="28"/>
          <w:lang w:val="kk-KZ"/>
        </w:rPr>
        <w:t>Янушкевич</w:t>
      </w:r>
      <w:proofErr w:type="spellEnd"/>
      <w:r w:rsidRPr="00367C48">
        <w:rPr>
          <w:sz w:val="28"/>
          <w:szCs w:val="28"/>
          <w:lang w:val="kk-KZ"/>
        </w:rPr>
        <w:t xml:space="preserve"> көшесіне дейін, А. </w:t>
      </w:r>
      <w:proofErr w:type="spellStart"/>
      <w:r w:rsidRPr="00367C48">
        <w:rPr>
          <w:sz w:val="28"/>
          <w:szCs w:val="28"/>
          <w:lang w:val="kk-KZ"/>
        </w:rPr>
        <w:t>Янушкевич</w:t>
      </w:r>
      <w:proofErr w:type="spellEnd"/>
      <w:r w:rsidRPr="00367C48">
        <w:rPr>
          <w:sz w:val="28"/>
          <w:szCs w:val="28"/>
          <w:lang w:val="kk-KZ"/>
        </w:rPr>
        <w:t xml:space="preserve"> көшесінің тақ сандар жағымен </w:t>
      </w:r>
      <w:r w:rsidRPr="00367C48">
        <w:rPr>
          <w:sz w:val="28"/>
          <w:szCs w:val="28"/>
          <w:lang w:val="kk-KZ"/>
        </w:rPr>
        <w:br/>
        <w:t>А. Иманов көшесіне дейін, А. Иманов көшесінің тақ сандар жағымен А. Жұбанов көшесіне дейін, А. Жұбанов көшесінің жұп сандар жағымен Кенесары көшесіне дейін.</w:t>
      </w:r>
    </w:p>
    <w:p w14:paraId="19FA717C" w14:textId="77777777" w:rsidR="00883B86" w:rsidRPr="00367C48" w:rsidRDefault="00883B86" w:rsidP="00883B86">
      <w:pPr>
        <w:ind w:firstLine="709"/>
        <w:jc w:val="both"/>
        <w:rPr>
          <w:sz w:val="28"/>
          <w:szCs w:val="28"/>
          <w:lang w:val="kk-KZ"/>
        </w:rPr>
      </w:pPr>
    </w:p>
    <w:p w14:paraId="37E06868" w14:textId="77777777" w:rsidR="00883B86" w:rsidRPr="00367C48" w:rsidRDefault="00883B86" w:rsidP="00883B86">
      <w:pPr>
        <w:ind w:firstLine="709"/>
        <w:jc w:val="center"/>
        <w:rPr>
          <w:sz w:val="28"/>
          <w:szCs w:val="28"/>
          <w:lang w:val="kk-KZ"/>
        </w:rPr>
      </w:pPr>
      <w:r w:rsidRPr="00367C48">
        <w:rPr>
          <w:sz w:val="28"/>
          <w:szCs w:val="28"/>
          <w:lang w:val="kk-KZ"/>
        </w:rPr>
        <w:t>№ 104 сайлау учаскесі</w:t>
      </w:r>
    </w:p>
    <w:p w14:paraId="371226C3"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«Абай Құнанбайұлы атындағы</w:t>
      </w:r>
      <w:r w:rsidRPr="00281F48">
        <w:rPr>
          <w:sz w:val="28"/>
          <w:szCs w:val="28"/>
          <w:lang w:val="kk-KZ"/>
        </w:rPr>
        <w:br/>
      </w:r>
      <w:r w:rsidRPr="00367C48">
        <w:rPr>
          <w:sz w:val="28"/>
          <w:szCs w:val="28"/>
          <w:lang w:val="kk-KZ"/>
        </w:rPr>
        <w:t>№ 87 мектеп-гимназия» шаруашылық жүргізу құқығындағы мемлекеттік коммуналдық кәсіпорны, А. Иманов көшесі, № 37)</w:t>
      </w:r>
    </w:p>
    <w:p w14:paraId="4E65DD88" w14:textId="77777777" w:rsidR="00883B86" w:rsidRPr="00367C48" w:rsidRDefault="00883B86" w:rsidP="00883B86">
      <w:pPr>
        <w:ind w:firstLine="709"/>
        <w:jc w:val="center"/>
        <w:rPr>
          <w:sz w:val="28"/>
          <w:szCs w:val="28"/>
          <w:lang w:val="kk-KZ"/>
        </w:rPr>
      </w:pPr>
    </w:p>
    <w:p w14:paraId="34F08A51" w14:textId="77777777" w:rsidR="00883B86" w:rsidRPr="00367C48" w:rsidRDefault="00883B86" w:rsidP="00883B86">
      <w:pPr>
        <w:ind w:firstLine="709"/>
        <w:jc w:val="both"/>
        <w:rPr>
          <w:sz w:val="28"/>
          <w:szCs w:val="28"/>
          <w:lang w:val="kk-KZ"/>
        </w:rPr>
      </w:pPr>
      <w:r w:rsidRPr="00367C48">
        <w:rPr>
          <w:sz w:val="28"/>
          <w:szCs w:val="28"/>
          <w:lang w:val="kk-KZ"/>
        </w:rPr>
        <w:t>Шекарасы: А. Иманов көшесінен А. Жұбанов көшесінің тақ сандар жағымен Кенесары көшесіне дейін, Кенесары көшесінің жұп сандар жағымен</w:t>
      </w:r>
      <w:r w:rsidRPr="00281F48">
        <w:rPr>
          <w:sz w:val="28"/>
          <w:szCs w:val="28"/>
          <w:lang w:val="kk-KZ"/>
        </w:rPr>
        <w:br/>
      </w:r>
      <w:r w:rsidRPr="00367C48">
        <w:rPr>
          <w:sz w:val="28"/>
          <w:szCs w:val="28"/>
          <w:lang w:val="kk-KZ"/>
        </w:rPr>
        <w:t xml:space="preserve">Б. </w:t>
      </w:r>
      <w:proofErr w:type="spellStart"/>
      <w:r w:rsidRPr="00367C48">
        <w:rPr>
          <w:sz w:val="28"/>
          <w:szCs w:val="28"/>
          <w:lang w:val="kk-KZ"/>
        </w:rPr>
        <w:t>Бейсекбаев</w:t>
      </w:r>
      <w:proofErr w:type="spellEnd"/>
      <w:r w:rsidRPr="00367C48">
        <w:rPr>
          <w:sz w:val="28"/>
          <w:szCs w:val="28"/>
          <w:lang w:val="kk-KZ"/>
        </w:rPr>
        <w:t xml:space="preserve"> көшесіне дейін, Б. </w:t>
      </w:r>
      <w:proofErr w:type="spellStart"/>
      <w:r w:rsidRPr="00367C48">
        <w:rPr>
          <w:sz w:val="28"/>
          <w:szCs w:val="28"/>
          <w:lang w:val="kk-KZ"/>
        </w:rPr>
        <w:t>Бейсекбаев</w:t>
      </w:r>
      <w:proofErr w:type="spellEnd"/>
      <w:r w:rsidRPr="00367C48">
        <w:rPr>
          <w:sz w:val="28"/>
          <w:szCs w:val="28"/>
          <w:lang w:val="kk-KZ"/>
        </w:rPr>
        <w:t xml:space="preserve"> көшесінің жұп сандар жағымен</w:t>
      </w:r>
      <w:r w:rsidRPr="00281F48">
        <w:rPr>
          <w:sz w:val="28"/>
          <w:szCs w:val="28"/>
          <w:lang w:val="kk-KZ"/>
        </w:rPr>
        <w:br/>
      </w:r>
      <w:r w:rsidRPr="00367C48">
        <w:rPr>
          <w:sz w:val="28"/>
          <w:szCs w:val="28"/>
          <w:lang w:val="kk-KZ"/>
        </w:rPr>
        <w:t>А. Иманов көшесіне дейін, А. Иманов көшесінің тақ сандар жағымен А. Жұбанов көшесіне дейін.</w:t>
      </w:r>
    </w:p>
    <w:p w14:paraId="0AF70C16" w14:textId="77777777" w:rsidR="00883B86" w:rsidRPr="00367C48" w:rsidRDefault="00883B86" w:rsidP="00883B86">
      <w:pPr>
        <w:ind w:firstLine="709"/>
        <w:jc w:val="both"/>
        <w:rPr>
          <w:sz w:val="28"/>
          <w:szCs w:val="28"/>
          <w:lang w:val="kk-KZ"/>
        </w:rPr>
      </w:pPr>
    </w:p>
    <w:p w14:paraId="4297667C" w14:textId="77777777" w:rsidR="00883B86" w:rsidRPr="00367C48" w:rsidRDefault="00883B86" w:rsidP="00883B86">
      <w:pPr>
        <w:ind w:firstLine="709"/>
        <w:jc w:val="center"/>
        <w:rPr>
          <w:sz w:val="28"/>
          <w:szCs w:val="28"/>
          <w:lang w:val="kk-KZ"/>
        </w:rPr>
      </w:pPr>
      <w:r w:rsidRPr="00367C48">
        <w:rPr>
          <w:sz w:val="28"/>
          <w:szCs w:val="28"/>
          <w:lang w:val="kk-KZ"/>
        </w:rPr>
        <w:t>№ 105 сайлау учаскесі</w:t>
      </w:r>
    </w:p>
    <w:p w14:paraId="45436941"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«Абай Құнанбайұлы атындағы</w:t>
      </w:r>
      <w:r w:rsidRPr="00281F48">
        <w:rPr>
          <w:sz w:val="28"/>
          <w:szCs w:val="28"/>
          <w:lang w:val="kk-KZ"/>
        </w:rPr>
        <w:br/>
      </w:r>
      <w:r w:rsidRPr="00367C48">
        <w:rPr>
          <w:sz w:val="28"/>
          <w:szCs w:val="28"/>
          <w:lang w:val="kk-KZ"/>
        </w:rPr>
        <w:t>№ 87 мектеп-гимназия» шаруашылық жүргізу құқығындағы мемлекеттік коммуналдық кәсіпорны, А. Иманов көшесі, № 37)</w:t>
      </w:r>
    </w:p>
    <w:p w14:paraId="4629C405" w14:textId="77777777" w:rsidR="00883B86" w:rsidRPr="00367C48" w:rsidRDefault="00883B86" w:rsidP="00883B86">
      <w:pPr>
        <w:ind w:firstLine="709"/>
        <w:jc w:val="center"/>
        <w:rPr>
          <w:sz w:val="28"/>
          <w:szCs w:val="28"/>
          <w:lang w:val="kk-KZ"/>
        </w:rPr>
      </w:pPr>
    </w:p>
    <w:p w14:paraId="4B51D2C0" w14:textId="77777777" w:rsidR="00883B86" w:rsidRPr="00367C48" w:rsidRDefault="00883B86" w:rsidP="00883B86">
      <w:pPr>
        <w:ind w:firstLine="709"/>
        <w:jc w:val="both"/>
        <w:rPr>
          <w:sz w:val="28"/>
          <w:szCs w:val="28"/>
          <w:lang w:val="kk-KZ"/>
        </w:rPr>
      </w:pPr>
      <w:r w:rsidRPr="00367C48">
        <w:rPr>
          <w:sz w:val="28"/>
          <w:szCs w:val="28"/>
          <w:lang w:val="kk-KZ"/>
        </w:rPr>
        <w:t>Шекарасы: Кенесары көшесінен Е. Брусиловский көшесінің жұп сандар жағымен Абай даңғылына дейін, Абай даңғылының жұп сандар жағымен</w:t>
      </w:r>
      <w:r w:rsidRPr="00281F48">
        <w:rPr>
          <w:sz w:val="28"/>
          <w:szCs w:val="28"/>
          <w:lang w:val="kk-KZ"/>
        </w:rPr>
        <w:br/>
      </w:r>
      <w:r w:rsidRPr="00367C48">
        <w:rPr>
          <w:sz w:val="28"/>
          <w:szCs w:val="28"/>
          <w:lang w:val="kk-KZ"/>
        </w:rPr>
        <w:t xml:space="preserve">А. </w:t>
      </w:r>
      <w:proofErr w:type="spellStart"/>
      <w:r w:rsidRPr="00367C48">
        <w:rPr>
          <w:sz w:val="28"/>
          <w:szCs w:val="28"/>
          <w:lang w:val="kk-KZ"/>
        </w:rPr>
        <w:t>Янушкевич</w:t>
      </w:r>
      <w:proofErr w:type="spellEnd"/>
      <w:r w:rsidRPr="00367C48">
        <w:rPr>
          <w:sz w:val="28"/>
          <w:szCs w:val="28"/>
          <w:lang w:val="kk-KZ"/>
        </w:rPr>
        <w:t xml:space="preserve"> көшесіне дейін, А. </w:t>
      </w:r>
      <w:proofErr w:type="spellStart"/>
      <w:r w:rsidRPr="00367C48">
        <w:rPr>
          <w:sz w:val="28"/>
          <w:szCs w:val="28"/>
          <w:lang w:val="kk-KZ"/>
        </w:rPr>
        <w:t>Янушкевич</w:t>
      </w:r>
      <w:proofErr w:type="spellEnd"/>
      <w:r w:rsidRPr="00367C48">
        <w:rPr>
          <w:sz w:val="28"/>
          <w:szCs w:val="28"/>
          <w:lang w:val="kk-KZ"/>
        </w:rPr>
        <w:t xml:space="preserve"> көшесінің тақ сандар жағымен Кенесары көшесіне дейін, Кенесары көшесінің тақ сандар жағымен</w:t>
      </w:r>
      <w:r w:rsidRPr="00281F48">
        <w:rPr>
          <w:sz w:val="28"/>
          <w:szCs w:val="28"/>
          <w:lang w:val="kk-KZ"/>
        </w:rPr>
        <w:br/>
      </w:r>
      <w:r w:rsidRPr="00367C48">
        <w:rPr>
          <w:sz w:val="28"/>
          <w:szCs w:val="28"/>
          <w:lang w:val="kk-KZ"/>
        </w:rPr>
        <w:t>Е. Брусиловский көшесіне дейін.</w:t>
      </w:r>
    </w:p>
    <w:p w14:paraId="1D0EEEE9" w14:textId="77777777" w:rsidR="00883B86" w:rsidRPr="00367C48" w:rsidRDefault="00883B86" w:rsidP="00883B86">
      <w:pPr>
        <w:ind w:firstLine="709"/>
        <w:jc w:val="both"/>
        <w:rPr>
          <w:sz w:val="28"/>
          <w:szCs w:val="28"/>
          <w:lang w:val="kk-KZ"/>
        </w:rPr>
      </w:pPr>
    </w:p>
    <w:p w14:paraId="60F02E58" w14:textId="77777777" w:rsidR="00883B86" w:rsidRPr="00367C48" w:rsidRDefault="00883B86" w:rsidP="00883B86">
      <w:pPr>
        <w:ind w:firstLine="709"/>
        <w:jc w:val="center"/>
        <w:rPr>
          <w:sz w:val="28"/>
          <w:szCs w:val="28"/>
          <w:lang w:val="kk-KZ"/>
        </w:rPr>
      </w:pPr>
      <w:r w:rsidRPr="00367C48">
        <w:rPr>
          <w:sz w:val="28"/>
          <w:szCs w:val="28"/>
          <w:lang w:val="kk-KZ"/>
        </w:rPr>
        <w:t>№ 106 сайлау учаскесі</w:t>
      </w:r>
    </w:p>
    <w:p w14:paraId="792ECDAB"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«Астана су арнасы» шаруашылық жүргізу құқығындағы мемлекеттік коммуналдық кәсіпорны,</w:t>
      </w:r>
    </w:p>
    <w:p w14:paraId="139501F3" w14:textId="77777777" w:rsidR="00883B86" w:rsidRPr="00367C48" w:rsidRDefault="00883B86" w:rsidP="00883B86">
      <w:pPr>
        <w:ind w:firstLine="709"/>
        <w:jc w:val="center"/>
        <w:rPr>
          <w:sz w:val="28"/>
          <w:szCs w:val="28"/>
          <w:lang w:val="kk-KZ"/>
        </w:rPr>
      </w:pPr>
      <w:r w:rsidRPr="00367C48">
        <w:rPr>
          <w:sz w:val="28"/>
          <w:szCs w:val="28"/>
          <w:lang w:val="kk-KZ"/>
        </w:rPr>
        <w:t>Абай даңғылы, № 103)</w:t>
      </w:r>
    </w:p>
    <w:p w14:paraId="56787F3F" w14:textId="77777777" w:rsidR="00883B86" w:rsidRPr="00367C48" w:rsidRDefault="00883B86" w:rsidP="00883B86">
      <w:pPr>
        <w:ind w:firstLine="709"/>
        <w:jc w:val="center"/>
        <w:rPr>
          <w:sz w:val="28"/>
          <w:szCs w:val="28"/>
          <w:lang w:val="kk-KZ"/>
        </w:rPr>
      </w:pPr>
    </w:p>
    <w:p w14:paraId="67B68806" w14:textId="77777777" w:rsidR="00883B86" w:rsidRPr="00367C48" w:rsidRDefault="00883B86" w:rsidP="00883B86">
      <w:pPr>
        <w:ind w:firstLine="709"/>
        <w:jc w:val="both"/>
        <w:rPr>
          <w:sz w:val="28"/>
          <w:szCs w:val="28"/>
          <w:lang w:val="kk-KZ"/>
        </w:rPr>
      </w:pPr>
      <w:r w:rsidRPr="00367C48">
        <w:rPr>
          <w:sz w:val="28"/>
          <w:szCs w:val="28"/>
          <w:lang w:val="kk-KZ"/>
        </w:rPr>
        <w:lastRenderedPageBreak/>
        <w:t>Шекарасы: Абай даңғылынан А. Жұбанов көшесінің жұп сандар жағымен темір жолға дейін, темір жолмен А. Пушкин көшесіне дейін, А. Пушкин көшесімен Абай даңғылына дейін, Абай даңғылының тақ сандар жағымен, Абай даңғылындағы № 88/3, 88/4, 92/1, 92/2, 92/3, 94, 94а үйлерді қоса алғанда,</w:t>
      </w:r>
      <w:r w:rsidRPr="00281F48">
        <w:rPr>
          <w:sz w:val="28"/>
          <w:szCs w:val="28"/>
          <w:lang w:val="kk-KZ"/>
        </w:rPr>
        <w:t xml:space="preserve"> </w:t>
      </w:r>
      <w:r w:rsidRPr="00281F48">
        <w:rPr>
          <w:sz w:val="28"/>
          <w:szCs w:val="28"/>
          <w:lang w:val="kk-KZ"/>
        </w:rPr>
        <w:br/>
      </w:r>
      <w:r w:rsidRPr="00367C48">
        <w:rPr>
          <w:sz w:val="28"/>
          <w:szCs w:val="28"/>
          <w:lang w:val="kk-KZ"/>
        </w:rPr>
        <w:t>А. Жұбанов көшесіне дейін.</w:t>
      </w:r>
    </w:p>
    <w:p w14:paraId="608D3CD9" w14:textId="77777777" w:rsidR="00883B86" w:rsidRPr="00367C48" w:rsidRDefault="00883B86" w:rsidP="00883B86">
      <w:pPr>
        <w:ind w:firstLine="709"/>
        <w:jc w:val="both"/>
        <w:rPr>
          <w:sz w:val="28"/>
          <w:szCs w:val="28"/>
          <w:lang w:val="kk-KZ"/>
        </w:rPr>
      </w:pPr>
    </w:p>
    <w:p w14:paraId="2564358A" w14:textId="77777777" w:rsidR="00883B86" w:rsidRPr="00367C48" w:rsidRDefault="00883B86" w:rsidP="00883B86">
      <w:pPr>
        <w:ind w:firstLine="709"/>
        <w:jc w:val="center"/>
        <w:rPr>
          <w:sz w:val="28"/>
          <w:szCs w:val="28"/>
          <w:lang w:val="kk-KZ"/>
        </w:rPr>
      </w:pPr>
      <w:r w:rsidRPr="00367C48">
        <w:rPr>
          <w:sz w:val="28"/>
          <w:szCs w:val="28"/>
          <w:lang w:val="kk-KZ"/>
        </w:rPr>
        <w:t>№ 107 сайлау учаскесі</w:t>
      </w:r>
    </w:p>
    <w:p w14:paraId="1066A768"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«Төлеген Айбергенов атындағы </w:t>
      </w:r>
    </w:p>
    <w:p w14:paraId="4D310411" w14:textId="77777777" w:rsidR="00883B86" w:rsidRPr="00367C48" w:rsidRDefault="00883B86" w:rsidP="00883B86">
      <w:pPr>
        <w:ind w:firstLine="709"/>
        <w:jc w:val="center"/>
        <w:rPr>
          <w:sz w:val="28"/>
          <w:szCs w:val="28"/>
          <w:lang w:val="kk-KZ"/>
        </w:rPr>
      </w:pPr>
      <w:r w:rsidRPr="00367C48">
        <w:rPr>
          <w:sz w:val="28"/>
          <w:szCs w:val="28"/>
          <w:lang w:val="kk-KZ"/>
        </w:rPr>
        <w:t>№ 16 жалпы орта білім беретін мектеп» шаруашылық жүргізу құқығындағы мемлекеттік коммуналдық кәсіпорны, Кенесары көшесі, № 81)</w:t>
      </w:r>
    </w:p>
    <w:p w14:paraId="6C75DE5C" w14:textId="77777777" w:rsidR="00883B86" w:rsidRPr="00367C48" w:rsidRDefault="00883B86" w:rsidP="00883B86">
      <w:pPr>
        <w:ind w:firstLine="709"/>
        <w:jc w:val="center"/>
        <w:rPr>
          <w:sz w:val="28"/>
          <w:szCs w:val="28"/>
          <w:lang w:val="kk-KZ"/>
        </w:rPr>
      </w:pPr>
    </w:p>
    <w:p w14:paraId="00E055A1"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Абай даңғылынан Е. Брусиловский көшесінің жұп сандар жағымен Ә. Сембинов көшесіне дейін, Ә. Сембинов көшесінің жұп сандар жағымен темір жолға дейін, темір жол бойымен А. Жұбанов көшесіне дейін, </w:t>
      </w:r>
      <w:r w:rsidRPr="00367C48">
        <w:rPr>
          <w:sz w:val="28"/>
          <w:szCs w:val="28"/>
          <w:lang w:val="kk-KZ"/>
        </w:rPr>
        <w:br/>
        <w:t>А. Жұбанов көшесінің тақ сандар жағымен Абай даңғылына дейін, Абай даңғылының тақ сандар жағымен Е. Брусиловский көшесіне дейін.</w:t>
      </w:r>
    </w:p>
    <w:p w14:paraId="3941ABAC" w14:textId="77777777" w:rsidR="00883B86" w:rsidRPr="00367C48" w:rsidRDefault="00883B86" w:rsidP="00883B86">
      <w:pPr>
        <w:ind w:firstLine="709"/>
        <w:jc w:val="both"/>
        <w:rPr>
          <w:sz w:val="28"/>
          <w:szCs w:val="28"/>
          <w:lang w:val="kk-KZ"/>
        </w:rPr>
      </w:pPr>
    </w:p>
    <w:p w14:paraId="2763C971" w14:textId="77777777" w:rsidR="00883B86" w:rsidRPr="00367C48" w:rsidRDefault="00883B86" w:rsidP="00883B86">
      <w:pPr>
        <w:ind w:firstLine="709"/>
        <w:jc w:val="center"/>
        <w:rPr>
          <w:sz w:val="28"/>
          <w:szCs w:val="28"/>
          <w:lang w:val="kk-KZ"/>
        </w:rPr>
      </w:pPr>
      <w:r w:rsidRPr="00367C48">
        <w:rPr>
          <w:sz w:val="28"/>
          <w:szCs w:val="28"/>
          <w:lang w:val="kk-KZ"/>
        </w:rPr>
        <w:t>№ 108 сайлау учаскесі</w:t>
      </w:r>
    </w:p>
    <w:p w14:paraId="3A33BED4"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«Төлеген Айбергенов атындағы </w:t>
      </w:r>
    </w:p>
    <w:p w14:paraId="6E2CAF7E" w14:textId="77777777" w:rsidR="00883B86" w:rsidRPr="00367C48" w:rsidRDefault="00883B86" w:rsidP="00883B86">
      <w:pPr>
        <w:ind w:firstLine="709"/>
        <w:jc w:val="center"/>
        <w:rPr>
          <w:sz w:val="28"/>
          <w:szCs w:val="28"/>
          <w:lang w:val="kk-KZ"/>
        </w:rPr>
      </w:pPr>
      <w:r w:rsidRPr="00367C48">
        <w:rPr>
          <w:sz w:val="28"/>
          <w:szCs w:val="28"/>
          <w:lang w:val="kk-KZ"/>
        </w:rPr>
        <w:t>№ 16 жалпы орта білім беретін мектеп» шаруашылық жүргізу құқығындағы мемлекеттік коммуналдық кәсіпорны, Кенесары көшесі, № 81)</w:t>
      </w:r>
    </w:p>
    <w:p w14:paraId="435564DE" w14:textId="77777777" w:rsidR="00883B86" w:rsidRPr="00367C48" w:rsidRDefault="00883B86" w:rsidP="00883B86">
      <w:pPr>
        <w:ind w:firstLine="709"/>
        <w:jc w:val="center"/>
        <w:rPr>
          <w:sz w:val="28"/>
          <w:szCs w:val="28"/>
          <w:lang w:val="kk-KZ"/>
        </w:rPr>
      </w:pPr>
    </w:p>
    <w:p w14:paraId="3E0B684C" w14:textId="77777777" w:rsidR="00883B86" w:rsidRPr="00367C48" w:rsidRDefault="00883B86" w:rsidP="00883B86">
      <w:pPr>
        <w:ind w:firstLine="709"/>
        <w:jc w:val="both"/>
        <w:rPr>
          <w:sz w:val="28"/>
          <w:szCs w:val="28"/>
          <w:lang w:val="kk-KZ"/>
        </w:rPr>
      </w:pPr>
      <w:r w:rsidRPr="00367C48">
        <w:rPr>
          <w:sz w:val="28"/>
          <w:szCs w:val="28"/>
          <w:lang w:val="kk-KZ"/>
        </w:rPr>
        <w:t>Шекарасы: Ә. Сембинов көшесінен Л. Толстой көшесінің жұп сандар жағымен Е. Брусиловский көшесіне дейін, Е. Брусиловский көшесінің тақ сандар жағымен Абай даңғылына дейін, Абай даңғылының тақ сандар жағымен</w:t>
      </w:r>
      <w:r w:rsidRPr="00281F48">
        <w:rPr>
          <w:sz w:val="28"/>
          <w:szCs w:val="28"/>
          <w:lang w:val="kk-KZ"/>
        </w:rPr>
        <w:br/>
      </w:r>
      <w:r w:rsidRPr="00367C48">
        <w:rPr>
          <w:sz w:val="28"/>
          <w:szCs w:val="28"/>
          <w:lang w:val="kk-KZ"/>
        </w:rPr>
        <w:t>Ә. Сембинов көшесіне дейін, Ә. Сембинов көшесінің жұп сандар жағымен</w:t>
      </w:r>
      <w:r w:rsidRPr="00281F48">
        <w:rPr>
          <w:sz w:val="28"/>
          <w:szCs w:val="28"/>
          <w:lang w:val="kk-KZ"/>
        </w:rPr>
        <w:br/>
      </w:r>
      <w:r w:rsidRPr="00367C48">
        <w:rPr>
          <w:sz w:val="28"/>
          <w:szCs w:val="28"/>
          <w:lang w:val="kk-KZ"/>
        </w:rPr>
        <w:t>Л. Толстой көшесіне дейін.</w:t>
      </w:r>
    </w:p>
    <w:p w14:paraId="56AD08AB" w14:textId="77777777" w:rsidR="00883B86" w:rsidRPr="00367C48" w:rsidRDefault="00883B86" w:rsidP="00883B86">
      <w:pPr>
        <w:jc w:val="both"/>
        <w:rPr>
          <w:sz w:val="28"/>
          <w:szCs w:val="28"/>
          <w:lang w:val="kk-KZ"/>
        </w:rPr>
      </w:pPr>
    </w:p>
    <w:p w14:paraId="473278E3" w14:textId="77777777" w:rsidR="00883B86" w:rsidRPr="00367C48" w:rsidRDefault="00883B86" w:rsidP="00883B86">
      <w:pPr>
        <w:ind w:firstLine="709"/>
        <w:jc w:val="center"/>
        <w:rPr>
          <w:sz w:val="28"/>
          <w:szCs w:val="28"/>
          <w:lang w:val="kk-KZ"/>
        </w:rPr>
      </w:pPr>
      <w:r w:rsidRPr="00367C48">
        <w:rPr>
          <w:sz w:val="28"/>
          <w:szCs w:val="28"/>
          <w:lang w:val="kk-KZ"/>
        </w:rPr>
        <w:t>№ 109 сайлау учаскесі</w:t>
      </w:r>
    </w:p>
    <w:p w14:paraId="76548476"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 55 жалпы орта білім беретін мектеп» шаруашылық жүргізу құқығындағы мемлекеттік коммуналдық кәсіпорны, Ж. </w:t>
      </w:r>
      <w:proofErr w:type="spellStart"/>
      <w:r w:rsidRPr="00367C48">
        <w:rPr>
          <w:sz w:val="28"/>
          <w:szCs w:val="28"/>
          <w:lang w:val="kk-KZ"/>
        </w:rPr>
        <w:t>Досмұхамедұлы</w:t>
      </w:r>
      <w:proofErr w:type="spellEnd"/>
      <w:r w:rsidRPr="00367C48">
        <w:rPr>
          <w:sz w:val="28"/>
          <w:szCs w:val="28"/>
          <w:lang w:val="kk-KZ"/>
        </w:rPr>
        <w:t xml:space="preserve"> көшесі, № 2)</w:t>
      </w:r>
    </w:p>
    <w:p w14:paraId="236AA791" w14:textId="77777777" w:rsidR="00883B86" w:rsidRPr="00367C48" w:rsidRDefault="00883B86" w:rsidP="00883B86">
      <w:pPr>
        <w:ind w:firstLine="709"/>
        <w:jc w:val="center"/>
        <w:rPr>
          <w:sz w:val="28"/>
          <w:szCs w:val="28"/>
          <w:lang w:val="kk-KZ"/>
        </w:rPr>
      </w:pPr>
    </w:p>
    <w:p w14:paraId="4DAB3387"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темір жолдан бастап Ж. </w:t>
      </w:r>
      <w:proofErr w:type="spellStart"/>
      <w:r w:rsidRPr="00367C48">
        <w:rPr>
          <w:sz w:val="28"/>
          <w:szCs w:val="28"/>
          <w:lang w:val="kk-KZ"/>
        </w:rPr>
        <w:t>Досмұхамедұлы</w:t>
      </w:r>
      <w:proofErr w:type="spellEnd"/>
      <w:r w:rsidRPr="00367C48">
        <w:rPr>
          <w:sz w:val="28"/>
          <w:szCs w:val="28"/>
          <w:lang w:val="kk-KZ"/>
        </w:rPr>
        <w:t xml:space="preserve"> көшесінің жұп сандар жағымен Ж. </w:t>
      </w:r>
      <w:proofErr w:type="spellStart"/>
      <w:r w:rsidRPr="00367C48">
        <w:rPr>
          <w:sz w:val="28"/>
          <w:szCs w:val="28"/>
          <w:lang w:val="kk-KZ"/>
        </w:rPr>
        <w:t>Досмұхамедұлы</w:t>
      </w:r>
      <w:proofErr w:type="spellEnd"/>
      <w:r w:rsidRPr="00367C48">
        <w:rPr>
          <w:sz w:val="28"/>
          <w:szCs w:val="28"/>
          <w:lang w:val="kk-KZ"/>
        </w:rPr>
        <w:t xml:space="preserve"> көшесіндегі № 4,</w:t>
      </w:r>
      <w:r>
        <w:rPr>
          <w:sz w:val="28"/>
          <w:szCs w:val="28"/>
          <w:lang w:val="kk-KZ"/>
        </w:rPr>
        <w:t xml:space="preserve"> 4/1, 4/2,</w:t>
      </w:r>
      <w:r w:rsidRPr="00367C48">
        <w:rPr>
          <w:sz w:val="28"/>
          <w:szCs w:val="28"/>
          <w:lang w:val="kk-KZ"/>
        </w:rPr>
        <w:t xml:space="preserve"> 6, 8, </w:t>
      </w:r>
      <w:r>
        <w:rPr>
          <w:sz w:val="28"/>
          <w:szCs w:val="28"/>
          <w:lang w:val="kk-KZ"/>
        </w:rPr>
        <w:t xml:space="preserve">10а, </w:t>
      </w:r>
      <w:r w:rsidRPr="00367C48">
        <w:rPr>
          <w:sz w:val="28"/>
          <w:szCs w:val="28"/>
          <w:lang w:val="kk-KZ"/>
        </w:rPr>
        <w:t>12 үйлерді қоспағанда, Жетіген көшесіне дейін, Жетіген көшесінің тақ сандар жағымен Алаш тас жолына дейін, Алаш тас жолының жұп сандар жағымен «Байқоңыр» ауданының шекарасына дейін, «Байқоңыр» ауданының шекарасы бойымен темір жолға дейін, темір жол</w:t>
      </w:r>
      <w:r>
        <w:rPr>
          <w:sz w:val="28"/>
          <w:szCs w:val="28"/>
          <w:lang w:val="kk-KZ"/>
        </w:rPr>
        <w:t>мен</w:t>
      </w:r>
      <w:r w:rsidRPr="00367C48">
        <w:rPr>
          <w:sz w:val="28"/>
          <w:szCs w:val="28"/>
          <w:lang w:val="kk-KZ"/>
        </w:rPr>
        <w:t xml:space="preserve"> Ж. </w:t>
      </w:r>
      <w:proofErr w:type="spellStart"/>
      <w:r w:rsidRPr="00367C48">
        <w:rPr>
          <w:sz w:val="28"/>
          <w:szCs w:val="28"/>
          <w:lang w:val="kk-KZ"/>
        </w:rPr>
        <w:t>Досмұхамедұлы</w:t>
      </w:r>
      <w:proofErr w:type="spellEnd"/>
      <w:r w:rsidRPr="00367C48">
        <w:rPr>
          <w:sz w:val="28"/>
          <w:szCs w:val="28"/>
          <w:lang w:val="kk-KZ"/>
        </w:rPr>
        <w:t xml:space="preserve"> көшесіне дейін.</w:t>
      </w:r>
    </w:p>
    <w:p w14:paraId="3BE49151" w14:textId="77777777" w:rsidR="00883B86" w:rsidRPr="00367C48" w:rsidRDefault="00883B86" w:rsidP="00883B86">
      <w:pPr>
        <w:ind w:firstLine="709"/>
        <w:jc w:val="both"/>
        <w:rPr>
          <w:sz w:val="28"/>
          <w:szCs w:val="28"/>
          <w:lang w:val="kk-KZ"/>
        </w:rPr>
      </w:pPr>
    </w:p>
    <w:p w14:paraId="4AA7B102" w14:textId="77777777" w:rsidR="00883B86" w:rsidRPr="00367C48" w:rsidRDefault="00883B86" w:rsidP="00883B86">
      <w:pPr>
        <w:ind w:firstLine="709"/>
        <w:jc w:val="center"/>
        <w:rPr>
          <w:sz w:val="28"/>
          <w:szCs w:val="28"/>
          <w:lang w:val="kk-KZ"/>
        </w:rPr>
      </w:pPr>
      <w:r w:rsidRPr="00367C48">
        <w:rPr>
          <w:sz w:val="28"/>
          <w:szCs w:val="28"/>
          <w:lang w:val="kk-KZ"/>
        </w:rPr>
        <w:t>№ 110 сайлау учаскесі</w:t>
      </w:r>
    </w:p>
    <w:p w14:paraId="1E3E78BD" w14:textId="77777777" w:rsidR="00883B86" w:rsidRPr="00367C48" w:rsidRDefault="00883B86" w:rsidP="00883B86">
      <w:pPr>
        <w:jc w:val="center"/>
        <w:rPr>
          <w:rFonts w:eastAsia="Calibri"/>
          <w:sz w:val="28"/>
          <w:szCs w:val="28"/>
          <w:lang w:val="kk-KZ" w:eastAsia="en-US"/>
        </w:rPr>
      </w:pPr>
      <w:r w:rsidRPr="00367C48">
        <w:rPr>
          <w:sz w:val="28"/>
          <w:szCs w:val="28"/>
          <w:lang w:val="kk-KZ"/>
        </w:rPr>
        <w:t xml:space="preserve">(орталығы </w:t>
      </w:r>
      <w:r w:rsidRPr="00367C48">
        <w:rPr>
          <w:rFonts w:eastAsia="Calibri"/>
          <w:sz w:val="28"/>
          <w:szCs w:val="28"/>
          <w:lang w:val="kk-KZ" w:eastAsia="en-US"/>
        </w:rPr>
        <w:t xml:space="preserve">– Астана қаласы әкімдігінің «№ 97 «Сәби әлемі» балабақшасы» мемлекеттік коммуналдық қазыналық кәсіпорны, </w:t>
      </w:r>
    </w:p>
    <w:p w14:paraId="5DAAAA6C" w14:textId="77777777" w:rsidR="00883B86" w:rsidRPr="00367C48" w:rsidRDefault="00883B86" w:rsidP="00883B86">
      <w:pPr>
        <w:jc w:val="center"/>
        <w:rPr>
          <w:sz w:val="28"/>
          <w:szCs w:val="28"/>
          <w:lang w:val="kk-KZ"/>
        </w:rPr>
      </w:pPr>
      <w:r w:rsidRPr="00367C48">
        <w:rPr>
          <w:rFonts w:eastAsia="Calibri"/>
          <w:sz w:val="28"/>
          <w:szCs w:val="28"/>
          <w:lang w:val="kk-KZ" w:eastAsia="en-US"/>
        </w:rPr>
        <w:t xml:space="preserve">Ж. </w:t>
      </w:r>
      <w:proofErr w:type="spellStart"/>
      <w:r w:rsidRPr="00367C48">
        <w:rPr>
          <w:rFonts w:eastAsia="Calibri"/>
          <w:sz w:val="28"/>
          <w:szCs w:val="28"/>
          <w:lang w:val="kk-KZ" w:eastAsia="en-US"/>
        </w:rPr>
        <w:t>Досмұхамедұлы</w:t>
      </w:r>
      <w:proofErr w:type="spellEnd"/>
      <w:r w:rsidRPr="00367C48">
        <w:rPr>
          <w:rFonts w:eastAsia="Calibri"/>
          <w:sz w:val="28"/>
          <w:szCs w:val="28"/>
          <w:lang w:val="kk-KZ" w:eastAsia="en-US"/>
        </w:rPr>
        <w:t xml:space="preserve"> көшесі, № 2</w:t>
      </w:r>
      <w:r w:rsidRPr="00367C48">
        <w:rPr>
          <w:sz w:val="28"/>
          <w:szCs w:val="28"/>
          <w:lang w:val="kk-KZ"/>
        </w:rPr>
        <w:t>)</w:t>
      </w:r>
    </w:p>
    <w:p w14:paraId="7758E12D" w14:textId="77777777" w:rsidR="00883B86" w:rsidRPr="00367C48" w:rsidRDefault="00883B86" w:rsidP="00883B86">
      <w:pPr>
        <w:ind w:firstLine="709"/>
        <w:jc w:val="center"/>
        <w:rPr>
          <w:sz w:val="28"/>
          <w:szCs w:val="28"/>
          <w:lang w:val="kk-KZ"/>
        </w:rPr>
      </w:pPr>
    </w:p>
    <w:p w14:paraId="27C3636D" w14:textId="77777777" w:rsidR="00883B86" w:rsidRPr="00367C48" w:rsidRDefault="00883B86" w:rsidP="00883B86">
      <w:pPr>
        <w:ind w:firstLine="709"/>
        <w:jc w:val="both"/>
        <w:rPr>
          <w:sz w:val="28"/>
          <w:szCs w:val="28"/>
          <w:lang w:val="kk-KZ"/>
        </w:rPr>
      </w:pPr>
      <w:r w:rsidRPr="00367C48">
        <w:rPr>
          <w:sz w:val="28"/>
          <w:szCs w:val="28"/>
          <w:lang w:val="kk-KZ"/>
        </w:rPr>
        <w:lastRenderedPageBreak/>
        <w:t xml:space="preserve">Шекарасы: Ж. </w:t>
      </w:r>
      <w:proofErr w:type="spellStart"/>
      <w:r w:rsidRPr="00367C48">
        <w:rPr>
          <w:sz w:val="28"/>
          <w:szCs w:val="28"/>
          <w:lang w:val="kk-KZ"/>
        </w:rPr>
        <w:t>Досмұхамедұлы</w:t>
      </w:r>
      <w:proofErr w:type="spellEnd"/>
      <w:r w:rsidRPr="00367C48">
        <w:rPr>
          <w:sz w:val="28"/>
          <w:szCs w:val="28"/>
          <w:lang w:val="kk-KZ"/>
        </w:rPr>
        <w:t xml:space="preserve"> көшесі бойынша № 4, 4/1, 4/2, 6, 8, 10а,</w:t>
      </w:r>
      <w:r w:rsidRPr="00281F48">
        <w:rPr>
          <w:sz w:val="28"/>
          <w:szCs w:val="28"/>
          <w:lang w:val="kk-KZ"/>
        </w:rPr>
        <w:t xml:space="preserve"> </w:t>
      </w:r>
      <w:r w:rsidRPr="00281F48">
        <w:rPr>
          <w:sz w:val="28"/>
          <w:szCs w:val="28"/>
          <w:lang w:val="kk-KZ"/>
        </w:rPr>
        <w:br/>
      </w:r>
      <w:r w:rsidRPr="00367C48">
        <w:rPr>
          <w:sz w:val="28"/>
          <w:szCs w:val="28"/>
          <w:lang w:val="kk-KZ"/>
        </w:rPr>
        <w:t>12 үйлер.</w:t>
      </w:r>
    </w:p>
    <w:p w14:paraId="0DCA0B9E" w14:textId="77777777" w:rsidR="00883B86" w:rsidRPr="00367C48" w:rsidRDefault="00883B86" w:rsidP="00883B86">
      <w:pPr>
        <w:ind w:firstLine="709"/>
        <w:jc w:val="both"/>
        <w:rPr>
          <w:sz w:val="28"/>
          <w:szCs w:val="28"/>
          <w:lang w:val="kk-KZ"/>
        </w:rPr>
      </w:pPr>
    </w:p>
    <w:p w14:paraId="1B2C56A9" w14:textId="77777777" w:rsidR="00883B86" w:rsidRPr="00367C48" w:rsidRDefault="00883B86" w:rsidP="00883B86">
      <w:pPr>
        <w:ind w:firstLine="709"/>
        <w:jc w:val="center"/>
        <w:rPr>
          <w:sz w:val="28"/>
          <w:szCs w:val="28"/>
          <w:lang w:val="kk-KZ"/>
        </w:rPr>
      </w:pPr>
      <w:r w:rsidRPr="00367C48">
        <w:rPr>
          <w:sz w:val="28"/>
          <w:szCs w:val="28"/>
          <w:lang w:val="kk-KZ"/>
        </w:rPr>
        <w:t>№ 111 сайлау учаскесі</w:t>
      </w:r>
    </w:p>
    <w:p w14:paraId="0F0555F5"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«Құрылыс-техникалық колледжі» шаруашылық жүргізу құқығындағы мемлекеттік коммуналдық кәсіпорны, Ақжол даңғылы, № 53/3)</w:t>
      </w:r>
    </w:p>
    <w:p w14:paraId="5ABF5332" w14:textId="77777777" w:rsidR="00883B86" w:rsidRPr="00367C48" w:rsidRDefault="00883B86" w:rsidP="00883B86">
      <w:pPr>
        <w:ind w:firstLine="709"/>
        <w:jc w:val="center"/>
        <w:rPr>
          <w:sz w:val="28"/>
          <w:szCs w:val="28"/>
          <w:lang w:val="kk-KZ"/>
        </w:rPr>
      </w:pPr>
    </w:p>
    <w:p w14:paraId="78E79208" w14:textId="77777777" w:rsidR="00883B86" w:rsidRPr="00367C48" w:rsidRDefault="00883B86" w:rsidP="00883B86">
      <w:pPr>
        <w:ind w:firstLine="709"/>
        <w:jc w:val="both"/>
        <w:rPr>
          <w:sz w:val="28"/>
          <w:szCs w:val="28"/>
          <w:lang w:val="kk-KZ"/>
        </w:rPr>
      </w:pPr>
      <w:r w:rsidRPr="00367C48">
        <w:rPr>
          <w:sz w:val="28"/>
          <w:szCs w:val="28"/>
          <w:lang w:val="kk-KZ"/>
        </w:rPr>
        <w:t>Шекарасы: темір жолдан Алаш тас жолымен № 69 көшеге дейін,</w:t>
      </w:r>
      <w:r w:rsidRPr="00281F48">
        <w:rPr>
          <w:sz w:val="28"/>
          <w:szCs w:val="28"/>
          <w:lang w:val="kk-KZ"/>
        </w:rPr>
        <w:t xml:space="preserve"> </w:t>
      </w:r>
      <w:r w:rsidRPr="00281F48">
        <w:rPr>
          <w:sz w:val="28"/>
          <w:szCs w:val="28"/>
          <w:lang w:val="kk-KZ"/>
        </w:rPr>
        <w:br/>
      </w:r>
      <w:r w:rsidRPr="00367C48">
        <w:rPr>
          <w:sz w:val="28"/>
          <w:szCs w:val="28"/>
          <w:lang w:val="kk-KZ"/>
        </w:rPr>
        <w:t>№ 69 көшеден А. Пушкин көшесіне дейін, А. Пушкин көшесімен</w:t>
      </w:r>
      <w:r w:rsidRPr="00281F48">
        <w:rPr>
          <w:sz w:val="28"/>
          <w:szCs w:val="28"/>
          <w:lang w:val="kk-KZ"/>
        </w:rPr>
        <w:br/>
      </w:r>
      <w:r w:rsidRPr="00367C48">
        <w:rPr>
          <w:sz w:val="28"/>
          <w:szCs w:val="28"/>
          <w:lang w:val="kk-KZ"/>
        </w:rPr>
        <w:t>Жетіген көшесіне дейін, Жетіген көшесінің жұп сандар жағымен</w:t>
      </w:r>
      <w:r w:rsidRPr="00281F48">
        <w:rPr>
          <w:sz w:val="28"/>
          <w:szCs w:val="28"/>
          <w:lang w:val="kk-KZ"/>
        </w:rPr>
        <w:br/>
      </w:r>
      <w:r w:rsidRPr="00367C48">
        <w:rPr>
          <w:sz w:val="28"/>
          <w:szCs w:val="28"/>
          <w:lang w:val="kk-KZ"/>
        </w:rPr>
        <w:t xml:space="preserve">Ж. </w:t>
      </w:r>
      <w:proofErr w:type="spellStart"/>
      <w:r w:rsidRPr="00367C48">
        <w:rPr>
          <w:sz w:val="28"/>
          <w:szCs w:val="28"/>
          <w:lang w:val="kk-KZ"/>
        </w:rPr>
        <w:t>Досмұхамедұлы</w:t>
      </w:r>
      <w:proofErr w:type="spellEnd"/>
      <w:r w:rsidRPr="00367C48">
        <w:rPr>
          <w:sz w:val="28"/>
          <w:szCs w:val="28"/>
          <w:lang w:val="kk-KZ"/>
        </w:rPr>
        <w:t xml:space="preserve"> көшесіне дейін, Ж. </w:t>
      </w:r>
      <w:proofErr w:type="spellStart"/>
      <w:r w:rsidRPr="00367C48">
        <w:rPr>
          <w:sz w:val="28"/>
          <w:szCs w:val="28"/>
          <w:lang w:val="kk-KZ"/>
        </w:rPr>
        <w:t>Досмұхамедұлы</w:t>
      </w:r>
      <w:proofErr w:type="spellEnd"/>
      <w:r w:rsidRPr="00367C48">
        <w:rPr>
          <w:sz w:val="28"/>
          <w:szCs w:val="28"/>
          <w:lang w:val="kk-KZ"/>
        </w:rPr>
        <w:t xml:space="preserve"> көшесінің тақ сандар жағымен темір жолға дейін, темір жолмен Қоянды кентінің с</w:t>
      </w:r>
      <w:r>
        <w:rPr>
          <w:sz w:val="28"/>
          <w:szCs w:val="28"/>
          <w:lang w:val="kk-KZ"/>
        </w:rPr>
        <w:t>аяжай ал</w:t>
      </w:r>
      <w:r w:rsidRPr="00367C48">
        <w:rPr>
          <w:sz w:val="28"/>
          <w:szCs w:val="28"/>
          <w:lang w:val="kk-KZ"/>
        </w:rPr>
        <w:t>қаптарын қоса алғанда, Алаш тас жолына дейін.</w:t>
      </w:r>
    </w:p>
    <w:p w14:paraId="66DA3A2F" w14:textId="77777777" w:rsidR="00883B86" w:rsidRPr="00367C48" w:rsidRDefault="00883B86" w:rsidP="00883B86">
      <w:pPr>
        <w:ind w:firstLine="709"/>
        <w:jc w:val="both"/>
        <w:rPr>
          <w:sz w:val="28"/>
          <w:szCs w:val="28"/>
          <w:lang w:val="kk-KZ"/>
        </w:rPr>
      </w:pPr>
    </w:p>
    <w:p w14:paraId="5CF711E3" w14:textId="77777777" w:rsidR="00883B86" w:rsidRPr="00367C48" w:rsidRDefault="00883B86" w:rsidP="00883B86">
      <w:pPr>
        <w:ind w:firstLine="709"/>
        <w:jc w:val="center"/>
        <w:rPr>
          <w:sz w:val="28"/>
          <w:szCs w:val="28"/>
          <w:lang w:val="kk-KZ"/>
        </w:rPr>
      </w:pPr>
      <w:r w:rsidRPr="00367C48">
        <w:rPr>
          <w:sz w:val="28"/>
          <w:szCs w:val="28"/>
          <w:lang w:val="kk-KZ"/>
        </w:rPr>
        <w:t>№ 112 сайлау учаскесі</w:t>
      </w:r>
    </w:p>
    <w:p w14:paraId="0D761220"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 12 жалпы орта білім беретін мектеп» коммуналдық мемлекеттік мекемесі, Қамысты көшесі, № 7)</w:t>
      </w:r>
    </w:p>
    <w:p w14:paraId="05A2153E" w14:textId="77777777" w:rsidR="00883B86" w:rsidRPr="00367C48" w:rsidRDefault="00883B86" w:rsidP="00883B86">
      <w:pPr>
        <w:ind w:firstLine="709"/>
        <w:jc w:val="center"/>
        <w:rPr>
          <w:sz w:val="28"/>
          <w:szCs w:val="28"/>
          <w:lang w:val="kk-KZ"/>
        </w:rPr>
      </w:pPr>
    </w:p>
    <w:p w14:paraId="3615A72B"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Алаш тас жолынан солтүстік айналма жолмен № 85 көшеге дейін, № 85 көшеден № 13 </w:t>
      </w:r>
      <w:proofErr w:type="spellStart"/>
      <w:r w:rsidRPr="00367C48">
        <w:rPr>
          <w:sz w:val="28"/>
          <w:szCs w:val="28"/>
          <w:lang w:val="kk-KZ"/>
        </w:rPr>
        <w:t>мехколоннаға</w:t>
      </w:r>
      <w:proofErr w:type="spellEnd"/>
      <w:r w:rsidRPr="00367C48">
        <w:rPr>
          <w:sz w:val="28"/>
          <w:szCs w:val="28"/>
          <w:lang w:val="kk-KZ"/>
        </w:rPr>
        <w:t xml:space="preserve"> дейін, № 13 </w:t>
      </w:r>
      <w:proofErr w:type="spellStart"/>
      <w:r w:rsidRPr="00367C48">
        <w:rPr>
          <w:sz w:val="28"/>
          <w:szCs w:val="28"/>
          <w:lang w:val="kk-KZ"/>
        </w:rPr>
        <w:t>мехколоннадан</w:t>
      </w:r>
      <w:proofErr w:type="spellEnd"/>
      <w:r w:rsidRPr="00367C48">
        <w:rPr>
          <w:sz w:val="28"/>
          <w:szCs w:val="28"/>
          <w:lang w:val="kk-KZ"/>
        </w:rPr>
        <w:t xml:space="preserve"> Ойыл, Көкбастау, </w:t>
      </w:r>
      <w:proofErr w:type="spellStart"/>
      <w:r w:rsidRPr="00367C48">
        <w:rPr>
          <w:sz w:val="28"/>
          <w:szCs w:val="28"/>
          <w:lang w:val="kk-KZ"/>
        </w:rPr>
        <w:t>Айнатас</w:t>
      </w:r>
      <w:proofErr w:type="spellEnd"/>
      <w:r w:rsidRPr="00367C48">
        <w:rPr>
          <w:sz w:val="28"/>
          <w:szCs w:val="28"/>
          <w:lang w:val="kk-KZ"/>
        </w:rPr>
        <w:t xml:space="preserve">, Жасыл, Байқадам, Балықты, Шет көшелеріндегі үйлерді қамти отырып, И. </w:t>
      </w:r>
      <w:proofErr w:type="spellStart"/>
      <w:r w:rsidRPr="00367C48">
        <w:rPr>
          <w:sz w:val="28"/>
          <w:szCs w:val="28"/>
          <w:lang w:val="kk-KZ"/>
        </w:rPr>
        <w:t>Чехоев</w:t>
      </w:r>
      <w:proofErr w:type="spellEnd"/>
      <w:r w:rsidRPr="00367C48">
        <w:rPr>
          <w:sz w:val="28"/>
          <w:szCs w:val="28"/>
          <w:lang w:val="kk-KZ"/>
        </w:rPr>
        <w:t xml:space="preserve"> көшесіне дейін, И. </w:t>
      </w:r>
      <w:proofErr w:type="spellStart"/>
      <w:r w:rsidRPr="00367C48">
        <w:rPr>
          <w:sz w:val="28"/>
          <w:szCs w:val="28"/>
          <w:lang w:val="kk-KZ"/>
        </w:rPr>
        <w:t>Чехоев</w:t>
      </w:r>
      <w:proofErr w:type="spellEnd"/>
      <w:r w:rsidRPr="00367C48">
        <w:rPr>
          <w:sz w:val="28"/>
          <w:szCs w:val="28"/>
          <w:lang w:val="kk-KZ"/>
        </w:rPr>
        <w:t xml:space="preserve"> көшесінен</w:t>
      </w:r>
      <w:r w:rsidRPr="00281F48">
        <w:rPr>
          <w:sz w:val="28"/>
          <w:szCs w:val="28"/>
          <w:lang w:val="kk-KZ"/>
        </w:rPr>
        <w:br/>
      </w:r>
      <w:r>
        <w:rPr>
          <w:sz w:val="28"/>
          <w:szCs w:val="28"/>
          <w:lang w:val="kk-KZ"/>
        </w:rPr>
        <w:t>А</w:t>
      </w:r>
      <w:r w:rsidRPr="00367C48">
        <w:rPr>
          <w:sz w:val="28"/>
          <w:szCs w:val="28"/>
          <w:lang w:val="kk-KZ"/>
        </w:rPr>
        <w:t>лаш тас жолымен солтүстік айналма жолға дейін.</w:t>
      </w:r>
    </w:p>
    <w:p w14:paraId="77BAE692" w14:textId="77777777" w:rsidR="00883B86" w:rsidRPr="00367C48" w:rsidRDefault="00883B86" w:rsidP="00883B86">
      <w:pPr>
        <w:rPr>
          <w:sz w:val="28"/>
          <w:szCs w:val="28"/>
          <w:lang w:val="kk-KZ"/>
        </w:rPr>
      </w:pPr>
    </w:p>
    <w:p w14:paraId="582C79F4" w14:textId="77777777" w:rsidR="00883B86" w:rsidRPr="00367C48" w:rsidRDefault="00883B86" w:rsidP="00883B86">
      <w:pPr>
        <w:ind w:firstLine="709"/>
        <w:jc w:val="center"/>
        <w:rPr>
          <w:sz w:val="28"/>
          <w:szCs w:val="28"/>
          <w:lang w:val="kk-KZ"/>
        </w:rPr>
      </w:pPr>
      <w:r w:rsidRPr="00367C48">
        <w:rPr>
          <w:sz w:val="28"/>
          <w:szCs w:val="28"/>
          <w:lang w:val="kk-KZ"/>
        </w:rPr>
        <w:t>№ 113 сайлау учаскесі</w:t>
      </w:r>
    </w:p>
    <w:p w14:paraId="3D4F7CDA"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w:t>
      </w:r>
      <w:proofErr w:type="spellStart"/>
      <w:r w:rsidRPr="00367C48">
        <w:rPr>
          <w:sz w:val="28"/>
          <w:szCs w:val="28"/>
          <w:lang w:val="kk-KZ"/>
        </w:rPr>
        <w:t>Барлыбек</w:t>
      </w:r>
      <w:proofErr w:type="spellEnd"/>
      <w:r w:rsidRPr="00367C48">
        <w:rPr>
          <w:sz w:val="28"/>
          <w:szCs w:val="28"/>
          <w:lang w:val="kk-KZ"/>
        </w:rPr>
        <w:t xml:space="preserve"> </w:t>
      </w:r>
      <w:proofErr w:type="spellStart"/>
      <w:r w:rsidRPr="00367C48">
        <w:rPr>
          <w:sz w:val="28"/>
          <w:szCs w:val="28"/>
          <w:lang w:val="kk-KZ"/>
        </w:rPr>
        <w:t>Сырттанұлы</w:t>
      </w:r>
      <w:proofErr w:type="spellEnd"/>
      <w:r w:rsidRPr="00367C48">
        <w:rPr>
          <w:sz w:val="28"/>
          <w:szCs w:val="28"/>
          <w:lang w:val="kk-KZ"/>
        </w:rPr>
        <w:t xml:space="preserve"> атындағы</w:t>
      </w:r>
      <w:r>
        <w:rPr>
          <w:sz w:val="28"/>
          <w:szCs w:val="28"/>
          <w:lang w:val="kk-KZ"/>
        </w:rPr>
        <w:t xml:space="preserve"> </w:t>
      </w:r>
      <w:r w:rsidRPr="00367C48">
        <w:rPr>
          <w:sz w:val="28"/>
          <w:szCs w:val="28"/>
          <w:lang w:val="kk-KZ"/>
        </w:rPr>
        <w:t>№ 34 жалпы орта білім беретін мектеп» коммуналдық мемлекеттік мекемесі,</w:t>
      </w:r>
    </w:p>
    <w:p w14:paraId="2D7590A9" w14:textId="77777777" w:rsidR="00883B86" w:rsidRPr="00367C48" w:rsidRDefault="00883B86" w:rsidP="00883B86">
      <w:pPr>
        <w:ind w:firstLine="709"/>
        <w:jc w:val="center"/>
        <w:rPr>
          <w:sz w:val="28"/>
          <w:szCs w:val="28"/>
          <w:lang w:val="kk-KZ"/>
        </w:rPr>
      </w:pPr>
      <w:r w:rsidRPr="00367C48">
        <w:rPr>
          <w:sz w:val="28"/>
          <w:szCs w:val="28"/>
          <w:lang w:val="kk-KZ"/>
        </w:rPr>
        <w:t>Тайбурыл көшесі, № 23)</w:t>
      </w:r>
    </w:p>
    <w:p w14:paraId="123B7897" w14:textId="77777777" w:rsidR="00883B86" w:rsidRPr="00367C48" w:rsidRDefault="00883B86" w:rsidP="00883B86">
      <w:pPr>
        <w:ind w:firstLine="709"/>
        <w:jc w:val="center"/>
        <w:rPr>
          <w:sz w:val="28"/>
          <w:szCs w:val="28"/>
          <w:lang w:val="kk-KZ"/>
        </w:rPr>
      </w:pPr>
    </w:p>
    <w:p w14:paraId="0E8E007E"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Алаш тас жолынан Ақжол даңғылының тақ сандар жағымен Мұнайшылар көшесіне дейін, Мұнайшылар көшесімен Жаңажол көшесіне дейін, Жаңажол көшесінің тақ сандар жағымен Ташкент көшесіне дейін, Ташкент көшесінің оң жағымен Игілік көшесіне дейін, Игілік көшесінің оң жағымен Тайбурыл көшесіне дейін, Тайбурыл көшесімен № 85 көшеге дейін, </w:t>
      </w:r>
      <w:r w:rsidRPr="00367C48">
        <w:rPr>
          <w:sz w:val="28"/>
          <w:szCs w:val="28"/>
          <w:lang w:val="kk-KZ"/>
        </w:rPr>
        <w:br/>
        <w:t xml:space="preserve">№ 85 көшенің бойымен № 13 </w:t>
      </w:r>
      <w:proofErr w:type="spellStart"/>
      <w:r w:rsidRPr="00367C48">
        <w:rPr>
          <w:sz w:val="28"/>
          <w:szCs w:val="28"/>
          <w:lang w:val="kk-KZ"/>
        </w:rPr>
        <w:t>мехколоннаға</w:t>
      </w:r>
      <w:proofErr w:type="spellEnd"/>
      <w:r w:rsidRPr="00367C48">
        <w:rPr>
          <w:sz w:val="28"/>
          <w:szCs w:val="28"/>
          <w:lang w:val="kk-KZ"/>
        </w:rPr>
        <w:t xml:space="preserve"> дейін, № 13 </w:t>
      </w:r>
      <w:proofErr w:type="spellStart"/>
      <w:r w:rsidRPr="00367C48">
        <w:rPr>
          <w:sz w:val="28"/>
          <w:szCs w:val="28"/>
          <w:lang w:val="kk-KZ"/>
        </w:rPr>
        <w:t>мехколоннадан</w:t>
      </w:r>
      <w:proofErr w:type="spellEnd"/>
      <w:r w:rsidRPr="00367C48">
        <w:rPr>
          <w:sz w:val="28"/>
          <w:szCs w:val="28"/>
          <w:lang w:val="kk-KZ"/>
        </w:rPr>
        <w:t xml:space="preserve"> Ақсай, </w:t>
      </w:r>
      <w:proofErr w:type="spellStart"/>
      <w:r w:rsidRPr="00367C48">
        <w:rPr>
          <w:sz w:val="28"/>
          <w:szCs w:val="28"/>
          <w:lang w:val="kk-KZ"/>
        </w:rPr>
        <w:t>Көктомар</w:t>
      </w:r>
      <w:proofErr w:type="spellEnd"/>
      <w:r w:rsidRPr="00367C48">
        <w:rPr>
          <w:sz w:val="28"/>
          <w:szCs w:val="28"/>
          <w:lang w:val="kk-KZ"/>
        </w:rPr>
        <w:t xml:space="preserve">, Құрманғазы, Н. Гоголь, Жаңажол көшелерін қамти отырып, И. </w:t>
      </w:r>
      <w:proofErr w:type="spellStart"/>
      <w:r w:rsidRPr="00367C48">
        <w:rPr>
          <w:sz w:val="28"/>
          <w:szCs w:val="28"/>
          <w:lang w:val="kk-KZ"/>
        </w:rPr>
        <w:t>Чехоев</w:t>
      </w:r>
      <w:proofErr w:type="spellEnd"/>
      <w:r w:rsidRPr="00367C48">
        <w:rPr>
          <w:sz w:val="28"/>
          <w:szCs w:val="28"/>
          <w:lang w:val="kk-KZ"/>
        </w:rPr>
        <w:t xml:space="preserve"> көшесіне дейін, И. </w:t>
      </w:r>
      <w:proofErr w:type="spellStart"/>
      <w:r w:rsidRPr="00367C48">
        <w:rPr>
          <w:sz w:val="28"/>
          <w:szCs w:val="28"/>
          <w:lang w:val="kk-KZ"/>
        </w:rPr>
        <w:t>Чехоев</w:t>
      </w:r>
      <w:proofErr w:type="spellEnd"/>
      <w:r w:rsidRPr="00367C48">
        <w:rPr>
          <w:sz w:val="28"/>
          <w:szCs w:val="28"/>
          <w:lang w:val="kk-KZ"/>
        </w:rPr>
        <w:t xml:space="preserve"> көшесінің оң жағымен Алаш тас жолына дейін, Алаш тас жолымен темір жолға дейін.</w:t>
      </w:r>
    </w:p>
    <w:p w14:paraId="78B587C2" w14:textId="77777777" w:rsidR="00883B86" w:rsidRPr="00367C48" w:rsidRDefault="00883B86" w:rsidP="00883B86">
      <w:pPr>
        <w:ind w:firstLine="709"/>
        <w:jc w:val="both"/>
        <w:rPr>
          <w:sz w:val="28"/>
          <w:szCs w:val="28"/>
          <w:lang w:val="kk-KZ"/>
        </w:rPr>
      </w:pPr>
    </w:p>
    <w:p w14:paraId="67262133" w14:textId="77777777" w:rsidR="00883B86" w:rsidRPr="00367C48" w:rsidRDefault="00883B86" w:rsidP="00883B86">
      <w:pPr>
        <w:ind w:firstLine="709"/>
        <w:jc w:val="center"/>
        <w:rPr>
          <w:sz w:val="28"/>
          <w:szCs w:val="28"/>
          <w:lang w:val="kk-KZ"/>
        </w:rPr>
      </w:pPr>
      <w:r w:rsidRPr="00367C48">
        <w:rPr>
          <w:sz w:val="28"/>
          <w:szCs w:val="28"/>
          <w:lang w:val="kk-KZ"/>
        </w:rPr>
        <w:t>№ 114 сайлау учаскесі</w:t>
      </w:r>
    </w:p>
    <w:p w14:paraId="3CD487F4"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 23 жалпы орта білім беретін мектеп» коммуналдық мемлекеттік мекемесі, Тайбурыл көшесі, № 17)</w:t>
      </w:r>
    </w:p>
    <w:p w14:paraId="40708118" w14:textId="77777777" w:rsidR="00883B86" w:rsidRPr="00367C48" w:rsidRDefault="00883B86" w:rsidP="00883B86">
      <w:pPr>
        <w:ind w:firstLine="709"/>
        <w:jc w:val="center"/>
        <w:rPr>
          <w:sz w:val="28"/>
          <w:szCs w:val="28"/>
          <w:lang w:val="kk-KZ"/>
        </w:rPr>
      </w:pPr>
    </w:p>
    <w:p w14:paraId="37154D50" w14:textId="77777777" w:rsidR="00883B86" w:rsidRPr="00367C48" w:rsidRDefault="00883B86" w:rsidP="00883B86">
      <w:pPr>
        <w:ind w:firstLine="709"/>
        <w:jc w:val="both"/>
        <w:rPr>
          <w:sz w:val="28"/>
          <w:szCs w:val="28"/>
          <w:lang w:val="kk-KZ"/>
        </w:rPr>
      </w:pPr>
      <w:r w:rsidRPr="00367C48">
        <w:rPr>
          <w:sz w:val="28"/>
          <w:szCs w:val="28"/>
          <w:lang w:val="kk-KZ"/>
        </w:rPr>
        <w:lastRenderedPageBreak/>
        <w:t>Шекарасы: Мұнайшылар көшесінен Жаңажол көшесінің жұп сандар жағымен Игілік көшесіне дейін, Игілік көшесінің сол жағымен Тайбурыл көшесіне дейін, Тайбурыл көшесінің жұп сандар жағымен № 85 көшеге дейін,</w:t>
      </w:r>
      <w:r w:rsidRPr="00281F48">
        <w:rPr>
          <w:sz w:val="28"/>
          <w:szCs w:val="28"/>
          <w:lang w:val="kk-KZ"/>
        </w:rPr>
        <w:t xml:space="preserve"> </w:t>
      </w:r>
      <w:r w:rsidRPr="00281F48">
        <w:rPr>
          <w:sz w:val="28"/>
          <w:szCs w:val="28"/>
          <w:lang w:val="kk-KZ"/>
        </w:rPr>
        <w:br/>
      </w:r>
      <w:r w:rsidRPr="00367C48">
        <w:rPr>
          <w:sz w:val="28"/>
          <w:szCs w:val="28"/>
          <w:lang w:val="kk-KZ"/>
        </w:rPr>
        <w:t>№ 85 көшенің бойымен Өндіріс көшесіне дейін, Өндіріс көшесімен Үшқоңыр көшесіне дейін, Үшқоңыр көшесінің жұп сандар жағымен Тайбурыл көшесіне дейін, Тайбурыл көшесінен темір жолға дейін, темір жолмен Мұнайшылар көшесіне дейін.</w:t>
      </w:r>
    </w:p>
    <w:p w14:paraId="4743B680" w14:textId="77777777" w:rsidR="00883B86" w:rsidRPr="00367C48" w:rsidRDefault="00883B86" w:rsidP="00883B86">
      <w:pPr>
        <w:ind w:firstLine="709"/>
        <w:jc w:val="both"/>
        <w:rPr>
          <w:sz w:val="28"/>
          <w:szCs w:val="28"/>
          <w:lang w:val="kk-KZ"/>
        </w:rPr>
      </w:pPr>
    </w:p>
    <w:p w14:paraId="0BBD2E6F" w14:textId="77777777" w:rsidR="00883B86" w:rsidRPr="00367C48" w:rsidRDefault="00883B86" w:rsidP="00883B86">
      <w:pPr>
        <w:ind w:firstLine="709"/>
        <w:jc w:val="center"/>
        <w:rPr>
          <w:sz w:val="28"/>
          <w:szCs w:val="28"/>
          <w:lang w:val="kk-KZ"/>
        </w:rPr>
      </w:pPr>
      <w:r w:rsidRPr="00367C48">
        <w:rPr>
          <w:sz w:val="28"/>
          <w:szCs w:val="28"/>
          <w:lang w:val="kk-KZ"/>
        </w:rPr>
        <w:t>№ 115 сайлау учаскесі</w:t>
      </w:r>
    </w:p>
    <w:p w14:paraId="73AB1B4F"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 21 жалпы орта білім беретін мектеп» коммуналдық мемлекеттік мекемесі, Қ. Кемеңгерұлы көшесі, № 4)</w:t>
      </w:r>
    </w:p>
    <w:p w14:paraId="06438E61" w14:textId="77777777" w:rsidR="00883B86" w:rsidRPr="00367C48" w:rsidRDefault="00883B86" w:rsidP="00883B86">
      <w:pPr>
        <w:ind w:firstLine="709"/>
        <w:jc w:val="center"/>
        <w:rPr>
          <w:sz w:val="28"/>
          <w:szCs w:val="28"/>
          <w:lang w:val="kk-KZ"/>
        </w:rPr>
      </w:pPr>
    </w:p>
    <w:p w14:paraId="68B9C945"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w:t>
      </w:r>
      <w:proofErr w:type="spellStart"/>
      <w:r w:rsidRPr="00367C48">
        <w:rPr>
          <w:sz w:val="28"/>
          <w:szCs w:val="28"/>
          <w:lang w:val="kk-KZ"/>
        </w:rPr>
        <w:t>Сарыадыр</w:t>
      </w:r>
      <w:proofErr w:type="spellEnd"/>
      <w:r w:rsidRPr="00367C48">
        <w:rPr>
          <w:sz w:val="28"/>
          <w:szCs w:val="28"/>
          <w:lang w:val="kk-KZ"/>
        </w:rPr>
        <w:t xml:space="preserve"> орамынан </w:t>
      </w:r>
      <w:proofErr w:type="spellStart"/>
      <w:r w:rsidRPr="00367C48">
        <w:rPr>
          <w:sz w:val="28"/>
          <w:szCs w:val="28"/>
          <w:lang w:val="kk-KZ"/>
        </w:rPr>
        <w:t>Ақбидай</w:t>
      </w:r>
      <w:proofErr w:type="spellEnd"/>
      <w:r w:rsidRPr="00367C48">
        <w:rPr>
          <w:sz w:val="28"/>
          <w:szCs w:val="28"/>
          <w:lang w:val="kk-KZ"/>
        </w:rPr>
        <w:t xml:space="preserve"> көшесінің жұп сандар жағымен ГПП-500 қалалық төмендеткіш қосалқы станциясына дейін, оның аумағындағы үйлерді қамти отырып, Үшқоңыр көшесіне дейін,</w:t>
      </w:r>
      <w:r>
        <w:rPr>
          <w:sz w:val="28"/>
          <w:szCs w:val="28"/>
          <w:lang w:val="kk-KZ"/>
        </w:rPr>
        <w:t xml:space="preserve"> </w:t>
      </w:r>
      <w:r w:rsidRPr="00367C48">
        <w:rPr>
          <w:sz w:val="28"/>
          <w:szCs w:val="28"/>
          <w:lang w:val="kk-KZ"/>
        </w:rPr>
        <w:t xml:space="preserve">Үшқоңыр көшесімен Майтөбе көшесіне дейін, Майтөбе көшесімен темір жолға дейін, темір жолмен </w:t>
      </w:r>
      <w:proofErr w:type="spellStart"/>
      <w:r w:rsidRPr="00367C48">
        <w:rPr>
          <w:sz w:val="28"/>
          <w:szCs w:val="28"/>
          <w:lang w:val="kk-KZ"/>
        </w:rPr>
        <w:t>Ақбидай</w:t>
      </w:r>
      <w:proofErr w:type="spellEnd"/>
      <w:r w:rsidRPr="00367C48">
        <w:rPr>
          <w:sz w:val="28"/>
          <w:szCs w:val="28"/>
          <w:lang w:val="kk-KZ"/>
        </w:rPr>
        <w:t xml:space="preserve"> көшесіне дейін, </w:t>
      </w:r>
      <w:proofErr w:type="spellStart"/>
      <w:r w:rsidRPr="00367C48">
        <w:rPr>
          <w:sz w:val="28"/>
          <w:szCs w:val="28"/>
          <w:lang w:val="kk-KZ"/>
        </w:rPr>
        <w:t>Ақбидай</w:t>
      </w:r>
      <w:proofErr w:type="spellEnd"/>
      <w:r w:rsidRPr="00367C48">
        <w:rPr>
          <w:sz w:val="28"/>
          <w:szCs w:val="28"/>
          <w:lang w:val="kk-KZ"/>
        </w:rPr>
        <w:t xml:space="preserve"> көшесінің жұп сандар жағымен солтүстік айналма жолымен </w:t>
      </w:r>
      <w:proofErr w:type="spellStart"/>
      <w:r w:rsidRPr="00367C48">
        <w:rPr>
          <w:sz w:val="28"/>
          <w:szCs w:val="28"/>
          <w:lang w:val="kk-KZ"/>
        </w:rPr>
        <w:t>Сарыадыр</w:t>
      </w:r>
      <w:proofErr w:type="spellEnd"/>
      <w:r w:rsidRPr="00367C48">
        <w:rPr>
          <w:sz w:val="28"/>
          <w:szCs w:val="28"/>
          <w:lang w:val="kk-KZ"/>
        </w:rPr>
        <w:t xml:space="preserve"> орамына дейін.</w:t>
      </w:r>
    </w:p>
    <w:p w14:paraId="3A6B5873" w14:textId="77777777" w:rsidR="00883B86" w:rsidRPr="00367C48" w:rsidRDefault="00883B86" w:rsidP="00883B86">
      <w:pPr>
        <w:ind w:firstLine="709"/>
        <w:jc w:val="both"/>
        <w:rPr>
          <w:sz w:val="28"/>
          <w:szCs w:val="28"/>
          <w:lang w:val="kk-KZ"/>
        </w:rPr>
      </w:pPr>
    </w:p>
    <w:p w14:paraId="432CFB56" w14:textId="77777777" w:rsidR="00883B86" w:rsidRPr="00367C48" w:rsidRDefault="00883B86" w:rsidP="00883B86">
      <w:pPr>
        <w:ind w:firstLine="709"/>
        <w:jc w:val="center"/>
        <w:rPr>
          <w:sz w:val="28"/>
          <w:szCs w:val="28"/>
          <w:lang w:val="kk-KZ"/>
        </w:rPr>
      </w:pPr>
      <w:r w:rsidRPr="00367C48">
        <w:rPr>
          <w:sz w:val="28"/>
          <w:szCs w:val="28"/>
          <w:lang w:val="kk-KZ"/>
        </w:rPr>
        <w:t>№ 116 сайлау учаскесі</w:t>
      </w:r>
    </w:p>
    <w:p w14:paraId="2FB2D7A1"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 21 жалпы орта білім беретін мектеп» коммуналдық мемлекеттік мекемесі, Қ. Кемеңгерұлы көшесі, № 4)</w:t>
      </w:r>
    </w:p>
    <w:p w14:paraId="7B06F69A" w14:textId="77777777" w:rsidR="00883B86" w:rsidRPr="00367C48" w:rsidRDefault="00883B86" w:rsidP="00883B86">
      <w:pPr>
        <w:ind w:firstLine="709"/>
        <w:jc w:val="center"/>
        <w:rPr>
          <w:sz w:val="28"/>
          <w:szCs w:val="28"/>
          <w:lang w:val="kk-KZ"/>
        </w:rPr>
      </w:pPr>
    </w:p>
    <w:p w14:paraId="552F7E36"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w:t>
      </w:r>
      <w:proofErr w:type="spellStart"/>
      <w:r w:rsidRPr="00367C48">
        <w:rPr>
          <w:sz w:val="28"/>
          <w:szCs w:val="28"/>
          <w:lang w:val="kk-KZ"/>
        </w:rPr>
        <w:t>Ақбидай</w:t>
      </w:r>
      <w:proofErr w:type="spellEnd"/>
      <w:r w:rsidRPr="00367C48">
        <w:rPr>
          <w:sz w:val="28"/>
          <w:szCs w:val="28"/>
          <w:lang w:val="kk-KZ"/>
        </w:rPr>
        <w:t xml:space="preserve"> көшесінен </w:t>
      </w:r>
      <w:proofErr w:type="spellStart"/>
      <w:r w:rsidRPr="00367C48">
        <w:rPr>
          <w:sz w:val="28"/>
          <w:szCs w:val="28"/>
          <w:lang w:val="kk-KZ"/>
        </w:rPr>
        <w:t>Сарыадыр</w:t>
      </w:r>
      <w:proofErr w:type="spellEnd"/>
      <w:r w:rsidRPr="00367C48">
        <w:rPr>
          <w:sz w:val="28"/>
          <w:szCs w:val="28"/>
          <w:lang w:val="kk-KZ"/>
        </w:rPr>
        <w:t xml:space="preserve"> орамының жұп сандар жағымен, </w:t>
      </w:r>
      <w:proofErr w:type="spellStart"/>
      <w:r w:rsidRPr="00367C48">
        <w:rPr>
          <w:sz w:val="28"/>
          <w:szCs w:val="28"/>
          <w:lang w:val="kk-KZ"/>
        </w:rPr>
        <w:t>Сарыадыр</w:t>
      </w:r>
      <w:proofErr w:type="spellEnd"/>
      <w:r w:rsidRPr="00367C48">
        <w:rPr>
          <w:sz w:val="28"/>
          <w:szCs w:val="28"/>
          <w:lang w:val="kk-KZ"/>
        </w:rPr>
        <w:t xml:space="preserve"> орамындағы </w:t>
      </w:r>
      <w:r>
        <w:rPr>
          <w:sz w:val="28"/>
          <w:szCs w:val="28"/>
          <w:lang w:val="kk-KZ"/>
        </w:rPr>
        <w:t xml:space="preserve">№ </w:t>
      </w:r>
      <w:r w:rsidRPr="00367C48">
        <w:rPr>
          <w:sz w:val="28"/>
          <w:szCs w:val="28"/>
          <w:lang w:val="kk-KZ"/>
        </w:rPr>
        <w:t>12, 16, 34А үйлерді қоспағанда, Қ. Кемеңгерұлы көшесіне дейін, Қ. Кемеңгерұлы көшесінің тақ сандар жағымен Шортанды көшесіне дейін, Шортанды көшесінің жұп сандар жағымен Шиелі көшесіне дейін, Ш</w:t>
      </w:r>
      <w:r>
        <w:rPr>
          <w:sz w:val="28"/>
          <w:szCs w:val="28"/>
          <w:lang w:val="kk-KZ"/>
        </w:rPr>
        <w:t>иелі көшесінің тақ</w:t>
      </w:r>
      <w:r w:rsidRPr="00367C48">
        <w:rPr>
          <w:sz w:val="28"/>
          <w:szCs w:val="28"/>
          <w:lang w:val="kk-KZ"/>
        </w:rPr>
        <w:t xml:space="preserve"> сандар жағымен И. Крылов орамына дейін,</w:t>
      </w:r>
      <w:r w:rsidRPr="00281F48">
        <w:rPr>
          <w:sz w:val="28"/>
          <w:szCs w:val="28"/>
          <w:lang w:val="kk-KZ"/>
        </w:rPr>
        <w:t xml:space="preserve"> </w:t>
      </w:r>
      <w:r w:rsidRPr="00281F48">
        <w:rPr>
          <w:sz w:val="28"/>
          <w:szCs w:val="28"/>
          <w:lang w:val="kk-KZ"/>
        </w:rPr>
        <w:br/>
      </w:r>
      <w:r w:rsidRPr="00367C48">
        <w:rPr>
          <w:sz w:val="28"/>
          <w:szCs w:val="28"/>
          <w:lang w:val="kk-KZ"/>
        </w:rPr>
        <w:t>И. Крылов орамының жұп сандар жағымен Ю. Малахов көшесіне дейін,</w:t>
      </w:r>
      <w:r w:rsidRPr="00281F48">
        <w:rPr>
          <w:sz w:val="28"/>
          <w:szCs w:val="28"/>
          <w:lang w:val="kk-KZ"/>
        </w:rPr>
        <w:t xml:space="preserve"> </w:t>
      </w:r>
      <w:r w:rsidRPr="00281F48">
        <w:rPr>
          <w:sz w:val="28"/>
          <w:szCs w:val="28"/>
          <w:lang w:val="kk-KZ"/>
        </w:rPr>
        <w:br/>
      </w:r>
      <w:r w:rsidRPr="00367C48">
        <w:rPr>
          <w:sz w:val="28"/>
          <w:szCs w:val="28"/>
          <w:lang w:val="kk-KZ"/>
        </w:rPr>
        <w:t xml:space="preserve">Ю. Малахов көшесінің жұп сандар жағымен темір жолға дейін, темір жол бойымен </w:t>
      </w:r>
      <w:proofErr w:type="spellStart"/>
      <w:r w:rsidRPr="00367C48">
        <w:rPr>
          <w:sz w:val="28"/>
          <w:szCs w:val="28"/>
          <w:lang w:val="kk-KZ"/>
        </w:rPr>
        <w:t>Ақбидай</w:t>
      </w:r>
      <w:proofErr w:type="spellEnd"/>
      <w:r w:rsidRPr="00367C48">
        <w:rPr>
          <w:sz w:val="28"/>
          <w:szCs w:val="28"/>
          <w:lang w:val="kk-KZ"/>
        </w:rPr>
        <w:t xml:space="preserve"> көшесіне дейін, </w:t>
      </w:r>
      <w:proofErr w:type="spellStart"/>
      <w:r w:rsidRPr="00367C48">
        <w:rPr>
          <w:sz w:val="28"/>
          <w:szCs w:val="28"/>
          <w:lang w:val="kk-KZ"/>
        </w:rPr>
        <w:t>Ақбидай</w:t>
      </w:r>
      <w:proofErr w:type="spellEnd"/>
      <w:r w:rsidRPr="00367C48">
        <w:rPr>
          <w:sz w:val="28"/>
          <w:szCs w:val="28"/>
          <w:lang w:val="kk-KZ"/>
        </w:rPr>
        <w:t xml:space="preserve"> көшесінің тақ сандар жағымен, </w:t>
      </w:r>
      <w:proofErr w:type="spellStart"/>
      <w:r w:rsidRPr="00367C48">
        <w:rPr>
          <w:sz w:val="28"/>
          <w:szCs w:val="28"/>
          <w:lang w:val="kk-KZ"/>
        </w:rPr>
        <w:t>Ақбидай</w:t>
      </w:r>
      <w:proofErr w:type="spellEnd"/>
      <w:r w:rsidRPr="00367C48">
        <w:rPr>
          <w:sz w:val="28"/>
          <w:szCs w:val="28"/>
          <w:lang w:val="kk-KZ"/>
        </w:rPr>
        <w:t xml:space="preserve"> көшесіндегі </w:t>
      </w:r>
      <w:r>
        <w:rPr>
          <w:sz w:val="28"/>
          <w:szCs w:val="28"/>
          <w:lang w:val="kk-KZ"/>
        </w:rPr>
        <w:t xml:space="preserve">№ </w:t>
      </w:r>
      <w:r w:rsidRPr="00367C48">
        <w:rPr>
          <w:sz w:val="28"/>
          <w:szCs w:val="28"/>
          <w:lang w:val="kk-KZ"/>
        </w:rPr>
        <w:t xml:space="preserve">2, 4 үйлерді қоса алғанда, </w:t>
      </w:r>
      <w:proofErr w:type="spellStart"/>
      <w:r w:rsidRPr="00367C48">
        <w:rPr>
          <w:sz w:val="28"/>
          <w:szCs w:val="28"/>
          <w:lang w:val="kk-KZ"/>
        </w:rPr>
        <w:t>Сарыадыр</w:t>
      </w:r>
      <w:proofErr w:type="spellEnd"/>
      <w:r w:rsidRPr="00367C48">
        <w:rPr>
          <w:sz w:val="28"/>
          <w:szCs w:val="28"/>
          <w:lang w:val="kk-KZ"/>
        </w:rPr>
        <w:t xml:space="preserve"> орамына дейін.</w:t>
      </w:r>
    </w:p>
    <w:p w14:paraId="1A09B8A8" w14:textId="77777777" w:rsidR="00883B86" w:rsidRPr="00367C48" w:rsidRDefault="00883B86" w:rsidP="00883B86">
      <w:pPr>
        <w:tabs>
          <w:tab w:val="left" w:pos="3960"/>
        </w:tabs>
        <w:spacing w:after="160" w:line="259" w:lineRule="auto"/>
        <w:rPr>
          <w:sz w:val="28"/>
          <w:szCs w:val="28"/>
          <w:lang w:val="kk-KZ"/>
        </w:rPr>
      </w:pPr>
      <w:r w:rsidRPr="00367C48">
        <w:rPr>
          <w:sz w:val="28"/>
          <w:szCs w:val="28"/>
          <w:lang w:val="kk-KZ"/>
        </w:rPr>
        <w:tab/>
      </w:r>
    </w:p>
    <w:p w14:paraId="019896FE" w14:textId="01783F69" w:rsidR="00883B86" w:rsidRPr="00367C48" w:rsidRDefault="00883B86" w:rsidP="00536860">
      <w:pPr>
        <w:spacing w:after="160" w:line="259" w:lineRule="auto"/>
        <w:jc w:val="center"/>
        <w:rPr>
          <w:sz w:val="28"/>
          <w:szCs w:val="28"/>
          <w:lang w:val="kk-KZ"/>
        </w:rPr>
      </w:pPr>
      <w:r w:rsidRPr="00367C48">
        <w:rPr>
          <w:sz w:val="28"/>
          <w:szCs w:val="28"/>
          <w:lang w:val="kk-KZ"/>
        </w:rPr>
        <w:t>№ 117 сайлау учаскесі</w:t>
      </w:r>
    </w:p>
    <w:p w14:paraId="55E53C22"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«Қошке Кемеңгерұлы атындағы </w:t>
      </w:r>
    </w:p>
    <w:p w14:paraId="5640B51E" w14:textId="77777777" w:rsidR="00883B86" w:rsidRPr="00367C48" w:rsidRDefault="00883B86" w:rsidP="00883B86">
      <w:pPr>
        <w:ind w:firstLine="709"/>
        <w:jc w:val="center"/>
        <w:rPr>
          <w:sz w:val="28"/>
          <w:szCs w:val="28"/>
          <w:lang w:val="kk-KZ"/>
        </w:rPr>
      </w:pPr>
      <w:r w:rsidRPr="00367C48">
        <w:rPr>
          <w:sz w:val="28"/>
          <w:szCs w:val="28"/>
          <w:lang w:val="kk-KZ"/>
        </w:rPr>
        <w:t xml:space="preserve">№ 49 мектеп-гимназия» коммуналдық мемлекеттік мекемесі, </w:t>
      </w:r>
    </w:p>
    <w:p w14:paraId="0B7125A8" w14:textId="77777777" w:rsidR="00883B86" w:rsidRPr="00367C48" w:rsidRDefault="00883B86" w:rsidP="00883B86">
      <w:pPr>
        <w:ind w:firstLine="709"/>
        <w:jc w:val="center"/>
        <w:rPr>
          <w:sz w:val="28"/>
          <w:szCs w:val="28"/>
          <w:lang w:val="kk-KZ"/>
        </w:rPr>
      </w:pPr>
      <w:proofErr w:type="spellStart"/>
      <w:r w:rsidRPr="00367C48">
        <w:rPr>
          <w:sz w:val="28"/>
          <w:szCs w:val="28"/>
          <w:lang w:val="kk-KZ"/>
        </w:rPr>
        <w:t>Сарыадыр</w:t>
      </w:r>
      <w:proofErr w:type="spellEnd"/>
      <w:r w:rsidRPr="00367C48">
        <w:rPr>
          <w:sz w:val="28"/>
          <w:szCs w:val="28"/>
          <w:lang w:val="kk-KZ"/>
        </w:rPr>
        <w:t xml:space="preserve"> орамы, № 3)</w:t>
      </w:r>
    </w:p>
    <w:p w14:paraId="0EBE44C6" w14:textId="77777777" w:rsidR="00883B86" w:rsidRPr="00367C48" w:rsidRDefault="00883B86" w:rsidP="00883B86">
      <w:pPr>
        <w:ind w:firstLine="709"/>
        <w:jc w:val="center"/>
        <w:rPr>
          <w:sz w:val="28"/>
          <w:szCs w:val="28"/>
          <w:lang w:val="kk-KZ"/>
        </w:rPr>
      </w:pPr>
    </w:p>
    <w:p w14:paraId="34610FE3"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Өндіріс көшесінен </w:t>
      </w:r>
      <w:proofErr w:type="spellStart"/>
      <w:r w:rsidRPr="00367C48">
        <w:rPr>
          <w:sz w:val="28"/>
          <w:szCs w:val="28"/>
          <w:lang w:val="kk-KZ"/>
        </w:rPr>
        <w:t>Ақбидай</w:t>
      </w:r>
      <w:proofErr w:type="spellEnd"/>
      <w:r w:rsidRPr="00367C48">
        <w:rPr>
          <w:sz w:val="28"/>
          <w:szCs w:val="28"/>
          <w:lang w:val="kk-KZ"/>
        </w:rPr>
        <w:t xml:space="preserve"> көшесінің тақ сандар жағымен </w:t>
      </w:r>
      <w:proofErr w:type="spellStart"/>
      <w:r w:rsidRPr="00367C48">
        <w:rPr>
          <w:sz w:val="28"/>
          <w:szCs w:val="28"/>
          <w:lang w:val="kk-KZ"/>
        </w:rPr>
        <w:t>Сарыадыр</w:t>
      </w:r>
      <w:proofErr w:type="spellEnd"/>
      <w:r w:rsidRPr="00367C48">
        <w:rPr>
          <w:sz w:val="28"/>
          <w:szCs w:val="28"/>
          <w:lang w:val="kk-KZ"/>
        </w:rPr>
        <w:t xml:space="preserve"> орамына дейін, </w:t>
      </w:r>
      <w:proofErr w:type="spellStart"/>
      <w:r w:rsidRPr="00367C48">
        <w:rPr>
          <w:sz w:val="28"/>
          <w:szCs w:val="28"/>
          <w:lang w:val="kk-KZ"/>
        </w:rPr>
        <w:t>Сарыадыр</w:t>
      </w:r>
      <w:proofErr w:type="spellEnd"/>
      <w:r w:rsidRPr="00367C48">
        <w:rPr>
          <w:sz w:val="28"/>
          <w:szCs w:val="28"/>
          <w:lang w:val="kk-KZ"/>
        </w:rPr>
        <w:t xml:space="preserve"> орамымен </w:t>
      </w:r>
      <w:proofErr w:type="spellStart"/>
      <w:r w:rsidRPr="00367C48">
        <w:rPr>
          <w:sz w:val="28"/>
          <w:szCs w:val="28"/>
          <w:lang w:val="kk-KZ"/>
        </w:rPr>
        <w:t>Сарыадыр</w:t>
      </w:r>
      <w:proofErr w:type="spellEnd"/>
      <w:r w:rsidRPr="00367C48">
        <w:rPr>
          <w:sz w:val="28"/>
          <w:szCs w:val="28"/>
          <w:lang w:val="kk-KZ"/>
        </w:rPr>
        <w:t xml:space="preserve"> орамындағы </w:t>
      </w:r>
      <w:r w:rsidRPr="00367C48">
        <w:rPr>
          <w:sz w:val="28"/>
          <w:szCs w:val="28"/>
          <w:lang w:val="kk-KZ"/>
        </w:rPr>
        <w:br/>
        <w:t xml:space="preserve">№ 12, 16, 34А үйлерді қамтып, Қ. Кемеңгерұлы көшесіне дейін, Қ. Кемеңгерұлы көшесінің жұп сандар жағымен Шортанды көшесіне дейін, Шортанды көшесінің тақ сандар жағымен Шиелі көшесіне дейін, Шиелі көшесінің жұп сандар </w:t>
      </w:r>
      <w:r w:rsidRPr="00367C48">
        <w:rPr>
          <w:sz w:val="28"/>
          <w:szCs w:val="28"/>
          <w:lang w:val="kk-KZ"/>
        </w:rPr>
        <w:lastRenderedPageBreak/>
        <w:t>жағымен И. Крылов орамына дейін, И. Крылов орамының тақ сандар жағы</w:t>
      </w:r>
      <w:r>
        <w:rPr>
          <w:sz w:val="28"/>
          <w:szCs w:val="28"/>
          <w:lang w:val="kk-KZ"/>
        </w:rPr>
        <w:t>мен</w:t>
      </w:r>
      <w:r w:rsidRPr="00367C48">
        <w:rPr>
          <w:sz w:val="28"/>
          <w:szCs w:val="28"/>
          <w:lang w:val="kk-KZ"/>
        </w:rPr>
        <w:t xml:space="preserve"> Сусамыр көшесіне дейін, Сусамыр көшесінің жұп сандар жағымен </w:t>
      </w:r>
      <w:r w:rsidRPr="00367C48">
        <w:rPr>
          <w:sz w:val="28"/>
          <w:szCs w:val="28"/>
          <w:lang w:val="kk-KZ"/>
        </w:rPr>
        <w:br/>
        <w:t xml:space="preserve">Қ. Кемеңгерұлы көшесіне дейін, Қ. Кемеңгерұлы көшесінің тақ сандар жағымен Т. Тоқтаров көшесіне дейін, Т. Тоқтаров көшесінің жұп сандар жағымен Өндіріс көшесіне дейін, Өндіріс көшесінің тақ сандар жағымен </w:t>
      </w:r>
      <w:proofErr w:type="spellStart"/>
      <w:r w:rsidRPr="00367C48">
        <w:rPr>
          <w:sz w:val="28"/>
          <w:szCs w:val="28"/>
          <w:lang w:val="kk-KZ"/>
        </w:rPr>
        <w:t>Ақбидай</w:t>
      </w:r>
      <w:proofErr w:type="spellEnd"/>
      <w:r w:rsidRPr="00367C48">
        <w:rPr>
          <w:sz w:val="28"/>
          <w:szCs w:val="28"/>
          <w:lang w:val="kk-KZ"/>
        </w:rPr>
        <w:t xml:space="preserve"> көшесіне дейін.</w:t>
      </w:r>
    </w:p>
    <w:p w14:paraId="0AAB3489" w14:textId="77777777" w:rsidR="00883B86" w:rsidRPr="00367C48" w:rsidRDefault="00883B86" w:rsidP="00883B86">
      <w:pPr>
        <w:ind w:firstLine="709"/>
        <w:jc w:val="both"/>
        <w:rPr>
          <w:sz w:val="28"/>
          <w:szCs w:val="28"/>
          <w:lang w:val="kk-KZ"/>
        </w:rPr>
      </w:pPr>
    </w:p>
    <w:p w14:paraId="650B20AB" w14:textId="77777777" w:rsidR="00883B86" w:rsidRPr="00367C48" w:rsidRDefault="00883B86" w:rsidP="00883B86">
      <w:pPr>
        <w:ind w:firstLine="709"/>
        <w:jc w:val="center"/>
        <w:rPr>
          <w:sz w:val="28"/>
          <w:szCs w:val="28"/>
          <w:lang w:val="kk-KZ"/>
        </w:rPr>
      </w:pPr>
      <w:r w:rsidRPr="00367C48">
        <w:rPr>
          <w:sz w:val="28"/>
          <w:szCs w:val="28"/>
          <w:lang w:val="kk-KZ"/>
        </w:rPr>
        <w:t>№ 118 сайлау учаскесі</w:t>
      </w:r>
    </w:p>
    <w:p w14:paraId="76F12319"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«Қошке Кемеңгерұлы атындағы </w:t>
      </w:r>
    </w:p>
    <w:p w14:paraId="1BDC7444" w14:textId="77777777" w:rsidR="00883B86" w:rsidRPr="00367C48" w:rsidRDefault="00883B86" w:rsidP="00883B86">
      <w:pPr>
        <w:ind w:firstLine="709"/>
        <w:jc w:val="center"/>
        <w:rPr>
          <w:sz w:val="28"/>
          <w:szCs w:val="28"/>
          <w:lang w:val="kk-KZ"/>
        </w:rPr>
      </w:pPr>
      <w:r w:rsidRPr="00367C48">
        <w:rPr>
          <w:sz w:val="28"/>
          <w:szCs w:val="28"/>
          <w:lang w:val="kk-KZ"/>
        </w:rPr>
        <w:t xml:space="preserve">№ 49 мектеп-гимназия» коммуналдық мемлекеттік мекемесі, </w:t>
      </w:r>
    </w:p>
    <w:p w14:paraId="736503AE" w14:textId="77777777" w:rsidR="00883B86" w:rsidRPr="00367C48" w:rsidRDefault="00883B86" w:rsidP="00883B86">
      <w:pPr>
        <w:ind w:firstLine="709"/>
        <w:jc w:val="center"/>
        <w:rPr>
          <w:sz w:val="28"/>
          <w:szCs w:val="28"/>
          <w:lang w:val="kk-KZ"/>
        </w:rPr>
      </w:pPr>
      <w:proofErr w:type="spellStart"/>
      <w:r w:rsidRPr="00367C48">
        <w:rPr>
          <w:sz w:val="28"/>
          <w:szCs w:val="28"/>
          <w:lang w:val="kk-KZ"/>
        </w:rPr>
        <w:t>Сарыадыр</w:t>
      </w:r>
      <w:proofErr w:type="spellEnd"/>
      <w:r w:rsidRPr="00367C48">
        <w:rPr>
          <w:sz w:val="28"/>
          <w:szCs w:val="28"/>
          <w:lang w:val="kk-KZ"/>
        </w:rPr>
        <w:t xml:space="preserve"> орамы, № 3)</w:t>
      </w:r>
    </w:p>
    <w:p w14:paraId="054B2625" w14:textId="77777777" w:rsidR="00883B86" w:rsidRPr="00367C48" w:rsidRDefault="00883B86" w:rsidP="00883B86">
      <w:pPr>
        <w:ind w:firstLine="709"/>
        <w:jc w:val="center"/>
        <w:rPr>
          <w:sz w:val="28"/>
          <w:szCs w:val="28"/>
          <w:lang w:val="kk-KZ"/>
        </w:rPr>
      </w:pPr>
    </w:p>
    <w:p w14:paraId="2F031DB4" w14:textId="21BE0153" w:rsidR="00883B86" w:rsidRPr="006305EC" w:rsidRDefault="00883B86" w:rsidP="00883B86">
      <w:pPr>
        <w:ind w:firstLine="709"/>
        <w:jc w:val="both"/>
        <w:rPr>
          <w:sz w:val="28"/>
          <w:szCs w:val="28"/>
          <w:lang w:val="kk-KZ"/>
        </w:rPr>
      </w:pPr>
      <w:r w:rsidRPr="00367C48">
        <w:rPr>
          <w:sz w:val="28"/>
          <w:szCs w:val="28"/>
          <w:lang w:val="kk-KZ"/>
        </w:rPr>
        <w:t xml:space="preserve">Шекарасы: </w:t>
      </w:r>
      <w:r w:rsidRPr="00E61DB7">
        <w:rPr>
          <w:sz w:val="28"/>
          <w:szCs w:val="28"/>
          <w:lang w:val="kk-KZ"/>
        </w:rPr>
        <w:t xml:space="preserve">Өндіріс </w:t>
      </w:r>
      <w:proofErr w:type="spellStart"/>
      <w:r w:rsidRPr="00E61DB7">
        <w:rPr>
          <w:sz w:val="28"/>
          <w:szCs w:val="28"/>
          <w:lang w:val="kk-KZ"/>
        </w:rPr>
        <w:t>тасжолынан</w:t>
      </w:r>
      <w:proofErr w:type="spellEnd"/>
      <w:r w:rsidRPr="00E61DB7">
        <w:rPr>
          <w:sz w:val="28"/>
          <w:szCs w:val="28"/>
          <w:lang w:val="kk-KZ"/>
        </w:rPr>
        <w:t xml:space="preserve"> Мұнайшылар кентін қоса алғанда </w:t>
      </w:r>
      <w:proofErr w:type="spellStart"/>
      <w:r w:rsidRPr="00E61DB7">
        <w:rPr>
          <w:sz w:val="28"/>
          <w:szCs w:val="28"/>
          <w:lang w:val="kk-KZ"/>
        </w:rPr>
        <w:t>Ақбидай</w:t>
      </w:r>
      <w:proofErr w:type="spellEnd"/>
      <w:r w:rsidRPr="00E61DB7">
        <w:rPr>
          <w:sz w:val="28"/>
          <w:szCs w:val="28"/>
          <w:lang w:val="kk-KZ"/>
        </w:rPr>
        <w:t xml:space="preserve"> көшесінің тақ сандар жағымен Өндіріс </w:t>
      </w:r>
      <w:proofErr w:type="spellStart"/>
      <w:r w:rsidRPr="00E61DB7">
        <w:rPr>
          <w:sz w:val="28"/>
          <w:szCs w:val="28"/>
          <w:lang w:val="kk-KZ"/>
        </w:rPr>
        <w:t>тасжолына</w:t>
      </w:r>
      <w:proofErr w:type="spellEnd"/>
      <w:r w:rsidRPr="00E61DB7">
        <w:rPr>
          <w:sz w:val="28"/>
          <w:szCs w:val="28"/>
          <w:lang w:val="kk-KZ"/>
        </w:rPr>
        <w:t xml:space="preserve"> дейін, Өндіріс тасжолының жұп сандар жағымен Өзен көшесіне дейін, Өндіріс </w:t>
      </w:r>
      <w:proofErr w:type="spellStart"/>
      <w:r w:rsidRPr="00E61DB7">
        <w:rPr>
          <w:sz w:val="28"/>
          <w:szCs w:val="28"/>
          <w:lang w:val="kk-KZ"/>
        </w:rPr>
        <w:t>тасжолына</w:t>
      </w:r>
      <w:proofErr w:type="spellEnd"/>
      <w:r w:rsidRPr="00E61DB7">
        <w:rPr>
          <w:sz w:val="28"/>
          <w:szCs w:val="28"/>
          <w:lang w:val="kk-KZ"/>
        </w:rPr>
        <w:t xml:space="preserve"> іргелес орналасқан үйлерді қамти отырып, Өзен көшесімен Қ. Кемеңгерұлы көшесіне дейін, Қ. Кемеңгерұлы көшесінің жұп сандар жағымен Т. Тоқтаров көшесіне дейін, Т. Тоқтаров көшесінің тақ сандар жағымен Өндіріс </w:t>
      </w:r>
      <w:proofErr w:type="spellStart"/>
      <w:r w:rsidRPr="00E61DB7">
        <w:rPr>
          <w:sz w:val="28"/>
          <w:szCs w:val="28"/>
          <w:lang w:val="kk-KZ"/>
        </w:rPr>
        <w:t>тасжолына</w:t>
      </w:r>
      <w:proofErr w:type="spellEnd"/>
      <w:r w:rsidRPr="00E61DB7">
        <w:rPr>
          <w:sz w:val="28"/>
          <w:szCs w:val="28"/>
          <w:lang w:val="kk-KZ"/>
        </w:rPr>
        <w:t xml:space="preserve"> дейін, Өндіріс тасжолының жұп сандар жағымен </w:t>
      </w:r>
      <w:proofErr w:type="spellStart"/>
      <w:r w:rsidRPr="00E61DB7">
        <w:rPr>
          <w:sz w:val="28"/>
          <w:szCs w:val="28"/>
          <w:lang w:val="kk-KZ"/>
        </w:rPr>
        <w:t>Ақбидай</w:t>
      </w:r>
      <w:proofErr w:type="spellEnd"/>
      <w:r w:rsidRPr="00E61DB7">
        <w:rPr>
          <w:sz w:val="28"/>
          <w:szCs w:val="28"/>
          <w:lang w:val="kk-KZ"/>
        </w:rPr>
        <w:t xml:space="preserve"> көшесіне дейін.</w:t>
      </w:r>
    </w:p>
    <w:p w14:paraId="25974813" w14:textId="77777777" w:rsidR="00883B86" w:rsidRDefault="00883B86" w:rsidP="00883B86">
      <w:pPr>
        <w:ind w:firstLine="709"/>
        <w:jc w:val="center"/>
        <w:rPr>
          <w:sz w:val="28"/>
          <w:szCs w:val="28"/>
          <w:lang w:val="kk-KZ"/>
        </w:rPr>
      </w:pPr>
    </w:p>
    <w:p w14:paraId="37B4D7E5" w14:textId="77777777" w:rsidR="00883B86" w:rsidRPr="00367C48" w:rsidRDefault="00883B86" w:rsidP="00883B86">
      <w:pPr>
        <w:ind w:firstLine="709"/>
        <w:jc w:val="center"/>
        <w:rPr>
          <w:sz w:val="28"/>
          <w:szCs w:val="28"/>
          <w:lang w:val="kk-KZ"/>
        </w:rPr>
      </w:pPr>
      <w:r w:rsidRPr="00367C48">
        <w:rPr>
          <w:sz w:val="28"/>
          <w:szCs w:val="28"/>
          <w:lang w:val="kk-KZ"/>
        </w:rPr>
        <w:t>№ 119 сайлау учаскесі</w:t>
      </w:r>
    </w:p>
    <w:p w14:paraId="2FCB419C"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«Қошке Кемеңгерұлы атындағы </w:t>
      </w:r>
    </w:p>
    <w:p w14:paraId="23A0DA36" w14:textId="77777777" w:rsidR="00883B86" w:rsidRPr="00367C48" w:rsidRDefault="00883B86" w:rsidP="00883B86">
      <w:pPr>
        <w:ind w:firstLine="709"/>
        <w:jc w:val="center"/>
        <w:rPr>
          <w:sz w:val="28"/>
          <w:szCs w:val="28"/>
          <w:lang w:val="kk-KZ"/>
        </w:rPr>
      </w:pPr>
      <w:r w:rsidRPr="00367C48">
        <w:rPr>
          <w:sz w:val="28"/>
          <w:szCs w:val="28"/>
          <w:lang w:val="kk-KZ"/>
        </w:rPr>
        <w:t xml:space="preserve">№ 49 мектеп-гимназия» коммуналдық мемлекеттік мекемесі, </w:t>
      </w:r>
    </w:p>
    <w:p w14:paraId="6CE0099B" w14:textId="77777777" w:rsidR="00883B86" w:rsidRPr="00367C48" w:rsidRDefault="00883B86" w:rsidP="00883B86">
      <w:pPr>
        <w:ind w:firstLine="709"/>
        <w:jc w:val="center"/>
        <w:rPr>
          <w:sz w:val="28"/>
          <w:szCs w:val="28"/>
          <w:lang w:val="kk-KZ"/>
        </w:rPr>
      </w:pPr>
      <w:proofErr w:type="spellStart"/>
      <w:r w:rsidRPr="00367C48">
        <w:rPr>
          <w:sz w:val="28"/>
          <w:szCs w:val="28"/>
          <w:lang w:val="kk-KZ"/>
        </w:rPr>
        <w:t>Сарыадыр</w:t>
      </w:r>
      <w:proofErr w:type="spellEnd"/>
      <w:r w:rsidRPr="00367C48">
        <w:rPr>
          <w:sz w:val="28"/>
          <w:szCs w:val="28"/>
          <w:lang w:val="kk-KZ"/>
        </w:rPr>
        <w:t xml:space="preserve"> орамы, № 3)</w:t>
      </w:r>
    </w:p>
    <w:p w14:paraId="69DD5DCA" w14:textId="77777777" w:rsidR="00883B86" w:rsidRPr="00367C48" w:rsidRDefault="00883B86" w:rsidP="00883B86">
      <w:pPr>
        <w:ind w:firstLine="709"/>
        <w:jc w:val="center"/>
        <w:rPr>
          <w:sz w:val="28"/>
          <w:szCs w:val="28"/>
          <w:lang w:val="kk-KZ"/>
        </w:rPr>
      </w:pPr>
    </w:p>
    <w:p w14:paraId="6C641088" w14:textId="77777777" w:rsidR="00883B86" w:rsidRPr="00367C48" w:rsidRDefault="00883B86" w:rsidP="00883B86">
      <w:pPr>
        <w:ind w:firstLine="709"/>
        <w:jc w:val="both"/>
        <w:rPr>
          <w:sz w:val="28"/>
          <w:szCs w:val="28"/>
          <w:lang w:val="kk-KZ"/>
        </w:rPr>
      </w:pPr>
      <w:r w:rsidRPr="00367C48">
        <w:rPr>
          <w:sz w:val="28"/>
          <w:szCs w:val="28"/>
          <w:lang w:val="kk-KZ"/>
        </w:rPr>
        <w:t>Шекарасы: темір жолдан Ю. Малахов көшесіне дейін, Ю. Малахов көшесінің тақ сандар жағымен Сусамыр көшесіне дейін, Сусамыр көшесінің тақ сандар жағы</w:t>
      </w:r>
      <w:r>
        <w:rPr>
          <w:sz w:val="28"/>
          <w:szCs w:val="28"/>
          <w:lang w:val="kk-KZ"/>
        </w:rPr>
        <w:t>мен</w:t>
      </w:r>
      <w:r w:rsidRPr="00367C48">
        <w:rPr>
          <w:sz w:val="28"/>
          <w:szCs w:val="28"/>
          <w:lang w:val="kk-KZ"/>
        </w:rPr>
        <w:t xml:space="preserve"> Өзен көшесіне дейін, Өзен көшесінен Өндіріс көшесіне дейін, Өндіріс көшесінің тақ сандар жағымен Автоматика тұрғын алабының</w:t>
      </w:r>
      <w:r w:rsidRPr="00281F48">
        <w:rPr>
          <w:sz w:val="28"/>
          <w:szCs w:val="28"/>
          <w:lang w:val="kk-KZ"/>
        </w:rPr>
        <w:br/>
      </w:r>
      <w:r w:rsidRPr="00367C48">
        <w:rPr>
          <w:sz w:val="28"/>
          <w:szCs w:val="28"/>
          <w:lang w:val="kk-KZ"/>
        </w:rPr>
        <w:t>39-разъезін және оған іргелес үйлерді қоса алғанда, темір жолға дейін, темір жол бойымен Ю. Малахов көшесіне дейін.</w:t>
      </w:r>
    </w:p>
    <w:p w14:paraId="62E28986" w14:textId="77777777" w:rsidR="001901EE" w:rsidRDefault="001901EE" w:rsidP="00536860">
      <w:pPr>
        <w:rPr>
          <w:sz w:val="28"/>
          <w:szCs w:val="28"/>
          <w:lang w:val="kk-KZ"/>
        </w:rPr>
      </w:pPr>
    </w:p>
    <w:p w14:paraId="52397FCE" w14:textId="7A6DD29E" w:rsidR="00883B86" w:rsidRPr="00367C48" w:rsidRDefault="00883B86" w:rsidP="00883B86">
      <w:pPr>
        <w:ind w:firstLine="709"/>
        <w:jc w:val="center"/>
        <w:rPr>
          <w:sz w:val="28"/>
          <w:szCs w:val="28"/>
          <w:lang w:val="kk-KZ"/>
        </w:rPr>
      </w:pPr>
      <w:r w:rsidRPr="00367C48">
        <w:rPr>
          <w:sz w:val="28"/>
          <w:szCs w:val="28"/>
          <w:lang w:val="kk-KZ"/>
        </w:rPr>
        <w:t>№ 120 сайлау учаскесі</w:t>
      </w:r>
    </w:p>
    <w:p w14:paraId="02E8D9CE"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«Қазақстан Республикасы Ұлттық ұланының № 6636 әскери бөлімі» республикалық мемлекеттік мекемесі, </w:t>
      </w:r>
    </w:p>
    <w:p w14:paraId="39F870C1" w14:textId="77777777" w:rsidR="00883B86" w:rsidRPr="00367C48" w:rsidRDefault="00883B86" w:rsidP="00883B86">
      <w:pPr>
        <w:ind w:firstLine="709"/>
        <w:jc w:val="center"/>
        <w:rPr>
          <w:sz w:val="28"/>
          <w:szCs w:val="28"/>
          <w:lang w:val="kk-KZ"/>
        </w:rPr>
      </w:pPr>
      <w:r w:rsidRPr="00367C48">
        <w:rPr>
          <w:sz w:val="28"/>
          <w:szCs w:val="28"/>
          <w:lang w:val="kk-KZ"/>
        </w:rPr>
        <w:t xml:space="preserve">Ж. </w:t>
      </w:r>
      <w:proofErr w:type="spellStart"/>
      <w:r w:rsidRPr="00367C48">
        <w:rPr>
          <w:sz w:val="28"/>
          <w:szCs w:val="28"/>
          <w:lang w:val="kk-KZ"/>
        </w:rPr>
        <w:t>Досмұхамедұлы</w:t>
      </w:r>
      <w:proofErr w:type="spellEnd"/>
      <w:r w:rsidRPr="00367C48">
        <w:rPr>
          <w:sz w:val="28"/>
          <w:szCs w:val="28"/>
          <w:lang w:val="kk-KZ"/>
        </w:rPr>
        <w:t xml:space="preserve"> көшесі, № 10а)</w:t>
      </w:r>
    </w:p>
    <w:p w14:paraId="0B0A6972" w14:textId="77777777" w:rsidR="00883B86" w:rsidRPr="00367C48" w:rsidRDefault="00883B86" w:rsidP="00883B86">
      <w:pPr>
        <w:ind w:firstLine="709"/>
        <w:jc w:val="center"/>
        <w:rPr>
          <w:sz w:val="28"/>
          <w:szCs w:val="28"/>
          <w:lang w:val="kk-KZ"/>
        </w:rPr>
      </w:pPr>
    </w:p>
    <w:p w14:paraId="297BEFEA"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Ж. </w:t>
      </w:r>
      <w:proofErr w:type="spellStart"/>
      <w:r w:rsidRPr="00367C48">
        <w:rPr>
          <w:sz w:val="28"/>
          <w:szCs w:val="28"/>
          <w:lang w:val="kk-KZ"/>
        </w:rPr>
        <w:t>Досмұхамедұлы</w:t>
      </w:r>
      <w:proofErr w:type="spellEnd"/>
      <w:r w:rsidRPr="00367C48">
        <w:rPr>
          <w:sz w:val="28"/>
          <w:szCs w:val="28"/>
          <w:lang w:val="kk-KZ"/>
        </w:rPr>
        <w:t xml:space="preserve"> көшесі, № 10а.</w:t>
      </w:r>
    </w:p>
    <w:p w14:paraId="12AFB203" w14:textId="77777777" w:rsidR="00883B86" w:rsidRPr="00367C48" w:rsidRDefault="00883B86" w:rsidP="00883B86">
      <w:pPr>
        <w:ind w:firstLine="709"/>
        <w:jc w:val="both"/>
        <w:rPr>
          <w:sz w:val="28"/>
          <w:szCs w:val="28"/>
          <w:lang w:val="kk-KZ"/>
        </w:rPr>
      </w:pPr>
    </w:p>
    <w:p w14:paraId="794CD3EF" w14:textId="77777777" w:rsidR="00883B86" w:rsidRPr="00367C48" w:rsidRDefault="00883B86" w:rsidP="00883B86">
      <w:pPr>
        <w:ind w:firstLine="709"/>
        <w:jc w:val="center"/>
        <w:rPr>
          <w:sz w:val="28"/>
          <w:szCs w:val="28"/>
          <w:lang w:val="kk-KZ"/>
        </w:rPr>
      </w:pPr>
      <w:r w:rsidRPr="00367C48">
        <w:rPr>
          <w:sz w:val="28"/>
          <w:szCs w:val="28"/>
          <w:lang w:val="kk-KZ"/>
        </w:rPr>
        <w:t>№ 121 сайлау учаскесі</w:t>
      </w:r>
    </w:p>
    <w:p w14:paraId="136B7688" w14:textId="77777777" w:rsidR="00883B86" w:rsidRPr="00367C48" w:rsidRDefault="00883B86" w:rsidP="00883B86">
      <w:pPr>
        <w:ind w:firstLine="709"/>
        <w:jc w:val="center"/>
        <w:rPr>
          <w:sz w:val="28"/>
          <w:szCs w:val="28"/>
          <w:lang w:val="kk-KZ"/>
        </w:rPr>
      </w:pPr>
      <w:r w:rsidRPr="00367C48">
        <w:rPr>
          <w:sz w:val="28"/>
          <w:szCs w:val="28"/>
          <w:lang w:val="kk-KZ"/>
        </w:rPr>
        <w:t>(орталығы – Қазақстан Республикасы Ішкі істер министрлігі Қылмыстық-атқару жүйесі комитетінің «№ 64 мекеме» республикалық мемлекеттік мекемесі, Алаш тас жолы, № 30/1)</w:t>
      </w:r>
    </w:p>
    <w:p w14:paraId="1CAEF8E1" w14:textId="77777777" w:rsidR="00883B86" w:rsidRPr="00367C48" w:rsidRDefault="00883B86" w:rsidP="00883B86">
      <w:pPr>
        <w:ind w:firstLine="709"/>
        <w:jc w:val="center"/>
        <w:rPr>
          <w:sz w:val="28"/>
          <w:szCs w:val="28"/>
          <w:lang w:val="kk-KZ"/>
        </w:rPr>
      </w:pPr>
    </w:p>
    <w:p w14:paraId="7F8E8F6C" w14:textId="77777777" w:rsidR="00883B86" w:rsidRPr="00367C48" w:rsidRDefault="00883B86" w:rsidP="00883B86">
      <w:pPr>
        <w:ind w:firstLine="709"/>
        <w:jc w:val="both"/>
        <w:rPr>
          <w:sz w:val="28"/>
          <w:szCs w:val="28"/>
          <w:lang w:val="kk-KZ"/>
        </w:rPr>
      </w:pPr>
      <w:r w:rsidRPr="00367C48">
        <w:rPr>
          <w:sz w:val="28"/>
          <w:szCs w:val="28"/>
          <w:lang w:val="kk-KZ"/>
        </w:rPr>
        <w:t>Шекарасы: Алаш тас жолы, № 30/1.</w:t>
      </w:r>
    </w:p>
    <w:p w14:paraId="1B213193" w14:textId="77777777" w:rsidR="00883B86" w:rsidRPr="00367C48" w:rsidRDefault="00883B86" w:rsidP="00883B86">
      <w:pPr>
        <w:ind w:firstLine="709"/>
        <w:jc w:val="center"/>
        <w:rPr>
          <w:sz w:val="28"/>
          <w:szCs w:val="28"/>
          <w:lang w:val="kk-KZ"/>
        </w:rPr>
      </w:pPr>
    </w:p>
    <w:p w14:paraId="63779A4F" w14:textId="77777777" w:rsidR="00883B86" w:rsidRPr="00367C48" w:rsidRDefault="00883B86" w:rsidP="00883B86">
      <w:pPr>
        <w:ind w:firstLine="709"/>
        <w:jc w:val="center"/>
        <w:rPr>
          <w:sz w:val="28"/>
          <w:szCs w:val="28"/>
          <w:lang w:val="kk-KZ"/>
        </w:rPr>
      </w:pPr>
      <w:r w:rsidRPr="00367C48">
        <w:rPr>
          <w:sz w:val="28"/>
          <w:szCs w:val="28"/>
          <w:lang w:val="kk-KZ"/>
        </w:rPr>
        <w:lastRenderedPageBreak/>
        <w:t>№ 122 сайлау учаскесі</w:t>
      </w:r>
    </w:p>
    <w:p w14:paraId="7E67B498" w14:textId="77777777" w:rsidR="00883B86" w:rsidRPr="00367C48" w:rsidRDefault="00883B86" w:rsidP="00883B86">
      <w:pPr>
        <w:ind w:firstLine="709"/>
        <w:jc w:val="center"/>
        <w:rPr>
          <w:sz w:val="28"/>
          <w:szCs w:val="28"/>
          <w:lang w:val="kk-KZ"/>
        </w:rPr>
      </w:pPr>
      <w:r w:rsidRPr="00367C48">
        <w:rPr>
          <w:sz w:val="28"/>
          <w:szCs w:val="28"/>
          <w:lang w:val="kk-KZ"/>
        </w:rPr>
        <w:t>(орталығы – «Қазақстан Республикасы Ішкі істер министрлігі Астана қаласы Полиция департаментінің уақытша ұстау изоляторы» мемлекеттік мекемесі, Жетіген көшесі, № 27/2)</w:t>
      </w:r>
    </w:p>
    <w:p w14:paraId="6B881AA3" w14:textId="77777777" w:rsidR="00883B86" w:rsidRPr="00367C48" w:rsidRDefault="00883B86" w:rsidP="00883B86">
      <w:pPr>
        <w:ind w:firstLine="709"/>
        <w:jc w:val="center"/>
        <w:rPr>
          <w:sz w:val="28"/>
          <w:szCs w:val="28"/>
          <w:lang w:val="kk-KZ"/>
        </w:rPr>
      </w:pPr>
    </w:p>
    <w:p w14:paraId="5F72BCF3" w14:textId="77777777" w:rsidR="00883B86" w:rsidRPr="00367C48" w:rsidRDefault="00883B86" w:rsidP="00883B86">
      <w:pPr>
        <w:ind w:firstLine="709"/>
        <w:jc w:val="both"/>
        <w:rPr>
          <w:sz w:val="28"/>
          <w:szCs w:val="28"/>
          <w:lang w:val="kk-KZ"/>
        </w:rPr>
      </w:pPr>
      <w:r w:rsidRPr="00367C48">
        <w:rPr>
          <w:sz w:val="28"/>
          <w:szCs w:val="28"/>
          <w:lang w:val="kk-KZ"/>
        </w:rPr>
        <w:t>Шекарасы: Жетіген көшесі, № 27/2.</w:t>
      </w:r>
    </w:p>
    <w:p w14:paraId="4FC7991B" w14:textId="77777777" w:rsidR="00883B86" w:rsidRDefault="00883B86" w:rsidP="00883B86">
      <w:pPr>
        <w:jc w:val="center"/>
      </w:pPr>
      <w:r w:rsidRPr="00367C48">
        <w:rPr>
          <w:sz w:val="28"/>
          <w:szCs w:val="28"/>
        </w:rPr>
        <w:t>_________________________</w:t>
      </w:r>
    </w:p>
    <w:p w14:paraId="321CE21D" w14:textId="77C11224" w:rsidR="00937755" w:rsidRDefault="00937755" w:rsidP="000D023A">
      <w:pPr>
        <w:jc w:val="center"/>
        <w:rPr>
          <w:lang w:val="kk-KZ"/>
        </w:rPr>
      </w:pPr>
    </w:p>
    <w:p w14:paraId="44E1F02E" w14:textId="2AC7ED5A" w:rsidR="00E72A3C" w:rsidRDefault="00E72A3C" w:rsidP="000D023A">
      <w:pPr>
        <w:jc w:val="center"/>
        <w:rPr>
          <w:lang w:val="kk-KZ"/>
        </w:rPr>
      </w:pPr>
    </w:p>
    <w:p w14:paraId="52E96AF6" w14:textId="5FB95454" w:rsidR="00E72A3C" w:rsidRDefault="00E72A3C" w:rsidP="000D023A">
      <w:pPr>
        <w:jc w:val="center"/>
        <w:rPr>
          <w:lang w:val="kk-KZ"/>
        </w:rPr>
      </w:pPr>
    </w:p>
    <w:p w14:paraId="63E5091C" w14:textId="649B54E8" w:rsidR="00E72A3C" w:rsidRDefault="00E72A3C" w:rsidP="000D023A">
      <w:pPr>
        <w:jc w:val="center"/>
        <w:rPr>
          <w:lang w:val="kk-KZ"/>
        </w:rPr>
      </w:pPr>
    </w:p>
    <w:p w14:paraId="36152B0A" w14:textId="6520E18B" w:rsidR="00E72A3C" w:rsidRDefault="00E72A3C" w:rsidP="000D023A">
      <w:pPr>
        <w:jc w:val="center"/>
        <w:rPr>
          <w:lang w:val="kk-KZ"/>
        </w:rPr>
      </w:pPr>
    </w:p>
    <w:p w14:paraId="39797334" w14:textId="03456657" w:rsidR="00E72A3C" w:rsidRDefault="00E72A3C" w:rsidP="000D023A">
      <w:pPr>
        <w:jc w:val="center"/>
        <w:rPr>
          <w:lang w:val="kk-KZ"/>
        </w:rPr>
      </w:pPr>
    </w:p>
    <w:p w14:paraId="1873BFEB" w14:textId="2B966993" w:rsidR="00E72A3C" w:rsidRDefault="00E72A3C" w:rsidP="000D023A">
      <w:pPr>
        <w:jc w:val="center"/>
        <w:rPr>
          <w:lang w:val="kk-KZ"/>
        </w:rPr>
      </w:pPr>
    </w:p>
    <w:p w14:paraId="445CF6A8" w14:textId="3D6F6518" w:rsidR="00E72A3C" w:rsidRDefault="00E72A3C" w:rsidP="000D023A">
      <w:pPr>
        <w:jc w:val="center"/>
        <w:rPr>
          <w:lang w:val="kk-KZ"/>
        </w:rPr>
      </w:pPr>
    </w:p>
    <w:p w14:paraId="7586304B" w14:textId="37F7A0A3" w:rsidR="00E72A3C" w:rsidRDefault="00E72A3C" w:rsidP="000D023A">
      <w:pPr>
        <w:jc w:val="center"/>
        <w:rPr>
          <w:lang w:val="kk-KZ"/>
        </w:rPr>
      </w:pPr>
    </w:p>
    <w:p w14:paraId="31DA5C91" w14:textId="211DE7DE" w:rsidR="00E72A3C" w:rsidRDefault="00E72A3C" w:rsidP="000D023A">
      <w:pPr>
        <w:jc w:val="center"/>
        <w:rPr>
          <w:lang w:val="kk-KZ"/>
        </w:rPr>
      </w:pPr>
    </w:p>
    <w:p w14:paraId="1354E42D" w14:textId="3AC2527D" w:rsidR="00E72A3C" w:rsidRDefault="00E72A3C" w:rsidP="000D023A">
      <w:pPr>
        <w:jc w:val="center"/>
        <w:rPr>
          <w:lang w:val="kk-KZ"/>
        </w:rPr>
      </w:pPr>
    </w:p>
    <w:p w14:paraId="4BE34B78" w14:textId="69D30E10" w:rsidR="00E72A3C" w:rsidRDefault="00E72A3C" w:rsidP="000D023A">
      <w:pPr>
        <w:jc w:val="center"/>
        <w:rPr>
          <w:lang w:val="kk-KZ"/>
        </w:rPr>
      </w:pPr>
    </w:p>
    <w:p w14:paraId="60CF62FD" w14:textId="0F156253" w:rsidR="00E72A3C" w:rsidRDefault="00E72A3C" w:rsidP="000D023A">
      <w:pPr>
        <w:jc w:val="center"/>
        <w:rPr>
          <w:lang w:val="kk-KZ"/>
        </w:rPr>
      </w:pPr>
    </w:p>
    <w:p w14:paraId="4269B888" w14:textId="6CD923F4" w:rsidR="00E72A3C" w:rsidRDefault="00E72A3C" w:rsidP="000D023A">
      <w:pPr>
        <w:jc w:val="center"/>
        <w:rPr>
          <w:lang w:val="kk-KZ"/>
        </w:rPr>
      </w:pPr>
    </w:p>
    <w:p w14:paraId="61452CB8" w14:textId="35D16A08" w:rsidR="00E72A3C" w:rsidRDefault="00E72A3C" w:rsidP="000D023A">
      <w:pPr>
        <w:jc w:val="center"/>
        <w:rPr>
          <w:lang w:val="kk-KZ"/>
        </w:rPr>
      </w:pPr>
    </w:p>
    <w:p w14:paraId="3DDD90EB" w14:textId="780D634E" w:rsidR="00E72A3C" w:rsidRDefault="00E72A3C" w:rsidP="000D023A">
      <w:pPr>
        <w:jc w:val="center"/>
        <w:rPr>
          <w:lang w:val="kk-KZ"/>
        </w:rPr>
      </w:pPr>
    </w:p>
    <w:p w14:paraId="34A7A2AB" w14:textId="1E18535D" w:rsidR="00E72A3C" w:rsidRDefault="00E72A3C" w:rsidP="000D023A">
      <w:pPr>
        <w:jc w:val="center"/>
        <w:rPr>
          <w:lang w:val="kk-KZ"/>
        </w:rPr>
      </w:pPr>
    </w:p>
    <w:p w14:paraId="2642D713" w14:textId="6D41C7E5" w:rsidR="00E72A3C" w:rsidRDefault="00E72A3C" w:rsidP="000D023A">
      <w:pPr>
        <w:jc w:val="center"/>
        <w:rPr>
          <w:lang w:val="kk-KZ"/>
        </w:rPr>
      </w:pPr>
    </w:p>
    <w:p w14:paraId="0F9E8DC9" w14:textId="50B21995" w:rsidR="00E72A3C" w:rsidRDefault="00E72A3C" w:rsidP="000D023A">
      <w:pPr>
        <w:jc w:val="center"/>
        <w:rPr>
          <w:lang w:val="kk-KZ"/>
        </w:rPr>
      </w:pPr>
    </w:p>
    <w:p w14:paraId="5B8C407E" w14:textId="2E931A09" w:rsidR="00E72A3C" w:rsidRDefault="00E72A3C" w:rsidP="000D023A">
      <w:pPr>
        <w:jc w:val="center"/>
        <w:rPr>
          <w:lang w:val="kk-KZ"/>
        </w:rPr>
      </w:pPr>
    </w:p>
    <w:p w14:paraId="5C5A9333" w14:textId="19CDF3C1" w:rsidR="00E72A3C" w:rsidRDefault="00E72A3C" w:rsidP="000D023A">
      <w:pPr>
        <w:jc w:val="center"/>
        <w:rPr>
          <w:lang w:val="kk-KZ"/>
        </w:rPr>
      </w:pPr>
    </w:p>
    <w:p w14:paraId="0D0CFFFE" w14:textId="46C574B0" w:rsidR="00E72A3C" w:rsidRDefault="00E72A3C" w:rsidP="000D023A">
      <w:pPr>
        <w:jc w:val="center"/>
        <w:rPr>
          <w:lang w:val="kk-KZ"/>
        </w:rPr>
      </w:pPr>
    </w:p>
    <w:p w14:paraId="201A4D5F" w14:textId="2C16E94A" w:rsidR="00E72A3C" w:rsidRDefault="00E72A3C" w:rsidP="000D023A">
      <w:pPr>
        <w:jc w:val="center"/>
        <w:rPr>
          <w:lang w:val="kk-KZ"/>
        </w:rPr>
      </w:pPr>
    </w:p>
    <w:p w14:paraId="06008312" w14:textId="5CB0EC14" w:rsidR="00E72A3C" w:rsidRDefault="00E72A3C" w:rsidP="000D023A">
      <w:pPr>
        <w:jc w:val="center"/>
        <w:rPr>
          <w:lang w:val="kk-KZ"/>
        </w:rPr>
      </w:pPr>
    </w:p>
    <w:p w14:paraId="0A5DB15B" w14:textId="4769ADB9" w:rsidR="00E72A3C" w:rsidRDefault="00E72A3C" w:rsidP="000D023A">
      <w:pPr>
        <w:jc w:val="center"/>
        <w:rPr>
          <w:lang w:val="kk-KZ"/>
        </w:rPr>
      </w:pPr>
    </w:p>
    <w:p w14:paraId="3C3A7EDB" w14:textId="2B215992" w:rsidR="00E72A3C" w:rsidRDefault="00E72A3C" w:rsidP="000D023A">
      <w:pPr>
        <w:jc w:val="center"/>
        <w:rPr>
          <w:lang w:val="kk-KZ"/>
        </w:rPr>
      </w:pPr>
    </w:p>
    <w:p w14:paraId="397610DA" w14:textId="01715ABC" w:rsidR="00E72A3C" w:rsidRDefault="00E72A3C" w:rsidP="000D023A">
      <w:pPr>
        <w:jc w:val="center"/>
        <w:rPr>
          <w:lang w:val="kk-KZ"/>
        </w:rPr>
      </w:pPr>
    </w:p>
    <w:p w14:paraId="74B2821C" w14:textId="7F3665A1" w:rsidR="00E72A3C" w:rsidRDefault="00E72A3C" w:rsidP="000D023A">
      <w:pPr>
        <w:jc w:val="center"/>
        <w:rPr>
          <w:lang w:val="kk-KZ"/>
        </w:rPr>
      </w:pPr>
    </w:p>
    <w:p w14:paraId="64E5C7CC" w14:textId="5E2ED61E" w:rsidR="00E72A3C" w:rsidRDefault="00E72A3C" w:rsidP="000D023A">
      <w:pPr>
        <w:jc w:val="center"/>
        <w:rPr>
          <w:lang w:val="kk-KZ"/>
        </w:rPr>
      </w:pPr>
    </w:p>
    <w:p w14:paraId="45D92426" w14:textId="364CAB2F" w:rsidR="00E72A3C" w:rsidRDefault="00E72A3C" w:rsidP="000D023A">
      <w:pPr>
        <w:jc w:val="center"/>
        <w:rPr>
          <w:lang w:val="kk-KZ"/>
        </w:rPr>
      </w:pPr>
    </w:p>
    <w:p w14:paraId="364FFAB3" w14:textId="7D25473A" w:rsidR="00E72A3C" w:rsidRDefault="00E72A3C" w:rsidP="000D023A">
      <w:pPr>
        <w:jc w:val="center"/>
        <w:rPr>
          <w:lang w:val="kk-KZ"/>
        </w:rPr>
      </w:pPr>
    </w:p>
    <w:p w14:paraId="1A2A8318" w14:textId="6BF3FADF" w:rsidR="00536860" w:rsidRDefault="00536860" w:rsidP="000D023A">
      <w:pPr>
        <w:jc w:val="center"/>
        <w:rPr>
          <w:lang w:val="kk-KZ"/>
        </w:rPr>
      </w:pPr>
    </w:p>
    <w:p w14:paraId="09EC1DF9" w14:textId="42468EBB" w:rsidR="00536860" w:rsidRDefault="00536860" w:rsidP="000D023A">
      <w:pPr>
        <w:jc w:val="center"/>
        <w:rPr>
          <w:lang w:val="kk-KZ"/>
        </w:rPr>
      </w:pPr>
    </w:p>
    <w:p w14:paraId="27DE7B65" w14:textId="1D3094E8" w:rsidR="00536860" w:rsidRDefault="00536860" w:rsidP="000D023A">
      <w:pPr>
        <w:jc w:val="center"/>
        <w:rPr>
          <w:lang w:val="kk-KZ"/>
        </w:rPr>
      </w:pPr>
    </w:p>
    <w:p w14:paraId="6BCD3922" w14:textId="3B15B7AD" w:rsidR="00536860" w:rsidRDefault="00536860" w:rsidP="000D023A">
      <w:pPr>
        <w:jc w:val="center"/>
        <w:rPr>
          <w:lang w:val="kk-KZ"/>
        </w:rPr>
      </w:pPr>
    </w:p>
    <w:p w14:paraId="4B343818" w14:textId="2D58DF2A" w:rsidR="00536860" w:rsidRDefault="00536860" w:rsidP="000D023A">
      <w:pPr>
        <w:jc w:val="center"/>
        <w:rPr>
          <w:lang w:val="kk-KZ"/>
        </w:rPr>
      </w:pPr>
    </w:p>
    <w:p w14:paraId="45761E0E" w14:textId="5F6BEA15" w:rsidR="00536860" w:rsidRDefault="00536860" w:rsidP="000D023A">
      <w:pPr>
        <w:jc w:val="center"/>
        <w:rPr>
          <w:lang w:val="kk-KZ"/>
        </w:rPr>
      </w:pPr>
    </w:p>
    <w:p w14:paraId="4A001027" w14:textId="7F7890EA" w:rsidR="00536860" w:rsidRDefault="00536860" w:rsidP="000D023A">
      <w:pPr>
        <w:jc w:val="center"/>
        <w:rPr>
          <w:lang w:val="kk-KZ"/>
        </w:rPr>
      </w:pPr>
    </w:p>
    <w:p w14:paraId="4F5C5EA9" w14:textId="25A86AC3" w:rsidR="00536860" w:rsidRDefault="00536860" w:rsidP="000D023A">
      <w:pPr>
        <w:jc w:val="center"/>
        <w:rPr>
          <w:lang w:val="kk-KZ"/>
        </w:rPr>
      </w:pPr>
    </w:p>
    <w:p w14:paraId="49148DDC" w14:textId="349314A7" w:rsidR="00536860" w:rsidRDefault="00536860" w:rsidP="000D023A">
      <w:pPr>
        <w:jc w:val="center"/>
        <w:rPr>
          <w:lang w:val="kk-KZ"/>
        </w:rPr>
      </w:pPr>
    </w:p>
    <w:p w14:paraId="098C1B72" w14:textId="5F05908C" w:rsidR="00536860" w:rsidRDefault="00536860" w:rsidP="000D023A">
      <w:pPr>
        <w:jc w:val="center"/>
        <w:rPr>
          <w:lang w:val="kk-KZ"/>
        </w:rPr>
      </w:pPr>
    </w:p>
    <w:p w14:paraId="7387242C" w14:textId="2283999B" w:rsidR="00536860" w:rsidRDefault="00536860" w:rsidP="000D023A">
      <w:pPr>
        <w:jc w:val="center"/>
        <w:rPr>
          <w:lang w:val="kk-KZ"/>
        </w:rPr>
      </w:pPr>
    </w:p>
    <w:p w14:paraId="2DA89F42" w14:textId="38F2798C" w:rsidR="00536860" w:rsidRDefault="00536860" w:rsidP="000D023A">
      <w:pPr>
        <w:jc w:val="center"/>
        <w:rPr>
          <w:lang w:val="kk-KZ"/>
        </w:rPr>
      </w:pPr>
    </w:p>
    <w:p w14:paraId="492DD024" w14:textId="7D96DE93" w:rsidR="00536860" w:rsidRDefault="00536860" w:rsidP="000D023A">
      <w:pPr>
        <w:jc w:val="center"/>
        <w:rPr>
          <w:lang w:val="kk-KZ"/>
        </w:rPr>
      </w:pPr>
    </w:p>
    <w:p w14:paraId="1FE5A404" w14:textId="47D1F59C" w:rsidR="00536860" w:rsidRDefault="00536860" w:rsidP="000D023A">
      <w:pPr>
        <w:jc w:val="center"/>
        <w:rPr>
          <w:lang w:val="kk-KZ"/>
        </w:rPr>
      </w:pPr>
    </w:p>
    <w:p w14:paraId="5CC83870" w14:textId="082A0791" w:rsidR="00536860" w:rsidRDefault="00536860" w:rsidP="000D023A">
      <w:pPr>
        <w:jc w:val="center"/>
        <w:rPr>
          <w:lang w:val="kk-KZ"/>
        </w:rPr>
      </w:pPr>
    </w:p>
    <w:p w14:paraId="4F710836" w14:textId="3E54E4D9" w:rsidR="00536860" w:rsidRDefault="00536860" w:rsidP="000D023A">
      <w:pPr>
        <w:jc w:val="center"/>
        <w:rPr>
          <w:lang w:val="kk-KZ"/>
        </w:rPr>
      </w:pPr>
    </w:p>
    <w:p w14:paraId="59DC1B84" w14:textId="6C188A1E" w:rsidR="00536860" w:rsidRDefault="00536860" w:rsidP="000D023A">
      <w:pPr>
        <w:jc w:val="center"/>
        <w:rPr>
          <w:lang w:val="kk-KZ"/>
        </w:rPr>
      </w:pPr>
    </w:p>
    <w:p w14:paraId="047781B6" w14:textId="77777777" w:rsidR="00536860" w:rsidRDefault="00536860" w:rsidP="000D023A">
      <w:pPr>
        <w:jc w:val="center"/>
        <w:rPr>
          <w:lang w:val="kk-KZ"/>
        </w:rPr>
      </w:pPr>
    </w:p>
    <w:p w14:paraId="0F4C810D" w14:textId="04FF963C" w:rsidR="00E72A3C" w:rsidRDefault="00E72A3C" w:rsidP="000D023A">
      <w:pPr>
        <w:jc w:val="center"/>
        <w:rPr>
          <w:lang w:val="kk-KZ"/>
        </w:rPr>
      </w:pPr>
    </w:p>
    <w:p w14:paraId="5C332C59" w14:textId="32394725" w:rsidR="00E72A3C" w:rsidRDefault="00E72A3C" w:rsidP="000D023A">
      <w:pPr>
        <w:jc w:val="center"/>
        <w:rPr>
          <w:lang w:val="kk-KZ"/>
        </w:rPr>
      </w:pPr>
    </w:p>
    <w:tbl>
      <w:tblPr>
        <w:tblW w:w="4077" w:type="dxa"/>
        <w:tblInd w:w="5670" w:type="dxa"/>
        <w:tblLook w:val="04A0" w:firstRow="1" w:lastRow="0" w:firstColumn="1" w:lastColumn="0" w:noHBand="0" w:noVBand="1"/>
      </w:tblPr>
      <w:tblGrid>
        <w:gridCol w:w="4077"/>
      </w:tblGrid>
      <w:tr w:rsidR="00E72A3C" w:rsidRPr="00D2356F" w14:paraId="4D4D8D55" w14:textId="77777777" w:rsidTr="00E72A3C">
        <w:tc>
          <w:tcPr>
            <w:tcW w:w="4077" w:type="dxa"/>
            <w:tcBorders>
              <w:top w:val="nil"/>
              <w:left w:val="nil"/>
              <w:bottom w:val="nil"/>
              <w:right w:val="nil"/>
            </w:tcBorders>
          </w:tcPr>
          <w:p w14:paraId="19DEA90D" w14:textId="77777777" w:rsidR="001901EE" w:rsidRPr="00D2356F" w:rsidRDefault="001901EE" w:rsidP="00E72A3C">
            <w:pPr>
              <w:ind w:left="250" w:hanging="213"/>
              <w:rPr>
                <w:sz w:val="28"/>
                <w:szCs w:val="28"/>
                <w:lang w:val="kk-KZ"/>
              </w:rPr>
            </w:pPr>
          </w:p>
          <w:p w14:paraId="2F75EF76" w14:textId="644A8509" w:rsidR="00E72A3C" w:rsidRPr="00D2356F" w:rsidRDefault="00E72A3C" w:rsidP="00E72A3C">
            <w:pPr>
              <w:ind w:left="250" w:hanging="213"/>
              <w:rPr>
                <w:sz w:val="28"/>
                <w:szCs w:val="28"/>
                <w:lang w:val="kk-KZ"/>
              </w:rPr>
            </w:pPr>
            <w:r w:rsidRPr="00D2356F">
              <w:rPr>
                <w:sz w:val="28"/>
                <w:szCs w:val="28"/>
                <w:lang w:val="kk-KZ"/>
              </w:rPr>
              <w:lastRenderedPageBreak/>
              <w:t>Астана қаласы әкімінің</w:t>
            </w:r>
          </w:p>
          <w:p w14:paraId="5A70400E" w14:textId="637424E6" w:rsidR="00E72A3C" w:rsidRPr="00D2356F" w:rsidRDefault="00E72A3C" w:rsidP="00E72A3C">
            <w:pPr>
              <w:ind w:left="250" w:hanging="213"/>
              <w:rPr>
                <w:sz w:val="28"/>
                <w:szCs w:val="28"/>
                <w:lang w:val="kk-KZ"/>
              </w:rPr>
            </w:pPr>
            <w:r w:rsidRPr="00D2356F">
              <w:rPr>
                <w:sz w:val="28"/>
                <w:szCs w:val="28"/>
                <w:lang w:val="kk-KZ"/>
              </w:rPr>
              <w:t>2026 жылғы «30» қыркүйектегі</w:t>
            </w:r>
          </w:p>
          <w:p w14:paraId="1F565026" w14:textId="23E00031" w:rsidR="00E72A3C" w:rsidRPr="00D2356F" w:rsidRDefault="00E72A3C" w:rsidP="00E72A3C">
            <w:pPr>
              <w:ind w:left="250" w:hanging="213"/>
              <w:rPr>
                <w:sz w:val="28"/>
                <w:szCs w:val="28"/>
                <w:lang w:val="kk-KZ"/>
              </w:rPr>
            </w:pPr>
            <w:r w:rsidRPr="00D2356F">
              <w:rPr>
                <w:sz w:val="28"/>
                <w:szCs w:val="28"/>
                <w:lang w:val="kk-KZ"/>
              </w:rPr>
              <w:t>№ 01-21 шешіміне</w:t>
            </w:r>
          </w:p>
        </w:tc>
      </w:tr>
      <w:tr w:rsidR="00E72A3C" w:rsidRPr="00420D39" w14:paraId="436F13ED" w14:textId="77777777" w:rsidTr="00E72A3C">
        <w:tc>
          <w:tcPr>
            <w:tcW w:w="4077" w:type="dxa"/>
            <w:tcBorders>
              <w:top w:val="nil"/>
              <w:left w:val="nil"/>
              <w:bottom w:val="nil"/>
              <w:right w:val="nil"/>
            </w:tcBorders>
          </w:tcPr>
          <w:p w14:paraId="3333D351" w14:textId="77777777" w:rsidR="00E72A3C" w:rsidRPr="00D2356F" w:rsidRDefault="00E72A3C" w:rsidP="00E72A3C">
            <w:pPr>
              <w:ind w:left="250" w:hanging="213"/>
              <w:rPr>
                <w:sz w:val="28"/>
                <w:szCs w:val="28"/>
                <w:lang w:val="en-US"/>
              </w:rPr>
            </w:pPr>
            <w:r w:rsidRPr="00D2356F">
              <w:rPr>
                <w:sz w:val="28"/>
                <w:szCs w:val="28"/>
              </w:rPr>
              <w:lastRenderedPageBreak/>
              <w:t>3</w:t>
            </w:r>
            <w:r w:rsidRPr="00D2356F">
              <w:rPr>
                <w:sz w:val="28"/>
                <w:szCs w:val="28"/>
                <w:lang w:val="en-US"/>
              </w:rPr>
              <w:t>-</w:t>
            </w:r>
            <w:proofErr w:type="spellStart"/>
            <w:r w:rsidRPr="00D2356F">
              <w:rPr>
                <w:sz w:val="28"/>
                <w:szCs w:val="28"/>
                <w:lang w:val="en-US"/>
              </w:rPr>
              <w:t>қосымша</w:t>
            </w:r>
            <w:proofErr w:type="spellEnd"/>
          </w:p>
          <w:p w14:paraId="09595719" w14:textId="77777777" w:rsidR="00E72A3C" w:rsidRPr="00D2356F" w:rsidRDefault="00E72A3C" w:rsidP="00E72A3C">
            <w:pPr>
              <w:rPr>
                <w:i/>
                <w:sz w:val="28"/>
                <w:szCs w:val="28"/>
                <w:lang w:val="kk-KZ"/>
              </w:rPr>
            </w:pPr>
          </w:p>
        </w:tc>
      </w:tr>
      <w:tr w:rsidR="00E72A3C" w:rsidRPr="00420D39" w14:paraId="713A6BCE" w14:textId="77777777" w:rsidTr="00E72A3C">
        <w:tc>
          <w:tcPr>
            <w:tcW w:w="4077" w:type="dxa"/>
            <w:tcBorders>
              <w:top w:val="nil"/>
              <w:left w:val="nil"/>
              <w:bottom w:val="nil"/>
              <w:right w:val="nil"/>
            </w:tcBorders>
          </w:tcPr>
          <w:p w14:paraId="175C4DA2" w14:textId="77777777" w:rsidR="00E72A3C" w:rsidRPr="00D2356F" w:rsidRDefault="00E72A3C" w:rsidP="00E72A3C">
            <w:pPr>
              <w:ind w:left="250" w:hanging="213"/>
              <w:rPr>
                <w:sz w:val="28"/>
                <w:szCs w:val="28"/>
              </w:rPr>
            </w:pPr>
            <w:r w:rsidRPr="00D2356F">
              <w:rPr>
                <w:sz w:val="28"/>
                <w:szCs w:val="28"/>
              </w:rPr>
              <w:t xml:space="preserve">Астана </w:t>
            </w:r>
            <w:proofErr w:type="spellStart"/>
            <w:r w:rsidRPr="00D2356F">
              <w:rPr>
                <w:sz w:val="28"/>
                <w:szCs w:val="28"/>
              </w:rPr>
              <w:t>қаласы</w:t>
            </w:r>
            <w:proofErr w:type="spellEnd"/>
            <w:r w:rsidRPr="00D2356F">
              <w:rPr>
                <w:sz w:val="28"/>
                <w:szCs w:val="28"/>
              </w:rPr>
              <w:t xml:space="preserve"> </w:t>
            </w:r>
            <w:proofErr w:type="spellStart"/>
            <w:r w:rsidRPr="00D2356F">
              <w:rPr>
                <w:sz w:val="28"/>
                <w:szCs w:val="28"/>
              </w:rPr>
              <w:t>әкімінің</w:t>
            </w:r>
            <w:proofErr w:type="spellEnd"/>
          </w:p>
          <w:p w14:paraId="4B1AEDDB" w14:textId="77777777" w:rsidR="00E72A3C" w:rsidRPr="00D2356F" w:rsidRDefault="00E72A3C" w:rsidP="00E72A3C">
            <w:pPr>
              <w:ind w:left="250" w:hanging="213"/>
              <w:rPr>
                <w:sz w:val="28"/>
                <w:szCs w:val="28"/>
                <w:lang w:val="kk-KZ"/>
              </w:rPr>
            </w:pPr>
            <w:r w:rsidRPr="00D2356F">
              <w:rPr>
                <w:sz w:val="28"/>
                <w:szCs w:val="28"/>
              </w:rPr>
              <w:t xml:space="preserve">2025 </w:t>
            </w:r>
            <w:proofErr w:type="spellStart"/>
            <w:r w:rsidRPr="00D2356F">
              <w:rPr>
                <w:sz w:val="28"/>
                <w:szCs w:val="28"/>
              </w:rPr>
              <w:t>жылғы</w:t>
            </w:r>
            <w:proofErr w:type="spellEnd"/>
            <w:r w:rsidRPr="00D2356F">
              <w:rPr>
                <w:sz w:val="28"/>
                <w:szCs w:val="28"/>
              </w:rPr>
              <w:t xml:space="preserve"> 8 </w:t>
            </w:r>
            <w:proofErr w:type="spellStart"/>
            <w:r w:rsidRPr="00D2356F">
              <w:rPr>
                <w:sz w:val="28"/>
                <w:szCs w:val="28"/>
              </w:rPr>
              <w:t>сәуірдегі</w:t>
            </w:r>
            <w:proofErr w:type="spellEnd"/>
          </w:p>
          <w:p w14:paraId="6323D8A0" w14:textId="77777777" w:rsidR="00E72A3C" w:rsidRPr="00D2356F" w:rsidRDefault="00E72A3C" w:rsidP="00E72A3C">
            <w:pPr>
              <w:ind w:left="250" w:hanging="213"/>
              <w:rPr>
                <w:sz w:val="28"/>
                <w:szCs w:val="28"/>
                <w:lang w:val="kk-KZ"/>
              </w:rPr>
            </w:pPr>
            <w:r w:rsidRPr="00D2356F">
              <w:rPr>
                <w:sz w:val="28"/>
                <w:szCs w:val="28"/>
              </w:rPr>
              <w:t xml:space="preserve">№ 01-7 </w:t>
            </w:r>
            <w:proofErr w:type="spellStart"/>
            <w:r w:rsidRPr="00D2356F">
              <w:rPr>
                <w:sz w:val="28"/>
                <w:szCs w:val="28"/>
              </w:rPr>
              <w:t>шешіміне</w:t>
            </w:r>
            <w:proofErr w:type="spellEnd"/>
          </w:p>
        </w:tc>
      </w:tr>
      <w:tr w:rsidR="00E72A3C" w:rsidRPr="00420D39" w14:paraId="59DE586A" w14:textId="77777777" w:rsidTr="00E72A3C">
        <w:tc>
          <w:tcPr>
            <w:tcW w:w="4077" w:type="dxa"/>
            <w:tcBorders>
              <w:top w:val="nil"/>
              <w:left w:val="nil"/>
              <w:bottom w:val="nil"/>
              <w:right w:val="nil"/>
            </w:tcBorders>
          </w:tcPr>
          <w:p w14:paraId="6946BD70" w14:textId="77777777" w:rsidR="00E72A3C" w:rsidRPr="00D2356F" w:rsidRDefault="00E72A3C" w:rsidP="00E72A3C">
            <w:pPr>
              <w:ind w:left="250" w:hanging="213"/>
              <w:rPr>
                <w:sz w:val="28"/>
                <w:szCs w:val="28"/>
                <w:lang w:val="kk-KZ"/>
              </w:rPr>
            </w:pPr>
            <w:r w:rsidRPr="00D2356F">
              <w:rPr>
                <w:sz w:val="28"/>
                <w:szCs w:val="28"/>
              </w:rPr>
              <w:t>3-</w:t>
            </w:r>
            <w:proofErr w:type="spellStart"/>
            <w:r w:rsidRPr="00D2356F">
              <w:rPr>
                <w:sz w:val="28"/>
                <w:szCs w:val="28"/>
                <w:lang w:val="en-US"/>
              </w:rPr>
              <w:t>қосымша</w:t>
            </w:r>
            <w:proofErr w:type="spellEnd"/>
          </w:p>
        </w:tc>
      </w:tr>
    </w:tbl>
    <w:p w14:paraId="41F2B579" w14:textId="77777777" w:rsidR="00E72A3C" w:rsidRPr="00420D39" w:rsidRDefault="00E72A3C" w:rsidP="00E72A3C">
      <w:pPr>
        <w:jc w:val="center"/>
        <w:rPr>
          <w:sz w:val="28"/>
          <w:szCs w:val="28"/>
          <w:lang w:val="kk-KZ"/>
        </w:rPr>
      </w:pPr>
    </w:p>
    <w:p w14:paraId="1728AA11" w14:textId="77777777" w:rsidR="00E72A3C" w:rsidRPr="00420D39" w:rsidRDefault="00E72A3C" w:rsidP="00E72A3C">
      <w:pPr>
        <w:jc w:val="center"/>
        <w:rPr>
          <w:sz w:val="28"/>
          <w:szCs w:val="28"/>
          <w:lang w:val="kk-KZ"/>
        </w:rPr>
      </w:pPr>
    </w:p>
    <w:p w14:paraId="0E11101E" w14:textId="77777777" w:rsidR="00E72A3C" w:rsidRPr="00420D39" w:rsidRDefault="00E72A3C" w:rsidP="00E72A3C">
      <w:pPr>
        <w:jc w:val="center"/>
        <w:rPr>
          <w:sz w:val="28"/>
          <w:szCs w:val="28"/>
          <w:lang w:val="kk-KZ"/>
        </w:rPr>
      </w:pPr>
      <w:r w:rsidRPr="00420D39">
        <w:rPr>
          <w:sz w:val="28"/>
          <w:szCs w:val="28"/>
          <w:lang w:val="kk-KZ"/>
        </w:rPr>
        <w:t>Астана қаласы «Есіл» ауданының сайлау учаскелері</w:t>
      </w:r>
    </w:p>
    <w:p w14:paraId="3FA3FC61" w14:textId="77777777" w:rsidR="00E72A3C" w:rsidRPr="00420D39" w:rsidRDefault="00E72A3C" w:rsidP="00E72A3C">
      <w:pPr>
        <w:jc w:val="center"/>
        <w:rPr>
          <w:sz w:val="28"/>
          <w:szCs w:val="28"/>
          <w:lang w:val="kk-KZ"/>
        </w:rPr>
      </w:pPr>
    </w:p>
    <w:p w14:paraId="1115F8E5" w14:textId="77777777" w:rsidR="00E72A3C" w:rsidRPr="00AD3760" w:rsidRDefault="00E72A3C" w:rsidP="00E72A3C">
      <w:pPr>
        <w:jc w:val="center"/>
        <w:rPr>
          <w:sz w:val="28"/>
          <w:szCs w:val="28"/>
        </w:rPr>
      </w:pPr>
      <w:r w:rsidRPr="00AD3760">
        <w:rPr>
          <w:sz w:val="28"/>
          <w:szCs w:val="28"/>
        </w:rPr>
        <w:t xml:space="preserve">№ 123 </w:t>
      </w:r>
      <w:proofErr w:type="spellStart"/>
      <w:r w:rsidRPr="00AD3760">
        <w:rPr>
          <w:sz w:val="28"/>
          <w:szCs w:val="28"/>
        </w:rPr>
        <w:t>сайлау</w:t>
      </w:r>
      <w:proofErr w:type="spellEnd"/>
      <w:r w:rsidRPr="00AD3760">
        <w:rPr>
          <w:sz w:val="28"/>
          <w:szCs w:val="28"/>
        </w:rPr>
        <w:t xml:space="preserve"> </w:t>
      </w:r>
      <w:proofErr w:type="spellStart"/>
      <w:r w:rsidRPr="00AD3760">
        <w:rPr>
          <w:sz w:val="28"/>
          <w:szCs w:val="28"/>
        </w:rPr>
        <w:t>учаскесі</w:t>
      </w:r>
      <w:proofErr w:type="spellEnd"/>
    </w:p>
    <w:p w14:paraId="12FA3300" w14:textId="77777777" w:rsidR="00E72A3C" w:rsidRPr="00AD3760" w:rsidRDefault="00E72A3C" w:rsidP="00E72A3C">
      <w:pPr>
        <w:jc w:val="center"/>
        <w:rPr>
          <w:sz w:val="28"/>
          <w:szCs w:val="28"/>
        </w:rPr>
      </w:pPr>
      <w:r w:rsidRPr="00AD3760">
        <w:rPr>
          <w:sz w:val="28"/>
          <w:szCs w:val="28"/>
        </w:rPr>
        <w:t>(</w:t>
      </w:r>
      <w:proofErr w:type="spellStart"/>
      <w:r w:rsidRPr="00AD3760">
        <w:rPr>
          <w:sz w:val="28"/>
          <w:szCs w:val="28"/>
        </w:rPr>
        <w:t>орталығы</w:t>
      </w:r>
      <w:proofErr w:type="spellEnd"/>
      <w:r w:rsidRPr="00AD3760">
        <w:rPr>
          <w:sz w:val="28"/>
          <w:szCs w:val="28"/>
        </w:rPr>
        <w:t xml:space="preserve"> – «Астана» </w:t>
      </w:r>
      <w:proofErr w:type="spellStart"/>
      <w:r w:rsidRPr="00AD3760">
        <w:rPr>
          <w:sz w:val="28"/>
          <w:szCs w:val="28"/>
        </w:rPr>
        <w:t>халықаралық</w:t>
      </w:r>
      <w:proofErr w:type="spellEnd"/>
      <w:r w:rsidRPr="00AD3760">
        <w:rPr>
          <w:sz w:val="28"/>
          <w:szCs w:val="28"/>
        </w:rPr>
        <w:t xml:space="preserve"> </w:t>
      </w:r>
      <w:proofErr w:type="spellStart"/>
      <w:r w:rsidRPr="00AD3760">
        <w:rPr>
          <w:sz w:val="28"/>
          <w:szCs w:val="28"/>
        </w:rPr>
        <w:t>университеті</w:t>
      </w:r>
      <w:proofErr w:type="spellEnd"/>
      <w:r w:rsidRPr="00AD3760">
        <w:rPr>
          <w:sz w:val="28"/>
          <w:szCs w:val="28"/>
        </w:rPr>
        <w:t xml:space="preserve">, </w:t>
      </w:r>
    </w:p>
    <w:p w14:paraId="23833742" w14:textId="77777777" w:rsidR="00E72A3C" w:rsidRPr="00AD3760" w:rsidRDefault="00E72A3C" w:rsidP="00E72A3C">
      <w:pPr>
        <w:jc w:val="center"/>
        <w:rPr>
          <w:sz w:val="28"/>
          <w:szCs w:val="28"/>
        </w:rPr>
      </w:pPr>
      <w:proofErr w:type="spellStart"/>
      <w:r w:rsidRPr="00AD3760">
        <w:rPr>
          <w:sz w:val="28"/>
          <w:szCs w:val="28"/>
        </w:rPr>
        <w:t>Қабанбай</w:t>
      </w:r>
      <w:proofErr w:type="spellEnd"/>
      <w:r w:rsidRPr="00AD3760">
        <w:rPr>
          <w:sz w:val="28"/>
          <w:szCs w:val="28"/>
        </w:rPr>
        <w:t xml:space="preserve"> батыр </w:t>
      </w:r>
      <w:proofErr w:type="spellStart"/>
      <w:r w:rsidRPr="00AD3760">
        <w:rPr>
          <w:sz w:val="28"/>
          <w:szCs w:val="28"/>
        </w:rPr>
        <w:t>даңғылы</w:t>
      </w:r>
      <w:proofErr w:type="spellEnd"/>
      <w:r w:rsidRPr="00AD3760">
        <w:rPr>
          <w:sz w:val="28"/>
          <w:szCs w:val="28"/>
        </w:rPr>
        <w:t>, № 8)</w:t>
      </w:r>
    </w:p>
    <w:p w14:paraId="7BEB918D" w14:textId="77777777" w:rsidR="00E72A3C" w:rsidRPr="00AD3760" w:rsidRDefault="00E72A3C" w:rsidP="00E72A3C">
      <w:pPr>
        <w:jc w:val="center"/>
        <w:rPr>
          <w:sz w:val="28"/>
          <w:szCs w:val="28"/>
        </w:rPr>
      </w:pPr>
    </w:p>
    <w:p w14:paraId="173BBF5E" w14:textId="77777777" w:rsidR="00E72A3C" w:rsidRDefault="00E72A3C" w:rsidP="00E72A3C">
      <w:pPr>
        <w:ind w:firstLine="567"/>
        <w:jc w:val="both"/>
        <w:rPr>
          <w:sz w:val="28"/>
          <w:szCs w:val="28"/>
        </w:rPr>
      </w:pPr>
      <w:proofErr w:type="spellStart"/>
      <w:r w:rsidRPr="00AD3760">
        <w:rPr>
          <w:sz w:val="28"/>
          <w:szCs w:val="28"/>
        </w:rPr>
        <w:t>Шекарасы</w:t>
      </w:r>
      <w:proofErr w:type="spellEnd"/>
      <w:r w:rsidRPr="00AD3760">
        <w:rPr>
          <w:sz w:val="28"/>
          <w:szCs w:val="28"/>
        </w:rPr>
        <w:t xml:space="preserve">: </w:t>
      </w:r>
      <w:proofErr w:type="spellStart"/>
      <w:r w:rsidRPr="00AD3760">
        <w:rPr>
          <w:sz w:val="28"/>
          <w:szCs w:val="28"/>
        </w:rPr>
        <w:t>Космонавтар</w:t>
      </w:r>
      <w:proofErr w:type="spellEnd"/>
      <w:r w:rsidRPr="00AD3760">
        <w:rPr>
          <w:sz w:val="28"/>
          <w:szCs w:val="28"/>
        </w:rPr>
        <w:t xml:space="preserve"> </w:t>
      </w:r>
      <w:proofErr w:type="spellStart"/>
      <w:r w:rsidRPr="00AD3760">
        <w:rPr>
          <w:sz w:val="28"/>
          <w:szCs w:val="28"/>
        </w:rPr>
        <w:t>көшесінен</w:t>
      </w:r>
      <w:proofErr w:type="spellEnd"/>
      <w:r w:rsidRPr="00AD3760">
        <w:rPr>
          <w:sz w:val="28"/>
          <w:szCs w:val="28"/>
        </w:rPr>
        <w:t xml:space="preserve"> Арай </w:t>
      </w:r>
      <w:proofErr w:type="spellStart"/>
      <w:r w:rsidRPr="00AD3760">
        <w:rPr>
          <w:sz w:val="28"/>
          <w:szCs w:val="28"/>
        </w:rPr>
        <w:t>көшесімен</w:t>
      </w:r>
      <w:proofErr w:type="spellEnd"/>
      <w:r w:rsidRPr="00AD3760">
        <w:rPr>
          <w:sz w:val="28"/>
          <w:szCs w:val="28"/>
        </w:rPr>
        <w:t xml:space="preserve"> Родниковая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Арай </w:t>
      </w:r>
      <w:proofErr w:type="spellStart"/>
      <w:r w:rsidRPr="00AD3760">
        <w:rPr>
          <w:sz w:val="28"/>
          <w:szCs w:val="28"/>
        </w:rPr>
        <w:t>көшесінен</w:t>
      </w:r>
      <w:proofErr w:type="spellEnd"/>
      <w:r w:rsidRPr="00AD3760">
        <w:rPr>
          <w:sz w:val="28"/>
          <w:szCs w:val="28"/>
        </w:rPr>
        <w:t xml:space="preserve"> Родниковая </w:t>
      </w:r>
      <w:proofErr w:type="spellStart"/>
      <w:r w:rsidRPr="00AD3760">
        <w:rPr>
          <w:sz w:val="28"/>
          <w:szCs w:val="28"/>
        </w:rPr>
        <w:t>көшесімен</w:t>
      </w:r>
      <w:proofErr w:type="spellEnd"/>
      <w:r w:rsidRPr="00AD3760">
        <w:rPr>
          <w:sz w:val="28"/>
          <w:szCs w:val="28"/>
        </w:rPr>
        <w:t xml:space="preserve"> </w:t>
      </w:r>
      <w:proofErr w:type="spellStart"/>
      <w:r w:rsidRPr="00AD3760">
        <w:rPr>
          <w:sz w:val="28"/>
          <w:szCs w:val="28"/>
        </w:rPr>
        <w:t>Қалампыр</w:t>
      </w:r>
      <w:proofErr w:type="spellEnd"/>
      <w:r w:rsidRPr="00AD3760">
        <w:rPr>
          <w:sz w:val="28"/>
          <w:szCs w:val="28"/>
        </w:rPr>
        <w:t xml:space="preserve"> </w:t>
      </w:r>
      <w:r>
        <w:rPr>
          <w:sz w:val="28"/>
          <w:szCs w:val="28"/>
          <w:lang w:val="kk-KZ"/>
        </w:rPr>
        <w:t>көшесіне</w:t>
      </w:r>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Қалампыр</w:t>
      </w:r>
      <w:proofErr w:type="spellEnd"/>
      <w:r w:rsidRPr="00AD3760">
        <w:rPr>
          <w:sz w:val="28"/>
          <w:szCs w:val="28"/>
        </w:rPr>
        <w:t xml:space="preserve"> </w:t>
      </w:r>
      <w:proofErr w:type="spellStart"/>
      <w:r w:rsidRPr="00AD3760">
        <w:rPr>
          <w:sz w:val="28"/>
          <w:szCs w:val="28"/>
        </w:rPr>
        <w:t>көшесімен</w:t>
      </w:r>
      <w:proofErr w:type="spellEnd"/>
      <w:r w:rsidRPr="00AD3760">
        <w:rPr>
          <w:sz w:val="28"/>
          <w:szCs w:val="28"/>
        </w:rPr>
        <w:t xml:space="preserve"> </w:t>
      </w:r>
      <w:proofErr w:type="spellStart"/>
      <w:r w:rsidRPr="00AD3760">
        <w:rPr>
          <w:sz w:val="28"/>
          <w:szCs w:val="28"/>
        </w:rPr>
        <w:t>Сарайшық</w:t>
      </w:r>
      <w:proofErr w:type="spellEnd"/>
      <w:r w:rsidRPr="00AD3760">
        <w:rPr>
          <w:sz w:val="28"/>
          <w:szCs w:val="28"/>
        </w:rPr>
        <w:t xml:space="preserve"> </w:t>
      </w:r>
      <w:proofErr w:type="spellStart"/>
      <w:r w:rsidRPr="00AD3760">
        <w:rPr>
          <w:sz w:val="28"/>
          <w:szCs w:val="28"/>
        </w:rPr>
        <w:t>көшесіндегі</w:t>
      </w:r>
      <w:proofErr w:type="spellEnd"/>
      <w:r w:rsidRPr="00AD3760">
        <w:rPr>
          <w:sz w:val="28"/>
          <w:szCs w:val="28"/>
        </w:rPr>
        <w:t xml:space="preserve"> № 7/1 </w:t>
      </w:r>
      <w:proofErr w:type="spellStart"/>
      <w:r w:rsidRPr="00AD3760">
        <w:rPr>
          <w:sz w:val="28"/>
          <w:szCs w:val="28"/>
        </w:rPr>
        <w:t>үйге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Сарайшық</w:t>
      </w:r>
      <w:proofErr w:type="spellEnd"/>
      <w:r w:rsidRPr="00AD3760">
        <w:rPr>
          <w:sz w:val="28"/>
          <w:szCs w:val="28"/>
        </w:rPr>
        <w:t xml:space="preserve"> </w:t>
      </w:r>
      <w:proofErr w:type="spellStart"/>
      <w:r w:rsidRPr="00AD3760">
        <w:rPr>
          <w:sz w:val="28"/>
          <w:szCs w:val="28"/>
        </w:rPr>
        <w:t>көшесіндегі</w:t>
      </w:r>
      <w:proofErr w:type="spellEnd"/>
      <w:r w:rsidRPr="00AD3760">
        <w:rPr>
          <w:sz w:val="28"/>
          <w:szCs w:val="28"/>
        </w:rPr>
        <w:t xml:space="preserve"> № 7/1 </w:t>
      </w:r>
      <w:proofErr w:type="spellStart"/>
      <w:r w:rsidRPr="00AD3760">
        <w:rPr>
          <w:sz w:val="28"/>
          <w:szCs w:val="28"/>
        </w:rPr>
        <w:t>үйден</w:t>
      </w:r>
      <w:proofErr w:type="spellEnd"/>
      <w:r w:rsidRPr="00AD3760">
        <w:rPr>
          <w:sz w:val="28"/>
          <w:szCs w:val="28"/>
        </w:rPr>
        <w:t xml:space="preserve"> </w:t>
      </w:r>
      <w:proofErr w:type="spellStart"/>
      <w:r w:rsidRPr="00AD3760">
        <w:rPr>
          <w:sz w:val="28"/>
          <w:szCs w:val="28"/>
        </w:rPr>
        <w:t>өтпе</w:t>
      </w:r>
      <w:proofErr w:type="spellEnd"/>
      <w:r w:rsidRPr="00AD3760">
        <w:rPr>
          <w:sz w:val="28"/>
          <w:szCs w:val="28"/>
        </w:rPr>
        <w:t xml:space="preserve"> </w:t>
      </w:r>
      <w:proofErr w:type="spellStart"/>
      <w:r w:rsidRPr="00AD3760">
        <w:rPr>
          <w:sz w:val="28"/>
          <w:szCs w:val="28"/>
        </w:rPr>
        <w:t>жолмен</w:t>
      </w:r>
      <w:proofErr w:type="spellEnd"/>
      <w:r w:rsidRPr="00AD3760">
        <w:rPr>
          <w:sz w:val="28"/>
          <w:szCs w:val="28"/>
        </w:rPr>
        <w:t xml:space="preserve"> </w:t>
      </w:r>
      <w:proofErr w:type="spellStart"/>
      <w:r w:rsidRPr="00AD3760">
        <w:rPr>
          <w:sz w:val="28"/>
          <w:szCs w:val="28"/>
        </w:rPr>
        <w:t>Жиембет</w:t>
      </w:r>
      <w:proofErr w:type="spellEnd"/>
      <w:r w:rsidRPr="00AD3760">
        <w:rPr>
          <w:sz w:val="28"/>
          <w:szCs w:val="28"/>
        </w:rPr>
        <w:t xml:space="preserve"> </w:t>
      </w:r>
      <w:proofErr w:type="spellStart"/>
      <w:r w:rsidRPr="00AD3760">
        <w:rPr>
          <w:sz w:val="28"/>
          <w:szCs w:val="28"/>
        </w:rPr>
        <w:t>жырау</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Жиембет</w:t>
      </w:r>
      <w:proofErr w:type="spellEnd"/>
      <w:r w:rsidRPr="00AD3760">
        <w:rPr>
          <w:sz w:val="28"/>
          <w:szCs w:val="28"/>
        </w:rPr>
        <w:t xml:space="preserve"> </w:t>
      </w:r>
      <w:proofErr w:type="spellStart"/>
      <w:r w:rsidRPr="00AD3760">
        <w:rPr>
          <w:sz w:val="28"/>
          <w:szCs w:val="28"/>
        </w:rPr>
        <w:t>жырау</w:t>
      </w:r>
      <w:proofErr w:type="spellEnd"/>
      <w:r w:rsidRPr="00AD3760">
        <w:rPr>
          <w:sz w:val="28"/>
          <w:szCs w:val="28"/>
        </w:rPr>
        <w:t xml:space="preserve"> </w:t>
      </w:r>
      <w:proofErr w:type="spellStart"/>
      <w:r w:rsidRPr="00AD3760">
        <w:rPr>
          <w:sz w:val="28"/>
          <w:szCs w:val="28"/>
        </w:rPr>
        <w:t>көшесімен</w:t>
      </w:r>
      <w:proofErr w:type="spellEnd"/>
      <w:r w:rsidRPr="00AD3760">
        <w:rPr>
          <w:sz w:val="28"/>
          <w:szCs w:val="28"/>
        </w:rPr>
        <w:t xml:space="preserve"> </w:t>
      </w:r>
      <w:proofErr w:type="spellStart"/>
      <w:r w:rsidRPr="00AD3760">
        <w:rPr>
          <w:sz w:val="28"/>
          <w:szCs w:val="28"/>
        </w:rPr>
        <w:t>Қараөткел</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Жиембет</w:t>
      </w:r>
      <w:proofErr w:type="spellEnd"/>
      <w:r w:rsidRPr="00AD3760">
        <w:rPr>
          <w:sz w:val="28"/>
          <w:szCs w:val="28"/>
        </w:rPr>
        <w:t xml:space="preserve"> </w:t>
      </w:r>
      <w:proofErr w:type="spellStart"/>
      <w:r w:rsidRPr="00AD3760">
        <w:rPr>
          <w:sz w:val="28"/>
          <w:szCs w:val="28"/>
        </w:rPr>
        <w:t>жырау</w:t>
      </w:r>
      <w:proofErr w:type="spellEnd"/>
      <w:r w:rsidRPr="00AD3760">
        <w:rPr>
          <w:sz w:val="28"/>
          <w:szCs w:val="28"/>
        </w:rPr>
        <w:t xml:space="preserve"> </w:t>
      </w:r>
      <w:proofErr w:type="spellStart"/>
      <w:r w:rsidRPr="00AD3760">
        <w:rPr>
          <w:sz w:val="28"/>
          <w:szCs w:val="28"/>
        </w:rPr>
        <w:t>көшесінен</w:t>
      </w:r>
      <w:proofErr w:type="spellEnd"/>
      <w:r w:rsidRPr="00AD3760">
        <w:rPr>
          <w:sz w:val="28"/>
          <w:szCs w:val="28"/>
        </w:rPr>
        <w:t xml:space="preserve"> </w:t>
      </w:r>
      <w:proofErr w:type="spellStart"/>
      <w:r w:rsidRPr="00AD3760">
        <w:rPr>
          <w:sz w:val="28"/>
          <w:szCs w:val="28"/>
        </w:rPr>
        <w:t>Қараөткел</w:t>
      </w:r>
      <w:proofErr w:type="spellEnd"/>
      <w:r w:rsidRPr="00AD3760">
        <w:rPr>
          <w:sz w:val="28"/>
          <w:szCs w:val="28"/>
        </w:rPr>
        <w:t xml:space="preserve"> </w:t>
      </w:r>
      <w:proofErr w:type="spellStart"/>
      <w:r w:rsidRPr="00AD3760">
        <w:rPr>
          <w:sz w:val="28"/>
          <w:szCs w:val="28"/>
        </w:rPr>
        <w:t>көшесімен</w:t>
      </w:r>
      <w:proofErr w:type="spellEnd"/>
      <w:r w:rsidRPr="00AD3760">
        <w:rPr>
          <w:sz w:val="28"/>
          <w:szCs w:val="28"/>
        </w:rPr>
        <w:t xml:space="preserve"> </w:t>
      </w:r>
      <w:proofErr w:type="spellStart"/>
      <w:r w:rsidRPr="00AD3760">
        <w:rPr>
          <w:sz w:val="28"/>
          <w:szCs w:val="28"/>
        </w:rPr>
        <w:t>Қарашаш</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Қараөткел</w:t>
      </w:r>
      <w:proofErr w:type="spellEnd"/>
      <w:r w:rsidRPr="00AD3760">
        <w:rPr>
          <w:sz w:val="28"/>
          <w:szCs w:val="28"/>
        </w:rPr>
        <w:t xml:space="preserve"> </w:t>
      </w:r>
      <w:proofErr w:type="spellStart"/>
      <w:r w:rsidRPr="00AD3760">
        <w:rPr>
          <w:sz w:val="28"/>
          <w:szCs w:val="28"/>
        </w:rPr>
        <w:t>көшесінен</w:t>
      </w:r>
      <w:proofErr w:type="spellEnd"/>
      <w:r w:rsidRPr="00AD3760">
        <w:rPr>
          <w:sz w:val="28"/>
          <w:szCs w:val="28"/>
        </w:rPr>
        <w:t xml:space="preserve"> </w:t>
      </w:r>
      <w:proofErr w:type="spellStart"/>
      <w:r w:rsidRPr="00AD3760">
        <w:rPr>
          <w:sz w:val="28"/>
          <w:szCs w:val="28"/>
        </w:rPr>
        <w:t>Қарашаш</w:t>
      </w:r>
      <w:proofErr w:type="spellEnd"/>
      <w:r w:rsidRPr="00AD3760">
        <w:rPr>
          <w:sz w:val="28"/>
          <w:szCs w:val="28"/>
        </w:rPr>
        <w:t xml:space="preserve"> </w:t>
      </w:r>
      <w:proofErr w:type="spellStart"/>
      <w:r w:rsidRPr="00AD3760">
        <w:rPr>
          <w:sz w:val="28"/>
          <w:szCs w:val="28"/>
        </w:rPr>
        <w:t>көшесімен</w:t>
      </w:r>
      <w:proofErr w:type="spellEnd"/>
      <w:r w:rsidRPr="00AD3760">
        <w:rPr>
          <w:sz w:val="28"/>
          <w:szCs w:val="28"/>
        </w:rPr>
        <w:t xml:space="preserve"> Е. </w:t>
      </w:r>
      <w:proofErr w:type="spellStart"/>
      <w:r w:rsidRPr="00AD3760">
        <w:rPr>
          <w:sz w:val="28"/>
          <w:szCs w:val="28"/>
        </w:rPr>
        <w:t>Тайбеков</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Қарашаш</w:t>
      </w:r>
      <w:proofErr w:type="spellEnd"/>
      <w:r w:rsidRPr="00AD3760">
        <w:rPr>
          <w:sz w:val="28"/>
          <w:szCs w:val="28"/>
        </w:rPr>
        <w:t xml:space="preserve"> </w:t>
      </w:r>
      <w:proofErr w:type="spellStart"/>
      <w:r w:rsidRPr="00AD3760">
        <w:rPr>
          <w:sz w:val="28"/>
          <w:szCs w:val="28"/>
        </w:rPr>
        <w:t>көшесінен</w:t>
      </w:r>
      <w:proofErr w:type="spellEnd"/>
      <w:r w:rsidRPr="00AD3760">
        <w:rPr>
          <w:sz w:val="28"/>
          <w:szCs w:val="28"/>
        </w:rPr>
        <w:t xml:space="preserve"> Е. </w:t>
      </w:r>
      <w:proofErr w:type="spellStart"/>
      <w:r w:rsidRPr="00AD3760">
        <w:rPr>
          <w:sz w:val="28"/>
          <w:szCs w:val="28"/>
        </w:rPr>
        <w:t>Тайбеков</w:t>
      </w:r>
      <w:proofErr w:type="spellEnd"/>
      <w:r w:rsidRPr="00AD3760">
        <w:rPr>
          <w:sz w:val="28"/>
          <w:szCs w:val="28"/>
        </w:rPr>
        <w:t xml:space="preserve"> </w:t>
      </w:r>
      <w:proofErr w:type="spellStart"/>
      <w:r w:rsidRPr="00AD3760">
        <w:rPr>
          <w:sz w:val="28"/>
          <w:szCs w:val="28"/>
        </w:rPr>
        <w:t>көшесімен</w:t>
      </w:r>
      <w:proofErr w:type="spellEnd"/>
      <w:r w:rsidRPr="00AD3760">
        <w:rPr>
          <w:sz w:val="28"/>
          <w:szCs w:val="28"/>
        </w:rPr>
        <w:t xml:space="preserve"> </w:t>
      </w:r>
      <w:proofErr w:type="spellStart"/>
      <w:r w:rsidRPr="00AD3760">
        <w:rPr>
          <w:sz w:val="28"/>
          <w:szCs w:val="28"/>
        </w:rPr>
        <w:t>Сарайшық</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Сарайшық</w:t>
      </w:r>
      <w:proofErr w:type="spellEnd"/>
      <w:r w:rsidRPr="00AD3760">
        <w:rPr>
          <w:sz w:val="28"/>
          <w:szCs w:val="28"/>
        </w:rPr>
        <w:t xml:space="preserve"> </w:t>
      </w:r>
      <w:proofErr w:type="spellStart"/>
      <w:r w:rsidRPr="00AD3760">
        <w:rPr>
          <w:sz w:val="28"/>
          <w:szCs w:val="28"/>
        </w:rPr>
        <w:t>көшесімен</w:t>
      </w:r>
      <w:proofErr w:type="spellEnd"/>
      <w:r w:rsidRPr="00AD3760">
        <w:rPr>
          <w:sz w:val="28"/>
          <w:szCs w:val="28"/>
        </w:rPr>
        <w:t xml:space="preserve"> </w:t>
      </w:r>
      <w:proofErr w:type="spellStart"/>
      <w:r w:rsidRPr="00AD3760">
        <w:rPr>
          <w:sz w:val="28"/>
          <w:szCs w:val="28"/>
        </w:rPr>
        <w:t>Қабанбай</w:t>
      </w:r>
      <w:proofErr w:type="spellEnd"/>
      <w:r w:rsidRPr="00AD3760">
        <w:rPr>
          <w:sz w:val="28"/>
          <w:szCs w:val="28"/>
        </w:rPr>
        <w:t xml:space="preserve"> батыр </w:t>
      </w:r>
      <w:proofErr w:type="spellStart"/>
      <w:r w:rsidRPr="00AD3760">
        <w:rPr>
          <w:sz w:val="28"/>
          <w:szCs w:val="28"/>
        </w:rPr>
        <w:t>даңғылына</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Қабанбай</w:t>
      </w:r>
      <w:proofErr w:type="spellEnd"/>
      <w:r w:rsidRPr="00AD3760">
        <w:rPr>
          <w:sz w:val="28"/>
          <w:szCs w:val="28"/>
        </w:rPr>
        <w:t xml:space="preserve"> батыр </w:t>
      </w:r>
      <w:proofErr w:type="spellStart"/>
      <w:r w:rsidRPr="00AD3760">
        <w:rPr>
          <w:sz w:val="28"/>
          <w:szCs w:val="28"/>
        </w:rPr>
        <w:t>даңғылымен</w:t>
      </w:r>
      <w:proofErr w:type="spellEnd"/>
      <w:r w:rsidRPr="00AD3760">
        <w:rPr>
          <w:sz w:val="28"/>
          <w:szCs w:val="28"/>
        </w:rPr>
        <w:t xml:space="preserve"> </w:t>
      </w:r>
      <w:proofErr w:type="spellStart"/>
      <w:r w:rsidRPr="00AD3760">
        <w:rPr>
          <w:sz w:val="28"/>
          <w:szCs w:val="28"/>
        </w:rPr>
        <w:t>Космонавтар</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Қабанбай</w:t>
      </w:r>
      <w:proofErr w:type="spellEnd"/>
      <w:r w:rsidRPr="00AD3760">
        <w:rPr>
          <w:sz w:val="28"/>
          <w:szCs w:val="28"/>
        </w:rPr>
        <w:t xml:space="preserve"> батыр </w:t>
      </w:r>
      <w:proofErr w:type="spellStart"/>
      <w:r w:rsidRPr="00AD3760">
        <w:rPr>
          <w:sz w:val="28"/>
          <w:szCs w:val="28"/>
        </w:rPr>
        <w:t>даңғылынан</w:t>
      </w:r>
      <w:proofErr w:type="spellEnd"/>
      <w:r w:rsidRPr="00AD3760">
        <w:rPr>
          <w:sz w:val="28"/>
          <w:szCs w:val="28"/>
        </w:rPr>
        <w:t xml:space="preserve"> </w:t>
      </w:r>
      <w:proofErr w:type="spellStart"/>
      <w:r w:rsidRPr="00AD3760">
        <w:rPr>
          <w:sz w:val="28"/>
          <w:szCs w:val="28"/>
        </w:rPr>
        <w:t>Космонавтар</w:t>
      </w:r>
      <w:proofErr w:type="spellEnd"/>
      <w:r w:rsidRPr="00AD3760">
        <w:rPr>
          <w:sz w:val="28"/>
          <w:szCs w:val="28"/>
        </w:rPr>
        <w:t xml:space="preserve"> </w:t>
      </w:r>
      <w:proofErr w:type="spellStart"/>
      <w:r w:rsidRPr="00AD3760">
        <w:rPr>
          <w:sz w:val="28"/>
          <w:szCs w:val="28"/>
        </w:rPr>
        <w:t>көшесімен</w:t>
      </w:r>
      <w:proofErr w:type="spellEnd"/>
      <w:r w:rsidRPr="00AD3760">
        <w:rPr>
          <w:sz w:val="28"/>
          <w:szCs w:val="28"/>
        </w:rPr>
        <w:t xml:space="preserve"> Арай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w:t>
      </w:r>
    </w:p>
    <w:p w14:paraId="6A293769" w14:textId="77777777" w:rsidR="00E72A3C" w:rsidRDefault="00E72A3C" w:rsidP="00E72A3C">
      <w:pPr>
        <w:ind w:firstLine="567"/>
        <w:jc w:val="both"/>
        <w:rPr>
          <w:sz w:val="28"/>
          <w:szCs w:val="28"/>
        </w:rPr>
      </w:pPr>
    </w:p>
    <w:p w14:paraId="4A3FB52C" w14:textId="77777777" w:rsidR="00E72A3C" w:rsidRPr="00420D39" w:rsidRDefault="00E72A3C" w:rsidP="00E72A3C">
      <w:pPr>
        <w:jc w:val="center"/>
        <w:rPr>
          <w:sz w:val="28"/>
          <w:szCs w:val="28"/>
        </w:rPr>
      </w:pPr>
      <w:r w:rsidRPr="00420D39">
        <w:rPr>
          <w:sz w:val="28"/>
          <w:szCs w:val="28"/>
        </w:rPr>
        <w:t xml:space="preserve">№ 124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091646C2" w14:textId="77777777" w:rsidR="00E72A3C" w:rsidRPr="00420D39" w:rsidRDefault="00E72A3C" w:rsidP="00E72A3C">
      <w:pPr>
        <w:jc w:val="center"/>
        <w:rPr>
          <w:sz w:val="28"/>
          <w:szCs w:val="28"/>
        </w:rPr>
      </w:pPr>
      <w:r w:rsidRPr="00420D39">
        <w:rPr>
          <w:sz w:val="28"/>
          <w:szCs w:val="28"/>
        </w:rPr>
        <w:t>(</w:t>
      </w:r>
      <w:r w:rsidRPr="00420D39">
        <w:rPr>
          <w:sz w:val="28"/>
          <w:szCs w:val="28"/>
          <w:lang w:val="kk-KZ"/>
        </w:rPr>
        <w:t>о</w:t>
      </w:r>
      <w:proofErr w:type="spellStart"/>
      <w:r w:rsidRPr="00420D39">
        <w:rPr>
          <w:sz w:val="28"/>
          <w:szCs w:val="28"/>
        </w:rPr>
        <w:t>рталығы</w:t>
      </w:r>
      <w:proofErr w:type="spellEnd"/>
      <w:r w:rsidRPr="00420D39">
        <w:rPr>
          <w:sz w:val="28"/>
          <w:szCs w:val="28"/>
        </w:rPr>
        <w:t xml:space="preserve"> – Астана </w:t>
      </w:r>
      <w:proofErr w:type="spellStart"/>
      <w:r w:rsidRPr="00420D39">
        <w:rPr>
          <w:sz w:val="28"/>
          <w:szCs w:val="28"/>
        </w:rPr>
        <w:t>қаласы</w:t>
      </w:r>
      <w:proofErr w:type="spellEnd"/>
      <w:r w:rsidRPr="00420D39">
        <w:rPr>
          <w:sz w:val="28"/>
          <w:szCs w:val="28"/>
        </w:rPr>
        <w:t xml:space="preserve"> </w:t>
      </w:r>
      <w:proofErr w:type="spellStart"/>
      <w:r w:rsidRPr="00420D39">
        <w:rPr>
          <w:sz w:val="28"/>
          <w:szCs w:val="28"/>
        </w:rPr>
        <w:t>әкімдігінің</w:t>
      </w:r>
      <w:proofErr w:type="spellEnd"/>
      <w:r w:rsidRPr="00420D39">
        <w:rPr>
          <w:sz w:val="28"/>
          <w:szCs w:val="28"/>
        </w:rPr>
        <w:t xml:space="preserve"> «Ж</w:t>
      </w:r>
      <w:proofErr w:type="spellStart"/>
      <w:r w:rsidRPr="00420D39">
        <w:rPr>
          <w:sz w:val="28"/>
          <w:szCs w:val="28"/>
          <w:lang w:val="kk-KZ"/>
        </w:rPr>
        <w:t>үсіпбек</w:t>
      </w:r>
      <w:proofErr w:type="spellEnd"/>
      <w:r w:rsidRPr="00420D39">
        <w:rPr>
          <w:sz w:val="28"/>
          <w:szCs w:val="28"/>
          <w:lang w:val="kk-KZ"/>
        </w:rPr>
        <w:t xml:space="preserve"> Аймауытұлы атындағы </w:t>
      </w:r>
      <w:r w:rsidRPr="00420D39">
        <w:rPr>
          <w:sz w:val="28"/>
          <w:szCs w:val="28"/>
        </w:rPr>
        <w:t xml:space="preserve">№ 24 </w:t>
      </w:r>
      <w:r w:rsidRPr="00420D39">
        <w:rPr>
          <w:sz w:val="28"/>
          <w:szCs w:val="28"/>
          <w:lang w:val="kk-KZ"/>
        </w:rPr>
        <w:t xml:space="preserve">жалпы </w:t>
      </w:r>
      <w:r w:rsidRPr="00420D39">
        <w:rPr>
          <w:sz w:val="28"/>
          <w:szCs w:val="28"/>
        </w:rPr>
        <w:t xml:space="preserve">орта </w:t>
      </w:r>
      <w:r w:rsidRPr="00420D39">
        <w:rPr>
          <w:sz w:val="28"/>
          <w:szCs w:val="28"/>
          <w:lang w:val="kk-KZ"/>
        </w:rPr>
        <w:t>білім беретін</w:t>
      </w:r>
      <w:r w:rsidRPr="00420D39">
        <w:rPr>
          <w:sz w:val="28"/>
          <w:szCs w:val="28"/>
        </w:rPr>
        <w:t xml:space="preserve"> </w:t>
      </w:r>
      <w:proofErr w:type="spellStart"/>
      <w:r w:rsidRPr="00420D39">
        <w:rPr>
          <w:sz w:val="28"/>
          <w:szCs w:val="28"/>
        </w:rPr>
        <w:t>мектеп</w:t>
      </w:r>
      <w:proofErr w:type="spellEnd"/>
      <w:r w:rsidRPr="00420D39">
        <w:rPr>
          <w:sz w:val="28"/>
          <w:szCs w:val="28"/>
        </w:rPr>
        <w:t xml:space="preserve">» </w:t>
      </w:r>
      <w:proofErr w:type="spellStart"/>
      <w:r w:rsidRPr="00420D39">
        <w:rPr>
          <w:sz w:val="28"/>
          <w:szCs w:val="28"/>
        </w:rPr>
        <w:t>шаруашылық</w:t>
      </w:r>
      <w:proofErr w:type="spellEnd"/>
      <w:r w:rsidRPr="00420D39">
        <w:rPr>
          <w:sz w:val="28"/>
          <w:szCs w:val="28"/>
        </w:rPr>
        <w:t xml:space="preserve"> </w:t>
      </w:r>
      <w:proofErr w:type="spellStart"/>
      <w:r w:rsidRPr="00420D39">
        <w:rPr>
          <w:sz w:val="28"/>
          <w:szCs w:val="28"/>
        </w:rPr>
        <w:t>жүргізу</w:t>
      </w:r>
      <w:proofErr w:type="spellEnd"/>
      <w:r w:rsidRPr="00420D39">
        <w:rPr>
          <w:sz w:val="28"/>
          <w:szCs w:val="28"/>
        </w:rPr>
        <w:t xml:space="preserve"> </w:t>
      </w:r>
      <w:proofErr w:type="spellStart"/>
      <w:r w:rsidRPr="00420D39">
        <w:rPr>
          <w:sz w:val="28"/>
          <w:szCs w:val="28"/>
        </w:rPr>
        <w:t>құқығындағы</w:t>
      </w:r>
      <w:proofErr w:type="spellEnd"/>
      <w:r w:rsidRPr="00420D39">
        <w:rPr>
          <w:sz w:val="28"/>
          <w:szCs w:val="28"/>
        </w:rPr>
        <w:t xml:space="preserve"> </w:t>
      </w:r>
      <w:proofErr w:type="spellStart"/>
      <w:r w:rsidRPr="00420D39">
        <w:rPr>
          <w:sz w:val="28"/>
          <w:szCs w:val="28"/>
        </w:rPr>
        <w:t>мемлекеттік</w:t>
      </w:r>
      <w:proofErr w:type="spellEnd"/>
      <w:r w:rsidRPr="00420D39">
        <w:rPr>
          <w:sz w:val="28"/>
          <w:szCs w:val="28"/>
        </w:rPr>
        <w:t xml:space="preserve"> </w:t>
      </w:r>
      <w:proofErr w:type="spellStart"/>
      <w:r w:rsidRPr="00420D39">
        <w:rPr>
          <w:sz w:val="28"/>
          <w:szCs w:val="28"/>
        </w:rPr>
        <w:t>коммуналдық</w:t>
      </w:r>
      <w:proofErr w:type="spellEnd"/>
      <w:r w:rsidRPr="00420D39">
        <w:rPr>
          <w:sz w:val="28"/>
          <w:szCs w:val="28"/>
        </w:rPr>
        <w:t xml:space="preserve"> </w:t>
      </w:r>
      <w:proofErr w:type="spellStart"/>
      <w:r w:rsidRPr="00420D39">
        <w:rPr>
          <w:sz w:val="28"/>
          <w:szCs w:val="28"/>
        </w:rPr>
        <w:t>кәсіпорны</w:t>
      </w:r>
      <w:proofErr w:type="spellEnd"/>
      <w:r w:rsidRPr="00420D39">
        <w:rPr>
          <w:sz w:val="28"/>
          <w:szCs w:val="28"/>
        </w:rPr>
        <w:t xml:space="preserve">, «Пригородный» </w:t>
      </w:r>
      <w:proofErr w:type="spellStart"/>
      <w:r w:rsidRPr="00420D39">
        <w:rPr>
          <w:sz w:val="28"/>
          <w:szCs w:val="28"/>
        </w:rPr>
        <w:t>тұрғын</w:t>
      </w:r>
      <w:proofErr w:type="spellEnd"/>
      <w:r w:rsidRPr="00420D39">
        <w:rPr>
          <w:sz w:val="28"/>
          <w:szCs w:val="28"/>
        </w:rPr>
        <w:t xml:space="preserve"> </w:t>
      </w:r>
      <w:proofErr w:type="spellStart"/>
      <w:r w:rsidRPr="00420D39">
        <w:rPr>
          <w:sz w:val="28"/>
          <w:szCs w:val="28"/>
        </w:rPr>
        <w:t>алабы</w:t>
      </w:r>
      <w:proofErr w:type="spellEnd"/>
      <w:r w:rsidRPr="00420D39">
        <w:rPr>
          <w:sz w:val="28"/>
          <w:szCs w:val="28"/>
        </w:rPr>
        <w:t>,</w:t>
      </w:r>
      <w:r w:rsidRPr="00420D39">
        <w:rPr>
          <w:sz w:val="28"/>
          <w:szCs w:val="28"/>
        </w:rPr>
        <w:br/>
        <w:t xml:space="preserve"> </w:t>
      </w:r>
      <w:proofErr w:type="spellStart"/>
      <w:r w:rsidRPr="00420D39">
        <w:rPr>
          <w:sz w:val="28"/>
          <w:szCs w:val="28"/>
        </w:rPr>
        <w:t>Арнасай</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 127)</w:t>
      </w:r>
    </w:p>
    <w:p w14:paraId="36A537ED" w14:textId="77777777" w:rsidR="00E72A3C" w:rsidRPr="00420D39" w:rsidRDefault="00E72A3C" w:rsidP="00E72A3C">
      <w:pPr>
        <w:ind w:firstLine="567"/>
        <w:jc w:val="both"/>
        <w:rPr>
          <w:sz w:val="28"/>
          <w:szCs w:val="28"/>
        </w:rPr>
      </w:pPr>
    </w:p>
    <w:p w14:paraId="7B5F4274" w14:textId="77777777" w:rsidR="00E72A3C" w:rsidRPr="00420D39" w:rsidRDefault="00E72A3C" w:rsidP="00E72A3C">
      <w:pPr>
        <w:ind w:firstLine="567"/>
        <w:jc w:val="both"/>
        <w:rPr>
          <w:sz w:val="28"/>
          <w:szCs w:val="28"/>
        </w:rPr>
      </w:pPr>
      <w:proofErr w:type="spellStart"/>
      <w:r w:rsidRPr="00420D39">
        <w:rPr>
          <w:sz w:val="28"/>
          <w:szCs w:val="28"/>
        </w:rPr>
        <w:t>Шекара</w:t>
      </w:r>
      <w:proofErr w:type="spellEnd"/>
      <w:r w:rsidRPr="00420D39">
        <w:rPr>
          <w:sz w:val="28"/>
          <w:szCs w:val="28"/>
          <w:lang w:val="kk-KZ"/>
        </w:rPr>
        <w:t>с</w:t>
      </w:r>
      <w:r w:rsidRPr="00420D39">
        <w:rPr>
          <w:sz w:val="28"/>
          <w:szCs w:val="28"/>
        </w:rPr>
        <w:t xml:space="preserve">ы: «Астана </w:t>
      </w:r>
      <w:proofErr w:type="spellStart"/>
      <w:r w:rsidRPr="00420D39">
        <w:rPr>
          <w:sz w:val="28"/>
          <w:szCs w:val="28"/>
        </w:rPr>
        <w:t>жұлдызы</w:t>
      </w:r>
      <w:proofErr w:type="spellEnd"/>
      <w:r w:rsidRPr="00420D39">
        <w:rPr>
          <w:sz w:val="28"/>
          <w:szCs w:val="28"/>
        </w:rPr>
        <w:t xml:space="preserve">» </w:t>
      </w:r>
      <w:proofErr w:type="spellStart"/>
      <w:r w:rsidRPr="00420D39">
        <w:rPr>
          <w:sz w:val="28"/>
          <w:szCs w:val="28"/>
        </w:rPr>
        <w:t>монументінен</w:t>
      </w:r>
      <w:proofErr w:type="spellEnd"/>
      <w:r w:rsidRPr="00420D39">
        <w:rPr>
          <w:sz w:val="28"/>
          <w:szCs w:val="28"/>
        </w:rPr>
        <w:t xml:space="preserve"> </w:t>
      </w:r>
      <w:proofErr w:type="spellStart"/>
      <w:r w:rsidRPr="00420D39">
        <w:rPr>
          <w:sz w:val="28"/>
          <w:szCs w:val="28"/>
        </w:rPr>
        <w:t>Қабанбай</w:t>
      </w:r>
      <w:proofErr w:type="spellEnd"/>
      <w:r w:rsidRPr="00420D39">
        <w:rPr>
          <w:sz w:val="28"/>
          <w:szCs w:val="28"/>
        </w:rPr>
        <w:t xml:space="preserve"> батыр </w:t>
      </w:r>
      <w:proofErr w:type="spellStart"/>
      <w:r w:rsidRPr="00420D39">
        <w:rPr>
          <w:sz w:val="28"/>
          <w:szCs w:val="28"/>
        </w:rPr>
        <w:t>даңғылының</w:t>
      </w:r>
      <w:proofErr w:type="spellEnd"/>
      <w:r w:rsidRPr="00420D39">
        <w:rPr>
          <w:sz w:val="28"/>
          <w:szCs w:val="28"/>
        </w:rPr>
        <w:t xml:space="preserve"> </w:t>
      </w:r>
      <w:proofErr w:type="spellStart"/>
      <w:r w:rsidRPr="00420D39">
        <w:rPr>
          <w:sz w:val="28"/>
          <w:szCs w:val="28"/>
        </w:rPr>
        <w:t>тақ</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Жаңадария</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Жаңадария</w:t>
      </w:r>
      <w:proofErr w:type="spellEnd"/>
      <w:r w:rsidRPr="00420D39">
        <w:rPr>
          <w:sz w:val="28"/>
          <w:szCs w:val="28"/>
        </w:rPr>
        <w:t xml:space="preserve"> </w:t>
      </w:r>
      <w:proofErr w:type="spellStart"/>
      <w:r w:rsidRPr="00420D39">
        <w:rPr>
          <w:sz w:val="28"/>
          <w:szCs w:val="28"/>
        </w:rPr>
        <w:t>көшесімен</w:t>
      </w:r>
      <w:proofErr w:type="spellEnd"/>
      <w:r w:rsidRPr="00420D39">
        <w:rPr>
          <w:sz w:val="28"/>
          <w:szCs w:val="28"/>
        </w:rPr>
        <w:t xml:space="preserve"> </w:t>
      </w:r>
      <w:proofErr w:type="spellStart"/>
      <w:r w:rsidRPr="00420D39">
        <w:rPr>
          <w:sz w:val="28"/>
          <w:szCs w:val="28"/>
        </w:rPr>
        <w:t>Арнасай</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Арнасай</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жұп</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Қарқаралы</w:t>
      </w:r>
      <w:proofErr w:type="spellEnd"/>
      <w:r w:rsidRPr="00420D39">
        <w:rPr>
          <w:sz w:val="28"/>
          <w:szCs w:val="28"/>
        </w:rPr>
        <w:t xml:space="preserve"> </w:t>
      </w:r>
      <w:proofErr w:type="spellStart"/>
      <w:r w:rsidRPr="00420D39">
        <w:rPr>
          <w:sz w:val="28"/>
          <w:szCs w:val="28"/>
        </w:rPr>
        <w:t>тас</w:t>
      </w:r>
      <w:proofErr w:type="spellEnd"/>
      <w:r w:rsidRPr="00420D39">
        <w:rPr>
          <w:sz w:val="28"/>
          <w:szCs w:val="28"/>
        </w:rPr>
        <w:t xml:space="preserve"> </w:t>
      </w:r>
      <w:proofErr w:type="spellStart"/>
      <w:r w:rsidRPr="00420D39">
        <w:rPr>
          <w:sz w:val="28"/>
          <w:szCs w:val="28"/>
        </w:rPr>
        <w:t>жолына</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Қарқаралы</w:t>
      </w:r>
      <w:proofErr w:type="spellEnd"/>
      <w:r w:rsidRPr="00420D39">
        <w:rPr>
          <w:sz w:val="28"/>
          <w:szCs w:val="28"/>
        </w:rPr>
        <w:t xml:space="preserve"> </w:t>
      </w:r>
      <w:proofErr w:type="spellStart"/>
      <w:r w:rsidRPr="00420D39">
        <w:rPr>
          <w:sz w:val="28"/>
          <w:szCs w:val="28"/>
        </w:rPr>
        <w:t>тас</w:t>
      </w:r>
      <w:proofErr w:type="spellEnd"/>
      <w:r w:rsidRPr="00420D39">
        <w:rPr>
          <w:sz w:val="28"/>
          <w:szCs w:val="28"/>
        </w:rPr>
        <w:t xml:space="preserve"> </w:t>
      </w:r>
      <w:proofErr w:type="spellStart"/>
      <w:r w:rsidRPr="00420D39">
        <w:rPr>
          <w:sz w:val="28"/>
          <w:szCs w:val="28"/>
        </w:rPr>
        <w:t>жолымен</w:t>
      </w:r>
      <w:proofErr w:type="spellEnd"/>
      <w:r w:rsidRPr="00420D39">
        <w:rPr>
          <w:sz w:val="28"/>
          <w:szCs w:val="28"/>
        </w:rPr>
        <w:t xml:space="preserve"> «Астана </w:t>
      </w:r>
      <w:proofErr w:type="spellStart"/>
      <w:r w:rsidRPr="00420D39">
        <w:rPr>
          <w:sz w:val="28"/>
          <w:szCs w:val="28"/>
        </w:rPr>
        <w:t>жұлдызы</w:t>
      </w:r>
      <w:proofErr w:type="spellEnd"/>
      <w:r w:rsidRPr="00420D39">
        <w:rPr>
          <w:sz w:val="28"/>
          <w:szCs w:val="28"/>
        </w:rPr>
        <w:t xml:space="preserve">» </w:t>
      </w:r>
      <w:proofErr w:type="spellStart"/>
      <w:r w:rsidRPr="00420D39">
        <w:rPr>
          <w:sz w:val="28"/>
          <w:szCs w:val="28"/>
        </w:rPr>
        <w:t>монументіне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w:t>
      </w:r>
    </w:p>
    <w:p w14:paraId="108567A9" w14:textId="77777777" w:rsidR="00E72A3C" w:rsidRPr="00420D39" w:rsidRDefault="00E72A3C" w:rsidP="00E72A3C">
      <w:pPr>
        <w:ind w:firstLine="567"/>
        <w:jc w:val="both"/>
        <w:rPr>
          <w:sz w:val="28"/>
          <w:szCs w:val="28"/>
        </w:rPr>
      </w:pPr>
    </w:p>
    <w:p w14:paraId="68E67A43" w14:textId="77777777" w:rsidR="00E72A3C" w:rsidRPr="00814807" w:rsidRDefault="00E72A3C" w:rsidP="00E72A3C">
      <w:pPr>
        <w:jc w:val="center"/>
        <w:rPr>
          <w:sz w:val="28"/>
          <w:szCs w:val="28"/>
        </w:rPr>
      </w:pPr>
      <w:r w:rsidRPr="00814807">
        <w:rPr>
          <w:sz w:val="28"/>
          <w:szCs w:val="28"/>
        </w:rPr>
        <w:t xml:space="preserve">№ 125 </w:t>
      </w:r>
      <w:proofErr w:type="spellStart"/>
      <w:r w:rsidRPr="00814807">
        <w:rPr>
          <w:sz w:val="28"/>
          <w:szCs w:val="28"/>
        </w:rPr>
        <w:t>сайлау</w:t>
      </w:r>
      <w:proofErr w:type="spellEnd"/>
      <w:r w:rsidRPr="00814807">
        <w:rPr>
          <w:sz w:val="28"/>
          <w:szCs w:val="28"/>
        </w:rPr>
        <w:t xml:space="preserve"> </w:t>
      </w:r>
      <w:proofErr w:type="spellStart"/>
      <w:r w:rsidRPr="00814807">
        <w:rPr>
          <w:sz w:val="28"/>
          <w:szCs w:val="28"/>
        </w:rPr>
        <w:t>учаскесі</w:t>
      </w:r>
      <w:proofErr w:type="spellEnd"/>
    </w:p>
    <w:p w14:paraId="6CED3B32" w14:textId="77777777" w:rsidR="00E72A3C" w:rsidRPr="00814807" w:rsidRDefault="00E72A3C" w:rsidP="00E72A3C">
      <w:pPr>
        <w:jc w:val="center"/>
        <w:rPr>
          <w:sz w:val="28"/>
          <w:szCs w:val="28"/>
        </w:rPr>
      </w:pPr>
      <w:r w:rsidRPr="00814807">
        <w:rPr>
          <w:sz w:val="28"/>
          <w:szCs w:val="28"/>
        </w:rPr>
        <w:t>(</w:t>
      </w:r>
      <w:proofErr w:type="spellStart"/>
      <w:r w:rsidRPr="00814807">
        <w:rPr>
          <w:sz w:val="28"/>
          <w:szCs w:val="28"/>
        </w:rPr>
        <w:t>орталығы</w:t>
      </w:r>
      <w:proofErr w:type="spellEnd"/>
      <w:r w:rsidRPr="00814807">
        <w:rPr>
          <w:sz w:val="28"/>
          <w:szCs w:val="28"/>
        </w:rPr>
        <w:t> – «</w:t>
      </w:r>
      <w:proofErr w:type="spellStart"/>
      <w:r w:rsidRPr="00814807">
        <w:rPr>
          <w:sz w:val="28"/>
          <w:szCs w:val="28"/>
        </w:rPr>
        <w:t>Республикалық</w:t>
      </w:r>
      <w:proofErr w:type="spellEnd"/>
      <w:r w:rsidRPr="00814807">
        <w:rPr>
          <w:sz w:val="28"/>
          <w:szCs w:val="28"/>
        </w:rPr>
        <w:t xml:space="preserve"> физика-математика </w:t>
      </w:r>
      <w:proofErr w:type="spellStart"/>
      <w:r w:rsidRPr="00814807">
        <w:rPr>
          <w:sz w:val="28"/>
          <w:szCs w:val="28"/>
        </w:rPr>
        <w:t>мектебі</w:t>
      </w:r>
      <w:proofErr w:type="spellEnd"/>
      <w:r w:rsidRPr="00814807">
        <w:rPr>
          <w:sz w:val="28"/>
          <w:szCs w:val="28"/>
        </w:rPr>
        <w:t xml:space="preserve">» </w:t>
      </w:r>
      <w:proofErr w:type="spellStart"/>
      <w:r w:rsidRPr="00814807">
        <w:rPr>
          <w:sz w:val="28"/>
          <w:szCs w:val="28"/>
        </w:rPr>
        <w:t>коммерциялық</w:t>
      </w:r>
      <w:proofErr w:type="spellEnd"/>
      <w:r w:rsidRPr="00814807">
        <w:rPr>
          <w:sz w:val="28"/>
          <w:szCs w:val="28"/>
        </w:rPr>
        <w:t xml:space="preserve"> </w:t>
      </w:r>
      <w:proofErr w:type="spellStart"/>
      <w:r w:rsidRPr="00814807">
        <w:rPr>
          <w:sz w:val="28"/>
          <w:szCs w:val="28"/>
        </w:rPr>
        <w:t>емес</w:t>
      </w:r>
      <w:proofErr w:type="spellEnd"/>
      <w:r w:rsidRPr="00814807">
        <w:rPr>
          <w:sz w:val="28"/>
          <w:szCs w:val="28"/>
        </w:rPr>
        <w:t xml:space="preserve"> </w:t>
      </w:r>
      <w:proofErr w:type="spellStart"/>
      <w:r w:rsidRPr="00814807">
        <w:rPr>
          <w:sz w:val="28"/>
          <w:szCs w:val="28"/>
        </w:rPr>
        <w:t>акционерлік</w:t>
      </w:r>
      <w:proofErr w:type="spellEnd"/>
      <w:r w:rsidRPr="00814807">
        <w:rPr>
          <w:sz w:val="28"/>
          <w:szCs w:val="28"/>
        </w:rPr>
        <w:t xml:space="preserve"> </w:t>
      </w:r>
      <w:proofErr w:type="spellStart"/>
      <w:r w:rsidRPr="00814807">
        <w:rPr>
          <w:sz w:val="28"/>
          <w:szCs w:val="28"/>
        </w:rPr>
        <w:t>қоғамы</w:t>
      </w:r>
      <w:proofErr w:type="spellEnd"/>
      <w:r w:rsidRPr="00814807">
        <w:rPr>
          <w:sz w:val="28"/>
          <w:szCs w:val="28"/>
        </w:rPr>
        <w:t xml:space="preserve">, </w:t>
      </w:r>
      <w:proofErr w:type="spellStart"/>
      <w:r w:rsidRPr="00814807">
        <w:rPr>
          <w:sz w:val="28"/>
          <w:szCs w:val="28"/>
        </w:rPr>
        <w:t>Түркістан</w:t>
      </w:r>
      <w:proofErr w:type="spellEnd"/>
      <w:r w:rsidRPr="00814807">
        <w:rPr>
          <w:sz w:val="28"/>
          <w:szCs w:val="28"/>
        </w:rPr>
        <w:t xml:space="preserve"> </w:t>
      </w:r>
      <w:proofErr w:type="spellStart"/>
      <w:r w:rsidRPr="00814807">
        <w:rPr>
          <w:sz w:val="28"/>
          <w:szCs w:val="28"/>
        </w:rPr>
        <w:t>көшесі</w:t>
      </w:r>
      <w:proofErr w:type="spellEnd"/>
      <w:r w:rsidRPr="00814807">
        <w:rPr>
          <w:sz w:val="28"/>
          <w:szCs w:val="28"/>
        </w:rPr>
        <w:t>, № 2/1)</w:t>
      </w:r>
    </w:p>
    <w:p w14:paraId="6404EBB7" w14:textId="77777777" w:rsidR="00E72A3C" w:rsidRPr="00814807" w:rsidRDefault="00E72A3C" w:rsidP="00E72A3C">
      <w:pPr>
        <w:jc w:val="center"/>
        <w:rPr>
          <w:sz w:val="28"/>
          <w:szCs w:val="28"/>
        </w:rPr>
      </w:pPr>
    </w:p>
    <w:p w14:paraId="2BD3C3BE" w14:textId="77777777" w:rsidR="00E72A3C" w:rsidRPr="00420D39" w:rsidRDefault="00E72A3C" w:rsidP="00E72A3C">
      <w:pPr>
        <w:ind w:firstLine="567"/>
        <w:jc w:val="both"/>
        <w:rPr>
          <w:sz w:val="28"/>
          <w:szCs w:val="28"/>
        </w:rPr>
      </w:pPr>
      <w:proofErr w:type="spellStart"/>
      <w:r w:rsidRPr="00814807">
        <w:rPr>
          <w:sz w:val="28"/>
          <w:szCs w:val="28"/>
        </w:rPr>
        <w:t>Шекарасы</w:t>
      </w:r>
      <w:proofErr w:type="spellEnd"/>
      <w:r w:rsidRPr="00814807">
        <w:rPr>
          <w:sz w:val="28"/>
          <w:szCs w:val="28"/>
        </w:rPr>
        <w:t xml:space="preserve">: </w:t>
      </w:r>
      <w:proofErr w:type="spellStart"/>
      <w:r w:rsidRPr="00AD3760">
        <w:rPr>
          <w:sz w:val="28"/>
          <w:szCs w:val="28"/>
        </w:rPr>
        <w:t>Сығанақ</w:t>
      </w:r>
      <w:proofErr w:type="spellEnd"/>
      <w:r w:rsidRPr="00AD3760">
        <w:rPr>
          <w:sz w:val="28"/>
          <w:szCs w:val="28"/>
        </w:rPr>
        <w:t xml:space="preserve"> </w:t>
      </w:r>
      <w:proofErr w:type="spellStart"/>
      <w:r w:rsidRPr="00AD3760">
        <w:rPr>
          <w:sz w:val="28"/>
          <w:szCs w:val="28"/>
        </w:rPr>
        <w:t>көшесінен</w:t>
      </w:r>
      <w:proofErr w:type="spellEnd"/>
      <w:r w:rsidRPr="00AD3760">
        <w:rPr>
          <w:sz w:val="28"/>
          <w:szCs w:val="28"/>
        </w:rPr>
        <w:t xml:space="preserve"> </w:t>
      </w:r>
      <w:proofErr w:type="spellStart"/>
      <w:r w:rsidRPr="00AD3760">
        <w:rPr>
          <w:sz w:val="28"/>
          <w:szCs w:val="28"/>
        </w:rPr>
        <w:t>Мәңгілік</w:t>
      </w:r>
      <w:proofErr w:type="spellEnd"/>
      <w:r w:rsidRPr="00AD3760">
        <w:rPr>
          <w:sz w:val="28"/>
          <w:szCs w:val="28"/>
        </w:rPr>
        <w:t xml:space="preserve"> Ел </w:t>
      </w:r>
      <w:proofErr w:type="spellStart"/>
      <w:r w:rsidRPr="00AD3760">
        <w:rPr>
          <w:sz w:val="28"/>
          <w:szCs w:val="28"/>
        </w:rPr>
        <w:t>даңғылының</w:t>
      </w:r>
      <w:proofErr w:type="spellEnd"/>
      <w:r w:rsidRPr="00AD3760">
        <w:rPr>
          <w:sz w:val="28"/>
          <w:szCs w:val="28"/>
        </w:rPr>
        <w:t xml:space="preserve"> </w:t>
      </w:r>
      <w:proofErr w:type="spellStart"/>
      <w:r w:rsidRPr="00AD3760">
        <w:rPr>
          <w:sz w:val="28"/>
          <w:szCs w:val="28"/>
        </w:rPr>
        <w:t>тақ</w:t>
      </w:r>
      <w:proofErr w:type="spellEnd"/>
      <w:r>
        <w:rPr>
          <w:sz w:val="28"/>
          <w:szCs w:val="28"/>
          <w:lang w:val="kk-KZ"/>
        </w:rPr>
        <w:t xml:space="preserve"> сандар</w:t>
      </w:r>
      <w:r w:rsidRPr="00AD3760">
        <w:rPr>
          <w:sz w:val="28"/>
          <w:szCs w:val="28"/>
        </w:rPr>
        <w:t xml:space="preserve"> </w:t>
      </w:r>
      <w:proofErr w:type="spellStart"/>
      <w:r w:rsidRPr="00AD3760">
        <w:rPr>
          <w:sz w:val="28"/>
          <w:szCs w:val="28"/>
        </w:rPr>
        <w:t>жағымен</w:t>
      </w:r>
      <w:proofErr w:type="spellEnd"/>
      <w:r w:rsidRPr="00AD3760">
        <w:rPr>
          <w:sz w:val="28"/>
          <w:szCs w:val="28"/>
        </w:rPr>
        <w:t xml:space="preserve"> </w:t>
      </w:r>
      <w:proofErr w:type="spellStart"/>
      <w:r w:rsidRPr="00AD3760">
        <w:rPr>
          <w:sz w:val="28"/>
          <w:szCs w:val="28"/>
        </w:rPr>
        <w:t>Мәңгілік</w:t>
      </w:r>
      <w:proofErr w:type="spellEnd"/>
      <w:r w:rsidRPr="00AD3760">
        <w:rPr>
          <w:sz w:val="28"/>
          <w:szCs w:val="28"/>
        </w:rPr>
        <w:t xml:space="preserve"> Ел </w:t>
      </w:r>
      <w:proofErr w:type="spellStart"/>
      <w:r w:rsidRPr="00AD3760">
        <w:rPr>
          <w:sz w:val="28"/>
          <w:szCs w:val="28"/>
        </w:rPr>
        <w:t>даңғылындағы</w:t>
      </w:r>
      <w:proofErr w:type="spellEnd"/>
      <w:r w:rsidRPr="00AD3760">
        <w:rPr>
          <w:sz w:val="28"/>
          <w:szCs w:val="28"/>
        </w:rPr>
        <w:t xml:space="preserve"> № 17 </w:t>
      </w:r>
      <w:proofErr w:type="spellStart"/>
      <w:r w:rsidRPr="00AD3760">
        <w:rPr>
          <w:sz w:val="28"/>
          <w:szCs w:val="28"/>
        </w:rPr>
        <w:t>үйге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Мәңгілік</w:t>
      </w:r>
      <w:proofErr w:type="spellEnd"/>
      <w:r w:rsidRPr="00AD3760">
        <w:rPr>
          <w:sz w:val="28"/>
          <w:szCs w:val="28"/>
        </w:rPr>
        <w:t xml:space="preserve"> Ел </w:t>
      </w:r>
      <w:proofErr w:type="spellStart"/>
      <w:r w:rsidRPr="00AD3760">
        <w:rPr>
          <w:sz w:val="28"/>
          <w:szCs w:val="28"/>
        </w:rPr>
        <w:lastRenderedPageBreak/>
        <w:t>даңғылындағы</w:t>
      </w:r>
      <w:proofErr w:type="spellEnd"/>
      <w:r w:rsidRPr="00AD3760">
        <w:rPr>
          <w:sz w:val="28"/>
          <w:szCs w:val="28"/>
        </w:rPr>
        <w:t xml:space="preserve"> № 17 </w:t>
      </w:r>
      <w:proofErr w:type="spellStart"/>
      <w:r w:rsidRPr="00AD3760">
        <w:rPr>
          <w:sz w:val="28"/>
          <w:szCs w:val="28"/>
        </w:rPr>
        <w:t>үйден</w:t>
      </w:r>
      <w:proofErr w:type="spellEnd"/>
      <w:r w:rsidRPr="00AD3760">
        <w:rPr>
          <w:sz w:val="28"/>
          <w:szCs w:val="28"/>
        </w:rPr>
        <w:t xml:space="preserve"> </w:t>
      </w:r>
      <w:proofErr w:type="spellStart"/>
      <w:r w:rsidRPr="00AD3760">
        <w:rPr>
          <w:sz w:val="28"/>
          <w:szCs w:val="28"/>
        </w:rPr>
        <w:t>өтпе</w:t>
      </w:r>
      <w:proofErr w:type="spellEnd"/>
      <w:r w:rsidRPr="00AD3760">
        <w:rPr>
          <w:sz w:val="28"/>
          <w:szCs w:val="28"/>
        </w:rPr>
        <w:t xml:space="preserve"> </w:t>
      </w:r>
      <w:proofErr w:type="spellStart"/>
      <w:r w:rsidRPr="00AD3760">
        <w:rPr>
          <w:sz w:val="28"/>
          <w:szCs w:val="28"/>
        </w:rPr>
        <w:t>жолмен</w:t>
      </w:r>
      <w:proofErr w:type="spellEnd"/>
      <w:r w:rsidRPr="00AD3760">
        <w:rPr>
          <w:sz w:val="28"/>
          <w:szCs w:val="28"/>
        </w:rPr>
        <w:t xml:space="preserve"> </w:t>
      </w:r>
      <w:proofErr w:type="spellStart"/>
      <w:r w:rsidRPr="00AD3760">
        <w:rPr>
          <w:sz w:val="28"/>
          <w:szCs w:val="28"/>
        </w:rPr>
        <w:t>Түркістан</w:t>
      </w:r>
      <w:proofErr w:type="spellEnd"/>
      <w:r w:rsidRPr="00AD3760">
        <w:rPr>
          <w:sz w:val="28"/>
          <w:szCs w:val="28"/>
        </w:rPr>
        <w:t xml:space="preserve"> </w:t>
      </w:r>
      <w:proofErr w:type="spellStart"/>
      <w:r w:rsidRPr="00AD3760">
        <w:rPr>
          <w:sz w:val="28"/>
          <w:szCs w:val="28"/>
        </w:rPr>
        <w:t>көшесіндегі</w:t>
      </w:r>
      <w:proofErr w:type="spellEnd"/>
      <w:r w:rsidRPr="00AD3760">
        <w:rPr>
          <w:sz w:val="28"/>
          <w:szCs w:val="28"/>
        </w:rPr>
        <w:t xml:space="preserve"> № 2 </w:t>
      </w:r>
      <w:proofErr w:type="spellStart"/>
      <w:r w:rsidRPr="00AD3760">
        <w:rPr>
          <w:sz w:val="28"/>
          <w:szCs w:val="28"/>
        </w:rPr>
        <w:t>үйге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Түркістан</w:t>
      </w:r>
      <w:proofErr w:type="spellEnd"/>
      <w:r w:rsidRPr="00AD3760">
        <w:rPr>
          <w:sz w:val="28"/>
          <w:szCs w:val="28"/>
        </w:rPr>
        <w:t xml:space="preserve"> </w:t>
      </w:r>
      <w:proofErr w:type="spellStart"/>
      <w:r w:rsidRPr="00AD3760">
        <w:rPr>
          <w:sz w:val="28"/>
          <w:szCs w:val="28"/>
        </w:rPr>
        <w:t>көшесіндегі</w:t>
      </w:r>
      <w:proofErr w:type="spellEnd"/>
      <w:r w:rsidRPr="00AD3760">
        <w:rPr>
          <w:sz w:val="28"/>
          <w:szCs w:val="28"/>
        </w:rPr>
        <w:t xml:space="preserve"> № 2 </w:t>
      </w:r>
      <w:proofErr w:type="spellStart"/>
      <w:r w:rsidRPr="00AD3760">
        <w:rPr>
          <w:sz w:val="28"/>
          <w:szCs w:val="28"/>
        </w:rPr>
        <w:t>үйден</w:t>
      </w:r>
      <w:proofErr w:type="spellEnd"/>
      <w:r w:rsidRPr="00AD3760">
        <w:rPr>
          <w:sz w:val="28"/>
          <w:szCs w:val="28"/>
        </w:rPr>
        <w:t xml:space="preserve"> </w:t>
      </w:r>
      <w:proofErr w:type="spellStart"/>
      <w:r w:rsidRPr="00AD3760">
        <w:rPr>
          <w:sz w:val="28"/>
          <w:szCs w:val="28"/>
        </w:rPr>
        <w:t>өт</w:t>
      </w:r>
      <w:proofErr w:type="spellEnd"/>
      <w:r>
        <w:rPr>
          <w:sz w:val="28"/>
          <w:szCs w:val="28"/>
          <w:lang w:val="kk-KZ"/>
        </w:rPr>
        <w:t>п</w:t>
      </w:r>
      <w:r w:rsidRPr="00AD3760">
        <w:rPr>
          <w:sz w:val="28"/>
          <w:szCs w:val="28"/>
        </w:rPr>
        <w:t>е</w:t>
      </w:r>
      <w:r>
        <w:rPr>
          <w:sz w:val="28"/>
          <w:szCs w:val="28"/>
          <w:lang w:val="kk-KZ"/>
        </w:rPr>
        <w:t xml:space="preserve"> жол</w:t>
      </w:r>
      <w:r w:rsidRPr="00AD3760">
        <w:rPr>
          <w:sz w:val="28"/>
          <w:szCs w:val="28"/>
        </w:rPr>
        <w:t xml:space="preserve">мен Алматы </w:t>
      </w:r>
      <w:proofErr w:type="spellStart"/>
      <w:r w:rsidRPr="00AD3760">
        <w:rPr>
          <w:sz w:val="28"/>
          <w:szCs w:val="28"/>
        </w:rPr>
        <w:t>көшесіндегі</w:t>
      </w:r>
      <w:proofErr w:type="spellEnd"/>
      <w:r w:rsidRPr="00AD3760">
        <w:rPr>
          <w:sz w:val="28"/>
          <w:szCs w:val="28"/>
        </w:rPr>
        <w:t xml:space="preserve"> № 11 </w:t>
      </w:r>
      <w:proofErr w:type="spellStart"/>
      <w:r w:rsidRPr="00AD3760">
        <w:rPr>
          <w:sz w:val="28"/>
          <w:szCs w:val="28"/>
        </w:rPr>
        <w:t>үйге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Алматы </w:t>
      </w:r>
      <w:proofErr w:type="spellStart"/>
      <w:r w:rsidRPr="00AD3760">
        <w:rPr>
          <w:sz w:val="28"/>
          <w:szCs w:val="28"/>
        </w:rPr>
        <w:t>көшесіндегі</w:t>
      </w:r>
      <w:proofErr w:type="spellEnd"/>
      <w:r w:rsidRPr="00AD3760">
        <w:rPr>
          <w:sz w:val="28"/>
          <w:szCs w:val="28"/>
        </w:rPr>
        <w:t xml:space="preserve"> № 11 </w:t>
      </w:r>
      <w:proofErr w:type="spellStart"/>
      <w:r w:rsidRPr="00AD3760">
        <w:rPr>
          <w:sz w:val="28"/>
          <w:szCs w:val="28"/>
        </w:rPr>
        <w:t>үйден</w:t>
      </w:r>
      <w:proofErr w:type="spellEnd"/>
      <w:r w:rsidRPr="00AD3760">
        <w:rPr>
          <w:sz w:val="28"/>
          <w:szCs w:val="28"/>
        </w:rPr>
        <w:t xml:space="preserve"> </w:t>
      </w:r>
      <w:proofErr w:type="spellStart"/>
      <w:r w:rsidRPr="00AD3760">
        <w:rPr>
          <w:sz w:val="28"/>
          <w:szCs w:val="28"/>
        </w:rPr>
        <w:t>өт</w:t>
      </w:r>
      <w:proofErr w:type="spellEnd"/>
      <w:r>
        <w:rPr>
          <w:sz w:val="28"/>
          <w:szCs w:val="28"/>
          <w:lang w:val="kk-KZ"/>
        </w:rPr>
        <w:t>п</w:t>
      </w:r>
      <w:r w:rsidRPr="00AD3760">
        <w:rPr>
          <w:sz w:val="28"/>
          <w:szCs w:val="28"/>
        </w:rPr>
        <w:t>е</w:t>
      </w:r>
      <w:r>
        <w:rPr>
          <w:sz w:val="28"/>
          <w:szCs w:val="28"/>
          <w:lang w:val="kk-KZ"/>
        </w:rPr>
        <w:t xml:space="preserve"> жол</w:t>
      </w:r>
      <w:r w:rsidRPr="00AD3760">
        <w:rPr>
          <w:sz w:val="28"/>
          <w:szCs w:val="28"/>
        </w:rPr>
        <w:t xml:space="preserve">мен </w:t>
      </w:r>
      <w:proofErr w:type="spellStart"/>
      <w:r w:rsidRPr="00AD3760">
        <w:rPr>
          <w:sz w:val="28"/>
          <w:szCs w:val="28"/>
        </w:rPr>
        <w:t>Түркістан</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Түркістан</w:t>
      </w:r>
      <w:proofErr w:type="spellEnd"/>
      <w:r w:rsidRPr="00AD3760">
        <w:rPr>
          <w:sz w:val="28"/>
          <w:szCs w:val="28"/>
        </w:rPr>
        <w:t xml:space="preserve"> </w:t>
      </w:r>
      <w:proofErr w:type="spellStart"/>
      <w:r w:rsidRPr="00AD3760">
        <w:rPr>
          <w:sz w:val="28"/>
          <w:szCs w:val="28"/>
        </w:rPr>
        <w:t>көшесімен</w:t>
      </w:r>
      <w:proofErr w:type="spellEnd"/>
      <w:r w:rsidRPr="00AD3760">
        <w:rPr>
          <w:sz w:val="28"/>
          <w:szCs w:val="28"/>
        </w:rPr>
        <w:t xml:space="preserve"> </w:t>
      </w:r>
      <w:proofErr w:type="spellStart"/>
      <w:r w:rsidRPr="00AD3760">
        <w:rPr>
          <w:sz w:val="28"/>
          <w:szCs w:val="28"/>
        </w:rPr>
        <w:t>Сығанақ</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Түркістан</w:t>
      </w:r>
      <w:proofErr w:type="spellEnd"/>
      <w:r w:rsidRPr="00AD3760">
        <w:rPr>
          <w:sz w:val="28"/>
          <w:szCs w:val="28"/>
        </w:rPr>
        <w:t xml:space="preserve"> </w:t>
      </w:r>
      <w:proofErr w:type="spellStart"/>
      <w:r w:rsidRPr="00AD3760">
        <w:rPr>
          <w:sz w:val="28"/>
          <w:szCs w:val="28"/>
        </w:rPr>
        <w:t>көшесінен</w:t>
      </w:r>
      <w:proofErr w:type="spellEnd"/>
      <w:r w:rsidRPr="00AD3760">
        <w:rPr>
          <w:sz w:val="28"/>
          <w:szCs w:val="28"/>
        </w:rPr>
        <w:t xml:space="preserve"> </w:t>
      </w:r>
      <w:proofErr w:type="spellStart"/>
      <w:r w:rsidRPr="00AD3760">
        <w:rPr>
          <w:sz w:val="28"/>
          <w:szCs w:val="28"/>
        </w:rPr>
        <w:t>Сығанақ</w:t>
      </w:r>
      <w:proofErr w:type="spellEnd"/>
      <w:r w:rsidRPr="00AD3760">
        <w:rPr>
          <w:sz w:val="28"/>
          <w:szCs w:val="28"/>
        </w:rPr>
        <w:t xml:space="preserve"> </w:t>
      </w:r>
      <w:proofErr w:type="spellStart"/>
      <w:r w:rsidRPr="00AD3760">
        <w:rPr>
          <w:sz w:val="28"/>
          <w:szCs w:val="28"/>
        </w:rPr>
        <w:t>көшесімен</w:t>
      </w:r>
      <w:proofErr w:type="spellEnd"/>
      <w:r w:rsidRPr="00AD3760">
        <w:rPr>
          <w:sz w:val="28"/>
          <w:szCs w:val="28"/>
        </w:rPr>
        <w:t xml:space="preserve"> </w:t>
      </w:r>
      <w:proofErr w:type="spellStart"/>
      <w:r w:rsidRPr="00AD3760">
        <w:rPr>
          <w:sz w:val="28"/>
          <w:szCs w:val="28"/>
        </w:rPr>
        <w:t>Мәңгілік</w:t>
      </w:r>
      <w:proofErr w:type="spellEnd"/>
      <w:r w:rsidRPr="00AD3760">
        <w:rPr>
          <w:sz w:val="28"/>
          <w:szCs w:val="28"/>
        </w:rPr>
        <w:t xml:space="preserve"> Ел </w:t>
      </w:r>
      <w:proofErr w:type="spellStart"/>
      <w:r w:rsidRPr="00AD3760">
        <w:rPr>
          <w:sz w:val="28"/>
          <w:szCs w:val="28"/>
        </w:rPr>
        <w:t>даңғылына</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w:t>
      </w:r>
    </w:p>
    <w:p w14:paraId="760917F4" w14:textId="77777777" w:rsidR="00E72A3C" w:rsidRPr="00420D39" w:rsidRDefault="00E72A3C" w:rsidP="00E72A3C">
      <w:pPr>
        <w:ind w:firstLine="567"/>
        <w:jc w:val="both"/>
        <w:rPr>
          <w:sz w:val="28"/>
          <w:szCs w:val="28"/>
        </w:rPr>
      </w:pPr>
    </w:p>
    <w:p w14:paraId="55E8D3DD" w14:textId="77777777" w:rsidR="00E72A3C" w:rsidRPr="00814807" w:rsidRDefault="00E72A3C" w:rsidP="00E72A3C">
      <w:pPr>
        <w:jc w:val="center"/>
        <w:rPr>
          <w:sz w:val="28"/>
          <w:szCs w:val="28"/>
        </w:rPr>
      </w:pPr>
      <w:r w:rsidRPr="00814807">
        <w:rPr>
          <w:sz w:val="28"/>
          <w:szCs w:val="28"/>
        </w:rPr>
        <w:t xml:space="preserve">№ 126 </w:t>
      </w:r>
      <w:proofErr w:type="spellStart"/>
      <w:r w:rsidRPr="00814807">
        <w:rPr>
          <w:sz w:val="28"/>
          <w:szCs w:val="28"/>
        </w:rPr>
        <w:t>сайлау</w:t>
      </w:r>
      <w:proofErr w:type="spellEnd"/>
      <w:r w:rsidRPr="00814807">
        <w:rPr>
          <w:sz w:val="28"/>
          <w:szCs w:val="28"/>
        </w:rPr>
        <w:t xml:space="preserve"> </w:t>
      </w:r>
      <w:proofErr w:type="spellStart"/>
      <w:r w:rsidRPr="00814807">
        <w:rPr>
          <w:sz w:val="28"/>
          <w:szCs w:val="28"/>
        </w:rPr>
        <w:t>учаскесі</w:t>
      </w:r>
      <w:proofErr w:type="spellEnd"/>
    </w:p>
    <w:p w14:paraId="6014B899" w14:textId="77777777" w:rsidR="00E72A3C" w:rsidRPr="00814807" w:rsidRDefault="00E72A3C" w:rsidP="00E72A3C">
      <w:pPr>
        <w:jc w:val="center"/>
        <w:rPr>
          <w:sz w:val="28"/>
          <w:szCs w:val="28"/>
        </w:rPr>
      </w:pPr>
      <w:r w:rsidRPr="00814807">
        <w:rPr>
          <w:sz w:val="28"/>
          <w:szCs w:val="28"/>
        </w:rPr>
        <w:t>(</w:t>
      </w:r>
      <w:proofErr w:type="spellStart"/>
      <w:r w:rsidRPr="00814807">
        <w:rPr>
          <w:sz w:val="28"/>
          <w:szCs w:val="28"/>
        </w:rPr>
        <w:t>орталығы</w:t>
      </w:r>
      <w:proofErr w:type="spellEnd"/>
      <w:r w:rsidRPr="00814807">
        <w:rPr>
          <w:sz w:val="28"/>
          <w:szCs w:val="28"/>
        </w:rPr>
        <w:t xml:space="preserve"> – Астана </w:t>
      </w:r>
      <w:proofErr w:type="spellStart"/>
      <w:r w:rsidRPr="00814807">
        <w:rPr>
          <w:sz w:val="28"/>
          <w:szCs w:val="28"/>
        </w:rPr>
        <w:t>қаласы</w:t>
      </w:r>
      <w:proofErr w:type="spellEnd"/>
      <w:r w:rsidRPr="00814807">
        <w:rPr>
          <w:sz w:val="28"/>
          <w:szCs w:val="28"/>
        </w:rPr>
        <w:t xml:space="preserve"> </w:t>
      </w:r>
      <w:proofErr w:type="spellStart"/>
      <w:r w:rsidRPr="00814807">
        <w:rPr>
          <w:sz w:val="28"/>
          <w:szCs w:val="28"/>
        </w:rPr>
        <w:t>әкімдігінің</w:t>
      </w:r>
      <w:proofErr w:type="spellEnd"/>
      <w:r w:rsidRPr="00814807">
        <w:rPr>
          <w:sz w:val="28"/>
          <w:szCs w:val="28"/>
        </w:rPr>
        <w:t xml:space="preserve"> «</w:t>
      </w:r>
      <w:proofErr w:type="spellStart"/>
      <w:r w:rsidRPr="00814807">
        <w:rPr>
          <w:sz w:val="28"/>
          <w:szCs w:val="28"/>
        </w:rPr>
        <w:t>Әлихан</w:t>
      </w:r>
      <w:proofErr w:type="spellEnd"/>
      <w:r w:rsidRPr="00814807">
        <w:rPr>
          <w:sz w:val="28"/>
          <w:szCs w:val="28"/>
        </w:rPr>
        <w:t xml:space="preserve"> </w:t>
      </w:r>
      <w:proofErr w:type="spellStart"/>
      <w:r w:rsidRPr="00814807">
        <w:rPr>
          <w:sz w:val="28"/>
          <w:szCs w:val="28"/>
        </w:rPr>
        <w:t>Бөкейхан</w:t>
      </w:r>
      <w:proofErr w:type="spellEnd"/>
      <w:r w:rsidRPr="00814807">
        <w:rPr>
          <w:sz w:val="28"/>
          <w:szCs w:val="28"/>
        </w:rPr>
        <w:t xml:space="preserve"> </w:t>
      </w:r>
      <w:proofErr w:type="spellStart"/>
      <w:r w:rsidRPr="00814807">
        <w:rPr>
          <w:sz w:val="28"/>
          <w:szCs w:val="28"/>
        </w:rPr>
        <w:t>атындағы</w:t>
      </w:r>
      <w:proofErr w:type="spellEnd"/>
      <w:r w:rsidRPr="00814807">
        <w:rPr>
          <w:sz w:val="28"/>
          <w:szCs w:val="28"/>
        </w:rPr>
        <w:t xml:space="preserve"> </w:t>
      </w:r>
    </w:p>
    <w:p w14:paraId="15FAB454" w14:textId="77777777" w:rsidR="00E72A3C" w:rsidRPr="00814807" w:rsidRDefault="00E72A3C" w:rsidP="00E72A3C">
      <w:pPr>
        <w:jc w:val="center"/>
        <w:rPr>
          <w:sz w:val="28"/>
          <w:szCs w:val="28"/>
        </w:rPr>
      </w:pPr>
      <w:r w:rsidRPr="00814807">
        <w:rPr>
          <w:sz w:val="28"/>
          <w:szCs w:val="28"/>
        </w:rPr>
        <w:t xml:space="preserve">№ 76 </w:t>
      </w:r>
      <w:proofErr w:type="spellStart"/>
      <w:r w:rsidRPr="00814807">
        <w:rPr>
          <w:sz w:val="28"/>
          <w:szCs w:val="28"/>
        </w:rPr>
        <w:t>мектеп</w:t>
      </w:r>
      <w:proofErr w:type="spellEnd"/>
      <w:r w:rsidRPr="00814807">
        <w:rPr>
          <w:sz w:val="28"/>
          <w:szCs w:val="28"/>
        </w:rPr>
        <w:t xml:space="preserve">-лицей» </w:t>
      </w:r>
      <w:proofErr w:type="spellStart"/>
      <w:r w:rsidRPr="00814807">
        <w:rPr>
          <w:sz w:val="28"/>
          <w:szCs w:val="28"/>
        </w:rPr>
        <w:t>шаруашылық</w:t>
      </w:r>
      <w:proofErr w:type="spellEnd"/>
      <w:r w:rsidRPr="00814807">
        <w:rPr>
          <w:sz w:val="28"/>
          <w:szCs w:val="28"/>
        </w:rPr>
        <w:t xml:space="preserve"> </w:t>
      </w:r>
      <w:proofErr w:type="spellStart"/>
      <w:r w:rsidRPr="00814807">
        <w:rPr>
          <w:sz w:val="28"/>
          <w:szCs w:val="28"/>
        </w:rPr>
        <w:t>жүргізу</w:t>
      </w:r>
      <w:proofErr w:type="spellEnd"/>
      <w:r w:rsidRPr="00814807">
        <w:rPr>
          <w:sz w:val="28"/>
          <w:szCs w:val="28"/>
        </w:rPr>
        <w:t xml:space="preserve"> </w:t>
      </w:r>
      <w:proofErr w:type="spellStart"/>
      <w:r w:rsidRPr="00814807">
        <w:rPr>
          <w:sz w:val="28"/>
          <w:szCs w:val="28"/>
        </w:rPr>
        <w:t>құқығындағы</w:t>
      </w:r>
      <w:proofErr w:type="spellEnd"/>
      <w:r w:rsidRPr="00814807">
        <w:rPr>
          <w:sz w:val="28"/>
          <w:szCs w:val="28"/>
        </w:rPr>
        <w:t xml:space="preserve"> </w:t>
      </w:r>
      <w:proofErr w:type="spellStart"/>
      <w:r w:rsidRPr="00814807">
        <w:rPr>
          <w:sz w:val="28"/>
          <w:szCs w:val="28"/>
        </w:rPr>
        <w:t>мемлекеттік</w:t>
      </w:r>
      <w:proofErr w:type="spellEnd"/>
      <w:r w:rsidRPr="00814807">
        <w:rPr>
          <w:sz w:val="28"/>
          <w:szCs w:val="28"/>
        </w:rPr>
        <w:t xml:space="preserve"> </w:t>
      </w:r>
      <w:proofErr w:type="spellStart"/>
      <w:r w:rsidRPr="00814807">
        <w:rPr>
          <w:sz w:val="28"/>
          <w:szCs w:val="28"/>
        </w:rPr>
        <w:t>коммуналдық</w:t>
      </w:r>
      <w:proofErr w:type="spellEnd"/>
      <w:r w:rsidRPr="00814807">
        <w:rPr>
          <w:sz w:val="28"/>
          <w:szCs w:val="28"/>
        </w:rPr>
        <w:t xml:space="preserve"> </w:t>
      </w:r>
      <w:proofErr w:type="spellStart"/>
      <w:r w:rsidRPr="00814807">
        <w:rPr>
          <w:sz w:val="28"/>
          <w:szCs w:val="28"/>
        </w:rPr>
        <w:t>кәсіпорны</w:t>
      </w:r>
      <w:proofErr w:type="spellEnd"/>
      <w:r w:rsidRPr="00814807">
        <w:rPr>
          <w:sz w:val="28"/>
          <w:szCs w:val="28"/>
        </w:rPr>
        <w:t xml:space="preserve">, </w:t>
      </w:r>
      <w:proofErr w:type="spellStart"/>
      <w:r w:rsidRPr="00814807">
        <w:rPr>
          <w:sz w:val="28"/>
          <w:szCs w:val="28"/>
        </w:rPr>
        <w:t>Түркістан</w:t>
      </w:r>
      <w:proofErr w:type="spellEnd"/>
      <w:r w:rsidRPr="00814807">
        <w:rPr>
          <w:sz w:val="28"/>
          <w:szCs w:val="28"/>
        </w:rPr>
        <w:t xml:space="preserve"> </w:t>
      </w:r>
      <w:proofErr w:type="spellStart"/>
      <w:r w:rsidRPr="00814807">
        <w:rPr>
          <w:sz w:val="28"/>
          <w:szCs w:val="28"/>
        </w:rPr>
        <w:t>көшесі</w:t>
      </w:r>
      <w:proofErr w:type="spellEnd"/>
      <w:r w:rsidRPr="00814807">
        <w:rPr>
          <w:sz w:val="28"/>
          <w:szCs w:val="28"/>
        </w:rPr>
        <w:t>, № 10/1)</w:t>
      </w:r>
    </w:p>
    <w:p w14:paraId="4DE4BFD3" w14:textId="77777777" w:rsidR="00E72A3C" w:rsidRPr="00814807" w:rsidRDefault="00E72A3C" w:rsidP="00E72A3C">
      <w:pPr>
        <w:jc w:val="center"/>
        <w:rPr>
          <w:sz w:val="28"/>
          <w:szCs w:val="28"/>
        </w:rPr>
      </w:pPr>
    </w:p>
    <w:p w14:paraId="5B9FDC2A" w14:textId="77777777" w:rsidR="00E72A3C" w:rsidRPr="00420D39" w:rsidRDefault="00E72A3C" w:rsidP="00E72A3C">
      <w:pPr>
        <w:ind w:firstLine="567"/>
        <w:jc w:val="both"/>
        <w:rPr>
          <w:sz w:val="28"/>
          <w:szCs w:val="28"/>
          <w:lang w:val="kk-KZ"/>
        </w:rPr>
      </w:pPr>
      <w:proofErr w:type="spellStart"/>
      <w:r w:rsidRPr="00AD3760">
        <w:rPr>
          <w:sz w:val="28"/>
          <w:szCs w:val="28"/>
        </w:rPr>
        <w:t>Шекарасы</w:t>
      </w:r>
      <w:proofErr w:type="spellEnd"/>
      <w:r w:rsidRPr="00AD3760">
        <w:rPr>
          <w:sz w:val="28"/>
          <w:szCs w:val="28"/>
        </w:rPr>
        <w:t xml:space="preserve">: </w:t>
      </w:r>
      <w:r w:rsidRPr="00AD3760">
        <w:rPr>
          <w:sz w:val="28"/>
          <w:szCs w:val="28"/>
          <w:lang w:val="kk-KZ"/>
        </w:rPr>
        <w:t xml:space="preserve">Сауран көшесінен Алматы көшесінің жұп </w:t>
      </w:r>
      <w:r>
        <w:rPr>
          <w:sz w:val="28"/>
          <w:szCs w:val="28"/>
          <w:lang w:val="kk-KZ"/>
        </w:rPr>
        <w:t xml:space="preserve">сандар </w:t>
      </w:r>
      <w:r w:rsidRPr="00AD3760">
        <w:rPr>
          <w:sz w:val="28"/>
          <w:szCs w:val="28"/>
          <w:lang w:val="kk-KZ"/>
        </w:rPr>
        <w:t xml:space="preserve">жағымен Түркістан көшесіне дейін, Түркістан көшесінің тақ </w:t>
      </w:r>
      <w:r>
        <w:rPr>
          <w:sz w:val="28"/>
          <w:szCs w:val="28"/>
          <w:lang w:val="kk-KZ"/>
        </w:rPr>
        <w:t xml:space="preserve">сандар </w:t>
      </w:r>
      <w:r w:rsidRPr="00AD3760">
        <w:rPr>
          <w:sz w:val="28"/>
          <w:szCs w:val="28"/>
          <w:lang w:val="kk-KZ"/>
        </w:rPr>
        <w:t xml:space="preserve">жағымен Керей, Жәнібек хандар көшесіне дейін, Керей, Жәнібек хандар көшесінің тақ </w:t>
      </w:r>
      <w:r>
        <w:rPr>
          <w:sz w:val="28"/>
          <w:szCs w:val="28"/>
          <w:lang w:val="kk-KZ"/>
        </w:rPr>
        <w:t xml:space="preserve">сандар </w:t>
      </w:r>
      <w:r w:rsidRPr="00AD3760">
        <w:rPr>
          <w:sz w:val="28"/>
          <w:szCs w:val="28"/>
          <w:lang w:val="kk-KZ"/>
        </w:rPr>
        <w:t xml:space="preserve">жағымен Сауран көшесіне дейін, Сауран көшесінің жұп </w:t>
      </w:r>
      <w:r>
        <w:rPr>
          <w:sz w:val="28"/>
          <w:szCs w:val="28"/>
          <w:lang w:val="kk-KZ"/>
        </w:rPr>
        <w:t xml:space="preserve">сандар </w:t>
      </w:r>
      <w:r w:rsidRPr="00AD3760">
        <w:rPr>
          <w:sz w:val="28"/>
          <w:szCs w:val="28"/>
          <w:lang w:val="kk-KZ"/>
        </w:rPr>
        <w:t>жағымен Алматы көшесіне дейін.</w:t>
      </w:r>
    </w:p>
    <w:p w14:paraId="1ECE2149" w14:textId="77777777" w:rsidR="00E72A3C" w:rsidRPr="00420D39" w:rsidRDefault="00E72A3C" w:rsidP="00E72A3C">
      <w:pPr>
        <w:ind w:firstLine="567"/>
        <w:jc w:val="both"/>
        <w:rPr>
          <w:sz w:val="28"/>
          <w:szCs w:val="28"/>
        </w:rPr>
      </w:pPr>
    </w:p>
    <w:p w14:paraId="64DFA1D1" w14:textId="77777777" w:rsidR="00E72A3C" w:rsidRPr="00AD3760" w:rsidRDefault="00E72A3C" w:rsidP="00E72A3C">
      <w:pPr>
        <w:jc w:val="center"/>
        <w:rPr>
          <w:sz w:val="28"/>
          <w:szCs w:val="28"/>
        </w:rPr>
      </w:pPr>
      <w:r w:rsidRPr="00AD3760">
        <w:rPr>
          <w:sz w:val="28"/>
          <w:szCs w:val="28"/>
        </w:rPr>
        <w:t xml:space="preserve">№ 127 </w:t>
      </w:r>
      <w:proofErr w:type="spellStart"/>
      <w:r w:rsidRPr="00AD3760">
        <w:rPr>
          <w:sz w:val="28"/>
          <w:szCs w:val="28"/>
        </w:rPr>
        <w:t>сайлау</w:t>
      </w:r>
      <w:proofErr w:type="spellEnd"/>
      <w:r w:rsidRPr="00AD3760">
        <w:rPr>
          <w:sz w:val="28"/>
          <w:szCs w:val="28"/>
        </w:rPr>
        <w:t xml:space="preserve"> </w:t>
      </w:r>
      <w:proofErr w:type="spellStart"/>
      <w:r w:rsidRPr="00AD3760">
        <w:rPr>
          <w:sz w:val="28"/>
          <w:szCs w:val="28"/>
        </w:rPr>
        <w:t>учаскесі</w:t>
      </w:r>
      <w:proofErr w:type="spellEnd"/>
    </w:p>
    <w:p w14:paraId="724FC6E2" w14:textId="77777777" w:rsidR="00E72A3C" w:rsidRPr="00AD3760" w:rsidRDefault="00E72A3C" w:rsidP="00E72A3C">
      <w:pPr>
        <w:jc w:val="center"/>
        <w:rPr>
          <w:sz w:val="28"/>
          <w:szCs w:val="28"/>
        </w:rPr>
      </w:pPr>
      <w:r w:rsidRPr="00AD3760">
        <w:rPr>
          <w:sz w:val="28"/>
          <w:szCs w:val="28"/>
        </w:rPr>
        <w:t>(</w:t>
      </w:r>
      <w:proofErr w:type="spellStart"/>
      <w:r w:rsidRPr="00AD3760">
        <w:rPr>
          <w:sz w:val="28"/>
          <w:szCs w:val="28"/>
        </w:rPr>
        <w:t>орталығы</w:t>
      </w:r>
      <w:proofErr w:type="spellEnd"/>
      <w:r w:rsidRPr="00AD3760">
        <w:rPr>
          <w:sz w:val="28"/>
          <w:szCs w:val="28"/>
        </w:rPr>
        <w:t> – «</w:t>
      </w:r>
      <w:proofErr w:type="spellStart"/>
      <w:r w:rsidRPr="00AD3760">
        <w:rPr>
          <w:sz w:val="28"/>
          <w:szCs w:val="28"/>
        </w:rPr>
        <w:t>ҚазТрансГаз</w:t>
      </w:r>
      <w:proofErr w:type="spellEnd"/>
      <w:r w:rsidRPr="00AD3760">
        <w:rPr>
          <w:sz w:val="28"/>
          <w:szCs w:val="28"/>
        </w:rPr>
        <w:t xml:space="preserve">» </w:t>
      </w:r>
      <w:proofErr w:type="spellStart"/>
      <w:r w:rsidRPr="00AD3760">
        <w:rPr>
          <w:sz w:val="28"/>
          <w:szCs w:val="28"/>
        </w:rPr>
        <w:t>акционерлік</w:t>
      </w:r>
      <w:proofErr w:type="spellEnd"/>
      <w:r w:rsidRPr="00AD3760">
        <w:rPr>
          <w:sz w:val="28"/>
          <w:szCs w:val="28"/>
        </w:rPr>
        <w:t xml:space="preserve"> </w:t>
      </w:r>
      <w:proofErr w:type="spellStart"/>
      <w:r w:rsidRPr="00AD3760">
        <w:rPr>
          <w:sz w:val="28"/>
          <w:szCs w:val="28"/>
        </w:rPr>
        <w:t>қоғамының</w:t>
      </w:r>
      <w:proofErr w:type="spellEnd"/>
      <w:r w:rsidRPr="00AD3760">
        <w:rPr>
          <w:sz w:val="28"/>
          <w:szCs w:val="28"/>
        </w:rPr>
        <w:t xml:space="preserve"> «</w:t>
      </w:r>
      <w:proofErr w:type="spellStart"/>
      <w:r w:rsidRPr="00AD3760">
        <w:rPr>
          <w:sz w:val="28"/>
          <w:szCs w:val="28"/>
        </w:rPr>
        <w:t>Болашақ</w:t>
      </w:r>
      <w:proofErr w:type="spellEnd"/>
      <w:r w:rsidRPr="00AD3760">
        <w:rPr>
          <w:sz w:val="28"/>
          <w:szCs w:val="28"/>
        </w:rPr>
        <w:t xml:space="preserve">» </w:t>
      </w:r>
    </w:p>
    <w:p w14:paraId="798DC4E2" w14:textId="77777777" w:rsidR="00E72A3C" w:rsidRPr="00AD3760" w:rsidRDefault="00E72A3C" w:rsidP="00E72A3C">
      <w:pPr>
        <w:jc w:val="center"/>
        <w:rPr>
          <w:sz w:val="28"/>
          <w:szCs w:val="28"/>
        </w:rPr>
      </w:pPr>
      <w:r w:rsidRPr="00AD3760">
        <w:rPr>
          <w:sz w:val="28"/>
          <w:szCs w:val="28"/>
        </w:rPr>
        <w:t>бизнес-</w:t>
      </w:r>
      <w:proofErr w:type="spellStart"/>
      <w:r w:rsidRPr="00AD3760">
        <w:rPr>
          <w:sz w:val="28"/>
          <w:szCs w:val="28"/>
        </w:rPr>
        <w:t>орталығы</w:t>
      </w:r>
      <w:proofErr w:type="spellEnd"/>
      <w:r w:rsidRPr="00AD3760">
        <w:rPr>
          <w:sz w:val="28"/>
          <w:szCs w:val="28"/>
        </w:rPr>
        <w:t>, Ә. </w:t>
      </w:r>
      <w:proofErr w:type="spellStart"/>
      <w:r w:rsidRPr="00AD3760">
        <w:rPr>
          <w:sz w:val="28"/>
          <w:szCs w:val="28"/>
        </w:rPr>
        <w:t>Бөкейхан</w:t>
      </w:r>
      <w:proofErr w:type="spellEnd"/>
      <w:r w:rsidRPr="00AD3760">
        <w:rPr>
          <w:sz w:val="28"/>
          <w:szCs w:val="28"/>
        </w:rPr>
        <w:t xml:space="preserve"> </w:t>
      </w:r>
      <w:proofErr w:type="spellStart"/>
      <w:r w:rsidRPr="00AD3760">
        <w:rPr>
          <w:sz w:val="28"/>
          <w:szCs w:val="28"/>
        </w:rPr>
        <w:t>көшесі</w:t>
      </w:r>
      <w:proofErr w:type="spellEnd"/>
      <w:r w:rsidRPr="00AD3760">
        <w:rPr>
          <w:sz w:val="28"/>
          <w:szCs w:val="28"/>
        </w:rPr>
        <w:t>, № 12)</w:t>
      </w:r>
    </w:p>
    <w:p w14:paraId="4EC70ACF" w14:textId="77777777" w:rsidR="00E72A3C" w:rsidRPr="00AD3760" w:rsidRDefault="00E72A3C" w:rsidP="00E72A3C">
      <w:pPr>
        <w:jc w:val="center"/>
        <w:rPr>
          <w:sz w:val="28"/>
          <w:szCs w:val="28"/>
        </w:rPr>
      </w:pPr>
    </w:p>
    <w:p w14:paraId="44F69904" w14:textId="77777777" w:rsidR="00E72A3C" w:rsidRPr="00420D39" w:rsidRDefault="00E72A3C" w:rsidP="00E72A3C">
      <w:pPr>
        <w:ind w:firstLine="567"/>
        <w:jc w:val="both"/>
        <w:rPr>
          <w:sz w:val="28"/>
          <w:szCs w:val="28"/>
        </w:rPr>
      </w:pPr>
      <w:proofErr w:type="spellStart"/>
      <w:r w:rsidRPr="00AD3760">
        <w:rPr>
          <w:sz w:val="28"/>
          <w:szCs w:val="28"/>
        </w:rPr>
        <w:t>Шекарасы</w:t>
      </w:r>
      <w:proofErr w:type="spellEnd"/>
      <w:r w:rsidRPr="00AD3760">
        <w:rPr>
          <w:sz w:val="28"/>
          <w:szCs w:val="28"/>
        </w:rPr>
        <w:t xml:space="preserve">: </w:t>
      </w:r>
      <w:proofErr w:type="spellStart"/>
      <w:r w:rsidRPr="00AD3760">
        <w:rPr>
          <w:sz w:val="28"/>
          <w:szCs w:val="28"/>
        </w:rPr>
        <w:t>Мәңгілік</w:t>
      </w:r>
      <w:proofErr w:type="spellEnd"/>
      <w:r w:rsidRPr="00AD3760">
        <w:rPr>
          <w:sz w:val="28"/>
          <w:szCs w:val="28"/>
        </w:rPr>
        <w:t xml:space="preserve"> Ел </w:t>
      </w:r>
      <w:proofErr w:type="spellStart"/>
      <w:r w:rsidRPr="00AD3760">
        <w:rPr>
          <w:sz w:val="28"/>
          <w:szCs w:val="28"/>
        </w:rPr>
        <w:t>даңғылынан</w:t>
      </w:r>
      <w:proofErr w:type="spellEnd"/>
      <w:r w:rsidRPr="00AD3760">
        <w:rPr>
          <w:sz w:val="28"/>
          <w:szCs w:val="28"/>
        </w:rPr>
        <w:t xml:space="preserve"> </w:t>
      </w:r>
      <w:proofErr w:type="spellStart"/>
      <w:r w:rsidRPr="00AD3760">
        <w:rPr>
          <w:sz w:val="28"/>
          <w:szCs w:val="28"/>
        </w:rPr>
        <w:t>Орынбор</w:t>
      </w:r>
      <w:proofErr w:type="spellEnd"/>
      <w:r w:rsidRPr="00AD3760">
        <w:rPr>
          <w:sz w:val="28"/>
          <w:szCs w:val="28"/>
        </w:rPr>
        <w:t xml:space="preserve"> </w:t>
      </w:r>
      <w:proofErr w:type="spellStart"/>
      <w:r w:rsidRPr="00AD3760">
        <w:rPr>
          <w:sz w:val="28"/>
          <w:szCs w:val="28"/>
        </w:rPr>
        <w:t>көшесінің</w:t>
      </w:r>
      <w:proofErr w:type="spellEnd"/>
      <w:r w:rsidRPr="00AD3760">
        <w:rPr>
          <w:sz w:val="28"/>
          <w:szCs w:val="28"/>
        </w:rPr>
        <w:t xml:space="preserve"> </w:t>
      </w:r>
      <w:proofErr w:type="spellStart"/>
      <w:r w:rsidRPr="00AD3760">
        <w:rPr>
          <w:sz w:val="28"/>
          <w:szCs w:val="28"/>
        </w:rPr>
        <w:t>тақ</w:t>
      </w:r>
      <w:proofErr w:type="spellEnd"/>
      <w:r>
        <w:rPr>
          <w:sz w:val="28"/>
          <w:szCs w:val="28"/>
          <w:lang w:val="kk-KZ"/>
        </w:rPr>
        <w:t xml:space="preserve"> сандар</w:t>
      </w:r>
      <w:r w:rsidRPr="00AD3760">
        <w:rPr>
          <w:sz w:val="28"/>
          <w:szCs w:val="28"/>
        </w:rPr>
        <w:t xml:space="preserve"> </w:t>
      </w:r>
      <w:proofErr w:type="spellStart"/>
      <w:r w:rsidRPr="00AD3760">
        <w:rPr>
          <w:sz w:val="28"/>
          <w:szCs w:val="28"/>
        </w:rPr>
        <w:t>жағымен</w:t>
      </w:r>
      <w:proofErr w:type="spellEnd"/>
      <w:r w:rsidRPr="00AD3760">
        <w:rPr>
          <w:sz w:val="28"/>
          <w:szCs w:val="28"/>
        </w:rPr>
        <w:t xml:space="preserve"> Ә. </w:t>
      </w:r>
      <w:proofErr w:type="spellStart"/>
      <w:r w:rsidRPr="00AD3760">
        <w:rPr>
          <w:sz w:val="28"/>
          <w:szCs w:val="28"/>
        </w:rPr>
        <w:t>Бөкейхан</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Ә. </w:t>
      </w:r>
      <w:proofErr w:type="spellStart"/>
      <w:r w:rsidRPr="00AD3760">
        <w:rPr>
          <w:sz w:val="28"/>
          <w:szCs w:val="28"/>
        </w:rPr>
        <w:t>Бөкейхан</w:t>
      </w:r>
      <w:proofErr w:type="spellEnd"/>
      <w:r w:rsidRPr="00AD3760">
        <w:rPr>
          <w:sz w:val="28"/>
          <w:szCs w:val="28"/>
        </w:rPr>
        <w:t xml:space="preserve"> </w:t>
      </w:r>
      <w:proofErr w:type="spellStart"/>
      <w:r w:rsidRPr="00AD3760">
        <w:rPr>
          <w:sz w:val="28"/>
          <w:szCs w:val="28"/>
        </w:rPr>
        <w:t>көшесінің</w:t>
      </w:r>
      <w:proofErr w:type="spellEnd"/>
      <w:r w:rsidRPr="00AD3760">
        <w:rPr>
          <w:sz w:val="28"/>
          <w:szCs w:val="28"/>
        </w:rPr>
        <w:t xml:space="preserve"> </w:t>
      </w:r>
      <w:proofErr w:type="spellStart"/>
      <w:r w:rsidRPr="00AD3760">
        <w:rPr>
          <w:sz w:val="28"/>
          <w:szCs w:val="28"/>
        </w:rPr>
        <w:t>жұп</w:t>
      </w:r>
      <w:proofErr w:type="spellEnd"/>
      <w:r w:rsidRPr="00AD3760">
        <w:rPr>
          <w:sz w:val="28"/>
          <w:szCs w:val="28"/>
        </w:rPr>
        <w:t xml:space="preserve"> </w:t>
      </w:r>
      <w:r>
        <w:rPr>
          <w:sz w:val="28"/>
          <w:szCs w:val="28"/>
          <w:lang w:val="kk-KZ"/>
        </w:rPr>
        <w:t xml:space="preserve">сандар </w:t>
      </w:r>
      <w:proofErr w:type="spellStart"/>
      <w:r w:rsidRPr="00AD3760">
        <w:rPr>
          <w:sz w:val="28"/>
          <w:szCs w:val="28"/>
        </w:rPr>
        <w:t>жағымен</w:t>
      </w:r>
      <w:proofErr w:type="spellEnd"/>
      <w:r w:rsidRPr="00AD3760">
        <w:rPr>
          <w:sz w:val="28"/>
          <w:szCs w:val="28"/>
        </w:rPr>
        <w:t xml:space="preserve"> </w:t>
      </w:r>
      <w:r>
        <w:rPr>
          <w:sz w:val="28"/>
          <w:szCs w:val="28"/>
        </w:rPr>
        <w:br/>
      </w:r>
      <w:r w:rsidRPr="00AD3760">
        <w:rPr>
          <w:sz w:val="28"/>
          <w:szCs w:val="28"/>
        </w:rPr>
        <w:t>Ә. </w:t>
      </w:r>
      <w:proofErr w:type="spellStart"/>
      <w:r w:rsidRPr="00AD3760">
        <w:rPr>
          <w:sz w:val="28"/>
          <w:szCs w:val="28"/>
        </w:rPr>
        <w:t>Бөкейхан</w:t>
      </w:r>
      <w:proofErr w:type="spellEnd"/>
      <w:r w:rsidRPr="00AD3760">
        <w:rPr>
          <w:sz w:val="28"/>
          <w:szCs w:val="28"/>
        </w:rPr>
        <w:t xml:space="preserve"> </w:t>
      </w:r>
      <w:proofErr w:type="spellStart"/>
      <w:r w:rsidRPr="00AD3760">
        <w:rPr>
          <w:sz w:val="28"/>
          <w:szCs w:val="28"/>
        </w:rPr>
        <w:t>көшесіндегі</w:t>
      </w:r>
      <w:proofErr w:type="spellEnd"/>
      <w:r w:rsidRPr="00AD3760">
        <w:rPr>
          <w:sz w:val="28"/>
          <w:szCs w:val="28"/>
        </w:rPr>
        <w:t xml:space="preserve"> № 10 </w:t>
      </w:r>
      <w:proofErr w:type="spellStart"/>
      <w:r w:rsidRPr="00AD3760">
        <w:rPr>
          <w:sz w:val="28"/>
          <w:szCs w:val="28"/>
        </w:rPr>
        <w:t>үйге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Ә. </w:t>
      </w:r>
      <w:proofErr w:type="spellStart"/>
      <w:r w:rsidRPr="00AD3760">
        <w:rPr>
          <w:sz w:val="28"/>
          <w:szCs w:val="28"/>
        </w:rPr>
        <w:t>Бөкейхан</w:t>
      </w:r>
      <w:proofErr w:type="spellEnd"/>
      <w:r w:rsidRPr="00AD3760">
        <w:rPr>
          <w:sz w:val="28"/>
          <w:szCs w:val="28"/>
        </w:rPr>
        <w:t xml:space="preserve"> </w:t>
      </w:r>
      <w:proofErr w:type="spellStart"/>
      <w:r w:rsidRPr="00AD3760">
        <w:rPr>
          <w:sz w:val="28"/>
          <w:szCs w:val="28"/>
        </w:rPr>
        <w:t>көшесінен</w:t>
      </w:r>
      <w:proofErr w:type="spellEnd"/>
      <w:r w:rsidRPr="00AD3760">
        <w:rPr>
          <w:sz w:val="28"/>
          <w:szCs w:val="28"/>
        </w:rPr>
        <w:t xml:space="preserve"> Ә. </w:t>
      </w:r>
      <w:proofErr w:type="spellStart"/>
      <w:r w:rsidRPr="00AD3760">
        <w:rPr>
          <w:sz w:val="28"/>
          <w:szCs w:val="28"/>
        </w:rPr>
        <w:t>Бөкейхан</w:t>
      </w:r>
      <w:proofErr w:type="spellEnd"/>
      <w:r w:rsidRPr="00AD3760">
        <w:rPr>
          <w:sz w:val="28"/>
          <w:szCs w:val="28"/>
        </w:rPr>
        <w:t xml:space="preserve"> </w:t>
      </w:r>
      <w:proofErr w:type="spellStart"/>
      <w:r w:rsidRPr="00AD3760">
        <w:rPr>
          <w:sz w:val="28"/>
          <w:szCs w:val="28"/>
        </w:rPr>
        <w:t>көшесіндегі</w:t>
      </w:r>
      <w:proofErr w:type="spellEnd"/>
      <w:r w:rsidRPr="00AD3760">
        <w:rPr>
          <w:sz w:val="28"/>
          <w:szCs w:val="28"/>
        </w:rPr>
        <w:t xml:space="preserve"> № 10 </w:t>
      </w:r>
      <w:proofErr w:type="spellStart"/>
      <w:r w:rsidRPr="00AD3760">
        <w:rPr>
          <w:sz w:val="28"/>
          <w:szCs w:val="28"/>
        </w:rPr>
        <w:t>үйден</w:t>
      </w:r>
      <w:proofErr w:type="spellEnd"/>
      <w:r w:rsidRPr="00AD3760">
        <w:rPr>
          <w:sz w:val="28"/>
          <w:szCs w:val="28"/>
        </w:rPr>
        <w:t xml:space="preserve"> </w:t>
      </w:r>
      <w:proofErr w:type="spellStart"/>
      <w:r w:rsidRPr="00AD3760">
        <w:rPr>
          <w:sz w:val="28"/>
          <w:szCs w:val="28"/>
        </w:rPr>
        <w:t>өт</w:t>
      </w:r>
      <w:proofErr w:type="spellEnd"/>
      <w:r>
        <w:rPr>
          <w:sz w:val="28"/>
          <w:szCs w:val="28"/>
          <w:lang w:val="kk-KZ"/>
        </w:rPr>
        <w:t xml:space="preserve">пе </w:t>
      </w:r>
      <w:proofErr w:type="spellStart"/>
      <w:r>
        <w:rPr>
          <w:sz w:val="28"/>
          <w:szCs w:val="28"/>
          <w:lang w:val="kk-KZ"/>
        </w:rPr>
        <w:t>жо</w:t>
      </w:r>
      <w:r w:rsidRPr="00AD3760">
        <w:rPr>
          <w:sz w:val="28"/>
          <w:szCs w:val="28"/>
        </w:rPr>
        <w:t>лмен</w:t>
      </w:r>
      <w:proofErr w:type="spellEnd"/>
      <w:r w:rsidRPr="00AD3760">
        <w:rPr>
          <w:sz w:val="28"/>
          <w:szCs w:val="28"/>
        </w:rPr>
        <w:t xml:space="preserve"> </w:t>
      </w:r>
      <w:proofErr w:type="spellStart"/>
      <w:r w:rsidRPr="00AD3760">
        <w:rPr>
          <w:sz w:val="28"/>
          <w:szCs w:val="28"/>
        </w:rPr>
        <w:t>Мәңгілік</w:t>
      </w:r>
      <w:proofErr w:type="spellEnd"/>
      <w:r w:rsidRPr="00AD3760">
        <w:rPr>
          <w:sz w:val="28"/>
          <w:szCs w:val="28"/>
        </w:rPr>
        <w:t xml:space="preserve"> Ел </w:t>
      </w:r>
      <w:proofErr w:type="spellStart"/>
      <w:r w:rsidRPr="00AD3760">
        <w:rPr>
          <w:sz w:val="28"/>
          <w:szCs w:val="28"/>
        </w:rPr>
        <w:t>даңғылындағы</w:t>
      </w:r>
      <w:proofErr w:type="spellEnd"/>
      <w:r w:rsidRPr="00AD3760">
        <w:rPr>
          <w:sz w:val="28"/>
          <w:szCs w:val="28"/>
        </w:rPr>
        <w:t xml:space="preserve"> № 22/2 </w:t>
      </w:r>
      <w:proofErr w:type="spellStart"/>
      <w:r w:rsidRPr="00AD3760">
        <w:rPr>
          <w:sz w:val="28"/>
          <w:szCs w:val="28"/>
        </w:rPr>
        <w:t>үйге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Мәңгілік</w:t>
      </w:r>
      <w:proofErr w:type="spellEnd"/>
      <w:r w:rsidRPr="00AD3760">
        <w:rPr>
          <w:sz w:val="28"/>
          <w:szCs w:val="28"/>
        </w:rPr>
        <w:t xml:space="preserve"> Ел </w:t>
      </w:r>
      <w:proofErr w:type="spellStart"/>
      <w:r w:rsidRPr="00AD3760">
        <w:rPr>
          <w:sz w:val="28"/>
          <w:szCs w:val="28"/>
        </w:rPr>
        <w:t>даңғылындағы</w:t>
      </w:r>
      <w:proofErr w:type="spellEnd"/>
      <w:r w:rsidRPr="00AD3760">
        <w:rPr>
          <w:sz w:val="28"/>
          <w:szCs w:val="28"/>
        </w:rPr>
        <w:t xml:space="preserve"> № 22/2 </w:t>
      </w:r>
      <w:proofErr w:type="spellStart"/>
      <w:r w:rsidRPr="00AD3760">
        <w:rPr>
          <w:sz w:val="28"/>
          <w:szCs w:val="28"/>
        </w:rPr>
        <w:t>үйден</w:t>
      </w:r>
      <w:proofErr w:type="spellEnd"/>
      <w:r w:rsidRPr="00AD3760">
        <w:rPr>
          <w:sz w:val="28"/>
          <w:szCs w:val="28"/>
        </w:rPr>
        <w:t xml:space="preserve"> </w:t>
      </w:r>
      <w:r>
        <w:rPr>
          <w:sz w:val="28"/>
          <w:szCs w:val="28"/>
          <w:lang w:val="kk-KZ"/>
        </w:rPr>
        <w:t>өтпе жолмен</w:t>
      </w:r>
      <w:r w:rsidRPr="00AD3760">
        <w:rPr>
          <w:sz w:val="28"/>
          <w:szCs w:val="28"/>
        </w:rPr>
        <w:t xml:space="preserve"> </w:t>
      </w:r>
      <w:proofErr w:type="spellStart"/>
      <w:r w:rsidRPr="00AD3760">
        <w:rPr>
          <w:sz w:val="28"/>
          <w:szCs w:val="28"/>
        </w:rPr>
        <w:t>Мәңгілік</w:t>
      </w:r>
      <w:proofErr w:type="spellEnd"/>
      <w:r w:rsidRPr="00AD3760">
        <w:rPr>
          <w:sz w:val="28"/>
          <w:szCs w:val="28"/>
        </w:rPr>
        <w:t xml:space="preserve"> Ел </w:t>
      </w:r>
      <w:proofErr w:type="spellStart"/>
      <w:r w:rsidRPr="00AD3760">
        <w:rPr>
          <w:sz w:val="28"/>
          <w:szCs w:val="28"/>
        </w:rPr>
        <w:t>даңғылындағы</w:t>
      </w:r>
      <w:proofErr w:type="spellEnd"/>
      <w:r w:rsidRPr="00AD3760">
        <w:rPr>
          <w:sz w:val="28"/>
          <w:szCs w:val="28"/>
        </w:rPr>
        <w:t xml:space="preserve"> № 22/1 </w:t>
      </w:r>
      <w:proofErr w:type="spellStart"/>
      <w:r w:rsidRPr="00AD3760">
        <w:rPr>
          <w:sz w:val="28"/>
          <w:szCs w:val="28"/>
        </w:rPr>
        <w:t>үйге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Мәңгілік</w:t>
      </w:r>
      <w:proofErr w:type="spellEnd"/>
      <w:r w:rsidRPr="00AD3760">
        <w:rPr>
          <w:sz w:val="28"/>
          <w:szCs w:val="28"/>
        </w:rPr>
        <w:t xml:space="preserve"> Ел </w:t>
      </w:r>
      <w:proofErr w:type="spellStart"/>
      <w:r w:rsidRPr="00AD3760">
        <w:rPr>
          <w:sz w:val="28"/>
          <w:szCs w:val="28"/>
        </w:rPr>
        <w:t>даңғылындағы</w:t>
      </w:r>
      <w:proofErr w:type="spellEnd"/>
      <w:r w:rsidRPr="00AD3760">
        <w:rPr>
          <w:sz w:val="28"/>
          <w:szCs w:val="28"/>
        </w:rPr>
        <w:t xml:space="preserve"> № 22/1 </w:t>
      </w:r>
      <w:proofErr w:type="spellStart"/>
      <w:r w:rsidRPr="00AD3760">
        <w:rPr>
          <w:sz w:val="28"/>
          <w:szCs w:val="28"/>
        </w:rPr>
        <w:t>үйден</w:t>
      </w:r>
      <w:proofErr w:type="spellEnd"/>
      <w:r w:rsidRPr="00AD3760">
        <w:rPr>
          <w:sz w:val="28"/>
          <w:szCs w:val="28"/>
        </w:rPr>
        <w:t xml:space="preserve"> </w:t>
      </w:r>
      <w:r>
        <w:rPr>
          <w:sz w:val="28"/>
          <w:szCs w:val="28"/>
          <w:lang w:val="kk-KZ"/>
        </w:rPr>
        <w:t>өтпе жолмен</w:t>
      </w:r>
      <w:r w:rsidRPr="00AD3760">
        <w:rPr>
          <w:sz w:val="28"/>
          <w:szCs w:val="28"/>
        </w:rPr>
        <w:t xml:space="preserve"> </w:t>
      </w:r>
      <w:proofErr w:type="spellStart"/>
      <w:r w:rsidRPr="00AD3760">
        <w:rPr>
          <w:sz w:val="28"/>
          <w:szCs w:val="28"/>
        </w:rPr>
        <w:t>Мәңгілік</w:t>
      </w:r>
      <w:proofErr w:type="spellEnd"/>
      <w:r w:rsidRPr="00AD3760">
        <w:rPr>
          <w:sz w:val="28"/>
          <w:szCs w:val="28"/>
        </w:rPr>
        <w:t xml:space="preserve"> Ел </w:t>
      </w:r>
      <w:proofErr w:type="spellStart"/>
      <w:r w:rsidRPr="00AD3760">
        <w:rPr>
          <w:sz w:val="28"/>
          <w:szCs w:val="28"/>
        </w:rPr>
        <w:t>даңғылына</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Мәңгілік</w:t>
      </w:r>
      <w:proofErr w:type="spellEnd"/>
      <w:r w:rsidRPr="00AD3760">
        <w:rPr>
          <w:sz w:val="28"/>
          <w:szCs w:val="28"/>
        </w:rPr>
        <w:t xml:space="preserve"> Ел </w:t>
      </w:r>
      <w:proofErr w:type="spellStart"/>
      <w:r w:rsidRPr="00AD3760">
        <w:rPr>
          <w:sz w:val="28"/>
          <w:szCs w:val="28"/>
        </w:rPr>
        <w:t>даңғылымен</w:t>
      </w:r>
      <w:proofErr w:type="spellEnd"/>
      <w:r w:rsidRPr="00AD3760">
        <w:rPr>
          <w:sz w:val="28"/>
          <w:szCs w:val="28"/>
        </w:rPr>
        <w:t xml:space="preserve"> </w:t>
      </w:r>
      <w:proofErr w:type="spellStart"/>
      <w:r w:rsidRPr="00AD3760">
        <w:rPr>
          <w:sz w:val="28"/>
          <w:szCs w:val="28"/>
        </w:rPr>
        <w:t>Орынбор</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w:t>
      </w:r>
    </w:p>
    <w:p w14:paraId="435904EC" w14:textId="77777777" w:rsidR="00E72A3C" w:rsidRPr="00420D39" w:rsidRDefault="00E72A3C" w:rsidP="00E72A3C">
      <w:pPr>
        <w:ind w:firstLine="567"/>
        <w:jc w:val="both"/>
        <w:rPr>
          <w:sz w:val="28"/>
          <w:szCs w:val="28"/>
        </w:rPr>
      </w:pPr>
    </w:p>
    <w:p w14:paraId="491E9CBD" w14:textId="77777777" w:rsidR="00E72A3C" w:rsidRPr="00AD3760" w:rsidRDefault="00E72A3C" w:rsidP="00E72A3C">
      <w:pPr>
        <w:jc w:val="center"/>
        <w:rPr>
          <w:sz w:val="28"/>
          <w:szCs w:val="28"/>
        </w:rPr>
      </w:pPr>
      <w:r w:rsidRPr="00AD3760">
        <w:rPr>
          <w:sz w:val="28"/>
          <w:szCs w:val="28"/>
        </w:rPr>
        <w:t xml:space="preserve">№ 128 </w:t>
      </w:r>
      <w:proofErr w:type="spellStart"/>
      <w:r w:rsidRPr="00AD3760">
        <w:rPr>
          <w:sz w:val="28"/>
          <w:szCs w:val="28"/>
        </w:rPr>
        <w:t>сайлау</w:t>
      </w:r>
      <w:proofErr w:type="spellEnd"/>
      <w:r w:rsidRPr="00AD3760">
        <w:rPr>
          <w:sz w:val="28"/>
          <w:szCs w:val="28"/>
        </w:rPr>
        <w:t xml:space="preserve"> </w:t>
      </w:r>
      <w:proofErr w:type="spellStart"/>
      <w:r w:rsidRPr="00AD3760">
        <w:rPr>
          <w:sz w:val="28"/>
          <w:szCs w:val="28"/>
        </w:rPr>
        <w:t>учаскесі</w:t>
      </w:r>
      <w:proofErr w:type="spellEnd"/>
    </w:p>
    <w:p w14:paraId="366FD1AE" w14:textId="77777777" w:rsidR="00E72A3C" w:rsidRPr="00AD3760" w:rsidRDefault="00E72A3C" w:rsidP="00E72A3C">
      <w:pPr>
        <w:jc w:val="center"/>
        <w:rPr>
          <w:sz w:val="28"/>
          <w:szCs w:val="28"/>
        </w:rPr>
      </w:pPr>
      <w:r w:rsidRPr="00AD3760">
        <w:rPr>
          <w:sz w:val="28"/>
          <w:szCs w:val="28"/>
        </w:rPr>
        <w:t>(</w:t>
      </w:r>
      <w:proofErr w:type="spellStart"/>
      <w:r w:rsidRPr="00AD3760">
        <w:rPr>
          <w:sz w:val="28"/>
          <w:szCs w:val="28"/>
        </w:rPr>
        <w:t>орталығы</w:t>
      </w:r>
      <w:proofErr w:type="spellEnd"/>
      <w:r w:rsidRPr="00AD3760">
        <w:rPr>
          <w:sz w:val="28"/>
          <w:szCs w:val="28"/>
        </w:rPr>
        <w:t> – «</w:t>
      </w:r>
      <w:proofErr w:type="spellStart"/>
      <w:r w:rsidRPr="00AD3760">
        <w:rPr>
          <w:sz w:val="28"/>
          <w:szCs w:val="28"/>
        </w:rPr>
        <w:t>Қазақстан</w:t>
      </w:r>
      <w:proofErr w:type="spellEnd"/>
      <w:r w:rsidRPr="00AD3760">
        <w:rPr>
          <w:sz w:val="28"/>
          <w:szCs w:val="28"/>
        </w:rPr>
        <w:t xml:space="preserve"> </w:t>
      </w:r>
      <w:proofErr w:type="spellStart"/>
      <w:r w:rsidRPr="00AD3760">
        <w:rPr>
          <w:sz w:val="28"/>
          <w:szCs w:val="28"/>
        </w:rPr>
        <w:t>темір</w:t>
      </w:r>
      <w:proofErr w:type="spellEnd"/>
      <w:r w:rsidRPr="00AD3760">
        <w:rPr>
          <w:sz w:val="28"/>
          <w:szCs w:val="28"/>
        </w:rPr>
        <w:t xml:space="preserve"> </w:t>
      </w:r>
      <w:proofErr w:type="spellStart"/>
      <w:r w:rsidRPr="00AD3760">
        <w:rPr>
          <w:sz w:val="28"/>
          <w:szCs w:val="28"/>
        </w:rPr>
        <w:t>жолы</w:t>
      </w:r>
      <w:proofErr w:type="spellEnd"/>
      <w:r w:rsidRPr="00AD3760">
        <w:rPr>
          <w:sz w:val="28"/>
          <w:szCs w:val="28"/>
        </w:rPr>
        <w:t xml:space="preserve">» </w:t>
      </w:r>
      <w:proofErr w:type="spellStart"/>
      <w:r w:rsidRPr="00AD3760">
        <w:rPr>
          <w:sz w:val="28"/>
          <w:szCs w:val="28"/>
        </w:rPr>
        <w:t>ұлттық</w:t>
      </w:r>
      <w:proofErr w:type="spellEnd"/>
      <w:r w:rsidRPr="00AD3760">
        <w:rPr>
          <w:sz w:val="28"/>
          <w:szCs w:val="28"/>
        </w:rPr>
        <w:t xml:space="preserve"> </w:t>
      </w:r>
      <w:proofErr w:type="spellStart"/>
      <w:r w:rsidRPr="00AD3760">
        <w:rPr>
          <w:sz w:val="28"/>
          <w:szCs w:val="28"/>
        </w:rPr>
        <w:t>компаниясы</w:t>
      </w:r>
      <w:proofErr w:type="spellEnd"/>
      <w:r w:rsidRPr="00AD3760">
        <w:rPr>
          <w:sz w:val="28"/>
          <w:szCs w:val="28"/>
        </w:rPr>
        <w:t xml:space="preserve">» </w:t>
      </w:r>
    </w:p>
    <w:p w14:paraId="7ACBE3F0" w14:textId="77777777" w:rsidR="00E72A3C" w:rsidRPr="00AD3760" w:rsidRDefault="00E72A3C" w:rsidP="00E72A3C">
      <w:pPr>
        <w:jc w:val="center"/>
        <w:rPr>
          <w:sz w:val="28"/>
          <w:szCs w:val="28"/>
        </w:rPr>
      </w:pPr>
      <w:proofErr w:type="spellStart"/>
      <w:r w:rsidRPr="00AD3760">
        <w:rPr>
          <w:sz w:val="28"/>
          <w:szCs w:val="28"/>
        </w:rPr>
        <w:t>акционерлік</w:t>
      </w:r>
      <w:proofErr w:type="spellEnd"/>
      <w:r w:rsidRPr="00AD3760">
        <w:rPr>
          <w:sz w:val="28"/>
          <w:szCs w:val="28"/>
        </w:rPr>
        <w:t xml:space="preserve"> </w:t>
      </w:r>
      <w:proofErr w:type="spellStart"/>
      <w:r w:rsidRPr="00AD3760">
        <w:rPr>
          <w:sz w:val="28"/>
          <w:szCs w:val="28"/>
        </w:rPr>
        <w:t>қоғамы</w:t>
      </w:r>
      <w:proofErr w:type="spellEnd"/>
      <w:r w:rsidRPr="00AD3760">
        <w:rPr>
          <w:sz w:val="28"/>
          <w:szCs w:val="28"/>
        </w:rPr>
        <w:t>, Д. </w:t>
      </w:r>
      <w:proofErr w:type="spellStart"/>
      <w:r w:rsidRPr="00AD3760">
        <w:rPr>
          <w:sz w:val="28"/>
          <w:szCs w:val="28"/>
        </w:rPr>
        <w:t>Қонаев</w:t>
      </w:r>
      <w:proofErr w:type="spellEnd"/>
      <w:r w:rsidRPr="00AD3760">
        <w:rPr>
          <w:sz w:val="28"/>
          <w:szCs w:val="28"/>
        </w:rPr>
        <w:t xml:space="preserve"> </w:t>
      </w:r>
      <w:proofErr w:type="spellStart"/>
      <w:r w:rsidRPr="00AD3760">
        <w:rPr>
          <w:sz w:val="28"/>
          <w:szCs w:val="28"/>
        </w:rPr>
        <w:t>көшесі</w:t>
      </w:r>
      <w:proofErr w:type="spellEnd"/>
      <w:r w:rsidRPr="00AD3760">
        <w:rPr>
          <w:sz w:val="28"/>
          <w:szCs w:val="28"/>
        </w:rPr>
        <w:t>, № 6)</w:t>
      </w:r>
    </w:p>
    <w:p w14:paraId="7AF46552" w14:textId="77777777" w:rsidR="00E72A3C" w:rsidRPr="00AD3760" w:rsidRDefault="00E72A3C" w:rsidP="00E72A3C">
      <w:pPr>
        <w:jc w:val="center"/>
        <w:rPr>
          <w:sz w:val="28"/>
          <w:szCs w:val="28"/>
        </w:rPr>
      </w:pPr>
    </w:p>
    <w:p w14:paraId="0CDFF3CD" w14:textId="77777777" w:rsidR="00E72A3C" w:rsidRDefault="00E72A3C" w:rsidP="00E72A3C">
      <w:pPr>
        <w:ind w:firstLine="567"/>
        <w:jc w:val="both"/>
        <w:rPr>
          <w:sz w:val="28"/>
          <w:szCs w:val="28"/>
        </w:rPr>
      </w:pPr>
      <w:proofErr w:type="spellStart"/>
      <w:r w:rsidRPr="00AD3760">
        <w:rPr>
          <w:sz w:val="28"/>
          <w:szCs w:val="28"/>
        </w:rPr>
        <w:t>Шекарасы</w:t>
      </w:r>
      <w:proofErr w:type="spellEnd"/>
      <w:r w:rsidRPr="00AD3760">
        <w:rPr>
          <w:sz w:val="28"/>
          <w:szCs w:val="28"/>
        </w:rPr>
        <w:t>:</w:t>
      </w:r>
      <w:r>
        <w:rPr>
          <w:sz w:val="28"/>
          <w:szCs w:val="28"/>
          <w:lang w:val="kk-KZ"/>
        </w:rPr>
        <w:t xml:space="preserve"> </w:t>
      </w:r>
      <w:proofErr w:type="spellStart"/>
      <w:r w:rsidRPr="00AD3760">
        <w:rPr>
          <w:sz w:val="28"/>
          <w:szCs w:val="28"/>
        </w:rPr>
        <w:t>Сарайшық</w:t>
      </w:r>
      <w:proofErr w:type="spellEnd"/>
      <w:r w:rsidRPr="00AD3760">
        <w:rPr>
          <w:sz w:val="28"/>
          <w:szCs w:val="28"/>
        </w:rPr>
        <w:t xml:space="preserve"> </w:t>
      </w:r>
      <w:proofErr w:type="spellStart"/>
      <w:r w:rsidRPr="00AD3760">
        <w:rPr>
          <w:sz w:val="28"/>
          <w:szCs w:val="28"/>
        </w:rPr>
        <w:t>көшесінен</w:t>
      </w:r>
      <w:proofErr w:type="spellEnd"/>
      <w:r w:rsidRPr="00AD3760">
        <w:rPr>
          <w:sz w:val="28"/>
          <w:szCs w:val="28"/>
        </w:rPr>
        <w:t xml:space="preserve"> </w:t>
      </w:r>
      <w:proofErr w:type="spellStart"/>
      <w:r w:rsidRPr="00AD3760">
        <w:rPr>
          <w:sz w:val="28"/>
          <w:szCs w:val="28"/>
        </w:rPr>
        <w:t>Қабанбай</w:t>
      </w:r>
      <w:proofErr w:type="spellEnd"/>
      <w:r w:rsidRPr="00AD3760">
        <w:rPr>
          <w:sz w:val="28"/>
          <w:szCs w:val="28"/>
        </w:rPr>
        <w:t xml:space="preserve"> батыр </w:t>
      </w:r>
      <w:proofErr w:type="spellStart"/>
      <w:r w:rsidRPr="00AD3760">
        <w:rPr>
          <w:sz w:val="28"/>
          <w:szCs w:val="28"/>
        </w:rPr>
        <w:t>даңғылының</w:t>
      </w:r>
      <w:proofErr w:type="spellEnd"/>
      <w:r w:rsidRPr="00AD3760">
        <w:rPr>
          <w:sz w:val="28"/>
          <w:szCs w:val="28"/>
        </w:rPr>
        <w:t xml:space="preserve"> </w:t>
      </w:r>
      <w:proofErr w:type="spellStart"/>
      <w:r w:rsidRPr="00AD3760">
        <w:rPr>
          <w:sz w:val="28"/>
          <w:szCs w:val="28"/>
        </w:rPr>
        <w:t>жұп</w:t>
      </w:r>
      <w:proofErr w:type="spellEnd"/>
      <w:r w:rsidRPr="00AD3760">
        <w:rPr>
          <w:sz w:val="28"/>
          <w:szCs w:val="28"/>
        </w:rPr>
        <w:t xml:space="preserve"> </w:t>
      </w:r>
      <w:proofErr w:type="spellStart"/>
      <w:r w:rsidRPr="00AD3760">
        <w:rPr>
          <w:sz w:val="28"/>
          <w:szCs w:val="28"/>
        </w:rPr>
        <w:t>сандар</w:t>
      </w:r>
      <w:proofErr w:type="spellEnd"/>
      <w:r w:rsidRPr="00AD3760">
        <w:rPr>
          <w:sz w:val="28"/>
          <w:szCs w:val="28"/>
        </w:rPr>
        <w:t xml:space="preserve"> </w:t>
      </w:r>
      <w:proofErr w:type="spellStart"/>
      <w:r w:rsidRPr="00AD3760">
        <w:rPr>
          <w:sz w:val="28"/>
          <w:szCs w:val="28"/>
        </w:rPr>
        <w:t>жағымен</w:t>
      </w:r>
      <w:proofErr w:type="spellEnd"/>
      <w:r w:rsidRPr="00AD3760">
        <w:rPr>
          <w:sz w:val="28"/>
          <w:szCs w:val="28"/>
        </w:rPr>
        <w:t xml:space="preserve"> «</w:t>
      </w:r>
      <w:proofErr w:type="spellStart"/>
      <w:r w:rsidRPr="00AD3760">
        <w:rPr>
          <w:sz w:val="28"/>
          <w:szCs w:val="28"/>
        </w:rPr>
        <w:t>Нұржол</w:t>
      </w:r>
      <w:proofErr w:type="spellEnd"/>
      <w:r w:rsidRPr="00AD3760">
        <w:rPr>
          <w:sz w:val="28"/>
          <w:szCs w:val="28"/>
        </w:rPr>
        <w:t xml:space="preserve">» </w:t>
      </w:r>
      <w:proofErr w:type="spellStart"/>
      <w:r w:rsidRPr="00AD3760">
        <w:rPr>
          <w:sz w:val="28"/>
          <w:szCs w:val="28"/>
        </w:rPr>
        <w:t>желекжолына</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w:t>
      </w:r>
      <w:proofErr w:type="spellStart"/>
      <w:r w:rsidRPr="00AD3760">
        <w:rPr>
          <w:sz w:val="28"/>
          <w:szCs w:val="28"/>
        </w:rPr>
        <w:t>Нұржол</w:t>
      </w:r>
      <w:proofErr w:type="spellEnd"/>
      <w:r w:rsidRPr="00AD3760">
        <w:rPr>
          <w:sz w:val="28"/>
          <w:szCs w:val="28"/>
        </w:rPr>
        <w:t xml:space="preserve">» </w:t>
      </w:r>
      <w:proofErr w:type="spellStart"/>
      <w:r w:rsidRPr="00AD3760">
        <w:rPr>
          <w:sz w:val="28"/>
          <w:szCs w:val="28"/>
        </w:rPr>
        <w:t>желекжолы</w:t>
      </w:r>
      <w:proofErr w:type="spellEnd"/>
      <w:r w:rsidRPr="00AD3760">
        <w:rPr>
          <w:sz w:val="28"/>
          <w:szCs w:val="28"/>
          <w:lang w:val="kk-KZ"/>
        </w:rPr>
        <w:t xml:space="preserve">мен </w:t>
      </w:r>
      <w:proofErr w:type="spellStart"/>
      <w:r w:rsidRPr="00AD3760">
        <w:rPr>
          <w:sz w:val="28"/>
          <w:szCs w:val="28"/>
        </w:rPr>
        <w:t>Ақмешіт</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Ақмешіт</w:t>
      </w:r>
      <w:proofErr w:type="spellEnd"/>
      <w:r w:rsidRPr="00AD3760">
        <w:rPr>
          <w:sz w:val="28"/>
          <w:szCs w:val="28"/>
        </w:rPr>
        <w:t xml:space="preserve"> </w:t>
      </w:r>
      <w:proofErr w:type="spellStart"/>
      <w:r w:rsidRPr="00AD3760">
        <w:rPr>
          <w:sz w:val="28"/>
          <w:szCs w:val="28"/>
        </w:rPr>
        <w:t>көшесінің</w:t>
      </w:r>
      <w:proofErr w:type="spellEnd"/>
      <w:r w:rsidRPr="00AD3760">
        <w:rPr>
          <w:sz w:val="28"/>
          <w:szCs w:val="28"/>
        </w:rPr>
        <w:t xml:space="preserve"> </w:t>
      </w:r>
      <w:proofErr w:type="spellStart"/>
      <w:r w:rsidRPr="00AD3760">
        <w:rPr>
          <w:sz w:val="28"/>
          <w:szCs w:val="28"/>
        </w:rPr>
        <w:t>тақ</w:t>
      </w:r>
      <w:proofErr w:type="spellEnd"/>
      <w:r w:rsidRPr="00AD3760">
        <w:rPr>
          <w:sz w:val="28"/>
          <w:szCs w:val="28"/>
        </w:rPr>
        <w:t xml:space="preserve"> </w:t>
      </w:r>
      <w:proofErr w:type="spellStart"/>
      <w:r w:rsidRPr="00AD3760">
        <w:rPr>
          <w:sz w:val="28"/>
          <w:szCs w:val="28"/>
        </w:rPr>
        <w:t>сандар</w:t>
      </w:r>
      <w:proofErr w:type="spellEnd"/>
      <w:r w:rsidRPr="00AD3760">
        <w:rPr>
          <w:sz w:val="28"/>
          <w:szCs w:val="28"/>
        </w:rPr>
        <w:t xml:space="preserve"> </w:t>
      </w:r>
      <w:proofErr w:type="spellStart"/>
      <w:r w:rsidRPr="00AD3760">
        <w:rPr>
          <w:sz w:val="28"/>
          <w:szCs w:val="28"/>
        </w:rPr>
        <w:t>жағымен</w:t>
      </w:r>
      <w:proofErr w:type="spellEnd"/>
      <w:r w:rsidRPr="00AD3760">
        <w:rPr>
          <w:sz w:val="28"/>
          <w:szCs w:val="28"/>
        </w:rPr>
        <w:t xml:space="preserve"> Д. </w:t>
      </w:r>
      <w:proofErr w:type="spellStart"/>
      <w:r w:rsidRPr="00AD3760">
        <w:rPr>
          <w:sz w:val="28"/>
          <w:szCs w:val="28"/>
        </w:rPr>
        <w:t>Қонаев</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Д. </w:t>
      </w:r>
      <w:proofErr w:type="spellStart"/>
      <w:r w:rsidRPr="00AD3760">
        <w:rPr>
          <w:sz w:val="28"/>
          <w:szCs w:val="28"/>
        </w:rPr>
        <w:t>Қонаев</w:t>
      </w:r>
      <w:proofErr w:type="spellEnd"/>
      <w:r w:rsidRPr="00AD3760">
        <w:rPr>
          <w:sz w:val="28"/>
          <w:szCs w:val="28"/>
        </w:rPr>
        <w:t xml:space="preserve"> </w:t>
      </w:r>
      <w:proofErr w:type="spellStart"/>
      <w:r w:rsidRPr="00AD3760">
        <w:rPr>
          <w:sz w:val="28"/>
          <w:szCs w:val="28"/>
        </w:rPr>
        <w:t>көшесімен</w:t>
      </w:r>
      <w:proofErr w:type="spellEnd"/>
      <w:r w:rsidRPr="00AD3760">
        <w:rPr>
          <w:sz w:val="28"/>
          <w:szCs w:val="28"/>
        </w:rPr>
        <w:t xml:space="preserve"> Д. </w:t>
      </w:r>
      <w:proofErr w:type="spellStart"/>
      <w:r w:rsidRPr="00AD3760">
        <w:rPr>
          <w:sz w:val="28"/>
          <w:szCs w:val="28"/>
        </w:rPr>
        <w:t>Қонаев</w:t>
      </w:r>
      <w:proofErr w:type="spellEnd"/>
      <w:r w:rsidRPr="00AD3760">
        <w:rPr>
          <w:sz w:val="28"/>
          <w:szCs w:val="28"/>
        </w:rPr>
        <w:t xml:space="preserve"> </w:t>
      </w:r>
      <w:proofErr w:type="spellStart"/>
      <w:r w:rsidRPr="00AD3760">
        <w:rPr>
          <w:sz w:val="28"/>
          <w:szCs w:val="28"/>
        </w:rPr>
        <w:t>көшесіндегі</w:t>
      </w:r>
      <w:proofErr w:type="spellEnd"/>
      <w:r w:rsidRPr="00AD3760">
        <w:rPr>
          <w:sz w:val="28"/>
          <w:szCs w:val="28"/>
        </w:rPr>
        <w:t xml:space="preserve"> № 29 </w:t>
      </w:r>
      <w:proofErr w:type="spellStart"/>
      <w:r w:rsidRPr="00AD3760">
        <w:rPr>
          <w:sz w:val="28"/>
          <w:szCs w:val="28"/>
        </w:rPr>
        <w:t>үйдің</w:t>
      </w:r>
      <w:proofErr w:type="spellEnd"/>
      <w:r w:rsidRPr="00AD3760">
        <w:rPr>
          <w:sz w:val="28"/>
          <w:szCs w:val="28"/>
        </w:rPr>
        <w:t xml:space="preserve"> </w:t>
      </w:r>
      <w:proofErr w:type="spellStart"/>
      <w:r w:rsidRPr="00AD3760">
        <w:rPr>
          <w:sz w:val="28"/>
          <w:szCs w:val="28"/>
        </w:rPr>
        <w:t>соңына</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Д. </w:t>
      </w:r>
      <w:proofErr w:type="spellStart"/>
      <w:r w:rsidRPr="00AD3760">
        <w:rPr>
          <w:sz w:val="28"/>
          <w:szCs w:val="28"/>
        </w:rPr>
        <w:t>Қонаев</w:t>
      </w:r>
      <w:proofErr w:type="spellEnd"/>
      <w:r w:rsidRPr="00AD3760">
        <w:rPr>
          <w:sz w:val="28"/>
          <w:szCs w:val="28"/>
        </w:rPr>
        <w:t xml:space="preserve"> </w:t>
      </w:r>
      <w:proofErr w:type="spellStart"/>
      <w:r w:rsidRPr="00AD3760">
        <w:rPr>
          <w:sz w:val="28"/>
          <w:szCs w:val="28"/>
        </w:rPr>
        <w:t>көшесіндегі</w:t>
      </w:r>
      <w:proofErr w:type="spellEnd"/>
      <w:r w:rsidRPr="00AD3760">
        <w:rPr>
          <w:sz w:val="28"/>
          <w:szCs w:val="28"/>
        </w:rPr>
        <w:t xml:space="preserve"> № 29 </w:t>
      </w:r>
      <w:proofErr w:type="spellStart"/>
      <w:r w:rsidRPr="00AD3760">
        <w:rPr>
          <w:sz w:val="28"/>
          <w:szCs w:val="28"/>
        </w:rPr>
        <w:t>үйден</w:t>
      </w:r>
      <w:proofErr w:type="spellEnd"/>
      <w:r w:rsidRPr="00AD3760">
        <w:rPr>
          <w:sz w:val="28"/>
          <w:szCs w:val="28"/>
        </w:rPr>
        <w:t xml:space="preserve"> </w:t>
      </w:r>
      <w:proofErr w:type="spellStart"/>
      <w:r w:rsidRPr="00AD3760">
        <w:rPr>
          <w:sz w:val="28"/>
          <w:szCs w:val="28"/>
        </w:rPr>
        <w:t>өт</w:t>
      </w:r>
      <w:proofErr w:type="spellEnd"/>
      <w:r>
        <w:rPr>
          <w:sz w:val="28"/>
          <w:szCs w:val="28"/>
          <w:lang w:val="kk-KZ"/>
        </w:rPr>
        <w:t xml:space="preserve">пе </w:t>
      </w:r>
      <w:proofErr w:type="spellStart"/>
      <w:r>
        <w:rPr>
          <w:sz w:val="28"/>
          <w:szCs w:val="28"/>
          <w:lang w:val="kk-KZ"/>
        </w:rPr>
        <w:t>жо</w:t>
      </w:r>
      <w:r w:rsidRPr="00AD3760">
        <w:rPr>
          <w:sz w:val="28"/>
          <w:szCs w:val="28"/>
        </w:rPr>
        <w:t>лмен</w:t>
      </w:r>
      <w:proofErr w:type="spellEnd"/>
      <w:r w:rsidRPr="00AD3760">
        <w:rPr>
          <w:sz w:val="28"/>
          <w:szCs w:val="28"/>
        </w:rPr>
        <w:t xml:space="preserve"> </w:t>
      </w:r>
      <w:proofErr w:type="spellStart"/>
      <w:r w:rsidRPr="00AD3760">
        <w:rPr>
          <w:sz w:val="28"/>
          <w:szCs w:val="28"/>
        </w:rPr>
        <w:t>Сарайшық</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Сарайшық</w:t>
      </w:r>
      <w:proofErr w:type="spellEnd"/>
      <w:r w:rsidRPr="00AD3760">
        <w:rPr>
          <w:sz w:val="28"/>
          <w:szCs w:val="28"/>
        </w:rPr>
        <w:t xml:space="preserve"> </w:t>
      </w:r>
      <w:proofErr w:type="spellStart"/>
      <w:r w:rsidRPr="00AD3760">
        <w:rPr>
          <w:sz w:val="28"/>
          <w:szCs w:val="28"/>
        </w:rPr>
        <w:t>көшесімен</w:t>
      </w:r>
      <w:proofErr w:type="spellEnd"/>
      <w:r w:rsidRPr="00AD3760">
        <w:rPr>
          <w:sz w:val="28"/>
          <w:szCs w:val="28"/>
        </w:rPr>
        <w:t xml:space="preserve"> </w:t>
      </w:r>
      <w:proofErr w:type="spellStart"/>
      <w:r w:rsidRPr="00AD3760">
        <w:rPr>
          <w:sz w:val="28"/>
          <w:szCs w:val="28"/>
        </w:rPr>
        <w:t>Қабанбай</w:t>
      </w:r>
      <w:proofErr w:type="spellEnd"/>
      <w:r w:rsidRPr="00AD3760">
        <w:rPr>
          <w:sz w:val="28"/>
          <w:szCs w:val="28"/>
        </w:rPr>
        <w:t xml:space="preserve"> батыр </w:t>
      </w:r>
      <w:proofErr w:type="spellStart"/>
      <w:r w:rsidRPr="00AD3760">
        <w:rPr>
          <w:sz w:val="28"/>
          <w:szCs w:val="28"/>
        </w:rPr>
        <w:t>даңғылына</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w:t>
      </w:r>
    </w:p>
    <w:p w14:paraId="0698C070" w14:textId="77777777" w:rsidR="00E72A3C" w:rsidRPr="00420D39" w:rsidRDefault="00E72A3C" w:rsidP="00E72A3C">
      <w:pPr>
        <w:ind w:firstLine="567"/>
        <w:jc w:val="both"/>
        <w:rPr>
          <w:sz w:val="28"/>
          <w:szCs w:val="28"/>
        </w:rPr>
      </w:pPr>
    </w:p>
    <w:p w14:paraId="0BA5E8FD" w14:textId="77777777" w:rsidR="00E72A3C" w:rsidRPr="00420D39" w:rsidRDefault="00E72A3C" w:rsidP="00E72A3C">
      <w:pPr>
        <w:jc w:val="center"/>
        <w:rPr>
          <w:sz w:val="28"/>
          <w:szCs w:val="28"/>
        </w:rPr>
      </w:pPr>
      <w:r w:rsidRPr="00420D39">
        <w:rPr>
          <w:sz w:val="28"/>
          <w:szCs w:val="28"/>
        </w:rPr>
        <w:t xml:space="preserve">№ 129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76E7F6D7"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xml:space="preserve"> – </w:t>
      </w:r>
      <w:proofErr w:type="spellStart"/>
      <w:r w:rsidRPr="00420D39">
        <w:rPr>
          <w:sz w:val="28"/>
          <w:szCs w:val="28"/>
        </w:rPr>
        <w:t>Ұлттық</w:t>
      </w:r>
      <w:proofErr w:type="spellEnd"/>
      <w:r w:rsidRPr="00420D39">
        <w:rPr>
          <w:sz w:val="28"/>
          <w:szCs w:val="28"/>
        </w:rPr>
        <w:t xml:space="preserve"> </w:t>
      </w:r>
      <w:proofErr w:type="spellStart"/>
      <w:r w:rsidRPr="00420D39">
        <w:rPr>
          <w:sz w:val="28"/>
          <w:szCs w:val="28"/>
        </w:rPr>
        <w:t>академиялық</w:t>
      </w:r>
      <w:proofErr w:type="spellEnd"/>
      <w:r w:rsidRPr="00420D39">
        <w:rPr>
          <w:sz w:val="28"/>
          <w:szCs w:val="28"/>
        </w:rPr>
        <w:t xml:space="preserve"> </w:t>
      </w:r>
      <w:proofErr w:type="spellStart"/>
      <w:r w:rsidRPr="00420D39">
        <w:rPr>
          <w:sz w:val="28"/>
          <w:szCs w:val="28"/>
        </w:rPr>
        <w:t>кітапхана</w:t>
      </w:r>
      <w:proofErr w:type="spellEnd"/>
      <w:r w:rsidRPr="00420D39">
        <w:rPr>
          <w:sz w:val="28"/>
          <w:szCs w:val="28"/>
        </w:rPr>
        <w:t xml:space="preserve">, </w:t>
      </w:r>
    </w:p>
    <w:p w14:paraId="3BF59A81" w14:textId="77777777" w:rsidR="00E72A3C" w:rsidRPr="00420D39" w:rsidRDefault="00E72A3C" w:rsidP="00E72A3C">
      <w:pPr>
        <w:jc w:val="center"/>
        <w:rPr>
          <w:sz w:val="28"/>
          <w:szCs w:val="28"/>
        </w:rPr>
      </w:pPr>
      <w:proofErr w:type="spellStart"/>
      <w:r w:rsidRPr="00420D39">
        <w:rPr>
          <w:sz w:val="28"/>
          <w:szCs w:val="28"/>
        </w:rPr>
        <w:t>Достық</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 11)</w:t>
      </w:r>
    </w:p>
    <w:p w14:paraId="58351F34" w14:textId="77777777" w:rsidR="00E72A3C" w:rsidRPr="00420D39" w:rsidRDefault="00E72A3C" w:rsidP="00E72A3C">
      <w:pPr>
        <w:ind w:firstLine="567"/>
        <w:jc w:val="both"/>
        <w:rPr>
          <w:sz w:val="28"/>
          <w:szCs w:val="28"/>
        </w:rPr>
      </w:pPr>
    </w:p>
    <w:p w14:paraId="08FAEDA7" w14:textId="77777777" w:rsidR="00E72A3C" w:rsidRPr="00420D39" w:rsidRDefault="00E72A3C" w:rsidP="00E72A3C">
      <w:pPr>
        <w:ind w:firstLine="567"/>
        <w:jc w:val="both"/>
        <w:rPr>
          <w:sz w:val="28"/>
          <w:szCs w:val="28"/>
        </w:rPr>
      </w:pPr>
      <w:proofErr w:type="spellStart"/>
      <w:r w:rsidRPr="00420D39">
        <w:rPr>
          <w:sz w:val="28"/>
          <w:szCs w:val="28"/>
        </w:rPr>
        <w:t>Шекарасы</w:t>
      </w:r>
      <w:proofErr w:type="spellEnd"/>
      <w:r w:rsidRPr="00420D39">
        <w:rPr>
          <w:sz w:val="28"/>
          <w:szCs w:val="28"/>
        </w:rPr>
        <w:t xml:space="preserve">: </w:t>
      </w:r>
      <w:proofErr w:type="spellStart"/>
      <w:r w:rsidRPr="00420D39">
        <w:rPr>
          <w:sz w:val="28"/>
          <w:szCs w:val="28"/>
        </w:rPr>
        <w:t>Сауран</w:t>
      </w:r>
      <w:proofErr w:type="spellEnd"/>
      <w:r w:rsidRPr="00420D39">
        <w:rPr>
          <w:sz w:val="28"/>
          <w:szCs w:val="28"/>
        </w:rPr>
        <w:t xml:space="preserve"> </w:t>
      </w:r>
      <w:proofErr w:type="spellStart"/>
      <w:r w:rsidRPr="00420D39">
        <w:rPr>
          <w:sz w:val="28"/>
          <w:szCs w:val="28"/>
        </w:rPr>
        <w:t>көшесінен</w:t>
      </w:r>
      <w:proofErr w:type="spellEnd"/>
      <w:r w:rsidRPr="00420D39">
        <w:rPr>
          <w:sz w:val="28"/>
          <w:szCs w:val="28"/>
        </w:rPr>
        <w:t xml:space="preserve"> </w:t>
      </w:r>
      <w:proofErr w:type="spellStart"/>
      <w:r w:rsidRPr="00420D39">
        <w:rPr>
          <w:sz w:val="28"/>
          <w:szCs w:val="28"/>
        </w:rPr>
        <w:t>Сығанақ</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тақ</w:t>
      </w:r>
      <w:proofErr w:type="spellEnd"/>
      <w:r w:rsidRPr="00420D39">
        <w:rPr>
          <w:sz w:val="28"/>
          <w:szCs w:val="28"/>
        </w:rPr>
        <w:t xml:space="preserve"> </w:t>
      </w:r>
      <w:r w:rsidRPr="00420D39">
        <w:rPr>
          <w:sz w:val="28"/>
          <w:szCs w:val="28"/>
          <w:lang w:val="kk-KZ"/>
        </w:rPr>
        <w:t xml:space="preserve">сандар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Түркістан</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Түркістан</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тақ</w:t>
      </w:r>
      <w:proofErr w:type="spellEnd"/>
      <w:r w:rsidRPr="00420D39">
        <w:rPr>
          <w:sz w:val="28"/>
          <w:szCs w:val="28"/>
        </w:rPr>
        <w:t xml:space="preserve"> </w:t>
      </w:r>
      <w:r w:rsidRPr="00420D39">
        <w:rPr>
          <w:sz w:val="28"/>
          <w:szCs w:val="28"/>
          <w:lang w:val="kk-KZ"/>
        </w:rPr>
        <w:t xml:space="preserve">сандар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Достық</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Достық</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жұп</w:t>
      </w:r>
      <w:proofErr w:type="spellEnd"/>
      <w:r w:rsidRPr="00420D39">
        <w:rPr>
          <w:sz w:val="28"/>
          <w:szCs w:val="28"/>
        </w:rPr>
        <w:t xml:space="preserve"> </w:t>
      </w:r>
      <w:r w:rsidRPr="00420D39">
        <w:rPr>
          <w:sz w:val="28"/>
          <w:szCs w:val="28"/>
          <w:lang w:val="kk-KZ"/>
        </w:rPr>
        <w:t xml:space="preserve">сандар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Сауран</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Сауран</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жұп</w:t>
      </w:r>
      <w:proofErr w:type="spellEnd"/>
      <w:r w:rsidRPr="00420D39">
        <w:rPr>
          <w:sz w:val="28"/>
          <w:szCs w:val="28"/>
        </w:rPr>
        <w:t xml:space="preserve"> </w:t>
      </w:r>
      <w:r w:rsidRPr="00420D39">
        <w:rPr>
          <w:sz w:val="28"/>
          <w:szCs w:val="28"/>
          <w:lang w:val="kk-KZ"/>
        </w:rPr>
        <w:t xml:space="preserve">сандар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Сығанақ</w:t>
      </w:r>
      <w:proofErr w:type="spellEnd"/>
      <w:r w:rsidRPr="00420D39">
        <w:rPr>
          <w:sz w:val="28"/>
          <w:szCs w:val="28"/>
        </w:rPr>
        <w:t xml:space="preserve"> </w:t>
      </w:r>
      <w:proofErr w:type="spellStart"/>
      <w:r w:rsidRPr="00420D39">
        <w:rPr>
          <w:sz w:val="28"/>
          <w:szCs w:val="28"/>
        </w:rPr>
        <w:t>көшесіндегі</w:t>
      </w:r>
      <w:proofErr w:type="spellEnd"/>
      <w:r w:rsidRPr="00420D39">
        <w:rPr>
          <w:sz w:val="28"/>
          <w:szCs w:val="28"/>
        </w:rPr>
        <w:t xml:space="preserve"> №</w:t>
      </w:r>
      <w:r w:rsidRPr="00420D39">
        <w:rPr>
          <w:sz w:val="28"/>
          <w:szCs w:val="28"/>
          <w:lang w:val="kk-KZ"/>
        </w:rPr>
        <w:t> </w:t>
      </w:r>
      <w:r w:rsidRPr="00420D39">
        <w:rPr>
          <w:sz w:val="28"/>
          <w:szCs w:val="28"/>
        </w:rPr>
        <w:t xml:space="preserve">33 </w:t>
      </w:r>
      <w:proofErr w:type="spellStart"/>
      <w:r w:rsidRPr="00420D39">
        <w:rPr>
          <w:sz w:val="28"/>
          <w:szCs w:val="28"/>
        </w:rPr>
        <w:t>үйді</w:t>
      </w:r>
      <w:proofErr w:type="spellEnd"/>
      <w:r w:rsidRPr="00420D39">
        <w:rPr>
          <w:sz w:val="28"/>
          <w:szCs w:val="28"/>
        </w:rPr>
        <w:t xml:space="preserve"> </w:t>
      </w:r>
      <w:proofErr w:type="spellStart"/>
      <w:r w:rsidRPr="00420D39">
        <w:rPr>
          <w:sz w:val="28"/>
          <w:szCs w:val="28"/>
        </w:rPr>
        <w:t>қоса</w:t>
      </w:r>
      <w:proofErr w:type="spellEnd"/>
      <w:r w:rsidRPr="00420D39">
        <w:rPr>
          <w:sz w:val="28"/>
          <w:szCs w:val="28"/>
        </w:rPr>
        <w:t xml:space="preserve"> </w:t>
      </w:r>
      <w:proofErr w:type="spellStart"/>
      <w:r w:rsidRPr="00420D39">
        <w:rPr>
          <w:sz w:val="28"/>
          <w:szCs w:val="28"/>
        </w:rPr>
        <w:t>алғанда</w:t>
      </w:r>
      <w:proofErr w:type="spellEnd"/>
      <w:r w:rsidRPr="00420D39">
        <w:rPr>
          <w:sz w:val="28"/>
          <w:szCs w:val="28"/>
          <w:lang w:val="kk-KZ"/>
        </w:rPr>
        <w:t>,</w:t>
      </w:r>
      <w:r w:rsidRPr="00420D39">
        <w:rPr>
          <w:sz w:val="28"/>
          <w:szCs w:val="28"/>
        </w:rPr>
        <w:t xml:space="preserve"> </w:t>
      </w:r>
      <w:proofErr w:type="spellStart"/>
      <w:r w:rsidRPr="00420D39">
        <w:rPr>
          <w:sz w:val="28"/>
          <w:szCs w:val="28"/>
        </w:rPr>
        <w:t>Сығанақ</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w:t>
      </w:r>
    </w:p>
    <w:p w14:paraId="1D7BD864" w14:textId="77777777" w:rsidR="00E72A3C" w:rsidRPr="00420D39" w:rsidRDefault="00E72A3C" w:rsidP="00E72A3C">
      <w:pPr>
        <w:tabs>
          <w:tab w:val="left" w:pos="4642"/>
        </w:tabs>
        <w:ind w:firstLine="567"/>
        <w:jc w:val="both"/>
        <w:rPr>
          <w:sz w:val="28"/>
          <w:szCs w:val="28"/>
        </w:rPr>
      </w:pPr>
      <w:r w:rsidRPr="00420D39">
        <w:rPr>
          <w:sz w:val="28"/>
          <w:szCs w:val="28"/>
        </w:rPr>
        <w:tab/>
      </w:r>
    </w:p>
    <w:p w14:paraId="33293B10" w14:textId="77777777" w:rsidR="00E72A3C" w:rsidRPr="00814807" w:rsidRDefault="00E72A3C" w:rsidP="00E72A3C">
      <w:pPr>
        <w:jc w:val="center"/>
        <w:rPr>
          <w:sz w:val="28"/>
          <w:szCs w:val="28"/>
        </w:rPr>
      </w:pPr>
      <w:r w:rsidRPr="00814807">
        <w:rPr>
          <w:sz w:val="28"/>
          <w:szCs w:val="28"/>
        </w:rPr>
        <w:t xml:space="preserve">№ 130 </w:t>
      </w:r>
      <w:proofErr w:type="spellStart"/>
      <w:r w:rsidRPr="00814807">
        <w:rPr>
          <w:sz w:val="28"/>
          <w:szCs w:val="28"/>
        </w:rPr>
        <w:t>сайлау</w:t>
      </w:r>
      <w:proofErr w:type="spellEnd"/>
      <w:r w:rsidRPr="00814807">
        <w:rPr>
          <w:sz w:val="28"/>
          <w:szCs w:val="28"/>
        </w:rPr>
        <w:t xml:space="preserve"> </w:t>
      </w:r>
      <w:proofErr w:type="spellStart"/>
      <w:r w:rsidRPr="00814807">
        <w:rPr>
          <w:sz w:val="28"/>
          <w:szCs w:val="28"/>
        </w:rPr>
        <w:t>учаскесі</w:t>
      </w:r>
      <w:proofErr w:type="spellEnd"/>
    </w:p>
    <w:p w14:paraId="4FCB9A45" w14:textId="77777777" w:rsidR="00E72A3C" w:rsidRPr="00814807" w:rsidRDefault="00E72A3C" w:rsidP="00E72A3C">
      <w:pPr>
        <w:jc w:val="center"/>
        <w:rPr>
          <w:sz w:val="28"/>
          <w:szCs w:val="28"/>
        </w:rPr>
      </w:pPr>
      <w:r w:rsidRPr="00814807">
        <w:rPr>
          <w:sz w:val="28"/>
          <w:szCs w:val="28"/>
        </w:rPr>
        <w:t>(</w:t>
      </w:r>
      <w:proofErr w:type="spellStart"/>
      <w:r w:rsidRPr="00814807">
        <w:rPr>
          <w:sz w:val="28"/>
          <w:szCs w:val="28"/>
        </w:rPr>
        <w:t>орталығы</w:t>
      </w:r>
      <w:proofErr w:type="spellEnd"/>
      <w:r w:rsidRPr="00814807">
        <w:rPr>
          <w:sz w:val="28"/>
          <w:szCs w:val="28"/>
        </w:rPr>
        <w:t xml:space="preserve"> – Астана </w:t>
      </w:r>
      <w:proofErr w:type="spellStart"/>
      <w:r w:rsidRPr="00814807">
        <w:rPr>
          <w:sz w:val="28"/>
          <w:szCs w:val="28"/>
        </w:rPr>
        <w:t>қаласы</w:t>
      </w:r>
      <w:proofErr w:type="spellEnd"/>
      <w:r w:rsidRPr="00814807">
        <w:rPr>
          <w:sz w:val="28"/>
          <w:szCs w:val="28"/>
        </w:rPr>
        <w:t xml:space="preserve"> </w:t>
      </w:r>
      <w:proofErr w:type="spellStart"/>
      <w:r w:rsidRPr="00814807">
        <w:rPr>
          <w:sz w:val="28"/>
          <w:szCs w:val="28"/>
        </w:rPr>
        <w:t>әкімдігінің</w:t>
      </w:r>
      <w:proofErr w:type="spellEnd"/>
      <w:r w:rsidRPr="00814807">
        <w:rPr>
          <w:sz w:val="28"/>
          <w:szCs w:val="28"/>
        </w:rPr>
        <w:t xml:space="preserve"> «</w:t>
      </w:r>
      <w:proofErr w:type="spellStart"/>
      <w:r w:rsidRPr="00814807">
        <w:rPr>
          <w:sz w:val="28"/>
          <w:szCs w:val="28"/>
        </w:rPr>
        <w:t>Дінмұхамед</w:t>
      </w:r>
      <w:proofErr w:type="spellEnd"/>
      <w:r w:rsidRPr="00814807">
        <w:rPr>
          <w:sz w:val="28"/>
          <w:szCs w:val="28"/>
        </w:rPr>
        <w:t xml:space="preserve"> </w:t>
      </w:r>
      <w:proofErr w:type="spellStart"/>
      <w:r w:rsidRPr="00814807">
        <w:rPr>
          <w:sz w:val="28"/>
          <w:szCs w:val="28"/>
        </w:rPr>
        <w:t>Қонаев</w:t>
      </w:r>
      <w:proofErr w:type="spellEnd"/>
      <w:r w:rsidRPr="00814807">
        <w:rPr>
          <w:sz w:val="28"/>
          <w:szCs w:val="28"/>
        </w:rPr>
        <w:t xml:space="preserve"> </w:t>
      </w:r>
      <w:proofErr w:type="spellStart"/>
      <w:r w:rsidRPr="00814807">
        <w:rPr>
          <w:sz w:val="28"/>
          <w:szCs w:val="28"/>
        </w:rPr>
        <w:t>атындағы</w:t>
      </w:r>
      <w:proofErr w:type="spellEnd"/>
      <w:r w:rsidRPr="00814807">
        <w:rPr>
          <w:sz w:val="28"/>
          <w:szCs w:val="28"/>
        </w:rPr>
        <w:t xml:space="preserve"> </w:t>
      </w:r>
    </w:p>
    <w:p w14:paraId="50EA3184" w14:textId="77777777" w:rsidR="00E72A3C" w:rsidRPr="00814807" w:rsidRDefault="00E72A3C" w:rsidP="00E72A3C">
      <w:pPr>
        <w:jc w:val="center"/>
        <w:rPr>
          <w:sz w:val="28"/>
          <w:szCs w:val="28"/>
        </w:rPr>
      </w:pPr>
      <w:r w:rsidRPr="00814807">
        <w:rPr>
          <w:sz w:val="28"/>
          <w:szCs w:val="28"/>
        </w:rPr>
        <w:t xml:space="preserve">№ 66 </w:t>
      </w:r>
      <w:proofErr w:type="spellStart"/>
      <w:r w:rsidRPr="00814807">
        <w:rPr>
          <w:sz w:val="28"/>
          <w:szCs w:val="28"/>
        </w:rPr>
        <w:t>мектеп</w:t>
      </w:r>
      <w:proofErr w:type="spellEnd"/>
      <w:r w:rsidRPr="00814807">
        <w:rPr>
          <w:sz w:val="28"/>
          <w:szCs w:val="28"/>
        </w:rPr>
        <w:t xml:space="preserve">-лицей» </w:t>
      </w:r>
      <w:proofErr w:type="spellStart"/>
      <w:r w:rsidRPr="00814807">
        <w:rPr>
          <w:sz w:val="28"/>
          <w:szCs w:val="28"/>
        </w:rPr>
        <w:t>шаруашылық</w:t>
      </w:r>
      <w:proofErr w:type="spellEnd"/>
      <w:r w:rsidRPr="00814807">
        <w:rPr>
          <w:sz w:val="28"/>
          <w:szCs w:val="28"/>
        </w:rPr>
        <w:t xml:space="preserve"> </w:t>
      </w:r>
      <w:proofErr w:type="spellStart"/>
      <w:r w:rsidRPr="00814807">
        <w:rPr>
          <w:sz w:val="28"/>
          <w:szCs w:val="28"/>
        </w:rPr>
        <w:t>жүргізу</w:t>
      </w:r>
      <w:proofErr w:type="spellEnd"/>
      <w:r w:rsidRPr="00814807">
        <w:rPr>
          <w:sz w:val="28"/>
          <w:szCs w:val="28"/>
        </w:rPr>
        <w:t xml:space="preserve"> </w:t>
      </w:r>
      <w:proofErr w:type="spellStart"/>
      <w:r w:rsidRPr="00814807">
        <w:rPr>
          <w:sz w:val="28"/>
          <w:szCs w:val="28"/>
        </w:rPr>
        <w:t>құқығындағы</w:t>
      </w:r>
      <w:proofErr w:type="spellEnd"/>
      <w:r w:rsidRPr="00814807">
        <w:rPr>
          <w:sz w:val="28"/>
          <w:szCs w:val="28"/>
        </w:rPr>
        <w:t xml:space="preserve"> </w:t>
      </w:r>
      <w:proofErr w:type="spellStart"/>
      <w:r w:rsidRPr="00814807">
        <w:rPr>
          <w:sz w:val="28"/>
          <w:szCs w:val="28"/>
        </w:rPr>
        <w:t>мемлекеттік</w:t>
      </w:r>
      <w:proofErr w:type="spellEnd"/>
      <w:r w:rsidRPr="00814807">
        <w:rPr>
          <w:sz w:val="28"/>
          <w:szCs w:val="28"/>
        </w:rPr>
        <w:t xml:space="preserve"> </w:t>
      </w:r>
      <w:proofErr w:type="spellStart"/>
      <w:r w:rsidRPr="00814807">
        <w:rPr>
          <w:sz w:val="28"/>
          <w:szCs w:val="28"/>
        </w:rPr>
        <w:t>коммуналдық</w:t>
      </w:r>
      <w:proofErr w:type="spellEnd"/>
      <w:r w:rsidRPr="00814807">
        <w:rPr>
          <w:sz w:val="28"/>
          <w:szCs w:val="28"/>
        </w:rPr>
        <w:t xml:space="preserve"> </w:t>
      </w:r>
      <w:proofErr w:type="spellStart"/>
      <w:r w:rsidRPr="00814807">
        <w:rPr>
          <w:sz w:val="28"/>
          <w:szCs w:val="28"/>
        </w:rPr>
        <w:t>кәсіпорны</w:t>
      </w:r>
      <w:proofErr w:type="spellEnd"/>
      <w:r w:rsidRPr="00814807">
        <w:rPr>
          <w:sz w:val="28"/>
          <w:szCs w:val="28"/>
        </w:rPr>
        <w:t>, Д. </w:t>
      </w:r>
      <w:proofErr w:type="spellStart"/>
      <w:r w:rsidRPr="00814807">
        <w:rPr>
          <w:sz w:val="28"/>
          <w:szCs w:val="28"/>
        </w:rPr>
        <w:t>Қонаев</w:t>
      </w:r>
      <w:proofErr w:type="spellEnd"/>
      <w:r w:rsidRPr="00814807">
        <w:rPr>
          <w:sz w:val="28"/>
          <w:szCs w:val="28"/>
        </w:rPr>
        <w:t xml:space="preserve"> </w:t>
      </w:r>
      <w:proofErr w:type="spellStart"/>
      <w:r w:rsidRPr="00814807">
        <w:rPr>
          <w:sz w:val="28"/>
          <w:szCs w:val="28"/>
        </w:rPr>
        <w:t>көшесі</w:t>
      </w:r>
      <w:proofErr w:type="spellEnd"/>
      <w:r w:rsidRPr="00814807">
        <w:rPr>
          <w:sz w:val="28"/>
          <w:szCs w:val="28"/>
        </w:rPr>
        <w:t>, № 33/1)</w:t>
      </w:r>
    </w:p>
    <w:p w14:paraId="437A76BC" w14:textId="77777777" w:rsidR="00E72A3C" w:rsidRPr="00814807" w:rsidRDefault="00E72A3C" w:rsidP="00E72A3C">
      <w:pPr>
        <w:jc w:val="center"/>
        <w:rPr>
          <w:sz w:val="28"/>
          <w:szCs w:val="28"/>
        </w:rPr>
      </w:pPr>
    </w:p>
    <w:p w14:paraId="4C29E5B5" w14:textId="77777777" w:rsidR="00E72A3C" w:rsidRPr="00420D39" w:rsidRDefault="00E72A3C" w:rsidP="00E72A3C">
      <w:pPr>
        <w:ind w:firstLine="567"/>
        <w:jc w:val="both"/>
        <w:rPr>
          <w:sz w:val="28"/>
          <w:szCs w:val="28"/>
        </w:rPr>
      </w:pPr>
      <w:proofErr w:type="spellStart"/>
      <w:r w:rsidRPr="00814807">
        <w:rPr>
          <w:sz w:val="28"/>
          <w:szCs w:val="28"/>
        </w:rPr>
        <w:t>Шекарасы</w:t>
      </w:r>
      <w:proofErr w:type="spellEnd"/>
      <w:r w:rsidRPr="00814807">
        <w:rPr>
          <w:sz w:val="28"/>
          <w:szCs w:val="28"/>
        </w:rPr>
        <w:t xml:space="preserve">: </w:t>
      </w:r>
      <w:r w:rsidRPr="00814807">
        <w:rPr>
          <w:sz w:val="28"/>
          <w:szCs w:val="28"/>
          <w:lang w:val="kk-KZ"/>
        </w:rPr>
        <w:t>Сарайшық көшесінен Түркістан көшесінің жұп сандар жағымен «</w:t>
      </w:r>
      <w:proofErr w:type="spellStart"/>
      <w:r w:rsidRPr="00814807">
        <w:rPr>
          <w:sz w:val="28"/>
          <w:szCs w:val="28"/>
          <w:lang w:val="kk-KZ"/>
        </w:rPr>
        <w:t>Нұржол</w:t>
      </w:r>
      <w:proofErr w:type="spellEnd"/>
      <w:r w:rsidRPr="00814807">
        <w:rPr>
          <w:sz w:val="28"/>
          <w:szCs w:val="28"/>
          <w:lang w:val="kk-KZ"/>
        </w:rPr>
        <w:t xml:space="preserve">» </w:t>
      </w:r>
      <w:proofErr w:type="spellStart"/>
      <w:r>
        <w:rPr>
          <w:sz w:val="28"/>
          <w:szCs w:val="28"/>
          <w:lang w:val="kk-KZ"/>
        </w:rPr>
        <w:t>желекжолына</w:t>
      </w:r>
      <w:proofErr w:type="spellEnd"/>
      <w:r w:rsidRPr="00814807">
        <w:rPr>
          <w:sz w:val="28"/>
          <w:szCs w:val="28"/>
          <w:lang w:val="kk-KZ"/>
        </w:rPr>
        <w:t xml:space="preserve"> дейін, «</w:t>
      </w:r>
      <w:proofErr w:type="spellStart"/>
      <w:r w:rsidRPr="00814807">
        <w:rPr>
          <w:sz w:val="28"/>
          <w:szCs w:val="28"/>
          <w:lang w:val="kk-KZ"/>
        </w:rPr>
        <w:t>Нұржол</w:t>
      </w:r>
      <w:proofErr w:type="spellEnd"/>
      <w:r w:rsidRPr="00814807">
        <w:rPr>
          <w:sz w:val="28"/>
          <w:szCs w:val="28"/>
          <w:lang w:val="kk-KZ"/>
        </w:rPr>
        <w:t xml:space="preserve">» </w:t>
      </w:r>
      <w:proofErr w:type="spellStart"/>
      <w:r>
        <w:rPr>
          <w:sz w:val="28"/>
          <w:szCs w:val="28"/>
          <w:lang w:val="kk-KZ"/>
        </w:rPr>
        <w:t>желекжолы</w:t>
      </w:r>
      <w:proofErr w:type="spellEnd"/>
      <w:r w:rsidRPr="00814807">
        <w:rPr>
          <w:sz w:val="28"/>
          <w:szCs w:val="28"/>
          <w:lang w:val="kk-KZ"/>
        </w:rPr>
        <w:t xml:space="preserve"> бойымен Мәңгілік Ел даңғылына дейін, Мәңгілік Ел даңғылының тақ сандар жағымен Сарайшық көшесіне дейін, Сарайшық көшесінің жұп сандар жағымен</w:t>
      </w:r>
      <w:r>
        <w:rPr>
          <w:sz w:val="28"/>
          <w:szCs w:val="28"/>
          <w:lang w:val="kk-KZ"/>
        </w:rPr>
        <w:t>,</w:t>
      </w:r>
      <w:r w:rsidRPr="00814807">
        <w:rPr>
          <w:sz w:val="28"/>
          <w:szCs w:val="28"/>
          <w:lang w:val="kk-KZ"/>
        </w:rPr>
        <w:t xml:space="preserve"> Сарайшық көшесіндегі № 36, 38 үйлерді қоспағанда</w:t>
      </w:r>
      <w:r>
        <w:rPr>
          <w:sz w:val="28"/>
          <w:szCs w:val="28"/>
          <w:lang w:val="kk-KZ"/>
        </w:rPr>
        <w:t>,</w:t>
      </w:r>
      <w:r w:rsidRPr="00814807">
        <w:rPr>
          <w:sz w:val="28"/>
          <w:szCs w:val="28"/>
          <w:lang w:val="kk-KZ"/>
        </w:rPr>
        <w:t xml:space="preserve"> Түркістан көшесіне дейін.</w:t>
      </w:r>
    </w:p>
    <w:p w14:paraId="7E5E41AB" w14:textId="77777777" w:rsidR="00E72A3C" w:rsidRPr="00420D39" w:rsidRDefault="00E72A3C" w:rsidP="00E72A3C">
      <w:pPr>
        <w:ind w:firstLine="567"/>
        <w:jc w:val="both"/>
        <w:rPr>
          <w:sz w:val="28"/>
          <w:szCs w:val="28"/>
        </w:rPr>
      </w:pPr>
    </w:p>
    <w:p w14:paraId="010A3310" w14:textId="77777777" w:rsidR="00E72A3C" w:rsidRPr="00420D39" w:rsidRDefault="00E72A3C" w:rsidP="00E72A3C">
      <w:pPr>
        <w:jc w:val="center"/>
        <w:rPr>
          <w:sz w:val="28"/>
          <w:szCs w:val="28"/>
        </w:rPr>
      </w:pPr>
      <w:r w:rsidRPr="00420D39">
        <w:rPr>
          <w:sz w:val="28"/>
          <w:szCs w:val="28"/>
        </w:rPr>
        <w:t xml:space="preserve">№ 131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7F559CB0"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xml:space="preserve"> – Астана </w:t>
      </w:r>
      <w:proofErr w:type="spellStart"/>
      <w:r w:rsidRPr="00420D39">
        <w:rPr>
          <w:sz w:val="28"/>
          <w:szCs w:val="28"/>
        </w:rPr>
        <w:t>қаласы</w:t>
      </w:r>
      <w:proofErr w:type="spellEnd"/>
      <w:r w:rsidRPr="00420D39">
        <w:rPr>
          <w:sz w:val="28"/>
          <w:szCs w:val="28"/>
        </w:rPr>
        <w:t xml:space="preserve"> </w:t>
      </w:r>
      <w:proofErr w:type="spellStart"/>
      <w:r w:rsidRPr="00420D39">
        <w:rPr>
          <w:sz w:val="28"/>
          <w:szCs w:val="28"/>
        </w:rPr>
        <w:t>әкімдігінің</w:t>
      </w:r>
      <w:proofErr w:type="spellEnd"/>
      <w:r w:rsidRPr="00420D39">
        <w:rPr>
          <w:sz w:val="28"/>
          <w:szCs w:val="28"/>
        </w:rPr>
        <w:t xml:space="preserve"> «</w:t>
      </w:r>
      <w:proofErr w:type="spellStart"/>
      <w:r w:rsidRPr="00420D39">
        <w:rPr>
          <w:sz w:val="28"/>
          <w:szCs w:val="28"/>
        </w:rPr>
        <w:t>Кәрім</w:t>
      </w:r>
      <w:proofErr w:type="spellEnd"/>
      <w:r w:rsidRPr="00420D39">
        <w:rPr>
          <w:sz w:val="28"/>
          <w:szCs w:val="28"/>
        </w:rPr>
        <w:t xml:space="preserve"> </w:t>
      </w:r>
      <w:proofErr w:type="spellStart"/>
      <w:r w:rsidRPr="00420D39">
        <w:rPr>
          <w:sz w:val="28"/>
          <w:szCs w:val="28"/>
        </w:rPr>
        <w:t>Мыңбаев</w:t>
      </w:r>
      <w:proofErr w:type="spellEnd"/>
      <w:r w:rsidRPr="00420D39">
        <w:rPr>
          <w:sz w:val="28"/>
          <w:szCs w:val="28"/>
        </w:rPr>
        <w:t xml:space="preserve"> </w:t>
      </w:r>
      <w:proofErr w:type="spellStart"/>
      <w:r w:rsidRPr="00420D39">
        <w:rPr>
          <w:sz w:val="28"/>
          <w:szCs w:val="28"/>
        </w:rPr>
        <w:t>атындағы</w:t>
      </w:r>
      <w:proofErr w:type="spellEnd"/>
      <w:r w:rsidRPr="00420D39">
        <w:rPr>
          <w:sz w:val="28"/>
          <w:szCs w:val="28"/>
        </w:rPr>
        <w:t xml:space="preserve"> </w:t>
      </w:r>
    </w:p>
    <w:p w14:paraId="12690EC4" w14:textId="77777777" w:rsidR="00E72A3C" w:rsidRPr="00420D39" w:rsidRDefault="00E72A3C" w:rsidP="00E72A3C">
      <w:pPr>
        <w:jc w:val="center"/>
        <w:rPr>
          <w:sz w:val="28"/>
          <w:szCs w:val="28"/>
        </w:rPr>
      </w:pPr>
      <w:r w:rsidRPr="00420D39">
        <w:rPr>
          <w:sz w:val="28"/>
          <w:szCs w:val="28"/>
        </w:rPr>
        <w:t xml:space="preserve">№ 59 </w:t>
      </w:r>
      <w:proofErr w:type="spellStart"/>
      <w:r w:rsidRPr="00420D39">
        <w:rPr>
          <w:sz w:val="28"/>
          <w:szCs w:val="28"/>
        </w:rPr>
        <w:t>мектеп</w:t>
      </w:r>
      <w:proofErr w:type="spellEnd"/>
      <w:r w:rsidRPr="00420D39">
        <w:rPr>
          <w:sz w:val="28"/>
          <w:szCs w:val="28"/>
        </w:rPr>
        <w:t xml:space="preserve">-лицей» </w:t>
      </w:r>
      <w:proofErr w:type="spellStart"/>
      <w:r w:rsidRPr="00420D39">
        <w:rPr>
          <w:sz w:val="28"/>
          <w:szCs w:val="28"/>
        </w:rPr>
        <w:t>шаруашылық</w:t>
      </w:r>
      <w:proofErr w:type="spellEnd"/>
      <w:r w:rsidRPr="00420D39">
        <w:rPr>
          <w:sz w:val="28"/>
          <w:szCs w:val="28"/>
        </w:rPr>
        <w:t xml:space="preserve"> </w:t>
      </w:r>
      <w:proofErr w:type="spellStart"/>
      <w:r w:rsidRPr="00420D39">
        <w:rPr>
          <w:sz w:val="28"/>
          <w:szCs w:val="28"/>
        </w:rPr>
        <w:t>жүргізу</w:t>
      </w:r>
      <w:proofErr w:type="spellEnd"/>
      <w:r w:rsidRPr="00420D39">
        <w:rPr>
          <w:sz w:val="28"/>
          <w:szCs w:val="28"/>
        </w:rPr>
        <w:t xml:space="preserve"> </w:t>
      </w:r>
      <w:proofErr w:type="spellStart"/>
      <w:r w:rsidRPr="00420D39">
        <w:rPr>
          <w:sz w:val="28"/>
          <w:szCs w:val="28"/>
        </w:rPr>
        <w:t>құқығындағы</w:t>
      </w:r>
      <w:proofErr w:type="spellEnd"/>
      <w:r w:rsidRPr="00420D39">
        <w:rPr>
          <w:sz w:val="28"/>
          <w:szCs w:val="28"/>
        </w:rPr>
        <w:t xml:space="preserve"> </w:t>
      </w:r>
      <w:proofErr w:type="spellStart"/>
      <w:r w:rsidRPr="00420D39">
        <w:rPr>
          <w:sz w:val="28"/>
          <w:szCs w:val="28"/>
        </w:rPr>
        <w:t>мемлекеттік</w:t>
      </w:r>
      <w:proofErr w:type="spellEnd"/>
      <w:r w:rsidRPr="00420D39">
        <w:rPr>
          <w:sz w:val="28"/>
          <w:szCs w:val="28"/>
        </w:rPr>
        <w:t xml:space="preserve"> </w:t>
      </w:r>
      <w:proofErr w:type="spellStart"/>
      <w:r w:rsidRPr="00420D39">
        <w:rPr>
          <w:sz w:val="28"/>
          <w:szCs w:val="28"/>
        </w:rPr>
        <w:t>коммуналдық</w:t>
      </w:r>
      <w:proofErr w:type="spellEnd"/>
      <w:r w:rsidRPr="00420D39">
        <w:rPr>
          <w:sz w:val="28"/>
          <w:szCs w:val="28"/>
        </w:rPr>
        <w:t xml:space="preserve"> </w:t>
      </w:r>
      <w:proofErr w:type="spellStart"/>
      <w:r w:rsidRPr="00420D39">
        <w:rPr>
          <w:sz w:val="28"/>
          <w:szCs w:val="28"/>
        </w:rPr>
        <w:t>кәсіпорны</w:t>
      </w:r>
      <w:proofErr w:type="spellEnd"/>
      <w:r w:rsidRPr="00420D39">
        <w:rPr>
          <w:sz w:val="28"/>
          <w:szCs w:val="28"/>
        </w:rPr>
        <w:t xml:space="preserve">, </w:t>
      </w:r>
      <w:proofErr w:type="spellStart"/>
      <w:r w:rsidRPr="00420D39">
        <w:rPr>
          <w:sz w:val="28"/>
          <w:szCs w:val="28"/>
        </w:rPr>
        <w:t>Сауран</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 5/1)</w:t>
      </w:r>
    </w:p>
    <w:p w14:paraId="636839C3" w14:textId="77777777" w:rsidR="00E72A3C" w:rsidRPr="00420D39" w:rsidRDefault="00E72A3C" w:rsidP="00E72A3C">
      <w:pPr>
        <w:ind w:firstLine="567"/>
        <w:jc w:val="both"/>
        <w:rPr>
          <w:sz w:val="28"/>
          <w:szCs w:val="28"/>
        </w:rPr>
      </w:pPr>
    </w:p>
    <w:p w14:paraId="307CCF66" w14:textId="77777777" w:rsidR="00E72A3C" w:rsidRPr="00420D39" w:rsidRDefault="00E72A3C" w:rsidP="00E72A3C">
      <w:pPr>
        <w:ind w:firstLine="567"/>
        <w:jc w:val="both"/>
        <w:rPr>
          <w:sz w:val="28"/>
          <w:szCs w:val="28"/>
        </w:rPr>
      </w:pPr>
      <w:proofErr w:type="spellStart"/>
      <w:r w:rsidRPr="00420D39">
        <w:rPr>
          <w:sz w:val="28"/>
          <w:szCs w:val="28"/>
        </w:rPr>
        <w:t>Шекарасы</w:t>
      </w:r>
      <w:proofErr w:type="spellEnd"/>
      <w:r w:rsidRPr="00420D39">
        <w:rPr>
          <w:sz w:val="28"/>
          <w:szCs w:val="28"/>
        </w:rPr>
        <w:t xml:space="preserve">: </w:t>
      </w:r>
      <w:proofErr w:type="spellStart"/>
      <w:r w:rsidRPr="00420D39">
        <w:rPr>
          <w:sz w:val="28"/>
          <w:szCs w:val="28"/>
        </w:rPr>
        <w:t>Сауран</w:t>
      </w:r>
      <w:proofErr w:type="spellEnd"/>
      <w:r w:rsidRPr="00420D39">
        <w:rPr>
          <w:sz w:val="28"/>
          <w:szCs w:val="28"/>
        </w:rPr>
        <w:t xml:space="preserve"> </w:t>
      </w:r>
      <w:proofErr w:type="spellStart"/>
      <w:r w:rsidRPr="00420D39">
        <w:rPr>
          <w:sz w:val="28"/>
          <w:szCs w:val="28"/>
        </w:rPr>
        <w:t>көшесіндегі</w:t>
      </w:r>
      <w:proofErr w:type="spellEnd"/>
      <w:r w:rsidRPr="00420D39">
        <w:rPr>
          <w:sz w:val="28"/>
          <w:szCs w:val="28"/>
        </w:rPr>
        <w:t xml:space="preserve"> № 3/1 </w:t>
      </w:r>
      <w:proofErr w:type="spellStart"/>
      <w:r w:rsidRPr="00420D39">
        <w:rPr>
          <w:sz w:val="28"/>
          <w:szCs w:val="28"/>
        </w:rPr>
        <w:t>үйден</w:t>
      </w:r>
      <w:proofErr w:type="spellEnd"/>
      <w:r w:rsidRPr="00420D39">
        <w:rPr>
          <w:sz w:val="28"/>
          <w:szCs w:val="28"/>
        </w:rPr>
        <w:t xml:space="preserve"> </w:t>
      </w:r>
      <w:proofErr w:type="spellStart"/>
      <w:r w:rsidRPr="00420D39">
        <w:rPr>
          <w:sz w:val="28"/>
          <w:szCs w:val="28"/>
        </w:rPr>
        <w:t>Сауран</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тақ</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Алматы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Алматы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тақ</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Алматы </w:t>
      </w:r>
      <w:proofErr w:type="spellStart"/>
      <w:r w:rsidRPr="00420D39">
        <w:rPr>
          <w:sz w:val="28"/>
          <w:szCs w:val="28"/>
        </w:rPr>
        <w:t>көшесіндегі</w:t>
      </w:r>
      <w:proofErr w:type="spellEnd"/>
      <w:r w:rsidRPr="00420D39">
        <w:rPr>
          <w:sz w:val="28"/>
          <w:szCs w:val="28"/>
        </w:rPr>
        <w:t xml:space="preserve"> № 3 </w:t>
      </w:r>
      <w:proofErr w:type="spellStart"/>
      <w:r w:rsidRPr="00420D39">
        <w:rPr>
          <w:sz w:val="28"/>
          <w:szCs w:val="28"/>
        </w:rPr>
        <w:t>үйге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Алматы </w:t>
      </w:r>
      <w:proofErr w:type="spellStart"/>
      <w:r w:rsidRPr="00420D39">
        <w:rPr>
          <w:sz w:val="28"/>
          <w:szCs w:val="28"/>
        </w:rPr>
        <w:t>көшесіндегі</w:t>
      </w:r>
      <w:proofErr w:type="spellEnd"/>
      <w:r w:rsidRPr="00420D39">
        <w:rPr>
          <w:sz w:val="28"/>
          <w:szCs w:val="28"/>
        </w:rPr>
        <w:t xml:space="preserve"> № 3 </w:t>
      </w:r>
      <w:proofErr w:type="spellStart"/>
      <w:r w:rsidRPr="00420D39">
        <w:rPr>
          <w:sz w:val="28"/>
          <w:szCs w:val="28"/>
        </w:rPr>
        <w:t>үйден</w:t>
      </w:r>
      <w:proofErr w:type="spellEnd"/>
      <w:r w:rsidRPr="00420D39">
        <w:rPr>
          <w:sz w:val="28"/>
          <w:szCs w:val="28"/>
        </w:rPr>
        <w:t xml:space="preserve"> </w:t>
      </w:r>
      <w:proofErr w:type="spellStart"/>
      <w:r w:rsidRPr="00420D39">
        <w:rPr>
          <w:sz w:val="28"/>
          <w:szCs w:val="28"/>
        </w:rPr>
        <w:t>өтпе</w:t>
      </w:r>
      <w:proofErr w:type="spellEnd"/>
      <w:r w:rsidRPr="00420D39">
        <w:rPr>
          <w:sz w:val="28"/>
          <w:szCs w:val="28"/>
        </w:rPr>
        <w:t xml:space="preserve"> </w:t>
      </w:r>
      <w:proofErr w:type="spellStart"/>
      <w:r w:rsidRPr="00420D39">
        <w:rPr>
          <w:sz w:val="28"/>
          <w:szCs w:val="28"/>
        </w:rPr>
        <w:t>жолмен</w:t>
      </w:r>
      <w:proofErr w:type="spellEnd"/>
      <w:r w:rsidRPr="00420D39">
        <w:rPr>
          <w:sz w:val="28"/>
          <w:szCs w:val="28"/>
        </w:rPr>
        <w:t xml:space="preserve"> </w:t>
      </w:r>
      <w:proofErr w:type="spellStart"/>
      <w:r w:rsidRPr="00420D39">
        <w:rPr>
          <w:sz w:val="28"/>
          <w:szCs w:val="28"/>
        </w:rPr>
        <w:t>Сауран</w:t>
      </w:r>
      <w:proofErr w:type="spellEnd"/>
      <w:r w:rsidRPr="00420D39">
        <w:rPr>
          <w:sz w:val="28"/>
          <w:szCs w:val="28"/>
        </w:rPr>
        <w:t xml:space="preserve"> </w:t>
      </w:r>
      <w:proofErr w:type="spellStart"/>
      <w:r w:rsidRPr="00420D39">
        <w:rPr>
          <w:sz w:val="28"/>
          <w:szCs w:val="28"/>
        </w:rPr>
        <w:t>көшесіндегі</w:t>
      </w:r>
      <w:proofErr w:type="spellEnd"/>
      <w:r w:rsidRPr="00420D39">
        <w:rPr>
          <w:sz w:val="28"/>
          <w:szCs w:val="28"/>
        </w:rPr>
        <w:t xml:space="preserve"> № 3/1 </w:t>
      </w:r>
      <w:proofErr w:type="spellStart"/>
      <w:r w:rsidRPr="00420D39">
        <w:rPr>
          <w:sz w:val="28"/>
          <w:szCs w:val="28"/>
        </w:rPr>
        <w:t>үйге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Сауран</w:t>
      </w:r>
      <w:proofErr w:type="spellEnd"/>
      <w:r w:rsidRPr="00420D39">
        <w:rPr>
          <w:sz w:val="28"/>
          <w:szCs w:val="28"/>
        </w:rPr>
        <w:t xml:space="preserve"> </w:t>
      </w:r>
      <w:proofErr w:type="spellStart"/>
      <w:r w:rsidRPr="00420D39">
        <w:rPr>
          <w:sz w:val="28"/>
          <w:szCs w:val="28"/>
        </w:rPr>
        <w:t>көшесіндегі</w:t>
      </w:r>
      <w:proofErr w:type="spellEnd"/>
      <w:r w:rsidRPr="00420D39">
        <w:rPr>
          <w:sz w:val="28"/>
          <w:szCs w:val="28"/>
        </w:rPr>
        <w:t xml:space="preserve"> № 3/1 </w:t>
      </w:r>
      <w:proofErr w:type="spellStart"/>
      <w:r w:rsidRPr="00420D39">
        <w:rPr>
          <w:sz w:val="28"/>
          <w:szCs w:val="28"/>
        </w:rPr>
        <w:t>үйден</w:t>
      </w:r>
      <w:proofErr w:type="spellEnd"/>
      <w:r w:rsidRPr="00420D39">
        <w:rPr>
          <w:sz w:val="28"/>
          <w:szCs w:val="28"/>
        </w:rPr>
        <w:t xml:space="preserve"> </w:t>
      </w:r>
      <w:proofErr w:type="spellStart"/>
      <w:r w:rsidRPr="00420D39">
        <w:rPr>
          <w:sz w:val="28"/>
          <w:szCs w:val="28"/>
        </w:rPr>
        <w:t>өтпе</w:t>
      </w:r>
      <w:proofErr w:type="spellEnd"/>
      <w:r w:rsidRPr="00420D39">
        <w:rPr>
          <w:sz w:val="28"/>
          <w:szCs w:val="28"/>
        </w:rPr>
        <w:t xml:space="preserve"> </w:t>
      </w:r>
      <w:proofErr w:type="spellStart"/>
      <w:r w:rsidRPr="00420D39">
        <w:rPr>
          <w:sz w:val="28"/>
          <w:szCs w:val="28"/>
        </w:rPr>
        <w:t>жолмен</w:t>
      </w:r>
      <w:proofErr w:type="spellEnd"/>
      <w:r w:rsidRPr="00420D39">
        <w:rPr>
          <w:sz w:val="28"/>
          <w:szCs w:val="28"/>
        </w:rPr>
        <w:t xml:space="preserve"> </w:t>
      </w:r>
      <w:proofErr w:type="spellStart"/>
      <w:r w:rsidRPr="00420D39">
        <w:rPr>
          <w:sz w:val="28"/>
          <w:szCs w:val="28"/>
        </w:rPr>
        <w:t>Сауран</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w:t>
      </w:r>
    </w:p>
    <w:p w14:paraId="3F2D4290" w14:textId="77777777" w:rsidR="00E72A3C" w:rsidRPr="00420D39" w:rsidRDefault="00E72A3C" w:rsidP="00E72A3C">
      <w:pPr>
        <w:ind w:firstLine="567"/>
        <w:jc w:val="both"/>
        <w:rPr>
          <w:sz w:val="28"/>
          <w:szCs w:val="28"/>
        </w:rPr>
      </w:pPr>
    </w:p>
    <w:p w14:paraId="465F653B" w14:textId="77777777" w:rsidR="00E72A3C" w:rsidRPr="00814807" w:rsidRDefault="00E72A3C" w:rsidP="00E72A3C">
      <w:pPr>
        <w:jc w:val="center"/>
        <w:rPr>
          <w:sz w:val="28"/>
          <w:szCs w:val="28"/>
        </w:rPr>
      </w:pPr>
      <w:r w:rsidRPr="00814807">
        <w:rPr>
          <w:sz w:val="28"/>
          <w:szCs w:val="28"/>
        </w:rPr>
        <w:t xml:space="preserve">№ 132 </w:t>
      </w:r>
      <w:proofErr w:type="spellStart"/>
      <w:r w:rsidRPr="00814807">
        <w:rPr>
          <w:sz w:val="28"/>
          <w:szCs w:val="28"/>
        </w:rPr>
        <w:t>сайлау</w:t>
      </w:r>
      <w:proofErr w:type="spellEnd"/>
      <w:r w:rsidRPr="00814807">
        <w:rPr>
          <w:sz w:val="28"/>
          <w:szCs w:val="28"/>
        </w:rPr>
        <w:t xml:space="preserve"> </w:t>
      </w:r>
      <w:proofErr w:type="spellStart"/>
      <w:r w:rsidRPr="00814807">
        <w:rPr>
          <w:sz w:val="28"/>
          <w:szCs w:val="28"/>
        </w:rPr>
        <w:t>учаскесі</w:t>
      </w:r>
      <w:proofErr w:type="spellEnd"/>
    </w:p>
    <w:p w14:paraId="54BB56E2" w14:textId="77777777" w:rsidR="00E72A3C" w:rsidRPr="00814807" w:rsidRDefault="00E72A3C" w:rsidP="00E72A3C">
      <w:pPr>
        <w:jc w:val="center"/>
        <w:rPr>
          <w:sz w:val="28"/>
          <w:szCs w:val="28"/>
        </w:rPr>
      </w:pPr>
      <w:r w:rsidRPr="00814807">
        <w:rPr>
          <w:sz w:val="28"/>
          <w:szCs w:val="28"/>
        </w:rPr>
        <w:t>(</w:t>
      </w:r>
      <w:proofErr w:type="spellStart"/>
      <w:r w:rsidRPr="00814807">
        <w:rPr>
          <w:sz w:val="28"/>
          <w:szCs w:val="28"/>
        </w:rPr>
        <w:t>орталығы</w:t>
      </w:r>
      <w:proofErr w:type="spellEnd"/>
      <w:r w:rsidRPr="00814807">
        <w:rPr>
          <w:sz w:val="28"/>
          <w:szCs w:val="28"/>
        </w:rPr>
        <w:t xml:space="preserve"> – Астана </w:t>
      </w:r>
      <w:proofErr w:type="spellStart"/>
      <w:r w:rsidRPr="00814807">
        <w:rPr>
          <w:sz w:val="28"/>
          <w:szCs w:val="28"/>
        </w:rPr>
        <w:t>қаласы</w:t>
      </w:r>
      <w:proofErr w:type="spellEnd"/>
      <w:r w:rsidRPr="00814807">
        <w:rPr>
          <w:sz w:val="28"/>
          <w:szCs w:val="28"/>
        </w:rPr>
        <w:t xml:space="preserve"> </w:t>
      </w:r>
      <w:proofErr w:type="spellStart"/>
      <w:r w:rsidRPr="00814807">
        <w:rPr>
          <w:sz w:val="28"/>
          <w:szCs w:val="28"/>
        </w:rPr>
        <w:t>әкімдігінің</w:t>
      </w:r>
      <w:proofErr w:type="spellEnd"/>
      <w:r w:rsidRPr="00814807">
        <w:rPr>
          <w:sz w:val="28"/>
          <w:szCs w:val="28"/>
        </w:rPr>
        <w:t xml:space="preserve"> «</w:t>
      </w:r>
      <w:proofErr w:type="spellStart"/>
      <w:r w:rsidRPr="00814807">
        <w:rPr>
          <w:sz w:val="28"/>
          <w:szCs w:val="28"/>
        </w:rPr>
        <w:t>Кәрім</w:t>
      </w:r>
      <w:proofErr w:type="spellEnd"/>
      <w:r w:rsidRPr="00814807">
        <w:rPr>
          <w:sz w:val="28"/>
          <w:szCs w:val="28"/>
        </w:rPr>
        <w:t xml:space="preserve"> </w:t>
      </w:r>
      <w:proofErr w:type="spellStart"/>
      <w:r w:rsidRPr="00814807">
        <w:rPr>
          <w:sz w:val="28"/>
          <w:szCs w:val="28"/>
        </w:rPr>
        <w:t>Мыңбаев</w:t>
      </w:r>
      <w:proofErr w:type="spellEnd"/>
      <w:r w:rsidRPr="00814807">
        <w:rPr>
          <w:sz w:val="28"/>
          <w:szCs w:val="28"/>
        </w:rPr>
        <w:t xml:space="preserve"> </w:t>
      </w:r>
      <w:proofErr w:type="spellStart"/>
      <w:r w:rsidRPr="00814807">
        <w:rPr>
          <w:sz w:val="28"/>
          <w:szCs w:val="28"/>
        </w:rPr>
        <w:t>атындағы</w:t>
      </w:r>
      <w:proofErr w:type="spellEnd"/>
      <w:r w:rsidRPr="00814807">
        <w:rPr>
          <w:sz w:val="28"/>
          <w:szCs w:val="28"/>
        </w:rPr>
        <w:t xml:space="preserve"> </w:t>
      </w:r>
    </w:p>
    <w:p w14:paraId="3200FCC3" w14:textId="77777777" w:rsidR="00E72A3C" w:rsidRPr="00814807" w:rsidRDefault="00E72A3C" w:rsidP="00E72A3C">
      <w:pPr>
        <w:jc w:val="center"/>
        <w:rPr>
          <w:sz w:val="28"/>
          <w:szCs w:val="28"/>
        </w:rPr>
      </w:pPr>
      <w:r w:rsidRPr="00814807">
        <w:rPr>
          <w:sz w:val="28"/>
          <w:szCs w:val="28"/>
        </w:rPr>
        <w:t xml:space="preserve">№ 59 </w:t>
      </w:r>
      <w:proofErr w:type="spellStart"/>
      <w:r w:rsidRPr="00814807">
        <w:rPr>
          <w:sz w:val="28"/>
          <w:szCs w:val="28"/>
        </w:rPr>
        <w:t>мектеп</w:t>
      </w:r>
      <w:proofErr w:type="spellEnd"/>
      <w:r w:rsidRPr="00814807">
        <w:rPr>
          <w:sz w:val="28"/>
          <w:szCs w:val="28"/>
        </w:rPr>
        <w:t xml:space="preserve">-лицей» </w:t>
      </w:r>
      <w:proofErr w:type="spellStart"/>
      <w:r w:rsidRPr="00814807">
        <w:rPr>
          <w:sz w:val="28"/>
          <w:szCs w:val="28"/>
        </w:rPr>
        <w:t>шаруашылық</w:t>
      </w:r>
      <w:proofErr w:type="spellEnd"/>
      <w:r w:rsidRPr="00814807">
        <w:rPr>
          <w:sz w:val="28"/>
          <w:szCs w:val="28"/>
        </w:rPr>
        <w:t xml:space="preserve"> </w:t>
      </w:r>
      <w:proofErr w:type="spellStart"/>
      <w:r w:rsidRPr="00814807">
        <w:rPr>
          <w:sz w:val="28"/>
          <w:szCs w:val="28"/>
        </w:rPr>
        <w:t>жүргізу</w:t>
      </w:r>
      <w:proofErr w:type="spellEnd"/>
      <w:r w:rsidRPr="00814807">
        <w:rPr>
          <w:sz w:val="28"/>
          <w:szCs w:val="28"/>
        </w:rPr>
        <w:t xml:space="preserve"> </w:t>
      </w:r>
      <w:proofErr w:type="spellStart"/>
      <w:r w:rsidRPr="00814807">
        <w:rPr>
          <w:sz w:val="28"/>
          <w:szCs w:val="28"/>
        </w:rPr>
        <w:t>құқығындағы</w:t>
      </w:r>
      <w:proofErr w:type="spellEnd"/>
      <w:r w:rsidRPr="00814807">
        <w:rPr>
          <w:sz w:val="28"/>
          <w:szCs w:val="28"/>
        </w:rPr>
        <w:t xml:space="preserve"> </w:t>
      </w:r>
      <w:proofErr w:type="spellStart"/>
      <w:r w:rsidRPr="00814807">
        <w:rPr>
          <w:sz w:val="28"/>
          <w:szCs w:val="28"/>
        </w:rPr>
        <w:t>мемлекеттік</w:t>
      </w:r>
      <w:proofErr w:type="spellEnd"/>
      <w:r w:rsidRPr="00814807">
        <w:rPr>
          <w:sz w:val="28"/>
          <w:szCs w:val="28"/>
        </w:rPr>
        <w:t xml:space="preserve"> </w:t>
      </w:r>
      <w:proofErr w:type="spellStart"/>
      <w:r w:rsidRPr="00814807">
        <w:rPr>
          <w:sz w:val="28"/>
          <w:szCs w:val="28"/>
        </w:rPr>
        <w:t>коммуналдық</w:t>
      </w:r>
      <w:proofErr w:type="spellEnd"/>
      <w:r w:rsidRPr="00814807">
        <w:rPr>
          <w:sz w:val="28"/>
          <w:szCs w:val="28"/>
        </w:rPr>
        <w:t xml:space="preserve"> </w:t>
      </w:r>
      <w:proofErr w:type="spellStart"/>
      <w:r w:rsidRPr="00814807">
        <w:rPr>
          <w:sz w:val="28"/>
          <w:szCs w:val="28"/>
        </w:rPr>
        <w:t>кәсіпорны</w:t>
      </w:r>
      <w:proofErr w:type="spellEnd"/>
      <w:r w:rsidRPr="00814807">
        <w:rPr>
          <w:sz w:val="28"/>
          <w:szCs w:val="28"/>
        </w:rPr>
        <w:t xml:space="preserve">, </w:t>
      </w:r>
      <w:proofErr w:type="spellStart"/>
      <w:r w:rsidRPr="00814807">
        <w:rPr>
          <w:sz w:val="28"/>
          <w:szCs w:val="28"/>
        </w:rPr>
        <w:t>Сауран</w:t>
      </w:r>
      <w:proofErr w:type="spellEnd"/>
      <w:r w:rsidRPr="00814807">
        <w:rPr>
          <w:sz w:val="28"/>
          <w:szCs w:val="28"/>
        </w:rPr>
        <w:t xml:space="preserve"> </w:t>
      </w:r>
      <w:proofErr w:type="spellStart"/>
      <w:r w:rsidRPr="00814807">
        <w:rPr>
          <w:sz w:val="28"/>
          <w:szCs w:val="28"/>
        </w:rPr>
        <w:t>көшесі</w:t>
      </w:r>
      <w:proofErr w:type="spellEnd"/>
      <w:r w:rsidRPr="00814807">
        <w:rPr>
          <w:sz w:val="28"/>
          <w:szCs w:val="28"/>
        </w:rPr>
        <w:t>, № 5/1)</w:t>
      </w:r>
    </w:p>
    <w:p w14:paraId="6AED8474" w14:textId="77777777" w:rsidR="00E72A3C" w:rsidRPr="00814807" w:rsidRDefault="00E72A3C" w:rsidP="00E72A3C">
      <w:pPr>
        <w:ind w:firstLine="567"/>
        <w:jc w:val="both"/>
        <w:rPr>
          <w:sz w:val="28"/>
          <w:szCs w:val="28"/>
        </w:rPr>
      </w:pPr>
    </w:p>
    <w:p w14:paraId="34FF3826" w14:textId="77777777" w:rsidR="00E72A3C" w:rsidRPr="00420D39" w:rsidRDefault="00E72A3C" w:rsidP="00E72A3C">
      <w:pPr>
        <w:ind w:firstLine="567"/>
        <w:jc w:val="both"/>
        <w:rPr>
          <w:sz w:val="28"/>
          <w:szCs w:val="28"/>
        </w:rPr>
      </w:pPr>
      <w:proofErr w:type="spellStart"/>
      <w:r w:rsidRPr="00814807">
        <w:rPr>
          <w:sz w:val="28"/>
          <w:szCs w:val="28"/>
        </w:rPr>
        <w:t>Шекарасы</w:t>
      </w:r>
      <w:proofErr w:type="spellEnd"/>
      <w:r w:rsidRPr="00814807">
        <w:rPr>
          <w:sz w:val="28"/>
          <w:szCs w:val="28"/>
        </w:rPr>
        <w:t xml:space="preserve">: </w:t>
      </w:r>
      <w:r w:rsidRPr="00814807">
        <w:rPr>
          <w:sz w:val="28"/>
          <w:szCs w:val="28"/>
          <w:lang w:val="kk-KZ"/>
        </w:rPr>
        <w:t>Қабанбай батыр даңғылы, № 40, 40а, 40/1, 40/1а, 42 үйлер, Алматы көшесі, № 1, 1а, 1/1, 1/1а, 3, 3/1 үйлер.</w:t>
      </w:r>
    </w:p>
    <w:p w14:paraId="3E19D3C2" w14:textId="77777777" w:rsidR="00E72A3C" w:rsidRPr="00420D39" w:rsidRDefault="00E72A3C" w:rsidP="00E72A3C">
      <w:pPr>
        <w:jc w:val="center"/>
        <w:rPr>
          <w:sz w:val="28"/>
          <w:szCs w:val="28"/>
        </w:rPr>
      </w:pPr>
    </w:p>
    <w:p w14:paraId="7FDD9E07" w14:textId="77777777" w:rsidR="00E72A3C" w:rsidRPr="00420D39" w:rsidRDefault="00E72A3C" w:rsidP="00E72A3C">
      <w:pPr>
        <w:jc w:val="center"/>
        <w:rPr>
          <w:sz w:val="28"/>
          <w:szCs w:val="28"/>
        </w:rPr>
      </w:pPr>
      <w:r w:rsidRPr="00420D39">
        <w:rPr>
          <w:sz w:val="28"/>
          <w:szCs w:val="28"/>
        </w:rPr>
        <w:t xml:space="preserve">№ 133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7404699A"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 «</w:t>
      </w:r>
      <w:proofErr w:type="spellStart"/>
      <w:r w:rsidRPr="00420D39">
        <w:rPr>
          <w:sz w:val="28"/>
          <w:szCs w:val="28"/>
        </w:rPr>
        <w:t>Қазақтелеком</w:t>
      </w:r>
      <w:proofErr w:type="spellEnd"/>
      <w:r w:rsidRPr="00420D39">
        <w:rPr>
          <w:sz w:val="28"/>
          <w:szCs w:val="28"/>
        </w:rPr>
        <w:t xml:space="preserve">» </w:t>
      </w:r>
      <w:proofErr w:type="spellStart"/>
      <w:r w:rsidRPr="00420D39">
        <w:rPr>
          <w:sz w:val="28"/>
          <w:szCs w:val="28"/>
        </w:rPr>
        <w:t>акционерлік</w:t>
      </w:r>
      <w:proofErr w:type="spellEnd"/>
      <w:r w:rsidRPr="00420D39">
        <w:rPr>
          <w:sz w:val="28"/>
          <w:szCs w:val="28"/>
        </w:rPr>
        <w:t xml:space="preserve"> </w:t>
      </w:r>
      <w:proofErr w:type="spellStart"/>
      <w:r w:rsidRPr="00420D39">
        <w:rPr>
          <w:sz w:val="28"/>
          <w:szCs w:val="28"/>
        </w:rPr>
        <w:t>қоғамы</w:t>
      </w:r>
      <w:proofErr w:type="spellEnd"/>
      <w:r w:rsidRPr="00420D39">
        <w:rPr>
          <w:sz w:val="28"/>
          <w:szCs w:val="28"/>
        </w:rPr>
        <w:t xml:space="preserve">, </w:t>
      </w:r>
    </w:p>
    <w:p w14:paraId="68542AE9" w14:textId="77777777" w:rsidR="00E72A3C" w:rsidRPr="00420D39" w:rsidRDefault="00E72A3C" w:rsidP="00E72A3C">
      <w:pPr>
        <w:jc w:val="center"/>
        <w:rPr>
          <w:sz w:val="28"/>
          <w:szCs w:val="28"/>
        </w:rPr>
      </w:pPr>
      <w:proofErr w:type="spellStart"/>
      <w:r w:rsidRPr="00420D39">
        <w:rPr>
          <w:sz w:val="28"/>
          <w:szCs w:val="28"/>
        </w:rPr>
        <w:t>Сауран</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 12)</w:t>
      </w:r>
    </w:p>
    <w:p w14:paraId="7FFF111F" w14:textId="77777777" w:rsidR="00E72A3C" w:rsidRPr="00420D39" w:rsidRDefault="00E72A3C" w:rsidP="00E72A3C">
      <w:pPr>
        <w:jc w:val="center"/>
        <w:rPr>
          <w:sz w:val="28"/>
          <w:szCs w:val="28"/>
        </w:rPr>
      </w:pPr>
    </w:p>
    <w:p w14:paraId="7740C25A" w14:textId="77777777" w:rsidR="00E72A3C" w:rsidRPr="00420D39" w:rsidRDefault="00E72A3C" w:rsidP="00E72A3C">
      <w:pPr>
        <w:ind w:firstLine="567"/>
        <w:jc w:val="both"/>
        <w:rPr>
          <w:sz w:val="28"/>
          <w:szCs w:val="28"/>
        </w:rPr>
      </w:pPr>
      <w:proofErr w:type="spellStart"/>
      <w:r w:rsidRPr="00420D39">
        <w:rPr>
          <w:sz w:val="28"/>
          <w:szCs w:val="28"/>
        </w:rPr>
        <w:t>Шекарасы</w:t>
      </w:r>
      <w:proofErr w:type="spellEnd"/>
      <w:r w:rsidRPr="00420D39">
        <w:rPr>
          <w:sz w:val="28"/>
          <w:szCs w:val="28"/>
        </w:rPr>
        <w:t xml:space="preserve">: </w:t>
      </w:r>
      <w:proofErr w:type="spellStart"/>
      <w:r w:rsidRPr="00420D39">
        <w:rPr>
          <w:sz w:val="28"/>
          <w:szCs w:val="28"/>
        </w:rPr>
        <w:t>Сығанақ</w:t>
      </w:r>
      <w:proofErr w:type="spellEnd"/>
      <w:r w:rsidRPr="00420D39">
        <w:rPr>
          <w:sz w:val="28"/>
          <w:szCs w:val="28"/>
        </w:rPr>
        <w:t xml:space="preserve"> </w:t>
      </w:r>
      <w:proofErr w:type="spellStart"/>
      <w:r w:rsidRPr="00420D39">
        <w:rPr>
          <w:sz w:val="28"/>
          <w:szCs w:val="28"/>
        </w:rPr>
        <w:t>көшесінен</w:t>
      </w:r>
      <w:proofErr w:type="spellEnd"/>
      <w:r w:rsidRPr="00420D39">
        <w:rPr>
          <w:sz w:val="28"/>
          <w:szCs w:val="28"/>
        </w:rPr>
        <w:t xml:space="preserve"> </w:t>
      </w:r>
      <w:proofErr w:type="spellStart"/>
      <w:r w:rsidRPr="00420D39">
        <w:rPr>
          <w:sz w:val="28"/>
          <w:szCs w:val="28"/>
        </w:rPr>
        <w:t>Түркістан</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тақ</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Алматы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Алматы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тақ</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Сауран</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Сауран</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жұп</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Сығанақ</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Сығанақ</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жұп</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Түркістан</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w:t>
      </w:r>
    </w:p>
    <w:p w14:paraId="0A6CECB6" w14:textId="77777777" w:rsidR="00E72A3C" w:rsidRPr="00420D39" w:rsidRDefault="00E72A3C" w:rsidP="00E72A3C">
      <w:pPr>
        <w:ind w:firstLine="567"/>
        <w:jc w:val="both"/>
        <w:rPr>
          <w:sz w:val="28"/>
          <w:szCs w:val="28"/>
        </w:rPr>
      </w:pPr>
    </w:p>
    <w:p w14:paraId="0FC1B8E5" w14:textId="77777777" w:rsidR="00E72A3C" w:rsidRPr="00814807" w:rsidRDefault="00E72A3C" w:rsidP="00E72A3C">
      <w:pPr>
        <w:jc w:val="center"/>
        <w:rPr>
          <w:sz w:val="28"/>
          <w:szCs w:val="28"/>
        </w:rPr>
      </w:pPr>
      <w:r w:rsidRPr="00814807">
        <w:rPr>
          <w:sz w:val="28"/>
          <w:szCs w:val="28"/>
        </w:rPr>
        <w:t xml:space="preserve">№ 134 </w:t>
      </w:r>
      <w:proofErr w:type="spellStart"/>
      <w:r w:rsidRPr="00814807">
        <w:rPr>
          <w:sz w:val="28"/>
          <w:szCs w:val="28"/>
        </w:rPr>
        <w:t>сайлау</w:t>
      </w:r>
      <w:proofErr w:type="spellEnd"/>
      <w:r w:rsidRPr="00814807">
        <w:rPr>
          <w:sz w:val="28"/>
          <w:szCs w:val="28"/>
        </w:rPr>
        <w:t xml:space="preserve"> </w:t>
      </w:r>
      <w:proofErr w:type="spellStart"/>
      <w:r w:rsidRPr="00814807">
        <w:rPr>
          <w:sz w:val="28"/>
          <w:szCs w:val="28"/>
        </w:rPr>
        <w:t>учаскесі</w:t>
      </w:r>
      <w:proofErr w:type="spellEnd"/>
    </w:p>
    <w:p w14:paraId="15DED434" w14:textId="77777777" w:rsidR="00E72A3C" w:rsidRPr="00814807" w:rsidRDefault="00E72A3C" w:rsidP="00E72A3C">
      <w:pPr>
        <w:jc w:val="center"/>
        <w:rPr>
          <w:sz w:val="28"/>
          <w:szCs w:val="28"/>
        </w:rPr>
      </w:pPr>
      <w:r w:rsidRPr="00814807">
        <w:rPr>
          <w:sz w:val="28"/>
          <w:szCs w:val="28"/>
        </w:rPr>
        <w:t>(</w:t>
      </w:r>
      <w:proofErr w:type="spellStart"/>
      <w:r w:rsidRPr="00814807">
        <w:rPr>
          <w:sz w:val="28"/>
          <w:szCs w:val="28"/>
        </w:rPr>
        <w:t>орталығы</w:t>
      </w:r>
      <w:proofErr w:type="spellEnd"/>
      <w:r w:rsidRPr="00814807">
        <w:rPr>
          <w:sz w:val="28"/>
          <w:szCs w:val="28"/>
        </w:rPr>
        <w:t xml:space="preserve"> – Астана </w:t>
      </w:r>
      <w:proofErr w:type="spellStart"/>
      <w:r w:rsidRPr="00814807">
        <w:rPr>
          <w:sz w:val="28"/>
          <w:szCs w:val="28"/>
        </w:rPr>
        <w:t>қаласы</w:t>
      </w:r>
      <w:proofErr w:type="spellEnd"/>
      <w:r w:rsidRPr="00814807">
        <w:rPr>
          <w:sz w:val="28"/>
          <w:szCs w:val="28"/>
        </w:rPr>
        <w:t xml:space="preserve"> </w:t>
      </w:r>
      <w:proofErr w:type="spellStart"/>
      <w:r w:rsidRPr="00814807">
        <w:rPr>
          <w:sz w:val="28"/>
          <w:szCs w:val="28"/>
        </w:rPr>
        <w:t>әкімдігінің</w:t>
      </w:r>
      <w:proofErr w:type="spellEnd"/>
      <w:r w:rsidRPr="00814807">
        <w:rPr>
          <w:sz w:val="28"/>
          <w:szCs w:val="28"/>
        </w:rPr>
        <w:t xml:space="preserve"> «№ 82 «</w:t>
      </w:r>
      <w:proofErr w:type="spellStart"/>
      <w:r w:rsidRPr="00814807">
        <w:rPr>
          <w:sz w:val="28"/>
          <w:szCs w:val="28"/>
        </w:rPr>
        <w:t>Дарын</w:t>
      </w:r>
      <w:proofErr w:type="spellEnd"/>
      <w:r w:rsidRPr="00814807">
        <w:rPr>
          <w:sz w:val="28"/>
          <w:szCs w:val="28"/>
        </w:rPr>
        <w:t xml:space="preserve">» </w:t>
      </w:r>
      <w:proofErr w:type="spellStart"/>
      <w:r w:rsidRPr="00814807">
        <w:rPr>
          <w:sz w:val="28"/>
          <w:szCs w:val="28"/>
        </w:rPr>
        <w:t>мамандандырылған</w:t>
      </w:r>
      <w:proofErr w:type="spellEnd"/>
      <w:r w:rsidRPr="00814807">
        <w:rPr>
          <w:sz w:val="28"/>
          <w:szCs w:val="28"/>
        </w:rPr>
        <w:t xml:space="preserve"> </w:t>
      </w:r>
      <w:proofErr w:type="spellStart"/>
      <w:r w:rsidRPr="00814807">
        <w:rPr>
          <w:sz w:val="28"/>
          <w:szCs w:val="28"/>
        </w:rPr>
        <w:t>лицейі</w:t>
      </w:r>
      <w:proofErr w:type="spellEnd"/>
      <w:r w:rsidRPr="00814807">
        <w:rPr>
          <w:sz w:val="28"/>
          <w:szCs w:val="28"/>
        </w:rPr>
        <w:t xml:space="preserve">» </w:t>
      </w:r>
      <w:proofErr w:type="spellStart"/>
      <w:r w:rsidRPr="00814807">
        <w:rPr>
          <w:sz w:val="28"/>
          <w:szCs w:val="28"/>
        </w:rPr>
        <w:t>коммуналдық</w:t>
      </w:r>
      <w:proofErr w:type="spellEnd"/>
      <w:r w:rsidRPr="00814807">
        <w:rPr>
          <w:sz w:val="28"/>
          <w:szCs w:val="28"/>
        </w:rPr>
        <w:t xml:space="preserve"> </w:t>
      </w:r>
      <w:proofErr w:type="spellStart"/>
      <w:r w:rsidRPr="00814807">
        <w:rPr>
          <w:sz w:val="28"/>
          <w:szCs w:val="28"/>
        </w:rPr>
        <w:t>мемлекеттік</w:t>
      </w:r>
      <w:proofErr w:type="spellEnd"/>
      <w:r w:rsidRPr="00814807">
        <w:rPr>
          <w:sz w:val="28"/>
          <w:szCs w:val="28"/>
        </w:rPr>
        <w:t xml:space="preserve"> </w:t>
      </w:r>
      <w:proofErr w:type="spellStart"/>
      <w:r w:rsidRPr="00814807">
        <w:rPr>
          <w:sz w:val="28"/>
          <w:szCs w:val="28"/>
        </w:rPr>
        <w:t>мекемесі</w:t>
      </w:r>
      <w:proofErr w:type="spellEnd"/>
      <w:r w:rsidRPr="00814807">
        <w:rPr>
          <w:sz w:val="28"/>
          <w:szCs w:val="28"/>
        </w:rPr>
        <w:t xml:space="preserve">, </w:t>
      </w:r>
      <w:proofErr w:type="spellStart"/>
      <w:proofErr w:type="gramStart"/>
      <w:r w:rsidRPr="00814807">
        <w:rPr>
          <w:sz w:val="28"/>
          <w:szCs w:val="28"/>
        </w:rPr>
        <w:t>Ұлы</w:t>
      </w:r>
      <w:proofErr w:type="spellEnd"/>
      <w:r w:rsidRPr="00814807">
        <w:rPr>
          <w:sz w:val="28"/>
          <w:szCs w:val="28"/>
        </w:rPr>
        <w:t xml:space="preserve"> Дала</w:t>
      </w:r>
      <w:proofErr w:type="gramEnd"/>
      <w:r w:rsidRPr="00814807">
        <w:rPr>
          <w:sz w:val="28"/>
          <w:szCs w:val="28"/>
        </w:rPr>
        <w:t xml:space="preserve"> </w:t>
      </w:r>
      <w:proofErr w:type="spellStart"/>
      <w:r w:rsidRPr="00814807">
        <w:rPr>
          <w:sz w:val="28"/>
          <w:szCs w:val="28"/>
        </w:rPr>
        <w:t>даңғылы</w:t>
      </w:r>
      <w:proofErr w:type="spellEnd"/>
      <w:r w:rsidRPr="00814807">
        <w:rPr>
          <w:sz w:val="28"/>
          <w:szCs w:val="28"/>
        </w:rPr>
        <w:t>, № 61/1)</w:t>
      </w:r>
    </w:p>
    <w:p w14:paraId="207F8C69" w14:textId="77777777" w:rsidR="00E72A3C" w:rsidRPr="00814807" w:rsidRDefault="00E72A3C" w:rsidP="00E72A3C">
      <w:pPr>
        <w:jc w:val="center"/>
        <w:rPr>
          <w:sz w:val="28"/>
          <w:szCs w:val="28"/>
        </w:rPr>
      </w:pPr>
    </w:p>
    <w:p w14:paraId="583A507D" w14:textId="77777777" w:rsidR="00E72A3C" w:rsidRPr="00420D39" w:rsidRDefault="00E72A3C" w:rsidP="00E72A3C">
      <w:pPr>
        <w:ind w:firstLine="567"/>
        <w:jc w:val="both"/>
        <w:rPr>
          <w:sz w:val="28"/>
          <w:szCs w:val="28"/>
        </w:rPr>
      </w:pPr>
      <w:proofErr w:type="spellStart"/>
      <w:r w:rsidRPr="00814807">
        <w:rPr>
          <w:sz w:val="28"/>
          <w:szCs w:val="28"/>
        </w:rPr>
        <w:t>Шекарасы</w:t>
      </w:r>
      <w:proofErr w:type="spellEnd"/>
      <w:r w:rsidRPr="00814807">
        <w:rPr>
          <w:sz w:val="28"/>
          <w:szCs w:val="28"/>
        </w:rPr>
        <w:t xml:space="preserve">: </w:t>
      </w:r>
      <w:proofErr w:type="gramStart"/>
      <w:r w:rsidRPr="00814807">
        <w:rPr>
          <w:sz w:val="28"/>
          <w:szCs w:val="28"/>
          <w:lang w:val="kk-KZ"/>
        </w:rPr>
        <w:t>Ұлы Дала</w:t>
      </w:r>
      <w:proofErr w:type="gramEnd"/>
      <w:r w:rsidRPr="00814807">
        <w:rPr>
          <w:sz w:val="28"/>
          <w:szCs w:val="28"/>
          <w:lang w:val="kk-KZ"/>
        </w:rPr>
        <w:t xml:space="preserve"> даңғылы, № 55, 55/1, 55/2, 57, 59, 61, 63, 65 үйлер, Жошы хан көшесі, № 1, 1/1, 1/2, 6 үйлер.</w:t>
      </w:r>
    </w:p>
    <w:p w14:paraId="502EBC07" w14:textId="77777777" w:rsidR="00E72A3C" w:rsidRPr="00420D39" w:rsidRDefault="00E72A3C" w:rsidP="00E72A3C">
      <w:pPr>
        <w:ind w:firstLine="567"/>
        <w:jc w:val="both"/>
        <w:rPr>
          <w:sz w:val="28"/>
          <w:szCs w:val="28"/>
        </w:rPr>
      </w:pPr>
    </w:p>
    <w:p w14:paraId="2BF0329C" w14:textId="77777777" w:rsidR="00E72A3C" w:rsidRPr="00814807" w:rsidRDefault="00E72A3C" w:rsidP="00E72A3C">
      <w:pPr>
        <w:jc w:val="center"/>
        <w:rPr>
          <w:sz w:val="28"/>
          <w:szCs w:val="28"/>
        </w:rPr>
      </w:pPr>
      <w:r w:rsidRPr="00814807">
        <w:rPr>
          <w:sz w:val="28"/>
          <w:szCs w:val="28"/>
        </w:rPr>
        <w:t xml:space="preserve">№ 135 </w:t>
      </w:r>
      <w:proofErr w:type="spellStart"/>
      <w:r w:rsidRPr="00814807">
        <w:rPr>
          <w:sz w:val="28"/>
          <w:szCs w:val="28"/>
        </w:rPr>
        <w:t>сайлау</w:t>
      </w:r>
      <w:proofErr w:type="spellEnd"/>
      <w:r w:rsidRPr="00814807">
        <w:rPr>
          <w:sz w:val="28"/>
          <w:szCs w:val="28"/>
        </w:rPr>
        <w:t xml:space="preserve"> </w:t>
      </w:r>
      <w:proofErr w:type="spellStart"/>
      <w:r w:rsidRPr="00814807">
        <w:rPr>
          <w:sz w:val="28"/>
          <w:szCs w:val="28"/>
        </w:rPr>
        <w:t>учаскесі</w:t>
      </w:r>
      <w:proofErr w:type="spellEnd"/>
    </w:p>
    <w:p w14:paraId="38D24AE3" w14:textId="77777777" w:rsidR="00E72A3C" w:rsidRPr="00814807" w:rsidRDefault="00E72A3C" w:rsidP="00E72A3C">
      <w:pPr>
        <w:jc w:val="center"/>
        <w:rPr>
          <w:sz w:val="28"/>
          <w:szCs w:val="28"/>
        </w:rPr>
      </w:pPr>
      <w:r w:rsidRPr="00814807">
        <w:rPr>
          <w:sz w:val="28"/>
          <w:szCs w:val="28"/>
        </w:rPr>
        <w:t>(</w:t>
      </w:r>
      <w:proofErr w:type="spellStart"/>
      <w:r w:rsidRPr="00814807">
        <w:rPr>
          <w:sz w:val="28"/>
          <w:szCs w:val="28"/>
        </w:rPr>
        <w:t>орталығы</w:t>
      </w:r>
      <w:proofErr w:type="spellEnd"/>
      <w:r w:rsidRPr="00814807">
        <w:rPr>
          <w:sz w:val="28"/>
          <w:szCs w:val="28"/>
        </w:rPr>
        <w:t> – «</w:t>
      </w:r>
      <w:proofErr w:type="spellStart"/>
      <w:r w:rsidRPr="00814807">
        <w:rPr>
          <w:sz w:val="28"/>
          <w:szCs w:val="28"/>
        </w:rPr>
        <w:t>Alatau</w:t>
      </w:r>
      <w:proofErr w:type="spellEnd"/>
      <w:r w:rsidRPr="00814807">
        <w:rPr>
          <w:sz w:val="28"/>
          <w:szCs w:val="28"/>
        </w:rPr>
        <w:t xml:space="preserve"> City Bank» </w:t>
      </w:r>
      <w:proofErr w:type="spellStart"/>
      <w:r w:rsidRPr="00814807">
        <w:rPr>
          <w:sz w:val="28"/>
          <w:szCs w:val="28"/>
        </w:rPr>
        <w:t>акционерлік</w:t>
      </w:r>
      <w:proofErr w:type="spellEnd"/>
      <w:r w:rsidRPr="00814807">
        <w:rPr>
          <w:sz w:val="28"/>
          <w:szCs w:val="28"/>
        </w:rPr>
        <w:t xml:space="preserve"> </w:t>
      </w:r>
      <w:proofErr w:type="spellStart"/>
      <w:r w:rsidRPr="00814807">
        <w:rPr>
          <w:sz w:val="28"/>
          <w:szCs w:val="28"/>
        </w:rPr>
        <w:t>қоғамы</w:t>
      </w:r>
      <w:proofErr w:type="spellEnd"/>
      <w:r w:rsidRPr="00814807">
        <w:rPr>
          <w:sz w:val="28"/>
          <w:szCs w:val="28"/>
        </w:rPr>
        <w:t xml:space="preserve">, </w:t>
      </w:r>
    </w:p>
    <w:p w14:paraId="768FB37D" w14:textId="77777777" w:rsidR="00E72A3C" w:rsidRPr="00814807" w:rsidRDefault="00E72A3C" w:rsidP="00E72A3C">
      <w:pPr>
        <w:jc w:val="center"/>
        <w:rPr>
          <w:sz w:val="28"/>
          <w:szCs w:val="28"/>
        </w:rPr>
      </w:pPr>
      <w:proofErr w:type="spellStart"/>
      <w:r w:rsidRPr="00814807">
        <w:rPr>
          <w:sz w:val="28"/>
          <w:szCs w:val="28"/>
        </w:rPr>
        <w:t>Сарайшық</w:t>
      </w:r>
      <w:proofErr w:type="spellEnd"/>
      <w:r w:rsidRPr="00814807">
        <w:rPr>
          <w:sz w:val="28"/>
          <w:szCs w:val="28"/>
        </w:rPr>
        <w:t xml:space="preserve"> </w:t>
      </w:r>
      <w:proofErr w:type="spellStart"/>
      <w:r w:rsidRPr="00814807">
        <w:rPr>
          <w:sz w:val="28"/>
          <w:szCs w:val="28"/>
        </w:rPr>
        <w:t>көшесі</w:t>
      </w:r>
      <w:proofErr w:type="spellEnd"/>
      <w:r w:rsidRPr="00814807">
        <w:rPr>
          <w:sz w:val="28"/>
          <w:szCs w:val="28"/>
        </w:rPr>
        <w:t>, № 5а)</w:t>
      </w:r>
    </w:p>
    <w:p w14:paraId="01E5B820" w14:textId="77777777" w:rsidR="00E72A3C" w:rsidRPr="00AD3760" w:rsidRDefault="00E72A3C" w:rsidP="00E72A3C">
      <w:pPr>
        <w:ind w:firstLine="567"/>
        <w:jc w:val="both"/>
        <w:rPr>
          <w:sz w:val="28"/>
          <w:szCs w:val="28"/>
        </w:rPr>
      </w:pPr>
    </w:p>
    <w:p w14:paraId="64D564E3" w14:textId="77777777" w:rsidR="00E72A3C" w:rsidRPr="00420D39" w:rsidRDefault="00E72A3C" w:rsidP="00E72A3C">
      <w:pPr>
        <w:ind w:firstLine="567"/>
        <w:jc w:val="both"/>
        <w:rPr>
          <w:sz w:val="28"/>
          <w:szCs w:val="28"/>
        </w:rPr>
      </w:pPr>
      <w:proofErr w:type="spellStart"/>
      <w:r w:rsidRPr="00AD3760">
        <w:rPr>
          <w:sz w:val="28"/>
          <w:szCs w:val="28"/>
        </w:rPr>
        <w:t>Шекарасы</w:t>
      </w:r>
      <w:proofErr w:type="spellEnd"/>
      <w:r w:rsidRPr="00AD3760">
        <w:rPr>
          <w:sz w:val="28"/>
          <w:szCs w:val="28"/>
        </w:rPr>
        <w:t xml:space="preserve">: </w:t>
      </w:r>
      <w:proofErr w:type="spellStart"/>
      <w:r w:rsidRPr="00AD3760">
        <w:rPr>
          <w:sz w:val="28"/>
          <w:szCs w:val="28"/>
        </w:rPr>
        <w:t>Сарайшық</w:t>
      </w:r>
      <w:proofErr w:type="spellEnd"/>
      <w:r w:rsidRPr="00AD3760">
        <w:rPr>
          <w:sz w:val="28"/>
          <w:szCs w:val="28"/>
        </w:rPr>
        <w:t xml:space="preserve"> </w:t>
      </w:r>
      <w:proofErr w:type="spellStart"/>
      <w:r w:rsidRPr="00AD3760">
        <w:rPr>
          <w:sz w:val="28"/>
          <w:szCs w:val="28"/>
        </w:rPr>
        <w:t>көшесінен</w:t>
      </w:r>
      <w:proofErr w:type="spellEnd"/>
      <w:r w:rsidRPr="00AD3760">
        <w:rPr>
          <w:sz w:val="28"/>
          <w:szCs w:val="28"/>
        </w:rPr>
        <w:t xml:space="preserve"> Е. </w:t>
      </w:r>
      <w:proofErr w:type="spellStart"/>
      <w:r w:rsidRPr="00AD3760">
        <w:rPr>
          <w:sz w:val="28"/>
          <w:szCs w:val="28"/>
        </w:rPr>
        <w:t>Тайбеков</w:t>
      </w:r>
      <w:proofErr w:type="spellEnd"/>
      <w:r w:rsidRPr="00AD3760">
        <w:rPr>
          <w:sz w:val="28"/>
          <w:szCs w:val="28"/>
        </w:rPr>
        <w:t xml:space="preserve"> </w:t>
      </w:r>
      <w:proofErr w:type="spellStart"/>
      <w:r w:rsidRPr="00AD3760">
        <w:rPr>
          <w:sz w:val="28"/>
          <w:szCs w:val="28"/>
        </w:rPr>
        <w:t>көшесінің</w:t>
      </w:r>
      <w:proofErr w:type="spellEnd"/>
      <w:r w:rsidRPr="00AD3760">
        <w:rPr>
          <w:sz w:val="28"/>
          <w:szCs w:val="28"/>
        </w:rPr>
        <w:t xml:space="preserve"> </w:t>
      </w:r>
      <w:proofErr w:type="spellStart"/>
      <w:r w:rsidRPr="00AD3760">
        <w:rPr>
          <w:sz w:val="28"/>
          <w:szCs w:val="28"/>
        </w:rPr>
        <w:t>тақ</w:t>
      </w:r>
      <w:proofErr w:type="spellEnd"/>
      <w:r>
        <w:rPr>
          <w:sz w:val="28"/>
          <w:szCs w:val="28"/>
          <w:lang w:val="kk-KZ"/>
        </w:rPr>
        <w:t xml:space="preserve"> сандар</w:t>
      </w:r>
      <w:r w:rsidRPr="00AD3760">
        <w:rPr>
          <w:sz w:val="28"/>
          <w:szCs w:val="28"/>
        </w:rPr>
        <w:t xml:space="preserve"> </w:t>
      </w:r>
      <w:proofErr w:type="spellStart"/>
      <w:r w:rsidRPr="00AD3760">
        <w:rPr>
          <w:sz w:val="28"/>
          <w:szCs w:val="28"/>
        </w:rPr>
        <w:t>жағымен</w:t>
      </w:r>
      <w:proofErr w:type="spellEnd"/>
      <w:r w:rsidRPr="00AD3760">
        <w:rPr>
          <w:sz w:val="28"/>
          <w:szCs w:val="28"/>
        </w:rPr>
        <w:t xml:space="preserve"> </w:t>
      </w:r>
      <w:proofErr w:type="spellStart"/>
      <w:r w:rsidRPr="00AD3760">
        <w:rPr>
          <w:sz w:val="28"/>
          <w:szCs w:val="28"/>
        </w:rPr>
        <w:t>Қарашаш</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Қарашаш</w:t>
      </w:r>
      <w:proofErr w:type="spellEnd"/>
      <w:r w:rsidRPr="00AD3760">
        <w:rPr>
          <w:sz w:val="28"/>
          <w:szCs w:val="28"/>
        </w:rPr>
        <w:t xml:space="preserve"> </w:t>
      </w:r>
      <w:proofErr w:type="spellStart"/>
      <w:r w:rsidRPr="00AD3760">
        <w:rPr>
          <w:sz w:val="28"/>
          <w:szCs w:val="28"/>
        </w:rPr>
        <w:t>көшесінің</w:t>
      </w:r>
      <w:proofErr w:type="spellEnd"/>
      <w:r w:rsidRPr="00AD3760">
        <w:rPr>
          <w:sz w:val="28"/>
          <w:szCs w:val="28"/>
        </w:rPr>
        <w:t xml:space="preserve"> </w:t>
      </w:r>
      <w:proofErr w:type="spellStart"/>
      <w:r w:rsidRPr="00AD3760">
        <w:rPr>
          <w:sz w:val="28"/>
          <w:szCs w:val="28"/>
        </w:rPr>
        <w:t>тақ</w:t>
      </w:r>
      <w:proofErr w:type="spellEnd"/>
      <w:r w:rsidRPr="00AD3760">
        <w:rPr>
          <w:sz w:val="28"/>
          <w:szCs w:val="28"/>
        </w:rPr>
        <w:t xml:space="preserve"> </w:t>
      </w:r>
      <w:r>
        <w:rPr>
          <w:sz w:val="28"/>
          <w:szCs w:val="28"/>
          <w:lang w:val="kk-KZ"/>
        </w:rPr>
        <w:t xml:space="preserve">сандар </w:t>
      </w:r>
      <w:proofErr w:type="spellStart"/>
      <w:r w:rsidRPr="00AD3760">
        <w:rPr>
          <w:sz w:val="28"/>
          <w:szCs w:val="28"/>
        </w:rPr>
        <w:t>жағымен</w:t>
      </w:r>
      <w:proofErr w:type="spellEnd"/>
      <w:r w:rsidRPr="00AD3760">
        <w:rPr>
          <w:sz w:val="28"/>
          <w:szCs w:val="28"/>
        </w:rPr>
        <w:t xml:space="preserve"> </w:t>
      </w:r>
      <w:proofErr w:type="spellStart"/>
      <w:r w:rsidRPr="00AD3760">
        <w:rPr>
          <w:sz w:val="28"/>
          <w:szCs w:val="28"/>
        </w:rPr>
        <w:t>Жиембет</w:t>
      </w:r>
      <w:proofErr w:type="spellEnd"/>
      <w:r w:rsidRPr="00AD3760">
        <w:rPr>
          <w:sz w:val="28"/>
          <w:szCs w:val="28"/>
        </w:rPr>
        <w:t xml:space="preserve"> </w:t>
      </w:r>
      <w:proofErr w:type="spellStart"/>
      <w:r w:rsidRPr="00AD3760">
        <w:rPr>
          <w:sz w:val="28"/>
          <w:szCs w:val="28"/>
        </w:rPr>
        <w:t>жырау</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Жиембет</w:t>
      </w:r>
      <w:proofErr w:type="spellEnd"/>
      <w:r w:rsidRPr="00AD3760">
        <w:rPr>
          <w:sz w:val="28"/>
          <w:szCs w:val="28"/>
        </w:rPr>
        <w:t xml:space="preserve"> </w:t>
      </w:r>
      <w:proofErr w:type="spellStart"/>
      <w:r w:rsidRPr="00AD3760">
        <w:rPr>
          <w:sz w:val="28"/>
          <w:szCs w:val="28"/>
        </w:rPr>
        <w:t>жырау</w:t>
      </w:r>
      <w:proofErr w:type="spellEnd"/>
      <w:r w:rsidRPr="00AD3760">
        <w:rPr>
          <w:sz w:val="28"/>
          <w:szCs w:val="28"/>
        </w:rPr>
        <w:t xml:space="preserve"> </w:t>
      </w:r>
      <w:proofErr w:type="spellStart"/>
      <w:r w:rsidRPr="00AD3760">
        <w:rPr>
          <w:sz w:val="28"/>
          <w:szCs w:val="28"/>
        </w:rPr>
        <w:t>көшесінің</w:t>
      </w:r>
      <w:proofErr w:type="spellEnd"/>
      <w:r w:rsidRPr="00AD3760">
        <w:rPr>
          <w:sz w:val="28"/>
          <w:szCs w:val="28"/>
        </w:rPr>
        <w:t xml:space="preserve"> </w:t>
      </w:r>
      <w:proofErr w:type="spellStart"/>
      <w:r w:rsidRPr="00AD3760">
        <w:rPr>
          <w:sz w:val="28"/>
          <w:szCs w:val="28"/>
        </w:rPr>
        <w:t>тақ</w:t>
      </w:r>
      <w:proofErr w:type="spellEnd"/>
      <w:r w:rsidRPr="00AD3760">
        <w:rPr>
          <w:sz w:val="28"/>
          <w:szCs w:val="28"/>
        </w:rPr>
        <w:t xml:space="preserve"> </w:t>
      </w:r>
      <w:r>
        <w:rPr>
          <w:sz w:val="28"/>
          <w:szCs w:val="28"/>
          <w:lang w:val="kk-KZ"/>
        </w:rPr>
        <w:t xml:space="preserve">сандар </w:t>
      </w:r>
      <w:proofErr w:type="spellStart"/>
      <w:r w:rsidRPr="00AD3760">
        <w:rPr>
          <w:sz w:val="28"/>
          <w:szCs w:val="28"/>
        </w:rPr>
        <w:t>жағымен</w:t>
      </w:r>
      <w:proofErr w:type="spellEnd"/>
      <w:r w:rsidRPr="00AD3760">
        <w:rPr>
          <w:sz w:val="28"/>
          <w:szCs w:val="28"/>
        </w:rPr>
        <w:t xml:space="preserve"> </w:t>
      </w:r>
      <w:proofErr w:type="spellStart"/>
      <w:r w:rsidRPr="00AD3760">
        <w:rPr>
          <w:sz w:val="28"/>
          <w:szCs w:val="28"/>
        </w:rPr>
        <w:t>Сарайшық</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Сарайшық</w:t>
      </w:r>
      <w:proofErr w:type="spellEnd"/>
      <w:r w:rsidRPr="00AD3760">
        <w:rPr>
          <w:sz w:val="28"/>
          <w:szCs w:val="28"/>
        </w:rPr>
        <w:t xml:space="preserve"> </w:t>
      </w:r>
      <w:proofErr w:type="spellStart"/>
      <w:r w:rsidRPr="00AD3760">
        <w:rPr>
          <w:sz w:val="28"/>
          <w:szCs w:val="28"/>
        </w:rPr>
        <w:t>көшесінің</w:t>
      </w:r>
      <w:proofErr w:type="spellEnd"/>
      <w:r w:rsidRPr="00AD3760">
        <w:rPr>
          <w:sz w:val="28"/>
          <w:szCs w:val="28"/>
        </w:rPr>
        <w:t xml:space="preserve"> </w:t>
      </w:r>
      <w:proofErr w:type="spellStart"/>
      <w:r w:rsidRPr="00AD3760">
        <w:rPr>
          <w:sz w:val="28"/>
          <w:szCs w:val="28"/>
        </w:rPr>
        <w:t>тақ</w:t>
      </w:r>
      <w:proofErr w:type="spellEnd"/>
      <w:r w:rsidRPr="00AD3760">
        <w:rPr>
          <w:sz w:val="28"/>
          <w:szCs w:val="28"/>
        </w:rPr>
        <w:t xml:space="preserve"> </w:t>
      </w:r>
      <w:r>
        <w:rPr>
          <w:sz w:val="28"/>
          <w:szCs w:val="28"/>
          <w:lang w:val="kk-KZ"/>
        </w:rPr>
        <w:t xml:space="preserve">сандар </w:t>
      </w:r>
      <w:proofErr w:type="spellStart"/>
      <w:r w:rsidRPr="00AD3760">
        <w:rPr>
          <w:sz w:val="28"/>
          <w:szCs w:val="28"/>
        </w:rPr>
        <w:t>жағымен</w:t>
      </w:r>
      <w:proofErr w:type="spellEnd"/>
      <w:r w:rsidRPr="00AD3760">
        <w:rPr>
          <w:sz w:val="28"/>
          <w:szCs w:val="28"/>
        </w:rPr>
        <w:t xml:space="preserve"> Е. </w:t>
      </w:r>
      <w:proofErr w:type="spellStart"/>
      <w:r w:rsidRPr="00AD3760">
        <w:rPr>
          <w:sz w:val="28"/>
          <w:szCs w:val="28"/>
        </w:rPr>
        <w:t>Тайбеков</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w:t>
      </w:r>
    </w:p>
    <w:p w14:paraId="698C3A52" w14:textId="77777777" w:rsidR="00E72A3C" w:rsidRPr="00420D39" w:rsidRDefault="00E72A3C" w:rsidP="00E72A3C">
      <w:pPr>
        <w:ind w:firstLine="567"/>
        <w:jc w:val="both"/>
        <w:rPr>
          <w:sz w:val="28"/>
          <w:szCs w:val="28"/>
        </w:rPr>
      </w:pPr>
    </w:p>
    <w:p w14:paraId="43A6552C" w14:textId="77777777" w:rsidR="00E72A3C" w:rsidRPr="00814807" w:rsidRDefault="00E72A3C" w:rsidP="00E72A3C">
      <w:pPr>
        <w:jc w:val="center"/>
        <w:rPr>
          <w:sz w:val="28"/>
          <w:szCs w:val="28"/>
        </w:rPr>
      </w:pPr>
      <w:r w:rsidRPr="00814807">
        <w:rPr>
          <w:sz w:val="28"/>
          <w:szCs w:val="28"/>
        </w:rPr>
        <w:t xml:space="preserve">№ 136 </w:t>
      </w:r>
      <w:proofErr w:type="spellStart"/>
      <w:r w:rsidRPr="00814807">
        <w:rPr>
          <w:sz w:val="28"/>
          <w:szCs w:val="28"/>
        </w:rPr>
        <w:t>сайлау</w:t>
      </w:r>
      <w:proofErr w:type="spellEnd"/>
      <w:r w:rsidRPr="00814807">
        <w:rPr>
          <w:sz w:val="28"/>
          <w:szCs w:val="28"/>
        </w:rPr>
        <w:t xml:space="preserve"> </w:t>
      </w:r>
      <w:proofErr w:type="spellStart"/>
      <w:r w:rsidRPr="00814807">
        <w:rPr>
          <w:sz w:val="28"/>
          <w:szCs w:val="28"/>
        </w:rPr>
        <w:t>учаскесі</w:t>
      </w:r>
      <w:proofErr w:type="spellEnd"/>
    </w:p>
    <w:p w14:paraId="5F1E5CB6" w14:textId="77777777" w:rsidR="00E72A3C" w:rsidRPr="00814807" w:rsidRDefault="00E72A3C" w:rsidP="00E72A3C">
      <w:pPr>
        <w:jc w:val="center"/>
        <w:rPr>
          <w:sz w:val="28"/>
          <w:szCs w:val="28"/>
        </w:rPr>
      </w:pPr>
      <w:r w:rsidRPr="00814807">
        <w:rPr>
          <w:sz w:val="28"/>
          <w:szCs w:val="28"/>
        </w:rPr>
        <w:t>(</w:t>
      </w:r>
      <w:proofErr w:type="spellStart"/>
      <w:r w:rsidRPr="00814807">
        <w:rPr>
          <w:sz w:val="28"/>
          <w:szCs w:val="28"/>
        </w:rPr>
        <w:t>орталығы</w:t>
      </w:r>
      <w:proofErr w:type="spellEnd"/>
      <w:r w:rsidRPr="00814807">
        <w:rPr>
          <w:sz w:val="28"/>
          <w:szCs w:val="28"/>
        </w:rPr>
        <w:t xml:space="preserve"> – Астана </w:t>
      </w:r>
      <w:proofErr w:type="spellStart"/>
      <w:r w:rsidRPr="00814807">
        <w:rPr>
          <w:sz w:val="28"/>
          <w:szCs w:val="28"/>
        </w:rPr>
        <w:t>қаласы</w:t>
      </w:r>
      <w:proofErr w:type="spellEnd"/>
      <w:r w:rsidRPr="00814807">
        <w:rPr>
          <w:sz w:val="28"/>
          <w:szCs w:val="28"/>
        </w:rPr>
        <w:t xml:space="preserve"> </w:t>
      </w:r>
      <w:proofErr w:type="spellStart"/>
      <w:r w:rsidRPr="00814807">
        <w:rPr>
          <w:sz w:val="28"/>
          <w:szCs w:val="28"/>
        </w:rPr>
        <w:t>әкімдігінің</w:t>
      </w:r>
      <w:proofErr w:type="spellEnd"/>
      <w:r w:rsidRPr="00814807">
        <w:rPr>
          <w:sz w:val="28"/>
          <w:szCs w:val="28"/>
        </w:rPr>
        <w:t xml:space="preserve"> «</w:t>
      </w:r>
      <w:proofErr w:type="spellStart"/>
      <w:r w:rsidRPr="00814807">
        <w:rPr>
          <w:sz w:val="28"/>
          <w:szCs w:val="28"/>
        </w:rPr>
        <w:t>Әлихан</w:t>
      </w:r>
      <w:proofErr w:type="spellEnd"/>
      <w:r w:rsidRPr="00814807">
        <w:rPr>
          <w:sz w:val="28"/>
          <w:szCs w:val="28"/>
        </w:rPr>
        <w:t xml:space="preserve"> </w:t>
      </w:r>
      <w:proofErr w:type="spellStart"/>
      <w:r w:rsidRPr="00814807">
        <w:rPr>
          <w:sz w:val="28"/>
          <w:szCs w:val="28"/>
        </w:rPr>
        <w:t>Бөкейхан</w:t>
      </w:r>
      <w:proofErr w:type="spellEnd"/>
      <w:r w:rsidRPr="00814807">
        <w:rPr>
          <w:sz w:val="28"/>
          <w:szCs w:val="28"/>
        </w:rPr>
        <w:t xml:space="preserve"> </w:t>
      </w:r>
      <w:proofErr w:type="spellStart"/>
      <w:r w:rsidRPr="00814807">
        <w:rPr>
          <w:sz w:val="28"/>
          <w:szCs w:val="28"/>
        </w:rPr>
        <w:t>атындағы</w:t>
      </w:r>
      <w:proofErr w:type="spellEnd"/>
      <w:r w:rsidRPr="00814807">
        <w:rPr>
          <w:sz w:val="28"/>
          <w:szCs w:val="28"/>
        </w:rPr>
        <w:t xml:space="preserve"> </w:t>
      </w:r>
    </w:p>
    <w:p w14:paraId="2AD7A941" w14:textId="77777777" w:rsidR="00E72A3C" w:rsidRPr="00814807" w:rsidRDefault="00E72A3C" w:rsidP="00E72A3C">
      <w:pPr>
        <w:jc w:val="center"/>
        <w:rPr>
          <w:sz w:val="28"/>
          <w:szCs w:val="28"/>
        </w:rPr>
      </w:pPr>
      <w:r w:rsidRPr="00814807">
        <w:rPr>
          <w:sz w:val="28"/>
          <w:szCs w:val="28"/>
        </w:rPr>
        <w:t xml:space="preserve">№ 76 </w:t>
      </w:r>
      <w:proofErr w:type="spellStart"/>
      <w:r w:rsidRPr="00814807">
        <w:rPr>
          <w:sz w:val="28"/>
          <w:szCs w:val="28"/>
        </w:rPr>
        <w:t>мектеп</w:t>
      </w:r>
      <w:proofErr w:type="spellEnd"/>
      <w:r w:rsidRPr="00814807">
        <w:rPr>
          <w:sz w:val="28"/>
          <w:szCs w:val="28"/>
        </w:rPr>
        <w:t xml:space="preserve">-лицей» </w:t>
      </w:r>
      <w:proofErr w:type="spellStart"/>
      <w:r w:rsidRPr="00814807">
        <w:rPr>
          <w:sz w:val="28"/>
          <w:szCs w:val="28"/>
        </w:rPr>
        <w:t>шаруашылық</w:t>
      </w:r>
      <w:proofErr w:type="spellEnd"/>
      <w:r w:rsidRPr="00814807">
        <w:rPr>
          <w:sz w:val="28"/>
          <w:szCs w:val="28"/>
        </w:rPr>
        <w:t xml:space="preserve"> </w:t>
      </w:r>
      <w:proofErr w:type="spellStart"/>
      <w:r w:rsidRPr="00814807">
        <w:rPr>
          <w:sz w:val="28"/>
          <w:szCs w:val="28"/>
        </w:rPr>
        <w:t>жүргізу</w:t>
      </w:r>
      <w:proofErr w:type="spellEnd"/>
      <w:r w:rsidRPr="00814807">
        <w:rPr>
          <w:sz w:val="28"/>
          <w:szCs w:val="28"/>
        </w:rPr>
        <w:t xml:space="preserve"> </w:t>
      </w:r>
      <w:proofErr w:type="spellStart"/>
      <w:r w:rsidRPr="00814807">
        <w:rPr>
          <w:sz w:val="28"/>
          <w:szCs w:val="28"/>
        </w:rPr>
        <w:t>құқығындағы</w:t>
      </w:r>
      <w:proofErr w:type="spellEnd"/>
      <w:r w:rsidRPr="00814807">
        <w:rPr>
          <w:sz w:val="28"/>
          <w:szCs w:val="28"/>
        </w:rPr>
        <w:t xml:space="preserve"> </w:t>
      </w:r>
      <w:proofErr w:type="spellStart"/>
      <w:r w:rsidRPr="00814807">
        <w:rPr>
          <w:sz w:val="28"/>
          <w:szCs w:val="28"/>
        </w:rPr>
        <w:t>мемлекеттік</w:t>
      </w:r>
      <w:proofErr w:type="spellEnd"/>
      <w:r w:rsidRPr="00814807">
        <w:rPr>
          <w:sz w:val="28"/>
          <w:szCs w:val="28"/>
        </w:rPr>
        <w:t xml:space="preserve"> </w:t>
      </w:r>
      <w:proofErr w:type="spellStart"/>
      <w:r w:rsidRPr="00814807">
        <w:rPr>
          <w:sz w:val="28"/>
          <w:szCs w:val="28"/>
        </w:rPr>
        <w:t>коммуналдық</w:t>
      </w:r>
      <w:proofErr w:type="spellEnd"/>
      <w:r w:rsidRPr="00814807">
        <w:rPr>
          <w:sz w:val="28"/>
          <w:szCs w:val="28"/>
        </w:rPr>
        <w:t xml:space="preserve"> </w:t>
      </w:r>
      <w:proofErr w:type="spellStart"/>
      <w:r w:rsidRPr="00814807">
        <w:rPr>
          <w:sz w:val="28"/>
          <w:szCs w:val="28"/>
        </w:rPr>
        <w:t>кәсіпорны</w:t>
      </w:r>
      <w:proofErr w:type="spellEnd"/>
      <w:r w:rsidRPr="00814807">
        <w:rPr>
          <w:sz w:val="28"/>
          <w:szCs w:val="28"/>
        </w:rPr>
        <w:t xml:space="preserve">, </w:t>
      </w:r>
      <w:proofErr w:type="spellStart"/>
      <w:r w:rsidRPr="00814807">
        <w:rPr>
          <w:sz w:val="28"/>
          <w:szCs w:val="28"/>
        </w:rPr>
        <w:t>Түркістан</w:t>
      </w:r>
      <w:proofErr w:type="spellEnd"/>
      <w:r w:rsidRPr="00814807">
        <w:rPr>
          <w:sz w:val="28"/>
          <w:szCs w:val="28"/>
        </w:rPr>
        <w:t xml:space="preserve"> </w:t>
      </w:r>
      <w:proofErr w:type="spellStart"/>
      <w:r w:rsidRPr="00814807">
        <w:rPr>
          <w:sz w:val="28"/>
          <w:szCs w:val="28"/>
        </w:rPr>
        <w:t>көшесі</w:t>
      </w:r>
      <w:proofErr w:type="spellEnd"/>
      <w:r w:rsidRPr="00814807">
        <w:rPr>
          <w:sz w:val="28"/>
          <w:szCs w:val="28"/>
        </w:rPr>
        <w:t>, № 10/1)</w:t>
      </w:r>
    </w:p>
    <w:p w14:paraId="2E84F51C" w14:textId="77777777" w:rsidR="00E72A3C" w:rsidRPr="00814807" w:rsidRDefault="00E72A3C" w:rsidP="00E72A3C">
      <w:pPr>
        <w:jc w:val="center"/>
        <w:rPr>
          <w:sz w:val="28"/>
          <w:szCs w:val="28"/>
        </w:rPr>
      </w:pPr>
    </w:p>
    <w:p w14:paraId="3DBC0C7D" w14:textId="77777777" w:rsidR="00E72A3C" w:rsidRPr="00420D39" w:rsidRDefault="00E72A3C" w:rsidP="00E72A3C">
      <w:pPr>
        <w:ind w:firstLine="567"/>
        <w:jc w:val="both"/>
        <w:rPr>
          <w:sz w:val="28"/>
          <w:szCs w:val="28"/>
          <w:lang w:val="kk-KZ"/>
        </w:rPr>
      </w:pPr>
      <w:proofErr w:type="spellStart"/>
      <w:r w:rsidRPr="00814807">
        <w:rPr>
          <w:sz w:val="28"/>
          <w:szCs w:val="28"/>
        </w:rPr>
        <w:t>Шекарасы</w:t>
      </w:r>
      <w:proofErr w:type="spellEnd"/>
      <w:r w:rsidRPr="00814807">
        <w:rPr>
          <w:sz w:val="28"/>
          <w:szCs w:val="28"/>
        </w:rPr>
        <w:t xml:space="preserve">: </w:t>
      </w:r>
      <w:r w:rsidRPr="00814807">
        <w:rPr>
          <w:sz w:val="28"/>
          <w:szCs w:val="28"/>
          <w:lang w:val="kk-KZ"/>
        </w:rPr>
        <w:t>Керей, Жәнібек хандар көшесі, № 18 үй, Түркістан көшесі,</w:t>
      </w:r>
      <w:r w:rsidRPr="00814807">
        <w:rPr>
          <w:sz w:val="28"/>
          <w:szCs w:val="28"/>
          <w:lang w:val="kk-KZ"/>
        </w:rPr>
        <w:br/>
        <w:t>№ 10 үй, Мәңгілік Ел даңғылы, № 27, 27/1 үйлер.</w:t>
      </w:r>
    </w:p>
    <w:p w14:paraId="7237DEAA" w14:textId="77777777" w:rsidR="00E72A3C" w:rsidRPr="00420D39" w:rsidRDefault="00E72A3C" w:rsidP="00E72A3C">
      <w:pPr>
        <w:jc w:val="center"/>
        <w:rPr>
          <w:sz w:val="28"/>
          <w:szCs w:val="28"/>
        </w:rPr>
      </w:pPr>
    </w:p>
    <w:p w14:paraId="646615FE" w14:textId="77777777" w:rsidR="00E72A3C" w:rsidRPr="00420D39" w:rsidRDefault="00E72A3C" w:rsidP="00E72A3C">
      <w:pPr>
        <w:jc w:val="center"/>
        <w:rPr>
          <w:sz w:val="28"/>
          <w:szCs w:val="28"/>
        </w:rPr>
      </w:pPr>
      <w:r w:rsidRPr="00420D39">
        <w:rPr>
          <w:sz w:val="28"/>
          <w:szCs w:val="28"/>
        </w:rPr>
        <w:t xml:space="preserve">№ 137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3B66A364"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xml:space="preserve"> – Астана </w:t>
      </w:r>
      <w:proofErr w:type="spellStart"/>
      <w:r w:rsidRPr="00420D39">
        <w:rPr>
          <w:sz w:val="28"/>
          <w:szCs w:val="28"/>
        </w:rPr>
        <w:t>қаласы</w:t>
      </w:r>
      <w:proofErr w:type="spellEnd"/>
      <w:r w:rsidRPr="00420D39">
        <w:rPr>
          <w:sz w:val="28"/>
          <w:szCs w:val="28"/>
        </w:rPr>
        <w:t xml:space="preserve"> </w:t>
      </w:r>
      <w:proofErr w:type="spellStart"/>
      <w:r w:rsidRPr="00420D39">
        <w:rPr>
          <w:sz w:val="28"/>
          <w:szCs w:val="28"/>
        </w:rPr>
        <w:t>әкімдігінің</w:t>
      </w:r>
      <w:proofErr w:type="spellEnd"/>
      <w:r w:rsidRPr="00420D39">
        <w:rPr>
          <w:sz w:val="28"/>
          <w:szCs w:val="28"/>
        </w:rPr>
        <w:t xml:space="preserve"> «Дулат </w:t>
      </w:r>
      <w:proofErr w:type="spellStart"/>
      <w:r w:rsidRPr="00420D39">
        <w:rPr>
          <w:sz w:val="28"/>
          <w:szCs w:val="28"/>
        </w:rPr>
        <w:t>Бабатайұлы</w:t>
      </w:r>
      <w:proofErr w:type="spellEnd"/>
      <w:r w:rsidRPr="00420D39">
        <w:rPr>
          <w:sz w:val="28"/>
          <w:szCs w:val="28"/>
        </w:rPr>
        <w:t xml:space="preserve"> </w:t>
      </w:r>
      <w:proofErr w:type="spellStart"/>
      <w:r w:rsidRPr="00420D39">
        <w:rPr>
          <w:sz w:val="28"/>
          <w:szCs w:val="28"/>
        </w:rPr>
        <w:t>атындағы</w:t>
      </w:r>
      <w:proofErr w:type="spellEnd"/>
      <w:r w:rsidRPr="00420D39">
        <w:rPr>
          <w:sz w:val="28"/>
          <w:szCs w:val="28"/>
        </w:rPr>
        <w:t xml:space="preserve"> </w:t>
      </w:r>
    </w:p>
    <w:p w14:paraId="6B96FF4E" w14:textId="77777777" w:rsidR="00E72A3C" w:rsidRPr="00420D39" w:rsidRDefault="00E72A3C" w:rsidP="00E72A3C">
      <w:pPr>
        <w:jc w:val="center"/>
        <w:rPr>
          <w:sz w:val="28"/>
          <w:szCs w:val="28"/>
        </w:rPr>
      </w:pPr>
      <w:r w:rsidRPr="00420D39">
        <w:rPr>
          <w:sz w:val="28"/>
          <w:szCs w:val="28"/>
        </w:rPr>
        <w:t xml:space="preserve">№ 89 </w:t>
      </w:r>
      <w:proofErr w:type="spellStart"/>
      <w:r w:rsidRPr="00420D39">
        <w:rPr>
          <w:sz w:val="28"/>
          <w:szCs w:val="28"/>
        </w:rPr>
        <w:t>мектеп</w:t>
      </w:r>
      <w:proofErr w:type="spellEnd"/>
      <w:r w:rsidRPr="00420D39">
        <w:rPr>
          <w:sz w:val="28"/>
          <w:szCs w:val="28"/>
        </w:rPr>
        <w:t xml:space="preserve">-лицей» </w:t>
      </w:r>
      <w:proofErr w:type="spellStart"/>
      <w:r w:rsidRPr="00420D39">
        <w:rPr>
          <w:sz w:val="28"/>
          <w:szCs w:val="28"/>
        </w:rPr>
        <w:t>шаруашылық</w:t>
      </w:r>
      <w:proofErr w:type="spellEnd"/>
      <w:r w:rsidRPr="00420D39">
        <w:rPr>
          <w:sz w:val="28"/>
          <w:szCs w:val="28"/>
        </w:rPr>
        <w:t xml:space="preserve"> </w:t>
      </w:r>
      <w:proofErr w:type="spellStart"/>
      <w:r w:rsidRPr="00420D39">
        <w:rPr>
          <w:sz w:val="28"/>
          <w:szCs w:val="28"/>
        </w:rPr>
        <w:t>жүргізу</w:t>
      </w:r>
      <w:proofErr w:type="spellEnd"/>
      <w:r w:rsidRPr="00420D39">
        <w:rPr>
          <w:sz w:val="28"/>
          <w:szCs w:val="28"/>
        </w:rPr>
        <w:t xml:space="preserve"> </w:t>
      </w:r>
      <w:proofErr w:type="spellStart"/>
      <w:r w:rsidRPr="00420D39">
        <w:rPr>
          <w:sz w:val="28"/>
          <w:szCs w:val="28"/>
        </w:rPr>
        <w:t>құқығындағы</w:t>
      </w:r>
      <w:proofErr w:type="spellEnd"/>
      <w:r w:rsidRPr="00420D39">
        <w:rPr>
          <w:sz w:val="28"/>
          <w:szCs w:val="28"/>
        </w:rPr>
        <w:t xml:space="preserve"> </w:t>
      </w:r>
      <w:proofErr w:type="spellStart"/>
      <w:r w:rsidRPr="00420D39">
        <w:rPr>
          <w:sz w:val="28"/>
          <w:szCs w:val="28"/>
        </w:rPr>
        <w:t>мемлекеттік</w:t>
      </w:r>
      <w:proofErr w:type="spellEnd"/>
      <w:r w:rsidRPr="00420D39">
        <w:rPr>
          <w:sz w:val="28"/>
          <w:szCs w:val="28"/>
        </w:rPr>
        <w:t xml:space="preserve"> </w:t>
      </w:r>
    </w:p>
    <w:p w14:paraId="1ACD3439" w14:textId="77777777" w:rsidR="00E72A3C" w:rsidRPr="00420D39" w:rsidRDefault="00E72A3C" w:rsidP="00E72A3C">
      <w:pPr>
        <w:jc w:val="center"/>
        <w:rPr>
          <w:sz w:val="28"/>
          <w:szCs w:val="28"/>
        </w:rPr>
      </w:pPr>
      <w:proofErr w:type="spellStart"/>
      <w:r w:rsidRPr="00420D39">
        <w:rPr>
          <w:sz w:val="28"/>
          <w:szCs w:val="28"/>
        </w:rPr>
        <w:t>коммуналдық</w:t>
      </w:r>
      <w:proofErr w:type="spellEnd"/>
      <w:r w:rsidRPr="00420D39">
        <w:rPr>
          <w:sz w:val="28"/>
          <w:szCs w:val="28"/>
        </w:rPr>
        <w:t xml:space="preserve"> </w:t>
      </w:r>
      <w:proofErr w:type="spellStart"/>
      <w:r w:rsidRPr="00420D39">
        <w:rPr>
          <w:sz w:val="28"/>
          <w:szCs w:val="28"/>
        </w:rPr>
        <w:t>кәсіпорны</w:t>
      </w:r>
      <w:proofErr w:type="spellEnd"/>
      <w:r w:rsidRPr="00420D39">
        <w:rPr>
          <w:sz w:val="28"/>
          <w:szCs w:val="28"/>
        </w:rPr>
        <w:t xml:space="preserve">, </w:t>
      </w:r>
      <w:proofErr w:type="spellStart"/>
      <w:r w:rsidRPr="00420D39">
        <w:rPr>
          <w:sz w:val="28"/>
          <w:szCs w:val="28"/>
        </w:rPr>
        <w:t>Сауран</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 11)</w:t>
      </w:r>
    </w:p>
    <w:p w14:paraId="4D591CF0" w14:textId="77777777" w:rsidR="00E72A3C" w:rsidRPr="00420D39" w:rsidRDefault="00E72A3C" w:rsidP="00E72A3C">
      <w:pPr>
        <w:jc w:val="center"/>
        <w:rPr>
          <w:sz w:val="28"/>
          <w:szCs w:val="28"/>
        </w:rPr>
      </w:pPr>
    </w:p>
    <w:p w14:paraId="6EB7FFCC" w14:textId="77777777" w:rsidR="00E72A3C" w:rsidRPr="00420D39" w:rsidRDefault="00E72A3C" w:rsidP="00E72A3C">
      <w:pPr>
        <w:ind w:firstLine="567"/>
        <w:jc w:val="both"/>
        <w:rPr>
          <w:sz w:val="28"/>
          <w:szCs w:val="28"/>
        </w:rPr>
      </w:pPr>
      <w:proofErr w:type="spellStart"/>
      <w:r w:rsidRPr="00420D39">
        <w:rPr>
          <w:sz w:val="28"/>
          <w:szCs w:val="28"/>
        </w:rPr>
        <w:t>Шекарасы</w:t>
      </w:r>
      <w:proofErr w:type="spellEnd"/>
      <w:r w:rsidRPr="00420D39">
        <w:rPr>
          <w:sz w:val="28"/>
          <w:szCs w:val="28"/>
        </w:rPr>
        <w:t xml:space="preserve">: </w:t>
      </w:r>
      <w:proofErr w:type="spellStart"/>
      <w:r w:rsidRPr="00420D39">
        <w:rPr>
          <w:sz w:val="28"/>
          <w:szCs w:val="28"/>
        </w:rPr>
        <w:t>Сауран</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 15, 15/3, 15/4, 18, 18/1, 20</w:t>
      </w:r>
      <w:r w:rsidRPr="00420D39">
        <w:rPr>
          <w:sz w:val="28"/>
          <w:szCs w:val="28"/>
          <w:lang w:val="kk-KZ"/>
        </w:rPr>
        <w:t xml:space="preserve"> </w:t>
      </w:r>
      <w:proofErr w:type="spellStart"/>
      <w:r w:rsidRPr="00420D39">
        <w:rPr>
          <w:sz w:val="28"/>
          <w:szCs w:val="28"/>
        </w:rPr>
        <w:t>үйлер</w:t>
      </w:r>
      <w:proofErr w:type="spellEnd"/>
      <w:r w:rsidRPr="00420D39">
        <w:rPr>
          <w:sz w:val="28"/>
          <w:szCs w:val="28"/>
        </w:rPr>
        <w:t xml:space="preserve">, </w:t>
      </w:r>
      <w:proofErr w:type="spellStart"/>
      <w:r w:rsidRPr="00420D39">
        <w:rPr>
          <w:sz w:val="28"/>
          <w:szCs w:val="28"/>
        </w:rPr>
        <w:t>Орынбор</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xml:space="preserve">, № 1 </w:t>
      </w:r>
      <w:proofErr w:type="spellStart"/>
      <w:r w:rsidRPr="00420D39">
        <w:rPr>
          <w:sz w:val="28"/>
          <w:szCs w:val="28"/>
        </w:rPr>
        <w:t>үй</w:t>
      </w:r>
      <w:proofErr w:type="spellEnd"/>
      <w:r w:rsidRPr="00420D39">
        <w:rPr>
          <w:sz w:val="28"/>
          <w:szCs w:val="28"/>
        </w:rPr>
        <w:t xml:space="preserve">, </w:t>
      </w:r>
      <w:proofErr w:type="spellStart"/>
      <w:r w:rsidRPr="00420D39">
        <w:rPr>
          <w:sz w:val="28"/>
          <w:szCs w:val="28"/>
        </w:rPr>
        <w:t>Ақмешіт</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 13, 13/1, 13/2, 13/3, 15, 17</w:t>
      </w:r>
      <w:r w:rsidRPr="00420D39">
        <w:rPr>
          <w:sz w:val="28"/>
          <w:szCs w:val="28"/>
          <w:lang w:val="kk-KZ"/>
        </w:rPr>
        <w:t xml:space="preserve"> </w:t>
      </w:r>
      <w:proofErr w:type="spellStart"/>
      <w:r w:rsidRPr="00420D39">
        <w:rPr>
          <w:sz w:val="28"/>
          <w:szCs w:val="28"/>
        </w:rPr>
        <w:t>үйлер</w:t>
      </w:r>
      <w:proofErr w:type="spellEnd"/>
      <w:r w:rsidRPr="00420D39">
        <w:rPr>
          <w:sz w:val="28"/>
          <w:szCs w:val="28"/>
        </w:rPr>
        <w:t>.</w:t>
      </w:r>
    </w:p>
    <w:p w14:paraId="23DD226F" w14:textId="77777777" w:rsidR="00E72A3C" w:rsidRPr="00420D39" w:rsidRDefault="00E72A3C" w:rsidP="00E72A3C">
      <w:pPr>
        <w:ind w:firstLine="567"/>
        <w:jc w:val="both"/>
        <w:rPr>
          <w:sz w:val="28"/>
          <w:szCs w:val="28"/>
        </w:rPr>
      </w:pPr>
    </w:p>
    <w:p w14:paraId="757EB065" w14:textId="77777777" w:rsidR="00E72A3C" w:rsidRPr="00420D39" w:rsidRDefault="00E72A3C" w:rsidP="00E72A3C">
      <w:pPr>
        <w:jc w:val="center"/>
        <w:rPr>
          <w:sz w:val="28"/>
          <w:szCs w:val="28"/>
        </w:rPr>
      </w:pPr>
      <w:r w:rsidRPr="00420D39">
        <w:rPr>
          <w:sz w:val="28"/>
          <w:szCs w:val="28"/>
        </w:rPr>
        <w:t xml:space="preserve">№ 138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18421C1D"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xml:space="preserve"> – Астана </w:t>
      </w:r>
      <w:proofErr w:type="spellStart"/>
      <w:r w:rsidRPr="00420D39">
        <w:rPr>
          <w:sz w:val="28"/>
          <w:szCs w:val="28"/>
        </w:rPr>
        <w:t>қаласы</w:t>
      </w:r>
      <w:proofErr w:type="spellEnd"/>
      <w:r w:rsidRPr="00420D39">
        <w:rPr>
          <w:sz w:val="28"/>
          <w:szCs w:val="28"/>
        </w:rPr>
        <w:t xml:space="preserve"> </w:t>
      </w:r>
      <w:proofErr w:type="spellStart"/>
      <w:r w:rsidRPr="00420D39">
        <w:rPr>
          <w:sz w:val="28"/>
          <w:szCs w:val="28"/>
        </w:rPr>
        <w:t>әкімдігінің</w:t>
      </w:r>
      <w:proofErr w:type="spellEnd"/>
      <w:r w:rsidRPr="00420D39">
        <w:rPr>
          <w:sz w:val="28"/>
          <w:szCs w:val="28"/>
        </w:rPr>
        <w:t xml:space="preserve"> «№ 75 </w:t>
      </w:r>
      <w:proofErr w:type="spellStart"/>
      <w:r w:rsidRPr="00420D39">
        <w:rPr>
          <w:sz w:val="28"/>
          <w:szCs w:val="28"/>
        </w:rPr>
        <w:t>мектеп</w:t>
      </w:r>
      <w:proofErr w:type="spellEnd"/>
      <w:r w:rsidRPr="00420D39">
        <w:rPr>
          <w:sz w:val="28"/>
          <w:szCs w:val="28"/>
        </w:rPr>
        <w:t xml:space="preserve">-гимназия» </w:t>
      </w:r>
      <w:proofErr w:type="spellStart"/>
      <w:r w:rsidRPr="00420D39">
        <w:rPr>
          <w:sz w:val="28"/>
          <w:szCs w:val="28"/>
        </w:rPr>
        <w:t>шаруашылық</w:t>
      </w:r>
      <w:proofErr w:type="spellEnd"/>
      <w:r w:rsidRPr="00420D39">
        <w:rPr>
          <w:sz w:val="28"/>
          <w:szCs w:val="28"/>
        </w:rPr>
        <w:t xml:space="preserve"> </w:t>
      </w:r>
      <w:proofErr w:type="spellStart"/>
      <w:r w:rsidRPr="00420D39">
        <w:rPr>
          <w:sz w:val="28"/>
          <w:szCs w:val="28"/>
        </w:rPr>
        <w:t>жүргізу</w:t>
      </w:r>
      <w:proofErr w:type="spellEnd"/>
      <w:r w:rsidRPr="00420D39">
        <w:rPr>
          <w:sz w:val="28"/>
          <w:szCs w:val="28"/>
        </w:rPr>
        <w:t xml:space="preserve"> </w:t>
      </w:r>
      <w:proofErr w:type="spellStart"/>
      <w:r w:rsidRPr="00420D39">
        <w:rPr>
          <w:sz w:val="28"/>
          <w:szCs w:val="28"/>
        </w:rPr>
        <w:t>құқығындағы</w:t>
      </w:r>
      <w:proofErr w:type="spellEnd"/>
      <w:r w:rsidRPr="00420D39">
        <w:rPr>
          <w:sz w:val="28"/>
          <w:szCs w:val="28"/>
        </w:rPr>
        <w:t xml:space="preserve"> </w:t>
      </w:r>
      <w:proofErr w:type="spellStart"/>
      <w:r w:rsidRPr="00420D39">
        <w:rPr>
          <w:sz w:val="28"/>
          <w:szCs w:val="28"/>
        </w:rPr>
        <w:t>мемлекеттік</w:t>
      </w:r>
      <w:proofErr w:type="spellEnd"/>
      <w:r w:rsidRPr="00420D39">
        <w:rPr>
          <w:sz w:val="28"/>
          <w:szCs w:val="28"/>
        </w:rPr>
        <w:t xml:space="preserve"> </w:t>
      </w:r>
      <w:proofErr w:type="spellStart"/>
      <w:r w:rsidRPr="00420D39">
        <w:rPr>
          <w:sz w:val="28"/>
          <w:szCs w:val="28"/>
        </w:rPr>
        <w:t>коммуналдық</w:t>
      </w:r>
      <w:proofErr w:type="spellEnd"/>
      <w:r w:rsidRPr="00420D39">
        <w:rPr>
          <w:sz w:val="28"/>
          <w:szCs w:val="28"/>
        </w:rPr>
        <w:t xml:space="preserve"> </w:t>
      </w:r>
      <w:proofErr w:type="spellStart"/>
      <w:r w:rsidRPr="00420D39">
        <w:rPr>
          <w:sz w:val="28"/>
          <w:szCs w:val="28"/>
        </w:rPr>
        <w:t>кәсіпорны</w:t>
      </w:r>
      <w:proofErr w:type="spellEnd"/>
      <w:r w:rsidRPr="00420D39">
        <w:rPr>
          <w:sz w:val="28"/>
          <w:szCs w:val="28"/>
        </w:rPr>
        <w:t xml:space="preserve">, </w:t>
      </w:r>
    </w:p>
    <w:p w14:paraId="3B3D3D1B" w14:textId="77777777" w:rsidR="00E72A3C" w:rsidRPr="00420D39" w:rsidRDefault="00E72A3C" w:rsidP="00E72A3C">
      <w:pPr>
        <w:jc w:val="center"/>
        <w:rPr>
          <w:sz w:val="28"/>
          <w:szCs w:val="28"/>
        </w:rPr>
      </w:pPr>
      <w:proofErr w:type="spellStart"/>
      <w:proofErr w:type="gramStart"/>
      <w:r w:rsidRPr="00420D39">
        <w:rPr>
          <w:sz w:val="28"/>
          <w:szCs w:val="28"/>
        </w:rPr>
        <w:t>Мәңгілік</w:t>
      </w:r>
      <w:proofErr w:type="spellEnd"/>
      <w:r w:rsidRPr="00420D39">
        <w:rPr>
          <w:sz w:val="28"/>
          <w:szCs w:val="28"/>
        </w:rPr>
        <w:t xml:space="preserve"> Ел</w:t>
      </w:r>
      <w:proofErr w:type="gramEnd"/>
      <w:r w:rsidRPr="00420D39">
        <w:rPr>
          <w:sz w:val="28"/>
          <w:szCs w:val="28"/>
        </w:rPr>
        <w:t xml:space="preserve"> </w:t>
      </w:r>
      <w:proofErr w:type="spellStart"/>
      <w:r w:rsidRPr="00420D39">
        <w:rPr>
          <w:sz w:val="28"/>
          <w:szCs w:val="28"/>
        </w:rPr>
        <w:t>даңғылы</w:t>
      </w:r>
      <w:proofErr w:type="spellEnd"/>
      <w:r w:rsidRPr="00420D39">
        <w:rPr>
          <w:sz w:val="28"/>
          <w:szCs w:val="28"/>
        </w:rPr>
        <w:t>, № 28/1)</w:t>
      </w:r>
    </w:p>
    <w:p w14:paraId="375E13F8" w14:textId="77777777" w:rsidR="00E72A3C" w:rsidRPr="00420D39" w:rsidRDefault="00E72A3C" w:rsidP="00E72A3C">
      <w:pPr>
        <w:ind w:firstLine="567"/>
        <w:jc w:val="both"/>
        <w:rPr>
          <w:sz w:val="28"/>
          <w:szCs w:val="28"/>
        </w:rPr>
      </w:pPr>
    </w:p>
    <w:p w14:paraId="2F30DECC" w14:textId="77777777" w:rsidR="00E72A3C" w:rsidRPr="00420D39" w:rsidRDefault="00E72A3C" w:rsidP="00E72A3C">
      <w:pPr>
        <w:ind w:firstLine="567"/>
        <w:jc w:val="both"/>
        <w:rPr>
          <w:sz w:val="28"/>
          <w:szCs w:val="28"/>
        </w:rPr>
      </w:pPr>
      <w:proofErr w:type="spellStart"/>
      <w:r w:rsidRPr="00420D39">
        <w:rPr>
          <w:sz w:val="28"/>
          <w:szCs w:val="28"/>
        </w:rPr>
        <w:t>Шекарасы</w:t>
      </w:r>
      <w:proofErr w:type="spellEnd"/>
      <w:r w:rsidRPr="00420D39">
        <w:rPr>
          <w:sz w:val="28"/>
          <w:szCs w:val="28"/>
        </w:rPr>
        <w:t xml:space="preserve">: </w:t>
      </w:r>
      <w:proofErr w:type="spellStart"/>
      <w:r w:rsidRPr="00420D39">
        <w:rPr>
          <w:sz w:val="28"/>
          <w:szCs w:val="28"/>
        </w:rPr>
        <w:t>Орынбор</w:t>
      </w:r>
      <w:proofErr w:type="spellEnd"/>
      <w:r w:rsidRPr="00420D39">
        <w:rPr>
          <w:sz w:val="28"/>
          <w:szCs w:val="28"/>
        </w:rPr>
        <w:t xml:space="preserve"> </w:t>
      </w:r>
      <w:proofErr w:type="spellStart"/>
      <w:r w:rsidRPr="00420D39">
        <w:rPr>
          <w:sz w:val="28"/>
          <w:szCs w:val="28"/>
        </w:rPr>
        <w:t>көшесінен</w:t>
      </w:r>
      <w:proofErr w:type="spellEnd"/>
      <w:r w:rsidRPr="00420D39">
        <w:rPr>
          <w:sz w:val="28"/>
          <w:szCs w:val="28"/>
        </w:rPr>
        <w:t xml:space="preserve"> </w:t>
      </w:r>
      <w:proofErr w:type="spellStart"/>
      <w:r w:rsidRPr="00420D39">
        <w:rPr>
          <w:sz w:val="28"/>
          <w:szCs w:val="28"/>
        </w:rPr>
        <w:t>Түркістан</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жұп</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Ұлытау</w:t>
      </w:r>
      <w:proofErr w:type="spellEnd"/>
      <w:r w:rsidRPr="00420D39">
        <w:rPr>
          <w:sz w:val="28"/>
          <w:szCs w:val="28"/>
        </w:rPr>
        <w:t xml:space="preserve">» </w:t>
      </w:r>
      <w:proofErr w:type="spellStart"/>
      <w:r w:rsidRPr="00420D39">
        <w:rPr>
          <w:sz w:val="28"/>
          <w:szCs w:val="28"/>
        </w:rPr>
        <w:t>аллеясына</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w:t>
      </w:r>
      <w:proofErr w:type="spellStart"/>
      <w:r w:rsidRPr="00420D39">
        <w:rPr>
          <w:sz w:val="28"/>
          <w:szCs w:val="28"/>
        </w:rPr>
        <w:t>Ұлытау</w:t>
      </w:r>
      <w:proofErr w:type="spellEnd"/>
      <w:r w:rsidRPr="00420D39">
        <w:rPr>
          <w:sz w:val="28"/>
          <w:szCs w:val="28"/>
        </w:rPr>
        <w:t xml:space="preserve">» </w:t>
      </w:r>
      <w:proofErr w:type="spellStart"/>
      <w:r w:rsidRPr="00420D39">
        <w:rPr>
          <w:sz w:val="28"/>
          <w:szCs w:val="28"/>
        </w:rPr>
        <w:t>аллеясымен</w:t>
      </w:r>
      <w:proofErr w:type="spellEnd"/>
      <w:r w:rsidRPr="00420D39">
        <w:rPr>
          <w:sz w:val="28"/>
          <w:szCs w:val="28"/>
        </w:rPr>
        <w:t xml:space="preserve"> </w:t>
      </w:r>
      <w:proofErr w:type="spellStart"/>
      <w:r w:rsidRPr="00420D39">
        <w:rPr>
          <w:sz w:val="28"/>
          <w:szCs w:val="28"/>
        </w:rPr>
        <w:t>Мәңгілік</w:t>
      </w:r>
      <w:proofErr w:type="spellEnd"/>
      <w:r w:rsidRPr="00420D39">
        <w:rPr>
          <w:sz w:val="28"/>
          <w:szCs w:val="28"/>
        </w:rPr>
        <w:t xml:space="preserve"> Ел </w:t>
      </w:r>
      <w:proofErr w:type="spellStart"/>
      <w:r w:rsidRPr="00420D39">
        <w:rPr>
          <w:sz w:val="28"/>
          <w:szCs w:val="28"/>
        </w:rPr>
        <w:t>даңғылына</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Мәңгілік</w:t>
      </w:r>
      <w:proofErr w:type="spellEnd"/>
      <w:r w:rsidRPr="00420D39">
        <w:rPr>
          <w:sz w:val="28"/>
          <w:szCs w:val="28"/>
        </w:rPr>
        <w:t xml:space="preserve"> Ел </w:t>
      </w:r>
      <w:proofErr w:type="spellStart"/>
      <w:r w:rsidRPr="00420D39">
        <w:rPr>
          <w:sz w:val="28"/>
          <w:szCs w:val="28"/>
        </w:rPr>
        <w:t>даңғылының</w:t>
      </w:r>
      <w:proofErr w:type="spellEnd"/>
      <w:r w:rsidRPr="00420D39">
        <w:rPr>
          <w:sz w:val="28"/>
          <w:szCs w:val="28"/>
        </w:rPr>
        <w:t xml:space="preserve"> </w:t>
      </w:r>
      <w:proofErr w:type="spellStart"/>
      <w:r w:rsidRPr="00420D39">
        <w:rPr>
          <w:sz w:val="28"/>
          <w:szCs w:val="28"/>
        </w:rPr>
        <w:t>тақ</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Орынбор</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Орынбор</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жұп</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Түркістан</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w:t>
      </w:r>
    </w:p>
    <w:p w14:paraId="00DFF973" w14:textId="77777777" w:rsidR="00E72A3C" w:rsidRPr="00420D39" w:rsidRDefault="00E72A3C" w:rsidP="00E72A3C">
      <w:pPr>
        <w:ind w:firstLine="567"/>
        <w:jc w:val="both"/>
        <w:rPr>
          <w:sz w:val="28"/>
          <w:szCs w:val="28"/>
        </w:rPr>
      </w:pPr>
    </w:p>
    <w:p w14:paraId="2B71733E" w14:textId="77777777" w:rsidR="00E72A3C" w:rsidRPr="00420D39" w:rsidRDefault="00E72A3C" w:rsidP="00E72A3C">
      <w:pPr>
        <w:jc w:val="center"/>
        <w:rPr>
          <w:sz w:val="28"/>
          <w:szCs w:val="28"/>
        </w:rPr>
      </w:pPr>
      <w:r w:rsidRPr="00420D39">
        <w:rPr>
          <w:sz w:val="28"/>
          <w:szCs w:val="28"/>
        </w:rPr>
        <w:t xml:space="preserve">№ 139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3A5EC96C" w14:textId="77777777" w:rsidR="00E72A3C" w:rsidRPr="00420D39" w:rsidRDefault="00E72A3C" w:rsidP="00E72A3C">
      <w:pPr>
        <w:jc w:val="center"/>
        <w:rPr>
          <w:sz w:val="28"/>
          <w:szCs w:val="28"/>
        </w:rPr>
      </w:pPr>
      <w:r w:rsidRPr="00420D39">
        <w:rPr>
          <w:sz w:val="28"/>
          <w:szCs w:val="28"/>
        </w:rPr>
        <w:lastRenderedPageBreak/>
        <w:t>(</w:t>
      </w:r>
      <w:proofErr w:type="spellStart"/>
      <w:r w:rsidRPr="00420D39">
        <w:rPr>
          <w:sz w:val="28"/>
          <w:szCs w:val="28"/>
        </w:rPr>
        <w:t>орталығы</w:t>
      </w:r>
      <w:proofErr w:type="spellEnd"/>
      <w:r w:rsidRPr="00420D39">
        <w:rPr>
          <w:sz w:val="28"/>
          <w:szCs w:val="28"/>
        </w:rPr>
        <w:t xml:space="preserve"> – «Абай </w:t>
      </w:r>
      <w:proofErr w:type="spellStart"/>
      <w:r w:rsidRPr="00420D39">
        <w:rPr>
          <w:sz w:val="28"/>
          <w:szCs w:val="28"/>
        </w:rPr>
        <w:t>атындағы</w:t>
      </w:r>
      <w:proofErr w:type="spellEnd"/>
      <w:r w:rsidRPr="00420D39">
        <w:rPr>
          <w:sz w:val="28"/>
          <w:szCs w:val="28"/>
        </w:rPr>
        <w:t xml:space="preserve"> </w:t>
      </w:r>
      <w:proofErr w:type="spellStart"/>
      <w:r w:rsidRPr="00420D39">
        <w:rPr>
          <w:sz w:val="28"/>
          <w:szCs w:val="28"/>
        </w:rPr>
        <w:t>Қазақ</w:t>
      </w:r>
      <w:proofErr w:type="spellEnd"/>
      <w:r w:rsidRPr="00420D39">
        <w:rPr>
          <w:sz w:val="28"/>
          <w:szCs w:val="28"/>
        </w:rPr>
        <w:t xml:space="preserve"> </w:t>
      </w:r>
      <w:proofErr w:type="spellStart"/>
      <w:r w:rsidRPr="00420D39">
        <w:rPr>
          <w:sz w:val="28"/>
          <w:szCs w:val="28"/>
        </w:rPr>
        <w:t>ұлттық</w:t>
      </w:r>
      <w:proofErr w:type="spellEnd"/>
      <w:r w:rsidRPr="00420D39">
        <w:rPr>
          <w:sz w:val="28"/>
          <w:szCs w:val="28"/>
        </w:rPr>
        <w:t xml:space="preserve"> </w:t>
      </w:r>
      <w:proofErr w:type="spellStart"/>
      <w:r w:rsidRPr="00420D39">
        <w:rPr>
          <w:sz w:val="28"/>
          <w:szCs w:val="28"/>
        </w:rPr>
        <w:t>педагогикалық</w:t>
      </w:r>
      <w:proofErr w:type="spellEnd"/>
      <w:r w:rsidRPr="00420D39">
        <w:rPr>
          <w:sz w:val="28"/>
          <w:szCs w:val="28"/>
        </w:rPr>
        <w:t xml:space="preserve"> </w:t>
      </w:r>
      <w:proofErr w:type="spellStart"/>
      <w:r w:rsidRPr="00420D39">
        <w:rPr>
          <w:sz w:val="28"/>
          <w:szCs w:val="28"/>
        </w:rPr>
        <w:t>университеті</w:t>
      </w:r>
      <w:proofErr w:type="spellEnd"/>
      <w:r w:rsidRPr="00420D39">
        <w:rPr>
          <w:sz w:val="28"/>
          <w:szCs w:val="28"/>
        </w:rPr>
        <w:t xml:space="preserve">» </w:t>
      </w:r>
      <w:proofErr w:type="spellStart"/>
      <w:r w:rsidRPr="00420D39">
        <w:rPr>
          <w:sz w:val="28"/>
          <w:szCs w:val="28"/>
        </w:rPr>
        <w:t>коммерциялық</w:t>
      </w:r>
      <w:proofErr w:type="spellEnd"/>
      <w:r w:rsidRPr="00420D39">
        <w:rPr>
          <w:sz w:val="28"/>
          <w:szCs w:val="28"/>
        </w:rPr>
        <w:t xml:space="preserve"> </w:t>
      </w:r>
      <w:proofErr w:type="spellStart"/>
      <w:r w:rsidRPr="00420D39">
        <w:rPr>
          <w:sz w:val="28"/>
          <w:szCs w:val="28"/>
        </w:rPr>
        <w:t>емес</w:t>
      </w:r>
      <w:proofErr w:type="spellEnd"/>
      <w:r w:rsidRPr="00420D39">
        <w:rPr>
          <w:sz w:val="28"/>
          <w:szCs w:val="28"/>
        </w:rPr>
        <w:t xml:space="preserve"> </w:t>
      </w:r>
      <w:proofErr w:type="spellStart"/>
      <w:r w:rsidRPr="00420D39">
        <w:rPr>
          <w:sz w:val="28"/>
          <w:szCs w:val="28"/>
        </w:rPr>
        <w:t>акционерлік</w:t>
      </w:r>
      <w:proofErr w:type="spellEnd"/>
      <w:r w:rsidRPr="00420D39">
        <w:rPr>
          <w:sz w:val="28"/>
          <w:szCs w:val="28"/>
        </w:rPr>
        <w:t xml:space="preserve"> </w:t>
      </w:r>
      <w:proofErr w:type="spellStart"/>
      <w:r w:rsidRPr="00420D39">
        <w:rPr>
          <w:sz w:val="28"/>
          <w:szCs w:val="28"/>
        </w:rPr>
        <w:t>қоғамының</w:t>
      </w:r>
      <w:proofErr w:type="spellEnd"/>
      <w:r w:rsidRPr="00420D39">
        <w:rPr>
          <w:sz w:val="28"/>
          <w:szCs w:val="28"/>
        </w:rPr>
        <w:t xml:space="preserve"> </w:t>
      </w:r>
      <w:proofErr w:type="spellStart"/>
      <w:r w:rsidRPr="00420D39">
        <w:rPr>
          <w:sz w:val="28"/>
          <w:szCs w:val="28"/>
        </w:rPr>
        <w:t>Білім</w:t>
      </w:r>
      <w:proofErr w:type="spellEnd"/>
      <w:r w:rsidRPr="00420D39">
        <w:rPr>
          <w:sz w:val="28"/>
          <w:szCs w:val="28"/>
        </w:rPr>
        <w:t xml:space="preserve"> институты, «Заречное» </w:t>
      </w:r>
      <w:proofErr w:type="spellStart"/>
      <w:r w:rsidRPr="00420D39">
        <w:rPr>
          <w:sz w:val="28"/>
          <w:szCs w:val="28"/>
        </w:rPr>
        <w:t>тұрғын</w:t>
      </w:r>
      <w:proofErr w:type="spellEnd"/>
      <w:r w:rsidRPr="00420D39">
        <w:rPr>
          <w:sz w:val="28"/>
          <w:szCs w:val="28"/>
        </w:rPr>
        <w:t xml:space="preserve"> </w:t>
      </w:r>
      <w:proofErr w:type="spellStart"/>
      <w:r w:rsidRPr="00420D39">
        <w:rPr>
          <w:sz w:val="28"/>
          <w:szCs w:val="28"/>
        </w:rPr>
        <w:t>алабы</w:t>
      </w:r>
      <w:proofErr w:type="spellEnd"/>
      <w:r w:rsidRPr="00420D39">
        <w:rPr>
          <w:sz w:val="28"/>
          <w:szCs w:val="28"/>
        </w:rPr>
        <w:t xml:space="preserve">, </w:t>
      </w:r>
      <w:proofErr w:type="spellStart"/>
      <w:r w:rsidRPr="00420D39">
        <w:rPr>
          <w:sz w:val="28"/>
          <w:szCs w:val="28"/>
        </w:rPr>
        <w:t>Ұшқыштар</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 8/1)</w:t>
      </w:r>
    </w:p>
    <w:p w14:paraId="6162068B" w14:textId="77777777" w:rsidR="00E72A3C" w:rsidRPr="00420D39" w:rsidRDefault="00E72A3C" w:rsidP="00E72A3C">
      <w:pPr>
        <w:jc w:val="center"/>
        <w:rPr>
          <w:sz w:val="28"/>
          <w:szCs w:val="28"/>
        </w:rPr>
      </w:pPr>
    </w:p>
    <w:p w14:paraId="08A1DD9D" w14:textId="77777777" w:rsidR="00E72A3C" w:rsidRPr="00420D39" w:rsidRDefault="00E72A3C" w:rsidP="00E72A3C">
      <w:pPr>
        <w:ind w:firstLine="567"/>
        <w:jc w:val="both"/>
        <w:rPr>
          <w:sz w:val="28"/>
          <w:szCs w:val="28"/>
        </w:rPr>
      </w:pPr>
      <w:proofErr w:type="spellStart"/>
      <w:r w:rsidRPr="00420D39">
        <w:rPr>
          <w:sz w:val="28"/>
          <w:szCs w:val="28"/>
        </w:rPr>
        <w:t>Шекарасы</w:t>
      </w:r>
      <w:proofErr w:type="spellEnd"/>
      <w:r w:rsidRPr="00420D39">
        <w:rPr>
          <w:sz w:val="28"/>
          <w:szCs w:val="28"/>
        </w:rPr>
        <w:t xml:space="preserve">: </w:t>
      </w:r>
      <w:proofErr w:type="spellStart"/>
      <w:r w:rsidRPr="00420D39">
        <w:rPr>
          <w:sz w:val="28"/>
          <w:szCs w:val="28"/>
        </w:rPr>
        <w:t>Керей</w:t>
      </w:r>
      <w:proofErr w:type="spellEnd"/>
      <w:r w:rsidRPr="00420D39">
        <w:rPr>
          <w:sz w:val="28"/>
          <w:szCs w:val="28"/>
        </w:rPr>
        <w:t xml:space="preserve">, </w:t>
      </w:r>
      <w:proofErr w:type="spellStart"/>
      <w:r w:rsidRPr="00420D39">
        <w:rPr>
          <w:sz w:val="28"/>
          <w:szCs w:val="28"/>
        </w:rPr>
        <w:t>Жәнібек</w:t>
      </w:r>
      <w:proofErr w:type="spellEnd"/>
      <w:r w:rsidRPr="00420D39">
        <w:rPr>
          <w:sz w:val="28"/>
          <w:szCs w:val="28"/>
        </w:rPr>
        <w:t xml:space="preserve"> </w:t>
      </w:r>
      <w:proofErr w:type="spellStart"/>
      <w:r w:rsidRPr="00420D39">
        <w:rPr>
          <w:sz w:val="28"/>
          <w:szCs w:val="28"/>
        </w:rPr>
        <w:t>хандар</w:t>
      </w:r>
      <w:proofErr w:type="spellEnd"/>
      <w:r w:rsidRPr="00420D39">
        <w:rPr>
          <w:sz w:val="28"/>
          <w:szCs w:val="28"/>
        </w:rPr>
        <w:t xml:space="preserve"> </w:t>
      </w:r>
      <w:proofErr w:type="spellStart"/>
      <w:r w:rsidRPr="00420D39">
        <w:rPr>
          <w:sz w:val="28"/>
          <w:szCs w:val="28"/>
        </w:rPr>
        <w:t>көшесінен</w:t>
      </w:r>
      <w:proofErr w:type="spellEnd"/>
      <w:r w:rsidRPr="00420D39">
        <w:rPr>
          <w:sz w:val="28"/>
          <w:szCs w:val="28"/>
        </w:rPr>
        <w:t xml:space="preserve"> Ә. </w:t>
      </w:r>
      <w:proofErr w:type="spellStart"/>
      <w:r w:rsidRPr="00420D39">
        <w:rPr>
          <w:sz w:val="28"/>
          <w:szCs w:val="28"/>
        </w:rPr>
        <w:t>Бөкейхан</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тақ</w:t>
      </w:r>
      <w:proofErr w:type="spellEnd"/>
      <w:r w:rsidRPr="00420D39">
        <w:rPr>
          <w:sz w:val="28"/>
          <w:szCs w:val="28"/>
        </w:rPr>
        <w:t xml:space="preserve"> </w:t>
      </w:r>
      <w:r w:rsidRPr="00420D39">
        <w:rPr>
          <w:sz w:val="28"/>
          <w:szCs w:val="28"/>
          <w:lang w:val="kk-KZ"/>
        </w:rPr>
        <w:t xml:space="preserve">сандар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Орынбор</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Орынбор</w:t>
      </w:r>
      <w:proofErr w:type="spellEnd"/>
      <w:r w:rsidRPr="00420D39">
        <w:rPr>
          <w:sz w:val="28"/>
          <w:szCs w:val="28"/>
        </w:rPr>
        <w:t xml:space="preserve"> </w:t>
      </w:r>
      <w:proofErr w:type="spellStart"/>
      <w:r w:rsidRPr="00420D39">
        <w:rPr>
          <w:sz w:val="28"/>
          <w:szCs w:val="28"/>
        </w:rPr>
        <w:t>көшесімен</w:t>
      </w:r>
      <w:proofErr w:type="spellEnd"/>
      <w:r w:rsidRPr="00420D39">
        <w:rPr>
          <w:sz w:val="28"/>
          <w:szCs w:val="28"/>
        </w:rPr>
        <w:t xml:space="preserve"> </w:t>
      </w:r>
      <w:proofErr w:type="spellStart"/>
      <w:r w:rsidRPr="00420D39">
        <w:rPr>
          <w:sz w:val="28"/>
          <w:szCs w:val="28"/>
        </w:rPr>
        <w:t>Жиделі</w:t>
      </w:r>
      <w:proofErr w:type="spellEnd"/>
      <w:r w:rsidRPr="00420D39">
        <w:rPr>
          <w:sz w:val="28"/>
          <w:szCs w:val="28"/>
        </w:rPr>
        <w:t xml:space="preserve"> </w:t>
      </w:r>
      <w:proofErr w:type="spellStart"/>
      <w:r w:rsidRPr="00420D39">
        <w:rPr>
          <w:sz w:val="28"/>
          <w:szCs w:val="28"/>
        </w:rPr>
        <w:t>көшесіндегі</w:t>
      </w:r>
      <w:proofErr w:type="spellEnd"/>
      <w:r w:rsidRPr="00420D39">
        <w:rPr>
          <w:sz w:val="28"/>
          <w:szCs w:val="28"/>
        </w:rPr>
        <w:t xml:space="preserve"> № 22 </w:t>
      </w:r>
      <w:proofErr w:type="spellStart"/>
      <w:r w:rsidRPr="00420D39">
        <w:rPr>
          <w:sz w:val="28"/>
          <w:szCs w:val="28"/>
        </w:rPr>
        <w:t>үйге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Жиделі</w:t>
      </w:r>
      <w:proofErr w:type="spellEnd"/>
      <w:r w:rsidRPr="00420D39">
        <w:rPr>
          <w:sz w:val="28"/>
          <w:szCs w:val="28"/>
        </w:rPr>
        <w:t xml:space="preserve"> </w:t>
      </w:r>
      <w:proofErr w:type="spellStart"/>
      <w:r w:rsidRPr="00420D39">
        <w:rPr>
          <w:sz w:val="28"/>
          <w:szCs w:val="28"/>
        </w:rPr>
        <w:t>көшесіндегі</w:t>
      </w:r>
      <w:proofErr w:type="spellEnd"/>
      <w:r w:rsidRPr="00420D39">
        <w:rPr>
          <w:sz w:val="28"/>
          <w:szCs w:val="28"/>
        </w:rPr>
        <w:t xml:space="preserve"> № 22 </w:t>
      </w:r>
      <w:proofErr w:type="spellStart"/>
      <w:r w:rsidRPr="00420D39">
        <w:rPr>
          <w:sz w:val="28"/>
          <w:szCs w:val="28"/>
        </w:rPr>
        <w:t>үйден</w:t>
      </w:r>
      <w:proofErr w:type="spellEnd"/>
      <w:r w:rsidRPr="00420D39">
        <w:rPr>
          <w:sz w:val="28"/>
          <w:szCs w:val="28"/>
        </w:rPr>
        <w:t xml:space="preserve"> </w:t>
      </w:r>
      <w:proofErr w:type="spellStart"/>
      <w:r w:rsidRPr="00420D39">
        <w:rPr>
          <w:sz w:val="28"/>
          <w:szCs w:val="28"/>
        </w:rPr>
        <w:t>Ұшқыштар</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Ұшқыштар</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тақ</w:t>
      </w:r>
      <w:proofErr w:type="spellEnd"/>
      <w:r w:rsidRPr="00420D39">
        <w:rPr>
          <w:sz w:val="28"/>
          <w:szCs w:val="28"/>
        </w:rPr>
        <w:t xml:space="preserve"> </w:t>
      </w:r>
      <w:r w:rsidRPr="00420D39">
        <w:rPr>
          <w:sz w:val="28"/>
          <w:szCs w:val="28"/>
          <w:lang w:val="kk-KZ"/>
        </w:rPr>
        <w:t xml:space="preserve">сандар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Жошы</w:t>
      </w:r>
      <w:proofErr w:type="spellEnd"/>
      <w:r w:rsidRPr="00420D39">
        <w:rPr>
          <w:sz w:val="28"/>
          <w:szCs w:val="28"/>
        </w:rPr>
        <w:t xml:space="preserve"> </w:t>
      </w:r>
      <w:r w:rsidRPr="00420D39">
        <w:rPr>
          <w:sz w:val="28"/>
          <w:szCs w:val="28"/>
          <w:lang w:val="kk-KZ"/>
        </w:rPr>
        <w:t>х</w:t>
      </w:r>
      <w:r w:rsidRPr="00420D39">
        <w:rPr>
          <w:sz w:val="28"/>
          <w:szCs w:val="28"/>
        </w:rPr>
        <w:t xml:space="preserve">ан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Жошы</w:t>
      </w:r>
      <w:proofErr w:type="spellEnd"/>
      <w:r w:rsidRPr="00420D39">
        <w:rPr>
          <w:sz w:val="28"/>
          <w:szCs w:val="28"/>
        </w:rPr>
        <w:t xml:space="preserve"> </w:t>
      </w:r>
      <w:r w:rsidRPr="00420D39">
        <w:rPr>
          <w:sz w:val="28"/>
          <w:szCs w:val="28"/>
          <w:lang w:val="kk-KZ"/>
        </w:rPr>
        <w:t>х</w:t>
      </w:r>
      <w:r w:rsidRPr="00420D39">
        <w:rPr>
          <w:sz w:val="28"/>
          <w:szCs w:val="28"/>
        </w:rPr>
        <w:t xml:space="preserve">ан </w:t>
      </w:r>
      <w:proofErr w:type="spellStart"/>
      <w:r w:rsidRPr="00420D39">
        <w:rPr>
          <w:sz w:val="28"/>
          <w:szCs w:val="28"/>
        </w:rPr>
        <w:t>көшесімен</w:t>
      </w:r>
      <w:proofErr w:type="spellEnd"/>
      <w:r w:rsidRPr="00420D39">
        <w:rPr>
          <w:sz w:val="28"/>
          <w:szCs w:val="28"/>
        </w:rPr>
        <w:t xml:space="preserve"> </w:t>
      </w:r>
      <w:proofErr w:type="spellStart"/>
      <w:r w:rsidRPr="00420D39">
        <w:rPr>
          <w:sz w:val="28"/>
          <w:szCs w:val="28"/>
        </w:rPr>
        <w:t>Керей</w:t>
      </w:r>
      <w:proofErr w:type="spellEnd"/>
      <w:r w:rsidRPr="00420D39">
        <w:rPr>
          <w:sz w:val="28"/>
          <w:szCs w:val="28"/>
        </w:rPr>
        <w:t xml:space="preserve">, </w:t>
      </w:r>
      <w:proofErr w:type="spellStart"/>
      <w:r w:rsidRPr="00420D39">
        <w:rPr>
          <w:sz w:val="28"/>
          <w:szCs w:val="28"/>
        </w:rPr>
        <w:t>Жәнібек</w:t>
      </w:r>
      <w:proofErr w:type="spellEnd"/>
      <w:r w:rsidRPr="00420D39">
        <w:rPr>
          <w:sz w:val="28"/>
          <w:szCs w:val="28"/>
        </w:rPr>
        <w:t xml:space="preserve"> </w:t>
      </w:r>
      <w:proofErr w:type="spellStart"/>
      <w:r w:rsidRPr="00420D39">
        <w:rPr>
          <w:sz w:val="28"/>
          <w:szCs w:val="28"/>
        </w:rPr>
        <w:t>хандар</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r w:rsidRPr="00420D39">
        <w:rPr>
          <w:sz w:val="28"/>
          <w:szCs w:val="28"/>
        </w:rPr>
        <w:br/>
      </w:r>
      <w:proofErr w:type="spellStart"/>
      <w:r w:rsidRPr="00420D39">
        <w:rPr>
          <w:sz w:val="28"/>
          <w:szCs w:val="28"/>
        </w:rPr>
        <w:t>Керей</w:t>
      </w:r>
      <w:proofErr w:type="spellEnd"/>
      <w:r w:rsidRPr="00420D39">
        <w:rPr>
          <w:sz w:val="28"/>
          <w:szCs w:val="28"/>
        </w:rPr>
        <w:t xml:space="preserve">, </w:t>
      </w:r>
      <w:proofErr w:type="spellStart"/>
      <w:r w:rsidRPr="00420D39">
        <w:rPr>
          <w:sz w:val="28"/>
          <w:szCs w:val="28"/>
        </w:rPr>
        <w:t>Жәнібек</w:t>
      </w:r>
      <w:proofErr w:type="spellEnd"/>
      <w:r w:rsidRPr="00420D39">
        <w:rPr>
          <w:sz w:val="28"/>
          <w:szCs w:val="28"/>
        </w:rPr>
        <w:t xml:space="preserve"> </w:t>
      </w:r>
      <w:proofErr w:type="spellStart"/>
      <w:r w:rsidRPr="00420D39">
        <w:rPr>
          <w:sz w:val="28"/>
          <w:szCs w:val="28"/>
        </w:rPr>
        <w:t>хандар</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жұп</w:t>
      </w:r>
      <w:proofErr w:type="spellEnd"/>
      <w:r w:rsidRPr="00420D39">
        <w:rPr>
          <w:sz w:val="28"/>
          <w:szCs w:val="28"/>
          <w:lang w:val="kk-KZ"/>
        </w:rPr>
        <w:t xml:space="preserve"> сандар</w:t>
      </w:r>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Ә. </w:t>
      </w:r>
      <w:proofErr w:type="spellStart"/>
      <w:r w:rsidRPr="00420D39">
        <w:rPr>
          <w:sz w:val="28"/>
          <w:szCs w:val="28"/>
        </w:rPr>
        <w:t>Бөкейхан</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w:t>
      </w:r>
    </w:p>
    <w:p w14:paraId="44BF7EB7" w14:textId="77777777" w:rsidR="00E72A3C" w:rsidRPr="00420D39" w:rsidRDefault="00E72A3C" w:rsidP="00E72A3C">
      <w:pPr>
        <w:ind w:firstLine="567"/>
        <w:jc w:val="both"/>
        <w:rPr>
          <w:sz w:val="28"/>
          <w:szCs w:val="28"/>
        </w:rPr>
      </w:pPr>
    </w:p>
    <w:p w14:paraId="016D128B" w14:textId="77777777" w:rsidR="00E72A3C" w:rsidRPr="00420D39" w:rsidRDefault="00E72A3C" w:rsidP="00E72A3C">
      <w:pPr>
        <w:jc w:val="center"/>
        <w:rPr>
          <w:sz w:val="28"/>
          <w:szCs w:val="28"/>
        </w:rPr>
      </w:pPr>
      <w:r w:rsidRPr="00420D39">
        <w:rPr>
          <w:sz w:val="28"/>
          <w:szCs w:val="28"/>
        </w:rPr>
        <w:t xml:space="preserve">№ 140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r w:rsidRPr="00420D39">
        <w:rPr>
          <w:sz w:val="28"/>
          <w:szCs w:val="28"/>
        </w:rPr>
        <w:t xml:space="preserve"> </w:t>
      </w:r>
    </w:p>
    <w:p w14:paraId="506D0CBA"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xml:space="preserve"> – Астана </w:t>
      </w:r>
      <w:proofErr w:type="spellStart"/>
      <w:r w:rsidRPr="00420D39">
        <w:rPr>
          <w:sz w:val="28"/>
          <w:szCs w:val="28"/>
        </w:rPr>
        <w:t>қаласы</w:t>
      </w:r>
      <w:proofErr w:type="spellEnd"/>
      <w:r w:rsidRPr="00420D39">
        <w:rPr>
          <w:sz w:val="28"/>
          <w:szCs w:val="28"/>
        </w:rPr>
        <w:t xml:space="preserve"> </w:t>
      </w:r>
      <w:proofErr w:type="spellStart"/>
      <w:r w:rsidRPr="00420D39">
        <w:rPr>
          <w:sz w:val="28"/>
          <w:szCs w:val="28"/>
        </w:rPr>
        <w:t>әкімдігінің</w:t>
      </w:r>
      <w:proofErr w:type="spellEnd"/>
      <w:r w:rsidRPr="00420D39">
        <w:rPr>
          <w:sz w:val="28"/>
          <w:szCs w:val="28"/>
        </w:rPr>
        <w:t xml:space="preserve"> «№ 84 «</w:t>
      </w:r>
      <w:proofErr w:type="spellStart"/>
      <w:r w:rsidRPr="00420D39">
        <w:rPr>
          <w:sz w:val="28"/>
          <w:szCs w:val="28"/>
        </w:rPr>
        <w:t>Кәусар</w:t>
      </w:r>
      <w:proofErr w:type="spellEnd"/>
      <w:r w:rsidRPr="00420D39">
        <w:rPr>
          <w:sz w:val="28"/>
          <w:szCs w:val="28"/>
        </w:rPr>
        <w:t xml:space="preserve">» </w:t>
      </w:r>
      <w:proofErr w:type="spellStart"/>
      <w:r w:rsidRPr="00420D39">
        <w:rPr>
          <w:sz w:val="28"/>
          <w:szCs w:val="28"/>
        </w:rPr>
        <w:t>балабақшасы</w:t>
      </w:r>
      <w:proofErr w:type="spellEnd"/>
      <w:r w:rsidRPr="00420D39">
        <w:rPr>
          <w:sz w:val="28"/>
          <w:szCs w:val="28"/>
        </w:rPr>
        <w:t xml:space="preserve">» </w:t>
      </w:r>
      <w:proofErr w:type="spellStart"/>
      <w:r w:rsidRPr="00420D39">
        <w:rPr>
          <w:sz w:val="28"/>
          <w:szCs w:val="28"/>
        </w:rPr>
        <w:t>мемлекеттік</w:t>
      </w:r>
      <w:proofErr w:type="spellEnd"/>
      <w:r w:rsidRPr="00420D39">
        <w:rPr>
          <w:sz w:val="28"/>
          <w:szCs w:val="28"/>
        </w:rPr>
        <w:t xml:space="preserve"> </w:t>
      </w:r>
      <w:proofErr w:type="spellStart"/>
      <w:r w:rsidRPr="00420D39">
        <w:rPr>
          <w:sz w:val="28"/>
          <w:szCs w:val="28"/>
        </w:rPr>
        <w:t>коммуналдық</w:t>
      </w:r>
      <w:proofErr w:type="spellEnd"/>
      <w:r w:rsidRPr="00420D39">
        <w:rPr>
          <w:sz w:val="28"/>
          <w:szCs w:val="28"/>
        </w:rPr>
        <w:t xml:space="preserve"> </w:t>
      </w:r>
      <w:proofErr w:type="spellStart"/>
      <w:r w:rsidRPr="00420D39">
        <w:rPr>
          <w:sz w:val="28"/>
          <w:szCs w:val="28"/>
        </w:rPr>
        <w:t>қазыналық</w:t>
      </w:r>
      <w:proofErr w:type="spellEnd"/>
      <w:r w:rsidRPr="00420D39">
        <w:rPr>
          <w:sz w:val="28"/>
          <w:szCs w:val="28"/>
        </w:rPr>
        <w:t xml:space="preserve"> </w:t>
      </w:r>
      <w:proofErr w:type="spellStart"/>
      <w:r w:rsidRPr="00420D39">
        <w:rPr>
          <w:sz w:val="28"/>
          <w:szCs w:val="28"/>
        </w:rPr>
        <w:t>кәсіпорны</w:t>
      </w:r>
      <w:proofErr w:type="spellEnd"/>
      <w:r w:rsidRPr="00420D39">
        <w:rPr>
          <w:sz w:val="28"/>
          <w:szCs w:val="28"/>
        </w:rPr>
        <w:t xml:space="preserve">, </w:t>
      </w:r>
      <w:proofErr w:type="spellStart"/>
      <w:r w:rsidRPr="00420D39">
        <w:rPr>
          <w:sz w:val="28"/>
          <w:szCs w:val="28"/>
        </w:rPr>
        <w:t>Әл</w:t>
      </w:r>
      <w:proofErr w:type="spellEnd"/>
      <w:r w:rsidRPr="00420D39">
        <w:rPr>
          <w:sz w:val="28"/>
          <w:szCs w:val="28"/>
        </w:rPr>
        <w:t xml:space="preserve">-Фараби </w:t>
      </w:r>
      <w:r w:rsidRPr="00420D39">
        <w:rPr>
          <w:sz w:val="28"/>
          <w:szCs w:val="28"/>
          <w:lang w:val="kk-KZ"/>
        </w:rPr>
        <w:t>даңғылы, №</w:t>
      </w:r>
      <w:r w:rsidRPr="00420D39">
        <w:rPr>
          <w:sz w:val="28"/>
          <w:szCs w:val="28"/>
        </w:rPr>
        <w:t> 2)</w:t>
      </w:r>
    </w:p>
    <w:p w14:paraId="028E1830" w14:textId="77777777" w:rsidR="00E72A3C" w:rsidRPr="00420D39" w:rsidRDefault="00E72A3C" w:rsidP="00E72A3C">
      <w:pPr>
        <w:ind w:firstLine="567"/>
        <w:jc w:val="both"/>
        <w:rPr>
          <w:sz w:val="28"/>
          <w:szCs w:val="28"/>
        </w:rPr>
      </w:pPr>
    </w:p>
    <w:p w14:paraId="2042957F" w14:textId="77777777" w:rsidR="00E72A3C" w:rsidRPr="00420D39" w:rsidRDefault="00E72A3C" w:rsidP="00E72A3C">
      <w:pPr>
        <w:ind w:firstLine="567"/>
        <w:jc w:val="both"/>
        <w:rPr>
          <w:sz w:val="28"/>
          <w:szCs w:val="28"/>
        </w:rPr>
      </w:pPr>
      <w:proofErr w:type="spellStart"/>
      <w:r w:rsidRPr="00420D39">
        <w:rPr>
          <w:sz w:val="28"/>
          <w:szCs w:val="28"/>
        </w:rPr>
        <w:t>Шекарасы</w:t>
      </w:r>
      <w:proofErr w:type="spellEnd"/>
      <w:r w:rsidRPr="00420D39">
        <w:rPr>
          <w:sz w:val="28"/>
          <w:szCs w:val="28"/>
        </w:rPr>
        <w:t xml:space="preserve">: Тельман </w:t>
      </w:r>
      <w:proofErr w:type="spellStart"/>
      <w:r w:rsidRPr="00420D39">
        <w:rPr>
          <w:sz w:val="28"/>
          <w:szCs w:val="28"/>
        </w:rPr>
        <w:t>тұрғын</w:t>
      </w:r>
      <w:proofErr w:type="spellEnd"/>
      <w:r w:rsidRPr="00420D39">
        <w:rPr>
          <w:sz w:val="28"/>
          <w:szCs w:val="28"/>
        </w:rPr>
        <w:t xml:space="preserve"> </w:t>
      </w:r>
      <w:proofErr w:type="spellStart"/>
      <w:r w:rsidRPr="00420D39">
        <w:rPr>
          <w:sz w:val="28"/>
          <w:szCs w:val="28"/>
        </w:rPr>
        <w:t>алабының</w:t>
      </w:r>
      <w:proofErr w:type="spellEnd"/>
      <w:r w:rsidRPr="00420D39">
        <w:rPr>
          <w:sz w:val="28"/>
          <w:szCs w:val="28"/>
        </w:rPr>
        <w:t xml:space="preserve"> </w:t>
      </w:r>
      <w:proofErr w:type="spellStart"/>
      <w:r w:rsidRPr="00420D39">
        <w:rPr>
          <w:sz w:val="28"/>
          <w:szCs w:val="28"/>
        </w:rPr>
        <w:t>шекарасындағы</w:t>
      </w:r>
      <w:proofErr w:type="spellEnd"/>
      <w:r w:rsidRPr="00420D39">
        <w:rPr>
          <w:sz w:val="28"/>
          <w:szCs w:val="28"/>
        </w:rPr>
        <w:t xml:space="preserve"> </w:t>
      </w:r>
      <w:proofErr w:type="spellStart"/>
      <w:r w:rsidRPr="00420D39">
        <w:rPr>
          <w:sz w:val="28"/>
          <w:szCs w:val="28"/>
        </w:rPr>
        <w:t>үйлер</w:t>
      </w:r>
      <w:proofErr w:type="spellEnd"/>
      <w:r w:rsidRPr="00420D39">
        <w:rPr>
          <w:sz w:val="28"/>
          <w:szCs w:val="28"/>
        </w:rPr>
        <w:t>,</w:t>
      </w:r>
      <w:r w:rsidRPr="00420D39">
        <w:rPr>
          <w:sz w:val="28"/>
          <w:szCs w:val="28"/>
          <w:lang w:val="kk-KZ"/>
        </w:rPr>
        <w:t xml:space="preserve"> Әл-Фараби даңғылындағы </w:t>
      </w:r>
      <w:r w:rsidRPr="00420D39">
        <w:rPr>
          <w:sz w:val="28"/>
          <w:szCs w:val="28"/>
        </w:rPr>
        <w:t xml:space="preserve">№ 4, 6 </w:t>
      </w:r>
      <w:proofErr w:type="spellStart"/>
      <w:r w:rsidRPr="00420D39">
        <w:rPr>
          <w:sz w:val="28"/>
          <w:szCs w:val="28"/>
        </w:rPr>
        <w:t>үйлерді</w:t>
      </w:r>
      <w:proofErr w:type="spellEnd"/>
      <w:r w:rsidRPr="00420D39">
        <w:rPr>
          <w:sz w:val="28"/>
          <w:szCs w:val="28"/>
        </w:rPr>
        <w:t xml:space="preserve"> </w:t>
      </w:r>
      <w:proofErr w:type="spellStart"/>
      <w:r w:rsidRPr="00420D39">
        <w:rPr>
          <w:sz w:val="28"/>
          <w:szCs w:val="28"/>
        </w:rPr>
        <w:t>қоса</w:t>
      </w:r>
      <w:proofErr w:type="spellEnd"/>
      <w:r w:rsidRPr="00420D39">
        <w:rPr>
          <w:sz w:val="28"/>
          <w:szCs w:val="28"/>
        </w:rPr>
        <w:t xml:space="preserve"> </w:t>
      </w:r>
      <w:proofErr w:type="spellStart"/>
      <w:r w:rsidRPr="00420D39">
        <w:rPr>
          <w:sz w:val="28"/>
          <w:szCs w:val="28"/>
        </w:rPr>
        <w:t>алғанда</w:t>
      </w:r>
      <w:proofErr w:type="spellEnd"/>
      <w:r w:rsidRPr="00420D39">
        <w:rPr>
          <w:sz w:val="28"/>
          <w:szCs w:val="28"/>
          <w:lang w:val="kk-KZ"/>
        </w:rPr>
        <w:t>,</w:t>
      </w:r>
      <w:r w:rsidRPr="00420D39">
        <w:rPr>
          <w:sz w:val="28"/>
          <w:szCs w:val="28"/>
        </w:rPr>
        <w:t xml:space="preserve"> «</w:t>
      </w:r>
      <w:proofErr w:type="spellStart"/>
      <w:r w:rsidRPr="00420D39">
        <w:rPr>
          <w:sz w:val="28"/>
          <w:szCs w:val="28"/>
        </w:rPr>
        <w:t>Саранда</w:t>
      </w:r>
      <w:proofErr w:type="spellEnd"/>
      <w:r w:rsidRPr="00420D39">
        <w:rPr>
          <w:sz w:val="28"/>
          <w:szCs w:val="28"/>
        </w:rPr>
        <w:t xml:space="preserve">» </w:t>
      </w:r>
      <w:r w:rsidRPr="00420D39">
        <w:rPr>
          <w:sz w:val="28"/>
          <w:szCs w:val="28"/>
          <w:lang w:val="en-US"/>
        </w:rPr>
        <w:t>VIP</w:t>
      </w:r>
      <w:r w:rsidRPr="00420D39">
        <w:rPr>
          <w:sz w:val="28"/>
          <w:szCs w:val="28"/>
        </w:rPr>
        <w:t xml:space="preserve"> </w:t>
      </w:r>
      <w:proofErr w:type="spellStart"/>
      <w:r w:rsidRPr="00420D39">
        <w:rPr>
          <w:sz w:val="28"/>
          <w:szCs w:val="28"/>
        </w:rPr>
        <w:t>қалашығы</w:t>
      </w:r>
      <w:proofErr w:type="spellEnd"/>
      <w:r w:rsidRPr="00420D39">
        <w:rPr>
          <w:sz w:val="28"/>
          <w:szCs w:val="28"/>
        </w:rPr>
        <w:t>.</w:t>
      </w:r>
    </w:p>
    <w:p w14:paraId="356DFB7C" w14:textId="77777777" w:rsidR="00E72A3C" w:rsidRPr="00420D39" w:rsidRDefault="00E72A3C" w:rsidP="00E72A3C">
      <w:pPr>
        <w:ind w:firstLine="567"/>
        <w:jc w:val="both"/>
        <w:rPr>
          <w:sz w:val="28"/>
          <w:szCs w:val="28"/>
        </w:rPr>
      </w:pPr>
    </w:p>
    <w:p w14:paraId="5755A66D" w14:textId="77777777" w:rsidR="00E72A3C" w:rsidRPr="00814807" w:rsidRDefault="00E72A3C" w:rsidP="00E72A3C">
      <w:pPr>
        <w:jc w:val="center"/>
        <w:rPr>
          <w:sz w:val="28"/>
          <w:szCs w:val="28"/>
        </w:rPr>
      </w:pPr>
      <w:r w:rsidRPr="00814807">
        <w:rPr>
          <w:sz w:val="28"/>
          <w:szCs w:val="28"/>
        </w:rPr>
        <w:t xml:space="preserve">№ 141 </w:t>
      </w:r>
      <w:proofErr w:type="spellStart"/>
      <w:r w:rsidRPr="00814807">
        <w:rPr>
          <w:sz w:val="28"/>
          <w:szCs w:val="28"/>
        </w:rPr>
        <w:t>сайлау</w:t>
      </w:r>
      <w:proofErr w:type="spellEnd"/>
      <w:r w:rsidRPr="00814807">
        <w:rPr>
          <w:sz w:val="28"/>
          <w:szCs w:val="28"/>
        </w:rPr>
        <w:t xml:space="preserve"> </w:t>
      </w:r>
      <w:proofErr w:type="spellStart"/>
      <w:r w:rsidRPr="00814807">
        <w:rPr>
          <w:sz w:val="28"/>
          <w:szCs w:val="28"/>
        </w:rPr>
        <w:t>учаскесі</w:t>
      </w:r>
      <w:proofErr w:type="spellEnd"/>
      <w:r w:rsidRPr="00814807">
        <w:rPr>
          <w:sz w:val="28"/>
          <w:szCs w:val="28"/>
        </w:rPr>
        <w:t xml:space="preserve"> </w:t>
      </w:r>
    </w:p>
    <w:p w14:paraId="0BDE9066" w14:textId="77777777" w:rsidR="00E72A3C" w:rsidRPr="00814807" w:rsidRDefault="00E72A3C" w:rsidP="00E72A3C">
      <w:pPr>
        <w:jc w:val="center"/>
        <w:rPr>
          <w:sz w:val="28"/>
          <w:szCs w:val="28"/>
        </w:rPr>
      </w:pPr>
      <w:r w:rsidRPr="00814807">
        <w:rPr>
          <w:sz w:val="28"/>
          <w:szCs w:val="28"/>
        </w:rPr>
        <w:t>(</w:t>
      </w:r>
      <w:proofErr w:type="spellStart"/>
      <w:r w:rsidRPr="00814807">
        <w:rPr>
          <w:sz w:val="28"/>
          <w:szCs w:val="28"/>
        </w:rPr>
        <w:t>орталығы</w:t>
      </w:r>
      <w:proofErr w:type="spellEnd"/>
      <w:r w:rsidRPr="00814807">
        <w:rPr>
          <w:sz w:val="28"/>
          <w:szCs w:val="28"/>
        </w:rPr>
        <w:t xml:space="preserve"> – Астана </w:t>
      </w:r>
      <w:proofErr w:type="spellStart"/>
      <w:r w:rsidRPr="00814807">
        <w:rPr>
          <w:sz w:val="28"/>
          <w:szCs w:val="28"/>
        </w:rPr>
        <w:t>қаласы</w:t>
      </w:r>
      <w:proofErr w:type="spellEnd"/>
      <w:r w:rsidRPr="00814807">
        <w:rPr>
          <w:sz w:val="28"/>
          <w:szCs w:val="28"/>
        </w:rPr>
        <w:t xml:space="preserve"> </w:t>
      </w:r>
      <w:proofErr w:type="spellStart"/>
      <w:r w:rsidRPr="00814807">
        <w:rPr>
          <w:sz w:val="28"/>
          <w:szCs w:val="28"/>
        </w:rPr>
        <w:t>әкімдігінің</w:t>
      </w:r>
      <w:proofErr w:type="spellEnd"/>
      <w:r w:rsidRPr="00814807">
        <w:rPr>
          <w:sz w:val="28"/>
          <w:szCs w:val="28"/>
        </w:rPr>
        <w:t xml:space="preserve"> «№ 103 </w:t>
      </w:r>
      <w:proofErr w:type="spellStart"/>
      <w:r w:rsidRPr="00814807">
        <w:rPr>
          <w:sz w:val="28"/>
          <w:szCs w:val="28"/>
        </w:rPr>
        <w:t>жалпы</w:t>
      </w:r>
      <w:proofErr w:type="spellEnd"/>
      <w:r w:rsidRPr="00814807">
        <w:rPr>
          <w:sz w:val="28"/>
          <w:szCs w:val="28"/>
        </w:rPr>
        <w:t xml:space="preserve"> орта </w:t>
      </w:r>
      <w:proofErr w:type="spellStart"/>
      <w:r w:rsidRPr="00814807">
        <w:rPr>
          <w:sz w:val="28"/>
          <w:szCs w:val="28"/>
        </w:rPr>
        <w:t>білім</w:t>
      </w:r>
      <w:proofErr w:type="spellEnd"/>
      <w:r w:rsidRPr="00814807">
        <w:rPr>
          <w:sz w:val="28"/>
          <w:szCs w:val="28"/>
        </w:rPr>
        <w:t xml:space="preserve"> </w:t>
      </w:r>
      <w:proofErr w:type="spellStart"/>
      <w:r w:rsidRPr="00814807">
        <w:rPr>
          <w:sz w:val="28"/>
          <w:szCs w:val="28"/>
        </w:rPr>
        <w:t>беретін</w:t>
      </w:r>
      <w:proofErr w:type="spellEnd"/>
      <w:r w:rsidRPr="00814807">
        <w:rPr>
          <w:sz w:val="28"/>
          <w:szCs w:val="28"/>
        </w:rPr>
        <w:t xml:space="preserve"> </w:t>
      </w:r>
      <w:proofErr w:type="spellStart"/>
      <w:r w:rsidRPr="00814807">
        <w:rPr>
          <w:sz w:val="28"/>
          <w:szCs w:val="28"/>
        </w:rPr>
        <w:t>мектеп</w:t>
      </w:r>
      <w:proofErr w:type="spellEnd"/>
      <w:r w:rsidRPr="00814807">
        <w:rPr>
          <w:sz w:val="28"/>
          <w:szCs w:val="28"/>
        </w:rPr>
        <w:t xml:space="preserve">» </w:t>
      </w:r>
      <w:proofErr w:type="spellStart"/>
      <w:r w:rsidRPr="00814807">
        <w:rPr>
          <w:sz w:val="28"/>
          <w:szCs w:val="28"/>
        </w:rPr>
        <w:t>коммуналдық</w:t>
      </w:r>
      <w:proofErr w:type="spellEnd"/>
      <w:r w:rsidRPr="00814807">
        <w:rPr>
          <w:sz w:val="28"/>
          <w:szCs w:val="28"/>
        </w:rPr>
        <w:t xml:space="preserve"> </w:t>
      </w:r>
      <w:proofErr w:type="spellStart"/>
      <w:r w:rsidRPr="00814807">
        <w:rPr>
          <w:sz w:val="28"/>
          <w:szCs w:val="28"/>
        </w:rPr>
        <w:t>мемлекеттік</w:t>
      </w:r>
      <w:proofErr w:type="spellEnd"/>
      <w:r w:rsidRPr="00814807">
        <w:rPr>
          <w:sz w:val="28"/>
          <w:szCs w:val="28"/>
        </w:rPr>
        <w:t xml:space="preserve"> </w:t>
      </w:r>
      <w:proofErr w:type="spellStart"/>
      <w:r w:rsidRPr="00814807">
        <w:rPr>
          <w:sz w:val="28"/>
          <w:szCs w:val="28"/>
        </w:rPr>
        <w:t>мекемесі</w:t>
      </w:r>
      <w:proofErr w:type="spellEnd"/>
      <w:r w:rsidRPr="00814807">
        <w:rPr>
          <w:sz w:val="28"/>
          <w:szCs w:val="28"/>
        </w:rPr>
        <w:t xml:space="preserve">, </w:t>
      </w:r>
      <w:proofErr w:type="spellStart"/>
      <w:r w:rsidRPr="00814807">
        <w:rPr>
          <w:sz w:val="28"/>
          <w:szCs w:val="28"/>
        </w:rPr>
        <w:t>Мәңгілік</w:t>
      </w:r>
      <w:proofErr w:type="spellEnd"/>
      <w:r w:rsidRPr="00814807">
        <w:rPr>
          <w:sz w:val="28"/>
          <w:szCs w:val="28"/>
        </w:rPr>
        <w:t xml:space="preserve"> Ел </w:t>
      </w:r>
      <w:proofErr w:type="spellStart"/>
      <w:r w:rsidRPr="00814807">
        <w:rPr>
          <w:sz w:val="28"/>
          <w:szCs w:val="28"/>
        </w:rPr>
        <w:t>даңғылы</w:t>
      </w:r>
      <w:proofErr w:type="spellEnd"/>
      <w:r w:rsidRPr="00814807">
        <w:rPr>
          <w:sz w:val="28"/>
          <w:szCs w:val="28"/>
        </w:rPr>
        <w:t xml:space="preserve">, </w:t>
      </w:r>
      <w:r w:rsidRPr="00814807">
        <w:rPr>
          <w:sz w:val="28"/>
          <w:szCs w:val="28"/>
          <w:lang w:val="kk-KZ"/>
        </w:rPr>
        <w:t>№ </w:t>
      </w:r>
      <w:r w:rsidRPr="00814807">
        <w:rPr>
          <w:sz w:val="28"/>
          <w:szCs w:val="28"/>
        </w:rPr>
        <w:t>70)</w:t>
      </w:r>
    </w:p>
    <w:p w14:paraId="745642A3" w14:textId="77777777" w:rsidR="00E72A3C" w:rsidRPr="00814807" w:rsidRDefault="00E72A3C" w:rsidP="00E72A3C">
      <w:pPr>
        <w:jc w:val="center"/>
        <w:rPr>
          <w:sz w:val="28"/>
          <w:szCs w:val="28"/>
        </w:rPr>
      </w:pPr>
    </w:p>
    <w:p w14:paraId="2C476027" w14:textId="77777777" w:rsidR="00E72A3C" w:rsidRPr="00420D39" w:rsidRDefault="00E72A3C" w:rsidP="00E72A3C">
      <w:pPr>
        <w:ind w:firstLine="567"/>
        <w:jc w:val="both"/>
        <w:rPr>
          <w:sz w:val="28"/>
          <w:szCs w:val="28"/>
        </w:rPr>
      </w:pPr>
      <w:proofErr w:type="spellStart"/>
      <w:r w:rsidRPr="00814807">
        <w:rPr>
          <w:sz w:val="28"/>
          <w:szCs w:val="28"/>
        </w:rPr>
        <w:t>Шекарасы</w:t>
      </w:r>
      <w:proofErr w:type="spellEnd"/>
      <w:r w:rsidRPr="00814807">
        <w:rPr>
          <w:sz w:val="28"/>
          <w:szCs w:val="28"/>
        </w:rPr>
        <w:t xml:space="preserve">: </w:t>
      </w:r>
      <w:proofErr w:type="spellStart"/>
      <w:r w:rsidRPr="00AD3760">
        <w:rPr>
          <w:sz w:val="28"/>
          <w:szCs w:val="28"/>
        </w:rPr>
        <w:t>Қабанбай</w:t>
      </w:r>
      <w:proofErr w:type="spellEnd"/>
      <w:r w:rsidRPr="00AD3760">
        <w:rPr>
          <w:sz w:val="28"/>
          <w:szCs w:val="28"/>
        </w:rPr>
        <w:t xml:space="preserve"> батыр </w:t>
      </w:r>
      <w:proofErr w:type="spellStart"/>
      <w:r w:rsidRPr="00AD3760">
        <w:rPr>
          <w:sz w:val="28"/>
          <w:szCs w:val="28"/>
        </w:rPr>
        <w:t>даңғылынан</w:t>
      </w:r>
      <w:proofErr w:type="spellEnd"/>
      <w:r w:rsidRPr="00AD3760">
        <w:rPr>
          <w:sz w:val="28"/>
          <w:szCs w:val="28"/>
        </w:rPr>
        <w:t xml:space="preserve"> Т. </w:t>
      </w:r>
      <w:proofErr w:type="spellStart"/>
      <w:r w:rsidRPr="00AD3760">
        <w:rPr>
          <w:sz w:val="28"/>
          <w:szCs w:val="28"/>
        </w:rPr>
        <w:t>Рысқұлов</w:t>
      </w:r>
      <w:proofErr w:type="spellEnd"/>
      <w:r w:rsidRPr="00AD3760">
        <w:rPr>
          <w:sz w:val="28"/>
          <w:szCs w:val="28"/>
        </w:rPr>
        <w:t xml:space="preserve"> </w:t>
      </w:r>
      <w:proofErr w:type="spellStart"/>
      <w:r w:rsidRPr="00AD3760">
        <w:rPr>
          <w:sz w:val="28"/>
          <w:szCs w:val="28"/>
        </w:rPr>
        <w:t>көшесінің</w:t>
      </w:r>
      <w:proofErr w:type="spellEnd"/>
      <w:r w:rsidRPr="00AD3760">
        <w:rPr>
          <w:sz w:val="28"/>
          <w:szCs w:val="28"/>
        </w:rPr>
        <w:t xml:space="preserve"> </w:t>
      </w:r>
      <w:proofErr w:type="spellStart"/>
      <w:r w:rsidRPr="00AD3760">
        <w:rPr>
          <w:sz w:val="28"/>
          <w:szCs w:val="28"/>
        </w:rPr>
        <w:t>жұп</w:t>
      </w:r>
      <w:proofErr w:type="spellEnd"/>
      <w:r>
        <w:rPr>
          <w:sz w:val="28"/>
          <w:szCs w:val="28"/>
          <w:lang w:val="kk-KZ"/>
        </w:rPr>
        <w:t xml:space="preserve"> сандар</w:t>
      </w:r>
      <w:r w:rsidRPr="00AD3760">
        <w:rPr>
          <w:sz w:val="28"/>
          <w:szCs w:val="28"/>
        </w:rPr>
        <w:t xml:space="preserve"> </w:t>
      </w:r>
      <w:proofErr w:type="spellStart"/>
      <w:r w:rsidRPr="00AD3760">
        <w:rPr>
          <w:sz w:val="28"/>
          <w:szCs w:val="28"/>
        </w:rPr>
        <w:t>жағымен</w:t>
      </w:r>
      <w:proofErr w:type="spellEnd"/>
      <w:r w:rsidRPr="00AD3760">
        <w:rPr>
          <w:sz w:val="28"/>
          <w:szCs w:val="28"/>
        </w:rPr>
        <w:t xml:space="preserve"> </w:t>
      </w:r>
      <w:proofErr w:type="spellStart"/>
      <w:r w:rsidRPr="00AD3760">
        <w:rPr>
          <w:sz w:val="28"/>
          <w:szCs w:val="28"/>
        </w:rPr>
        <w:t>Мәңгілік</w:t>
      </w:r>
      <w:proofErr w:type="spellEnd"/>
      <w:r w:rsidRPr="00AD3760">
        <w:rPr>
          <w:sz w:val="28"/>
          <w:szCs w:val="28"/>
        </w:rPr>
        <w:t xml:space="preserve"> Ел </w:t>
      </w:r>
      <w:proofErr w:type="spellStart"/>
      <w:r w:rsidRPr="00AD3760">
        <w:rPr>
          <w:sz w:val="28"/>
          <w:szCs w:val="28"/>
        </w:rPr>
        <w:t>даңғылына</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Мәңгілік</w:t>
      </w:r>
      <w:proofErr w:type="spellEnd"/>
      <w:r w:rsidRPr="00AD3760">
        <w:rPr>
          <w:sz w:val="28"/>
          <w:szCs w:val="28"/>
        </w:rPr>
        <w:t xml:space="preserve"> Ел </w:t>
      </w:r>
      <w:proofErr w:type="spellStart"/>
      <w:r w:rsidRPr="00AD3760">
        <w:rPr>
          <w:sz w:val="28"/>
          <w:szCs w:val="28"/>
        </w:rPr>
        <w:t>даңғылының</w:t>
      </w:r>
      <w:proofErr w:type="spellEnd"/>
      <w:r w:rsidRPr="00AD3760">
        <w:rPr>
          <w:sz w:val="28"/>
          <w:szCs w:val="28"/>
        </w:rPr>
        <w:t xml:space="preserve"> </w:t>
      </w:r>
      <w:proofErr w:type="spellStart"/>
      <w:r w:rsidRPr="00AD3760">
        <w:rPr>
          <w:sz w:val="28"/>
          <w:szCs w:val="28"/>
        </w:rPr>
        <w:t>тақ</w:t>
      </w:r>
      <w:proofErr w:type="spellEnd"/>
      <w:r w:rsidRPr="00AD3760">
        <w:rPr>
          <w:sz w:val="28"/>
          <w:szCs w:val="28"/>
        </w:rPr>
        <w:t xml:space="preserve"> </w:t>
      </w:r>
      <w:r>
        <w:rPr>
          <w:sz w:val="28"/>
          <w:szCs w:val="28"/>
          <w:lang w:val="kk-KZ"/>
        </w:rPr>
        <w:t xml:space="preserve">сандар </w:t>
      </w:r>
      <w:proofErr w:type="spellStart"/>
      <w:r>
        <w:rPr>
          <w:sz w:val="28"/>
          <w:szCs w:val="28"/>
        </w:rPr>
        <w:t>жағымен</w:t>
      </w:r>
      <w:proofErr w:type="spellEnd"/>
      <w:r>
        <w:rPr>
          <w:sz w:val="28"/>
          <w:szCs w:val="28"/>
        </w:rPr>
        <w:t xml:space="preserve"> Е496 </w:t>
      </w:r>
      <w:proofErr w:type="spellStart"/>
      <w:r>
        <w:rPr>
          <w:sz w:val="28"/>
          <w:szCs w:val="28"/>
        </w:rPr>
        <w:t>көше</w:t>
      </w:r>
      <w:proofErr w:type="spellEnd"/>
      <w:r>
        <w:rPr>
          <w:sz w:val="28"/>
          <w:szCs w:val="28"/>
          <w:lang w:val="kk-KZ"/>
        </w:rPr>
        <w:t>г</w:t>
      </w:r>
      <w:r w:rsidRPr="00AD3760">
        <w:rPr>
          <w:sz w:val="28"/>
          <w:szCs w:val="28"/>
        </w:rPr>
        <w:t xml:space="preserve">е </w:t>
      </w:r>
      <w:proofErr w:type="spellStart"/>
      <w:r w:rsidRPr="00AD3760">
        <w:rPr>
          <w:sz w:val="28"/>
          <w:szCs w:val="28"/>
        </w:rPr>
        <w:t>дейін</w:t>
      </w:r>
      <w:proofErr w:type="spellEnd"/>
      <w:r w:rsidRPr="00AD3760">
        <w:rPr>
          <w:sz w:val="28"/>
          <w:szCs w:val="28"/>
        </w:rPr>
        <w:t xml:space="preserve">, Е496 </w:t>
      </w:r>
      <w:proofErr w:type="spellStart"/>
      <w:r w:rsidRPr="00AD3760">
        <w:rPr>
          <w:sz w:val="28"/>
          <w:szCs w:val="28"/>
        </w:rPr>
        <w:t>көше</w:t>
      </w:r>
      <w:proofErr w:type="spellEnd"/>
      <w:r>
        <w:rPr>
          <w:sz w:val="28"/>
          <w:szCs w:val="28"/>
          <w:lang w:val="kk-KZ"/>
        </w:rPr>
        <w:t>мен</w:t>
      </w:r>
      <w:r w:rsidRPr="00AD3760">
        <w:rPr>
          <w:sz w:val="28"/>
          <w:szCs w:val="28"/>
        </w:rPr>
        <w:t xml:space="preserve"> «</w:t>
      </w:r>
      <w:proofErr w:type="spellStart"/>
      <w:r w:rsidRPr="00AD3760">
        <w:rPr>
          <w:sz w:val="28"/>
          <w:szCs w:val="28"/>
        </w:rPr>
        <w:t>Нұра-Есіл</w:t>
      </w:r>
      <w:proofErr w:type="spellEnd"/>
      <w:r w:rsidRPr="00AD3760">
        <w:rPr>
          <w:sz w:val="28"/>
          <w:szCs w:val="28"/>
        </w:rPr>
        <w:t xml:space="preserve">» </w:t>
      </w:r>
      <w:proofErr w:type="spellStart"/>
      <w:r w:rsidRPr="00AD3760">
        <w:rPr>
          <w:sz w:val="28"/>
          <w:szCs w:val="28"/>
        </w:rPr>
        <w:t>каналына</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w:t>
      </w:r>
      <w:proofErr w:type="spellStart"/>
      <w:r w:rsidRPr="00AD3760">
        <w:rPr>
          <w:sz w:val="28"/>
          <w:szCs w:val="28"/>
        </w:rPr>
        <w:t>Нұра-Есіл</w:t>
      </w:r>
      <w:proofErr w:type="spellEnd"/>
      <w:r w:rsidRPr="00AD3760">
        <w:rPr>
          <w:sz w:val="28"/>
          <w:szCs w:val="28"/>
        </w:rPr>
        <w:t xml:space="preserve">» </w:t>
      </w:r>
      <w:proofErr w:type="spellStart"/>
      <w:r w:rsidRPr="00AD3760">
        <w:rPr>
          <w:sz w:val="28"/>
          <w:szCs w:val="28"/>
        </w:rPr>
        <w:t>каналымен</w:t>
      </w:r>
      <w:proofErr w:type="spellEnd"/>
      <w:r w:rsidRPr="00AD3760">
        <w:rPr>
          <w:sz w:val="28"/>
          <w:szCs w:val="28"/>
        </w:rPr>
        <w:t xml:space="preserve"> </w:t>
      </w:r>
      <w:proofErr w:type="spellStart"/>
      <w:r w:rsidRPr="00AD3760">
        <w:rPr>
          <w:sz w:val="28"/>
          <w:szCs w:val="28"/>
        </w:rPr>
        <w:t>Мәңгілік</w:t>
      </w:r>
      <w:proofErr w:type="spellEnd"/>
      <w:r w:rsidRPr="00AD3760">
        <w:rPr>
          <w:sz w:val="28"/>
          <w:szCs w:val="28"/>
        </w:rPr>
        <w:t xml:space="preserve"> Ел </w:t>
      </w:r>
      <w:proofErr w:type="spellStart"/>
      <w:r w:rsidRPr="00AD3760">
        <w:rPr>
          <w:sz w:val="28"/>
          <w:szCs w:val="28"/>
        </w:rPr>
        <w:t>даңғылындағы</w:t>
      </w:r>
      <w:proofErr w:type="spellEnd"/>
      <w:r w:rsidRPr="00AD3760">
        <w:rPr>
          <w:sz w:val="28"/>
          <w:szCs w:val="28"/>
        </w:rPr>
        <w:t xml:space="preserve"> № 76 </w:t>
      </w:r>
      <w:proofErr w:type="spellStart"/>
      <w:r w:rsidRPr="00AD3760">
        <w:rPr>
          <w:sz w:val="28"/>
          <w:szCs w:val="28"/>
        </w:rPr>
        <w:t>үйге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Мәңгілік</w:t>
      </w:r>
      <w:proofErr w:type="spellEnd"/>
      <w:r w:rsidRPr="00AD3760">
        <w:rPr>
          <w:sz w:val="28"/>
          <w:szCs w:val="28"/>
        </w:rPr>
        <w:t xml:space="preserve"> Ел </w:t>
      </w:r>
      <w:proofErr w:type="spellStart"/>
      <w:r w:rsidRPr="00AD3760">
        <w:rPr>
          <w:sz w:val="28"/>
          <w:szCs w:val="28"/>
        </w:rPr>
        <w:t>даңғылындағы</w:t>
      </w:r>
      <w:proofErr w:type="spellEnd"/>
      <w:r w:rsidRPr="00AD3760">
        <w:rPr>
          <w:sz w:val="28"/>
          <w:szCs w:val="28"/>
        </w:rPr>
        <w:t xml:space="preserve"> № 76 </w:t>
      </w:r>
      <w:proofErr w:type="spellStart"/>
      <w:r w:rsidRPr="00AD3760">
        <w:rPr>
          <w:sz w:val="28"/>
          <w:szCs w:val="28"/>
        </w:rPr>
        <w:t>үйден</w:t>
      </w:r>
      <w:proofErr w:type="spellEnd"/>
      <w:r w:rsidRPr="00AD3760">
        <w:rPr>
          <w:sz w:val="28"/>
          <w:szCs w:val="28"/>
        </w:rPr>
        <w:t xml:space="preserve"> «</w:t>
      </w:r>
      <w:proofErr w:type="spellStart"/>
      <w:r w:rsidRPr="00AD3760">
        <w:rPr>
          <w:sz w:val="28"/>
          <w:szCs w:val="28"/>
        </w:rPr>
        <w:t>Нұра-Есіл</w:t>
      </w:r>
      <w:proofErr w:type="spellEnd"/>
      <w:r w:rsidRPr="00AD3760">
        <w:rPr>
          <w:sz w:val="28"/>
          <w:szCs w:val="28"/>
        </w:rPr>
        <w:t xml:space="preserve">» </w:t>
      </w:r>
      <w:proofErr w:type="spellStart"/>
      <w:r w:rsidRPr="00AD3760">
        <w:rPr>
          <w:sz w:val="28"/>
          <w:szCs w:val="28"/>
        </w:rPr>
        <w:t>каналынан</w:t>
      </w:r>
      <w:proofErr w:type="spellEnd"/>
      <w:r w:rsidRPr="00AD3760">
        <w:rPr>
          <w:sz w:val="28"/>
          <w:szCs w:val="28"/>
        </w:rPr>
        <w:t xml:space="preserve"> </w:t>
      </w:r>
      <w:proofErr w:type="spellStart"/>
      <w:r w:rsidRPr="00AD3760">
        <w:rPr>
          <w:sz w:val="28"/>
          <w:szCs w:val="28"/>
        </w:rPr>
        <w:t>өтпе</w:t>
      </w:r>
      <w:proofErr w:type="spellEnd"/>
      <w:r w:rsidRPr="00AD3760">
        <w:rPr>
          <w:sz w:val="28"/>
          <w:szCs w:val="28"/>
        </w:rPr>
        <w:t xml:space="preserve"> </w:t>
      </w:r>
      <w:proofErr w:type="spellStart"/>
      <w:r w:rsidRPr="00AD3760">
        <w:rPr>
          <w:sz w:val="28"/>
          <w:szCs w:val="28"/>
        </w:rPr>
        <w:t>жолмен</w:t>
      </w:r>
      <w:proofErr w:type="spellEnd"/>
      <w:r w:rsidRPr="00AD3760">
        <w:rPr>
          <w:sz w:val="28"/>
          <w:szCs w:val="28"/>
        </w:rPr>
        <w:t xml:space="preserve"> </w:t>
      </w:r>
      <w:proofErr w:type="spellStart"/>
      <w:r w:rsidRPr="00AD3760">
        <w:rPr>
          <w:sz w:val="28"/>
          <w:szCs w:val="28"/>
        </w:rPr>
        <w:t>Қабанбай</w:t>
      </w:r>
      <w:proofErr w:type="spellEnd"/>
      <w:r w:rsidRPr="00AD3760">
        <w:rPr>
          <w:sz w:val="28"/>
          <w:szCs w:val="28"/>
        </w:rPr>
        <w:t xml:space="preserve"> батыр </w:t>
      </w:r>
      <w:proofErr w:type="spellStart"/>
      <w:r w:rsidRPr="00AD3760">
        <w:rPr>
          <w:sz w:val="28"/>
          <w:szCs w:val="28"/>
        </w:rPr>
        <w:t>даңғылындағы</w:t>
      </w:r>
      <w:proofErr w:type="spellEnd"/>
      <w:r w:rsidRPr="00AD3760">
        <w:rPr>
          <w:sz w:val="28"/>
          <w:szCs w:val="28"/>
        </w:rPr>
        <w:t xml:space="preserve"> </w:t>
      </w:r>
      <w:proofErr w:type="spellStart"/>
      <w:r w:rsidRPr="00AD3760">
        <w:rPr>
          <w:sz w:val="28"/>
          <w:szCs w:val="28"/>
        </w:rPr>
        <w:t>айналма</w:t>
      </w:r>
      <w:proofErr w:type="spellEnd"/>
      <w:r w:rsidRPr="00AD3760">
        <w:rPr>
          <w:sz w:val="28"/>
          <w:szCs w:val="28"/>
        </w:rPr>
        <w:t xml:space="preserve"> </w:t>
      </w:r>
      <w:proofErr w:type="spellStart"/>
      <w:r w:rsidRPr="00AD3760">
        <w:rPr>
          <w:sz w:val="28"/>
          <w:szCs w:val="28"/>
        </w:rPr>
        <w:t>жол</w:t>
      </w:r>
      <w:proofErr w:type="spellEnd"/>
      <w:r w:rsidRPr="00AD3760">
        <w:rPr>
          <w:sz w:val="28"/>
          <w:szCs w:val="28"/>
        </w:rPr>
        <w:t xml:space="preserve"> </w:t>
      </w:r>
      <w:proofErr w:type="spellStart"/>
      <w:r w:rsidRPr="00AD3760">
        <w:rPr>
          <w:sz w:val="28"/>
          <w:szCs w:val="28"/>
        </w:rPr>
        <w:t>айрығына</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 xml:space="preserve">, </w:t>
      </w:r>
      <w:proofErr w:type="spellStart"/>
      <w:r w:rsidRPr="00AD3760">
        <w:rPr>
          <w:sz w:val="28"/>
          <w:szCs w:val="28"/>
        </w:rPr>
        <w:t>Қабанбай</w:t>
      </w:r>
      <w:proofErr w:type="spellEnd"/>
      <w:r w:rsidRPr="00AD3760">
        <w:rPr>
          <w:sz w:val="28"/>
          <w:szCs w:val="28"/>
        </w:rPr>
        <w:t xml:space="preserve"> батыр </w:t>
      </w:r>
      <w:proofErr w:type="spellStart"/>
      <w:r w:rsidRPr="00AD3760">
        <w:rPr>
          <w:sz w:val="28"/>
          <w:szCs w:val="28"/>
        </w:rPr>
        <w:t>даңғылының</w:t>
      </w:r>
      <w:proofErr w:type="spellEnd"/>
      <w:r w:rsidRPr="00AD3760">
        <w:rPr>
          <w:sz w:val="28"/>
          <w:szCs w:val="28"/>
        </w:rPr>
        <w:t xml:space="preserve"> </w:t>
      </w:r>
      <w:proofErr w:type="spellStart"/>
      <w:r w:rsidRPr="00AD3760">
        <w:rPr>
          <w:sz w:val="28"/>
          <w:szCs w:val="28"/>
        </w:rPr>
        <w:t>жұп</w:t>
      </w:r>
      <w:proofErr w:type="spellEnd"/>
      <w:r w:rsidRPr="00AD3760">
        <w:rPr>
          <w:sz w:val="28"/>
          <w:szCs w:val="28"/>
        </w:rPr>
        <w:t xml:space="preserve"> </w:t>
      </w:r>
      <w:r>
        <w:rPr>
          <w:sz w:val="28"/>
          <w:szCs w:val="28"/>
          <w:lang w:val="kk-KZ"/>
        </w:rPr>
        <w:t xml:space="preserve">сандар </w:t>
      </w:r>
      <w:proofErr w:type="spellStart"/>
      <w:r w:rsidRPr="00AD3760">
        <w:rPr>
          <w:sz w:val="28"/>
          <w:szCs w:val="28"/>
        </w:rPr>
        <w:t>жағымен</w:t>
      </w:r>
      <w:proofErr w:type="spellEnd"/>
      <w:r>
        <w:rPr>
          <w:sz w:val="28"/>
          <w:szCs w:val="28"/>
          <w:lang w:val="kk-KZ"/>
        </w:rPr>
        <w:t>,</w:t>
      </w:r>
      <w:r w:rsidRPr="00AD3760">
        <w:rPr>
          <w:sz w:val="28"/>
          <w:szCs w:val="28"/>
        </w:rPr>
        <w:t xml:space="preserve"> Е496 </w:t>
      </w:r>
      <w:proofErr w:type="spellStart"/>
      <w:r w:rsidRPr="00AD3760">
        <w:rPr>
          <w:sz w:val="28"/>
          <w:szCs w:val="28"/>
        </w:rPr>
        <w:t>көшедегі</w:t>
      </w:r>
      <w:proofErr w:type="spellEnd"/>
      <w:r w:rsidRPr="00AD3760">
        <w:rPr>
          <w:sz w:val="28"/>
          <w:szCs w:val="28"/>
        </w:rPr>
        <w:t xml:space="preserve"> № 10, 10/1, 10/2 </w:t>
      </w:r>
      <w:proofErr w:type="spellStart"/>
      <w:r w:rsidRPr="00AD3760">
        <w:rPr>
          <w:sz w:val="28"/>
          <w:szCs w:val="28"/>
        </w:rPr>
        <w:t>үйлерді</w:t>
      </w:r>
      <w:proofErr w:type="spellEnd"/>
      <w:r w:rsidRPr="00AD3760">
        <w:rPr>
          <w:sz w:val="28"/>
          <w:szCs w:val="28"/>
        </w:rPr>
        <w:t xml:space="preserve"> </w:t>
      </w:r>
      <w:proofErr w:type="spellStart"/>
      <w:r w:rsidRPr="00AD3760">
        <w:rPr>
          <w:sz w:val="28"/>
          <w:szCs w:val="28"/>
        </w:rPr>
        <w:t>қоспағанда</w:t>
      </w:r>
      <w:proofErr w:type="spellEnd"/>
      <w:r>
        <w:rPr>
          <w:sz w:val="28"/>
          <w:szCs w:val="28"/>
          <w:lang w:val="kk-KZ"/>
        </w:rPr>
        <w:t>,</w:t>
      </w:r>
      <w:r>
        <w:rPr>
          <w:sz w:val="28"/>
          <w:szCs w:val="28"/>
        </w:rPr>
        <w:br/>
      </w:r>
      <w:r w:rsidRPr="00AD3760">
        <w:rPr>
          <w:sz w:val="28"/>
          <w:szCs w:val="28"/>
        </w:rPr>
        <w:t>Т. </w:t>
      </w:r>
      <w:proofErr w:type="spellStart"/>
      <w:r w:rsidRPr="00AD3760">
        <w:rPr>
          <w:sz w:val="28"/>
          <w:szCs w:val="28"/>
        </w:rPr>
        <w:t>Рысқұлов</w:t>
      </w:r>
      <w:proofErr w:type="spellEnd"/>
      <w:r w:rsidRPr="00AD3760">
        <w:rPr>
          <w:sz w:val="28"/>
          <w:szCs w:val="28"/>
        </w:rPr>
        <w:t xml:space="preserve"> </w:t>
      </w:r>
      <w:proofErr w:type="spellStart"/>
      <w:r w:rsidRPr="00AD3760">
        <w:rPr>
          <w:sz w:val="28"/>
          <w:szCs w:val="28"/>
        </w:rPr>
        <w:t>көшесіне</w:t>
      </w:r>
      <w:proofErr w:type="spellEnd"/>
      <w:r w:rsidRPr="00AD3760">
        <w:rPr>
          <w:sz w:val="28"/>
          <w:szCs w:val="28"/>
        </w:rPr>
        <w:t xml:space="preserve"> </w:t>
      </w:r>
      <w:proofErr w:type="spellStart"/>
      <w:r w:rsidRPr="00AD3760">
        <w:rPr>
          <w:sz w:val="28"/>
          <w:szCs w:val="28"/>
        </w:rPr>
        <w:t>дейін</w:t>
      </w:r>
      <w:proofErr w:type="spellEnd"/>
      <w:r w:rsidRPr="00AD3760">
        <w:rPr>
          <w:sz w:val="28"/>
          <w:szCs w:val="28"/>
        </w:rPr>
        <w:t>.</w:t>
      </w:r>
    </w:p>
    <w:p w14:paraId="4940723D" w14:textId="77777777" w:rsidR="00E72A3C" w:rsidRPr="00420D39" w:rsidRDefault="00E72A3C" w:rsidP="00E72A3C">
      <w:pPr>
        <w:ind w:firstLine="567"/>
        <w:jc w:val="both"/>
        <w:rPr>
          <w:sz w:val="28"/>
          <w:szCs w:val="28"/>
        </w:rPr>
      </w:pPr>
    </w:p>
    <w:p w14:paraId="486B5F3B" w14:textId="77777777" w:rsidR="00E72A3C" w:rsidRPr="00420D39" w:rsidRDefault="00E72A3C" w:rsidP="00E72A3C">
      <w:pPr>
        <w:jc w:val="center"/>
        <w:rPr>
          <w:sz w:val="28"/>
          <w:szCs w:val="28"/>
        </w:rPr>
      </w:pPr>
      <w:r w:rsidRPr="00420D39">
        <w:rPr>
          <w:sz w:val="28"/>
          <w:szCs w:val="28"/>
        </w:rPr>
        <w:t xml:space="preserve">№ 142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5A3148CD"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xml:space="preserve"> – «ASPAN» спорт </w:t>
      </w:r>
      <w:proofErr w:type="spellStart"/>
      <w:r w:rsidRPr="00420D39">
        <w:rPr>
          <w:sz w:val="28"/>
          <w:szCs w:val="28"/>
        </w:rPr>
        <w:t>орталығы</w:t>
      </w:r>
      <w:proofErr w:type="spellEnd"/>
      <w:r w:rsidRPr="00420D39">
        <w:rPr>
          <w:sz w:val="28"/>
          <w:szCs w:val="28"/>
        </w:rPr>
        <w:t xml:space="preserve">, Е697 </w:t>
      </w:r>
      <w:proofErr w:type="spellStart"/>
      <w:r w:rsidRPr="00420D39">
        <w:rPr>
          <w:sz w:val="28"/>
          <w:szCs w:val="28"/>
        </w:rPr>
        <w:t>көшесі</w:t>
      </w:r>
      <w:proofErr w:type="spellEnd"/>
      <w:r w:rsidRPr="00420D39">
        <w:rPr>
          <w:sz w:val="28"/>
          <w:szCs w:val="28"/>
        </w:rPr>
        <w:t>, № 5)</w:t>
      </w:r>
    </w:p>
    <w:p w14:paraId="2FC2CFAB" w14:textId="77777777" w:rsidR="00E72A3C" w:rsidRPr="00420D39" w:rsidRDefault="00E72A3C" w:rsidP="00E72A3C">
      <w:pPr>
        <w:jc w:val="center"/>
        <w:rPr>
          <w:sz w:val="28"/>
          <w:szCs w:val="28"/>
        </w:rPr>
      </w:pPr>
    </w:p>
    <w:p w14:paraId="5FA59BE0" w14:textId="77777777" w:rsidR="00E72A3C" w:rsidRPr="00420D39" w:rsidRDefault="00E72A3C" w:rsidP="00E72A3C">
      <w:pPr>
        <w:ind w:firstLine="567"/>
        <w:jc w:val="both"/>
        <w:rPr>
          <w:sz w:val="28"/>
          <w:szCs w:val="28"/>
        </w:rPr>
      </w:pPr>
      <w:proofErr w:type="spellStart"/>
      <w:r w:rsidRPr="00420D39">
        <w:rPr>
          <w:sz w:val="28"/>
          <w:szCs w:val="28"/>
        </w:rPr>
        <w:t>Шекарасы</w:t>
      </w:r>
      <w:proofErr w:type="spellEnd"/>
      <w:r w:rsidRPr="00420D39">
        <w:rPr>
          <w:sz w:val="28"/>
          <w:szCs w:val="28"/>
        </w:rPr>
        <w:t xml:space="preserve">: </w:t>
      </w:r>
      <w:proofErr w:type="spellStart"/>
      <w:r w:rsidRPr="00420D39">
        <w:rPr>
          <w:sz w:val="28"/>
          <w:szCs w:val="28"/>
        </w:rPr>
        <w:t>Арнасай</w:t>
      </w:r>
      <w:proofErr w:type="spellEnd"/>
      <w:r w:rsidRPr="00420D39">
        <w:rPr>
          <w:sz w:val="28"/>
          <w:szCs w:val="28"/>
        </w:rPr>
        <w:t xml:space="preserve"> </w:t>
      </w:r>
      <w:proofErr w:type="spellStart"/>
      <w:r w:rsidRPr="00420D39">
        <w:rPr>
          <w:sz w:val="28"/>
          <w:szCs w:val="28"/>
        </w:rPr>
        <w:t>көшесінен</w:t>
      </w:r>
      <w:proofErr w:type="spellEnd"/>
      <w:r w:rsidRPr="00420D39">
        <w:rPr>
          <w:sz w:val="28"/>
          <w:szCs w:val="28"/>
        </w:rPr>
        <w:t xml:space="preserve"> </w:t>
      </w:r>
      <w:proofErr w:type="spellStart"/>
      <w:r w:rsidRPr="00420D39">
        <w:rPr>
          <w:sz w:val="28"/>
          <w:szCs w:val="28"/>
        </w:rPr>
        <w:t>Қабанбай</w:t>
      </w:r>
      <w:proofErr w:type="spellEnd"/>
      <w:r w:rsidRPr="00420D39">
        <w:rPr>
          <w:sz w:val="28"/>
          <w:szCs w:val="28"/>
        </w:rPr>
        <w:t xml:space="preserve"> батыр </w:t>
      </w:r>
      <w:proofErr w:type="spellStart"/>
      <w:r w:rsidRPr="00420D39">
        <w:rPr>
          <w:sz w:val="28"/>
          <w:szCs w:val="28"/>
        </w:rPr>
        <w:t>даңғылымен</w:t>
      </w:r>
      <w:proofErr w:type="spellEnd"/>
      <w:r w:rsidRPr="00420D39">
        <w:rPr>
          <w:sz w:val="28"/>
          <w:szCs w:val="28"/>
        </w:rPr>
        <w:t xml:space="preserve"> «</w:t>
      </w:r>
      <w:proofErr w:type="spellStart"/>
      <w:r w:rsidRPr="00420D39">
        <w:rPr>
          <w:sz w:val="28"/>
          <w:szCs w:val="28"/>
        </w:rPr>
        <w:t>Есіл</w:t>
      </w:r>
      <w:proofErr w:type="spellEnd"/>
      <w:r w:rsidRPr="00420D39">
        <w:rPr>
          <w:sz w:val="28"/>
          <w:szCs w:val="28"/>
        </w:rPr>
        <w:t xml:space="preserve">» </w:t>
      </w:r>
      <w:proofErr w:type="spellStart"/>
      <w:r w:rsidRPr="00420D39">
        <w:rPr>
          <w:sz w:val="28"/>
          <w:szCs w:val="28"/>
        </w:rPr>
        <w:t>ауданының</w:t>
      </w:r>
      <w:proofErr w:type="spellEnd"/>
      <w:r w:rsidRPr="00420D39">
        <w:rPr>
          <w:sz w:val="28"/>
          <w:szCs w:val="28"/>
        </w:rPr>
        <w:t xml:space="preserve"> </w:t>
      </w:r>
      <w:proofErr w:type="spellStart"/>
      <w:r w:rsidRPr="00420D39">
        <w:rPr>
          <w:sz w:val="28"/>
          <w:szCs w:val="28"/>
        </w:rPr>
        <w:t>шекарасына</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w:t>
      </w:r>
      <w:proofErr w:type="spellStart"/>
      <w:r w:rsidRPr="00420D39">
        <w:rPr>
          <w:sz w:val="28"/>
          <w:szCs w:val="28"/>
        </w:rPr>
        <w:t>Есіл</w:t>
      </w:r>
      <w:proofErr w:type="spellEnd"/>
      <w:r w:rsidRPr="00420D39">
        <w:rPr>
          <w:sz w:val="28"/>
          <w:szCs w:val="28"/>
        </w:rPr>
        <w:t xml:space="preserve">» </w:t>
      </w:r>
      <w:proofErr w:type="spellStart"/>
      <w:r w:rsidRPr="00420D39">
        <w:rPr>
          <w:sz w:val="28"/>
          <w:szCs w:val="28"/>
        </w:rPr>
        <w:t>ауданының</w:t>
      </w:r>
      <w:proofErr w:type="spellEnd"/>
      <w:r w:rsidRPr="00420D39">
        <w:rPr>
          <w:sz w:val="28"/>
          <w:szCs w:val="28"/>
        </w:rPr>
        <w:t xml:space="preserve"> </w:t>
      </w:r>
      <w:proofErr w:type="spellStart"/>
      <w:r w:rsidRPr="00420D39">
        <w:rPr>
          <w:sz w:val="28"/>
          <w:szCs w:val="28"/>
        </w:rPr>
        <w:t>шекарасынан</w:t>
      </w:r>
      <w:proofErr w:type="spellEnd"/>
      <w:r w:rsidRPr="00420D39">
        <w:rPr>
          <w:sz w:val="28"/>
          <w:szCs w:val="28"/>
        </w:rPr>
        <w:t xml:space="preserve"> </w:t>
      </w:r>
      <w:proofErr w:type="spellStart"/>
      <w:r w:rsidRPr="00420D39">
        <w:rPr>
          <w:sz w:val="28"/>
          <w:szCs w:val="28"/>
        </w:rPr>
        <w:t>Қарқаралы</w:t>
      </w:r>
      <w:proofErr w:type="spellEnd"/>
      <w:r w:rsidRPr="00420D39">
        <w:rPr>
          <w:sz w:val="28"/>
          <w:szCs w:val="28"/>
        </w:rPr>
        <w:t xml:space="preserve"> </w:t>
      </w:r>
      <w:proofErr w:type="spellStart"/>
      <w:r w:rsidRPr="00420D39">
        <w:rPr>
          <w:sz w:val="28"/>
          <w:szCs w:val="28"/>
        </w:rPr>
        <w:t>тас</w:t>
      </w:r>
      <w:proofErr w:type="spellEnd"/>
      <w:r w:rsidRPr="00420D39">
        <w:rPr>
          <w:sz w:val="28"/>
          <w:szCs w:val="28"/>
        </w:rPr>
        <w:t xml:space="preserve"> </w:t>
      </w:r>
      <w:proofErr w:type="spellStart"/>
      <w:r w:rsidRPr="00420D39">
        <w:rPr>
          <w:sz w:val="28"/>
          <w:szCs w:val="28"/>
        </w:rPr>
        <w:t>жолына</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Қарқаралы</w:t>
      </w:r>
      <w:proofErr w:type="spellEnd"/>
      <w:r w:rsidRPr="00420D39">
        <w:rPr>
          <w:sz w:val="28"/>
          <w:szCs w:val="28"/>
        </w:rPr>
        <w:t xml:space="preserve"> </w:t>
      </w:r>
      <w:proofErr w:type="spellStart"/>
      <w:r w:rsidRPr="00420D39">
        <w:rPr>
          <w:sz w:val="28"/>
          <w:szCs w:val="28"/>
        </w:rPr>
        <w:t>тас</w:t>
      </w:r>
      <w:proofErr w:type="spellEnd"/>
      <w:r w:rsidRPr="00420D39">
        <w:rPr>
          <w:sz w:val="28"/>
          <w:szCs w:val="28"/>
        </w:rPr>
        <w:t xml:space="preserve"> </w:t>
      </w:r>
      <w:proofErr w:type="spellStart"/>
      <w:r w:rsidRPr="00420D39">
        <w:rPr>
          <w:sz w:val="28"/>
          <w:szCs w:val="28"/>
        </w:rPr>
        <w:t>жолымен</w:t>
      </w:r>
      <w:proofErr w:type="spellEnd"/>
      <w:r w:rsidRPr="00420D39">
        <w:rPr>
          <w:sz w:val="28"/>
          <w:szCs w:val="28"/>
        </w:rPr>
        <w:t xml:space="preserve"> </w:t>
      </w:r>
      <w:proofErr w:type="spellStart"/>
      <w:r w:rsidRPr="00420D39">
        <w:rPr>
          <w:sz w:val="28"/>
          <w:szCs w:val="28"/>
        </w:rPr>
        <w:t>Арнасай</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Арнасай</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тақ</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Қабанбай</w:t>
      </w:r>
      <w:proofErr w:type="spellEnd"/>
      <w:r w:rsidRPr="00420D39">
        <w:rPr>
          <w:sz w:val="28"/>
          <w:szCs w:val="28"/>
        </w:rPr>
        <w:t xml:space="preserve"> батыр </w:t>
      </w:r>
      <w:proofErr w:type="spellStart"/>
      <w:r w:rsidRPr="00420D39">
        <w:rPr>
          <w:sz w:val="28"/>
          <w:szCs w:val="28"/>
        </w:rPr>
        <w:t>даңғылына</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w:t>
      </w:r>
    </w:p>
    <w:p w14:paraId="6F59C886" w14:textId="77777777" w:rsidR="00E72A3C" w:rsidRPr="00EE14F8" w:rsidRDefault="00E72A3C" w:rsidP="00E72A3C">
      <w:pPr>
        <w:jc w:val="both"/>
        <w:rPr>
          <w:sz w:val="28"/>
          <w:szCs w:val="28"/>
        </w:rPr>
      </w:pPr>
    </w:p>
    <w:p w14:paraId="626EA8F3" w14:textId="77777777" w:rsidR="00E72A3C" w:rsidRPr="00F735D7" w:rsidRDefault="00E72A3C" w:rsidP="00E72A3C">
      <w:pPr>
        <w:jc w:val="center"/>
        <w:rPr>
          <w:sz w:val="28"/>
          <w:szCs w:val="28"/>
          <w:lang w:val="kk-KZ"/>
        </w:rPr>
      </w:pPr>
      <w:r w:rsidRPr="00F735D7">
        <w:rPr>
          <w:sz w:val="28"/>
          <w:szCs w:val="28"/>
          <w:lang w:val="kk-KZ"/>
        </w:rPr>
        <w:t>№ 143 сайлау учаскесі</w:t>
      </w:r>
    </w:p>
    <w:p w14:paraId="4A545E40" w14:textId="77777777" w:rsidR="00E72A3C" w:rsidRPr="00F735D7" w:rsidRDefault="00E72A3C" w:rsidP="00E72A3C">
      <w:pPr>
        <w:jc w:val="center"/>
        <w:rPr>
          <w:sz w:val="28"/>
          <w:szCs w:val="28"/>
          <w:lang w:val="kk-KZ"/>
        </w:rPr>
      </w:pPr>
      <w:r w:rsidRPr="00F735D7">
        <w:rPr>
          <w:sz w:val="28"/>
          <w:szCs w:val="28"/>
          <w:lang w:val="kk-KZ"/>
        </w:rPr>
        <w:t>(орталығы – Астана қаласы әкімдігінің «№ 99 жалпы орта білім беретін мектеп» шаруашылық жүргізу құқығындағы мемлекеттік коммуналдық кәсіпорны, Қабанбай батыр даңғылы, № 38а)</w:t>
      </w:r>
    </w:p>
    <w:p w14:paraId="21B08D47" w14:textId="77777777" w:rsidR="00E72A3C" w:rsidRPr="00F735D7" w:rsidRDefault="00E72A3C" w:rsidP="00E72A3C">
      <w:pPr>
        <w:jc w:val="center"/>
        <w:rPr>
          <w:sz w:val="28"/>
          <w:szCs w:val="28"/>
          <w:lang w:val="kk-KZ"/>
        </w:rPr>
      </w:pPr>
    </w:p>
    <w:p w14:paraId="0D288FF9" w14:textId="77777777" w:rsidR="00E72A3C" w:rsidRPr="00F735D7" w:rsidRDefault="00E72A3C" w:rsidP="00E72A3C">
      <w:pPr>
        <w:ind w:firstLine="567"/>
        <w:jc w:val="both"/>
        <w:rPr>
          <w:sz w:val="28"/>
          <w:szCs w:val="28"/>
          <w:lang w:val="kk-KZ"/>
        </w:rPr>
      </w:pPr>
      <w:r w:rsidRPr="00F735D7">
        <w:rPr>
          <w:sz w:val="28"/>
          <w:szCs w:val="28"/>
          <w:lang w:val="kk-KZ"/>
        </w:rPr>
        <w:lastRenderedPageBreak/>
        <w:t xml:space="preserve">Шекарасы: </w:t>
      </w:r>
      <w:r w:rsidRPr="00AD3760">
        <w:rPr>
          <w:sz w:val="28"/>
          <w:szCs w:val="28"/>
          <w:lang w:val="kk-KZ"/>
        </w:rPr>
        <w:t>Сауран көшесі, № 3/1 үй, Қабанбай батыр даңғылы, № 38/1, 38/2, 38/3 үйлер.</w:t>
      </w:r>
    </w:p>
    <w:p w14:paraId="6827F941" w14:textId="77777777" w:rsidR="00E72A3C" w:rsidRPr="00F735D7" w:rsidRDefault="00E72A3C" w:rsidP="00E72A3C">
      <w:pPr>
        <w:ind w:firstLine="567"/>
        <w:jc w:val="both"/>
        <w:rPr>
          <w:sz w:val="28"/>
          <w:szCs w:val="28"/>
          <w:lang w:val="kk-KZ"/>
        </w:rPr>
      </w:pPr>
    </w:p>
    <w:p w14:paraId="60921C7C" w14:textId="77777777" w:rsidR="00E72A3C" w:rsidRPr="00F735D7" w:rsidRDefault="00E72A3C" w:rsidP="00E72A3C">
      <w:pPr>
        <w:jc w:val="center"/>
        <w:rPr>
          <w:sz w:val="28"/>
          <w:szCs w:val="28"/>
          <w:lang w:val="kk-KZ"/>
        </w:rPr>
      </w:pPr>
      <w:r w:rsidRPr="00F735D7">
        <w:rPr>
          <w:sz w:val="28"/>
          <w:szCs w:val="28"/>
          <w:lang w:val="kk-KZ"/>
        </w:rPr>
        <w:t>№ 144 сайлау учаскесі</w:t>
      </w:r>
    </w:p>
    <w:p w14:paraId="605BB423"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қаласы әкімдігінің «№ 95 «Алматы» балабақшасы» мемлекеттік коммуналдық қазыналық кәсіпорны, </w:t>
      </w:r>
    </w:p>
    <w:p w14:paraId="391A7C8E" w14:textId="77777777" w:rsidR="00E72A3C" w:rsidRPr="00F735D7" w:rsidRDefault="00E72A3C" w:rsidP="00E72A3C">
      <w:pPr>
        <w:jc w:val="center"/>
        <w:rPr>
          <w:sz w:val="28"/>
          <w:szCs w:val="28"/>
          <w:lang w:val="kk-KZ"/>
        </w:rPr>
      </w:pPr>
      <w:r w:rsidRPr="00F735D7">
        <w:rPr>
          <w:sz w:val="28"/>
          <w:szCs w:val="28"/>
          <w:lang w:val="kk-KZ"/>
        </w:rPr>
        <w:t>Алматы көшесі, № 4)</w:t>
      </w:r>
    </w:p>
    <w:p w14:paraId="48292542" w14:textId="77777777" w:rsidR="00E72A3C" w:rsidRPr="00F735D7" w:rsidRDefault="00E72A3C" w:rsidP="00E72A3C">
      <w:pPr>
        <w:jc w:val="center"/>
        <w:rPr>
          <w:sz w:val="28"/>
          <w:szCs w:val="28"/>
          <w:lang w:val="kk-KZ"/>
        </w:rPr>
      </w:pPr>
    </w:p>
    <w:p w14:paraId="6D872E5D" w14:textId="77777777" w:rsidR="00E72A3C" w:rsidRPr="00F735D7" w:rsidRDefault="00E72A3C" w:rsidP="00E72A3C">
      <w:pPr>
        <w:ind w:firstLine="567"/>
        <w:jc w:val="both"/>
        <w:rPr>
          <w:sz w:val="28"/>
          <w:szCs w:val="28"/>
          <w:lang w:val="kk-KZ"/>
        </w:rPr>
      </w:pPr>
      <w:r w:rsidRPr="00F735D7">
        <w:rPr>
          <w:sz w:val="28"/>
          <w:szCs w:val="28"/>
          <w:lang w:val="kk-KZ"/>
        </w:rPr>
        <w:t>Шекарасы: Қабанбай батыр даңғылынан Алматы көшесінің жұп сандар жағымен Сауран көшесіне дейін, Сауран көшесінің тақ сандар жағымен Керей, Жәнібек хандар көшесіне дейін, Керей, Жәнібек хандар көшесінің тақ сандар жағымен Қабанбай батыр даңғылына дейін, Қабанбай батыр даңғылының жұп сандар жағымен Алматы көшесіне дейін.</w:t>
      </w:r>
    </w:p>
    <w:p w14:paraId="760A9A5F" w14:textId="77777777" w:rsidR="00E72A3C" w:rsidRPr="00F735D7" w:rsidRDefault="00E72A3C" w:rsidP="00E72A3C">
      <w:pPr>
        <w:ind w:firstLine="567"/>
        <w:jc w:val="both"/>
        <w:rPr>
          <w:sz w:val="28"/>
          <w:szCs w:val="28"/>
          <w:lang w:val="kk-KZ"/>
        </w:rPr>
      </w:pPr>
    </w:p>
    <w:p w14:paraId="0FD120A1" w14:textId="77777777" w:rsidR="00E72A3C" w:rsidRPr="00F735D7" w:rsidRDefault="00E72A3C" w:rsidP="00E72A3C">
      <w:pPr>
        <w:jc w:val="center"/>
        <w:rPr>
          <w:sz w:val="28"/>
          <w:szCs w:val="28"/>
          <w:lang w:val="kk-KZ"/>
        </w:rPr>
      </w:pPr>
      <w:r w:rsidRPr="00F735D7">
        <w:rPr>
          <w:sz w:val="28"/>
          <w:szCs w:val="28"/>
          <w:lang w:val="kk-KZ"/>
        </w:rPr>
        <w:t>№ 145 сайлау учаскесі</w:t>
      </w:r>
    </w:p>
    <w:p w14:paraId="64DD8C8A" w14:textId="77777777" w:rsidR="00E72A3C" w:rsidRPr="00F735D7" w:rsidRDefault="00E72A3C" w:rsidP="00E72A3C">
      <w:pPr>
        <w:jc w:val="center"/>
        <w:rPr>
          <w:sz w:val="28"/>
          <w:szCs w:val="28"/>
          <w:lang w:val="kk-KZ"/>
        </w:rPr>
      </w:pPr>
      <w:r w:rsidRPr="00F735D7">
        <w:rPr>
          <w:sz w:val="28"/>
          <w:szCs w:val="28"/>
          <w:lang w:val="kk-KZ"/>
        </w:rPr>
        <w:t>(орталығы – Астана қаласы әкімдігінің «№ 107 жалпы орта білім беретін мектеп» шаруашылық жүргізу құқығындағы мемлекеттік коммуналдық кәсіпорны, Қ. Қайсенов көшесі, № 4/1)</w:t>
      </w:r>
    </w:p>
    <w:p w14:paraId="226571FC" w14:textId="77777777" w:rsidR="00E72A3C" w:rsidRPr="00F735D7" w:rsidRDefault="00E72A3C" w:rsidP="00E72A3C">
      <w:pPr>
        <w:jc w:val="center"/>
        <w:rPr>
          <w:sz w:val="28"/>
          <w:szCs w:val="28"/>
          <w:lang w:val="kk-KZ"/>
        </w:rPr>
      </w:pPr>
    </w:p>
    <w:p w14:paraId="28D2A0F2" w14:textId="77777777" w:rsidR="00E72A3C" w:rsidRPr="00F735D7" w:rsidRDefault="00E72A3C" w:rsidP="00E72A3C">
      <w:pPr>
        <w:ind w:firstLine="567"/>
        <w:jc w:val="both"/>
        <w:rPr>
          <w:sz w:val="28"/>
          <w:szCs w:val="28"/>
          <w:lang w:val="kk-KZ"/>
        </w:rPr>
      </w:pPr>
      <w:r w:rsidRPr="00F735D7">
        <w:rPr>
          <w:sz w:val="28"/>
          <w:szCs w:val="28"/>
          <w:lang w:val="kk-KZ"/>
        </w:rPr>
        <w:t xml:space="preserve">Шекарасы: Әл-Фараби даңғылынан Ұлы Дала даңғылының тақ сандар жағымен Ұлы Дала даңғылындағы № 67 үйге дейін, Ұлы Дала даңғылындағы </w:t>
      </w:r>
      <w:r w:rsidRPr="00F735D7">
        <w:rPr>
          <w:sz w:val="28"/>
          <w:szCs w:val="28"/>
          <w:lang w:val="kk-KZ"/>
        </w:rPr>
        <w:br/>
        <w:t xml:space="preserve">№ 67 үйден өтпе жолмен Бұқар жырау көшесіне дейін, Бұқар жырау көшесінен </w:t>
      </w:r>
      <w:r w:rsidRPr="00F735D7">
        <w:rPr>
          <w:sz w:val="28"/>
          <w:szCs w:val="28"/>
          <w:lang w:val="kk-KZ"/>
        </w:rPr>
        <w:br/>
        <w:t xml:space="preserve">Әл-Фараби даңғылындағы № 15/1 үйге дейін, Әл-Фараби даңғылындағы </w:t>
      </w:r>
      <w:r w:rsidRPr="00F735D7">
        <w:rPr>
          <w:sz w:val="28"/>
          <w:szCs w:val="28"/>
          <w:lang w:val="kk-KZ"/>
        </w:rPr>
        <w:br/>
        <w:t>№ 15/1 үйден Бұқар жырау көшесіне дейін, Бұқар жырау көшесінің жұп сандар жағымен Әл-Фараби даңғылына дейін, Әл-Фараби даңғылының тақ сандар жағымен Ұлы Дала даңғылына дейін.</w:t>
      </w:r>
    </w:p>
    <w:p w14:paraId="337539EF" w14:textId="77777777" w:rsidR="00E72A3C" w:rsidRPr="00F735D7" w:rsidRDefault="00E72A3C" w:rsidP="00E72A3C">
      <w:pPr>
        <w:ind w:firstLine="567"/>
        <w:jc w:val="both"/>
        <w:rPr>
          <w:sz w:val="28"/>
          <w:szCs w:val="28"/>
          <w:lang w:val="kk-KZ"/>
        </w:rPr>
      </w:pPr>
    </w:p>
    <w:p w14:paraId="333C4D62" w14:textId="77777777" w:rsidR="00E72A3C" w:rsidRPr="00F735D7" w:rsidRDefault="00E72A3C" w:rsidP="00E72A3C">
      <w:pPr>
        <w:jc w:val="center"/>
        <w:rPr>
          <w:sz w:val="28"/>
          <w:szCs w:val="28"/>
          <w:lang w:val="kk-KZ"/>
        </w:rPr>
      </w:pPr>
      <w:r w:rsidRPr="00F735D7">
        <w:rPr>
          <w:sz w:val="28"/>
          <w:szCs w:val="28"/>
          <w:lang w:val="kk-KZ"/>
        </w:rPr>
        <w:t>№ 146 сайлау учаскесі</w:t>
      </w:r>
    </w:p>
    <w:p w14:paraId="2B716DFD"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қаласы әкімдігінің «Шейх </w:t>
      </w:r>
      <w:proofErr w:type="spellStart"/>
      <w:r w:rsidRPr="00F735D7">
        <w:rPr>
          <w:sz w:val="28"/>
          <w:szCs w:val="28"/>
          <w:lang w:val="kk-KZ"/>
        </w:rPr>
        <w:t>Тәмим</w:t>
      </w:r>
      <w:proofErr w:type="spellEnd"/>
      <w:r w:rsidRPr="00F735D7">
        <w:rPr>
          <w:sz w:val="28"/>
          <w:szCs w:val="28"/>
          <w:lang w:val="kk-KZ"/>
        </w:rPr>
        <w:t xml:space="preserve"> бен Хамад әл-</w:t>
      </w:r>
      <w:proofErr w:type="spellStart"/>
      <w:r w:rsidRPr="00F735D7">
        <w:rPr>
          <w:sz w:val="28"/>
          <w:szCs w:val="28"/>
          <w:lang w:val="kk-KZ"/>
        </w:rPr>
        <w:t>Тәни</w:t>
      </w:r>
      <w:proofErr w:type="spellEnd"/>
      <w:r w:rsidRPr="00F735D7">
        <w:rPr>
          <w:sz w:val="28"/>
          <w:szCs w:val="28"/>
          <w:lang w:val="kk-KZ"/>
        </w:rPr>
        <w:t xml:space="preserve"> атындағы № 85 мектеп-лицей» шаруашылық жүргізу құқығындағы </w:t>
      </w:r>
      <w:r>
        <w:rPr>
          <w:sz w:val="28"/>
          <w:szCs w:val="28"/>
          <w:lang w:val="kk-KZ"/>
        </w:rPr>
        <w:br/>
      </w:r>
      <w:r w:rsidRPr="00F735D7">
        <w:rPr>
          <w:sz w:val="28"/>
          <w:szCs w:val="28"/>
          <w:lang w:val="kk-KZ"/>
        </w:rPr>
        <w:t>мемлекеттік коммуналдық кәсіпорны,</w:t>
      </w:r>
    </w:p>
    <w:p w14:paraId="39953E08" w14:textId="77777777" w:rsidR="00E72A3C" w:rsidRPr="00F735D7" w:rsidRDefault="00E72A3C" w:rsidP="00E72A3C">
      <w:pPr>
        <w:jc w:val="center"/>
        <w:rPr>
          <w:sz w:val="28"/>
          <w:szCs w:val="28"/>
          <w:lang w:val="kk-KZ"/>
        </w:rPr>
      </w:pPr>
      <w:r w:rsidRPr="00F735D7">
        <w:rPr>
          <w:sz w:val="28"/>
          <w:szCs w:val="28"/>
          <w:lang w:val="kk-KZ"/>
        </w:rPr>
        <w:t>Қабанбай батыр даңғылы, № 56/1)</w:t>
      </w:r>
    </w:p>
    <w:p w14:paraId="2D797872" w14:textId="77777777" w:rsidR="00E72A3C" w:rsidRPr="00F735D7" w:rsidRDefault="00E72A3C" w:rsidP="00E72A3C">
      <w:pPr>
        <w:jc w:val="center"/>
        <w:rPr>
          <w:sz w:val="28"/>
          <w:szCs w:val="28"/>
          <w:lang w:val="kk-KZ"/>
        </w:rPr>
      </w:pPr>
    </w:p>
    <w:p w14:paraId="280E8874" w14:textId="77777777" w:rsidR="00E72A3C" w:rsidRPr="00F735D7" w:rsidRDefault="00E72A3C" w:rsidP="00E72A3C">
      <w:pPr>
        <w:ind w:firstLine="567"/>
        <w:jc w:val="both"/>
        <w:rPr>
          <w:sz w:val="28"/>
          <w:szCs w:val="28"/>
          <w:lang w:val="kk-KZ"/>
        </w:rPr>
      </w:pPr>
      <w:r w:rsidRPr="00F735D7">
        <w:rPr>
          <w:sz w:val="28"/>
          <w:szCs w:val="28"/>
          <w:lang w:val="kk-KZ"/>
        </w:rPr>
        <w:t>Шекарасы: Г. Әлиев көшесімен Ұлы Дала даңғылынан Бұқар жырау көшесіне дейін, Бұқар жырау көшесімен Г. Әлиев көшесінен Қабанбай батыр даңғылына дейін, Қабанбай батыр даңғылымен Бұқар жырау көшесінен Ұлы Дала даңғылына дейін, Ұлы Дала даңғылымен Қабанбай батыр даңғылынан Г. Әлиев көшесіне дейін.</w:t>
      </w:r>
    </w:p>
    <w:p w14:paraId="50959837" w14:textId="77777777" w:rsidR="00E72A3C" w:rsidRPr="00F735D7" w:rsidRDefault="00E72A3C" w:rsidP="00E72A3C">
      <w:pPr>
        <w:ind w:firstLine="567"/>
        <w:jc w:val="both"/>
        <w:rPr>
          <w:sz w:val="28"/>
          <w:szCs w:val="28"/>
          <w:lang w:val="kk-KZ"/>
        </w:rPr>
      </w:pPr>
    </w:p>
    <w:p w14:paraId="15FD5A2A" w14:textId="77777777" w:rsidR="00E72A3C" w:rsidRPr="00F735D7" w:rsidRDefault="00E72A3C" w:rsidP="00E72A3C">
      <w:pPr>
        <w:jc w:val="center"/>
        <w:rPr>
          <w:sz w:val="28"/>
          <w:szCs w:val="28"/>
          <w:lang w:val="kk-KZ"/>
        </w:rPr>
      </w:pPr>
      <w:r w:rsidRPr="00F735D7">
        <w:rPr>
          <w:sz w:val="28"/>
          <w:szCs w:val="28"/>
          <w:lang w:val="kk-KZ"/>
        </w:rPr>
        <w:t>№ 147 сайлау учаскесі</w:t>
      </w:r>
    </w:p>
    <w:p w14:paraId="3378AB1D" w14:textId="77777777" w:rsidR="00E72A3C" w:rsidRPr="00F735D7" w:rsidRDefault="00E72A3C" w:rsidP="00E72A3C">
      <w:pPr>
        <w:jc w:val="center"/>
        <w:rPr>
          <w:sz w:val="28"/>
          <w:szCs w:val="28"/>
          <w:lang w:val="kk-KZ"/>
        </w:rPr>
      </w:pPr>
      <w:r w:rsidRPr="00F735D7">
        <w:rPr>
          <w:sz w:val="28"/>
          <w:szCs w:val="28"/>
          <w:lang w:val="kk-KZ"/>
        </w:rPr>
        <w:t>(орталығы – «</w:t>
      </w:r>
      <w:proofErr w:type="spellStart"/>
      <w:r w:rsidRPr="00F735D7">
        <w:rPr>
          <w:sz w:val="28"/>
          <w:szCs w:val="28"/>
          <w:lang w:val="kk-KZ"/>
        </w:rPr>
        <w:t>Astana</w:t>
      </w:r>
      <w:proofErr w:type="spellEnd"/>
      <w:r w:rsidRPr="00F735D7">
        <w:rPr>
          <w:sz w:val="28"/>
          <w:szCs w:val="28"/>
          <w:lang w:val="kk-KZ"/>
        </w:rPr>
        <w:t xml:space="preserve"> </w:t>
      </w:r>
      <w:proofErr w:type="spellStart"/>
      <w:r w:rsidRPr="00F735D7">
        <w:rPr>
          <w:sz w:val="28"/>
          <w:szCs w:val="28"/>
          <w:lang w:val="kk-KZ"/>
        </w:rPr>
        <w:t>Garden</w:t>
      </w:r>
      <w:proofErr w:type="spellEnd"/>
      <w:r w:rsidRPr="00F735D7">
        <w:rPr>
          <w:sz w:val="28"/>
          <w:szCs w:val="28"/>
          <w:lang w:val="kk-KZ"/>
        </w:rPr>
        <w:t xml:space="preserve"> </w:t>
      </w:r>
      <w:proofErr w:type="spellStart"/>
      <w:r w:rsidRPr="00F735D7">
        <w:rPr>
          <w:sz w:val="28"/>
          <w:szCs w:val="28"/>
          <w:lang w:val="kk-KZ"/>
        </w:rPr>
        <w:t>School</w:t>
      </w:r>
      <w:proofErr w:type="spellEnd"/>
      <w:r w:rsidRPr="00F735D7">
        <w:rPr>
          <w:sz w:val="28"/>
          <w:szCs w:val="28"/>
          <w:lang w:val="kk-KZ"/>
        </w:rPr>
        <w:t>», Ә. Бөкейхан көшесі, № 34)</w:t>
      </w:r>
    </w:p>
    <w:p w14:paraId="374957AB" w14:textId="77777777" w:rsidR="00E72A3C" w:rsidRPr="00F735D7" w:rsidRDefault="00E72A3C" w:rsidP="00E72A3C">
      <w:pPr>
        <w:ind w:firstLine="567"/>
        <w:jc w:val="both"/>
        <w:rPr>
          <w:sz w:val="28"/>
          <w:szCs w:val="28"/>
          <w:lang w:val="kk-KZ"/>
        </w:rPr>
      </w:pPr>
    </w:p>
    <w:p w14:paraId="13B516B0" w14:textId="77777777" w:rsidR="00E72A3C" w:rsidRPr="00F735D7" w:rsidRDefault="00E72A3C" w:rsidP="00E72A3C">
      <w:pPr>
        <w:ind w:firstLine="567"/>
        <w:jc w:val="both"/>
        <w:rPr>
          <w:sz w:val="28"/>
          <w:szCs w:val="28"/>
          <w:lang w:val="kk-KZ"/>
        </w:rPr>
      </w:pPr>
      <w:r w:rsidRPr="00F735D7">
        <w:rPr>
          <w:sz w:val="28"/>
          <w:szCs w:val="28"/>
          <w:lang w:val="kk-KZ"/>
        </w:rPr>
        <w:t>Шекарасы: Ұлы Дала даңғылынан Жошы хан көше</w:t>
      </w:r>
      <w:r w:rsidRPr="00420D39">
        <w:rPr>
          <w:sz w:val="28"/>
          <w:szCs w:val="28"/>
          <w:lang w:val="kk-KZ"/>
        </w:rPr>
        <w:t>сі</w:t>
      </w:r>
      <w:r w:rsidRPr="00F735D7">
        <w:rPr>
          <w:sz w:val="28"/>
          <w:szCs w:val="28"/>
          <w:lang w:val="kk-KZ"/>
        </w:rPr>
        <w:t xml:space="preserve">нің тақ сандар жағымен </w:t>
      </w:r>
      <w:r w:rsidRPr="00F735D7">
        <w:rPr>
          <w:sz w:val="28"/>
          <w:szCs w:val="28"/>
          <w:lang w:val="kk-KZ"/>
        </w:rPr>
        <w:br/>
        <w:t>Ә. Кекілбайұлы көшесіне дейін, Жошы хан көше</w:t>
      </w:r>
      <w:r w:rsidRPr="00420D39">
        <w:rPr>
          <w:sz w:val="28"/>
          <w:szCs w:val="28"/>
          <w:lang w:val="kk-KZ"/>
        </w:rPr>
        <w:t>сін</w:t>
      </w:r>
      <w:r w:rsidRPr="00F735D7">
        <w:rPr>
          <w:sz w:val="28"/>
          <w:szCs w:val="28"/>
          <w:lang w:val="kk-KZ"/>
        </w:rPr>
        <w:t xml:space="preserve">ен Ә. Кекілбайұлы көшесі арқылы Әл-Фараби даңғылына дейін, Ә. Кекілбайұлы көшесінен Әл-Фараби </w:t>
      </w:r>
      <w:r w:rsidRPr="00F735D7">
        <w:rPr>
          <w:sz w:val="28"/>
          <w:szCs w:val="28"/>
          <w:lang w:val="kk-KZ"/>
        </w:rPr>
        <w:lastRenderedPageBreak/>
        <w:t>даңғылы арқылы Ұлы Дала даңғылына дейін, Әл-Фараби даңғылынан Ұлы Дала даңғылымен Жошы хан көше</w:t>
      </w:r>
      <w:r w:rsidRPr="00420D39">
        <w:rPr>
          <w:sz w:val="28"/>
          <w:szCs w:val="28"/>
          <w:lang w:val="kk-KZ"/>
        </w:rPr>
        <w:t>сіне</w:t>
      </w:r>
      <w:r w:rsidRPr="00F735D7">
        <w:rPr>
          <w:sz w:val="28"/>
          <w:szCs w:val="28"/>
          <w:lang w:val="kk-KZ"/>
        </w:rPr>
        <w:t xml:space="preserve"> дейін.</w:t>
      </w:r>
    </w:p>
    <w:p w14:paraId="25341011" w14:textId="77777777" w:rsidR="00E72A3C" w:rsidRPr="00F735D7" w:rsidRDefault="00E72A3C" w:rsidP="00E72A3C">
      <w:pPr>
        <w:ind w:firstLine="567"/>
        <w:jc w:val="both"/>
        <w:rPr>
          <w:sz w:val="28"/>
          <w:szCs w:val="28"/>
          <w:lang w:val="kk-KZ"/>
        </w:rPr>
      </w:pPr>
    </w:p>
    <w:p w14:paraId="59592382" w14:textId="77777777" w:rsidR="00E72A3C" w:rsidRPr="00F735D7" w:rsidRDefault="00E72A3C" w:rsidP="00E72A3C">
      <w:pPr>
        <w:jc w:val="center"/>
        <w:rPr>
          <w:sz w:val="28"/>
          <w:szCs w:val="28"/>
          <w:lang w:val="kk-KZ"/>
        </w:rPr>
      </w:pPr>
      <w:r w:rsidRPr="00F735D7">
        <w:rPr>
          <w:sz w:val="28"/>
          <w:szCs w:val="28"/>
          <w:lang w:val="kk-KZ"/>
        </w:rPr>
        <w:t>№ 148 сайлау учаскесі</w:t>
      </w:r>
    </w:p>
    <w:p w14:paraId="4BB40911" w14:textId="77777777" w:rsidR="00E72A3C" w:rsidRPr="00F735D7" w:rsidRDefault="00E72A3C" w:rsidP="00E72A3C">
      <w:pPr>
        <w:jc w:val="center"/>
        <w:rPr>
          <w:sz w:val="28"/>
          <w:szCs w:val="28"/>
          <w:lang w:val="kk-KZ"/>
        </w:rPr>
      </w:pPr>
      <w:r w:rsidRPr="00F735D7">
        <w:rPr>
          <w:sz w:val="28"/>
          <w:szCs w:val="28"/>
          <w:lang w:val="kk-KZ"/>
        </w:rPr>
        <w:t xml:space="preserve">(орталығы – «Қазақстан Жазушылар Одағы» Астана қалалық филиалы, </w:t>
      </w:r>
      <w:r>
        <w:rPr>
          <w:sz w:val="28"/>
          <w:szCs w:val="28"/>
          <w:lang w:val="kk-KZ"/>
        </w:rPr>
        <w:br/>
      </w:r>
      <w:r w:rsidRPr="00F735D7">
        <w:rPr>
          <w:sz w:val="28"/>
          <w:szCs w:val="28"/>
          <w:lang w:val="kk-KZ"/>
        </w:rPr>
        <w:t>Балауса көшесі, № 11)</w:t>
      </w:r>
    </w:p>
    <w:p w14:paraId="54CCBF05" w14:textId="77777777" w:rsidR="00E72A3C" w:rsidRPr="00F735D7" w:rsidRDefault="00E72A3C" w:rsidP="00E72A3C">
      <w:pPr>
        <w:jc w:val="center"/>
        <w:rPr>
          <w:sz w:val="28"/>
          <w:szCs w:val="28"/>
          <w:lang w:val="kk-KZ"/>
        </w:rPr>
      </w:pPr>
    </w:p>
    <w:p w14:paraId="4DC90798" w14:textId="77777777" w:rsidR="00E72A3C" w:rsidRPr="00F735D7" w:rsidRDefault="00E72A3C" w:rsidP="00E72A3C">
      <w:pPr>
        <w:ind w:firstLine="567"/>
        <w:jc w:val="both"/>
        <w:rPr>
          <w:sz w:val="28"/>
          <w:szCs w:val="28"/>
          <w:lang w:val="kk-KZ"/>
        </w:rPr>
      </w:pPr>
      <w:r w:rsidRPr="00F735D7">
        <w:rPr>
          <w:sz w:val="28"/>
          <w:szCs w:val="28"/>
          <w:lang w:val="kk-KZ"/>
        </w:rPr>
        <w:t xml:space="preserve">Шекарасы: Қабанбай батыр даңғылынан </w:t>
      </w:r>
      <w:proofErr w:type="spellStart"/>
      <w:r w:rsidRPr="00F735D7">
        <w:rPr>
          <w:sz w:val="28"/>
          <w:szCs w:val="28"/>
          <w:lang w:val="kk-KZ"/>
        </w:rPr>
        <w:t>Космонавтар</w:t>
      </w:r>
      <w:proofErr w:type="spellEnd"/>
      <w:r w:rsidRPr="00F735D7">
        <w:rPr>
          <w:sz w:val="28"/>
          <w:szCs w:val="28"/>
          <w:lang w:val="kk-KZ"/>
        </w:rPr>
        <w:t xml:space="preserve"> көшесінің жұп сандар жағымен Арай көшесіне дейін, Арай көшесінің тақ сандар жағымен Жауқазын көшесіне дейін, Жауқазын көшесінің тақ сандар жағымен Есіл өзенінің арнасына дейін, Есіл өзенінің арнасымен Қабанбай батыр даңғылына дейін, Есіл өзенінің арнасынан Қабанбай батыр даңғылының жұп сандар жағымен </w:t>
      </w:r>
      <w:proofErr w:type="spellStart"/>
      <w:r w:rsidRPr="00F735D7">
        <w:rPr>
          <w:sz w:val="28"/>
          <w:szCs w:val="28"/>
          <w:lang w:val="kk-KZ"/>
        </w:rPr>
        <w:t>Космонавтар</w:t>
      </w:r>
      <w:proofErr w:type="spellEnd"/>
      <w:r w:rsidRPr="00F735D7">
        <w:rPr>
          <w:sz w:val="28"/>
          <w:szCs w:val="28"/>
          <w:lang w:val="kk-KZ"/>
        </w:rPr>
        <w:t xml:space="preserve"> көшесіне дейін.</w:t>
      </w:r>
    </w:p>
    <w:p w14:paraId="343537D3" w14:textId="77777777" w:rsidR="00E72A3C" w:rsidRPr="00F735D7" w:rsidRDefault="00E72A3C" w:rsidP="00E72A3C">
      <w:pPr>
        <w:ind w:firstLine="567"/>
        <w:jc w:val="both"/>
        <w:rPr>
          <w:sz w:val="28"/>
          <w:szCs w:val="28"/>
          <w:lang w:val="kk-KZ"/>
        </w:rPr>
      </w:pPr>
    </w:p>
    <w:p w14:paraId="78AB58D0" w14:textId="77777777" w:rsidR="00E72A3C" w:rsidRPr="00F735D7" w:rsidRDefault="00E72A3C" w:rsidP="00E72A3C">
      <w:pPr>
        <w:jc w:val="center"/>
        <w:rPr>
          <w:sz w:val="28"/>
          <w:szCs w:val="28"/>
          <w:lang w:val="kk-KZ"/>
        </w:rPr>
      </w:pPr>
      <w:r w:rsidRPr="00F735D7">
        <w:rPr>
          <w:sz w:val="28"/>
          <w:szCs w:val="28"/>
          <w:lang w:val="kk-KZ"/>
        </w:rPr>
        <w:t>№ 149 сайлау учаскесі</w:t>
      </w:r>
    </w:p>
    <w:p w14:paraId="607B287C" w14:textId="77777777" w:rsidR="00E72A3C" w:rsidRPr="00F735D7" w:rsidRDefault="00E72A3C" w:rsidP="00E72A3C">
      <w:pPr>
        <w:jc w:val="center"/>
        <w:rPr>
          <w:sz w:val="28"/>
          <w:szCs w:val="28"/>
          <w:lang w:val="kk-KZ"/>
        </w:rPr>
      </w:pPr>
      <w:r w:rsidRPr="00F735D7">
        <w:rPr>
          <w:sz w:val="28"/>
          <w:szCs w:val="28"/>
          <w:lang w:val="kk-KZ"/>
        </w:rPr>
        <w:t>(орталығы – «Астана Балет» шаруашылық жүргізу құқығындағы мемлекеттік коммуналдық кәсіпорны, Ұлы Дала даңғылы, № 43)</w:t>
      </w:r>
    </w:p>
    <w:p w14:paraId="6FCCFFE0" w14:textId="77777777" w:rsidR="00E72A3C" w:rsidRPr="00F735D7" w:rsidRDefault="00E72A3C" w:rsidP="00E72A3C">
      <w:pPr>
        <w:jc w:val="center"/>
        <w:rPr>
          <w:sz w:val="28"/>
          <w:szCs w:val="28"/>
          <w:lang w:val="kk-KZ"/>
        </w:rPr>
      </w:pPr>
    </w:p>
    <w:p w14:paraId="2681249F" w14:textId="77777777" w:rsidR="00E72A3C" w:rsidRPr="00F735D7" w:rsidRDefault="00E72A3C" w:rsidP="00E72A3C">
      <w:pPr>
        <w:ind w:firstLine="567"/>
        <w:jc w:val="both"/>
        <w:rPr>
          <w:sz w:val="28"/>
          <w:szCs w:val="28"/>
          <w:lang w:val="kk-KZ"/>
        </w:rPr>
      </w:pPr>
      <w:r w:rsidRPr="00F735D7">
        <w:rPr>
          <w:sz w:val="28"/>
          <w:szCs w:val="28"/>
          <w:lang w:val="kk-KZ"/>
        </w:rPr>
        <w:t xml:space="preserve">Шекарасы: Түркістан көшесінен Ұлы Дала даңғылының тақ </w:t>
      </w:r>
      <w:r>
        <w:rPr>
          <w:sz w:val="28"/>
          <w:szCs w:val="28"/>
          <w:lang w:val="kk-KZ"/>
        </w:rPr>
        <w:t xml:space="preserve">сандар </w:t>
      </w:r>
      <w:r w:rsidRPr="00F735D7">
        <w:rPr>
          <w:sz w:val="28"/>
          <w:szCs w:val="28"/>
          <w:lang w:val="kk-KZ"/>
        </w:rPr>
        <w:t>жағымен Ұлы Дала даңғылындағы № 55 үйге дейін, Ұлы Дала даңғылындағы № 55 үйден өт</w:t>
      </w:r>
      <w:r>
        <w:rPr>
          <w:sz w:val="28"/>
          <w:szCs w:val="28"/>
          <w:lang w:val="kk-KZ"/>
        </w:rPr>
        <w:t>пе жо</w:t>
      </w:r>
      <w:r w:rsidRPr="00F735D7">
        <w:rPr>
          <w:sz w:val="28"/>
          <w:szCs w:val="28"/>
          <w:lang w:val="kk-KZ"/>
        </w:rPr>
        <w:t>лмен Ә. Бөкейхан көшесіндегі № 21/4 үйге дейін, Ә. Бөкейхан көшесіндегі № 21/4 үйден Ә. Бөкейхан көшесіне дейін, Ә. Бөкейхан көшесінен Ұлы Дала даңғылындағы № 49а үйге дейін, Ұлы Дала даңғылындағы № 49а үйден өт</w:t>
      </w:r>
      <w:r w:rsidRPr="0029486E">
        <w:rPr>
          <w:sz w:val="28"/>
          <w:szCs w:val="28"/>
          <w:lang w:val="kk-KZ"/>
        </w:rPr>
        <w:t>пе жо</w:t>
      </w:r>
      <w:r w:rsidRPr="00F735D7">
        <w:rPr>
          <w:sz w:val="28"/>
          <w:szCs w:val="28"/>
          <w:lang w:val="kk-KZ"/>
        </w:rPr>
        <w:t>лмен Мәңгілік Ел даңғылына дейін, Мәңгілік Ел даңғылынан Түркістан көшесіне дейін, Түркістан көшесінің жұп</w:t>
      </w:r>
      <w:r>
        <w:rPr>
          <w:sz w:val="28"/>
          <w:szCs w:val="28"/>
          <w:lang w:val="kk-KZ"/>
        </w:rPr>
        <w:t xml:space="preserve"> сандар</w:t>
      </w:r>
      <w:r w:rsidRPr="00F735D7">
        <w:rPr>
          <w:sz w:val="28"/>
          <w:szCs w:val="28"/>
          <w:lang w:val="kk-KZ"/>
        </w:rPr>
        <w:t xml:space="preserve"> жағымен Ұлы Дала даңғылына дейін.</w:t>
      </w:r>
    </w:p>
    <w:p w14:paraId="43669F22" w14:textId="77777777" w:rsidR="00E72A3C" w:rsidRPr="00F735D7" w:rsidRDefault="00E72A3C" w:rsidP="00E72A3C">
      <w:pPr>
        <w:ind w:firstLine="567"/>
        <w:jc w:val="both"/>
        <w:rPr>
          <w:sz w:val="28"/>
          <w:szCs w:val="28"/>
          <w:lang w:val="kk-KZ"/>
        </w:rPr>
      </w:pPr>
    </w:p>
    <w:p w14:paraId="52F3BE1B" w14:textId="77777777" w:rsidR="00E72A3C" w:rsidRPr="00F735D7" w:rsidRDefault="00E72A3C" w:rsidP="00E72A3C">
      <w:pPr>
        <w:jc w:val="center"/>
        <w:rPr>
          <w:sz w:val="28"/>
          <w:szCs w:val="28"/>
          <w:lang w:val="kk-KZ"/>
        </w:rPr>
      </w:pPr>
      <w:r w:rsidRPr="00F735D7">
        <w:rPr>
          <w:sz w:val="28"/>
          <w:szCs w:val="28"/>
          <w:lang w:val="kk-KZ"/>
        </w:rPr>
        <w:t>№ 150 сайлау учаскесі</w:t>
      </w:r>
    </w:p>
    <w:p w14:paraId="6BD0FB15"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қаласы әкімдігінің «Фариза Оңғарсынова атындағы </w:t>
      </w:r>
    </w:p>
    <w:p w14:paraId="4B3D3656" w14:textId="77777777" w:rsidR="00E72A3C" w:rsidRPr="00F735D7" w:rsidRDefault="00E72A3C" w:rsidP="00E72A3C">
      <w:pPr>
        <w:jc w:val="center"/>
        <w:rPr>
          <w:sz w:val="28"/>
          <w:szCs w:val="28"/>
          <w:lang w:val="kk-KZ"/>
        </w:rPr>
      </w:pPr>
      <w:r w:rsidRPr="00F735D7">
        <w:rPr>
          <w:sz w:val="28"/>
          <w:szCs w:val="28"/>
          <w:lang w:val="kk-KZ"/>
        </w:rPr>
        <w:t>№ 77 мектеп-гимназия» шаруашылық жүргізу құқығындағы мемлекеттік коммуналдық кәсіпорны, Мәңгілік Ел даңғылы, № 22/1)</w:t>
      </w:r>
    </w:p>
    <w:p w14:paraId="065A55B1" w14:textId="77777777" w:rsidR="00E72A3C" w:rsidRPr="00F735D7" w:rsidRDefault="00E72A3C" w:rsidP="00E72A3C">
      <w:pPr>
        <w:jc w:val="center"/>
        <w:rPr>
          <w:sz w:val="28"/>
          <w:szCs w:val="28"/>
          <w:lang w:val="kk-KZ"/>
        </w:rPr>
      </w:pPr>
    </w:p>
    <w:p w14:paraId="52960F9D" w14:textId="77777777" w:rsidR="00E72A3C" w:rsidRPr="00F735D7" w:rsidRDefault="00E72A3C" w:rsidP="00E72A3C">
      <w:pPr>
        <w:ind w:firstLine="567"/>
        <w:jc w:val="both"/>
        <w:rPr>
          <w:sz w:val="28"/>
          <w:szCs w:val="28"/>
          <w:lang w:val="kk-KZ"/>
        </w:rPr>
      </w:pPr>
      <w:r w:rsidRPr="00F735D7">
        <w:rPr>
          <w:sz w:val="28"/>
          <w:szCs w:val="28"/>
          <w:lang w:val="kk-KZ"/>
        </w:rPr>
        <w:t>Шекарасы: Алматы көшесінен Түркістан көшесінің жұп сандар жағымен Керей, Жәнібек хандар көшесіне дейін, Керей, Жәнібек хандар көшесінің тақ сандар жағымен Мәңгілік Ел даңғылына дейін, Мәңгілік Ел даңғылының тақ сандар жағымен Алматы көшесіне дейін, Алматы көшесінің жұп сандар жағымен Түркістан көшесіне дейін.</w:t>
      </w:r>
    </w:p>
    <w:p w14:paraId="61E1C93C" w14:textId="77777777" w:rsidR="00E72A3C" w:rsidRPr="00F735D7" w:rsidRDefault="00E72A3C" w:rsidP="00E72A3C">
      <w:pPr>
        <w:ind w:firstLine="567"/>
        <w:jc w:val="both"/>
        <w:rPr>
          <w:sz w:val="28"/>
          <w:szCs w:val="28"/>
          <w:lang w:val="kk-KZ"/>
        </w:rPr>
      </w:pPr>
    </w:p>
    <w:p w14:paraId="2DF1DC6A" w14:textId="77777777" w:rsidR="00E72A3C" w:rsidRPr="00F735D7" w:rsidRDefault="00E72A3C" w:rsidP="00E72A3C">
      <w:pPr>
        <w:jc w:val="center"/>
        <w:rPr>
          <w:sz w:val="28"/>
          <w:szCs w:val="28"/>
          <w:lang w:val="kk-KZ"/>
        </w:rPr>
      </w:pPr>
      <w:r w:rsidRPr="00F735D7">
        <w:rPr>
          <w:sz w:val="28"/>
          <w:szCs w:val="28"/>
          <w:lang w:val="kk-KZ"/>
        </w:rPr>
        <w:t>№ 151 сайлау учаскесі</w:t>
      </w:r>
    </w:p>
    <w:p w14:paraId="32A18B47"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қаласы әкімдігінің «Дулат Бабатайұлы атындағы </w:t>
      </w:r>
    </w:p>
    <w:p w14:paraId="7A68E22E" w14:textId="77777777" w:rsidR="00E72A3C" w:rsidRPr="00F735D7" w:rsidRDefault="00E72A3C" w:rsidP="00E72A3C">
      <w:pPr>
        <w:jc w:val="center"/>
        <w:rPr>
          <w:sz w:val="28"/>
          <w:szCs w:val="28"/>
          <w:lang w:val="kk-KZ"/>
        </w:rPr>
      </w:pPr>
      <w:r w:rsidRPr="00F735D7">
        <w:rPr>
          <w:sz w:val="28"/>
          <w:szCs w:val="28"/>
          <w:lang w:val="kk-KZ"/>
        </w:rPr>
        <w:t xml:space="preserve">№ 89 мектеп-лицей» шаруашылық жүргізу құқығындағы мемлекеттік </w:t>
      </w:r>
    </w:p>
    <w:p w14:paraId="24B9F22D" w14:textId="77777777" w:rsidR="00E72A3C" w:rsidRPr="00F735D7" w:rsidRDefault="00E72A3C" w:rsidP="00E72A3C">
      <w:pPr>
        <w:jc w:val="center"/>
        <w:rPr>
          <w:sz w:val="28"/>
          <w:szCs w:val="28"/>
          <w:lang w:val="kk-KZ"/>
        </w:rPr>
      </w:pPr>
      <w:r w:rsidRPr="00F735D7">
        <w:rPr>
          <w:sz w:val="28"/>
          <w:szCs w:val="28"/>
          <w:lang w:val="kk-KZ"/>
        </w:rPr>
        <w:t>коммуналдық кәсіпорны, Сауран көшесі, № 11)</w:t>
      </w:r>
    </w:p>
    <w:p w14:paraId="0C8C7EBE" w14:textId="77777777" w:rsidR="00E72A3C" w:rsidRPr="00F735D7" w:rsidRDefault="00E72A3C" w:rsidP="00E72A3C">
      <w:pPr>
        <w:ind w:firstLine="567"/>
        <w:jc w:val="both"/>
        <w:rPr>
          <w:sz w:val="28"/>
          <w:szCs w:val="28"/>
          <w:lang w:val="kk-KZ"/>
        </w:rPr>
      </w:pPr>
    </w:p>
    <w:p w14:paraId="04E70310" w14:textId="77777777" w:rsidR="00E72A3C" w:rsidRPr="00420D39" w:rsidRDefault="00E72A3C" w:rsidP="00E72A3C">
      <w:pPr>
        <w:ind w:firstLine="567"/>
        <w:jc w:val="both"/>
        <w:rPr>
          <w:sz w:val="28"/>
          <w:szCs w:val="28"/>
          <w:lang w:val="kk-KZ"/>
        </w:rPr>
      </w:pPr>
      <w:r w:rsidRPr="00F735D7">
        <w:rPr>
          <w:sz w:val="28"/>
          <w:szCs w:val="28"/>
          <w:lang w:val="kk-KZ"/>
        </w:rPr>
        <w:t>Шекарасы: Қабанбай батыр даңғылындағы № 46, 46а, 46б, 46/1, 48, 48/1, 48а, 48б, 48/5, 48/7, 48/9 үйлер</w:t>
      </w:r>
      <w:r w:rsidRPr="00420D39">
        <w:rPr>
          <w:sz w:val="28"/>
          <w:szCs w:val="28"/>
          <w:lang w:val="kk-KZ"/>
        </w:rPr>
        <w:t>.</w:t>
      </w:r>
    </w:p>
    <w:p w14:paraId="2D6D2D98" w14:textId="77777777" w:rsidR="00E72A3C" w:rsidRPr="00F735D7" w:rsidRDefault="00E72A3C" w:rsidP="00E72A3C">
      <w:pPr>
        <w:ind w:firstLine="567"/>
        <w:jc w:val="both"/>
        <w:rPr>
          <w:sz w:val="28"/>
          <w:szCs w:val="28"/>
          <w:lang w:val="kk-KZ"/>
        </w:rPr>
      </w:pPr>
    </w:p>
    <w:p w14:paraId="507ADD36" w14:textId="77777777" w:rsidR="00E72A3C" w:rsidRPr="00F735D7" w:rsidRDefault="00E72A3C" w:rsidP="00E72A3C">
      <w:pPr>
        <w:jc w:val="center"/>
        <w:rPr>
          <w:sz w:val="28"/>
          <w:szCs w:val="28"/>
          <w:lang w:val="kk-KZ"/>
        </w:rPr>
      </w:pPr>
      <w:r w:rsidRPr="00F735D7">
        <w:rPr>
          <w:sz w:val="28"/>
          <w:szCs w:val="28"/>
          <w:lang w:val="kk-KZ"/>
        </w:rPr>
        <w:t>№ 152 сайлау учаскесі</w:t>
      </w:r>
    </w:p>
    <w:p w14:paraId="148534EA" w14:textId="77777777" w:rsidR="00E72A3C" w:rsidRPr="00F735D7" w:rsidRDefault="00E72A3C" w:rsidP="00E72A3C">
      <w:pPr>
        <w:jc w:val="center"/>
        <w:rPr>
          <w:sz w:val="28"/>
          <w:szCs w:val="28"/>
          <w:lang w:val="kk-KZ"/>
        </w:rPr>
      </w:pPr>
      <w:r w:rsidRPr="00F735D7">
        <w:rPr>
          <w:sz w:val="28"/>
          <w:szCs w:val="28"/>
          <w:lang w:val="kk-KZ"/>
        </w:rPr>
        <w:t>(орталығы – Астана қаласы әкімдігінің «Шейх Халифа бен Заид әл-Нахаян атындағы № 84 мектеп-лицей» шаруашылық жүргізу құқығындағы мемлекеттік коммуналдық кәсіпорны, Ұлы Дала даңғылы, № 41/1)</w:t>
      </w:r>
    </w:p>
    <w:p w14:paraId="554BB5BF" w14:textId="77777777" w:rsidR="00E72A3C" w:rsidRPr="00F735D7" w:rsidRDefault="00E72A3C" w:rsidP="00E72A3C">
      <w:pPr>
        <w:jc w:val="center"/>
        <w:rPr>
          <w:sz w:val="28"/>
          <w:szCs w:val="28"/>
          <w:lang w:val="kk-KZ"/>
        </w:rPr>
      </w:pPr>
    </w:p>
    <w:p w14:paraId="548837D4" w14:textId="77777777" w:rsidR="00E72A3C" w:rsidRPr="00F735D7" w:rsidRDefault="00E72A3C" w:rsidP="00E72A3C">
      <w:pPr>
        <w:ind w:firstLine="567"/>
        <w:jc w:val="both"/>
        <w:rPr>
          <w:sz w:val="28"/>
          <w:szCs w:val="28"/>
          <w:lang w:val="kk-KZ"/>
        </w:rPr>
      </w:pPr>
      <w:r w:rsidRPr="00F735D7">
        <w:rPr>
          <w:sz w:val="28"/>
          <w:szCs w:val="28"/>
          <w:lang w:val="kk-KZ"/>
        </w:rPr>
        <w:t xml:space="preserve">Шекарасы: Орынбор көшесінен Түркістан көшесінің тақ сандар жағымен </w:t>
      </w:r>
      <w:r w:rsidRPr="00F735D7">
        <w:rPr>
          <w:sz w:val="28"/>
          <w:szCs w:val="28"/>
          <w:lang w:val="kk-KZ"/>
        </w:rPr>
        <w:br/>
        <w:t xml:space="preserve">Ұлы Дала даңғылына дейін, Ұлы Дала даңғылының тақ сандар жағымен </w:t>
      </w:r>
      <w:r w:rsidRPr="00F735D7">
        <w:rPr>
          <w:sz w:val="28"/>
          <w:szCs w:val="28"/>
          <w:lang w:val="kk-KZ"/>
        </w:rPr>
        <w:br/>
        <w:t>Г. Әлиев көшесіне дейін, Г. Әлиев көшесінің жұп сандар жағымен Бұқар жырау көшесіне дейін, Бұқар жырау көшесінің тақ сандар жағымен Қабанбай батыр даңғылына дейін, Қабанбай батыр даңғылының жұп сандар жағымен Орынбор көшесіне дейін.</w:t>
      </w:r>
    </w:p>
    <w:p w14:paraId="08D298E2" w14:textId="77777777" w:rsidR="00E72A3C" w:rsidRPr="00F735D7" w:rsidRDefault="00E72A3C" w:rsidP="00E72A3C">
      <w:pPr>
        <w:jc w:val="center"/>
        <w:rPr>
          <w:sz w:val="28"/>
          <w:szCs w:val="28"/>
          <w:lang w:val="kk-KZ"/>
        </w:rPr>
      </w:pPr>
    </w:p>
    <w:p w14:paraId="123FD9EA" w14:textId="77777777" w:rsidR="00E72A3C" w:rsidRPr="00F735D7" w:rsidRDefault="00E72A3C" w:rsidP="00E72A3C">
      <w:pPr>
        <w:jc w:val="center"/>
        <w:rPr>
          <w:sz w:val="28"/>
          <w:szCs w:val="28"/>
          <w:lang w:val="kk-KZ"/>
        </w:rPr>
      </w:pPr>
      <w:r w:rsidRPr="00F735D7">
        <w:rPr>
          <w:sz w:val="28"/>
          <w:szCs w:val="28"/>
          <w:lang w:val="kk-KZ"/>
        </w:rPr>
        <w:t>№ 153 сайлау учаскесі</w:t>
      </w:r>
    </w:p>
    <w:p w14:paraId="3697A83F" w14:textId="77777777" w:rsidR="00E72A3C" w:rsidRPr="00F735D7" w:rsidRDefault="00E72A3C" w:rsidP="00E72A3C">
      <w:pPr>
        <w:jc w:val="center"/>
        <w:rPr>
          <w:sz w:val="28"/>
          <w:szCs w:val="28"/>
          <w:lang w:val="kk-KZ"/>
        </w:rPr>
      </w:pPr>
      <w:r w:rsidRPr="00F735D7">
        <w:rPr>
          <w:sz w:val="28"/>
          <w:szCs w:val="28"/>
          <w:lang w:val="kk-KZ"/>
        </w:rPr>
        <w:t>(орталығы – Астана қаласы әкімдігінің «№ 108 жалпы орта білім беретін мектеп» коммуналдық мемлекеттік мекемесі, Е117 көшесі, № 40а)</w:t>
      </w:r>
    </w:p>
    <w:p w14:paraId="731E423D" w14:textId="77777777" w:rsidR="00E72A3C" w:rsidRPr="00F735D7" w:rsidRDefault="00E72A3C" w:rsidP="00E72A3C">
      <w:pPr>
        <w:ind w:firstLine="567"/>
        <w:jc w:val="both"/>
        <w:rPr>
          <w:sz w:val="28"/>
          <w:szCs w:val="28"/>
          <w:lang w:val="kk-KZ"/>
        </w:rPr>
      </w:pPr>
    </w:p>
    <w:p w14:paraId="6AE017B1" w14:textId="77777777" w:rsidR="00E72A3C" w:rsidRPr="00F735D7" w:rsidRDefault="00E72A3C" w:rsidP="00E72A3C">
      <w:pPr>
        <w:ind w:firstLine="567"/>
        <w:jc w:val="both"/>
        <w:rPr>
          <w:sz w:val="28"/>
          <w:szCs w:val="28"/>
          <w:lang w:val="kk-KZ"/>
        </w:rPr>
      </w:pPr>
      <w:r w:rsidRPr="00F735D7">
        <w:rPr>
          <w:sz w:val="28"/>
          <w:szCs w:val="28"/>
          <w:lang w:val="kk-KZ"/>
        </w:rPr>
        <w:t>Шекарасы: Е117 көшесінен Ұлы Дала даңғылымен «Есіл» ауданының шекарасына дейін, «Есіл» ауданының шекарасынан Ш. Мұртаза көшесіне дейін,</w:t>
      </w:r>
      <w:r>
        <w:rPr>
          <w:sz w:val="28"/>
          <w:szCs w:val="28"/>
          <w:lang w:val="kk-KZ"/>
        </w:rPr>
        <w:t xml:space="preserve"> </w:t>
      </w:r>
      <w:r w:rsidRPr="00F735D7">
        <w:rPr>
          <w:sz w:val="28"/>
          <w:szCs w:val="28"/>
          <w:lang w:val="kk-KZ"/>
        </w:rPr>
        <w:t>Ш. Мұртаза кө</w:t>
      </w:r>
      <w:r>
        <w:rPr>
          <w:sz w:val="28"/>
          <w:szCs w:val="28"/>
          <w:lang w:val="kk-KZ"/>
        </w:rPr>
        <w:t>шесінен өтпе жолмен Е117 көшеге дейін, Е117 көше</w:t>
      </w:r>
      <w:r w:rsidRPr="00F735D7">
        <w:rPr>
          <w:sz w:val="28"/>
          <w:szCs w:val="28"/>
          <w:lang w:val="kk-KZ"/>
        </w:rPr>
        <w:t>мен Ұлы Дала даңғылына дейін.</w:t>
      </w:r>
    </w:p>
    <w:p w14:paraId="31F9D31E" w14:textId="77777777" w:rsidR="00E72A3C" w:rsidRPr="00F735D7" w:rsidRDefault="00E72A3C" w:rsidP="00E72A3C">
      <w:pPr>
        <w:spacing w:after="160" w:line="259" w:lineRule="auto"/>
        <w:rPr>
          <w:sz w:val="28"/>
          <w:szCs w:val="28"/>
          <w:lang w:val="kk-KZ"/>
        </w:rPr>
      </w:pPr>
    </w:p>
    <w:p w14:paraId="5824FC71" w14:textId="77777777" w:rsidR="00E72A3C" w:rsidRPr="00F735D7" w:rsidRDefault="00E72A3C" w:rsidP="00E72A3C">
      <w:pPr>
        <w:jc w:val="center"/>
        <w:rPr>
          <w:sz w:val="28"/>
          <w:szCs w:val="28"/>
          <w:lang w:val="kk-KZ"/>
        </w:rPr>
      </w:pPr>
      <w:r w:rsidRPr="00F735D7">
        <w:rPr>
          <w:sz w:val="28"/>
          <w:szCs w:val="28"/>
          <w:lang w:val="kk-KZ"/>
        </w:rPr>
        <w:t>№ 154 сайлау учаскесі</w:t>
      </w:r>
    </w:p>
    <w:p w14:paraId="1DF54D06" w14:textId="77777777" w:rsidR="00E72A3C" w:rsidRPr="00F735D7" w:rsidRDefault="00E72A3C" w:rsidP="00E72A3C">
      <w:pPr>
        <w:jc w:val="center"/>
        <w:rPr>
          <w:sz w:val="28"/>
          <w:szCs w:val="28"/>
          <w:lang w:val="kk-KZ"/>
        </w:rPr>
      </w:pPr>
      <w:r w:rsidRPr="00F735D7">
        <w:rPr>
          <w:sz w:val="28"/>
          <w:szCs w:val="28"/>
          <w:lang w:val="kk-KZ"/>
        </w:rPr>
        <w:t xml:space="preserve">(орталығы – «Білім-Инновация» мектеп-лицейі, </w:t>
      </w:r>
    </w:p>
    <w:p w14:paraId="6698AE14" w14:textId="77777777" w:rsidR="00E72A3C" w:rsidRPr="00F735D7" w:rsidRDefault="00E72A3C" w:rsidP="00E72A3C">
      <w:pPr>
        <w:jc w:val="center"/>
        <w:rPr>
          <w:sz w:val="28"/>
          <w:szCs w:val="28"/>
          <w:lang w:val="kk-KZ"/>
        </w:rPr>
      </w:pPr>
      <w:r w:rsidRPr="00F735D7">
        <w:rPr>
          <w:sz w:val="28"/>
          <w:szCs w:val="28"/>
          <w:lang w:val="kk-KZ"/>
        </w:rPr>
        <w:t>Т. Рысқұлов көшесі, № 14)</w:t>
      </w:r>
    </w:p>
    <w:p w14:paraId="0A5B1960" w14:textId="77777777" w:rsidR="00E72A3C" w:rsidRPr="00F735D7" w:rsidRDefault="00E72A3C" w:rsidP="00E72A3C">
      <w:pPr>
        <w:jc w:val="center"/>
        <w:rPr>
          <w:sz w:val="28"/>
          <w:szCs w:val="28"/>
          <w:lang w:val="kk-KZ"/>
        </w:rPr>
      </w:pPr>
    </w:p>
    <w:p w14:paraId="63E91EC3" w14:textId="77777777" w:rsidR="00E72A3C" w:rsidRPr="00F735D7" w:rsidRDefault="00E72A3C" w:rsidP="00E72A3C">
      <w:pPr>
        <w:ind w:firstLine="567"/>
        <w:jc w:val="both"/>
        <w:rPr>
          <w:sz w:val="28"/>
          <w:szCs w:val="28"/>
          <w:lang w:val="kk-KZ"/>
        </w:rPr>
      </w:pPr>
      <w:r w:rsidRPr="00F735D7">
        <w:rPr>
          <w:sz w:val="28"/>
          <w:szCs w:val="28"/>
          <w:lang w:val="kk-KZ"/>
        </w:rPr>
        <w:t>Шекарасы: Мәңгілік Ел даңғылынан Ф. Оңғарсынова көшесінің тақ сандар жағымен Ә. Бөкейхан көшесіндегі № 27/3 үйге дейін, Ф. Оңғарсынова көшесінен өтпе жолмен Т. Рысқұлов көшесіне дейін, Т. Рысқұлов көшесімен Мәңгілік Ел даңғылына дейін, Мәңгілік Ел даңғылымен Ф. Оңғарсынова көшесіне дейін.</w:t>
      </w:r>
    </w:p>
    <w:p w14:paraId="014E0319" w14:textId="77777777" w:rsidR="00E72A3C" w:rsidRPr="00F735D7" w:rsidRDefault="00E72A3C" w:rsidP="00536860">
      <w:pPr>
        <w:pageBreakBefore/>
        <w:jc w:val="center"/>
        <w:rPr>
          <w:sz w:val="28"/>
          <w:szCs w:val="28"/>
          <w:lang w:val="kk-KZ"/>
        </w:rPr>
      </w:pPr>
      <w:r w:rsidRPr="00F735D7">
        <w:rPr>
          <w:sz w:val="28"/>
          <w:szCs w:val="28"/>
          <w:lang w:val="kk-KZ"/>
        </w:rPr>
        <w:lastRenderedPageBreak/>
        <w:t>№ 155 сайлау учаскесі</w:t>
      </w:r>
    </w:p>
    <w:p w14:paraId="28D98AE9"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қаласы әкімдігінің «Шейх </w:t>
      </w:r>
      <w:proofErr w:type="spellStart"/>
      <w:r w:rsidRPr="00F735D7">
        <w:rPr>
          <w:sz w:val="28"/>
          <w:szCs w:val="28"/>
          <w:lang w:val="kk-KZ"/>
        </w:rPr>
        <w:t>Тәмим</w:t>
      </w:r>
      <w:proofErr w:type="spellEnd"/>
      <w:r w:rsidRPr="00F735D7">
        <w:rPr>
          <w:sz w:val="28"/>
          <w:szCs w:val="28"/>
          <w:lang w:val="kk-KZ"/>
        </w:rPr>
        <w:t xml:space="preserve"> бен Хамад әл-</w:t>
      </w:r>
      <w:proofErr w:type="spellStart"/>
      <w:r w:rsidRPr="00F735D7">
        <w:rPr>
          <w:sz w:val="28"/>
          <w:szCs w:val="28"/>
          <w:lang w:val="kk-KZ"/>
        </w:rPr>
        <w:t>Тәни</w:t>
      </w:r>
      <w:proofErr w:type="spellEnd"/>
      <w:r w:rsidRPr="00F735D7">
        <w:rPr>
          <w:sz w:val="28"/>
          <w:szCs w:val="28"/>
          <w:lang w:val="kk-KZ"/>
        </w:rPr>
        <w:t xml:space="preserve"> атындағы № 85 мектеп-лицей» шаруашылық жүргізу құқығындағы </w:t>
      </w:r>
    </w:p>
    <w:p w14:paraId="3CB2C24B" w14:textId="77777777" w:rsidR="00E72A3C" w:rsidRPr="00F735D7" w:rsidRDefault="00E72A3C" w:rsidP="00E72A3C">
      <w:pPr>
        <w:jc w:val="center"/>
        <w:rPr>
          <w:sz w:val="28"/>
          <w:szCs w:val="28"/>
          <w:lang w:val="kk-KZ"/>
        </w:rPr>
      </w:pPr>
      <w:r w:rsidRPr="00F735D7">
        <w:rPr>
          <w:sz w:val="28"/>
          <w:szCs w:val="28"/>
          <w:lang w:val="kk-KZ"/>
        </w:rPr>
        <w:t>мемлекеттік коммуналдық кәсіпорны, Қабанбай батыр даңғылы, № 56/1)</w:t>
      </w:r>
    </w:p>
    <w:p w14:paraId="30D49EB0" w14:textId="77777777" w:rsidR="00E72A3C" w:rsidRPr="00F735D7" w:rsidRDefault="00E72A3C" w:rsidP="00E72A3C">
      <w:pPr>
        <w:jc w:val="center"/>
        <w:rPr>
          <w:sz w:val="28"/>
          <w:szCs w:val="28"/>
          <w:lang w:val="kk-KZ"/>
        </w:rPr>
      </w:pPr>
    </w:p>
    <w:p w14:paraId="67D8833A" w14:textId="77777777" w:rsidR="00E72A3C" w:rsidRPr="00F735D7" w:rsidRDefault="00E72A3C" w:rsidP="00E72A3C">
      <w:pPr>
        <w:ind w:firstLine="567"/>
        <w:jc w:val="both"/>
        <w:rPr>
          <w:sz w:val="28"/>
          <w:szCs w:val="28"/>
          <w:lang w:val="kk-KZ"/>
        </w:rPr>
      </w:pPr>
      <w:r w:rsidRPr="00F735D7">
        <w:rPr>
          <w:sz w:val="28"/>
          <w:szCs w:val="28"/>
          <w:lang w:val="kk-KZ"/>
        </w:rPr>
        <w:t xml:space="preserve">Шекарасы: Қабанбай батыр даңғылынан Ұлы Дала даңғылының жұп сандар жағымен Г. Әлиев көшесіне дейін, Г. Әлиев көшесінің тақ сандар жағымен </w:t>
      </w:r>
      <w:r w:rsidRPr="00F735D7">
        <w:rPr>
          <w:sz w:val="28"/>
          <w:szCs w:val="28"/>
          <w:lang w:val="kk-KZ"/>
        </w:rPr>
        <w:br/>
        <w:t xml:space="preserve">Анадолы </w:t>
      </w:r>
      <w:r w:rsidRPr="00420D39">
        <w:rPr>
          <w:sz w:val="28"/>
          <w:szCs w:val="28"/>
          <w:lang w:val="kk-KZ"/>
        </w:rPr>
        <w:t>көшесіне</w:t>
      </w:r>
      <w:r w:rsidRPr="00F735D7">
        <w:rPr>
          <w:sz w:val="28"/>
          <w:szCs w:val="28"/>
          <w:lang w:val="kk-KZ"/>
        </w:rPr>
        <w:t xml:space="preserve"> дейін, Анадолы көше</w:t>
      </w:r>
      <w:r w:rsidRPr="00420D39">
        <w:rPr>
          <w:sz w:val="28"/>
          <w:szCs w:val="28"/>
          <w:lang w:val="kk-KZ"/>
        </w:rPr>
        <w:t>сінен</w:t>
      </w:r>
      <w:r w:rsidRPr="00F735D7">
        <w:rPr>
          <w:sz w:val="28"/>
          <w:szCs w:val="28"/>
          <w:lang w:val="kk-KZ"/>
        </w:rPr>
        <w:t xml:space="preserve"> Қабанбай батыр даңғылына дейін, Қабанбай батыр даңғылының жұп сандар жағымен Ұлы Дала даңғылына дейін.</w:t>
      </w:r>
    </w:p>
    <w:p w14:paraId="782F383C" w14:textId="77777777" w:rsidR="00E72A3C" w:rsidRPr="00F735D7" w:rsidRDefault="00E72A3C" w:rsidP="00E72A3C">
      <w:pPr>
        <w:ind w:firstLine="567"/>
        <w:jc w:val="both"/>
        <w:rPr>
          <w:sz w:val="28"/>
          <w:szCs w:val="28"/>
          <w:lang w:val="kk-KZ"/>
        </w:rPr>
      </w:pPr>
    </w:p>
    <w:p w14:paraId="468D52C7" w14:textId="77777777" w:rsidR="00E72A3C" w:rsidRPr="00F735D7" w:rsidRDefault="00E72A3C" w:rsidP="00E72A3C">
      <w:pPr>
        <w:jc w:val="center"/>
        <w:rPr>
          <w:sz w:val="28"/>
          <w:szCs w:val="28"/>
          <w:lang w:val="kk-KZ"/>
        </w:rPr>
      </w:pPr>
      <w:r w:rsidRPr="00F735D7">
        <w:rPr>
          <w:sz w:val="28"/>
          <w:szCs w:val="28"/>
          <w:lang w:val="kk-KZ"/>
        </w:rPr>
        <w:t>№ 156 сайлау учаскесі</w:t>
      </w:r>
    </w:p>
    <w:p w14:paraId="36AD753C" w14:textId="77777777" w:rsidR="00E72A3C" w:rsidRPr="00F735D7" w:rsidRDefault="00E72A3C" w:rsidP="00E72A3C">
      <w:pPr>
        <w:jc w:val="center"/>
        <w:rPr>
          <w:sz w:val="28"/>
          <w:szCs w:val="28"/>
          <w:lang w:val="kk-KZ"/>
        </w:rPr>
      </w:pPr>
      <w:r w:rsidRPr="00F735D7">
        <w:rPr>
          <w:sz w:val="28"/>
          <w:szCs w:val="28"/>
          <w:lang w:val="kk-KZ"/>
        </w:rPr>
        <w:t>(орталығы – «Республикалық физика-математика мектебі» коммерциялық емес акционерлік қоғамы, Түркістан көшесі, № 2/1)</w:t>
      </w:r>
    </w:p>
    <w:p w14:paraId="37774993" w14:textId="77777777" w:rsidR="00E72A3C" w:rsidRPr="00F735D7" w:rsidRDefault="00E72A3C" w:rsidP="00E72A3C">
      <w:pPr>
        <w:jc w:val="center"/>
        <w:rPr>
          <w:sz w:val="28"/>
          <w:szCs w:val="28"/>
          <w:lang w:val="kk-KZ"/>
        </w:rPr>
      </w:pPr>
    </w:p>
    <w:p w14:paraId="764E70E1" w14:textId="77777777" w:rsidR="00E72A3C" w:rsidRPr="0029486E" w:rsidRDefault="00E72A3C" w:rsidP="00E72A3C">
      <w:pPr>
        <w:ind w:firstLine="567"/>
        <w:jc w:val="both"/>
        <w:rPr>
          <w:sz w:val="28"/>
          <w:szCs w:val="28"/>
          <w:lang w:val="kk-KZ"/>
        </w:rPr>
      </w:pPr>
      <w:r w:rsidRPr="00F735D7">
        <w:rPr>
          <w:sz w:val="28"/>
          <w:szCs w:val="28"/>
          <w:lang w:val="kk-KZ"/>
        </w:rPr>
        <w:t>Шекарасы: Алматы көшесі</w:t>
      </w:r>
      <w:r w:rsidRPr="00746A9D">
        <w:rPr>
          <w:sz w:val="28"/>
          <w:szCs w:val="28"/>
          <w:lang w:val="kk-KZ"/>
        </w:rPr>
        <w:t>, № 11, 13, 13/1, 17, 17а үйлер,</w:t>
      </w:r>
      <w:r w:rsidRPr="00F735D7">
        <w:rPr>
          <w:sz w:val="28"/>
          <w:szCs w:val="28"/>
          <w:lang w:val="kk-KZ"/>
        </w:rPr>
        <w:t xml:space="preserve"> Түркістан</w:t>
      </w:r>
      <w:r w:rsidRPr="00746A9D">
        <w:rPr>
          <w:sz w:val="28"/>
          <w:szCs w:val="28"/>
          <w:lang w:val="kk-KZ"/>
        </w:rPr>
        <w:t xml:space="preserve"> көшесі</w:t>
      </w:r>
      <w:r w:rsidRPr="00F735D7">
        <w:rPr>
          <w:sz w:val="28"/>
          <w:szCs w:val="28"/>
          <w:lang w:val="kk-KZ"/>
        </w:rPr>
        <w:t>,</w:t>
      </w:r>
      <w:r w:rsidRPr="00746A9D">
        <w:rPr>
          <w:sz w:val="28"/>
          <w:szCs w:val="28"/>
          <w:lang w:val="kk-KZ"/>
        </w:rPr>
        <w:t xml:space="preserve"> </w:t>
      </w:r>
      <w:r w:rsidRPr="00F735D7">
        <w:rPr>
          <w:sz w:val="28"/>
          <w:szCs w:val="28"/>
          <w:lang w:val="kk-KZ"/>
        </w:rPr>
        <w:br/>
      </w:r>
      <w:r w:rsidRPr="00746A9D">
        <w:rPr>
          <w:sz w:val="28"/>
          <w:szCs w:val="28"/>
          <w:lang w:val="kk-KZ"/>
        </w:rPr>
        <w:t>№ 4а үй.</w:t>
      </w:r>
    </w:p>
    <w:p w14:paraId="3A4D57D5" w14:textId="77777777" w:rsidR="00E72A3C" w:rsidRPr="00F735D7" w:rsidRDefault="00E72A3C" w:rsidP="00E72A3C">
      <w:pPr>
        <w:ind w:firstLine="567"/>
        <w:jc w:val="both"/>
        <w:rPr>
          <w:sz w:val="28"/>
          <w:szCs w:val="28"/>
          <w:lang w:val="kk-KZ"/>
        </w:rPr>
      </w:pPr>
    </w:p>
    <w:p w14:paraId="442F5607" w14:textId="77777777" w:rsidR="00E72A3C" w:rsidRPr="00F735D7" w:rsidRDefault="00E72A3C" w:rsidP="00E72A3C">
      <w:pPr>
        <w:jc w:val="center"/>
        <w:rPr>
          <w:sz w:val="28"/>
          <w:szCs w:val="28"/>
          <w:lang w:val="kk-KZ"/>
        </w:rPr>
      </w:pPr>
      <w:r w:rsidRPr="00F735D7">
        <w:rPr>
          <w:sz w:val="28"/>
          <w:szCs w:val="28"/>
          <w:lang w:val="kk-KZ"/>
        </w:rPr>
        <w:t>№ 157 сайлау учаскесі</w:t>
      </w:r>
    </w:p>
    <w:p w14:paraId="6704279A" w14:textId="77777777" w:rsidR="00E72A3C" w:rsidRPr="00F735D7" w:rsidRDefault="00E72A3C" w:rsidP="00E72A3C">
      <w:pPr>
        <w:jc w:val="center"/>
        <w:rPr>
          <w:sz w:val="28"/>
          <w:szCs w:val="28"/>
          <w:lang w:val="kk-KZ"/>
        </w:rPr>
      </w:pPr>
      <w:r w:rsidRPr="00F735D7">
        <w:rPr>
          <w:sz w:val="28"/>
          <w:szCs w:val="28"/>
          <w:lang w:val="kk-KZ"/>
        </w:rPr>
        <w:t>(орталығы – «</w:t>
      </w:r>
      <w:proofErr w:type="spellStart"/>
      <w:r w:rsidRPr="00F735D7">
        <w:rPr>
          <w:sz w:val="28"/>
          <w:szCs w:val="28"/>
          <w:lang w:val="kk-KZ"/>
        </w:rPr>
        <w:t>Astana</w:t>
      </w:r>
      <w:proofErr w:type="spellEnd"/>
      <w:r w:rsidRPr="00F735D7">
        <w:rPr>
          <w:sz w:val="28"/>
          <w:szCs w:val="28"/>
          <w:lang w:val="kk-KZ"/>
        </w:rPr>
        <w:t xml:space="preserve"> </w:t>
      </w:r>
      <w:proofErr w:type="spellStart"/>
      <w:r w:rsidRPr="00F735D7">
        <w:rPr>
          <w:sz w:val="28"/>
          <w:szCs w:val="28"/>
          <w:lang w:val="kk-KZ"/>
        </w:rPr>
        <w:t>Partners</w:t>
      </w:r>
      <w:proofErr w:type="spellEnd"/>
      <w:r w:rsidRPr="00F735D7">
        <w:rPr>
          <w:sz w:val="28"/>
          <w:szCs w:val="28"/>
          <w:lang w:val="kk-KZ"/>
        </w:rPr>
        <w:t xml:space="preserve">» бизнес-орталығы, </w:t>
      </w:r>
      <w:r w:rsidRPr="00F735D7">
        <w:rPr>
          <w:sz w:val="28"/>
          <w:szCs w:val="28"/>
          <w:lang w:val="kk-KZ"/>
        </w:rPr>
        <w:br/>
        <w:t>Мәңгілік Ел</w:t>
      </w:r>
      <w:r w:rsidRPr="00420D39">
        <w:rPr>
          <w:sz w:val="28"/>
          <w:szCs w:val="28"/>
          <w:lang w:val="kk-KZ"/>
        </w:rPr>
        <w:t xml:space="preserve"> даңғылы</w:t>
      </w:r>
      <w:r w:rsidRPr="00F735D7">
        <w:rPr>
          <w:sz w:val="28"/>
          <w:szCs w:val="28"/>
          <w:lang w:val="kk-KZ"/>
        </w:rPr>
        <w:t>, № 30)</w:t>
      </w:r>
    </w:p>
    <w:p w14:paraId="25702FB7" w14:textId="77777777" w:rsidR="00E72A3C" w:rsidRPr="00F735D7" w:rsidRDefault="00E72A3C" w:rsidP="00E72A3C">
      <w:pPr>
        <w:ind w:firstLine="567"/>
        <w:jc w:val="both"/>
        <w:rPr>
          <w:sz w:val="28"/>
          <w:szCs w:val="28"/>
          <w:lang w:val="kk-KZ"/>
        </w:rPr>
      </w:pPr>
    </w:p>
    <w:p w14:paraId="5BE3411E" w14:textId="77777777" w:rsidR="00E72A3C" w:rsidRPr="00F735D7" w:rsidRDefault="00E72A3C" w:rsidP="00E72A3C">
      <w:pPr>
        <w:ind w:firstLine="567"/>
        <w:jc w:val="both"/>
        <w:rPr>
          <w:sz w:val="28"/>
          <w:szCs w:val="28"/>
          <w:lang w:val="kk-KZ"/>
        </w:rPr>
      </w:pPr>
      <w:r w:rsidRPr="00F735D7">
        <w:rPr>
          <w:sz w:val="28"/>
          <w:szCs w:val="28"/>
          <w:lang w:val="kk-KZ"/>
        </w:rPr>
        <w:t>Шекара</w:t>
      </w:r>
      <w:r w:rsidRPr="00420D39">
        <w:rPr>
          <w:sz w:val="28"/>
          <w:szCs w:val="28"/>
          <w:lang w:val="kk-KZ"/>
        </w:rPr>
        <w:t>с</w:t>
      </w:r>
      <w:r w:rsidRPr="00F735D7">
        <w:rPr>
          <w:sz w:val="28"/>
          <w:szCs w:val="28"/>
          <w:lang w:val="kk-KZ"/>
        </w:rPr>
        <w:t xml:space="preserve">ы: Мәңгілік Ел даңғылындағы № 40 үйден Мәңгілік Ел даңғылының жұп сандар жағымен Бұқар жырау көшесіне дейін, Бұқар жырау көшесінің тақ сандар жағымен Ә. Бөкейхан көшесіндегі № 28/1 үйге дейін, Бұқар жырау көшесінен </w:t>
      </w:r>
      <w:r w:rsidRPr="00420D39">
        <w:rPr>
          <w:sz w:val="28"/>
          <w:szCs w:val="28"/>
          <w:lang w:val="kk-KZ"/>
        </w:rPr>
        <w:t xml:space="preserve">өтпе </w:t>
      </w:r>
      <w:r w:rsidRPr="00F735D7">
        <w:rPr>
          <w:sz w:val="28"/>
          <w:szCs w:val="28"/>
          <w:lang w:val="kk-KZ"/>
        </w:rPr>
        <w:t>жол</w:t>
      </w:r>
      <w:r w:rsidRPr="00420D39">
        <w:rPr>
          <w:sz w:val="28"/>
          <w:szCs w:val="28"/>
          <w:lang w:val="kk-KZ"/>
        </w:rPr>
        <w:t>мен</w:t>
      </w:r>
      <w:r w:rsidRPr="00F735D7">
        <w:rPr>
          <w:sz w:val="28"/>
          <w:szCs w:val="28"/>
          <w:lang w:val="kk-KZ"/>
        </w:rPr>
        <w:t xml:space="preserve"> Ұлы Дала даңғылындағы № 49а үйге дейін, Мәңгілік Ел даңғылындағы</w:t>
      </w:r>
      <w:r>
        <w:rPr>
          <w:sz w:val="28"/>
          <w:szCs w:val="28"/>
          <w:lang w:val="kk-KZ"/>
        </w:rPr>
        <w:t xml:space="preserve"> </w:t>
      </w:r>
      <w:r w:rsidRPr="00F735D7">
        <w:rPr>
          <w:sz w:val="28"/>
          <w:szCs w:val="28"/>
          <w:lang w:val="kk-KZ"/>
        </w:rPr>
        <w:t xml:space="preserve">№ 48 үйден </w:t>
      </w:r>
      <w:r w:rsidRPr="00420D39">
        <w:rPr>
          <w:sz w:val="28"/>
          <w:szCs w:val="28"/>
          <w:lang w:val="kk-KZ"/>
        </w:rPr>
        <w:t xml:space="preserve">өтпе </w:t>
      </w:r>
      <w:r w:rsidRPr="00F735D7">
        <w:rPr>
          <w:sz w:val="28"/>
          <w:szCs w:val="28"/>
          <w:lang w:val="kk-KZ"/>
        </w:rPr>
        <w:t>жол</w:t>
      </w:r>
      <w:r w:rsidRPr="00420D39">
        <w:rPr>
          <w:sz w:val="28"/>
          <w:szCs w:val="28"/>
          <w:lang w:val="kk-KZ"/>
        </w:rPr>
        <w:t>мен</w:t>
      </w:r>
      <w:r w:rsidRPr="00F735D7">
        <w:rPr>
          <w:sz w:val="28"/>
          <w:szCs w:val="28"/>
          <w:lang w:val="kk-KZ"/>
        </w:rPr>
        <w:t xml:space="preserve"> Ә. Бөкейхан көшесіне дейін, Ә. Бөкейхан көшесінің жұп сандар жағымен Ә. Бөкейхан көшесіндегі № 18 үйге дейін, Ә. Бөкейхан көшесіндегі № 18 үйден Мәңгілік Ел даңғылына дейін.</w:t>
      </w:r>
    </w:p>
    <w:p w14:paraId="3845FA3C" w14:textId="77777777" w:rsidR="00E72A3C" w:rsidRPr="00F735D7" w:rsidRDefault="00E72A3C" w:rsidP="00E72A3C">
      <w:pPr>
        <w:jc w:val="both"/>
        <w:rPr>
          <w:sz w:val="28"/>
          <w:szCs w:val="28"/>
          <w:lang w:val="kk-KZ"/>
        </w:rPr>
      </w:pPr>
    </w:p>
    <w:p w14:paraId="6F9D9D92" w14:textId="77777777" w:rsidR="00E72A3C" w:rsidRPr="00F735D7" w:rsidRDefault="00E72A3C" w:rsidP="00E72A3C">
      <w:pPr>
        <w:jc w:val="center"/>
        <w:rPr>
          <w:sz w:val="28"/>
          <w:szCs w:val="28"/>
          <w:lang w:val="kk-KZ"/>
        </w:rPr>
      </w:pPr>
      <w:r w:rsidRPr="00F735D7">
        <w:rPr>
          <w:sz w:val="28"/>
          <w:szCs w:val="28"/>
          <w:lang w:val="kk-KZ"/>
        </w:rPr>
        <w:t>№ 158 сайлау учаскесі</w:t>
      </w:r>
    </w:p>
    <w:p w14:paraId="0CB2D8B6"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қаласы әкімдігінің «Фариза Оңғарсынова атындағы </w:t>
      </w:r>
    </w:p>
    <w:p w14:paraId="44307C88" w14:textId="77777777" w:rsidR="00E72A3C" w:rsidRPr="00F735D7" w:rsidRDefault="00E72A3C" w:rsidP="00E72A3C">
      <w:pPr>
        <w:jc w:val="center"/>
        <w:rPr>
          <w:sz w:val="28"/>
          <w:szCs w:val="28"/>
          <w:lang w:val="kk-KZ"/>
        </w:rPr>
      </w:pPr>
      <w:r w:rsidRPr="00F735D7">
        <w:rPr>
          <w:sz w:val="28"/>
          <w:szCs w:val="28"/>
          <w:lang w:val="kk-KZ"/>
        </w:rPr>
        <w:t>№ 77 мектеп-гимназия» шаруашылық жүргізу құқығындағы мемлекеттік коммуналдық кәсіпорны, Мәңгілік Ел даңғылы, № 22/1)</w:t>
      </w:r>
    </w:p>
    <w:p w14:paraId="13265303" w14:textId="77777777" w:rsidR="00E72A3C" w:rsidRPr="00F735D7" w:rsidRDefault="00E72A3C" w:rsidP="00E72A3C">
      <w:pPr>
        <w:jc w:val="center"/>
        <w:rPr>
          <w:sz w:val="28"/>
          <w:szCs w:val="28"/>
          <w:lang w:val="kk-KZ"/>
        </w:rPr>
      </w:pPr>
    </w:p>
    <w:p w14:paraId="404B5941" w14:textId="77777777" w:rsidR="00E72A3C" w:rsidRDefault="00E72A3C" w:rsidP="00E72A3C">
      <w:pPr>
        <w:ind w:firstLine="567"/>
        <w:jc w:val="both"/>
        <w:rPr>
          <w:sz w:val="28"/>
          <w:szCs w:val="28"/>
          <w:lang w:val="kk-KZ"/>
        </w:rPr>
      </w:pPr>
      <w:r w:rsidRPr="00F735D7">
        <w:rPr>
          <w:sz w:val="28"/>
          <w:szCs w:val="28"/>
          <w:lang w:val="kk-KZ"/>
        </w:rPr>
        <w:t>Шекарасы: Сығанақ көшесінен Мәңгілік Ел даңғылының жұп</w:t>
      </w:r>
      <w:r>
        <w:rPr>
          <w:sz w:val="28"/>
          <w:szCs w:val="28"/>
          <w:lang w:val="kk-KZ"/>
        </w:rPr>
        <w:t xml:space="preserve"> сандар</w:t>
      </w:r>
      <w:r w:rsidRPr="00F735D7">
        <w:rPr>
          <w:sz w:val="28"/>
          <w:szCs w:val="28"/>
          <w:lang w:val="kk-KZ"/>
        </w:rPr>
        <w:t xml:space="preserve"> жағымен Мәңгілік Ел даңғылындағы № 24 үйге дейін, Мәңгілік Ел даңғылындағы № 24 үйден өтпе жолмен Ә. Бөкейхан көшесіндегі № 10 үйге дейін, Ә. Бөкейхан көшесіндегі № 10 үйден өт</w:t>
      </w:r>
      <w:r>
        <w:rPr>
          <w:sz w:val="28"/>
          <w:szCs w:val="28"/>
          <w:lang w:val="kk-KZ"/>
        </w:rPr>
        <w:t>пе жо</w:t>
      </w:r>
      <w:r w:rsidRPr="00F735D7">
        <w:rPr>
          <w:sz w:val="28"/>
          <w:szCs w:val="28"/>
          <w:lang w:val="kk-KZ"/>
        </w:rPr>
        <w:t>лмен Ә. Бөкейхан көшесіндегі № 12 үйге дейін, Ә. Бөкейхан көшесіндегі № 12 үйден өтпе жолмен Ә. Бөкейхан көшесіне дейін, Ә. Бөкейхан көшесінің жұп сандар жағымен Сығанақ көшесіне дейін, Сығанақ көшесінің жұп</w:t>
      </w:r>
      <w:r w:rsidRPr="00746A9D">
        <w:rPr>
          <w:sz w:val="28"/>
          <w:szCs w:val="28"/>
          <w:lang w:val="kk-KZ"/>
        </w:rPr>
        <w:t xml:space="preserve"> </w:t>
      </w:r>
      <w:r>
        <w:rPr>
          <w:sz w:val="28"/>
          <w:szCs w:val="28"/>
          <w:lang w:val="kk-KZ"/>
        </w:rPr>
        <w:t>сандар</w:t>
      </w:r>
      <w:r w:rsidRPr="00F735D7">
        <w:rPr>
          <w:sz w:val="28"/>
          <w:szCs w:val="28"/>
          <w:lang w:val="kk-KZ"/>
        </w:rPr>
        <w:t xml:space="preserve"> жағымен Мәңгілік Ел даңғылына дейін.</w:t>
      </w:r>
    </w:p>
    <w:p w14:paraId="25ABF12D" w14:textId="77777777" w:rsidR="00E72A3C" w:rsidRDefault="00E72A3C" w:rsidP="00E72A3C">
      <w:pPr>
        <w:spacing w:after="160" w:line="259" w:lineRule="auto"/>
        <w:rPr>
          <w:sz w:val="28"/>
          <w:szCs w:val="28"/>
          <w:lang w:val="kk-KZ"/>
        </w:rPr>
      </w:pPr>
      <w:r>
        <w:rPr>
          <w:sz w:val="28"/>
          <w:szCs w:val="28"/>
          <w:lang w:val="kk-KZ"/>
        </w:rPr>
        <w:br w:type="page"/>
      </w:r>
    </w:p>
    <w:p w14:paraId="505007AA" w14:textId="77777777" w:rsidR="00E72A3C" w:rsidRPr="00F735D7" w:rsidRDefault="00E72A3C" w:rsidP="00E72A3C">
      <w:pPr>
        <w:jc w:val="center"/>
        <w:rPr>
          <w:sz w:val="28"/>
          <w:szCs w:val="28"/>
          <w:lang w:val="kk-KZ"/>
        </w:rPr>
      </w:pPr>
      <w:r w:rsidRPr="00F735D7">
        <w:rPr>
          <w:sz w:val="28"/>
          <w:szCs w:val="28"/>
          <w:lang w:val="kk-KZ"/>
        </w:rPr>
        <w:lastRenderedPageBreak/>
        <w:t>№ 159 сайлау учаскесі</w:t>
      </w:r>
    </w:p>
    <w:p w14:paraId="2942E711" w14:textId="77777777" w:rsidR="00E72A3C" w:rsidRPr="00F735D7" w:rsidRDefault="00E72A3C" w:rsidP="00E72A3C">
      <w:pPr>
        <w:jc w:val="center"/>
        <w:rPr>
          <w:sz w:val="28"/>
          <w:szCs w:val="28"/>
          <w:lang w:val="kk-KZ"/>
        </w:rPr>
      </w:pPr>
      <w:r w:rsidRPr="00F735D7">
        <w:rPr>
          <w:sz w:val="28"/>
          <w:szCs w:val="28"/>
          <w:lang w:val="kk-KZ"/>
        </w:rPr>
        <w:t>(</w:t>
      </w:r>
      <w:r w:rsidRPr="00814807">
        <w:rPr>
          <w:sz w:val="28"/>
          <w:szCs w:val="28"/>
          <w:lang w:val="kk-KZ"/>
        </w:rPr>
        <w:t>о</w:t>
      </w:r>
      <w:r w:rsidRPr="00814807">
        <w:rPr>
          <w:sz w:val="28"/>
          <w:szCs w:val="32"/>
          <w:lang w:val="kk-KZ"/>
        </w:rPr>
        <w:t>рталығы – Астана қаласы әкімдігінің «№ 104 жалпы орта білім беретін мектеп» шаруашылық жүргізу құқығындағы мемлекеттік коммуналдық кәсіпорны, «</w:t>
      </w:r>
      <w:proofErr w:type="spellStart"/>
      <w:r w:rsidRPr="00814807">
        <w:rPr>
          <w:sz w:val="28"/>
          <w:szCs w:val="32"/>
          <w:lang w:val="kk-KZ"/>
        </w:rPr>
        <w:t>Заречное</w:t>
      </w:r>
      <w:proofErr w:type="spellEnd"/>
      <w:r w:rsidRPr="00814807">
        <w:rPr>
          <w:sz w:val="28"/>
          <w:szCs w:val="32"/>
          <w:lang w:val="kk-KZ"/>
        </w:rPr>
        <w:t>» тұрғын алабы, Жошы хан көшесі, № 16</w:t>
      </w:r>
      <w:r w:rsidRPr="00F735D7">
        <w:rPr>
          <w:sz w:val="28"/>
          <w:szCs w:val="28"/>
          <w:lang w:val="kk-KZ"/>
        </w:rPr>
        <w:t>)</w:t>
      </w:r>
    </w:p>
    <w:p w14:paraId="06A736A5" w14:textId="77777777" w:rsidR="00E72A3C" w:rsidRPr="00F735D7" w:rsidRDefault="00E72A3C" w:rsidP="00E72A3C">
      <w:pPr>
        <w:ind w:firstLine="567"/>
        <w:jc w:val="both"/>
        <w:rPr>
          <w:sz w:val="28"/>
          <w:szCs w:val="28"/>
          <w:lang w:val="kk-KZ"/>
        </w:rPr>
      </w:pPr>
    </w:p>
    <w:p w14:paraId="57E805A6" w14:textId="77777777" w:rsidR="00E72A3C" w:rsidRPr="00F735D7" w:rsidRDefault="00E72A3C" w:rsidP="00E72A3C">
      <w:pPr>
        <w:ind w:firstLine="567"/>
        <w:jc w:val="both"/>
        <w:rPr>
          <w:sz w:val="28"/>
          <w:szCs w:val="28"/>
          <w:lang w:val="kk-KZ"/>
        </w:rPr>
      </w:pPr>
      <w:r w:rsidRPr="00F735D7">
        <w:rPr>
          <w:sz w:val="28"/>
          <w:szCs w:val="28"/>
          <w:lang w:val="kk-KZ"/>
        </w:rPr>
        <w:t>Шекарасы: № 23 көшеден Ә. Бөкейхан көшесі</w:t>
      </w:r>
      <w:r>
        <w:rPr>
          <w:sz w:val="28"/>
          <w:szCs w:val="28"/>
          <w:lang w:val="kk-KZ"/>
        </w:rPr>
        <w:t>мен</w:t>
      </w:r>
      <w:r w:rsidRPr="00F735D7">
        <w:rPr>
          <w:sz w:val="28"/>
          <w:szCs w:val="28"/>
          <w:lang w:val="kk-KZ"/>
        </w:rPr>
        <w:t xml:space="preserve"> Ақниет көшесіне дейін, Ақниет көшесімен Жиделі көшесіне дейін, Жиделі көшесінен өтпе жолмен Керей, Жәнібек хандар көшесіндегі № 50/3 үйге дейін, Керей, Жәнібек хандар көшесіндегі № 50/3 үйден өтпе жолмен Бұқар жырау көшесіндегі № 33 үйге дейін</w:t>
      </w:r>
      <w:r>
        <w:rPr>
          <w:sz w:val="28"/>
          <w:szCs w:val="28"/>
          <w:lang w:val="kk-KZ"/>
        </w:rPr>
        <w:t>,</w:t>
      </w:r>
      <w:r w:rsidRPr="00F735D7">
        <w:rPr>
          <w:sz w:val="28"/>
          <w:szCs w:val="28"/>
          <w:lang w:val="kk-KZ"/>
        </w:rPr>
        <w:t xml:space="preserve"> Бұқар жырау көшесіндегі № 33 үйден өтпе жолмен № 23 көшеге дейін, № 23 көше</w:t>
      </w:r>
      <w:r>
        <w:rPr>
          <w:sz w:val="28"/>
          <w:szCs w:val="28"/>
          <w:lang w:val="kk-KZ"/>
        </w:rPr>
        <w:t>д</w:t>
      </w:r>
      <w:r w:rsidRPr="00F735D7">
        <w:rPr>
          <w:sz w:val="28"/>
          <w:szCs w:val="28"/>
          <w:lang w:val="kk-KZ"/>
        </w:rPr>
        <w:t>ен Ә. Бөкейхан көше</w:t>
      </w:r>
      <w:r>
        <w:rPr>
          <w:sz w:val="28"/>
          <w:szCs w:val="28"/>
          <w:lang w:val="kk-KZ"/>
        </w:rPr>
        <w:t>сін</w:t>
      </w:r>
      <w:r w:rsidRPr="00F735D7">
        <w:rPr>
          <w:sz w:val="28"/>
          <w:szCs w:val="28"/>
          <w:lang w:val="kk-KZ"/>
        </w:rPr>
        <w:t>е дейін.</w:t>
      </w:r>
    </w:p>
    <w:p w14:paraId="7B2D837F" w14:textId="77777777" w:rsidR="00E72A3C" w:rsidRPr="00F735D7" w:rsidRDefault="00E72A3C" w:rsidP="00E72A3C">
      <w:pPr>
        <w:ind w:firstLine="567"/>
        <w:jc w:val="both"/>
        <w:rPr>
          <w:sz w:val="28"/>
          <w:szCs w:val="28"/>
          <w:lang w:val="kk-KZ"/>
        </w:rPr>
      </w:pPr>
    </w:p>
    <w:p w14:paraId="1C1AA94F" w14:textId="77777777" w:rsidR="00E72A3C" w:rsidRPr="00F735D7" w:rsidRDefault="00E72A3C" w:rsidP="00E72A3C">
      <w:pPr>
        <w:jc w:val="center"/>
        <w:rPr>
          <w:sz w:val="28"/>
          <w:szCs w:val="28"/>
          <w:lang w:val="kk-KZ"/>
        </w:rPr>
      </w:pPr>
      <w:r w:rsidRPr="00F735D7">
        <w:rPr>
          <w:sz w:val="28"/>
          <w:szCs w:val="28"/>
          <w:lang w:val="kk-KZ"/>
        </w:rPr>
        <w:t>№ 160 сайлау учаскесі</w:t>
      </w:r>
    </w:p>
    <w:p w14:paraId="45DDED14" w14:textId="77777777" w:rsidR="00E72A3C" w:rsidRPr="00F735D7" w:rsidRDefault="00E72A3C" w:rsidP="00E72A3C">
      <w:pPr>
        <w:jc w:val="center"/>
        <w:rPr>
          <w:sz w:val="28"/>
          <w:szCs w:val="28"/>
          <w:lang w:val="kk-KZ"/>
        </w:rPr>
      </w:pPr>
      <w:r w:rsidRPr="00F735D7">
        <w:rPr>
          <w:sz w:val="28"/>
          <w:szCs w:val="28"/>
          <w:lang w:val="kk-KZ"/>
        </w:rPr>
        <w:t>(орталығы – Ұлттық қолжазбалар мен сирек кездесетін кітаптар орталығы, «</w:t>
      </w:r>
      <w:proofErr w:type="spellStart"/>
      <w:r w:rsidRPr="00F735D7">
        <w:rPr>
          <w:sz w:val="28"/>
          <w:szCs w:val="28"/>
          <w:lang w:val="kk-KZ"/>
        </w:rPr>
        <w:t>Нұржол</w:t>
      </w:r>
      <w:proofErr w:type="spellEnd"/>
      <w:r w:rsidRPr="00F735D7">
        <w:rPr>
          <w:sz w:val="28"/>
          <w:szCs w:val="28"/>
          <w:lang w:val="kk-KZ"/>
        </w:rPr>
        <w:t xml:space="preserve">» </w:t>
      </w:r>
      <w:proofErr w:type="spellStart"/>
      <w:r w:rsidRPr="00F735D7">
        <w:rPr>
          <w:sz w:val="28"/>
          <w:szCs w:val="28"/>
          <w:lang w:val="kk-KZ"/>
        </w:rPr>
        <w:t>желекжолы</w:t>
      </w:r>
      <w:proofErr w:type="spellEnd"/>
      <w:r w:rsidRPr="00F735D7">
        <w:rPr>
          <w:sz w:val="28"/>
          <w:szCs w:val="28"/>
          <w:lang w:val="kk-KZ"/>
        </w:rPr>
        <w:t>, № 12)</w:t>
      </w:r>
    </w:p>
    <w:p w14:paraId="6DDCE6A3" w14:textId="77777777" w:rsidR="00E72A3C" w:rsidRPr="00F735D7" w:rsidRDefault="00E72A3C" w:rsidP="00E72A3C">
      <w:pPr>
        <w:jc w:val="center"/>
        <w:rPr>
          <w:sz w:val="28"/>
          <w:szCs w:val="28"/>
          <w:lang w:val="kk-KZ"/>
        </w:rPr>
      </w:pPr>
    </w:p>
    <w:p w14:paraId="4E88FB44" w14:textId="77777777" w:rsidR="00E72A3C" w:rsidRPr="00420D39" w:rsidRDefault="00E72A3C" w:rsidP="00E72A3C">
      <w:pPr>
        <w:ind w:firstLine="567"/>
        <w:jc w:val="both"/>
        <w:rPr>
          <w:sz w:val="28"/>
          <w:szCs w:val="28"/>
          <w:lang w:val="kk-KZ"/>
        </w:rPr>
      </w:pPr>
      <w:r w:rsidRPr="00F735D7">
        <w:rPr>
          <w:sz w:val="28"/>
          <w:szCs w:val="28"/>
          <w:lang w:val="kk-KZ"/>
        </w:rPr>
        <w:t xml:space="preserve">Шекарасы: Қабанбай батыр даңғылынан Сығанақ көшесінің тақ </w:t>
      </w:r>
      <w:r w:rsidRPr="00420D39">
        <w:rPr>
          <w:sz w:val="28"/>
          <w:szCs w:val="28"/>
          <w:lang w:val="kk-KZ"/>
        </w:rPr>
        <w:t xml:space="preserve">сандар </w:t>
      </w:r>
      <w:r w:rsidRPr="00F735D7">
        <w:rPr>
          <w:sz w:val="28"/>
          <w:szCs w:val="28"/>
          <w:lang w:val="kk-KZ"/>
        </w:rPr>
        <w:t xml:space="preserve">жағымен Сауран көшесіне дейін, Сауран көшесінің тақ </w:t>
      </w:r>
      <w:r w:rsidRPr="00420D39">
        <w:rPr>
          <w:sz w:val="28"/>
          <w:szCs w:val="28"/>
          <w:lang w:val="kk-KZ"/>
        </w:rPr>
        <w:t xml:space="preserve">сандар </w:t>
      </w:r>
      <w:r w:rsidRPr="00F735D7">
        <w:rPr>
          <w:sz w:val="28"/>
          <w:szCs w:val="28"/>
          <w:lang w:val="kk-KZ"/>
        </w:rPr>
        <w:t xml:space="preserve">жағымен Достық көшесіне дейін, Достық көшесінің тақ </w:t>
      </w:r>
      <w:r w:rsidRPr="00420D39">
        <w:rPr>
          <w:sz w:val="28"/>
          <w:szCs w:val="28"/>
          <w:lang w:val="kk-KZ"/>
        </w:rPr>
        <w:t xml:space="preserve">сандар </w:t>
      </w:r>
      <w:r w:rsidRPr="00F735D7">
        <w:rPr>
          <w:sz w:val="28"/>
          <w:szCs w:val="28"/>
          <w:lang w:val="kk-KZ"/>
        </w:rPr>
        <w:t xml:space="preserve">жағымен Ақмешіт көшесіне дейін, Ақмешіт көшесінің тақ </w:t>
      </w:r>
      <w:r w:rsidRPr="00420D39">
        <w:rPr>
          <w:sz w:val="28"/>
          <w:szCs w:val="28"/>
          <w:lang w:val="kk-KZ"/>
        </w:rPr>
        <w:t xml:space="preserve">сандар </w:t>
      </w:r>
      <w:r w:rsidRPr="00F735D7">
        <w:rPr>
          <w:sz w:val="28"/>
          <w:szCs w:val="28"/>
          <w:lang w:val="kk-KZ"/>
        </w:rPr>
        <w:t>жағымен «</w:t>
      </w:r>
      <w:proofErr w:type="spellStart"/>
      <w:r w:rsidRPr="00F735D7">
        <w:rPr>
          <w:sz w:val="28"/>
          <w:szCs w:val="28"/>
          <w:lang w:val="kk-KZ"/>
        </w:rPr>
        <w:t>Нұржол</w:t>
      </w:r>
      <w:proofErr w:type="spellEnd"/>
      <w:r w:rsidRPr="00F735D7">
        <w:rPr>
          <w:sz w:val="28"/>
          <w:szCs w:val="28"/>
          <w:lang w:val="kk-KZ"/>
        </w:rPr>
        <w:t xml:space="preserve">» </w:t>
      </w:r>
      <w:proofErr w:type="spellStart"/>
      <w:r w:rsidRPr="00F735D7">
        <w:rPr>
          <w:sz w:val="28"/>
          <w:szCs w:val="28"/>
          <w:lang w:val="kk-KZ"/>
        </w:rPr>
        <w:t>желекжолына</w:t>
      </w:r>
      <w:proofErr w:type="spellEnd"/>
      <w:r w:rsidRPr="00F735D7">
        <w:rPr>
          <w:sz w:val="28"/>
          <w:szCs w:val="28"/>
          <w:lang w:val="kk-KZ"/>
        </w:rPr>
        <w:t xml:space="preserve"> дейін, «</w:t>
      </w:r>
      <w:proofErr w:type="spellStart"/>
      <w:r w:rsidRPr="00F735D7">
        <w:rPr>
          <w:sz w:val="28"/>
          <w:szCs w:val="28"/>
          <w:lang w:val="kk-KZ"/>
        </w:rPr>
        <w:t>Нұржол</w:t>
      </w:r>
      <w:proofErr w:type="spellEnd"/>
      <w:r w:rsidRPr="00F735D7">
        <w:rPr>
          <w:sz w:val="28"/>
          <w:szCs w:val="28"/>
          <w:lang w:val="kk-KZ"/>
        </w:rPr>
        <w:t xml:space="preserve">» </w:t>
      </w:r>
      <w:proofErr w:type="spellStart"/>
      <w:r w:rsidRPr="00F735D7">
        <w:rPr>
          <w:sz w:val="28"/>
          <w:szCs w:val="28"/>
          <w:lang w:val="kk-KZ"/>
        </w:rPr>
        <w:t>желекжолымен</w:t>
      </w:r>
      <w:proofErr w:type="spellEnd"/>
      <w:r w:rsidRPr="00F735D7">
        <w:rPr>
          <w:sz w:val="28"/>
          <w:szCs w:val="28"/>
          <w:lang w:val="kk-KZ"/>
        </w:rPr>
        <w:t xml:space="preserve"> Қабанбай батыр даңғылына дейін, Қабанбай батыр даңғылының жұп</w:t>
      </w:r>
      <w:r w:rsidRPr="00420D39">
        <w:rPr>
          <w:sz w:val="28"/>
          <w:szCs w:val="28"/>
          <w:lang w:val="kk-KZ"/>
        </w:rPr>
        <w:t xml:space="preserve"> сандар</w:t>
      </w:r>
      <w:r w:rsidRPr="00F735D7">
        <w:rPr>
          <w:sz w:val="28"/>
          <w:szCs w:val="28"/>
          <w:lang w:val="kk-KZ"/>
        </w:rPr>
        <w:t xml:space="preserve"> жағымен Сығанақ көшесіндегі № 33 үйді қоспағанда</w:t>
      </w:r>
      <w:r w:rsidRPr="00420D39">
        <w:rPr>
          <w:sz w:val="28"/>
          <w:szCs w:val="28"/>
          <w:lang w:val="kk-KZ"/>
        </w:rPr>
        <w:t xml:space="preserve">, </w:t>
      </w:r>
      <w:r w:rsidRPr="00F735D7">
        <w:rPr>
          <w:sz w:val="28"/>
          <w:szCs w:val="28"/>
          <w:lang w:val="kk-KZ"/>
        </w:rPr>
        <w:t>Сығанақ көшесіне дейін.</w:t>
      </w:r>
    </w:p>
    <w:p w14:paraId="781C49E0" w14:textId="77777777" w:rsidR="00E72A3C" w:rsidRPr="00F735D7" w:rsidRDefault="00E72A3C" w:rsidP="00E72A3C">
      <w:pPr>
        <w:jc w:val="center"/>
        <w:rPr>
          <w:sz w:val="28"/>
          <w:szCs w:val="28"/>
          <w:lang w:val="kk-KZ"/>
        </w:rPr>
      </w:pPr>
    </w:p>
    <w:p w14:paraId="704AFEF9" w14:textId="77777777" w:rsidR="00E72A3C" w:rsidRPr="00F735D7" w:rsidRDefault="00E72A3C" w:rsidP="00E72A3C">
      <w:pPr>
        <w:jc w:val="center"/>
        <w:rPr>
          <w:sz w:val="28"/>
          <w:szCs w:val="28"/>
          <w:lang w:val="kk-KZ"/>
        </w:rPr>
      </w:pPr>
      <w:r w:rsidRPr="00F735D7">
        <w:rPr>
          <w:sz w:val="28"/>
          <w:szCs w:val="28"/>
          <w:lang w:val="kk-KZ"/>
        </w:rPr>
        <w:t>№ 161 сайлау учаскесі</w:t>
      </w:r>
    </w:p>
    <w:p w14:paraId="0824862E"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қаласы әкімдігінің «№ 82 «Дарын» мамандандырылған лицейі» коммуналдық мемлекеттік мекемесі, </w:t>
      </w:r>
    </w:p>
    <w:p w14:paraId="7C3C3F97" w14:textId="77777777" w:rsidR="00E72A3C" w:rsidRPr="00F735D7" w:rsidRDefault="00E72A3C" w:rsidP="00E72A3C">
      <w:pPr>
        <w:jc w:val="center"/>
        <w:rPr>
          <w:sz w:val="28"/>
          <w:szCs w:val="28"/>
          <w:lang w:val="kk-KZ"/>
        </w:rPr>
      </w:pPr>
      <w:r w:rsidRPr="00F735D7">
        <w:rPr>
          <w:sz w:val="28"/>
          <w:szCs w:val="28"/>
          <w:lang w:val="kk-KZ"/>
        </w:rPr>
        <w:t>Ұлы Дала даңғылы, № 61/1)</w:t>
      </w:r>
    </w:p>
    <w:p w14:paraId="2E607C7E" w14:textId="77777777" w:rsidR="00E72A3C" w:rsidRPr="00F735D7" w:rsidRDefault="00E72A3C" w:rsidP="00E72A3C">
      <w:pPr>
        <w:jc w:val="center"/>
        <w:rPr>
          <w:sz w:val="28"/>
          <w:szCs w:val="28"/>
          <w:lang w:val="kk-KZ"/>
        </w:rPr>
      </w:pPr>
    </w:p>
    <w:p w14:paraId="4694B255" w14:textId="77777777" w:rsidR="00E72A3C" w:rsidRPr="00F735D7" w:rsidRDefault="00E72A3C" w:rsidP="00E72A3C">
      <w:pPr>
        <w:ind w:firstLine="567"/>
        <w:jc w:val="both"/>
        <w:rPr>
          <w:sz w:val="28"/>
          <w:szCs w:val="28"/>
          <w:lang w:val="kk-KZ"/>
        </w:rPr>
      </w:pPr>
      <w:r w:rsidRPr="00F735D7">
        <w:rPr>
          <w:sz w:val="28"/>
          <w:szCs w:val="28"/>
          <w:lang w:val="kk-KZ"/>
        </w:rPr>
        <w:t>Шекарасы: Бұқар жырау көшесі, № 36, 36/1, 36а, 36б үйлер, Ұлы Дала даңғылы, № 65/1, 65/2 үйлер.</w:t>
      </w:r>
    </w:p>
    <w:p w14:paraId="518A486F" w14:textId="77777777" w:rsidR="00E72A3C" w:rsidRPr="00F735D7" w:rsidRDefault="00E72A3C" w:rsidP="00E72A3C">
      <w:pPr>
        <w:ind w:firstLine="567"/>
        <w:jc w:val="both"/>
        <w:rPr>
          <w:sz w:val="28"/>
          <w:szCs w:val="28"/>
          <w:lang w:val="kk-KZ"/>
        </w:rPr>
      </w:pPr>
    </w:p>
    <w:p w14:paraId="4109B732" w14:textId="77777777" w:rsidR="00E72A3C" w:rsidRPr="00F735D7" w:rsidRDefault="00E72A3C" w:rsidP="00E72A3C">
      <w:pPr>
        <w:jc w:val="center"/>
        <w:rPr>
          <w:sz w:val="28"/>
          <w:szCs w:val="28"/>
          <w:lang w:val="kk-KZ"/>
        </w:rPr>
      </w:pPr>
      <w:r w:rsidRPr="00F735D7">
        <w:rPr>
          <w:sz w:val="28"/>
          <w:szCs w:val="28"/>
          <w:lang w:val="kk-KZ"/>
        </w:rPr>
        <w:t>№ 162 сайлау учаскесі</w:t>
      </w:r>
    </w:p>
    <w:p w14:paraId="2CC5D015"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халықаралық университеті, </w:t>
      </w:r>
      <w:r w:rsidRPr="00F735D7">
        <w:rPr>
          <w:sz w:val="28"/>
          <w:szCs w:val="28"/>
          <w:lang w:val="kk-KZ"/>
        </w:rPr>
        <w:br/>
        <w:t>Жиембет жырау</w:t>
      </w:r>
      <w:r w:rsidRPr="00746A9D">
        <w:rPr>
          <w:sz w:val="28"/>
          <w:szCs w:val="28"/>
          <w:lang w:val="kk-KZ"/>
        </w:rPr>
        <w:t xml:space="preserve"> көшесі</w:t>
      </w:r>
      <w:r w:rsidRPr="00F735D7">
        <w:rPr>
          <w:sz w:val="28"/>
          <w:szCs w:val="28"/>
          <w:lang w:val="kk-KZ"/>
        </w:rPr>
        <w:t>, № 2)</w:t>
      </w:r>
    </w:p>
    <w:p w14:paraId="3BCC8414" w14:textId="77777777" w:rsidR="00E72A3C" w:rsidRPr="00F735D7" w:rsidRDefault="00E72A3C" w:rsidP="00E72A3C">
      <w:pPr>
        <w:jc w:val="center"/>
        <w:rPr>
          <w:sz w:val="28"/>
          <w:szCs w:val="28"/>
          <w:lang w:val="kk-KZ"/>
        </w:rPr>
      </w:pPr>
    </w:p>
    <w:p w14:paraId="2FF3D3ED" w14:textId="77777777" w:rsidR="00E72A3C" w:rsidRPr="00F735D7" w:rsidRDefault="00E72A3C" w:rsidP="00E72A3C">
      <w:pPr>
        <w:ind w:firstLine="567"/>
        <w:jc w:val="both"/>
        <w:rPr>
          <w:sz w:val="28"/>
          <w:szCs w:val="28"/>
          <w:lang w:val="kk-KZ"/>
        </w:rPr>
      </w:pPr>
      <w:r w:rsidRPr="00F735D7">
        <w:rPr>
          <w:sz w:val="28"/>
          <w:szCs w:val="28"/>
          <w:lang w:val="kk-KZ"/>
        </w:rPr>
        <w:t xml:space="preserve">Шекарасы: Сарайшық көшесінен Жиембет жырау көшесінің жұп </w:t>
      </w:r>
      <w:r w:rsidRPr="00746A9D">
        <w:rPr>
          <w:sz w:val="28"/>
          <w:szCs w:val="28"/>
          <w:lang w:val="kk-KZ"/>
        </w:rPr>
        <w:t xml:space="preserve">сандар </w:t>
      </w:r>
      <w:r w:rsidRPr="00F735D7">
        <w:rPr>
          <w:sz w:val="28"/>
          <w:szCs w:val="28"/>
          <w:lang w:val="kk-KZ"/>
        </w:rPr>
        <w:t>жағымен Қарашаш көшесіне дейін, Қарашаш көшесінің жұп</w:t>
      </w:r>
      <w:r w:rsidRPr="00746A9D">
        <w:rPr>
          <w:sz w:val="28"/>
          <w:szCs w:val="28"/>
          <w:lang w:val="kk-KZ"/>
        </w:rPr>
        <w:t xml:space="preserve"> сандар </w:t>
      </w:r>
      <w:r w:rsidRPr="00F735D7">
        <w:rPr>
          <w:sz w:val="28"/>
          <w:szCs w:val="28"/>
          <w:lang w:val="kk-KZ"/>
        </w:rPr>
        <w:t>жағымен Қараөткел көшесіне дейін, Қараөткел көшесінің тақ</w:t>
      </w:r>
      <w:r w:rsidRPr="00F735D7">
        <w:rPr>
          <w:lang w:val="kk-KZ"/>
        </w:rPr>
        <w:t xml:space="preserve"> </w:t>
      </w:r>
      <w:r w:rsidRPr="00F735D7">
        <w:rPr>
          <w:sz w:val="28"/>
          <w:szCs w:val="28"/>
          <w:lang w:val="kk-KZ"/>
        </w:rPr>
        <w:t>сандар жағымен Жиембет жырау көшесіне дейін, Жиембет жырау көшесінің тақ</w:t>
      </w:r>
      <w:r w:rsidRPr="00746A9D">
        <w:rPr>
          <w:sz w:val="28"/>
          <w:szCs w:val="28"/>
          <w:lang w:val="kk-KZ"/>
        </w:rPr>
        <w:t xml:space="preserve"> сандар</w:t>
      </w:r>
      <w:r w:rsidRPr="00F735D7">
        <w:rPr>
          <w:sz w:val="28"/>
          <w:szCs w:val="28"/>
          <w:lang w:val="kk-KZ"/>
        </w:rPr>
        <w:t xml:space="preserve"> жағымен Қалампыр көшесіне дейін, Қалампыр көшесінің тақ</w:t>
      </w:r>
      <w:r w:rsidRPr="00746A9D">
        <w:rPr>
          <w:sz w:val="28"/>
          <w:szCs w:val="28"/>
          <w:lang w:val="kk-KZ"/>
        </w:rPr>
        <w:t xml:space="preserve"> сандар</w:t>
      </w:r>
      <w:r w:rsidRPr="00F735D7">
        <w:rPr>
          <w:sz w:val="28"/>
          <w:szCs w:val="28"/>
          <w:lang w:val="kk-KZ"/>
        </w:rPr>
        <w:t xml:space="preserve"> жағымен </w:t>
      </w:r>
      <w:proofErr w:type="spellStart"/>
      <w:r w:rsidRPr="00F735D7">
        <w:rPr>
          <w:sz w:val="28"/>
          <w:szCs w:val="28"/>
          <w:lang w:val="kk-KZ"/>
        </w:rPr>
        <w:t>Родниковая</w:t>
      </w:r>
      <w:proofErr w:type="spellEnd"/>
      <w:r w:rsidRPr="00F735D7">
        <w:rPr>
          <w:sz w:val="28"/>
          <w:szCs w:val="28"/>
          <w:lang w:val="kk-KZ"/>
        </w:rPr>
        <w:t xml:space="preserve"> көшесіне дейін, Қалампыр көшесінен </w:t>
      </w:r>
      <w:proofErr w:type="spellStart"/>
      <w:r w:rsidRPr="00F735D7">
        <w:rPr>
          <w:sz w:val="28"/>
          <w:szCs w:val="28"/>
          <w:lang w:val="kk-KZ"/>
        </w:rPr>
        <w:t>Родниковая</w:t>
      </w:r>
      <w:proofErr w:type="spellEnd"/>
      <w:r w:rsidRPr="00F735D7">
        <w:rPr>
          <w:sz w:val="28"/>
          <w:szCs w:val="28"/>
          <w:lang w:val="kk-KZ"/>
        </w:rPr>
        <w:t xml:space="preserve"> көшесімен Жауқазын көшесіне дейін, Жауқазын көшесімен Есіл өзенінің арнасына дейін, Есіл өзенінің арнасымен Сарайшық көшесіне дейін, Сарайшық көшесінің тақ </w:t>
      </w:r>
      <w:r w:rsidRPr="00746A9D">
        <w:rPr>
          <w:sz w:val="28"/>
          <w:szCs w:val="28"/>
          <w:lang w:val="kk-KZ"/>
        </w:rPr>
        <w:t xml:space="preserve">сандар </w:t>
      </w:r>
      <w:r w:rsidRPr="00F735D7">
        <w:rPr>
          <w:sz w:val="28"/>
          <w:szCs w:val="28"/>
          <w:lang w:val="kk-KZ"/>
        </w:rPr>
        <w:t>жағымен Жиембет жырау көшесіне дейін.</w:t>
      </w:r>
    </w:p>
    <w:p w14:paraId="3815EAB6" w14:textId="77777777" w:rsidR="00E72A3C" w:rsidRPr="00F735D7" w:rsidRDefault="00E72A3C" w:rsidP="00E72A3C">
      <w:pPr>
        <w:ind w:firstLine="567"/>
        <w:jc w:val="both"/>
        <w:rPr>
          <w:sz w:val="28"/>
          <w:szCs w:val="28"/>
          <w:lang w:val="kk-KZ"/>
        </w:rPr>
      </w:pPr>
    </w:p>
    <w:p w14:paraId="3BDA2A20" w14:textId="77777777" w:rsidR="00E72A3C" w:rsidRPr="00F735D7" w:rsidRDefault="00E72A3C" w:rsidP="00E72A3C">
      <w:pPr>
        <w:jc w:val="center"/>
        <w:rPr>
          <w:sz w:val="28"/>
          <w:szCs w:val="28"/>
          <w:lang w:val="kk-KZ"/>
        </w:rPr>
      </w:pPr>
      <w:r w:rsidRPr="00F735D7">
        <w:rPr>
          <w:sz w:val="28"/>
          <w:szCs w:val="28"/>
          <w:lang w:val="kk-KZ"/>
        </w:rPr>
        <w:t>№ 163 сайлау учаскесі</w:t>
      </w:r>
    </w:p>
    <w:p w14:paraId="3B8ED794"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қаласы әкімдігінің «Дулат Бабатайұлы атындағы </w:t>
      </w:r>
    </w:p>
    <w:p w14:paraId="71F12D51" w14:textId="77777777" w:rsidR="00E72A3C" w:rsidRPr="00F735D7" w:rsidRDefault="00E72A3C" w:rsidP="00E72A3C">
      <w:pPr>
        <w:jc w:val="center"/>
        <w:rPr>
          <w:sz w:val="28"/>
          <w:szCs w:val="28"/>
          <w:lang w:val="kk-KZ"/>
        </w:rPr>
      </w:pPr>
      <w:r w:rsidRPr="00F735D7">
        <w:rPr>
          <w:sz w:val="28"/>
          <w:szCs w:val="28"/>
          <w:lang w:val="kk-KZ"/>
        </w:rPr>
        <w:t xml:space="preserve">№ 89 мектеп-лицей» шаруашылық жүргізу құқығындағы мемлекеттік </w:t>
      </w:r>
    </w:p>
    <w:p w14:paraId="4C64737D" w14:textId="77777777" w:rsidR="00E72A3C" w:rsidRPr="00F735D7" w:rsidRDefault="00E72A3C" w:rsidP="00E72A3C">
      <w:pPr>
        <w:jc w:val="center"/>
        <w:rPr>
          <w:sz w:val="28"/>
          <w:szCs w:val="28"/>
          <w:lang w:val="kk-KZ"/>
        </w:rPr>
      </w:pPr>
      <w:r w:rsidRPr="00F735D7">
        <w:rPr>
          <w:sz w:val="28"/>
          <w:szCs w:val="28"/>
          <w:lang w:val="kk-KZ"/>
        </w:rPr>
        <w:t>коммуналдық кәсіпорны, Сауран көшесі, № 11)</w:t>
      </w:r>
    </w:p>
    <w:p w14:paraId="44AF4E03" w14:textId="77777777" w:rsidR="00E72A3C" w:rsidRPr="00F735D7" w:rsidRDefault="00E72A3C" w:rsidP="00E72A3C">
      <w:pPr>
        <w:jc w:val="center"/>
        <w:rPr>
          <w:sz w:val="28"/>
          <w:szCs w:val="28"/>
          <w:lang w:val="kk-KZ"/>
        </w:rPr>
      </w:pPr>
    </w:p>
    <w:p w14:paraId="1450AD7F" w14:textId="77777777" w:rsidR="00E72A3C" w:rsidRPr="00F735D7" w:rsidRDefault="00E72A3C" w:rsidP="00E72A3C">
      <w:pPr>
        <w:ind w:firstLine="567"/>
        <w:jc w:val="both"/>
        <w:rPr>
          <w:sz w:val="28"/>
          <w:szCs w:val="28"/>
          <w:lang w:val="kk-KZ"/>
        </w:rPr>
      </w:pPr>
      <w:r w:rsidRPr="00F735D7">
        <w:rPr>
          <w:sz w:val="28"/>
          <w:szCs w:val="28"/>
          <w:lang w:val="kk-KZ"/>
        </w:rPr>
        <w:t xml:space="preserve">Шекарасы: Керей, Жәнібек хандар көшесі, № 12/1, 14/2, </w:t>
      </w:r>
      <w:r w:rsidRPr="00420D39">
        <w:rPr>
          <w:sz w:val="28"/>
          <w:szCs w:val="28"/>
          <w:lang w:val="kk-KZ"/>
        </w:rPr>
        <w:t>14а, 14б, 14в</w:t>
      </w:r>
      <w:r w:rsidRPr="00F735D7">
        <w:rPr>
          <w:sz w:val="28"/>
          <w:szCs w:val="28"/>
          <w:lang w:val="kk-KZ"/>
        </w:rPr>
        <w:t>, 16 үйлер, Ақмешіт көшесі, № 9, 9/1, 9/2, 11 үйлер.</w:t>
      </w:r>
    </w:p>
    <w:p w14:paraId="761CA3E5" w14:textId="77777777" w:rsidR="00E72A3C" w:rsidRPr="00F735D7" w:rsidRDefault="00E72A3C" w:rsidP="00E72A3C">
      <w:pPr>
        <w:ind w:firstLine="567"/>
        <w:jc w:val="both"/>
        <w:rPr>
          <w:sz w:val="28"/>
          <w:szCs w:val="28"/>
          <w:lang w:val="kk-KZ"/>
        </w:rPr>
      </w:pPr>
    </w:p>
    <w:p w14:paraId="43C88253" w14:textId="77777777" w:rsidR="00E72A3C" w:rsidRPr="00F735D7" w:rsidRDefault="00E72A3C" w:rsidP="00E72A3C">
      <w:pPr>
        <w:jc w:val="center"/>
        <w:rPr>
          <w:sz w:val="28"/>
          <w:szCs w:val="28"/>
          <w:lang w:val="kk-KZ"/>
        </w:rPr>
      </w:pPr>
      <w:r w:rsidRPr="00F735D7">
        <w:rPr>
          <w:sz w:val="28"/>
          <w:szCs w:val="28"/>
          <w:lang w:val="kk-KZ"/>
        </w:rPr>
        <w:t>№ 164 сайлау учаскесі</w:t>
      </w:r>
    </w:p>
    <w:p w14:paraId="7E3C86FC" w14:textId="77777777" w:rsidR="00E72A3C" w:rsidRPr="00F735D7" w:rsidRDefault="00E72A3C" w:rsidP="00E72A3C">
      <w:pPr>
        <w:jc w:val="center"/>
        <w:rPr>
          <w:sz w:val="28"/>
          <w:szCs w:val="28"/>
          <w:lang w:val="kk-KZ"/>
        </w:rPr>
      </w:pPr>
      <w:r w:rsidRPr="00F735D7">
        <w:rPr>
          <w:sz w:val="28"/>
          <w:szCs w:val="28"/>
          <w:lang w:val="kk-KZ"/>
        </w:rPr>
        <w:t>(орталығы – «Назарбаев Зияткерлік мектептері» дербес білім беру ұйымының «</w:t>
      </w:r>
      <w:proofErr w:type="spellStart"/>
      <w:r w:rsidRPr="00F735D7">
        <w:rPr>
          <w:sz w:val="28"/>
          <w:szCs w:val="28"/>
          <w:lang w:val="kk-KZ"/>
        </w:rPr>
        <w:t>International</w:t>
      </w:r>
      <w:proofErr w:type="spellEnd"/>
      <w:r w:rsidRPr="00F735D7">
        <w:rPr>
          <w:sz w:val="28"/>
          <w:szCs w:val="28"/>
          <w:lang w:val="kk-KZ"/>
        </w:rPr>
        <w:t xml:space="preserve"> </w:t>
      </w:r>
      <w:proofErr w:type="spellStart"/>
      <w:r w:rsidRPr="00F735D7">
        <w:rPr>
          <w:sz w:val="28"/>
          <w:szCs w:val="28"/>
          <w:lang w:val="kk-KZ"/>
        </w:rPr>
        <w:t>Steppe</w:t>
      </w:r>
      <w:proofErr w:type="spellEnd"/>
      <w:r w:rsidRPr="00F735D7">
        <w:rPr>
          <w:sz w:val="28"/>
          <w:szCs w:val="28"/>
          <w:lang w:val="kk-KZ"/>
        </w:rPr>
        <w:t xml:space="preserve"> </w:t>
      </w:r>
      <w:proofErr w:type="spellStart"/>
      <w:r w:rsidRPr="00F735D7">
        <w:rPr>
          <w:sz w:val="28"/>
          <w:szCs w:val="28"/>
          <w:lang w:val="kk-KZ"/>
        </w:rPr>
        <w:t>School</w:t>
      </w:r>
      <w:proofErr w:type="spellEnd"/>
      <w:r w:rsidRPr="00F735D7">
        <w:rPr>
          <w:sz w:val="28"/>
          <w:szCs w:val="28"/>
          <w:lang w:val="kk-KZ"/>
        </w:rPr>
        <w:t xml:space="preserve"> </w:t>
      </w:r>
      <w:proofErr w:type="spellStart"/>
      <w:r w:rsidRPr="00F735D7">
        <w:rPr>
          <w:sz w:val="28"/>
          <w:szCs w:val="28"/>
          <w:lang w:val="kk-KZ"/>
        </w:rPr>
        <w:t>of</w:t>
      </w:r>
      <w:proofErr w:type="spellEnd"/>
      <w:r w:rsidRPr="00F735D7">
        <w:rPr>
          <w:sz w:val="28"/>
          <w:szCs w:val="28"/>
          <w:lang w:val="kk-KZ"/>
        </w:rPr>
        <w:t xml:space="preserve"> </w:t>
      </w:r>
      <w:proofErr w:type="spellStart"/>
      <w:r w:rsidRPr="00F735D7">
        <w:rPr>
          <w:sz w:val="28"/>
          <w:szCs w:val="28"/>
          <w:lang w:val="kk-KZ"/>
        </w:rPr>
        <w:t>Astana</w:t>
      </w:r>
      <w:proofErr w:type="spellEnd"/>
      <w:r w:rsidRPr="00F735D7">
        <w:rPr>
          <w:sz w:val="28"/>
          <w:szCs w:val="28"/>
          <w:lang w:val="kk-KZ"/>
        </w:rPr>
        <w:t>» филиалы,</w:t>
      </w:r>
      <w:r w:rsidRPr="00EE14F8">
        <w:rPr>
          <w:sz w:val="28"/>
          <w:szCs w:val="28"/>
          <w:lang w:val="kk-KZ"/>
        </w:rPr>
        <w:t xml:space="preserve"> </w:t>
      </w:r>
      <w:r w:rsidRPr="00F735D7">
        <w:rPr>
          <w:sz w:val="28"/>
          <w:szCs w:val="28"/>
          <w:lang w:val="kk-KZ"/>
        </w:rPr>
        <w:t>Түркістан көшесі, № 32/1)</w:t>
      </w:r>
    </w:p>
    <w:p w14:paraId="731373C5" w14:textId="77777777" w:rsidR="00E72A3C" w:rsidRPr="00F735D7" w:rsidRDefault="00E72A3C" w:rsidP="00E72A3C">
      <w:pPr>
        <w:rPr>
          <w:sz w:val="28"/>
          <w:szCs w:val="28"/>
          <w:lang w:val="kk-KZ"/>
        </w:rPr>
      </w:pPr>
    </w:p>
    <w:p w14:paraId="4C4D4114" w14:textId="77777777" w:rsidR="00E72A3C" w:rsidRPr="00F735D7" w:rsidRDefault="00E72A3C" w:rsidP="00E72A3C">
      <w:pPr>
        <w:ind w:firstLine="567"/>
        <w:jc w:val="both"/>
        <w:rPr>
          <w:sz w:val="28"/>
          <w:szCs w:val="28"/>
          <w:lang w:val="kk-KZ"/>
        </w:rPr>
      </w:pPr>
      <w:r w:rsidRPr="00F735D7">
        <w:rPr>
          <w:sz w:val="28"/>
          <w:szCs w:val="28"/>
          <w:lang w:val="kk-KZ"/>
        </w:rPr>
        <w:t>Шекарасы: Түркістан көшесіндегі № 18, 18/1, 20, 20/1 үйлер, Мәңгілік Ел даңғылындағы № 37, 37/1, 37/1 (1-блок), 39 үйлер.</w:t>
      </w:r>
    </w:p>
    <w:p w14:paraId="4AC6877D" w14:textId="77777777" w:rsidR="00E72A3C" w:rsidRPr="00F735D7" w:rsidRDefault="00E72A3C" w:rsidP="00E72A3C">
      <w:pPr>
        <w:jc w:val="center"/>
        <w:rPr>
          <w:sz w:val="28"/>
          <w:szCs w:val="28"/>
          <w:lang w:val="kk-KZ"/>
        </w:rPr>
      </w:pPr>
    </w:p>
    <w:p w14:paraId="3D489D7A" w14:textId="77777777" w:rsidR="00E72A3C" w:rsidRPr="00F735D7" w:rsidRDefault="00E72A3C" w:rsidP="00E72A3C">
      <w:pPr>
        <w:jc w:val="center"/>
        <w:rPr>
          <w:sz w:val="28"/>
          <w:szCs w:val="28"/>
          <w:lang w:val="kk-KZ"/>
        </w:rPr>
      </w:pPr>
      <w:r w:rsidRPr="00F735D7">
        <w:rPr>
          <w:sz w:val="28"/>
          <w:szCs w:val="28"/>
          <w:lang w:val="kk-KZ"/>
        </w:rPr>
        <w:t>№ 165 сайлау учаскесі</w:t>
      </w:r>
    </w:p>
    <w:p w14:paraId="25CE2DB5" w14:textId="77777777" w:rsidR="00E72A3C" w:rsidRPr="00F735D7" w:rsidRDefault="00E72A3C" w:rsidP="00E72A3C">
      <w:pPr>
        <w:jc w:val="center"/>
        <w:rPr>
          <w:sz w:val="28"/>
          <w:szCs w:val="28"/>
          <w:lang w:val="kk-KZ"/>
        </w:rPr>
      </w:pPr>
      <w:r w:rsidRPr="00F735D7">
        <w:rPr>
          <w:sz w:val="28"/>
          <w:szCs w:val="28"/>
          <w:lang w:val="kk-KZ"/>
        </w:rPr>
        <w:t>(орталығы – «Назарбаев Зияткерлік мектептері» дербес білім беру ұйымының «</w:t>
      </w:r>
      <w:proofErr w:type="spellStart"/>
      <w:r w:rsidRPr="00F735D7">
        <w:rPr>
          <w:sz w:val="28"/>
          <w:szCs w:val="28"/>
          <w:lang w:val="kk-KZ"/>
        </w:rPr>
        <w:t>International</w:t>
      </w:r>
      <w:proofErr w:type="spellEnd"/>
      <w:r w:rsidRPr="00F735D7">
        <w:rPr>
          <w:sz w:val="28"/>
          <w:szCs w:val="28"/>
          <w:lang w:val="kk-KZ"/>
        </w:rPr>
        <w:t xml:space="preserve"> </w:t>
      </w:r>
      <w:proofErr w:type="spellStart"/>
      <w:r w:rsidRPr="00F735D7">
        <w:rPr>
          <w:sz w:val="28"/>
          <w:szCs w:val="28"/>
          <w:lang w:val="kk-KZ"/>
        </w:rPr>
        <w:t>Steppe</w:t>
      </w:r>
      <w:proofErr w:type="spellEnd"/>
      <w:r w:rsidRPr="00F735D7">
        <w:rPr>
          <w:sz w:val="28"/>
          <w:szCs w:val="28"/>
          <w:lang w:val="kk-KZ"/>
        </w:rPr>
        <w:t xml:space="preserve"> </w:t>
      </w:r>
      <w:proofErr w:type="spellStart"/>
      <w:r w:rsidRPr="00F735D7">
        <w:rPr>
          <w:sz w:val="28"/>
          <w:szCs w:val="28"/>
          <w:lang w:val="kk-KZ"/>
        </w:rPr>
        <w:t>School</w:t>
      </w:r>
      <w:proofErr w:type="spellEnd"/>
      <w:r w:rsidRPr="00F735D7">
        <w:rPr>
          <w:sz w:val="28"/>
          <w:szCs w:val="28"/>
          <w:lang w:val="kk-KZ"/>
        </w:rPr>
        <w:t xml:space="preserve"> </w:t>
      </w:r>
      <w:proofErr w:type="spellStart"/>
      <w:r w:rsidRPr="00F735D7">
        <w:rPr>
          <w:sz w:val="28"/>
          <w:szCs w:val="28"/>
          <w:lang w:val="kk-KZ"/>
        </w:rPr>
        <w:t>of</w:t>
      </w:r>
      <w:proofErr w:type="spellEnd"/>
      <w:r w:rsidRPr="00F735D7">
        <w:rPr>
          <w:sz w:val="28"/>
          <w:szCs w:val="28"/>
          <w:lang w:val="kk-KZ"/>
        </w:rPr>
        <w:t xml:space="preserve"> </w:t>
      </w:r>
      <w:proofErr w:type="spellStart"/>
      <w:r w:rsidRPr="00F735D7">
        <w:rPr>
          <w:sz w:val="28"/>
          <w:szCs w:val="28"/>
          <w:lang w:val="kk-KZ"/>
        </w:rPr>
        <w:t>Astana</w:t>
      </w:r>
      <w:proofErr w:type="spellEnd"/>
      <w:r w:rsidRPr="00F735D7">
        <w:rPr>
          <w:sz w:val="28"/>
          <w:szCs w:val="28"/>
          <w:lang w:val="kk-KZ"/>
        </w:rPr>
        <w:t>» филиалы,</w:t>
      </w:r>
      <w:r w:rsidRPr="00EE14F8">
        <w:rPr>
          <w:sz w:val="28"/>
          <w:szCs w:val="28"/>
          <w:lang w:val="kk-KZ"/>
        </w:rPr>
        <w:t xml:space="preserve"> </w:t>
      </w:r>
      <w:r w:rsidRPr="00F735D7">
        <w:rPr>
          <w:sz w:val="28"/>
          <w:szCs w:val="28"/>
          <w:lang w:val="kk-KZ"/>
        </w:rPr>
        <w:t>Түркістан көшесі, № 32/1)</w:t>
      </w:r>
    </w:p>
    <w:p w14:paraId="71BC512B" w14:textId="77777777" w:rsidR="00E72A3C" w:rsidRPr="00F735D7" w:rsidRDefault="00E72A3C" w:rsidP="00E72A3C">
      <w:pPr>
        <w:jc w:val="center"/>
        <w:rPr>
          <w:sz w:val="28"/>
          <w:szCs w:val="28"/>
          <w:lang w:val="kk-KZ"/>
        </w:rPr>
      </w:pPr>
    </w:p>
    <w:p w14:paraId="6082C559" w14:textId="77777777" w:rsidR="00E72A3C" w:rsidRPr="00F735D7" w:rsidRDefault="00E72A3C" w:rsidP="00E72A3C">
      <w:pPr>
        <w:ind w:firstLine="567"/>
        <w:jc w:val="both"/>
        <w:rPr>
          <w:sz w:val="28"/>
          <w:szCs w:val="28"/>
          <w:lang w:val="kk-KZ"/>
        </w:rPr>
      </w:pPr>
      <w:r w:rsidRPr="00F735D7">
        <w:rPr>
          <w:sz w:val="28"/>
          <w:szCs w:val="28"/>
          <w:lang w:val="kk-KZ"/>
        </w:rPr>
        <w:t xml:space="preserve">Шекарасы: Бұқар жырау көшесінен Түркістан көшесінің жұп сандар жағымен Ұлы Дала даңғылындағы № 45/1 үйге дейін, Ұлы Дала даңғылындағы № 45/1 үйден өтпе жолмен Мәңгілік Ел даңғылына дейін, Мәңгілік Ел даңғылының тақ сандар жағымен Мәңгілік Ел даңғылындағы № 48 үйге дейін, Мәңгілік Ел даңғылындағы № 48 үйден өтпе жолмен Ә. Бөкейхан көшесіндегі </w:t>
      </w:r>
      <w:r w:rsidRPr="00F735D7">
        <w:rPr>
          <w:sz w:val="28"/>
          <w:szCs w:val="28"/>
          <w:lang w:val="kk-KZ"/>
        </w:rPr>
        <w:br/>
        <w:t>№ 30 үйге дейін, Ә. Бөкейхан көшесіндегі № 30 үйден өтпе жолмен Бұқар жырау көшесіне дейін, Бұқар жырау көшесінің жұп сандар жағымен Түркістан көшесіне дейін.</w:t>
      </w:r>
    </w:p>
    <w:p w14:paraId="13D9C25F" w14:textId="77777777" w:rsidR="00E72A3C" w:rsidRPr="00F735D7" w:rsidRDefault="00E72A3C" w:rsidP="00E72A3C">
      <w:pPr>
        <w:jc w:val="center"/>
        <w:rPr>
          <w:sz w:val="28"/>
          <w:szCs w:val="28"/>
          <w:lang w:val="kk-KZ"/>
        </w:rPr>
      </w:pPr>
    </w:p>
    <w:p w14:paraId="24028497" w14:textId="77777777" w:rsidR="00E72A3C" w:rsidRPr="00F735D7" w:rsidRDefault="00E72A3C" w:rsidP="00E72A3C">
      <w:pPr>
        <w:jc w:val="center"/>
        <w:rPr>
          <w:sz w:val="28"/>
          <w:szCs w:val="28"/>
          <w:lang w:val="kk-KZ"/>
        </w:rPr>
      </w:pPr>
      <w:r w:rsidRPr="00F735D7">
        <w:rPr>
          <w:sz w:val="28"/>
          <w:szCs w:val="28"/>
          <w:lang w:val="kk-KZ"/>
        </w:rPr>
        <w:t>№ 166 сайлау учаскесі</w:t>
      </w:r>
    </w:p>
    <w:p w14:paraId="0FA552AD" w14:textId="77777777" w:rsidR="00E72A3C" w:rsidRPr="00F735D7" w:rsidRDefault="00E72A3C" w:rsidP="00E72A3C">
      <w:pPr>
        <w:jc w:val="center"/>
        <w:rPr>
          <w:sz w:val="28"/>
          <w:szCs w:val="28"/>
          <w:lang w:val="kk-KZ"/>
        </w:rPr>
      </w:pPr>
      <w:r w:rsidRPr="00F735D7">
        <w:rPr>
          <w:sz w:val="28"/>
          <w:szCs w:val="28"/>
          <w:lang w:val="kk-KZ"/>
        </w:rPr>
        <w:t>(орталығы – Астана қаласы әкімдігінің «№ 82 «Дарын» мамандандырылған лицейі» коммуналдық мемлекеттік мекемесі, Ұлы Дала даңғылы, № 61/1)</w:t>
      </w:r>
    </w:p>
    <w:p w14:paraId="546164B4" w14:textId="77777777" w:rsidR="00E72A3C" w:rsidRPr="00F735D7" w:rsidRDefault="00E72A3C" w:rsidP="00E72A3C">
      <w:pPr>
        <w:jc w:val="center"/>
        <w:rPr>
          <w:sz w:val="28"/>
          <w:szCs w:val="28"/>
          <w:lang w:val="kk-KZ"/>
        </w:rPr>
      </w:pPr>
    </w:p>
    <w:p w14:paraId="37612D86" w14:textId="7711DFF7" w:rsidR="00E72A3C" w:rsidRPr="006C7562" w:rsidRDefault="00E72A3C" w:rsidP="00E72A3C">
      <w:pPr>
        <w:ind w:firstLine="567"/>
        <w:jc w:val="both"/>
        <w:rPr>
          <w:sz w:val="28"/>
          <w:szCs w:val="28"/>
          <w:lang w:val="kk-KZ"/>
        </w:rPr>
      </w:pPr>
      <w:r w:rsidRPr="00F735D7">
        <w:rPr>
          <w:sz w:val="28"/>
          <w:szCs w:val="28"/>
          <w:lang w:val="kk-KZ"/>
        </w:rPr>
        <w:t xml:space="preserve">Шекарасы: </w:t>
      </w:r>
      <w:r w:rsidRPr="00814807">
        <w:rPr>
          <w:sz w:val="28"/>
          <w:szCs w:val="28"/>
          <w:lang w:val="kk-KZ"/>
        </w:rPr>
        <w:t>Ә. Бөкейхан көшесі, № 19, 21, 21/1, 21/2, 21/4 үйлер, Бұқар жырау көшесі, № 32, 32/1, 34, 34а, 34/2 үйлер, Жошы хан көшесі, № 7 (2-блок, 3-блок,</w:t>
      </w:r>
      <w:r w:rsidR="00BC7114">
        <w:rPr>
          <w:sz w:val="28"/>
          <w:szCs w:val="28"/>
          <w:lang w:val="kk-KZ"/>
        </w:rPr>
        <w:t xml:space="preserve"> </w:t>
      </w:r>
      <w:r w:rsidRPr="00814807">
        <w:rPr>
          <w:sz w:val="28"/>
          <w:szCs w:val="28"/>
          <w:lang w:val="kk-KZ"/>
        </w:rPr>
        <w:t>4-блок), № 7/2 (1-блок) үйлер.</w:t>
      </w:r>
    </w:p>
    <w:p w14:paraId="261C493E" w14:textId="77777777" w:rsidR="00E72A3C" w:rsidRPr="006C7562" w:rsidRDefault="00E72A3C" w:rsidP="00E72A3C">
      <w:pPr>
        <w:ind w:firstLine="567"/>
        <w:jc w:val="both"/>
        <w:rPr>
          <w:sz w:val="28"/>
          <w:szCs w:val="28"/>
          <w:lang w:val="kk-KZ"/>
        </w:rPr>
      </w:pPr>
    </w:p>
    <w:p w14:paraId="2632A804" w14:textId="77777777" w:rsidR="00E72A3C" w:rsidRPr="00F735D7" w:rsidRDefault="00E72A3C" w:rsidP="00E72A3C">
      <w:pPr>
        <w:jc w:val="center"/>
        <w:rPr>
          <w:sz w:val="28"/>
          <w:szCs w:val="28"/>
          <w:lang w:val="kk-KZ"/>
        </w:rPr>
      </w:pPr>
      <w:r w:rsidRPr="00F735D7">
        <w:rPr>
          <w:sz w:val="28"/>
          <w:szCs w:val="28"/>
          <w:lang w:val="kk-KZ"/>
        </w:rPr>
        <w:t>№ 167 сайлау учаскесі</w:t>
      </w:r>
    </w:p>
    <w:p w14:paraId="006468CA" w14:textId="77777777" w:rsidR="00E72A3C" w:rsidRPr="00F735D7" w:rsidRDefault="00E72A3C" w:rsidP="00E72A3C">
      <w:pPr>
        <w:jc w:val="center"/>
        <w:rPr>
          <w:sz w:val="28"/>
          <w:szCs w:val="28"/>
          <w:lang w:val="kk-KZ"/>
        </w:rPr>
      </w:pPr>
      <w:r w:rsidRPr="00F735D7">
        <w:rPr>
          <w:sz w:val="28"/>
          <w:szCs w:val="28"/>
          <w:lang w:val="kk-KZ"/>
        </w:rPr>
        <w:t>(орталы</w:t>
      </w:r>
      <w:r w:rsidRPr="00420D39">
        <w:rPr>
          <w:sz w:val="28"/>
          <w:szCs w:val="28"/>
          <w:lang w:val="kk-KZ"/>
        </w:rPr>
        <w:t>ғы</w:t>
      </w:r>
      <w:r w:rsidRPr="00F735D7">
        <w:rPr>
          <w:sz w:val="28"/>
          <w:szCs w:val="28"/>
          <w:lang w:val="kk-KZ"/>
        </w:rPr>
        <w:t xml:space="preserve"> – </w:t>
      </w:r>
      <w:bookmarkStart w:id="0" w:name="_Hlk241483702"/>
      <w:r w:rsidRPr="00F735D7">
        <w:rPr>
          <w:sz w:val="28"/>
          <w:szCs w:val="28"/>
          <w:lang w:val="kk-KZ"/>
        </w:rPr>
        <w:t xml:space="preserve">Астана қаласы әкімдігінің «№ 95 мектеп-лицей» шаруашылық жүргізу құқығындағы мемлекеттік коммуналдық кәсіпорны, </w:t>
      </w:r>
      <w:r w:rsidRPr="00F735D7">
        <w:rPr>
          <w:sz w:val="28"/>
          <w:szCs w:val="28"/>
          <w:lang w:val="kk-KZ"/>
        </w:rPr>
        <w:br/>
        <w:t>Ұлы Дала даңғылы, № 73/1</w:t>
      </w:r>
      <w:bookmarkEnd w:id="0"/>
      <w:r w:rsidRPr="00F735D7">
        <w:rPr>
          <w:sz w:val="28"/>
          <w:szCs w:val="28"/>
          <w:lang w:val="kk-KZ"/>
        </w:rPr>
        <w:t>)</w:t>
      </w:r>
    </w:p>
    <w:p w14:paraId="2714BDDD" w14:textId="77777777" w:rsidR="00E72A3C" w:rsidRPr="00F735D7" w:rsidRDefault="00E72A3C" w:rsidP="00E72A3C">
      <w:pPr>
        <w:ind w:firstLine="567"/>
        <w:jc w:val="both"/>
        <w:rPr>
          <w:sz w:val="28"/>
          <w:szCs w:val="28"/>
          <w:lang w:val="kk-KZ"/>
        </w:rPr>
      </w:pPr>
    </w:p>
    <w:p w14:paraId="61C48EC4" w14:textId="77777777" w:rsidR="00E72A3C" w:rsidRPr="00F735D7" w:rsidRDefault="00E72A3C" w:rsidP="00E72A3C">
      <w:pPr>
        <w:ind w:firstLine="567"/>
        <w:jc w:val="both"/>
        <w:rPr>
          <w:sz w:val="28"/>
          <w:szCs w:val="28"/>
          <w:lang w:val="kk-KZ"/>
        </w:rPr>
      </w:pPr>
      <w:r w:rsidRPr="00F735D7">
        <w:rPr>
          <w:sz w:val="28"/>
          <w:szCs w:val="28"/>
          <w:lang w:val="kk-KZ"/>
        </w:rPr>
        <w:t>Шекарасы: «Саранда» тұрғын кешені, Әл-Фараби даңғылындағы № 4, 6 үйлерді қоспағанда, № 8, 10, 12, 14, 16, 18, 20, 22, 24, 73(26), 75(28) үйлер.</w:t>
      </w:r>
    </w:p>
    <w:p w14:paraId="4CA5E85E" w14:textId="77777777" w:rsidR="00E72A3C" w:rsidRPr="00F735D7" w:rsidRDefault="00E72A3C" w:rsidP="00E72A3C">
      <w:pPr>
        <w:ind w:firstLine="567"/>
        <w:jc w:val="both"/>
        <w:rPr>
          <w:sz w:val="28"/>
          <w:szCs w:val="28"/>
          <w:lang w:val="kk-KZ"/>
        </w:rPr>
      </w:pPr>
    </w:p>
    <w:p w14:paraId="13D03EF5" w14:textId="77777777" w:rsidR="00E72A3C" w:rsidRPr="00F735D7" w:rsidRDefault="00E72A3C" w:rsidP="00E72A3C">
      <w:pPr>
        <w:jc w:val="center"/>
        <w:rPr>
          <w:sz w:val="28"/>
          <w:szCs w:val="28"/>
          <w:lang w:val="kk-KZ"/>
        </w:rPr>
      </w:pPr>
      <w:r w:rsidRPr="00F735D7">
        <w:rPr>
          <w:sz w:val="28"/>
          <w:szCs w:val="28"/>
          <w:lang w:val="kk-KZ"/>
        </w:rPr>
        <w:lastRenderedPageBreak/>
        <w:t>№ 168 сайлау учаскесі</w:t>
      </w:r>
    </w:p>
    <w:p w14:paraId="370C0A8E" w14:textId="77777777" w:rsidR="00E72A3C" w:rsidRPr="00F735D7" w:rsidRDefault="00E72A3C" w:rsidP="00E72A3C">
      <w:pPr>
        <w:jc w:val="center"/>
        <w:rPr>
          <w:sz w:val="28"/>
          <w:szCs w:val="28"/>
          <w:lang w:val="kk-KZ"/>
        </w:rPr>
      </w:pPr>
      <w:r w:rsidRPr="00F735D7">
        <w:rPr>
          <w:sz w:val="28"/>
          <w:szCs w:val="28"/>
          <w:lang w:val="kk-KZ"/>
        </w:rPr>
        <w:t>(орталығы – «Бәйтерек» ұлттық инвестициялық холдингі» акционерлік қоғамы, Мәңгілік Ел даңғылы, № 55а)</w:t>
      </w:r>
    </w:p>
    <w:p w14:paraId="63FDC359" w14:textId="77777777" w:rsidR="00E72A3C" w:rsidRPr="00F735D7" w:rsidRDefault="00E72A3C" w:rsidP="00E72A3C">
      <w:pPr>
        <w:jc w:val="center"/>
        <w:rPr>
          <w:sz w:val="28"/>
          <w:szCs w:val="28"/>
          <w:lang w:val="kk-KZ"/>
        </w:rPr>
      </w:pPr>
    </w:p>
    <w:p w14:paraId="193C1E67" w14:textId="77777777" w:rsidR="00E72A3C" w:rsidRPr="00F735D7" w:rsidRDefault="00E72A3C" w:rsidP="00E72A3C">
      <w:pPr>
        <w:ind w:firstLine="567"/>
        <w:jc w:val="both"/>
        <w:rPr>
          <w:sz w:val="28"/>
          <w:szCs w:val="28"/>
          <w:lang w:val="kk-KZ"/>
        </w:rPr>
      </w:pPr>
      <w:r w:rsidRPr="00F735D7">
        <w:rPr>
          <w:sz w:val="28"/>
          <w:szCs w:val="28"/>
          <w:lang w:val="kk-KZ"/>
        </w:rPr>
        <w:t>Шекарасы: Ұлы Дала даңғылынан Мәңгілік Ел даңғылының жұп сандар жағымен Ә. Кекілбайұлы көшесіне дейін, Ә. Кекілбайұлы көшесімен Ә. Бөкейхан көшесіне дейін, Ә. Бөкейхан көшесінің тақ сандар жағымен Ә. Бөкейхан көшесіндегі № 25 үйге дейін, Ә. Бөкейхан көшесіндегі № 25 үйден өтпе жолмен Жошы хан көшесіне дейін, Жошы хан көшесінің жұп сандар жағымен Ұлы Дала даңғылына дейін, Ұлы Дала даңғылының жұп сандар жағымен Мәңгілік Ел даңғылына дейін.</w:t>
      </w:r>
    </w:p>
    <w:p w14:paraId="32670C91" w14:textId="77777777" w:rsidR="00E72A3C" w:rsidRPr="00F735D7" w:rsidRDefault="00E72A3C" w:rsidP="00E72A3C">
      <w:pPr>
        <w:ind w:firstLine="567"/>
        <w:jc w:val="both"/>
        <w:rPr>
          <w:sz w:val="28"/>
          <w:szCs w:val="28"/>
          <w:lang w:val="kk-KZ"/>
        </w:rPr>
      </w:pPr>
    </w:p>
    <w:p w14:paraId="3659E487" w14:textId="77777777" w:rsidR="00E72A3C" w:rsidRPr="00F735D7" w:rsidRDefault="00E72A3C" w:rsidP="00E72A3C">
      <w:pPr>
        <w:jc w:val="center"/>
        <w:rPr>
          <w:sz w:val="28"/>
          <w:szCs w:val="28"/>
          <w:lang w:val="kk-KZ"/>
        </w:rPr>
      </w:pPr>
      <w:r w:rsidRPr="00F735D7">
        <w:rPr>
          <w:sz w:val="28"/>
          <w:szCs w:val="28"/>
          <w:lang w:val="kk-KZ"/>
        </w:rPr>
        <w:t>№ 169 сайлау учаскесі</w:t>
      </w:r>
    </w:p>
    <w:p w14:paraId="31A0DE51" w14:textId="77777777" w:rsidR="00E72A3C" w:rsidRPr="00F735D7" w:rsidRDefault="00E72A3C" w:rsidP="00E72A3C">
      <w:pPr>
        <w:jc w:val="center"/>
        <w:rPr>
          <w:sz w:val="28"/>
          <w:szCs w:val="28"/>
          <w:lang w:val="kk-KZ"/>
        </w:rPr>
      </w:pPr>
      <w:r w:rsidRPr="00F735D7">
        <w:rPr>
          <w:sz w:val="28"/>
          <w:szCs w:val="28"/>
          <w:lang w:val="kk-KZ"/>
        </w:rPr>
        <w:t>(орталығы – «</w:t>
      </w:r>
      <w:proofErr w:type="spellStart"/>
      <w:r w:rsidRPr="00F735D7">
        <w:rPr>
          <w:sz w:val="28"/>
          <w:szCs w:val="28"/>
          <w:lang w:val="kk-KZ"/>
        </w:rPr>
        <w:t>Quantum</w:t>
      </w:r>
      <w:proofErr w:type="spellEnd"/>
      <w:r w:rsidRPr="00F735D7">
        <w:rPr>
          <w:sz w:val="28"/>
          <w:szCs w:val="28"/>
          <w:lang w:val="kk-KZ"/>
        </w:rPr>
        <w:t xml:space="preserve"> TECH </w:t>
      </w:r>
      <w:proofErr w:type="spellStart"/>
      <w:r w:rsidRPr="00F735D7">
        <w:rPr>
          <w:sz w:val="28"/>
          <w:szCs w:val="28"/>
          <w:lang w:val="kk-KZ"/>
        </w:rPr>
        <w:t>School</w:t>
      </w:r>
      <w:proofErr w:type="spellEnd"/>
      <w:r w:rsidRPr="00F735D7">
        <w:rPr>
          <w:sz w:val="28"/>
          <w:szCs w:val="28"/>
          <w:lang w:val="kk-KZ"/>
        </w:rPr>
        <w:t>» жауапкершілігі шектеулі серіктестігі, Т. Рысқұлов көшесі, № 9/1)</w:t>
      </w:r>
    </w:p>
    <w:p w14:paraId="037DAA03" w14:textId="77777777" w:rsidR="00E72A3C" w:rsidRPr="00F735D7" w:rsidRDefault="00E72A3C" w:rsidP="00E72A3C">
      <w:pPr>
        <w:jc w:val="center"/>
        <w:rPr>
          <w:sz w:val="28"/>
          <w:szCs w:val="28"/>
          <w:lang w:val="kk-KZ"/>
        </w:rPr>
      </w:pPr>
    </w:p>
    <w:p w14:paraId="06EFEDBD" w14:textId="77777777" w:rsidR="00E72A3C" w:rsidRPr="00F735D7" w:rsidRDefault="00E72A3C" w:rsidP="00E72A3C">
      <w:pPr>
        <w:ind w:firstLine="567"/>
        <w:jc w:val="both"/>
        <w:rPr>
          <w:sz w:val="28"/>
          <w:szCs w:val="28"/>
          <w:lang w:val="kk-KZ"/>
        </w:rPr>
      </w:pPr>
      <w:r w:rsidRPr="00F735D7">
        <w:rPr>
          <w:sz w:val="28"/>
          <w:szCs w:val="28"/>
          <w:lang w:val="kk-KZ"/>
        </w:rPr>
        <w:t xml:space="preserve">Шекарасы: Мәңгілік Ел даңғылынан Ф. Оңғарсынова көшесінің тақ </w:t>
      </w:r>
      <w:r w:rsidRPr="00420D39">
        <w:rPr>
          <w:sz w:val="28"/>
          <w:szCs w:val="28"/>
          <w:lang w:val="kk-KZ"/>
        </w:rPr>
        <w:t xml:space="preserve">сандар </w:t>
      </w:r>
      <w:r w:rsidRPr="00F735D7">
        <w:rPr>
          <w:sz w:val="28"/>
          <w:szCs w:val="28"/>
          <w:lang w:val="kk-KZ"/>
        </w:rPr>
        <w:t xml:space="preserve">жағымен Ә. Бөкейхан көшесіне дейін, Ә. Бөкейхан көшесінің жұп </w:t>
      </w:r>
      <w:r w:rsidRPr="00420D39">
        <w:rPr>
          <w:sz w:val="28"/>
          <w:szCs w:val="28"/>
          <w:lang w:val="kk-KZ"/>
        </w:rPr>
        <w:t xml:space="preserve">сандар </w:t>
      </w:r>
      <w:r w:rsidRPr="00F735D7">
        <w:rPr>
          <w:sz w:val="28"/>
          <w:szCs w:val="28"/>
          <w:lang w:val="kk-KZ"/>
        </w:rPr>
        <w:t>жағымен Ә. Кекілбайұлы көшесіне дейін, Ә. Кекілбайұлы көшесімен Мәңгілік Ел даңғылына дейін, Мәңгілік Ел даңғылының жұп</w:t>
      </w:r>
      <w:r w:rsidRPr="00420D39">
        <w:rPr>
          <w:sz w:val="28"/>
          <w:szCs w:val="28"/>
          <w:lang w:val="kk-KZ"/>
        </w:rPr>
        <w:t xml:space="preserve"> сандар</w:t>
      </w:r>
      <w:r w:rsidRPr="00F735D7">
        <w:rPr>
          <w:sz w:val="28"/>
          <w:szCs w:val="28"/>
          <w:lang w:val="kk-KZ"/>
        </w:rPr>
        <w:t xml:space="preserve"> жағымен Ә. Бөкейхан көшесіндегі № 48 үйді қоспағанда</w:t>
      </w:r>
      <w:r w:rsidRPr="00420D39">
        <w:rPr>
          <w:sz w:val="28"/>
          <w:szCs w:val="28"/>
          <w:lang w:val="kk-KZ"/>
        </w:rPr>
        <w:t>,</w:t>
      </w:r>
      <w:r w:rsidRPr="00F735D7">
        <w:rPr>
          <w:sz w:val="28"/>
          <w:szCs w:val="28"/>
          <w:lang w:val="kk-KZ"/>
        </w:rPr>
        <w:t xml:space="preserve"> Ф. Оңғарсынова көшесіне</w:t>
      </w:r>
      <w:r w:rsidRPr="00420D39">
        <w:rPr>
          <w:sz w:val="28"/>
          <w:szCs w:val="28"/>
          <w:lang w:val="kk-KZ"/>
        </w:rPr>
        <w:t xml:space="preserve"> </w:t>
      </w:r>
      <w:r w:rsidRPr="00F735D7">
        <w:rPr>
          <w:sz w:val="28"/>
          <w:szCs w:val="28"/>
          <w:lang w:val="kk-KZ"/>
        </w:rPr>
        <w:t>дейін.</w:t>
      </w:r>
    </w:p>
    <w:p w14:paraId="3D802B6D" w14:textId="77777777" w:rsidR="00E72A3C" w:rsidRPr="00F735D7" w:rsidRDefault="00E72A3C" w:rsidP="00E72A3C">
      <w:pPr>
        <w:ind w:firstLine="567"/>
        <w:jc w:val="both"/>
        <w:rPr>
          <w:sz w:val="28"/>
          <w:szCs w:val="28"/>
          <w:lang w:val="kk-KZ"/>
        </w:rPr>
      </w:pPr>
    </w:p>
    <w:p w14:paraId="790EBE2D" w14:textId="77777777" w:rsidR="00E72A3C" w:rsidRPr="00F735D7" w:rsidRDefault="00E72A3C" w:rsidP="00E72A3C">
      <w:pPr>
        <w:jc w:val="center"/>
        <w:rPr>
          <w:sz w:val="28"/>
          <w:szCs w:val="28"/>
          <w:lang w:val="kk-KZ"/>
        </w:rPr>
      </w:pPr>
      <w:r w:rsidRPr="00F735D7">
        <w:rPr>
          <w:sz w:val="28"/>
          <w:szCs w:val="28"/>
          <w:lang w:val="kk-KZ"/>
        </w:rPr>
        <w:t>№ 170 сайлау учаскесі</w:t>
      </w:r>
    </w:p>
    <w:p w14:paraId="45A2AC6C" w14:textId="77777777" w:rsidR="00E72A3C" w:rsidRPr="00F735D7" w:rsidRDefault="00E72A3C" w:rsidP="00E72A3C">
      <w:pPr>
        <w:jc w:val="center"/>
        <w:rPr>
          <w:sz w:val="28"/>
          <w:szCs w:val="28"/>
          <w:lang w:val="kk-KZ"/>
        </w:rPr>
      </w:pPr>
      <w:r w:rsidRPr="00F735D7">
        <w:rPr>
          <w:sz w:val="28"/>
          <w:szCs w:val="28"/>
          <w:lang w:val="kk-KZ"/>
        </w:rPr>
        <w:t>(орталығы – «</w:t>
      </w:r>
      <w:proofErr w:type="spellStart"/>
      <w:r w:rsidRPr="00F735D7">
        <w:rPr>
          <w:sz w:val="28"/>
          <w:szCs w:val="28"/>
          <w:lang w:val="kk-KZ"/>
        </w:rPr>
        <w:t>Quantum</w:t>
      </w:r>
      <w:proofErr w:type="spellEnd"/>
      <w:r w:rsidRPr="00F735D7">
        <w:rPr>
          <w:sz w:val="28"/>
          <w:szCs w:val="28"/>
          <w:lang w:val="kk-KZ"/>
        </w:rPr>
        <w:t xml:space="preserve"> TECH </w:t>
      </w:r>
      <w:proofErr w:type="spellStart"/>
      <w:r w:rsidRPr="00F735D7">
        <w:rPr>
          <w:sz w:val="28"/>
          <w:szCs w:val="28"/>
          <w:lang w:val="kk-KZ"/>
        </w:rPr>
        <w:t>School</w:t>
      </w:r>
      <w:proofErr w:type="spellEnd"/>
      <w:r w:rsidRPr="00F735D7">
        <w:rPr>
          <w:sz w:val="28"/>
          <w:szCs w:val="28"/>
          <w:lang w:val="kk-KZ"/>
        </w:rPr>
        <w:t>» жауапкершілігі шектеулі серіктестігі, Т. Рысқұлов көшесі, № 9/1)</w:t>
      </w:r>
    </w:p>
    <w:p w14:paraId="0CBD909E" w14:textId="77777777" w:rsidR="00E72A3C" w:rsidRPr="00F735D7" w:rsidRDefault="00E72A3C" w:rsidP="00E72A3C">
      <w:pPr>
        <w:jc w:val="center"/>
        <w:rPr>
          <w:sz w:val="28"/>
          <w:szCs w:val="28"/>
          <w:lang w:val="kk-KZ"/>
        </w:rPr>
      </w:pPr>
    </w:p>
    <w:p w14:paraId="5F61A7A8" w14:textId="77777777" w:rsidR="00E72A3C" w:rsidRPr="00746A9D" w:rsidRDefault="00E72A3C" w:rsidP="00E72A3C">
      <w:pPr>
        <w:ind w:firstLine="567"/>
        <w:jc w:val="both"/>
        <w:rPr>
          <w:sz w:val="28"/>
          <w:szCs w:val="28"/>
          <w:lang w:val="kk-KZ"/>
        </w:rPr>
      </w:pPr>
      <w:proofErr w:type="spellStart"/>
      <w:r w:rsidRPr="00746A9D">
        <w:rPr>
          <w:sz w:val="28"/>
          <w:szCs w:val="28"/>
        </w:rPr>
        <w:t>Шекарасы</w:t>
      </w:r>
      <w:proofErr w:type="spellEnd"/>
      <w:r w:rsidRPr="00746A9D">
        <w:rPr>
          <w:sz w:val="28"/>
          <w:szCs w:val="28"/>
        </w:rPr>
        <w:t>: Ә. </w:t>
      </w:r>
      <w:proofErr w:type="spellStart"/>
      <w:r w:rsidRPr="00746A9D">
        <w:rPr>
          <w:sz w:val="28"/>
          <w:szCs w:val="28"/>
        </w:rPr>
        <w:t>Бөкейхан</w:t>
      </w:r>
      <w:proofErr w:type="spellEnd"/>
      <w:r w:rsidRPr="00746A9D">
        <w:rPr>
          <w:sz w:val="28"/>
          <w:szCs w:val="28"/>
          <w:lang w:val="kk-KZ"/>
        </w:rPr>
        <w:t xml:space="preserve"> көшесі, № 25, 25/1, 25/2, 25/3, 25/4, 25/5, 25/6, 25а, 25б, 48 үйлер.</w:t>
      </w:r>
    </w:p>
    <w:p w14:paraId="4069C2F4" w14:textId="77777777" w:rsidR="00E72A3C" w:rsidRPr="00420D39" w:rsidRDefault="00E72A3C" w:rsidP="00E72A3C">
      <w:pPr>
        <w:spacing w:after="160" w:line="259" w:lineRule="auto"/>
        <w:rPr>
          <w:sz w:val="28"/>
          <w:szCs w:val="28"/>
        </w:rPr>
      </w:pPr>
    </w:p>
    <w:p w14:paraId="3468EC33" w14:textId="77777777" w:rsidR="00E72A3C" w:rsidRPr="00814807" w:rsidRDefault="00E72A3C" w:rsidP="00E72A3C">
      <w:pPr>
        <w:jc w:val="center"/>
        <w:rPr>
          <w:sz w:val="28"/>
          <w:szCs w:val="28"/>
        </w:rPr>
      </w:pPr>
      <w:r w:rsidRPr="00814807">
        <w:rPr>
          <w:sz w:val="28"/>
          <w:szCs w:val="28"/>
        </w:rPr>
        <w:t xml:space="preserve">№ 171 </w:t>
      </w:r>
      <w:proofErr w:type="spellStart"/>
      <w:r w:rsidRPr="00814807">
        <w:rPr>
          <w:sz w:val="28"/>
          <w:szCs w:val="28"/>
        </w:rPr>
        <w:t>сайлау</w:t>
      </w:r>
      <w:proofErr w:type="spellEnd"/>
      <w:r w:rsidRPr="00814807">
        <w:rPr>
          <w:sz w:val="28"/>
          <w:szCs w:val="28"/>
        </w:rPr>
        <w:t xml:space="preserve"> </w:t>
      </w:r>
      <w:proofErr w:type="spellStart"/>
      <w:r w:rsidRPr="00814807">
        <w:rPr>
          <w:sz w:val="28"/>
          <w:szCs w:val="28"/>
        </w:rPr>
        <w:t>учаскесі</w:t>
      </w:r>
      <w:proofErr w:type="spellEnd"/>
    </w:p>
    <w:p w14:paraId="383A2709" w14:textId="77777777" w:rsidR="00E72A3C" w:rsidRPr="00814807" w:rsidRDefault="00E72A3C" w:rsidP="00E72A3C">
      <w:pPr>
        <w:jc w:val="center"/>
        <w:rPr>
          <w:sz w:val="28"/>
          <w:szCs w:val="28"/>
        </w:rPr>
      </w:pPr>
      <w:r w:rsidRPr="00814807">
        <w:rPr>
          <w:sz w:val="28"/>
          <w:szCs w:val="28"/>
        </w:rPr>
        <w:t>(</w:t>
      </w:r>
      <w:proofErr w:type="spellStart"/>
      <w:r w:rsidRPr="00814807">
        <w:rPr>
          <w:sz w:val="28"/>
          <w:szCs w:val="28"/>
        </w:rPr>
        <w:t>орталығы</w:t>
      </w:r>
      <w:proofErr w:type="spellEnd"/>
      <w:r w:rsidRPr="00814807">
        <w:rPr>
          <w:sz w:val="28"/>
          <w:szCs w:val="28"/>
        </w:rPr>
        <w:t xml:space="preserve"> – Астана </w:t>
      </w:r>
      <w:proofErr w:type="spellStart"/>
      <w:r w:rsidRPr="00814807">
        <w:rPr>
          <w:sz w:val="28"/>
          <w:szCs w:val="28"/>
        </w:rPr>
        <w:t>қаласы</w:t>
      </w:r>
      <w:proofErr w:type="spellEnd"/>
      <w:r w:rsidRPr="00814807">
        <w:rPr>
          <w:sz w:val="28"/>
          <w:szCs w:val="28"/>
        </w:rPr>
        <w:t xml:space="preserve"> </w:t>
      </w:r>
      <w:proofErr w:type="spellStart"/>
      <w:r w:rsidRPr="00814807">
        <w:rPr>
          <w:sz w:val="28"/>
          <w:szCs w:val="28"/>
        </w:rPr>
        <w:t>әкімдігінің</w:t>
      </w:r>
      <w:proofErr w:type="spellEnd"/>
      <w:r w:rsidRPr="00814807">
        <w:rPr>
          <w:sz w:val="28"/>
          <w:szCs w:val="28"/>
        </w:rPr>
        <w:t xml:space="preserve"> «</w:t>
      </w:r>
      <w:proofErr w:type="spellStart"/>
      <w:r w:rsidRPr="00814807">
        <w:rPr>
          <w:sz w:val="28"/>
          <w:szCs w:val="28"/>
        </w:rPr>
        <w:t>Қадыр</w:t>
      </w:r>
      <w:proofErr w:type="spellEnd"/>
      <w:r w:rsidRPr="00814807">
        <w:rPr>
          <w:sz w:val="28"/>
          <w:szCs w:val="28"/>
        </w:rPr>
        <w:t xml:space="preserve"> </w:t>
      </w:r>
      <w:proofErr w:type="spellStart"/>
      <w:r w:rsidRPr="00814807">
        <w:rPr>
          <w:sz w:val="28"/>
          <w:szCs w:val="28"/>
        </w:rPr>
        <w:t>Мырза</w:t>
      </w:r>
      <w:proofErr w:type="spellEnd"/>
      <w:r w:rsidRPr="00814807">
        <w:rPr>
          <w:sz w:val="28"/>
          <w:szCs w:val="28"/>
        </w:rPr>
        <w:t xml:space="preserve"> </w:t>
      </w:r>
      <w:proofErr w:type="spellStart"/>
      <w:r w:rsidRPr="00814807">
        <w:rPr>
          <w:sz w:val="28"/>
          <w:szCs w:val="28"/>
        </w:rPr>
        <w:t>Әлі</w:t>
      </w:r>
      <w:proofErr w:type="spellEnd"/>
      <w:r w:rsidRPr="00814807">
        <w:rPr>
          <w:sz w:val="28"/>
          <w:szCs w:val="28"/>
        </w:rPr>
        <w:t xml:space="preserve"> </w:t>
      </w:r>
      <w:proofErr w:type="spellStart"/>
      <w:r w:rsidRPr="00814807">
        <w:rPr>
          <w:sz w:val="28"/>
          <w:szCs w:val="28"/>
        </w:rPr>
        <w:t>атындағы</w:t>
      </w:r>
      <w:proofErr w:type="spellEnd"/>
      <w:r w:rsidRPr="00814807">
        <w:rPr>
          <w:sz w:val="28"/>
          <w:szCs w:val="28"/>
        </w:rPr>
        <w:t xml:space="preserve"> </w:t>
      </w:r>
      <w:r w:rsidRPr="00814807">
        <w:rPr>
          <w:sz w:val="28"/>
          <w:szCs w:val="28"/>
        </w:rPr>
        <w:br/>
        <w:t xml:space="preserve">№ 88 </w:t>
      </w:r>
      <w:proofErr w:type="spellStart"/>
      <w:r w:rsidRPr="00814807">
        <w:rPr>
          <w:sz w:val="28"/>
          <w:szCs w:val="28"/>
        </w:rPr>
        <w:t>мектеп</w:t>
      </w:r>
      <w:proofErr w:type="spellEnd"/>
      <w:r w:rsidRPr="00814807">
        <w:rPr>
          <w:sz w:val="28"/>
          <w:szCs w:val="28"/>
        </w:rPr>
        <w:t xml:space="preserve">-лицей» </w:t>
      </w:r>
      <w:proofErr w:type="spellStart"/>
      <w:r w:rsidRPr="00814807">
        <w:rPr>
          <w:sz w:val="28"/>
          <w:szCs w:val="28"/>
        </w:rPr>
        <w:t>шаруашылық</w:t>
      </w:r>
      <w:proofErr w:type="spellEnd"/>
      <w:r w:rsidRPr="00814807">
        <w:rPr>
          <w:sz w:val="28"/>
          <w:szCs w:val="28"/>
        </w:rPr>
        <w:t xml:space="preserve"> </w:t>
      </w:r>
      <w:proofErr w:type="spellStart"/>
      <w:r w:rsidRPr="00814807">
        <w:rPr>
          <w:sz w:val="28"/>
          <w:szCs w:val="28"/>
        </w:rPr>
        <w:t>жүргізу</w:t>
      </w:r>
      <w:proofErr w:type="spellEnd"/>
      <w:r w:rsidRPr="00814807">
        <w:rPr>
          <w:sz w:val="28"/>
          <w:szCs w:val="28"/>
        </w:rPr>
        <w:t xml:space="preserve"> </w:t>
      </w:r>
      <w:proofErr w:type="spellStart"/>
      <w:r w:rsidRPr="00814807">
        <w:rPr>
          <w:sz w:val="28"/>
          <w:szCs w:val="28"/>
        </w:rPr>
        <w:t>құқығындағы</w:t>
      </w:r>
      <w:proofErr w:type="spellEnd"/>
      <w:r w:rsidRPr="00814807">
        <w:rPr>
          <w:sz w:val="28"/>
          <w:szCs w:val="28"/>
        </w:rPr>
        <w:t xml:space="preserve"> </w:t>
      </w:r>
      <w:proofErr w:type="spellStart"/>
      <w:r w:rsidRPr="00814807">
        <w:rPr>
          <w:sz w:val="28"/>
          <w:szCs w:val="28"/>
        </w:rPr>
        <w:t>мемлекеттік</w:t>
      </w:r>
      <w:proofErr w:type="spellEnd"/>
      <w:r w:rsidRPr="00814807">
        <w:rPr>
          <w:sz w:val="28"/>
          <w:szCs w:val="28"/>
        </w:rPr>
        <w:t xml:space="preserve"> </w:t>
      </w:r>
    </w:p>
    <w:p w14:paraId="29F85B30" w14:textId="77777777" w:rsidR="00E72A3C" w:rsidRPr="00814807" w:rsidRDefault="00E72A3C" w:rsidP="00E72A3C">
      <w:pPr>
        <w:jc w:val="center"/>
        <w:rPr>
          <w:sz w:val="28"/>
          <w:szCs w:val="28"/>
        </w:rPr>
      </w:pPr>
      <w:proofErr w:type="spellStart"/>
      <w:r w:rsidRPr="00814807">
        <w:rPr>
          <w:sz w:val="28"/>
          <w:szCs w:val="28"/>
        </w:rPr>
        <w:t>коммуналдық</w:t>
      </w:r>
      <w:proofErr w:type="spellEnd"/>
      <w:r w:rsidRPr="00814807">
        <w:rPr>
          <w:sz w:val="28"/>
          <w:szCs w:val="28"/>
        </w:rPr>
        <w:t xml:space="preserve"> </w:t>
      </w:r>
      <w:proofErr w:type="spellStart"/>
      <w:r w:rsidRPr="00814807">
        <w:rPr>
          <w:sz w:val="28"/>
          <w:szCs w:val="28"/>
        </w:rPr>
        <w:t>кәсіпорны</w:t>
      </w:r>
      <w:proofErr w:type="spellEnd"/>
      <w:r w:rsidRPr="00814807">
        <w:rPr>
          <w:sz w:val="28"/>
          <w:szCs w:val="28"/>
        </w:rPr>
        <w:t xml:space="preserve">, Е321 </w:t>
      </w:r>
      <w:proofErr w:type="spellStart"/>
      <w:r w:rsidRPr="00814807">
        <w:rPr>
          <w:sz w:val="28"/>
          <w:szCs w:val="28"/>
        </w:rPr>
        <w:t>көшесі</w:t>
      </w:r>
      <w:proofErr w:type="spellEnd"/>
      <w:r w:rsidRPr="00814807">
        <w:rPr>
          <w:sz w:val="28"/>
          <w:szCs w:val="28"/>
        </w:rPr>
        <w:t>, № 18)</w:t>
      </w:r>
    </w:p>
    <w:p w14:paraId="37CF0EE3" w14:textId="77777777" w:rsidR="00E72A3C" w:rsidRPr="00814807" w:rsidRDefault="00E72A3C" w:rsidP="00E72A3C">
      <w:pPr>
        <w:jc w:val="center"/>
        <w:rPr>
          <w:sz w:val="28"/>
          <w:szCs w:val="28"/>
        </w:rPr>
      </w:pPr>
    </w:p>
    <w:p w14:paraId="1D7AFB20" w14:textId="77777777" w:rsidR="00E72A3C" w:rsidRPr="00746A9D" w:rsidRDefault="00E72A3C" w:rsidP="00E72A3C">
      <w:pPr>
        <w:ind w:firstLine="567"/>
        <w:jc w:val="both"/>
        <w:rPr>
          <w:sz w:val="28"/>
          <w:szCs w:val="28"/>
        </w:rPr>
      </w:pPr>
      <w:proofErr w:type="spellStart"/>
      <w:r w:rsidRPr="00814807">
        <w:rPr>
          <w:sz w:val="28"/>
          <w:szCs w:val="28"/>
        </w:rPr>
        <w:t>Шекарасы</w:t>
      </w:r>
      <w:proofErr w:type="spellEnd"/>
      <w:r w:rsidRPr="00814807">
        <w:rPr>
          <w:sz w:val="28"/>
          <w:szCs w:val="28"/>
        </w:rPr>
        <w:t xml:space="preserve">: </w:t>
      </w:r>
      <w:proofErr w:type="spellStart"/>
      <w:r w:rsidRPr="00814807">
        <w:rPr>
          <w:sz w:val="28"/>
          <w:szCs w:val="28"/>
        </w:rPr>
        <w:t>Қабанбай</w:t>
      </w:r>
      <w:proofErr w:type="spellEnd"/>
      <w:r w:rsidRPr="00746A9D">
        <w:rPr>
          <w:sz w:val="28"/>
          <w:szCs w:val="28"/>
        </w:rPr>
        <w:t xml:space="preserve"> батыр </w:t>
      </w:r>
      <w:proofErr w:type="spellStart"/>
      <w:r w:rsidRPr="00746A9D">
        <w:rPr>
          <w:sz w:val="28"/>
          <w:szCs w:val="28"/>
        </w:rPr>
        <w:t>даңғылындағы</w:t>
      </w:r>
      <w:proofErr w:type="spellEnd"/>
      <w:r w:rsidRPr="00746A9D">
        <w:rPr>
          <w:sz w:val="28"/>
          <w:szCs w:val="28"/>
        </w:rPr>
        <w:t xml:space="preserve"> </w:t>
      </w:r>
      <w:proofErr w:type="spellStart"/>
      <w:r w:rsidRPr="00746A9D">
        <w:rPr>
          <w:sz w:val="28"/>
          <w:szCs w:val="28"/>
        </w:rPr>
        <w:t>айналма</w:t>
      </w:r>
      <w:proofErr w:type="spellEnd"/>
      <w:r w:rsidRPr="00746A9D">
        <w:rPr>
          <w:sz w:val="28"/>
          <w:szCs w:val="28"/>
        </w:rPr>
        <w:t xml:space="preserve"> </w:t>
      </w:r>
      <w:proofErr w:type="spellStart"/>
      <w:r w:rsidRPr="00746A9D">
        <w:rPr>
          <w:sz w:val="28"/>
          <w:szCs w:val="28"/>
        </w:rPr>
        <w:t>жол</w:t>
      </w:r>
      <w:proofErr w:type="spellEnd"/>
      <w:r w:rsidRPr="00746A9D">
        <w:rPr>
          <w:sz w:val="28"/>
          <w:szCs w:val="28"/>
        </w:rPr>
        <w:t xml:space="preserve"> </w:t>
      </w:r>
      <w:proofErr w:type="spellStart"/>
      <w:r w:rsidRPr="00746A9D">
        <w:rPr>
          <w:sz w:val="28"/>
          <w:szCs w:val="28"/>
        </w:rPr>
        <w:t>айрығынан</w:t>
      </w:r>
      <w:proofErr w:type="spellEnd"/>
      <w:r w:rsidRPr="00746A9D">
        <w:rPr>
          <w:sz w:val="28"/>
          <w:szCs w:val="28"/>
        </w:rPr>
        <w:t xml:space="preserve"> </w:t>
      </w:r>
      <w:proofErr w:type="spellStart"/>
      <w:r w:rsidRPr="00746A9D">
        <w:rPr>
          <w:sz w:val="28"/>
          <w:szCs w:val="28"/>
        </w:rPr>
        <w:t>Мәңгілік</w:t>
      </w:r>
      <w:proofErr w:type="spellEnd"/>
      <w:r w:rsidRPr="00746A9D">
        <w:rPr>
          <w:sz w:val="28"/>
          <w:szCs w:val="28"/>
        </w:rPr>
        <w:t xml:space="preserve"> Ел </w:t>
      </w:r>
      <w:proofErr w:type="spellStart"/>
      <w:r w:rsidRPr="00746A9D">
        <w:rPr>
          <w:sz w:val="28"/>
          <w:szCs w:val="28"/>
        </w:rPr>
        <w:t>даңғылындағы</w:t>
      </w:r>
      <w:proofErr w:type="spellEnd"/>
      <w:r w:rsidRPr="00746A9D">
        <w:rPr>
          <w:sz w:val="28"/>
          <w:szCs w:val="28"/>
        </w:rPr>
        <w:t xml:space="preserve"> № 76 </w:t>
      </w:r>
      <w:proofErr w:type="spellStart"/>
      <w:r w:rsidRPr="00746A9D">
        <w:rPr>
          <w:sz w:val="28"/>
          <w:szCs w:val="28"/>
        </w:rPr>
        <w:t>үйге</w:t>
      </w:r>
      <w:proofErr w:type="spellEnd"/>
      <w:r w:rsidRPr="00746A9D">
        <w:rPr>
          <w:sz w:val="28"/>
          <w:szCs w:val="28"/>
        </w:rPr>
        <w:t xml:space="preserve"> </w:t>
      </w:r>
      <w:proofErr w:type="spellStart"/>
      <w:r w:rsidRPr="00746A9D">
        <w:rPr>
          <w:sz w:val="28"/>
          <w:szCs w:val="28"/>
        </w:rPr>
        <w:t>дейін</w:t>
      </w:r>
      <w:proofErr w:type="spellEnd"/>
      <w:r w:rsidRPr="00746A9D">
        <w:rPr>
          <w:sz w:val="28"/>
          <w:szCs w:val="28"/>
        </w:rPr>
        <w:t xml:space="preserve">, </w:t>
      </w:r>
      <w:proofErr w:type="spellStart"/>
      <w:r w:rsidRPr="00746A9D">
        <w:rPr>
          <w:sz w:val="28"/>
          <w:szCs w:val="28"/>
        </w:rPr>
        <w:t>Мәңгілік</w:t>
      </w:r>
      <w:proofErr w:type="spellEnd"/>
      <w:r w:rsidRPr="00746A9D">
        <w:rPr>
          <w:sz w:val="28"/>
          <w:szCs w:val="28"/>
        </w:rPr>
        <w:t xml:space="preserve"> Ел </w:t>
      </w:r>
      <w:proofErr w:type="spellStart"/>
      <w:r w:rsidRPr="00746A9D">
        <w:rPr>
          <w:sz w:val="28"/>
          <w:szCs w:val="28"/>
        </w:rPr>
        <w:t>даңғылындағы</w:t>
      </w:r>
      <w:proofErr w:type="spellEnd"/>
      <w:r w:rsidRPr="00746A9D">
        <w:rPr>
          <w:sz w:val="28"/>
          <w:szCs w:val="28"/>
        </w:rPr>
        <w:t xml:space="preserve"> № 76 </w:t>
      </w:r>
      <w:proofErr w:type="spellStart"/>
      <w:r w:rsidRPr="00746A9D">
        <w:rPr>
          <w:sz w:val="28"/>
          <w:szCs w:val="28"/>
        </w:rPr>
        <w:t>үйден</w:t>
      </w:r>
      <w:proofErr w:type="spellEnd"/>
      <w:r w:rsidRPr="00746A9D">
        <w:rPr>
          <w:sz w:val="28"/>
          <w:szCs w:val="28"/>
        </w:rPr>
        <w:t xml:space="preserve"> </w:t>
      </w:r>
      <w:r>
        <w:rPr>
          <w:sz w:val="28"/>
          <w:szCs w:val="28"/>
        </w:rPr>
        <w:t xml:space="preserve">Е319 </w:t>
      </w:r>
      <w:proofErr w:type="spellStart"/>
      <w:r>
        <w:rPr>
          <w:sz w:val="28"/>
          <w:szCs w:val="28"/>
        </w:rPr>
        <w:t>көше</w:t>
      </w:r>
      <w:proofErr w:type="spellEnd"/>
      <w:r>
        <w:rPr>
          <w:sz w:val="28"/>
          <w:szCs w:val="28"/>
          <w:lang w:val="kk-KZ"/>
        </w:rPr>
        <w:t>г</w:t>
      </w:r>
      <w:r w:rsidRPr="00746A9D">
        <w:rPr>
          <w:sz w:val="28"/>
          <w:szCs w:val="28"/>
        </w:rPr>
        <w:t xml:space="preserve">е </w:t>
      </w:r>
      <w:proofErr w:type="spellStart"/>
      <w:r w:rsidRPr="00746A9D">
        <w:rPr>
          <w:sz w:val="28"/>
          <w:szCs w:val="28"/>
        </w:rPr>
        <w:t>дейін</w:t>
      </w:r>
      <w:proofErr w:type="spellEnd"/>
      <w:r w:rsidRPr="00746A9D">
        <w:rPr>
          <w:sz w:val="28"/>
          <w:szCs w:val="28"/>
          <w:lang w:val="kk-KZ"/>
        </w:rPr>
        <w:t xml:space="preserve">, </w:t>
      </w:r>
      <w:proofErr w:type="spellStart"/>
      <w:r w:rsidRPr="00746A9D">
        <w:rPr>
          <w:sz w:val="28"/>
          <w:szCs w:val="28"/>
        </w:rPr>
        <w:t>Мә</w:t>
      </w:r>
      <w:r>
        <w:rPr>
          <w:sz w:val="28"/>
          <w:szCs w:val="28"/>
        </w:rPr>
        <w:t>ңгілік</w:t>
      </w:r>
      <w:proofErr w:type="spellEnd"/>
      <w:r>
        <w:rPr>
          <w:sz w:val="28"/>
          <w:szCs w:val="28"/>
        </w:rPr>
        <w:t xml:space="preserve"> Ел </w:t>
      </w:r>
      <w:proofErr w:type="spellStart"/>
      <w:r>
        <w:rPr>
          <w:sz w:val="28"/>
          <w:szCs w:val="28"/>
        </w:rPr>
        <w:t>даңғылынан</w:t>
      </w:r>
      <w:proofErr w:type="spellEnd"/>
      <w:r>
        <w:rPr>
          <w:sz w:val="28"/>
          <w:szCs w:val="28"/>
        </w:rPr>
        <w:t xml:space="preserve"> Е319 </w:t>
      </w:r>
      <w:proofErr w:type="spellStart"/>
      <w:r>
        <w:rPr>
          <w:sz w:val="28"/>
          <w:szCs w:val="28"/>
        </w:rPr>
        <w:t>көше</w:t>
      </w:r>
      <w:r w:rsidRPr="00746A9D">
        <w:rPr>
          <w:sz w:val="28"/>
          <w:szCs w:val="28"/>
        </w:rPr>
        <w:t>мен</w:t>
      </w:r>
      <w:proofErr w:type="spellEnd"/>
      <w:r w:rsidRPr="00746A9D">
        <w:rPr>
          <w:sz w:val="28"/>
          <w:szCs w:val="28"/>
        </w:rPr>
        <w:t xml:space="preserve"> Н. Тесла </w:t>
      </w:r>
      <w:proofErr w:type="spellStart"/>
      <w:r w:rsidRPr="00746A9D">
        <w:rPr>
          <w:sz w:val="28"/>
          <w:szCs w:val="28"/>
        </w:rPr>
        <w:t>көшесіне</w:t>
      </w:r>
      <w:proofErr w:type="spellEnd"/>
      <w:r w:rsidRPr="00746A9D">
        <w:rPr>
          <w:sz w:val="28"/>
          <w:szCs w:val="28"/>
        </w:rPr>
        <w:t xml:space="preserve"> </w:t>
      </w:r>
      <w:proofErr w:type="spellStart"/>
      <w:r w:rsidRPr="00746A9D">
        <w:rPr>
          <w:sz w:val="28"/>
          <w:szCs w:val="28"/>
        </w:rPr>
        <w:t>дейін</w:t>
      </w:r>
      <w:proofErr w:type="spellEnd"/>
      <w:r w:rsidRPr="00746A9D">
        <w:rPr>
          <w:sz w:val="28"/>
          <w:szCs w:val="28"/>
        </w:rPr>
        <w:t xml:space="preserve">, </w:t>
      </w:r>
      <w:r>
        <w:rPr>
          <w:sz w:val="28"/>
          <w:szCs w:val="28"/>
          <w:lang w:val="kk-KZ"/>
        </w:rPr>
        <w:t>Н. </w:t>
      </w:r>
      <w:proofErr w:type="spellStart"/>
      <w:r>
        <w:rPr>
          <w:sz w:val="28"/>
          <w:szCs w:val="28"/>
          <w:lang w:val="kk-KZ"/>
        </w:rPr>
        <w:t>Тесла</w:t>
      </w:r>
      <w:proofErr w:type="spellEnd"/>
      <w:r>
        <w:rPr>
          <w:sz w:val="28"/>
          <w:szCs w:val="28"/>
          <w:lang w:val="kk-KZ"/>
        </w:rPr>
        <w:t xml:space="preserve"> көшесімен</w:t>
      </w:r>
      <w:r w:rsidRPr="00746A9D">
        <w:rPr>
          <w:sz w:val="28"/>
          <w:szCs w:val="28"/>
        </w:rPr>
        <w:t xml:space="preserve"> </w:t>
      </w:r>
      <w:proofErr w:type="spellStart"/>
      <w:r w:rsidRPr="00746A9D">
        <w:rPr>
          <w:sz w:val="28"/>
          <w:szCs w:val="28"/>
        </w:rPr>
        <w:t>Әл</w:t>
      </w:r>
      <w:proofErr w:type="spellEnd"/>
      <w:r w:rsidRPr="00746A9D">
        <w:rPr>
          <w:sz w:val="28"/>
          <w:szCs w:val="28"/>
        </w:rPr>
        <w:t xml:space="preserve">-Фараби </w:t>
      </w:r>
      <w:proofErr w:type="spellStart"/>
      <w:r w:rsidRPr="00746A9D">
        <w:rPr>
          <w:sz w:val="28"/>
          <w:szCs w:val="28"/>
        </w:rPr>
        <w:t>даңғылына</w:t>
      </w:r>
      <w:proofErr w:type="spellEnd"/>
      <w:r>
        <w:rPr>
          <w:sz w:val="28"/>
          <w:szCs w:val="28"/>
          <w:lang w:val="kk-KZ"/>
        </w:rPr>
        <w:t xml:space="preserve"> дейін</w:t>
      </w:r>
      <w:r w:rsidRPr="00746A9D">
        <w:rPr>
          <w:sz w:val="28"/>
          <w:szCs w:val="28"/>
        </w:rPr>
        <w:t xml:space="preserve">, </w:t>
      </w:r>
      <w:proofErr w:type="spellStart"/>
      <w:r w:rsidRPr="00746A9D">
        <w:rPr>
          <w:sz w:val="28"/>
          <w:szCs w:val="28"/>
        </w:rPr>
        <w:t>Әл</w:t>
      </w:r>
      <w:proofErr w:type="spellEnd"/>
      <w:r w:rsidRPr="00746A9D">
        <w:rPr>
          <w:sz w:val="28"/>
          <w:szCs w:val="28"/>
        </w:rPr>
        <w:t xml:space="preserve">-Фараби </w:t>
      </w:r>
      <w:proofErr w:type="spellStart"/>
      <w:r w:rsidRPr="00746A9D">
        <w:rPr>
          <w:sz w:val="28"/>
          <w:szCs w:val="28"/>
        </w:rPr>
        <w:t>даңғылымен</w:t>
      </w:r>
      <w:proofErr w:type="spellEnd"/>
      <w:r w:rsidRPr="00746A9D">
        <w:rPr>
          <w:sz w:val="28"/>
          <w:szCs w:val="28"/>
        </w:rPr>
        <w:t xml:space="preserve"> </w:t>
      </w:r>
      <w:proofErr w:type="spellStart"/>
      <w:r w:rsidRPr="00746A9D">
        <w:rPr>
          <w:sz w:val="28"/>
          <w:szCs w:val="28"/>
        </w:rPr>
        <w:t>Қабанбай</w:t>
      </w:r>
      <w:proofErr w:type="spellEnd"/>
      <w:r w:rsidRPr="00746A9D">
        <w:rPr>
          <w:sz w:val="28"/>
          <w:szCs w:val="28"/>
        </w:rPr>
        <w:t xml:space="preserve"> батыр </w:t>
      </w:r>
      <w:proofErr w:type="spellStart"/>
      <w:r w:rsidRPr="00746A9D">
        <w:rPr>
          <w:sz w:val="28"/>
          <w:szCs w:val="28"/>
        </w:rPr>
        <w:t>даңғылына</w:t>
      </w:r>
      <w:proofErr w:type="spellEnd"/>
      <w:r w:rsidRPr="00746A9D">
        <w:rPr>
          <w:sz w:val="28"/>
          <w:szCs w:val="28"/>
        </w:rPr>
        <w:t xml:space="preserve"> </w:t>
      </w:r>
      <w:proofErr w:type="spellStart"/>
      <w:r w:rsidRPr="00746A9D">
        <w:rPr>
          <w:sz w:val="28"/>
          <w:szCs w:val="28"/>
        </w:rPr>
        <w:t>дейін</w:t>
      </w:r>
      <w:proofErr w:type="spellEnd"/>
      <w:r w:rsidRPr="00746A9D">
        <w:rPr>
          <w:sz w:val="28"/>
          <w:szCs w:val="28"/>
        </w:rPr>
        <w:t xml:space="preserve">, </w:t>
      </w:r>
      <w:proofErr w:type="spellStart"/>
      <w:r w:rsidRPr="00746A9D">
        <w:rPr>
          <w:sz w:val="28"/>
          <w:szCs w:val="28"/>
        </w:rPr>
        <w:t>Әл</w:t>
      </w:r>
      <w:proofErr w:type="spellEnd"/>
      <w:r w:rsidRPr="00746A9D">
        <w:rPr>
          <w:sz w:val="28"/>
          <w:szCs w:val="28"/>
        </w:rPr>
        <w:t xml:space="preserve">-Фараби </w:t>
      </w:r>
      <w:proofErr w:type="spellStart"/>
      <w:r w:rsidRPr="00746A9D">
        <w:rPr>
          <w:sz w:val="28"/>
          <w:szCs w:val="28"/>
        </w:rPr>
        <w:t>даңғылынан</w:t>
      </w:r>
      <w:proofErr w:type="spellEnd"/>
      <w:r w:rsidRPr="00746A9D">
        <w:rPr>
          <w:sz w:val="28"/>
          <w:szCs w:val="28"/>
        </w:rPr>
        <w:t xml:space="preserve"> </w:t>
      </w:r>
      <w:proofErr w:type="spellStart"/>
      <w:r w:rsidRPr="00746A9D">
        <w:rPr>
          <w:sz w:val="28"/>
          <w:szCs w:val="28"/>
        </w:rPr>
        <w:t>Қабанбай</w:t>
      </w:r>
      <w:proofErr w:type="spellEnd"/>
      <w:r w:rsidRPr="00746A9D">
        <w:rPr>
          <w:sz w:val="28"/>
          <w:szCs w:val="28"/>
        </w:rPr>
        <w:t xml:space="preserve"> батыр </w:t>
      </w:r>
      <w:proofErr w:type="spellStart"/>
      <w:r w:rsidRPr="00746A9D">
        <w:rPr>
          <w:sz w:val="28"/>
          <w:szCs w:val="28"/>
        </w:rPr>
        <w:t>даңғылымен</w:t>
      </w:r>
      <w:proofErr w:type="spellEnd"/>
      <w:r>
        <w:rPr>
          <w:sz w:val="28"/>
          <w:szCs w:val="28"/>
          <w:lang w:val="kk-KZ"/>
        </w:rPr>
        <w:t>,</w:t>
      </w:r>
      <w:r>
        <w:rPr>
          <w:sz w:val="28"/>
          <w:szCs w:val="28"/>
        </w:rPr>
        <w:t xml:space="preserve"> Е319 </w:t>
      </w:r>
      <w:proofErr w:type="spellStart"/>
      <w:r>
        <w:rPr>
          <w:sz w:val="28"/>
          <w:szCs w:val="28"/>
        </w:rPr>
        <w:t>көше</w:t>
      </w:r>
      <w:r w:rsidRPr="00814807">
        <w:rPr>
          <w:sz w:val="28"/>
          <w:szCs w:val="28"/>
        </w:rPr>
        <w:t>дегі</w:t>
      </w:r>
      <w:proofErr w:type="spellEnd"/>
      <w:r w:rsidRPr="00814807">
        <w:rPr>
          <w:sz w:val="28"/>
          <w:szCs w:val="28"/>
        </w:rPr>
        <w:t xml:space="preserve"> № 2а, 2б </w:t>
      </w:r>
      <w:proofErr w:type="spellStart"/>
      <w:r w:rsidRPr="00814807">
        <w:rPr>
          <w:sz w:val="28"/>
          <w:szCs w:val="28"/>
        </w:rPr>
        <w:t>үйлерді</w:t>
      </w:r>
      <w:proofErr w:type="spellEnd"/>
      <w:r w:rsidRPr="00814807">
        <w:rPr>
          <w:sz w:val="28"/>
          <w:szCs w:val="28"/>
        </w:rPr>
        <w:t xml:space="preserve"> </w:t>
      </w:r>
      <w:proofErr w:type="spellStart"/>
      <w:r w:rsidRPr="00814807">
        <w:rPr>
          <w:sz w:val="28"/>
          <w:szCs w:val="28"/>
        </w:rPr>
        <w:t>қоспағанда</w:t>
      </w:r>
      <w:proofErr w:type="spellEnd"/>
      <w:r>
        <w:rPr>
          <w:sz w:val="28"/>
          <w:szCs w:val="28"/>
          <w:lang w:val="kk-KZ"/>
        </w:rPr>
        <w:t>,</w:t>
      </w:r>
      <w:r w:rsidRPr="00814807">
        <w:rPr>
          <w:sz w:val="28"/>
          <w:szCs w:val="28"/>
        </w:rPr>
        <w:t xml:space="preserve"> </w:t>
      </w:r>
      <w:proofErr w:type="spellStart"/>
      <w:r w:rsidRPr="00814807">
        <w:rPr>
          <w:sz w:val="28"/>
          <w:szCs w:val="28"/>
        </w:rPr>
        <w:t>Қабанбай</w:t>
      </w:r>
      <w:proofErr w:type="spellEnd"/>
      <w:r w:rsidRPr="00814807">
        <w:rPr>
          <w:sz w:val="28"/>
          <w:szCs w:val="28"/>
        </w:rPr>
        <w:t xml:space="preserve"> батыр </w:t>
      </w:r>
      <w:proofErr w:type="spellStart"/>
      <w:r w:rsidRPr="00814807">
        <w:rPr>
          <w:sz w:val="28"/>
          <w:szCs w:val="28"/>
        </w:rPr>
        <w:t>даңғылындағы</w:t>
      </w:r>
      <w:proofErr w:type="spellEnd"/>
      <w:r w:rsidRPr="00814807">
        <w:rPr>
          <w:sz w:val="28"/>
          <w:szCs w:val="28"/>
        </w:rPr>
        <w:t xml:space="preserve"> </w:t>
      </w:r>
      <w:proofErr w:type="spellStart"/>
      <w:r w:rsidRPr="00814807">
        <w:rPr>
          <w:sz w:val="28"/>
          <w:szCs w:val="28"/>
        </w:rPr>
        <w:t>айналма</w:t>
      </w:r>
      <w:proofErr w:type="spellEnd"/>
      <w:r w:rsidRPr="00814807">
        <w:rPr>
          <w:sz w:val="28"/>
          <w:szCs w:val="28"/>
        </w:rPr>
        <w:t xml:space="preserve"> </w:t>
      </w:r>
      <w:proofErr w:type="spellStart"/>
      <w:r w:rsidRPr="00814807">
        <w:rPr>
          <w:sz w:val="28"/>
          <w:szCs w:val="28"/>
        </w:rPr>
        <w:t>жол</w:t>
      </w:r>
      <w:proofErr w:type="spellEnd"/>
      <w:r w:rsidRPr="00814807">
        <w:rPr>
          <w:sz w:val="28"/>
          <w:szCs w:val="28"/>
        </w:rPr>
        <w:t xml:space="preserve"> </w:t>
      </w:r>
      <w:proofErr w:type="spellStart"/>
      <w:r w:rsidRPr="00814807">
        <w:rPr>
          <w:sz w:val="28"/>
          <w:szCs w:val="28"/>
        </w:rPr>
        <w:t>айрығына</w:t>
      </w:r>
      <w:proofErr w:type="spellEnd"/>
      <w:r w:rsidRPr="00814807">
        <w:rPr>
          <w:sz w:val="28"/>
          <w:szCs w:val="28"/>
        </w:rPr>
        <w:t xml:space="preserve"> </w:t>
      </w:r>
      <w:proofErr w:type="spellStart"/>
      <w:r w:rsidRPr="00814807">
        <w:rPr>
          <w:sz w:val="28"/>
          <w:szCs w:val="28"/>
        </w:rPr>
        <w:t>дейін</w:t>
      </w:r>
      <w:proofErr w:type="spellEnd"/>
      <w:r w:rsidRPr="00814807">
        <w:rPr>
          <w:sz w:val="28"/>
          <w:szCs w:val="28"/>
        </w:rPr>
        <w:t>.</w:t>
      </w:r>
    </w:p>
    <w:p w14:paraId="1200BA3E" w14:textId="77777777" w:rsidR="00E72A3C" w:rsidRPr="00420D39" w:rsidRDefault="00E72A3C" w:rsidP="00E72A3C">
      <w:pPr>
        <w:ind w:firstLine="567"/>
        <w:jc w:val="both"/>
        <w:rPr>
          <w:sz w:val="28"/>
          <w:szCs w:val="28"/>
        </w:rPr>
      </w:pPr>
    </w:p>
    <w:p w14:paraId="4E2B6BB5" w14:textId="77777777" w:rsidR="00536860" w:rsidRDefault="00536860" w:rsidP="00E72A3C">
      <w:pPr>
        <w:jc w:val="center"/>
        <w:rPr>
          <w:sz w:val="28"/>
          <w:szCs w:val="28"/>
        </w:rPr>
      </w:pPr>
    </w:p>
    <w:p w14:paraId="2C5E7DC0" w14:textId="77777777" w:rsidR="00536860" w:rsidRDefault="00536860" w:rsidP="00E72A3C">
      <w:pPr>
        <w:jc w:val="center"/>
        <w:rPr>
          <w:sz w:val="28"/>
          <w:szCs w:val="28"/>
        </w:rPr>
      </w:pPr>
    </w:p>
    <w:p w14:paraId="40F5982B" w14:textId="72CFE3AE" w:rsidR="00E72A3C" w:rsidRPr="00814807" w:rsidRDefault="00E72A3C" w:rsidP="00E72A3C">
      <w:pPr>
        <w:jc w:val="center"/>
        <w:rPr>
          <w:sz w:val="28"/>
          <w:szCs w:val="28"/>
        </w:rPr>
      </w:pPr>
      <w:r w:rsidRPr="00814807">
        <w:rPr>
          <w:sz w:val="28"/>
          <w:szCs w:val="28"/>
        </w:rPr>
        <w:lastRenderedPageBreak/>
        <w:t xml:space="preserve">№ 172 </w:t>
      </w:r>
      <w:proofErr w:type="spellStart"/>
      <w:r w:rsidRPr="00814807">
        <w:rPr>
          <w:sz w:val="28"/>
          <w:szCs w:val="28"/>
        </w:rPr>
        <w:t>сайлау</w:t>
      </w:r>
      <w:proofErr w:type="spellEnd"/>
      <w:r w:rsidRPr="00814807">
        <w:rPr>
          <w:sz w:val="28"/>
          <w:szCs w:val="28"/>
        </w:rPr>
        <w:t xml:space="preserve"> </w:t>
      </w:r>
      <w:proofErr w:type="spellStart"/>
      <w:r w:rsidRPr="00814807">
        <w:rPr>
          <w:sz w:val="28"/>
          <w:szCs w:val="28"/>
        </w:rPr>
        <w:t>учаскесі</w:t>
      </w:r>
      <w:proofErr w:type="spellEnd"/>
    </w:p>
    <w:p w14:paraId="28DB7394" w14:textId="77777777" w:rsidR="00E72A3C" w:rsidRPr="00814807" w:rsidRDefault="00E72A3C" w:rsidP="00E72A3C">
      <w:pPr>
        <w:jc w:val="center"/>
        <w:rPr>
          <w:sz w:val="28"/>
          <w:szCs w:val="28"/>
        </w:rPr>
      </w:pPr>
      <w:r w:rsidRPr="00814807">
        <w:rPr>
          <w:sz w:val="28"/>
          <w:szCs w:val="28"/>
        </w:rPr>
        <w:t>(</w:t>
      </w:r>
      <w:proofErr w:type="spellStart"/>
      <w:r w:rsidRPr="00814807">
        <w:rPr>
          <w:sz w:val="28"/>
          <w:szCs w:val="28"/>
        </w:rPr>
        <w:t>орталығы</w:t>
      </w:r>
      <w:proofErr w:type="spellEnd"/>
      <w:r w:rsidRPr="00814807">
        <w:rPr>
          <w:sz w:val="28"/>
          <w:szCs w:val="28"/>
        </w:rPr>
        <w:t xml:space="preserve"> – Астана </w:t>
      </w:r>
      <w:proofErr w:type="spellStart"/>
      <w:r w:rsidRPr="00814807">
        <w:rPr>
          <w:sz w:val="28"/>
          <w:szCs w:val="28"/>
        </w:rPr>
        <w:t>қаласы</w:t>
      </w:r>
      <w:proofErr w:type="spellEnd"/>
      <w:r w:rsidRPr="00814807">
        <w:rPr>
          <w:sz w:val="28"/>
          <w:szCs w:val="28"/>
        </w:rPr>
        <w:t xml:space="preserve"> </w:t>
      </w:r>
      <w:proofErr w:type="spellStart"/>
      <w:r w:rsidRPr="00814807">
        <w:rPr>
          <w:sz w:val="28"/>
          <w:szCs w:val="28"/>
        </w:rPr>
        <w:t>әкімдігінің</w:t>
      </w:r>
      <w:proofErr w:type="spellEnd"/>
      <w:r w:rsidRPr="00814807">
        <w:rPr>
          <w:sz w:val="28"/>
          <w:szCs w:val="28"/>
        </w:rPr>
        <w:t xml:space="preserve"> «№ 96 </w:t>
      </w:r>
      <w:proofErr w:type="spellStart"/>
      <w:r w:rsidRPr="00814807">
        <w:rPr>
          <w:sz w:val="28"/>
          <w:szCs w:val="28"/>
        </w:rPr>
        <w:t>мектеп</w:t>
      </w:r>
      <w:proofErr w:type="spellEnd"/>
      <w:r w:rsidRPr="00814807">
        <w:rPr>
          <w:sz w:val="28"/>
          <w:szCs w:val="28"/>
        </w:rPr>
        <w:t xml:space="preserve">-гимназия» </w:t>
      </w:r>
      <w:proofErr w:type="spellStart"/>
      <w:r w:rsidRPr="00814807">
        <w:rPr>
          <w:sz w:val="28"/>
          <w:szCs w:val="28"/>
        </w:rPr>
        <w:t>шаруашылық</w:t>
      </w:r>
      <w:proofErr w:type="spellEnd"/>
      <w:r w:rsidRPr="00814807">
        <w:rPr>
          <w:sz w:val="28"/>
          <w:szCs w:val="28"/>
        </w:rPr>
        <w:t xml:space="preserve"> </w:t>
      </w:r>
      <w:proofErr w:type="spellStart"/>
      <w:r w:rsidRPr="00814807">
        <w:rPr>
          <w:sz w:val="28"/>
          <w:szCs w:val="28"/>
        </w:rPr>
        <w:t>жүргізу</w:t>
      </w:r>
      <w:proofErr w:type="spellEnd"/>
      <w:r w:rsidRPr="00814807">
        <w:rPr>
          <w:sz w:val="28"/>
          <w:szCs w:val="28"/>
        </w:rPr>
        <w:t xml:space="preserve"> </w:t>
      </w:r>
      <w:proofErr w:type="spellStart"/>
      <w:r w:rsidRPr="00814807">
        <w:rPr>
          <w:sz w:val="28"/>
          <w:szCs w:val="28"/>
        </w:rPr>
        <w:t>құқығындағы</w:t>
      </w:r>
      <w:proofErr w:type="spellEnd"/>
      <w:r w:rsidRPr="00814807">
        <w:rPr>
          <w:sz w:val="28"/>
          <w:szCs w:val="28"/>
        </w:rPr>
        <w:t xml:space="preserve"> </w:t>
      </w:r>
      <w:proofErr w:type="spellStart"/>
      <w:r w:rsidRPr="00814807">
        <w:rPr>
          <w:sz w:val="28"/>
          <w:szCs w:val="28"/>
        </w:rPr>
        <w:t>мемлекеттік</w:t>
      </w:r>
      <w:proofErr w:type="spellEnd"/>
      <w:r w:rsidRPr="00814807">
        <w:rPr>
          <w:sz w:val="28"/>
          <w:szCs w:val="28"/>
        </w:rPr>
        <w:t xml:space="preserve"> </w:t>
      </w:r>
      <w:proofErr w:type="spellStart"/>
      <w:r w:rsidRPr="00814807">
        <w:rPr>
          <w:sz w:val="28"/>
          <w:szCs w:val="28"/>
        </w:rPr>
        <w:t>коммуналдық</w:t>
      </w:r>
      <w:proofErr w:type="spellEnd"/>
      <w:r w:rsidRPr="00814807">
        <w:rPr>
          <w:sz w:val="28"/>
          <w:szCs w:val="28"/>
        </w:rPr>
        <w:t xml:space="preserve"> </w:t>
      </w:r>
      <w:proofErr w:type="spellStart"/>
      <w:r w:rsidRPr="00814807">
        <w:rPr>
          <w:sz w:val="28"/>
          <w:szCs w:val="28"/>
        </w:rPr>
        <w:t>кәсіпорны</w:t>
      </w:r>
      <w:proofErr w:type="spellEnd"/>
      <w:r w:rsidRPr="00814807">
        <w:rPr>
          <w:sz w:val="28"/>
          <w:szCs w:val="28"/>
        </w:rPr>
        <w:t xml:space="preserve">, </w:t>
      </w:r>
    </w:p>
    <w:p w14:paraId="05EDB2F6" w14:textId="77777777" w:rsidR="00E72A3C" w:rsidRPr="00814807" w:rsidRDefault="00E72A3C" w:rsidP="00E72A3C">
      <w:pPr>
        <w:jc w:val="center"/>
        <w:rPr>
          <w:sz w:val="28"/>
          <w:szCs w:val="28"/>
          <w:lang w:val="kk-KZ"/>
        </w:rPr>
      </w:pPr>
      <w:r w:rsidRPr="00814807">
        <w:rPr>
          <w:sz w:val="28"/>
          <w:szCs w:val="28"/>
        </w:rPr>
        <w:t>Г. </w:t>
      </w:r>
      <w:proofErr w:type="spellStart"/>
      <w:r w:rsidRPr="00814807">
        <w:rPr>
          <w:sz w:val="28"/>
          <w:szCs w:val="28"/>
        </w:rPr>
        <w:t>Әлиев</w:t>
      </w:r>
      <w:proofErr w:type="spellEnd"/>
      <w:r w:rsidRPr="00814807">
        <w:rPr>
          <w:sz w:val="28"/>
          <w:szCs w:val="28"/>
        </w:rPr>
        <w:t xml:space="preserve"> </w:t>
      </w:r>
      <w:proofErr w:type="spellStart"/>
      <w:r w:rsidRPr="00814807">
        <w:rPr>
          <w:sz w:val="28"/>
          <w:szCs w:val="28"/>
        </w:rPr>
        <w:t>көшесі</w:t>
      </w:r>
      <w:proofErr w:type="spellEnd"/>
      <w:r w:rsidRPr="00814807">
        <w:rPr>
          <w:sz w:val="28"/>
          <w:szCs w:val="28"/>
        </w:rPr>
        <w:t>, № 10а)</w:t>
      </w:r>
      <w:r w:rsidRPr="00814807">
        <w:rPr>
          <w:sz w:val="28"/>
          <w:szCs w:val="28"/>
          <w:lang w:val="kk-KZ"/>
        </w:rPr>
        <w:t xml:space="preserve"> </w:t>
      </w:r>
    </w:p>
    <w:p w14:paraId="0AF731B5" w14:textId="77777777" w:rsidR="00E72A3C" w:rsidRPr="00814807" w:rsidRDefault="00E72A3C" w:rsidP="00E72A3C">
      <w:pPr>
        <w:jc w:val="center"/>
        <w:rPr>
          <w:sz w:val="28"/>
          <w:szCs w:val="28"/>
          <w:lang w:val="kk-KZ"/>
        </w:rPr>
      </w:pPr>
    </w:p>
    <w:p w14:paraId="483A91EB" w14:textId="77777777" w:rsidR="00E72A3C" w:rsidRPr="00814807" w:rsidRDefault="00E72A3C" w:rsidP="00E72A3C">
      <w:pPr>
        <w:ind w:firstLine="567"/>
        <w:jc w:val="both"/>
        <w:rPr>
          <w:sz w:val="28"/>
          <w:szCs w:val="28"/>
          <w:lang w:val="kk-KZ"/>
        </w:rPr>
      </w:pPr>
      <w:r w:rsidRPr="00814807">
        <w:rPr>
          <w:sz w:val="28"/>
          <w:szCs w:val="28"/>
          <w:lang w:val="kk-KZ"/>
        </w:rPr>
        <w:t>Шекарасы: Қабанбай батыр даңғылынан Анадолы көшесімен Г. Әлиев көшесіне дейін, Г. Әлиев көшесінің тақ сандар жағымен Н. Балғымбаев көшесіне дейін, Н. Балғымбаев көшесімен Қабанбай батыр даңғылына дейін, Қабанбай батыр даңғылының жұп сандар жағымен Анадолы көшесіне дейін.</w:t>
      </w:r>
    </w:p>
    <w:p w14:paraId="09FCC1CF" w14:textId="77777777" w:rsidR="00E72A3C" w:rsidRPr="00814807" w:rsidRDefault="00E72A3C" w:rsidP="00E72A3C">
      <w:pPr>
        <w:ind w:firstLine="567"/>
        <w:jc w:val="both"/>
        <w:rPr>
          <w:sz w:val="28"/>
          <w:szCs w:val="28"/>
          <w:lang w:val="kk-KZ"/>
        </w:rPr>
      </w:pPr>
    </w:p>
    <w:p w14:paraId="40A3E915" w14:textId="77777777" w:rsidR="00E72A3C" w:rsidRPr="00746A9D" w:rsidRDefault="00E72A3C" w:rsidP="00E72A3C">
      <w:pPr>
        <w:jc w:val="center"/>
        <w:rPr>
          <w:sz w:val="28"/>
          <w:szCs w:val="28"/>
          <w:lang w:val="kk-KZ"/>
        </w:rPr>
      </w:pPr>
      <w:r w:rsidRPr="00746A9D">
        <w:rPr>
          <w:sz w:val="28"/>
          <w:szCs w:val="28"/>
          <w:lang w:val="kk-KZ"/>
        </w:rPr>
        <w:t>№ 173 сайлау учаскесі</w:t>
      </w:r>
    </w:p>
    <w:p w14:paraId="6B319E06" w14:textId="77777777" w:rsidR="00E72A3C" w:rsidRPr="00746A9D" w:rsidRDefault="00E72A3C" w:rsidP="00E72A3C">
      <w:pPr>
        <w:jc w:val="center"/>
        <w:rPr>
          <w:sz w:val="28"/>
          <w:szCs w:val="28"/>
          <w:lang w:val="kk-KZ"/>
        </w:rPr>
      </w:pPr>
      <w:r w:rsidRPr="00746A9D">
        <w:rPr>
          <w:sz w:val="28"/>
          <w:szCs w:val="28"/>
          <w:lang w:val="kk-KZ"/>
        </w:rPr>
        <w:t>(орталығы – «BINOM EDUCATION» жауапкершілігі шектеулі серіктестігінің Қ. Сәтпаев атындағы «</w:t>
      </w:r>
      <w:proofErr w:type="spellStart"/>
      <w:r w:rsidRPr="00746A9D">
        <w:rPr>
          <w:sz w:val="28"/>
          <w:szCs w:val="28"/>
          <w:lang w:val="kk-KZ"/>
        </w:rPr>
        <w:t>Binom</w:t>
      </w:r>
      <w:proofErr w:type="spellEnd"/>
      <w:r w:rsidRPr="00746A9D">
        <w:rPr>
          <w:sz w:val="28"/>
          <w:szCs w:val="28"/>
          <w:lang w:val="kk-KZ"/>
        </w:rPr>
        <w:t xml:space="preserve"> </w:t>
      </w:r>
      <w:proofErr w:type="spellStart"/>
      <w:r w:rsidRPr="00746A9D">
        <w:rPr>
          <w:sz w:val="28"/>
          <w:szCs w:val="28"/>
          <w:lang w:val="kk-KZ"/>
        </w:rPr>
        <w:t>school</w:t>
      </w:r>
      <w:proofErr w:type="spellEnd"/>
      <w:r w:rsidRPr="00746A9D">
        <w:rPr>
          <w:sz w:val="28"/>
          <w:szCs w:val="28"/>
          <w:lang w:val="kk-KZ"/>
        </w:rPr>
        <w:t xml:space="preserve">» мектеп-лицейі, </w:t>
      </w:r>
    </w:p>
    <w:p w14:paraId="69882C63" w14:textId="77777777" w:rsidR="00E72A3C" w:rsidRPr="00746A9D" w:rsidRDefault="00E72A3C" w:rsidP="00E72A3C">
      <w:pPr>
        <w:jc w:val="center"/>
        <w:rPr>
          <w:sz w:val="28"/>
          <w:szCs w:val="28"/>
          <w:lang w:val="kk-KZ"/>
        </w:rPr>
      </w:pPr>
      <w:r w:rsidRPr="00746A9D">
        <w:rPr>
          <w:sz w:val="28"/>
          <w:szCs w:val="28"/>
          <w:lang w:val="kk-KZ"/>
        </w:rPr>
        <w:t>Әл-Фараби даңғылы, № 40а)</w:t>
      </w:r>
    </w:p>
    <w:p w14:paraId="281BB47F" w14:textId="77777777" w:rsidR="00E72A3C" w:rsidRPr="00746A9D" w:rsidRDefault="00E72A3C" w:rsidP="00E72A3C">
      <w:pPr>
        <w:ind w:firstLine="567"/>
        <w:jc w:val="both"/>
        <w:rPr>
          <w:sz w:val="28"/>
          <w:szCs w:val="28"/>
          <w:lang w:val="kk-KZ"/>
        </w:rPr>
      </w:pPr>
    </w:p>
    <w:p w14:paraId="49E84081" w14:textId="77777777" w:rsidR="00E72A3C" w:rsidRPr="00CF6E84" w:rsidRDefault="00E72A3C" w:rsidP="00E72A3C">
      <w:pPr>
        <w:ind w:firstLine="567"/>
        <w:jc w:val="both"/>
        <w:rPr>
          <w:sz w:val="28"/>
          <w:szCs w:val="28"/>
          <w:lang w:val="kk-KZ"/>
        </w:rPr>
      </w:pPr>
      <w:r w:rsidRPr="00746A9D">
        <w:rPr>
          <w:sz w:val="28"/>
          <w:szCs w:val="28"/>
          <w:lang w:val="kk-KZ"/>
        </w:rPr>
        <w:t>Шекарасы: Әл-Фараби даңғылындағы № 34, 34/1, 34/2, 34/3, 34/4, 36/2, 38/2, 40/2, 44, 44/1, 46 үйлер.</w:t>
      </w:r>
    </w:p>
    <w:p w14:paraId="6DFF82EE" w14:textId="77777777" w:rsidR="00E72A3C" w:rsidRPr="00CF6E84" w:rsidRDefault="00E72A3C" w:rsidP="00E72A3C">
      <w:pPr>
        <w:ind w:firstLine="567"/>
        <w:jc w:val="both"/>
        <w:rPr>
          <w:sz w:val="28"/>
          <w:szCs w:val="28"/>
          <w:lang w:val="kk-KZ"/>
        </w:rPr>
      </w:pPr>
    </w:p>
    <w:p w14:paraId="7E4EDE24" w14:textId="77777777" w:rsidR="00E72A3C" w:rsidRPr="00746A9D" w:rsidRDefault="00E72A3C" w:rsidP="00E72A3C">
      <w:pPr>
        <w:jc w:val="center"/>
        <w:rPr>
          <w:sz w:val="28"/>
          <w:szCs w:val="28"/>
          <w:lang w:val="kk-KZ"/>
        </w:rPr>
      </w:pPr>
      <w:r w:rsidRPr="00746A9D">
        <w:rPr>
          <w:sz w:val="28"/>
          <w:szCs w:val="28"/>
          <w:lang w:val="kk-KZ"/>
        </w:rPr>
        <w:t>№ 174 сайлау учаскесі</w:t>
      </w:r>
    </w:p>
    <w:p w14:paraId="32AD0AAF" w14:textId="77777777" w:rsidR="00E72A3C" w:rsidRPr="00746A9D" w:rsidRDefault="00E72A3C" w:rsidP="00E72A3C">
      <w:pPr>
        <w:jc w:val="center"/>
        <w:rPr>
          <w:sz w:val="28"/>
          <w:szCs w:val="28"/>
          <w:lang w:val="kk-KZ"/>
        </w:rPr>
      </w:pPr>
      <w:r w:rsidRPr="00746A9D">
        <w:rPr>
          <w:sz w:val="28"/>
          <w:szCs w:val="28"/>
          <w:lang w:val="kk-KZ"/>
        </w:rPr>
        <w:t>(орталығы – «BINOM EDUCATION» жауапкершілігі шектеулі серіктестігінің Қ. Сәтпаев атындағы «</w:t>
      </w:r>
      <w:proofErr w:type="spellStart"/>
      <w:r w:rsidRPr="00746A9D">
        <w:rPr>
          <w:sz w:val="28"/>
          <w:szCs w:val="28"/>
          <w:lang w:val="kk-KZ"/>
        </w:rPr>
        <w:t>Binom</w:t>
      </w:r>
      <w:proofErr w:type="spellEnd"/>
      <w:r w:rsidRPr="00746A9D">
        <w:rPr>
          <w:sz w:val="28"/>
          <w:szCs w:val="28"/>
          <w:lang w:val="kk-KZ"/>
        </w:rPr>
        <w:t xml:space="preserve"> </w:t>
      </w:r>
      <w:proofErr w:type="spellStart"/>
      <w:r w:rsidRPr="00746A9D">
        <w:rPr>
          <w:sz w:val="28"/>
          <w:szCs w:val="28"/>
          <w:lang w:val="kk-KZ"/>
        </w:rPr>
        <w:t>school</w:t>
      </w:r>
      <w:proofErr w:type="spellEnd"/>
      <w:r w:rsidRPr="00746A9D">
        <w:rPr>
          <w:sz w:val="28"/>
          <w:szCs w:val="28"/>
          <w:lang w:val="kk-KZ"/>
        </w:rPr>
        <w:t xml:space="preserve">» мектеп-лицейі, </w:t>
      </w:r>
    </w:p>
    <w:p w14:paraId="337F9BF0" w14:textId="77777777" w:rsidR="00E72A3C" w:rsidRPr="00746A9D" w:rsidRDefault="00E72A3C" w:rsidP="00E72A3C">
      <w:pPr>
        <w:jc w:val="center"/>
        <w:rPr>
          <w:sz w:val="28"/>
          <w:szCs w:val="28"/>
          <w:lang w:val="kk-KZ"/>
        </w:rPr>
      </w:pPr>
      <w:r w:rsidRPr="00746A9D">
        <w:rPr>
          <w:sz w:val="28"/>
          <w:szCs w:val="28"/>
          <w:lang w:val="kk-KZ"/>
        </w:rPr>
        <w:t>Әл-Фараби даңғылы, № 40а)</w:t>
      </w:r>
    </w:p>
    <w:p w14:paraId="418E2127" w14:textId="77777777" w:rsidR="00E72A3C" w:rsidRPr="00746A9D" w:rsidRDefault="00E72A3C" w:rsidP="00E72A3C">
      <w:pPr>
        <w:jc w:val="center"/>
        <w:rPr>
          <w:sz w:val="28"/>
          <w:szCs w:val="28"/>
          <w:lang w:val="kk-KZ"/>
        </w:rPr>
      </w:pPr>
    </w:p>
    <w:p w14:paraId="049A9C47" w14:textId="77777777" w:rsidR="00E72A3C" w:rsidRPr="00CF6E84" w:rsidRDefault="00E72A3C" w:rsidP="00E72A3C">
      <w:pPr>
        <w:ind w:firstLine="567"/>
        <w:jc w:val="both"/>
        <w:rPr>
          <w:sz w:val="28"/>
          <w:szCs w:val="28"/>
          <w:lang w:val="kk-KZ"/>
        </w:rPr>
      </w:pPr>
      <w:r w:rsidRPr="00746A9D">
        <w:rPr>
          <w:sz w:val="28"/>
          <w:szCs w:val="28"/>
          <w:lang w:val="kk-KZ"/>
        </w:rPr>
        <w:t>Шекарасы: Ұлы Дала даңғылы</w:t>
      </w:r>
      <w:r>
        <w:rPr>
          <w:sz w:val="28"/>
          <w:szCs w:val="28"/>
          <w:lang w:val="kk-KZ"/>
        </w:rPr>
        <w:t>,</w:t>
      </w:r>
      <w:r w:rsidRPr="00746A9D">
        <w:rPr>
          <w:sz w:val="28"/>
          <w:szCs w:val="28"/>
          <w:lang w:val="kk-KZ"/>
        </w:rPr>
        <w:t xml:space="preserve"> № 80, 80/1, 82, 84 үйлер, Әл-Фараби даңғылы</w:t>
      </w:r>
      <w:r>
        <w:rPr>
          <w:sz w:val="28"/>
          <w:szCs w:val="28"/>
          <w:lang w:val="kk-KZ"/>
        </w:rPr>
        <w:t>,</w:t>
      </w:r>
      <w:r w:rsidRPr="00746A9D">
        <w:rPr>
          <w:sz w:val="28"/>
          <w:szCs w:val="28"/>
          <w:lang w:val="kk-KZ"/>
        </w:rPr>
        <w:t xml:space="preserve"> № 30, 30/1, 32 үйлер.</w:t>
      </w:r>
    </w:p>
    <w:p w14:paraId="3A6A11BB" w14:textId="77777777" w:rsidR="00E72A3C" w:rsidRPr="00CF6E84" w:rsidRDefault="00E72A3C" w:rsidP="00E72A3C">
      <w:pPr>
        <w:ind w:firstLine="567"/>
        <w:jc w:val="both"/>
        <w:rPr>
          <w:sz w:val="28"/>
          <w:szCs w:val="28"/>
          <w:lang w:val="kk-KZ"/>
        </w:rPr>
      </w:pPr>
    </w:p>
    <w:p w14:paraId="123706C8" w14:textId="77777777" w:rsidR="00E72A3C" w:rsidRPr="00CF6E84" w:rsidRDefault="00E72A3C" w:rsidP="00E72A3C">
      <w:pPr>
        <w:jc w:val="center"/>
        <w:rPr>
          <w:sz w:val="28"/>
          <w:szCs w:val="28"/>
          <w:lang w:val="kk-KZ"/>
        </w:rPr>
      </w:pPr>
      <w:r w:rsidRPr="00CF6E84">
        <w:rPr>
          <w:sz w:val="28"/>
          <w:szCs w:val="28"/>
          <w:lang w:val="kk-KZ"/>
        </w:rPr>
        <w:t>№ 175 сайлау учаскесі</w:t>
      </w:r>
    </w:p>
    <w:p w14:paraId="640BE3F2" w14:textId="77777777" w:rsidR="00E72A3C" w:rsidRPr="00CF6E84" w:rsidRDefault="00E72A3C" w:rsidP="00E72A3C">
      <w:pPr>
        <w:jc w:val="center"/>
        <w:rPr>
          <w:sz w:val="28"/>
          <w:szCs w:val="28"/>
          <w:lang w:val="kk-KZ"/>
        </w:rPr>
      </w:pPr>
      <w:r w:rsidRPr="00CF6E84">
        <w:rPr>
          <w:sz w:val="28"/>
          <w:szCs w:val="28"/>
          <w:lang w:val="kk-KZ"/>
        </w:rPr>
        <w:t xml:space="preserve">(орталығы – Астана қаласы әкімдігінің «Дінмұхамед Қонаев атындағы </w:t>
      </w:r>
    </w:p>
    <w:p w14:paraId="3734AB15" w14:textId="77777777" w:rsidR="00E72A3C" w:rsidRPr="00CF6E84" w:rsidRDefault="00E72A3C" w:rsidP="00E72A3C">
      <w:pPr>
        <w:jc w:val="center"/>
        <w:rPr>
          <w:sz w:val="28"/>
          <w:szCs w:val="28"/>
          <w:lang w:val="kk-KZ"/>
        </w:rPr>
      </w:pPr>
      <w:r w:rsidRPr="00CF6E84">
        <w:rPr>
          <w:sz w:val="28"/>
          <w:szCs w:val="28"/>
          <w:lang w:val="kk-KZ"/>
        </w:rPr>
        <w:t xml:space="preserve">№ 66 мектеп-лицей» шаруашылық жүргізу құқығындағы </w:t>
      </w:r>
    </w:p>
    <w:p w14:paraId="7A941B3E" w14:textId="77777777" w:rsidR="00E72A3C" w:rsidRPr="00CF6E84" w:rsidRDefault="00E72A3C" w:rsidP="00E72A3C">
      <w:pPr>
        <w:jc w:val="center"/>
        <w:rPr>
          <w:sz w:val="28"/>
          <w:szCs w:val="28"/>
          <w:lang w:val="kk-KZ"/>
        </w:rPr>
      </w:pPr>
      <w:r w:rsidRPr="00CF6E84">
        <w:rPr>
          <w:sz w:val="28"/>
          <w:szCs w:val="28"/>
          <w:lang w:val="kk-KZ"/>
        </w:rPr>
        <w:t>мемлекеттік коммуналдық кәсіпорны, Д. Қонаев көшесі, № 33/1)</w:t>
      </w:r>
    </w:p>
    <w:p w14:paraId="1EE618D4" w14:textId="77777777" w:rsidR="00E72A3C" w:rsidRPr="00CF6E84" w:rsidRDefault="00E72A3C" w:rsidP="00E72A3C">
      <w:pPr>
        <w:jc w:val="center"/>
        <w:rPr>
          <w:sz w:val="28"/>
          <w:szCs w:val="28"/>
          <w:lang w:val="kk-KZ"/>
        </w:rPr>
      </w:pPr>
    </w:p>
    <w:p w14:paraId="7C5347DE" w14:textId="77777777" w:rsidR="00E72A3C" w:rsidRPr="00CF6E84" w:rsidRDefault="00E72A3C" w:rsidP="00E72A3C">
      <w:pPr>
        <w:ind w:firstLine="567"/>
        <w:jc w:val="both"/>
        <w:rPr>
          <w:sz w:val="28"/>
          <w:szCs w:val="28"/>
          <w:lang w:val="kk-KZ"/>
        </w:rPr>
      </w:pPr>
      <w:r w:rsidRPr="00CF6E84">
        <w:rPr>
          <w:sz w:val="28"/>
          <w:szCs w:val="28"/>
          <w:lang w:val="kk-KZ"/>
        </w:rPr>
        <w:t>Шекарасы: Мәңгілік Ел даңғылынан Сарайшық көшесінің жұп сандар жағымен Есіл өзенінің арнасына дейін, Есіл өзенінің арнасымен Сығанақ көшесіне дейін, Сығанақ көшесінің тақ сандар жағымен Түркістан көшесіне дейін, Түркістан көшесінің жұп сандар жағымен «</w:t>
      </w:r>
      <w:proofErr w:type="spellStart"/>
      <w:r w:rsidRPr="00CF6E84">
        <w:rPr>
          <w:sz w:val="28"/>
          <w:szCs w:val="28"/>
          <w:lang w:val="kk-KZ"/>
        </w:rPr>
        <w:t>Нұржол</w:t>
      </w:r>
      <w:proofErr w:type="spellEnd"/>
      <w:r w:rsidRPr="00CF6E84">
        <w:rPr>
          <w:sz w:val="28"/>
          <w:szCs w:val="28"/>
          <w:lang w:val="kk-KZ"/>
        </w:rPr>
        <w:t xml:space="preserve">» </w:t>
      </w:r>
      <w:proofErr w:type="spellStart"/>
      <w:r w:rsidRPr="00CF6E84">
        <w:rPr>
          <w:sz w:val="28"/>
          <w:szCs w:val="28"/>
          <w:lang w:val="kk-KZ"/>
        </w:rPr>
        <w:t>желекжолына</w:t>
      </w:r>
      <w:proofErr w:type="spellEnd"/>
      <w:r w:rsidRPr="00CF6E84">
        <w:rPr>
          <w:sz w:val="28"/>
          <w:szCs w:val="28"/>
          <w:lang w:val="kk-KZ"/>
        </w:rPr>
        <w:t xml:space="preserve"> дейін, «</w:t>
      </w:r>
      <w:proofErr w:type="spellStart"/>
      <w:r w:rsidRPr="00CF6E84">
        <w:rPr>
          <w:sz w:val="28"/>
          <w:szCs w:val="28"/>
          <w:lang w:val="kk-KZ"/>
        </w:rPr>
        <w:t>Нұржол</w:t>
      </w:r>
      <w:proofErr w:type="spellEnd"/>
      <w:r w:rsidRPr="00CF6E84">
        <w:rPr>
          <w:sz w:val="28"/>
          <w:szCs w:val="28"/>
          <w:lang w:val="kk-KZ"/>
        </w:rPr>
        <w:t xml:space="preserve">» </w:t>
      </w:r>
      <w:proofErr w:type="spellStart"/>
      <w:r w:rsidRPr="00CF6E84">
        <w:rPr>
          <w:sz w:val="28"/>
          <w:szCs w:val="28"/>
          <w:lang w:val="kk-KZ"/>
        </w:rPr>
        <w:t>желекжолымен</w:t>
      </w:r>
      <w:proofErr w:type="spellEnd"/>
      <w:r w:rsidRPr="00CF6E84">
        <w:rPr>
          <w:sz w:val="28"/>
          <w:szCs w:val="28"/>
          <w:lang w:val="kk-KZ"/>
        </w:rPr>
        <w:t xml:space="preserve"> Мәңгілік Ел даңғылына дейін, Мәңгілік Ел даңғылының жұп сандар жағымен Сарайшық көшесіне дейін.</w:t>
      </w:r>
    </w:p>
    <w:p w14:paraId="21F8FB19" w14:textId="77777777" w:rsidR="00E72A3C" w:rsidRPr="00CF6E84" w:rsidRDefault="00E72A3C" w:rsidP="00E72A3C">
      <w:pPr>
        <w:jc w:val="center"/>
        <w:rPr>
          <w:sz w:val="28"/>
          <w:szCs w:val="28"/>
          <w:lang w:val="kk-KZ"/>
        </w:rPr>
      </w:pPr>
    </w:p>
    <w:p w14:paraId="67C5B3D7" w14:textId="77777777" w:rsidR="00E72A3C" w:rsidRPr="00814807" w:rsidRDefault="00E72A3C" w:rsidP="00E72A3C">
      <w:pPr>
        <w:jc w:val="center"/>
        <w:rPr>
          <w:sz w:val="28"/>
          <w:szCs w:val="28"/>
        </w:rPr>
      </w:pPr>
      <w:r w:rsidRPr="00814807">
        <w:rPr>
          <w:sz w:val="28"/>
          <w:szCs w:val="28"/>
        </w:rPr>
        <w:t xml:space="preserve">№ 176 </w:t>
      </w:r>
      <w:proofErr w:type="spellStart"/>
      <w:r w:rsidRPr="00814807">
        <w:rPr>
          <w:sz w:val="28"/>
          <w:szCs w:val="28"/>
        </w:rPr>
        <w:t>сайлау</w:t>
      </w:r>
      <w:proofErr w:type="spellEnd"/>
      <w:r w:rsidRPr="00814807">
        <w:rPr>
          <w:sz w:val="28"/>
          <w:szCs w:val="28"/>
        </w:rPr>
        <w:t xml:space="preserve"> </w:t>
      </w:r>
      <w:proofErr w:type="spellStart"/>
      <w:r w:rsidRPr="00814807">
        <w:rPr>
          <w:sz w:val="28"/>
          <w:szCs w:val="28"/>
        </w:rPr>
        <w:t>учаскесі</w:t>
      </w:r>
      <w:proofErr w:type="spellEnd"/>
    </w:p>
    <w:p w14:paraId="26911D11" w14:textId="77777777" w:rsidR="00E72A3C" w:rsidRPr="00814807" w:rsidRDefault="00E72A3C" w:rsidP="00E72A3C">
      <w:pPr>
        <w:jc w:val="center"/>
        <w:rPr>
          <w:sz w:val="28"/>
          <w:szCs w:val="28"/>
        </w:rPr>
      </w:pPr>
      <w:r w:rsidRPr="00814807">
        <w:rPr>
          <w:sz w:val="28"/>
          <w:szCs w:val="28"/>
        </w:rPr>
        <w:t>(</w:t>
      </w:r>
      <w:proofErr w:type="spellStart"/>
      <w:r w:rsidRPr="00814807">
        <w:rPr>
          <w:sz w:val="28"/>
          <w:szCs w:val="28"/>
        </w:rPr>
        <w:t>орталығы</w:t>
      </w:r>
      <w:proofErr w:type="spellEnd"/>
      <w:r w:rsidRPr="00814807">
        <w:rPr>
          <w:sz w:val="28"/>
          <w:szCs w:val="28"/>
        </w:rPr>
        <w:t xml:space="preserve"> – </w:t>
      </w:r>
      <w:proofErr w:type="spellStart"/>
      <w:r w:rsidRPr="00814807">
        <w:rPr>
          <w:sz w:val="28"/>
          <w:szCs w:val="28"/>
        </w:rPr>
        <w:t>Қазақстан</w:t>
      </w:r>
      <w:proofErr w:type="spellEnd"/>
      <w:r w:rsidRPr="00814807">
        <w:rPr>
          <w:sz w:val="28"/>
          <w:szCs w:val="28"/>
        </w:rPr>
        <w:t xml:space="preserve"> </w:t>
      </w:r>
      <w:proofErr w:type="spellStart"/>
      <w:r w:rsidRPr="00814807">
        <w:rPr>
          <w:sz w:val="28"/>
          <w:szCs w:val="28"/>
        </w:rPr>
        <w:t>Республикасының</w:t>
      </w:r>
      <w:proofErr w:type="spellEnd"/>
      <w:r w:rsidRPr="00814807">
        <w:rPr>
          <w:sz w:val="28"/>
          <w:szCs w:val="28"/>
        </w:rPr>
        <w:t xml:space="preserve"> </w:t>
      </w:r>
      <w:proofErr w:type="spellStart"/>
      <w:r w:rsidRPr="00814807">
        <w:rPr>
          <w:sz w:val="28"/>
          <w:szCs w:val="28"/>
        </w:rPr>
        <w:t>Президенттік</w:t>
      </w:r>
      <w:proofErr w:type="spellEnd"/>
      <w:r w:rsidRPr="00814807">
        <w:rPr>
          <w:sz w:val="28"/>
          <w:szCs w:val="28"/>
        </w:rPr>
        <w:t xml:space="preserve"> </w:t>
      </w:r>
      <w:proofErr w:type="spellStart"/>
      <w:r w:rsidRPr="00814807">
        <w:rPr>
          <w:sz w:val="28"/>
          <w:szCs w:val="28"/>
        </w:rPr>
        <w:t>орталығы</w:t>
      </w:r>
      <w:proofErr w:type="spellEnd"/>
      <w:r w:rsidRPr="00814807">
        <w:rPr>
          <w:sz w:val="28"/>
          <w:szCs w:val="28"/>
        </w:rPr>
        <w:t xml:space="preserve">, </w:t>
      </w:r>
    </w:p>
    <w:p w14:paraId="2814E67A" w14:textId="77777777" w:rsidR="00E72A3C" w:rsidRPr="00814807" w:rsidRDefault="00E72A3C" w:rsidP="00E72A3C">
      <w:pPr>
        <w:jc w:val="center"/>
        <w:rPr>
          <w:sz w:val="28"/>
          <w:szCs w:val="28"/>
        </w:rPr>
      </w:pPr>
      <w:r w:rsidRPr="00814807">
        <w:rPr>
          <w:sz w:val="28"/>
          <w:szCs w:val="28"/>
        </w:rPr>
        <w:t>Ә. </w:t>
      </w:r>
      <w:proofErr w:type="spellStart"/>
      <w:r w:rsidRPr="00814807">
        <w:rPr>
          <w:sz w:val="28"/>
          <w:szCs w:val="28"/>
        </w:rPr>
        <w:t>Бөкейхан</w:t>
      </w:r>
      <w:proofErr w:type="spellEnd"/>
      <w:r w:rsidRPr="00814807">
        <w:rPr>
          <w:sz w:val="28"/>
          <w:szCs w:val="28"/>
        </w:rPr>
        <w:t xml:space="preserve"> </w:t>
      </w:r>
      <w:proofErr w:type="spellStart"/>
      <w:r w:rsidRPr="00814807">
        <w:rPr>
          <w:sz w:val="28"/>
          <w:szCs w:val="28"/>
        </w:rPr>
        <w:t>көшесі</w:t>
      </w:r>
      <w:proofErr w:type="spellEnd"/>
      <w:r w:rsidRPr="00814807">
        <w:rPr>
          <w:sz w:val="28"/>
          <w:szCs w:val="28"/>
        </w:rPr>
        <w:t>, № 1а)</w:t>
      </w:r>
    </w:p>
    <w:p w14:paraId="44DA8CDE" w14:textId="77777777" w:rsidR="00E72A3C" w:rsidRPr="00814807" w:rsidRDefault="00E72A3C" w:rsidP="00E72A3C">
      <w:pPr>
        <w:jc w:val="center"/>
        <w:rPr>
          <w:sz w:val="28"/>
          <w:szCs w:val="28"/>
        </w:rPr>
      </w:pPr>
    </w:p>
    <w:p w14:paraId="0F5B037B" w14:textId="77777777" w:rsidR="00E72A3C" w:rsidRPr="00420D39" w:rsidRDefault="00E72A3C" w:rsidP="00E72A3C">
      <w:pPr>
        <w:ind w:firstLine="567"/>
        <w:jc w:val="both"/>
        <w:rPr>
          <w:sz w:val="28"/>
          <w:szCs w:val="28"/>
        </w:rPr>
      </w:pPr>
      <w:proofErr w:type="spellStart"/>
      <w:r w:rsidRPr="00814807">
        <w:rPr>
          <w:sz w:val="28"/>
          <w:szCs w:val="28"/>
        </w:rPr>
        <w:t>Шекарасы</w:t>
      </w:r>
      <w:proofErr w:type="spellEnd"/>
      <w:r w:rsidRPr="00814807">
        <w:rPr>
          <w:sz w:val="28"/>
          <w:szCs w:val="28"/>
        </w:rPr>
        <w:t xml:space="preserve">: </w:t>
      </w:r>
      <w:proofErr w:type="spellStart"/>
      <w:r w:rsidRPr="00814807">
        <w:rPr>
          <w:sz w:val="28"/>
          <w:szCs w:val="28"/>
        </w:rPr>
        <w:t>Сығанақ</w:t>
      </w:r>
      <w:proofErr w:type="spellEnd"/>
      <w:r w:rsidRPr="00814807">
        <w:rPr>
          <w:sz w:val="28"/>
          <w:szCs w:val="28"/>
        </w:rPr>
        <w:t xml:space="preserve"> </w:t>
      </w:r>
      <w:proofErr w:type="spellStart"/>
      <w:r w:rsidRPr="00814807">
        <w:rPr>
          <w:sz w:val="28"/>
          <w:szCs w:val="28"/>
        </w:rPr>
        <w:t>көшесінен</w:t>
      </w:r>
      <w:proofErr w:type="spellEnd"/>
      <w:r w:rsidRPr="00814807">
        <w:rPr>
          <w:sz w:val="28"/>
          <w:szCs w:val="28"/>
        </w:rPr>
        <w:t xml:space="preserve"> Ә. </w:t>
      </w:r>
      <w:proofErr w:type="spellStart"/>
      <w:r w:rsidRPr="00814807">
        <w:rPr>
          <w:sz w:val="28"/>
          <w:szCs w:val="28"/>
        </w:rPr>
        <w:t>Бөкейхан</w:t>
      </w:r>
      <w:proofErr w:type="spellEnd"/>
      <w:r w:rsidRPr="00814807">
        <w:rPr>
          <w:sz w:val="28"/>
          <w:szCs w:val="28"/>
        </w:rPr>
        <w:t xml:space="preserve"> </w:t>
      </w:r>
      <w:proofErr w:type="spellStart"/>
      <w:r w:rsidRPr="00814807">
        <w:rPr>
          <w:sz w:val="28"/>
          <w:szCs w:val="28"/>
        </w:rPr>
        <w:t>көшесінің</w:t>
      </w:r>
      <w:proofErr w:type="spellEnd"/>
      <w:r w:rsidRPr="00814807">
        <w:rPr>
          <w:sz w:val="28"/>
          <w:szCs w:val="28"/>
        </w:rPr>
        <w:t xml:space="preserve"> </w:t>
      </w:r>
      <w:proofErr w:type="spellStart"/>
      <w:r w:rsidRPr="00814807">
        <w:rPr>
          <w:sz w:val="28"/>
          <w:szCs w:val="28"/>
        </w:rPr>
        <w:t>тақ</w:t>
      </w:r>
      <w:proofErr w:type="spellEnd"/>
      <w:r w:rsidRPr="00814807">
        <w:rPr>
          <w:sz w:val="28"/>
          <w:szCs w:val="28"/>
        </w:rPr>
        <w:t xml:space="preserve"> </w:t>
      </w:r>
      <w:r w:rsidRPr="00814807">
        <w:rPr>
          <w:sz w:val="28"/>
          <w:szCs w:val="28"/>
          <w:lang w:val="kk-KZ"/>
        </w:rPr>
        <w:t xml:space="preserve">сандар </w:t>
      </w:r>
      <w:proofErr w:type="spellStart"/>
      <w:r w:rsidRPr="00814807">
        <w:rPr>
          <w:sz w:val="28"/>
          <w:szCs w:val="28"/>
        </w:rPr>
        <w:t>жағымен</w:t>
      </w:r>
      <w:proofErr w:type="spellEnd"/>
      <w:r w:rsidRPr="00814807">
        <w:rPr>
          <w:sz w:val="28"/>
          <w:szCs w:val="28"/>
        </w:rPr>
        <w:t xml:space="preserve"> </w:t>
      </w:r>
      <w:r w:rsidRPr="00814807">
        <w:rPr>
          <w:sz w:val="28"/>
          <w:szCs w:val="28"/>
        </w:rPr>
        <w:br/>
      </w:r>
      <w:proofErr w:type="spellStart"/>
      <w:r w:rsidRPr="00814807">
        <w:rPr>
          <w:sz w:val="28"/>
          <w:szCs w:val="28"/>
        </w:rPr>
        <w:t>Керей</w:t>
      </w:r>
      <w:proofErr w:type="spellEnd"/>
      <w:r w:rsidRPr="00814807">
        <w:rPr>
          <w:sz w:val="28"/>
          <w:szCs w:val="28"/>
        </w:rPr>
        <w:t xml:space="preserve">, </w:t>
      </w:r>
      <w:proofErr w:type="spellStart"/>
      <w:r w:rsidRPr="00814807">
        <w:rPr>
          <w:sz w:val="28"/>
          <w:szCs w:val="28"/>
        </w:rPr>
        <w:t>Жәнібек</w:t>
      </w:r>
      <w:proofErr w:type="spellEnd"/>
      <w:r w:rsidRPr="00814807">
        <w:rPr>
          <w:sz w:val="28"/>
          <w:szCs w:val="28"/>
        </w:rPr>
        <w:t xml:space="preserve"> </w:t>
      </w:r>
      <w:proofErr w:type="spellStart"/>
      <w:r w:rsidRPr="00814807">
        <w:rPr>
          <w:sz w:val="28"/>
          <w:szCs w:val="28"/>
        </w:rPr>
        <w:t>хандар</w:t>
      </w:r>
      <w:proofErr w:type="spellEnd"/>
      <w:r w:rsidRPr="00814807">
        <w:rPr>
          <w:sz w:val="28"/>
          <w:szCs w:val="28"/>
        </w:rPr>
        <w:t xml:space="preserve"> </w:t>
      </w:r>
      <w:proofErr w:type="spellStart"/>
      <w:r w:rsidRPr="00814807">
        <w:rPr>
          <w:sz w:val="28"/>
          <w:szCs w:val="28"/>
        </w:rPr>
        <w:t>көшесіне</w:t>
      </w:r>
      <w:proofErr w:type="spellEnd"/>
      <w:r w:rsidRPr="00814807">
        <w:rPr>
          <w:sz w:val="28"/>
          <w:szCs w:val="28"/>
        </w:rPr>
        <w:t xml:space="preserve"> </w:t>
      </w:r>
      <w:proofErr w:type="spellStart"/>
      <w:r w:rsidRPr="00814807">
        <w:rPr>
          <w:sz w:val="28"/>
          <w:szCs w:val="28"/>
        </w:rPr>
        <w:t>дейін</w:t>
      </w:r>
      <w:proofErr w:type="spellEnd"/>
      <w:r w:rsidRPr="00814807">
        <w:rPr>
          <w:sz w:val="28"/>
          <w:szCs w:val="28"/>
        </w:rPr>
        <w:t xml:space="preserve">, </w:t>
      </w:r>
      <w:proofErr w:type="spellStart"/>
      <w:r w:rsidRPr="00814807">
        <w:rPr>
          <w:sz w:val="28"/>
          <w:szCs w:val="28"/>
        </w:rPr>
        <w:t>Керей</w:t>
      </w:r>
      <w:proofErr w:type="spellEnd"/>
      <w:r w:rsidRPr="00814807">
        <w:rPr>
          <w:sz w:val="28"/>
          <w:szCs w:val="28"/>
        </w:rPr>
        <w:t xml:space="preserve">, </w:t>
      </w:r>
      <w:proofErr w:type="spellStart"/>
      <w:r w:rsidRPr="00814807">
        <w:rPr>
          <w:sz w:val="28"/>
          <w:szCs w:val="28"/>
        </w:rPr>
        <w:t>Жәнібек</w:t>
      </w:r>
      <w:proofErr w:type="spellEnd"/>
      <w:r w:rsidRPr="00814807">
        <w:rPr>
          <w:sz w:val="28"/>
          <w:szCs w:val="28"/>
        </w:rPr>
        <w:t xml:space="preserve"> </w:t>
      </w:r>
      <w:proofErr w:type="spellStart"/>
      <w:r w:rsidRPr="00814807">
        <w:rPr>
          <w:sz w:val="28"/>
          <w:szCs w:val="28"/>
        </w:rPr>
        <w:t>хандар</w:t>
      </w:r>
      <w:proofErr w:type="spellEnd"/>
      <w:r w:rsidRPr="00814807">
        <w:rPr>
          <w:sz w:val="28"/>
          <w:szCs w:val="28"/>
        </w:rPr>
        <w:t xml:space="preserve"> </w:t>
      </w:r>
      <w:proofErr w:type="spellStart"/>
      <w:r w:rsidRPr="00814807">
        <w:rPr>
          <w:sz w:val="28"/>
          <w:szCs w:val="28"/>
        </w:rPr>
        <w:t>көшесінің</w:t>
      </w:r>
      <w:proofErr w:type="spellEnd"/>
      <w:r w:rsidRPr="00814807">
        <w:rPr>
          <w:sz w:val="28"/>
          <w:szCs w:val="28"/>
        </w:rPr>
        <w:t xml:space="preserve"> </w:t>
      </w:r>
      <w:proofErr w:type="spellStart"/>
      <w:r w:rsidRPr="00814807">
        <w:rPr>
          <w:sz w:val="28"/>
          <w:szCs w:val="28"/>
        </w:rPr>
        <w:t>тақ</w:t>
      </w:r>
      <w:proofErr w:type="spellEnd"/>
      <w:r w:rsidRPr="00814807">
        <w:rPr>
          <w:sz w:val="28"/>
          <w:szCs w:val="28"/>
          <w:lang w:val="kk-KZ"/>
        </w:rPr>
        <w:t xml:space="preserve"> сандар</w:t>
      </w:r>
      <w:r w:rsidRPr="00814807">
        <w:rPr>
          <w:sz w:val="28"/>
          <w:szCs w:val="28"/>
        </w:rPr>
        <w:t xml:space="preserve"> </w:t>
      </w:r>
      <w:proofErr w:type="spellStart"/>
      <w:r w:rsidRPr="00814807">
        <w:rPr>
          <w:sz w:val="28"/>
          <w:szCs w:val="28"/>
        </w:rPr>
        <w:t>жағымен</w:t>
      </w:r>
      <w:proofErr w:type="spellEnd"/>
      <w:r w:rsidRPr="00814807">
        <w:rPr>
          <w:sz w:val="28"/>
          <w:szCs w:val="28"/>
        </w:rPr>
        <w:t xml:space="preserve"> </w:t>
      </w:r>
      <w:proofErr w:type="spellStart"/>
      <w:r w:rsidRPr="00814807">
        <w:rPr>
          <w:sz w:val="28"/>
          <w:szCs w:val="28"/>
        </w:rPr>
        <w:t>Жошы</w:t>
      </w:r>
      <w:proofErr w:type="spellEnd"/>
      <w:r w:rsidRPr="00814807">
        <w:rPr>
          <w:sz w:val="28"/>
          <w:szCs w:val="28"/>
        </w:rPr>
        <w:t xml:space="preserve"> хан </w:t>
      </w:r>
      <w:proofErr w:type="spellStart"/>
      <w:r w:rsidRPr="00814807">
        <w:rPr>
          <w:sz w:val="28"/>
          <w:szCs w:val="28"/>
        </w:rPr>
        <w:t>көшесіне</w:t>
      </w:r>
      <w:proofErr w:type="spellEnd"/>
      <w:r w:rsidRPr="00814807">
        <w:rPr>
          <w:sz w:val="28"/>
          <w:szCs w:val="28"/>
        </w:rPr>
        <w:t xml:space="preserve"> </w:t>
      </w:r>
      <w:proofErr w:type="spellStart"/>
      <w:r w:rsidRPr="00814807">
        <w:rPr>
          <w:sz w:val="28"/>
          <w:szCs w:val="28"/>
        </w:rPr>
        <w:t>дейін</w:t>
      </w:r>
      <w:proofErr w:type="spellEnd"/>
      <w:r w:rsidRPr="00814807">
        <w:rPr>
          <w:sz w:val="28"/>
          <w:szCs w:val="28"/>
        </w:rPr>
        <w:t xml:space="preserve">, </w:t>
      </w:r>
      <w:proofErr w:type="spellStart"/>
      <w:r w:rsidRPr="00814807">
        <w:rPr>
          <w:sz w:val="28"/>
          <w:szCs w:val="28"/>
        </w:rPr>
        <w:t>Жошы</w:t>
      </w:r>
      <w:proofErr w:type="spellEnd"/>
      <w:r w:rsidRPr="00814807">
        <w:rPr>
          <w:sz w:val="28"/>
          <w:szCs w:val="28"/>
        </w:rPr>
        <w:t xml:space="preserve"> хан </w:t>
      </w:r>
      <w:proofErr w:type="spellStart"/>
      <w:r w:rsidRPr="00814807">
        <w:rPr>
          <w:sz w:val="28"/>
          <w:szCs w:val="28"/>
        </w:rPr>
        <w:t>көшесімен</w:t>
      </w:r>
      <w:proofErr w:type="spellEnd"/>
      <w:r w:rsidRPr="00814807">
        <w:rPr>
          <w:sz w:val="28"/>
          <w:szCs w:val="28"/>
        </w:rPr>
        <w:t xml:space="preserve"> </w:t>
      </w:r>
      <w:proofErr w:type="spellStart"/>
      <w:r w:rsidRPr="00814807">
        <w:rPr>
          <w:sz w:val="28"/>
          <w:szCs w:val="28"/>
        </w:rPr>
        <w:t>Ұшқыштар</w:t>
      </w:r>
      <w:proofErr w:type="spellEnd"/>
      <w:r w:rsidRPr="00814807">
        <w:rPr>
          <w:sz w:val="28"/>
          <w:szCs w:val="28"/>
        </w:rPr>
        <w:t xml:space="preserve"> </w:t>
      </w:r>
      <w:proofErr w:type="spellStart"/>
      <w:r w:rsidRPr="00814807">
        <w:rPr>
          <w:sz w:val="28"/>
          <w:szCs w:val="28"/>
        </w:rPr>
        <w:lastRenderedPageBreak/>
        <w:t>көшесіне</w:t>
      </w:r>
      <w:proofErr w:type="spellEnd"/>
      <w:r w:rsidRPr="00814807">
        <w:rPr>
          <w:sz w:val="28"/>
          <w:szCs w:val="28"/>
        </w:rPr>
        <w:t xml:space="preserve"> </w:t>
      </w:r>
      <w:proofErr w:type="spellStart"/>
      <w:r w:rsidRPr="00814807">
        <w:rPr>
          <w:sz w:val="28"/>
          <w:szCs w:val="28"/>
        </w:rPr>
        <w:t>дейін</w:t>
      </w:r>
      <w:proofErr w:type="spellEnd"/>
      <w:r w:rsidRPr="00814807">
        <w:rPr>
          <w:sz w:val="28"/>
          <w:szCs w:val="28"/>
        </w:rPr>
        <w:t xml:space="preserve">, </w:t>
      </w:r>
      <w:proofErr w:type="spellStart"/>
      <w:r w:rsidRPr="00814807">
        <w:rPr>
          <w:sz w:val="28"/>
          <w:szCs w:val="28"/>
        </w:rPr>
        <w:t>Ұшқыштар</w:t>
      </w:r>
      <w:proofErr w:type="spellEnd"/>
      <w:r w:rsidRPr="00814807">
        <w:rPr>
          <w:sz w:val="28"/>
          <w:szCs w:val="28"/>
        </w:rPr>
        <w:t xml:space="preserve"> </w:t>
      </w:r>
      <w:proofErr w:type="spellStart"/>
      <w:r w:rsidRPr="00814807">
        <w:rPr>
          <w:sz w:val="28"/>
          <w:szCs w:val="28"/>
        </w:rPr>
        <w:t>көшесі</w:t>
      </w:r>
      <w:proofErr w:type="spellEnd"/>
      <w:r w:rsidRPr="00814807">
        <w:rPr>
          <w:sz w:val="28"/>
          <w:szCs w:val="28"/>
          <w:lang w:val="kk-KZ"/>
        </w:rPr>
        <w:t>мен</w:t>
      </w:r>
      <w:r w:rsidRPr="00814807">
        <w:rPr>
          <w:sz w:val="28"/>
          <w:szCs w:val="28"/>
        </w:rPr>
        <w:t xml:space="preserve"> </w:t>
      </w:r>
      <w:proofErr w:type="spellStart"/>
      <w:r w:rsidRPr="00814807">
        <w:rPr>
          <w:sz w:val="28"/>
          <w:szCs w:val="28"/>
        </w:rPr>
        <w:t>Жиделі</w:t>
      </w:r>
      <w:proofErr w:type="spellEnd"/>
      <w:r w:rsidRPr="00814807">
        <w:rPr>
          <w:sz w:val="28"/>
          <w:szCs w:val="28"/>
        </w:rPr>
        <w:t xml:space="preserve"> </w:t>
      </w:r>
      <w:proofErr w:type="spellStart"/>
      <w:r w:rsidRPr="00814807">
        <w:rPr>
          <w:sz w:val="28"/>
          <w:szCs w:val="28"/>
        </w:rPr>
        <w:t>көшесіне</w:t>
      </w:r>
      <w:proofErr w:type="spellEnd"/>
      <w:r w:rsidRPr="00814807">
        <w:rPr>
          <w:sz w:val="28"/>
          <w:szCs w:val="28"/>
        </w:rPr>
        <w:t xml:space="preserve"> </w:t>
      </w:r>
      <w:proofErr w:type="spellStart"/>
      <w:r w:rsidRPr="00814807">
        <w:rPr>
          <w:sz w:val="28"/>
          <w:szCs w:val="28"/>
        </w:rPr>
        <w:t>дейін</w:t>
      </w:r>
      <w:proofErr w:type="spellEnd"/>
      <w:r w:rsidRPr="00814807">
        <w:rPr>
          <w:sz w:val="28"/>
          <w:szCs w:val="28"/>
        </w:rPr>
        <w:t xml:space="preserve">, </w:t>
      </w:r>
      <w:proofErr w:type="spellStart"/>
      <w:r w:rsidRPr="00814807">
        <w:rPr>
          <w:sz w:val="28"/>
          <w:szCs w:val="28"/>
        </w:rPr>
        <w:t>Жиделі</w:t>
      </w:r>
      <w:proofErr w:type="spellEnd"/>
      <w:r w:rsidRPr="00814807">
        <w:rPr>
          <w:sz w:val="28"/>
          <w:szCs w:val="28"/>
        </w:rPr>
        <w:t xml:space="preserve"> </w:t>
      </w:r>
      <w:proofErr w:type="spellStart"/>
      <w:r w:rsidRPr="00814807">
        <w:rPr>
          <w:sz w:val="28"/>
          <w:szCs w:val="28"/>
        </w:rPr>
        <w:t>көшесінің</w:t>
      </w:r>
      <w:proofErr w:type="spellEnd"/>
      <w:r w:rsidRPr="00814807">
        <w:rPr>
          <w:sz w:val="28"/>
          <w:szCs w:val="28"/>
        </w:rPr>
        <w:t xml:space="preserve"> </w:t>
      </w:r>
      <w:proofErr w:type="spellStart"/>
      <w:r w:rsidRPr="00814807">
        <w:rPr>
          <w:sz w:val="28"/>
          <w:szCs w:val="28"/>
        </w:rPr>
        <w:t>жұп</w:t>
      </w:r>
      <w:proofErr w:type="spellEnd"/>
      <w:r w:rsidRPr="00814807">
        <w:rPr>
          <w:sz w:val="28"/>
          <w:szCs w:val="28"/>
          <w:lang w:val="kk-KZ"/>
        </w:rPr>
        <w:t xml:space="preserve"> сандар</w:t>
      </w:r>
      <w:r w:rsidRPr="00814807">
        <w:rPr>
          <w:sz w:val="28"/>
          <w:szCs w:val="28"/>
        </w:rPr>
        <w:t xml:space="preserve"> </w:t>
      </w:r>
      <w:proofErr w:type="spellStart"/>
      <w:r w:rsidRPr="00814807">
        <w:rPr>
          <w:sz w:val="28"/>
          <w:szCs w:val="28"/>
        </w:rPr>
        <w:t>жағымен</w:t>
      </w:r>
      <w:proofErr w:type="spellEnd"/>
      <w:r w:rsidRPr="00814807">
        <w:rPr>
          <w:sz w:val="28"/>
          <w:szCs w:val="28"/>
        </w:rPr>
        <w:t xml:space="preserve"> </w:t>
      </w:r>
      <w:r w:rsidRPr="00814807">
        <w:rPr>
          <w:sz w:val="28"/>
          <w:szCs w:val="28"/>
          <w:lang w:val="kk-KZ"/>
        </w:rPr>
        <w:t>Жиделі</w:t>
      </w:r>
      <w:r w:rsidRPr="00814807">
        <w:rPr>
          <w:sz w:val="28"/>
          <w:szCs w:val="28"/>
        </w:rPr>
        <w:t xml:space="preserve"> </w:t>
      </w:r>
      <w:proofErr w:type="spellStart"/>
      <w:r w:rsidRPr="00814807">
        <w:rPr>
          <w:sz w:val="28"/>
          <w:szCs w:val="28"/>
        </w:rPr>
        <w:t>көше</w:t>
      </w:r>
      <w:r w:rsidRPr="00814807">
        <w:rPr>
          <w:sz w:val="28"/>
          <w:szCs w:val="28"/>
          <w:lang w:val="kk-KZ"/>
        </w:rPr>
        <w:t>сін</w:t>
      </w:r>
      <w:r w:rsidRPr="00814807">
        <w:rPr>
          <w:sz w:val="28"/>
          <w:szCs w:val="28"/>
        </w:rPr>
        <w:t>дегі</w:t>
      </w:r>
      <w:proofErr w:type="spellEnd"/>
      <w:r w:rsidRPr="00814807">
        <w:rPr>
          <w:sz w:val="28"/>
          <w:szCs w:val="28"/>
        </w:rPr>
        <w:t xml:space="preserve"> № 22 </w:t>
      </w:r>
      <w:proofErr w:type="spellStart"/>
      <w:r w:rsidRPr="00814807">
        <w:rPr>
          <w:sz w:val="28"/>
          <w:szCs w:val="28"/>
        </w:rPr>
        <w:t>үйге</w:t>
      </w:r>
      <w:proofErr w:type="spellEnd"/>
      <w:r w:rsidRPr="00814807">
        <w:rPr>
          <w:sz w:val="28"/>
          <w:szCs w:val="28"/>
        </w:rPr>
        <w:t xml:space="preserve"> </w:t>
      </w:r>
      <w:proofErr w:type="spellStart"/>
      <w:r w:rsidRPr="00814807">
        <w:rPr>
          <w:sz w:val="28"/>
          <w:szCs w:val="28"/>
        </w:rPr>
        <w:t>дейін</w:t>
      </w:r>
      <w:proofErr w:type="spellEnd"/>
      <w:r w:rsidRPr="00814807">
        <w:rPr>
          <w:sz w:val="28"/>
          <w:szCs w:val="28"/>
        </w:rPr>
        <w:t xml:space="preserve">, </w:t>
      </w:r>
      <w:r w:rsidRPr="00814807">
        <w:rPr>
          <w:sz w:val="28"/>
          <w:szCs w:val="28"/>
          <w:lang w:val="kk-KZ"/>
        </w:rPr>
        <w:t xml:space="preserve">Жиделі көшесіндегі </w:t>
      </w:r>
      <w:r w:rsidRPr="00814807">
        <w:rPr>
          <w:sz w:val="28"/>
          <w:szCs w:val="28"/>
        </w:rPr>
        <w:t xml:space="preserve">№ 22 </w:t>
      </w:r>
      <w:proofErr w:type="spellStart"/>
      <w:r w:rsidRPr="00814807">
        <w:rPr>
          <w:sz w:val="28"/>
          <w:szCs w:val="28"/>
        </w:rPr>
        <w:t>үйден</w:t>
      </w:r>
      <w:proofErr w:type="spellEnd"/>
      <w:r w:rsidRPr="00814807">
        <w:rPr>
          <w:sz w:val="28"/>
          <w:szCs w:val="28"/>
        </w:rPr>
        <w:t xml:space="preserve"> </w:t>
      </w:r>
      <w:proofErr w:type="spellStart"/>
      <w:r w:rsidRPr="00814807">
        <w:rPr>
          <w:sz w:val="28"/>
          <w:szCs w:val="28"/>
        </w:rPr>
        <w:t>Керей</w:t>
      </w:r>
      <w:proofErr w:type="spellEnd"/>
      <w:r w:rsidRPr="00814807">
        <w:rPr>
          <w:sz w:val="28"/>
          <w:szCs w:val="28"/>
        </w:rPr>
        <w:t xml:space="preserve">, </w:t>
      </w:r>
      <w:proofErr w:type="spellStart"/>
      <w:r w:rsidRPr="00814807">
        <w:rPr>
          <w:sz w:val="28"/>
          <w:szCs w:val="28"/>
        </w:rPr>
        <w:t>Жәнібек</w:t>
      </w:r>
      <w:proofErr w:type="spellEnd"/>
      <w:r w:rsidRPr="00814807">
        <w:rPr>
          <w:sz w:val="28"/>
          <w:szCs w:val="28"/>
        </w:rPr>
        <w:t xml:space="preserve"> </w:t>
      </w:r>
      <w:proofErr w:type="spellStart"/>
      <w:r w:rsidRPr="00814807">
        <w:rPr>
          <w:sz w:val="28"/>
          <w:szCs w:val="28"/>
        </w:rPr>
        <w:t>хандар</w:t>
      </w:r>
      <w:proofErr w:type="spellEnd"/>
      <w:r w:rsidRPr="00814807">
        <w:rPr>
          <w:sz w:val="28"/>
          <w:szCs w:val="28"/>
        </w:rPr>
        <w:t xml:space="preserve"> </w:t>
      </w:r>
      <w:proofErr w:type="spellStart"/>
      <w:r w:rsidRPr="00814807">
        <w:rPr>
          <w:sz w:val="28"/>
          <w:szCs w:val="28"/>
        </w:rPr>
        <w:t>көшесіндегі</w:t>
      </w:r>
      <w:proofErr w:type="spellEnd"/>
      <w:r w:rsidRPr="00814807">
        <w:rPr>
          <w:sz w:val="28"/>
          <w:szCs w:val="28"/>
        </w:rPr>
        <w:t xml:space="preserve"> № 50/3 </w:t>
      </w:r>
      <w:proofErr w:type="spellStart"/>
      <w:r w:rsidRPr="00814807">
        <w:rPr>
          <w:sz w:val="28"/>
          <w:szCs w:val="28"/>
        </w:rPr>
        <w:t>үйге</w:t>
      </w:r>
      <w:proofErr w:type="spellEnd"/>
      <w:r w:rsidRPr="00814807">
        <w:rPr>
          <w:sz w:val="28"/>
          <w:szCs w:val="28"/>
        </w:rPr>
        <w:t xml:space="preserve"> </w:t>
      </w:r>
      <w:proofErr w:type="spellStart"/>
      <w:r w:rsidRPr="00814807">
        <w:rPr>
          <w:sz w:val="28"/>
          <w:szCs w:val="28"/>
        </w:rPr>
        <w:t>дейін</w:t>
      </w:r>
      <w:proofErr w:type="spellEnd"/>
      <w:r w:rsidRPr="00814807">
        <w:rPr>
          <w:sz w:val="28"/>
          <w:szCs w:val="28"/>
        </w:rPr>
        <w:t xml:space="preserve">, </w:t>
      </w:r>
      <w:proofErr w:type="spellStart"/>
      <w:r w:rsidRPr="00814807">
        <w:rPr>
          <w:sz w:val="28"/>
          <w:szCs w:val="28"/>
        </w:rPr>
        <w:t>Керей</w:t>
      </w:r>
      <w:proofErr w:type="spellEnd"/>
      <w:r w:rsidRPr="00814807">
        <w:rPr>
          <w:sz w:val="28"/>
          <w:szCs w:val="28"/>
        </w:rPr>
        <w:t xml:space="preserve">, </w:t>
      </w:r>
      <w:proofErr w:type="spellStart"/>
      <w:r w:rsidRPr="00814807">
        <w:rPr>
          <w:sz w:val="28"/>
          <w:szCs w:val="28"/>
        </w:rPr>
        <w:t>Жәнібек</w:t>
      </w:r>
      <w:proofErr w:type="spellEnd"/>
      <w:r w:rsidRPr="00814807">
        <w:rPr>
          <w:sz w:val="28"/>
          <w:szCs w:val="28"/>
        </w:rPr>
        <w:t xml:space="preserve"> </w:t>
      </w:r>
      <w:proofErr w:type="spellStart"/>
      <w:r w:rsidRPr="00814807">
        <w:rPr>
          <w:sz w:val="28"/>
          <w:szCs w:val="28"/>
        </w:rPr>
        <w:t>хандар</w:t>
      </w:r>
      <w:proofErr w:type="spellEnd"/>
      <w:r w:rsidRPr="00814807">
        <w:rPr>
          <w:sz w:val="28"/>
          <w:szCs w:val="28"/>
        </w:rPr>
        <w:t xml:space="preserve"> </w:t>
      </w:r>
      <w:proofErr w:type="spellStart"/>
      <w:r w:rsidRPr="00814807">
        <w:rPr>
          <w:sz w:val="28"/>
          <w:szCs w:val="28"/>
        </w:rPr>
        <w:t>көшесіндегі</w:t>
      </w:r>
      <w:proofErr w:type="spellEnd"/>
      <w:r w:rsidRPr="00814807">
        <w:rPr>
          <w:sz w:val="28"/>
          <w:szCs w:val="28"/>
        </w:rPr>
        <w:t xml:space="preserve"> № 50/3 </w:t>
      </w:r>
      <w:proofErr w:type="spellStart"/>
      <w:r w:rsidRPr="00814807">
        <w:rPr>
          <w:sz w:val="28"/>
          <w:szCs w:val="28"/>
        </w:rPr>
        <w:t>үйден</w:t>
      </w:r>
      <w:proofErr w:type="spellEnd"/>
      <w:r w:rsidRPr="00814807">
        <w:rPr>
          <w:sz w:val="28"/>
          <w:szCs w:val="28"/>
          <w:lang w:val="kk-KZ"/>
        </w:rPr>
        <w:t xml:space="preserve"> өтпе жолмен</w:t>
      </w:r>
      <w:r w:rsidRPr="00814807">
        <w:rPr>
          <w:sz w:val="28"/>
          <w:szCs w:val="28"/>
        </w:rPr>
        <w:t xml:space="preserve"> </w:t>
      </w:r>
      <w:proofErr w:type="spellStart"/>
      <w:r w:rsidRPr="00814807">
        <w:rPr>
          <w:sz w:val="28"/>
          <w:szCs w:val="28"/>
        </w:rPr>
        <w:t>Есіл</w:t>
      </w:r>
      <w:proofErr w:type="spellEnd"/>
      <w:r w:rsidRPr="00814807">
        <w:rPr>
          <w:sz w:val="28"/>
          <w:szCs w:val="28"/>
        </w:rPr>
        <w:t xml:space="preserve"> </w:t>
      </w:r>
      <w:proofErr w:type="spellStart"/>
      <w:r w:rsidRPr="00814807">
        <w:rPr>
          <w:sz w:val="28"/>
          <w:szCs w:val="28"/>
        </w:rPr>
        <w:t>өзенінің</w:t>
      </w:r>
      <w:proofErr w:type="spellEnd"/>
      <w:r w:rsidRPr="00814807">
        <w:rPr>
          <w:sz w:val="28"/>
          <w:szCs w:val="28"/>
        </w:rPr>
        <w:t xml:space="preserve"> </w:t>
      </w:r>
      <w:proofErr w:type="spellStart"/>
      <w:r w:rsidRPr="00814807">
        <w:rPr>
          <w:sz w:val="28"/>
          <w:szCs w:val="28"/>
        </w:rPr>
        <w:t>арнасына</w:t>
      </w:r>
      <w:proofErr w:type="spellEnd"/>
      <w:r w:rsidRPr="00814807">
        <w:rPr>
          <w:sz w:val="28"/>
          <w:szCs w:val="28"/>
        </w:rPr>
        <w:t xml:space="preserve"> </w:t>
      </w:r>
      <w:proofErr w:type="spellStart"/>
      <w:r w:rsidRPr="00814807">
        <w:rPr>
          <w:sz w:val="28"/>
          <w:szCs w:val="28"/>
        </w:rPr>
        <w:t>дейін</w:t>
      </w:r>
      <w:proofErr w:type="spellEnd"/>
      <w:r w:rsidRPr="00814807">
        <w:rPr>
          <w:sz w:val="28"/>
          <w:szCs w:val="28"/>
        </w:rPr>
        <w:t xml:space="preserve">, </w:t>
      </w:r>
      <w:proofErr w:type="spellStart"/>
      <w:r w:rsidRPr="00814807">
        <w:rPr>
          <w:sz w:val="28"/>
          <w:szCs w:val="28"/>
        </w:rPr>
        <w:t>Есіл</w:t>
      </w:r>
      <w:proofErr w:type="spellEnd"/>
      <w:r w:rsidRPr="00814807">
        <w:rPr>
          <w:sz w:val="28"/>
          <w:szCs w:val="28"/>
        </w:rPr>
        <w:t xml:space="preserve"> </w:t>
      </w:r>
      <w:proofErr w:type="spellStart"/>
      <w:r w:rsidRPr="00814807">
        <w:rPr>
          <w:sz w:val="28"/>
          <w:szCs w:val="28"/>
        </w:rPr>
        <w:t>өзенінің</w:t>
      </w:r>
      <w:proofErr w:type="spellEnd"/>
      <w:r w:rsidRPr="00814807">
        <w:rPr>
          <w:sz w:val="28"/>
          <w:szCs w:val="28"/>
        </w:rPr>
        <w:t xml:space="preserve"> </w:t>
      </w:r>
      <w:proofErr w:type="spellStart"/>
      <w:r w:rsidRPr="00814807">
        <w:rPr>
          <w:sz w:val="28"/>
          <w:szCs w:val="28"/>
        </w:rPr>
        <w:t>арнасы</w:t>
      </w:r>
      <w:proofErr w:type="spellEnd"/>
      <w:r w:rsidRPr="00814807">
        <w:rPr>
          <w:sz w:val="28"/>
          <w:szCs w:val="28"/>
        </w:rPr>
        <w:t xml:space="preserve"> </w:t>
      </w:r>
      <w:proofErr w:type="spellStart"/>
      <w:r w:rsidRPr="00814807">
        <w:rPr>
          <w:sz w:val="28"/>
          <w:szCs w:val="28"/>
        </w:rPr>
        <w:t>бойымен</w:t>
      </w:r>
      <w:proofErr w:type="spellEnd"/>
      <w:r w:rsidRPr="00814807">
        <w:rPr>
          <w:sz w:val="28"/>
          <w:szCs w:val="28"/>
        </w:rPr>
        <w:t xml:space="preserve"> </w:t>
      </w:r>
      <w:proofErr w:type="spellStart"/>
      <w:r w:rsidRPr="00814807">
        <w:rPr>
          <w:sz w:val="28"/>
          <w:szCs w:val="28"/>
        </w:rPr>
        <w:t>Сығанақ</w:t>
      </w:r>
      <w:proofErr w:type="spellEnd"/>
      <w:r w:rsidRPr="00814807">
        <w:rPr>
          <w:sz w:val="28"/>
          <w:szCs w:val="28"/>
        </w:rPr>
        <w:t xml:space="preserve"> </w:t>
      </w:r>
      <w:proofErr w:type="spellStart"/>
      <w:r w:rsidRPr="00814807">
        <w:rPr>
          <w:sz w:val="28"/>
          <w:szCs w:val="28"/>
        </w:rPr>
        <w:t>көшесіне</w:t>
      </w:r>
      <w:proofErr w:type="spellEnd"/>
      <w:r w:rsidRPr="00814807">
        <w:rPr>
          <w:sz w:val="28"/>
          <w:szCs w:val="28"/>
        </w:rPr>
        <w:t xml:space="preserve"> </w:t>
      </w:r>
      <w:proofErr w:type="spellStart"/>
      <w:r w:rsidRPr="00814807">
        <w:rPr>
          <w:sz w:val="28"/>
          <w:szCs w:val="28"/>
        </w:rPr>
        <w:t>дейін</w:t>
      </w:r>
      <w:proofErr w:type="spellEnd"/>
      <w:r w:rsidRPr="00814807">
        <w:rPr>
          <w:sz w:val="28"/>
          <w:szCs w:val="28"/>
        </w:rPr>
        <w:t xml:space="preserve">, </w:t>
      </w:r>
      <w:proofErr w:type="spellStart"/>
      <w:r w:rsidRPr="00814807">
        <w:rPr>
          <w:sz w:val="28"/>
          <w:szCs w:val="28"/>
        </w:rPr>
        <w:t>Есіл</w:t>
      </w:r>
      <w:proofErr w:type="spellEnd"/>
      <w:r w:rsidRPr="00814807">
        <w:rPr>
          <w:sz w:val="28"/>
          <w:szCs w:val="28"/>
        </w:rPr>
        <w:t xml:space="preserve"> </w:t>
      </w:r>
      <w:proofErr w:type="spellStart"/>
      <w:r w:rsidRPr="00814807">
        <w:rPr>
          <w:sz w:val="28"/>
          <w:szCs w:val="28"/>
        </w:rPr>
        <w:t>өзенінің</w:t>
      </w:r>
      <w:proofErr w:type="spellEnd"/>
      <w:r w:rsidRPr="00814807">
        <w:rPr>
          <w:sz w:val="28"/>
          <w:szCs w:val="28"/>
        </w:rPr>
        <w:t xml:space="preserve"> </w:t>
      </w:r>
      <w:proofErr w:type="spellStart"/>
      <w:r w:rsidRPr="00814807">
        <w:rPr>
          <w:sz w:val="28"/>
          <w:szCs w:val="28"/>
        </w:rPr>
        <w:t>арнасынан</w:t>
      </w:r>
      <w:proofErr w:type="spellEnd"/>
      <w:r w:rsidRPr="00814807">
        <w:rPr>
          <w:sz w:val="28"/>
          <w:szCs w:val="28"/>
        </w:rPr>
        <w:t xml:space="preserve"> </w:t>
      </w:r>
      <w:proofErr w:type="spellStart"/>
      <w:r w:rsidRPr="00814807">
        <w:rPr>
          <w:sz w:val="28"/>
          <w:szCs w:val="28"/>
        </w:rPr>
        <w:t>Сығанақ</w:t>
      </w:r>
      <w:proofErr w:type="spellEnd"/>
      <w:r w:rsidRPr="00814807">
        <w:rPr>
          <w:sz w:val="28"/>
          <w:szCs w:val="28"/>
        </w:rPr>
        <w:t xml:space="preserve"> </w:t>
      </w:r>
      <w:proofErr w:type="spellStart"/>
      <w:r w:rsidRPr="00814807">
        <w:rPr>
          <w:sz w:val="28"/>
          <w:szCs w:val="28"/>
        </w:rPr>
        <w:t>көшесінің</w:t>
      </w:r>
      <w:proofErr w:type="spellEnd"/>
      <w:r w:rsidRPr="00814807">
        <w:rPr>
          <w:sz w:val="28"/>
          <w:szCs w:val="28"/>
        </w:rPr>
        <w:t xml:space="preserve"> </w:t>
      </w:r>
      <w:proofErr w:type="spellStart"/>
      <w:r w:rsidRPr="00814807">
        <w:rPr>
          <w:sz w:val="28"/>
          <w:szCs w:val="28"/>
        </w:rPr>
        <w:t>жұп</w:t>
      </w:r>
      <w:proofErr w:type="spellEnd"/>
      <w:r w:rsidRPr="00814807">
        <w:rPr>
          <w:sz w:val="28"/>
          <w:szCs w:val="28"/>
          <w:lang w:val="kk-KZ"/>
        </w:rPr>
        <w:t xml:space="preserve"> сандар</w:t>
      </w:r>
      <w:r w:rsidRPr="00814807">
        <w:rPr>
          <w:sz w:val="28"/>
          <w:szCs w:val="28"/>
        </w:rPr>
        <w:t xml:space="preserve"> </w:t>
      </w:r>
      <w:proofErr w:type="spellStart"/>
      <w:r w:rsidRPr="00814807">
        <w:rPr>
          <w:sz w:val="28"/>
          <w:szCs w:val="28"/>
        </w:rPr>
        <w:t>жағымен</w:t>
      </w:r>
      <w:proofErr w:type="spellEnd"/>
      <w:r w:rsidRPr="00814807">
        <w:rPr>
          <w:sz w:val="28"/>
          <w:szCs w:val="28"/>
        </w:rPr>
        <w:t xml:space="preserve"> Ә. </w:t>
      </w:r>
      <w:proofErr w:type="spellStart"/>
      <w:r w:rsidRPr="00814807">
        <w:rPr>
          <w:sz w:val="28"/>
          <w:szCs w:val="28"/>
        </w:rPr>
        <w:t>Бөкейхан</w:t>
      </w:r>
      <w:proofErr w:type="spellEnd"/>
      <w:r w:rsidRPr="00814807">
        <w:rPr>
          <w:sz w:val="28"/>
          <w:szCs w:val="28"/>
        </w:rPr>
        <w:t xml:space="preserve"> </w:t>
      </w:r>
      <w:proofErr w:type="spellStart"/>
      <w:r w:rsidRPr="00814807">
        <w:rPr>
          <w:sz w:val="28"/>
          <w:szCs w:val="28"/>
        </w:rPr>
        <w:t>көшесіне</w:t>
      </w:r>
      <w:proofErr w:type="spellEnd"/>
      <w:r w:rsidRPr="00814807">
        <w:rPr>
          <w:sz w:val="28"/>
          <w:szCs w:val="28"/>
        </w:rPr>
        <w:t xml:space="preserve"> </w:t>
      </w:r>
      <w:proofErr w:type="spellStart"/>
      <w:r w:rsidRPr="00814807">
        <w:rPr>
          <w:sz w:val="28"/>
          <w:szCs w:val="28"/>
        </w:rPr>
        <w:t>дейін</w:t>
      </w:r>
      <w:proofErr w:type="spellEnd"/>
      <w:r w:rsidRPr="00814807">
        <w:rPr>
          <w:sz w:val="28"/>
          <w:szCs w:val="28"/>
        </w:rPr>
        <w:t>.</w:t>
      </w:r>
    </w:p>
    <w:p w14:paraId="31A14F90" w14:textId="77777777" w:rsidR="00E72A3C" w:rsidRPr="00420D39" w:rsidRDefault="00E72A3C" w:rsidP="00E72A3C">
      <w:pPr>
        <w:ind w:firstLine="567"/>
        <w:jc w:val="both"/>
        <w:rPr>
          <w:sz w:val="28"/>
          <w:szCs w:val="28"/>
        </w:rPr>
      </w:pPr>
    </w:p>
    <w:p w14:paraId="147624E7" w14:textId="77777777" w:rsidR="00E72A3C" w:rsidRPr="00420D39" w:rsidRDefault="00E72A3C" w:rsidP="00E72A3C">
      <w:pPr>
        <w:jc w:val="center"/>
        <w:rPr>
          <w:sz w:val="28"/>
          <w:szCs w:val="28"/>
        </w:rPr>
      </w:pPr>
      <w:r w:rsidRPr="00420D39">
        <w:rPr>
          <w:sz w:val="28"/>
          <w:szCs w:val="28"/>
        </w:rPr>
        <w:t xml:space="preserve">№ 177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13726060"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xml:space="preserve"> – Астана </w:t>
      </w:r>
      <w:proofErr w:type="spellStart"/>
      <w:r w:rsidRPr="00420D39">
        <w:rPr>
          <w:sz w:val="28"/>
          <w:szCs w:val="28"/>
        </w:rPr>
        <w:t>қаласы</w:t>
      </w:r>
      <w:proofErr w:type="spellEnd"/>
      <w:r w:rsidRPr="00420D39">
        <w:rPr>
          <w:sz w:val="28"/>
          <w:szCs w:val="28"/>
        </w:rPr>
        <w:t xml:space="preserve"> </w:t>
      </w:r>
      <w:proofErr w:type="spellStart"/>
      <w:r w:rsidRPr="00420D39">
        <w:rPr>
          <w:sz w:val="28"/>
          <w:szCs w:val="28"/>
        </w:rPr>
        <w:t>әкімдігінің</w:t>
      </w:r>
      <w:proofErr w:type="spellEnd"/>
      <w:r w:rsidRPr="00420D39">
        <w:rPr>
          <w:sz w:val="28"/>
          <w:szCs w:val="28"/>
        </w:rPr>
        <w:t xml:space="preserve"> «Шейх Халифа бен Заид </w:t>
      </w:r>
      <w:proofErr w:type="spellStart"/>
      <w:r w:rsidRPr="00420D39">
        <w:rPr>
          <w:sz w:val="28"/>
          <w:szCs w:val="28"/>
        </w:rPr>
        <w:t>әл-Нахаян</w:t>
      </w:r>
      <w:proofErr w:type="spellEnd"/>
      <w:r w:rsidRPr="00420D39">
        <w:rPr>
          <w:sz w:val="28"/>
          <w:szCs w:val="28"/>
        </w:rPr>
        <w:t xml:space="preserve"> </w:t>
      </w:r>
      <w:proofErr w:type="spellStart"/>
      <w:r w:rsidRPr="00420D39">
        <w:rPr>
          <w:sz w:val="28"/>
          <w:szCs w:val="28"/>
        </w:rPr>
        <w:t>атындағы</w:t>
      </w:r>
      <w:proofErr w:type="spellEnd"/>
      <w:r w:rsidRPr="00420D39">
        <w:rPr>
          <w:sz w:val="28"/>
          <w:szCs w:val="28"/>
        </w:rPr>
        <w:t xml:space="preserve"> № 84 </w:t>
      </w:r>
      <w:proofErr w:type="spellStart"/>
      <w:r w:rsidRPr="00420D39">
        <w:rPr>
          <w:sz w:val="28"/>
          <w:szCs w:val="28"/>
        </w:rPr>
        <w:t>мектеп</w:t>
      </w:r>
      <w:proofErr w:type="spellEnd"/>
      <w:r w:rsidRPr="00420D39">
        <w:rPr>
          <w:sz w:val="28"/>
          <w:szCs w:val="28"/>
        </w:rPr>
        <w:t xml:space="preserve">-лицей» </w:t>
      </w:r>
      <w:proofErr w:type="spellStart"/>
      <w:r w:rsidRPr="00420D39">
        <w:rPr>
          <w:sz w:val="28"/>
          <w:szCs w:val="28"/>
        </w:rPr>
        <w:t>шаруашылық</w:t>
      </w:r>
      <w:proofErr w:type="spellEnd"/>
      <w:r w:rsidRPr="00420D39">
        <w:rPr>
          <w:sz w:val="28"/>
          <w:szCs w:val="28"/>
        </w:rPr>
        <w:t xml:space="preserve"> </w:t>
      </w:r>
      <w:proofErr w:type="spellStart"/>
      <w:r w:rsidRPr="00420D39">
        <w:rPr>
          <w:sz w:val="28"/>
          <w:szCs w:val="28"/>
        </w:rPr>
        <w:t>жүргізу</w:t>
      </w:r>
      <w:proofErr w:type="spellEnd"/>
      <w:r w:rsidRPr="00420D39">
        <w:rPr>
          <w:sz w:val="28"/>
          <w:szCs w:val="28"/>
        </w:rPr>
        <w:t xml:space="preserve"> </w:t>
      </w:r>
      <w:proofErr w:type="spellStart"/>
      <w:r w:rsidRPr="00420D39">
        <w:rPr>
          <w:sz w:val="28"/>
          <w:szCs w:val="28"/>
        </w:rPr>
        <w:t>құқығындағы</w:t>
      </w:r>
      <w:proofErr w:type="spellEnd"/>
      <w:r w:rsidRPr="00420D39">
        <w:rPr>
          <w:sz w:val="28"/>
          <w:szCs w:val="28"/>
        </w:rPr>
        <w:t xml:space="preserve"> </w:t>
      </w:r>
      <w:proofErr w:type="spellStart"/>
      <w:r w:rsidRPr="00420D39">
        <w:rPr>
          <w:sz w:val="28"/>
          <w:szCs w:val="28"/>
        </w:rPr>
        <w:t>мемлекеттік</w:t>
      </w:r>
      <w:proofErr w:type="spellEnd"/>
      <w:r w:rsidRPr="00420D39">
        <w:rPr>
          <w:sz w:val="28"/>
          <w:szCs w:val="28"/>
        </w:rPr>
        <w:t xml:space="preserve"> </w:t>
      </w:r>
      <w:proofErr w:type="spellStart"/>
      <w:r w:rsidRPr="00420D39">
        <w:rPr>
          <w:sz w:val="28"/>
          <w:szCs w:val="28"/>
        </w:rPr>
        <w:t>коммуналдық</w:t>
      </w:r>
      <w:proofErr w:type="spellEnd"/>
      <w:r w:rsidRPr="00420D39">
        <w:rPr>
          <w:sz w:val="28"/>
          <w:szCs w:val="28"/>
        </w:rPr>
        <w:t xml:space="preserve"> </w:t>
      </w:r>
      <w:proofErr w:type="spellStart"/>
      <w:r w:rsidRPr="00420D39">
        <w:rPr>
          <w:sz w:val="28"/>
          <w:szCs w:val="28"/>
        </w:rPr>
        <w:t>кәсіпорны</w:t>
      </w:r>
      <w:proofErr w:type="spellEnd"/>
      <w:r w:rsidRPr="00420D39">
        <w:rPr>
          <w:sz w:val="28"/>
          <w:szCs w:val="28"/>
        </w:rPr>
        <w:t xml:space="preserve">, </w:t>
      </w:r>
      <w:proofErr w:type="spellStart"/>
      <w:proofErr w:type="gramStart"/>
      <w:r w:rsidRPr="00420D39">
        <w:rPr>
          <w:sz w:val="28"/>
          <w:szCs w:val="28"/>
        </w:rPr>
        <w:t>Ұлы</w:t>
      </w:r>
      <w:proofErr w:type="spellEnd"/>
      <w:r w:rsidRPr="00420D39">
        <w:rPr>
          <w:sz w:val="28"/>
          <w:szCs w:val="28"/>
        </w:rPr>
        <w:t xml:space="preserve"> Дала</w:t>
      </w:r>
      <w:proofErr w:type="gramEnd"/>
      <w:r w:rsidRPr="00420D39">
        <w:rPr>
          <w:sz w:val="28"/>
          <w:szCs w:val="28"/>
        </w:rPr>
        <w:t xml:space="preserve"> </w:t>
      </w:r>
      <w:proofErr w:type="spellStart"/>
      <w:r w:rsidRPr="00420D39">
        <w:rPr>
          <w:sz w:val="28"/>
          <w:szCs w:val="28"/>
        </w:rPr>
        <w:t>даңғылы</w:t>
      </w:r>
      <w:proofErr w:type="spellEnd"/>
      <w:r w:rsidRPr="00420D39">
        <w:rPr>
          <w:sz w:val="28"/>
          <w:szCs w:val="28"/>
        </w:rPr>
        <w:t>, № 41/1)</w:t>
      </w:r>
    </w:p>
    <w:p w14:paraId="25E80E08" w14:textId="77777777" w:rsidR="00E72A3C" w:rsidRPr="00420D39" w:rsidRDefault="00E72A3C" w:rsidP="00E72A3C">
      <w:pPr>
        <w:jc w:val="center"/>
        <w:rPr>
          <w:sz w:val="28"/>
          <w:szCs w:val="28"/>
        </w:rPr>
      </w:pPr>
    </w:p>
    <w:p w14:paraId="526F0380" w14:textId="77777777" w:rsidR="00E72A3C" w:rsidRPr="00420D39" w:rsidRDefault="00E72A3C" w:rsidP="00E72A3C">
      <w:pPr>
        <w:ind w:firstLine="567"/>
        <w:jc w:val="both"/>
        <w:rPr>
          <w:sz w:val="28"/>
          <w:szCs w:val="28"/>
        </w:rPr>
      </w:pPr>
      <w:proofErr w:type="spellStart"/>
      <w:r w:rsidRPr="00420D39">
        <w:rPr>
          <w:sz w:val="28"/>
          <w:szCs w:val="28"/>
        </w:rPr>
        <w:t>Шекарасы</w:t>
      </w:r>
      <w:proofErr w:type="spellEnd"/>
      <w:r w:rsidRPr="00420D39">
        <w:rPr>
          <w:sz w:val="28"/>
          <w:szCs w:val="28"/>
        </w:rPr>
        <w:t xml:space="preserve">: </w:t>
      </w:r>
      <w:proofErr w:type="spellStart"/>
      <w:r w:rsidRPr="00420D39">
        <w:rPr>
          <w:sz w:val="28"/>
          <w:szCs w:val="28"/>
        </w:rPr>
        <w:t>Ақмешіт</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тақ</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w:t>
      </w:r>
      <w:proofErr w:type="spellStart"/>
      <w:proofErr w:type="gramStart"/>
      <w:r w:rsidRPr="00420D39">
        <w:rPr>
          <w:sz w:val="28"/>
          <w:szCs w:val="28"/>
        </w:rPr>
        <w:t>Ұлы</w:t>
      </w:r>
      <w:proofErr w:type="spellEnd"/>
      <w:r w:rsidRPr="00420D39">
        <w:rPr>
          <w:sz w:val="28"/>
          <w:szCs w:val="28"/>
        </w:rPr>
        <w:t xml:space="preserve"> Дала</w:t>
      </w:r>
      <w:proofErr w:type="gramEnd"/>
      <w:r w:rsidRPr="00420D39">
        <w:rPr>
          <w:sz w:val="28"/>
          <w:szCs w:val="28"/>
        </w:rPr>
        <w:t xml:space="preserve"> </w:t>
      </w:r>
      <w:proofErr w:type="spellStart"/>
      <w:r w:rsidRPr="00420D39">
        <w:rPr>
          <w:sz w:val="28"/>
          <w:szCs w:val="28"/>
        </w:rPr>
        <w:t>даңғылынан</w:t>
      </w:r>
      <w:proofErr w:type="spellEnd"/>
      <w:r w:rsidRPr="00420D39">
        <w:rPr>
          <w:sz w:val="28"/>
          <w:szCs w:val="28"/>
        </w:rPr>
        <w:t xml:space="preserve"> </w:t>
      </w:r>
      <w:r w:rsidRPr="00420D39">
        <w:rPr>
          <w:sz w:val="28"/>
          <w:szCs w:val="28"/>
        </w:rPr>
        <w:br/>
        <w:t>Т. </w:t>
      </w:r>
      <w:proofErr w:type="spellStart"/>
      <w:r w:rsidRPr="00420D39">
        <w:rPr>
          <w:sz w:val="28"/>
          <w:szCs w:val="28"/>
        </w:rPr>
        <w:t>Рысқұлов</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Т. </w:t>
      </w:r>
      <w:proofErr w:type="spellStart"/>
      <w:r w:rsidRPr="00420D39">
        <w:rPr>
          <w:sz w:val="28"/>
          <w:szCs w:val="28"/>
        </w:rPr>
        <w:t>Рысқұлов</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жұп</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w:t>
      </w:r>
      <w:r w:rsidRPr="00420D39">
        <w:rPr>
          <w:sz w:val="28"/>
          <w:szCs w:val="28"/>
        </w:rPr>
        <w:br/>
      </w:r>
      <w:proofErr w:type="spellStart"/>
      <w:r w:rsidRPr="00420D39">
        <w:rPr>
          <w:sz w:val="28"/>
          <w:szCs w:val="28"/>
        </w:rPr>
        <w:t>Мәңгілік</w:t>
      </w:r>
      <w:proofErr w:type="spellEnd"/>
      <w:r w:rsidRPr="00420D39">
        <w:rPr>
          <w:sz w:val="28"/>
          <w:szCs w:val="28"/>
        </w:rPr>
        <w:t xml:space="preserve"> Ел </w:t>
      </w:r>
      <w:proofErr w:type="spellStart"/>
      <w:r w:rsidRPr="00420D39">
        <w:rPr>
          <w:sz w:val="28"/>
          <w:szCs w:val="28"/>
        </w:rPr>
        <w:t>даңғылына</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Мәңгілік</w:t>
      </w:r>
      <w:proofErr w:type="spellEnd"/>
      <w:r w:rsidRPr="00420D39">
        <w:rPr>
          <w:sz w:val="28"/>
          <w:szCs w:val="28"/>
        </w:rPr>
        <w:t xml:space="preserve"> Ел </w:t>
      </w:r>
      <w:proofErr w:type="spellStart"/>
      <w:r w:rsidRPr="00420D39">
        <w:rPr>
          <w:sz w:val="28"/>
          <w:szCs w:val="28"/>
        </w:rPr>
        <w:t>даңғылының</w:t>
      </w:r>
      <w:proofErr w:type="spellEnd"/>
      <w:r w:rsidRPr="00420D39">
        <w:rPr>
          <w:sz w:val="28"/>
          <w:szCs w:val="28"/>
        </w:rPr>
        <w:t xml:space="preserve"> </w:t>
      </w:r>
      <w:proofErr w:type="spellStart"/>
      <w:r w:rsidRPr="00420D39">
        <w:rPr>
          <w:sz w:val="28"/>
          <w:szCs w:val="28"/>
        </w:rPr>
        <w:t>тақ</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Ұлы</w:t>
      </w:r>
      <w:proofErr w:type="spellEnd"/>
      <w:r w:rsidRPr="00420D39">
        <w:rPr>
          <w:sz w:val="28"/>
          <w:szCs w:val="28"/>
        </w:rPr>
        <w:t xml:space="preserve"> Дала </w:t>
      </w:r>
      <w:proofErr w:type="spellStart"/>
      <w:r w:rsidRPr="00420D39">
        <w:rPr>
          <w:sz w:val="28"/>
          <w:szCs w:val="28"/>
        </w:rPr>
        <w:t>даңғылына</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Ұлы</w:t>
      </w:r>
      <w:proofErr w:type="spellEnd"/>
      <w:r w:rsidRPr="00420D39">
        <w:rPr>
          <w:sz w:val="28"/>
          <w:szCs w:val="28"/>
        </w:rPr>
        <w:t xml:space="preserve"> Дала </w:t>
      </w:r>
      <w:proofErr w:type="spellStart"/>
      <w:r w:rsidRPr="00420D39">
        <w:rPr>
          <w:sz w:val="28"/>
          <w:szCs w:val="28"/>
        </w:rPr>
        <w:t>даңғылымен</w:t>
      </w:r>
      <w:proofErr w:type="spellEnd"/>
      <w:r w:rsidRPr="00420D39">
        <w:rPr>
          <w:sz w:val="28"/>
          <w:szCs w:val="28"/>
        </w:rPr>
        <w:t xml:space="preserve"> </w:t>
      </w:r>
      <w:proofErr w:type="spellStart"/>
      <w:r w:rsidRPr="00420D39">
        <w:rPr>
          <w:sz w:val="28"/>
          <w:szCs w:val="28"/>
        </w:rPr>
        <w:t>Ақмешіт</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w:t>
      </w:r>
    </w:p>
    <w:p w14:paraId="07E620FE" w14:textId="77777777" w:rsidR="00E72A3C" w:rsidRPr="00420D39" w:rsidRDefault="00E72A3C" w:rsidP="00E72A3C">
      <w:pPr>
        <w:jc w:val="both"/>
        <w:rPr>
          <w:sz w:val="28"/>
          <w:szCs w:val="28"/>
        </w:rPr>
      </w:pPr>
    </w:p>
    <w:p w14:paraId="228C5B6F" w14:textId="77777777" w:rsidR="00E72A3C" w:rsidRPr="00814807" w:rsidRDefault="00E72A3C" w:rsidP="00E72A3C">
      <w:pPr>
        <w:jc w:val="center"/>
        <w:rPr>
          <w:sz w:val="28"/>
          <w:szCs w:val="28"/>
        </w:rPr>
      </w:pPr>
      <w:r w:rsidRPr="00814807">
        <w:rPr>
          <w:sz w:val="28"/>
          <w:szCs w:val="28"/>
        </w:rPr>
        <w:t xml:space="preserve">№ 178 </w:t>
      </w:r>
      <w:proofErr w:type="spellStart"/>
      <w:r w:rsidRPr="00814807">
        <w:rPr>
          <w:sz w:val="28"/>
          <w:szCs w:val="28"/>
        </w:rPr>
        <w:t>сайлау</w:t>
      </w:r>
      <w:proofErr w:type="spellEnd"/>
      <w:r w:rsidRPr="00814807">
        <w:rPr>
          <w:sz w:val="28"/>
          <w:szCs w:val="28"/>
        </w:rPr>
        <w:t xml:space="preserve"> </w:t>
      </w:r>
      <w:proofErr w:type="spellStart"/>
      <w:r w:rsidRPr="00814807">
        <w:rPr>
          <w:sz w:val="28"/>
          <w:szCs w:val="28"/>
        </w:rPr>
        <w:t>учаскесі</w:t>
      </w:r>
      <w:proofErr w:type="spellEnd"/>
      <w:r w:rsidRPr="00814807">
        <w:rPr>
          <w:sz w:val="28"/>
          <w:szCs w:val="28"/>
        </w:rPr>
        <w:t xml:space="preserve"> </w:t>
      </w:r>
    </w:p>
    <w:p w14:paraId="7D9C7CC6" w14:textId="77777777" w:rsidR="00E72A3C" w:rsidRPr="00814807" w:rsidRDefault="00E72A3C" w:rsidP="00E72A3C">
      <w:pPr>
        <w:jc w:val="center"/>
        <w:rPr>
          <w:sz w:val="28"/>
          <w:szCs w:val="28"/>
        </w:rPr>
      </w:pPr>
      <w:r w:rsidRPr="00814807">
        <w:rPr>
          <w:sz w:val="28"/>
          <w:szCs w:val="28"/>
        </w:rPr>
        <w:t>(</w:t>
      </w:r>
      <w:proofErr w:type="spellStart"/>
      <w:r w:rsidRPr="00814807">
        <w:rPr>
          <w:sz w:val="28"/>
          <w:szCs w:val="28"/>
        </w:rPr>
        <w:t>орталығы</w:t>
      </w:r>
      <w:proofErr w:type="spellEnd"/>
      <w:r w:rsidRPr="00814807">
        <w:rPr>
          <w:sz w:val="28"/>
          <w:szCs w:val="28"/>
        </w:rPr>
        <w:t xml:space="preserve"> – Астана </w:t>
      </w:r>
      <w:proofErr w:type="spellStart"/>
      <w:r w:rsidRPr="00814807">
        <w:rPr>
          <w:sz w:val="28"/>
          <w:szCs w:val="28"/>
        </w:rPr>
        <w:t>қаласы</w:t>
      </w:r>
      <w:proofErr w:type="spellEnd"/>
      <w:r w:rsidRPr="00814807">
        <w:rPr>
          <w:sz w:val="28"/>
          <w:szCs w:val="28"/>
        </w:rPr>
        <w:t xml:space="preserve"> </w:t>
      </w:r>
      <w:proofErr w:type="spellStart"/>
      <w:r w:rsidRPr="00814807">
        <w:rPr>
          <w:sz w:val="28"/>
          <w:szCs w:val="28"/>
        </w:rPr>
        <w:t>әкімдігінің</w:t>
      </w:r>
      <w:proofErr w:type="spellEnd"/>
      <w:r w:rsidRPr="00814807">
        <w:rPr>
          <w:sz w:val="28"/>
          <w:szCs w:val="28"/>
        </w:rPr>
        <w:t xml:space="preserve"> «№ 109 </w:t>
      </w:r>
      <w:proofErr w:type="spellStart"/>
      <w:r w:rsidRPr="00814807">
        <w:rPr>
          <w:sz w:val="28"/>
          <w:szCs w:val="28"/>
        </w:rPr>
        <w:t>жалпы</w:t>
      </w:r>
      <w:proofErr w:type="spellEnd"/>
      <w:r w:rsidRPr="00814807">
        <w:rPr>
          <w:sz w:val="28"/>
          <w:szCs w:val="28"/>
        </w:rPr>
        <w:t xml:space="preserve"> </w:t>
      </w:r>
      <w:r w:rsidRPr="00814807">
        <w:rPr>
          <w:sz w:val="28"/>
          <w:szCs w:val="28"/>
          <w:lang w:val="kk-KZ"/>
        </w:rPr>
        <w:t>орта</w:t>
      </w:r>
      <w:r w:rsidRPr="00814807">
        <w:rPr>
          <w:sz w:val="28"/>
          <w:szCs w:val="28"/>
        </w:rPr>
        <w:t xml:space="preserve"> </w:t>
      </w:r>
      <w:proofErr w:type="spellStart"/>
      <w:r w:rsidRPr="00814807">
        <w:rPr>
          <w:sz w:val="28"/>
          <w:szCs w:val="28"/>
        </w:rPr>
        <w:t>білім</w:t>
      </w:r>
      <w:proofErr w:type="spellEnd"/>
      <w:r w:rsidRPr="00814807">
        <w:rPr>
          <w:sz w:val="28"/>
          <w:szCs w:val="28"/>
        </w:rPr>
        <w:t xml:space="preserve"> </w:t>
      </w:r>
      <w:proofErr w:type="spellStart"/>
      <w:r w:rsidRPr="00814807">
        <w:rPr>
          <w:sz w:val="28"/>
          <w:szCs w:val="28"/>
        </w:rPr>
        <w:t>беретін</w:t>
      </w:r>
      <w:proofErr w:type="spellEnd"/>
      <w:r w:rsidRPr="00814807">
        <w:rPr>
          <w:sz w:val="28"/>
          <w:szCs w:val="28"/>
        </w:rPr>
        <w:t xml:space="preserve"> </w:t>
      </w:r>
      <w:proofErr w:type="spellStart"/>
      <w:r w:rsidRPr="00814807">
        <w:rPr>
          <w:sz w:val="28"/>
          <w:szCs w:val="28"/>
        </w:rPr>
        <w:t>мектеп</w:t>
      </w:r>
      <w:proofErr w:type="spellEnd"/>
      <w:r w:rsidRPr="00814807">
        <w:rPr>
          <w:sz w:val="28"/>
          <w:szCs w:val="28"/>
        </w:rPr>
        <w:t xml:space="preserve">» </w:t>
      </w:r>
      <w:proofErr w:type="spellStart"/>
      <w:r w:rsidRPr="00814807">
        <w:rPr>
          <w:sz w:val="28"/>
          <w:szCs w:val="28"/>
        </w:rPr>
        <w:t>коммуналдық</w:t>
      </w:r>
      <w:proofErr w:type="spellEnd"/>
      <w:r w:rsidRPr="00814807">
        <w:rPr>
          <w:sz w:val="28"/>
          <w:szCs w:val="28"/>
        </w:rPr>
        <w:t xml:space="preserve"> </w:t>
      </w:r>
      <w:proofErr w:type="spellStart"/>
      <w:r w:rsidRPr="00814807">
        <w:rPr>
          <w:sz w:val="28"/>
          <w:szCs w:val="28"/>
        </w:rPr>
        <w:t>м</w:t>
      </w:r>
      <w:r>
        <w:rPr>
          <w:sz w:val="28"/>
          <w:szCs w:val="28"/>
        </w:rPr>
        <w:t>емлекеттік</w:t>
      </w:r>
      <w:proofErr w:type="spellEnd"/>
      <w:r>
        <w:rPr>
          <w:sz w:val="28"/>
          <w:szCs w:val="28"/>
        </w:rPr>
        <w:t xml:space="preserve"> </w:t>
      </w:r>
      <w:proofErr w:type="spellStart"/>
      <w:r>
        <w:rPr>
          <w:sz w:val="28"/>
          <w:szCs w:val="28"/>
        </w:rPr>
        <w:t>мекемесі</w:t>
      </w:r>
      <w:proofErr w:type="spellEnd"/>
      <w:r>
        <w:rPr>
          <w:sz w:val="28"/>
          <w:szCs w:val="28"/>
        </w:rPr>
        <w:t xml:space="preserve">, Е669 </w:t>
      </w:r>
      <w:proofErr w:type="spellStart"/>
      <w:r>
        <w:rPr>
          <w:sz w:val="28"/>
          <w:szCs w:val="28"/>
        </w:rPr>
        <w:t>көше</w:t>
      </w:r>
      <w:proofErr w:type="spellEnd"/>
      <w:r w:rsidRPr="00814807">
        <w:rPr>
          <w:sz w:val="28"/>
          <w:szCs w:val="28"/>
        </w:rPr>
        <w:t>, № 6)</w:t>
      </w:r>
    </w:p>
    <w:p w14:paraId="776BB4C2" w14:textId="77777777" w:rsidR="00E72A3C" w:rsidRPr="00814807" w:rsidRDefault="00E72A3C" w:rsidP="00E72A3C">
      <w:pPr>
        <w:ind w:firstLine="567"/>
        <w:jc w:val="both"/>
        <w:rPr>
          <w:sz w:val="28"/>
          <w:szCs w:val="28"/>
        </w:rPr>
      </w:pPr>
    </w:p>
    <w:p w14:paraId="7A0267FD" w14:textId="77777777" w:rsidR="00E72A3C" w:rsidRPr="00420D39" w:rsidRDefault="00E72A3C" w:rsidP="00E72A3C">
      <w:pPr>
        <w:ind w:firstLine="567"/>
        <w:jc w:val="both"/>
        <w:rPr>
          <w:sz w:val="28"/>
          <w:szCs w:val="28"/>
        </w:rPr>
      </w:pPr>
      <w:proofErr w:type="spellStart"/>
      <w:r w:rsidRPr="00814807">
        <w:rPr>
          <w:sz w:val="28"/>
          <w:szCs w:val="28"/>
        </w:rPr>
        <w:t>Шекарасы</w:t>
      </w:r>
      <w:proofErr w:type="spellEnd"/>
      <w:r w:rsidRPr="00814807">
        <w:rPr>
          <w:sz w:val="28"/>
          <w:szCs w:val="28"/>
        </w:rPr>
        <w:t>: «</w:t>
      </w:r>
      <w:proofErr w:type="spellStart"/>
      <w:r w:rsidRPr="00814807">
        <w:rPr>
          <w:sz w:val="28"/>
          <w:szCs w:val="28"/>
        </w:rPr>
        <w:t>Нұра-Есіл</w:t>
      </w:r>
      <w:proofErr w:type="spellEnd"/>
      <w:r w:rsidRPr="00814807">
        <w:rPr>
          <w:sz w:val="28"/>
          <w:szCs w:val="28"/>
        </w:rPr>
        <w:t xml:space="preserve">» </w:t>
      </w:r>
      <w:proofErr w:type="spellStart"/>
      <w:r w:rsidRPr="00814807">
        <w:rPr>
          <w:sz w:val="28"/>
          <w:szCs w:val="28"/>
        </w:rPr>
        <w:t>каналынан</w:t>
      </w:r>
      <w:proofErr w:type="spellEnd"/>
      <w:r w:rsidRPr="00746A9D">
        <w:rPr>
          <w:sz w:val="28"/>
          <w:szCs w:val="28"/>
        </w:rPr>
        <w:t xml:space="preserve"> </w:t>
      </w:r>
      <w:proofErr w:type="spellStart"/>
      <w:proofErr w:type="gramStart"/>
      <w:r w:rsidRPr="00746A9D">
        <w:rPr>
          <w:sz w:val="28"/>
          <w:szCs w:val="28"/>
        </w:rPr>
        <w:t>Ұлы</w:t>
      </w:r>
      <w:proofErr w:type="spellEnd"/>
      <w:r w:rsidRPr="00746A9D">
        <w:rPr>
          <w:sz w:val="28"/>
          <w:szCs w:val="28"/>
        </w:rPr>
        <w:t xml:space="preserve"> Дала</w:t>
      </w:r>
      <w:proofErr w:type="gramEnd"/>
      <w:r w:rsidRPr="00746A9D">
        <w:rPr>
          <w:sz w:val="28"/>
          <w:szCs w:val="28"/>
        </w:rPr>
        <w:t xml:space="preserve"> </w:t>
      </w:r>
      <w:proofErr w:type="spellStart"/>
      <w:r w:rsidRPr="00746A9D">
        <w:rPr>
          <w:sz w:val="28"/>
          <w:szCs w:val="28"/>
        </w:rPr>
        <w:t>даңғылымен</w:t>
      </w:r>
      <w:proofErr w:type="spellEnd"/>
      <w:r w:rsidRPr="00746A9D">
        <w:rPr>
          <w:sz w:val="28"/>
          <w:szCs w:val="28"/>
        </w:rPr>
        <w:t xml:space="preserve"> Ш. </w:t>
      </w:r>
      <w:proofErr w:type="spellStart"/>
      <w:r w:rsidRPr="00746A9D">
        <w:rPr>
          <w:sz w:val="28"/>
          <w:szCs w:val="28"/>
        </w:rPr>
        <w:t>Мұртаза</w:t>
      </w:r>
      <w:proofErr w:type="spellEnd"/>
      <w:r w:rsidRPr="00746A9D">
        <w:rPr>
          <w:sz w:val="28"/>
          <w:szCs w:val="28"/>
        </w:rPr>
        <w:t xml:space="preserve"> </w:t>
      </w:r>
      <w:proofErr w:type="spellStart"/>
      <w:r w:rsidRPr="00746A9D">
        <w:rPr>
          <w:sz w:val="28"/>
          <w:szCs w:val="28"/>
        </w:rPr>
        <w:t>көшесіне</w:t>
      </w:r>
      <w:proofErr w:type="spellEnd"/>
      <w:r w:rsidRPr="00746A9D">
        <w:rPr>
          <w:sz w:val="28"/>
          <w:szCs w:val="28"/>
        </w:rPr>
        <w:t xml:space="preserve"> </w:t>
      </w:r>
      <w:proofErr w:type="spellStart"/>
      <w:r w:rsidRPr="00746A9D">
        <w:rPr>
          <w:sz w:val="28"/>
          <w:szCs w:val="28"/>
        </w:rPr>
        <w:t>дейін</w:t>
      </w:r>
      <w:proofErr w:type="spellEnd"/>
      <w:r w:rsidRPr="00746A9D">
        <w:rPr>
          <w:sz w:val="28"/>
          <w:szCs w:val="28"/>
        </w:rPr>
        <w:t xml:space="preserve">, </w:t>
      </w:r>
      <w:proofErr w:type="spellStart"/>
      <w:r w:rsidRPr="00746A9D">
        <w:rPr>
          <w:sz w:val="28"/>
          <w:szCs w:val="28"/>
        </w:rPr>
        <w:t>Ұлы</w:t>
      </w:r>
      <w:proofErr w:type="spellEnd"/>
      <w:r w:rsidRPr="00746A9D">
        <w:rPr>
          <w:sz w:val="28"/>
          <w:szCs w:val="28"/>
        </w:rPr>
        <w:t xml:space="preserve"> Дала </w:t>
      </w:r>
      <w:proofErr w:type="spellStart"/>
      <w:r w:rsidRPr="00746A9D">
        <w:rPr>
          <w:sz w:val="28"/>
          <w:szCs w:val="28"/>
        </w:rPr>
        <w:t>даңғылынан</w:t>
      </w:r>
      <w:proofErr w:type="spellEnd"/>
      <w:r w:rsidRPr="00746A9D">
        <w:rPr>
          <w:sz w:val="28"/>
          <w:szCs w:val="28"/>
        </w:rPr>
        <w:t xml:space="preserve"> Ш</w:t>
      </w:r>
      <w:r>
        <w:rPr>
          <w:sz w:val="28"/>
          <w:szCs w:val="28"/>
        </w:rPr>
        <w:t>. </w:t>
      </w:r>
      <w:proofErr w:type="spellStart"/>
      <w:r>
        <w:rPr>
          <w:sz w:val="28"/>
          <w:szCs w:val="28"/>
        </w:rPr>
        <w:t>Мұртаза</w:t>
      </w:r>
      <w:proofErr w:type="spellEnd"/>
      <w:r>
        <w:rPr>
          <w:sz w:val="28"/>
          <w:szCs w:val="28"/>
        </w:rPr>
        <w:t xml:space="preserve"> </w:t>
      </w:r>
      <w:proofErr w:type="spellStart"/>
      <w:r>
        <w:rPr>
          <w:sz w:val="28"/>
          <w:szCs w:val="28"/>
        </w:rPr>
        <w:t>көшесімен</w:t>
      </w:r>
      <w:proofErr w:type="spellEnd"/>
      <w:r>
        <w:rPr>
          <w:sz w:val="28"/>
          <w:szCs w:val="28"/>
        </w:rPr>
        <w:t xml:space="preserve"> Е509 </w:t>
      </w:r>
      <w:proofErr w:type="spellStart"/>
      <w:r>
        <w:rPr>
          <w:sz w:val="28"/>
          <w:szCs w:val="28"/>
        </w:rPr>
        <w:t>көшег</w:t>
      </w:r>
      <w:r w:rsidRPr="00746A9D">
        <w:rPr>
          <w:sz w:val="28"/>
          <w:szCs w:val="28"/>
        </w:rPr>
        <w:t>е</w:t>
      </w:r>
      <w:proofErr w:type="spellEnd"/>
      <w:r w:rsidRPr="00746A9D">
        <w:rPr>
          <w:sz w:val="28"/>
          <w:szCs w:val="28"/>
        </w:rPr>
        <w:t xml:space="preserve"> </w:t>
      </w:r>
      <w:r>
        <w:rPr>
          <w:sz w:val="28"/>
          <w:szCs w:val="28"/>
        </w:rPr>
        <w:br/>
      </w:r>
      <w:proofErr w:type="spellStart"/>
      <w:r>
        <w:rPr>
          <w:sz w:val="28"/>
          <w:szCs w:val="28"/>
        </w:rPr>
        <w:t>дейін</w:t>
      </w:r>
      <w:proofErr w:type="spellEnd"/>
      <w:r>
        <w:rPr>
          <w:sz w:val="28"/>
          <w:szCs w:val="28"/>
        </w:rPr>
        <w:t xml:space="preserve">, Е509 </w:t>
      </w:r>
      <w:proofErr w:type="spellStart"/>
      <w:r>
        <w:rPr>
          <w:sz w:val="28"/>
          <w:szCs w:val="28"/>
        </w:rPr>
        <w:t>көше</w:t>
      </w:r>
      <w:r w:rsidRPr="00746A9D">
        <w:rPr>
          <w:sz w:val="28"/>
          <w:szCs w:val="28"/>
        </w:rPr>
        <w:t>мен</w:t>
      </w:r>
      <w:proofErr w:type="spellEnd"/>
      <w:r w:rsidRPr="00746A9D">
        <w:t xml:space="preserve"> </w:t>
      </w:r>
      <w:r>
        <w:rPr>
          <w:sz w:val="28"/>
          <w:szCs w:val="28"/>
        </w:rPr>
        <w:t xml:space="preserve">Е509 </w:t>
      </w:r>
      <w:proofErr w:type="spellStart"/>
      <w:r>
        <w:rPr>
          <w:sz w:val="28"/>
          <w:szCs w:val="28"/>
        </w:rPr>
        <w:t>көшедегі</w:t>
      </w:r>
      <w:proofErr w:type="spellEnd"/>
      <w:r>
        <w:rPr>
          <w:sz w:val="28"/>
          <w:szCs w:val="28"/>
        </w:rPr>
        <w:t xml:space="preserve"> № 11 </w:t>
      </w:r>
      <w:proofErr w:type="spellStart"/>
      <w:r>
        <w:rPr>
          <w:sz w:val="28"/>
          <w:szCs w:val="28"/>
        </w:rPr>
        <w:t>үйді</w:t>
      </w:r>
      <w:proofErr w:type="spellEnd"/>
      <w:r>
        <w:rPr>
          <w:sz w:val="28"/>
          <w:szCs w:val="28"/>
        </w:rPr>
        <w:t xml:space="preserve"> </w:t>
      </w:r>
      <w:proofErr w:type="spellStart"/>
      <w:r>
        <w:rPr>
          <w:sz w:val="28"/>
          <w:szCs w:val="28"/>
        </w:rPr>
        <w:t>және</w:t>
      </w:r>
      <w:proofErr w:type="spellEnd"/>
      <w:r>
        <w:rPr>
          <w:sz w:val="28"/>
          <w:szCs w:val="28"/>
        </w:rPr>
        <w:t xml:space="preserve"> Е915 </w:t>
      </w:r>
      <w:proofErr w:type="spellStart"/>
      <w:r>
        <w:rPr>
          <w:sz w:val="28"/>
          <w:szCs w:val="28"/>
        </w:rPr>
        <w:t>көше</w:t>
      </w:r>
      <w:r w:rsidRPr="00746A9D">
        <w:rPr>
          <w:sz w:val="28"/>
          <w:szCs w:val="28"/>
        </w:rPr>
        <w:t>дегі</w:t>
      </w:r>
      <w:proofErr w:type="spellEnd"/>
      <w:r w:rsidRPr="00746A9D">
        <w:rPr>
          <w:sz w:val="28"/>
          <w:szCs w:val="28"/>
        </w:rPr>
        <w:t xml:space="preserve"> № 9 </w:t>
      </w:r>
      <w:proofErr w:type="spellStart"/>
      <w:r w:rsidRPr="00746A9D">
        <w:rPr>
          <w:sz w:val="28"/>
          <w:szCs w:val="28"/>
        </w:rPr>
        <w:t>үйді</w:t>
      </w:r>
      <w:proofErr w:type="spellEnd"/>
      <w:r w:rsidRPr="00746A9D">
        <w:rPr>
          <w:sz w:val="28"/>
          <w:szCs w:val="28"/>
        </w:rPr>
        <w:t xml:space="preserve"> </w:t>
      </w:r>
      <w:proofErr w:type="spellStart"/>
      <w:r w:rsidRPr="00746A9D">
        <w:rPr>
          <w:sz w:val="28"/>
          <w:szCs w:val="28"/>
        </w:rPr>
        <w:t>қоса</w:t>
      </w:r>
      <w:proofErr w:type="spellEnd"/>
      <w:r w:rsidRPr="00746A9D">
        <w:rPr>
          <w:sz w:val="28"/>
          <w:szCs w:val="28"/>
        </w:rPr>
        <w:t xml:space="preserve"> </w:t>
      </w:r>
      <w:proofErr w:type="spellStart"/>
      <w:r w:rsidRPr="00746A9D">
        <w:rPr>
          <w:sz w:val="28"/>
          <w:szCs w:val="28"/>
        </w:rPr>
        <w:t>алғанда</w:t>
      </w:r>
      <w:proofErr w:type="spellEnd"/>
      <w:r>
        <w:rPr>
          <w:sz w:val="28"/>
          <w:szCs w:val="28"/>
          <w:lang w:val="kk-KZ"/>
        </w:rPr>
        <w:t>,</w:t>
      </w:r>
      <w:r w:rsidRPr="00746A9D">
        <w:rPr>
          <w:sz w:val="28"/>
          <w:szCs w:val="28"/>
        </w:rPr>
        <w:t xml:space="preserve"> «</w:t>
      </w:r>
      <w:proofErr w:type="spellStart"/>
      <w:r w:rsidRPr="00746A9D">
        <w:rPr>
          <w:sz w:val="28"/>
          <w:szCs w:val="28"/>
        </w:rPr>
        <w:t>Нұра-Есіл</w:t>
      </w:r>
      <w:proofErr w:type="spellEnd"/>
      <w:r w:rsidRPr="00746A9D">
        <w:rPr>
          <w:sz w:val="28"/>
          <w:szCs w:val="28"/>
        </w:rPr>
        <w:t xml:space="preserve">» </w:t>
      </w:r>
      <w:proofErr w:type="spellStart"/>
      <w:r w:rsidRPr="00746A9D">
        <w:rPr>
          <w:sz w:val="28"/>
          <w:szCs w:val="28"/>
        </w:rPr>
        <w:t>каналына</w:t>
      </w:r>
      <w:proofErr w:type="spellEnd"/>
      <w:r w:rsidRPr="00746A9D">
        <w:rPr>
          <w:sz w:val="28"/>
          <w:szCs w:val="28"/>
        </w:rPr>
        <w:t xml:space="preserve"> </w:t>
      </w:r>
      <w:proofErr w:type="spellStart"/>
      <w:r w:rsidRPr="00746A9D">
        <w:rPr>
          <w:sz w:val="28"/>
          <w:szCs w:val="28"/>
        </w:rPr>
        <w:t>дейін</w:t>
      </w:r>
      <w:proofErr w:type="spellEnd"/>
      <w:r w:rsidRPr="00746A9D">
        <w:rPr>
          <w:sz w:val="28"/>
          <w:szCs w:val="28"/>
        </w:rPr>
        <w:t>.</w:t>
      </w:r>
    </w:p>
    <w:p w14:paraId="495C5C4E" w14:textId="77777777" w:rsidR="00E72A3C" w:rsidRDefault="00E72A3C" w:rsidP="00E72A3C">
      <w:pPr>
        <w:jc w:val="center"/>
        <w:rPr>
          <w:sz w:val="28"/>
          <w:szCs w:val="28"/>
        </w:rPr>
      </w:pPr>
    </w:p>
    <w:p w14:paraId="774DFEDD" w14:textId="77777777" w:rsidR="00E72A3C" w:rsidRPr="00420D39" w:rsidRDefault="00E72A3C" w:rsidP="00E72A3C">
      <w:pPr>
        <w:jc w:val="center"/>
        <w:rPr>
          <w:sz w:val="28"/>
          <w:szCs w:val="28"/>
        </w:rPr>
      </w:pPr>
      <w:r w:rsidRPr="00420D39">
        <w:rPr>
          <w:sz w:val="28"/>
          <w:szCs w:val="28"/>
        </w:rPr>
        <w:t xml:space="preserve">№ 179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r w:rsidRPr="00420D39">
        <w:rPr>
          <w:sz w:val="28"/>
          <w:szCs w:val="28"/>
        </w:rPr>
        <w:t xml:space="preserve"> </w:t>
      </w:r>
    </w:p>
    <w:p w14:paraId="06375F06"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xml:space="preserve"> – «BINOM EDUCATION» </w:t>
      </w:r>
      <w:proofErr w:type="spellStart"/>
      <w:r w:rsidRPr="00420D39">
        <w:rPr>
          <w:sz w:val="28"/>
          <w:szCs w:val="28"/>
        </w:rPr>
        <w:t>жауапкершілігі</w:t>
      </w:r>
      <w:proofErr w:type="spellEnd"/>
      <w:r w:rsidRPr="00420D39">
        <w:rPr>
          <w:sz w:val="28"/>
          <w:szCs w:val="28"/>
        </w:rPr>
        <w:t xml:space="preserve"> </w:t>
      </w:r>
      <w:proofErr w:type="spellStart"/>
      <w:r w:rsidRPr="00420D39">
        <w:rPr>
          <w:sz w:val="28"/>
          <w:szCs w:val="28"/>
        </w:rPr>
        <w:t>шектеулі</w:t>
      </w:r>
      <w:proofErr w:type="spellEnd"/>
      <w:r w:rsidRPr="00420D39">
        <w:rPr>
          <w:sz w:val="28"/>
          <w:szCs w:val="28"/>
        </w:rPr>
        <w:t xml:space="preserve"> </w:t>
      </w:r>
      <w:proofErr w:type="spellStart"/>
      <w:r w:rsidRPr="00420D39">
        <w:rPr>
          <w:sz w:val="28"/>
          <w:szCs w:val="28"/>
        </w:rPr>
        <w:t>серіктестігінің</w:t>
      </w:r>
      <w:proofErr w:type="spellEnd"/>
      <w:r w:rsidRPr="00420D39">
        <w:rPr>
          <w:sz w:val="28"/>
          <w:szCs w:val="28"/>
        </w:rPr>
        <w:t xml:space="preserve"> </w:t>
      </w:r>
      <w:proofErr w:type="spellStart"/>
      <w:r w:rsidRPr="00420D39">
        <w:rPr>
          <w:sz w:val="28"/>
          <w:szCs w:val="28"/>
        </w:rPr>
        <w:t>Әбіш</w:t>
      </w:r>
      <w:proofErr w:type="spellEnd"/>
      <w:r w:rsidRPr="00420D39">
        <w:rPr>
          <w:sz w:val="28"/>
          <w:szCs w:val="28"/>
        </w:rPr>
        <w:t xml:space="preserve"> </w:t>
      </w:r>
      <w:proofErr w:type="spellStart"/>
      <w:r w:rsidRPr="00420D39">
        <w:rPr>
          <w:sz w:val="28"/>
          <w:szCs w:val="28"/>
        </w:rPr>
        <w:t>Кекілбаев</w:t>
      </w:r>
      <w:proofErr w:type="spellEnd"/>
      <w:r w:rsidRPr="00420D39">
        <w:rPr>
          <w:sz w:val="28"/>
          <w:szCs w:val="28"/>
        </w:rPr>
        <w:t xml:space="preserve"> </w:t>
      </w:r>
      <w:proofErr w:type="spellStart"/>
      <w:r w:rsidRPr="00420D39">
        <w:rPr>
          <w:sz w:val="28"/>
          <w:szCs w:val="28"/>
        </w:rPr>
        <w:t>атындағы</w:t>
      </w:r>
      <w:proofErr w:type="spellEnd"/>
      <w:r w:rsidRPr="00420D39">
        <w:rPr>
          <w:sz w:val="28"/>
          <w:szCs w:val="28"/>
        </w:rPr>
        <w:t xml:space="preserve"> «</w:t>
      </w:r>
      <w:proofErr w:type="spellStart"/>
      <w:r w:rsidRPr="00420D39">
        <w:rPr>
          <w:sz w:val="28"/>
          <w:szCs w:val="28"/>
        </w:rPr>
        <w:t>Binom</w:t>
      </w:r>
      <w:proofErr w:type="spellEnd"/>
      <w:r w:rsidRPr="00420D39">
        <w:rPr>
          <w:sz w:val="28"/>
          <w:szCs w:val="28"/>
        </w:rPr>
        <w:t xml:space="preserve"> </w:t>
      </w:r>
      <w:proofErr w:type="spellStart"/>
      <w:r w:rsidRPr="00420D39">
        <w:rPr>
          <w:sz w:val="28"/>
          <w:szCs w:val="28"/>
        </w:rPr>
        <w:t>school</w:t>
      </w:r>
      <w:proofErr w:type="spellEnd"/>
      <w:r w:rsidRPr="00420D39">
        <w:rPr>
          <w:sz w:val="28"/>
          <w:szCs w:val="28"/>
        </w:rPr>
        <w:t xml:space="preserve">» </w:t>
      </w:r>
      <w:proofErr w:type="spellStart"/>
      <w:r w:rsidRPr="00420D39">
        <w:rPr>
          <w:sz w:val="28"/>
          <w:szCs w:val="28"/>
        </w:rPr>
        <w:t>мектеп-лицейі</w:t>
      </w:r>
      <w:proofErr w:type="spellEnd"/>
      <w:r w:rsidRPr="00420D39">
        <w:rPr>
          <w:sz w:val="28"/>
          <w:szCs w:val="28"/>
        </w:rPr>
        <w:t xml:space="preserve">, </w:t>
      </w:r>
    </w:p>
    <w:p w14:paraId="15450AAD" w14:textId="77777777" w:rsidR="00E72A3C" w:rsidRPr="00420D39" w:rsidRDefault="00E72A3C" w:rsidP="00E72A3C">
      <w:pPr>
        <w:jc w:val="center"/>
        <w:rPr>
          <w:sz w:val="28"/>
          <w:szCs w:val="28"/>
        </w:rPr>
      </w:pPr>
      <w:r w:rsidRPr="00420D39">
        <w:rPr>
          <w:sz w:val="28"/>
          <w:szCs w:val="28"/>
        </w:rPr>
        <w:t>Т. </w:t>
      </w:r>
      <w:proofErr w:type="spellStart"/>
      <w:r w:rsidRPr="00420D39">
        <w:rPr>
          <w:sz w:val="28"/>
          <w:szCs w:val="28"/>
        </w:rPr>
        <w:t>Рысқұлов</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 20)</w:t>
      </w:r>
    </w:p>
    <w:p w14:paraId="14B749BF" w14:textId="77777777" w:rsidR="00E72A3C" w:rsidRPr="00420D39" w:rsidRDefault="00E72A3C" w:rsidP="00E72A3C">
      <w:pPr>
        <w:ind w:firstLine="567"/>
        <w:jc w:val="both"/>
        <w:rPr>
          <w:sz w:val="28"/>
          <w:szCs w:val="28"/>
        </w:rPr>
      </w:pPr>
    </w:p>
    <w:p w14:paraId="5694CF05" w14:textId="77777777" w:rsidR="00E72A3C" w:rsidRPr="00420D39" w:rsidRDefault="00E72A3C" w:rsidP="00E72A3C">
      <w:pPr>
        <w:ind w:firstLine="567"/>
        <w:jc w:val="both"/>
        <w:rPr>
          <w:sz w:val="28"/>
          <w:szCs w:val="28"/>
        </w:rPr>
      </w:pPr>
      <w:proofErr w:type="spellStart"/>
      <w:r w:rsidRPr="00420D39">
        <w:rPr>
          <w:sz w:val="28"/>
          <w:szCs w:val="28"/>
        </w:rPr>
        <w:t>Шекарасы</w:t>
      </w:r>
      <w:proofErr w:type="spellEnd"/>
      <w:r w:rsidRPr="00420D39">
        <w:rPr>
          <w:sz w:val="28"/>
          <w:szCs w:val="28"/>
        </w:rPr>
        <w:t xml:space="preserve">: </w:t>
      </w:r>
      <w:proofErr w:type="spellStart"/>
      <w:r w:rsidRPr="00420D39">
        <w:rPr>
          <w:sz w:val="28"/>
          <w:szCs w:val="28"/>
        </w:rPr>
        <w:t>Мәңгілік</w:t>
      </w:r>
      <w:proofErr w:type="spellEnd"/>
      <w:r w:rsidRPr="00420D39">
        <w:rPr>
          <w:sz w:val="28"/>
          <w:szCs w:val="28"/>
        </w:rPr>
        <w:t xml:space="preserve"> Ел </w:t>
      </w:r>
      <w:proofErr w:type="spellStart"/>
      <w:r w:rsidRPr="00420D39">
        <w:rPr>
          <w:sz w:val="28"/>
          <w:szCs w:val="28"/>
        </w:rPr>
        <w:t>даңғылынан</w:t>
      </w:r>
      <w:proofErr w:type="spellEnd"/>
      <w:r w:rsidRPr="00420D39">
        <w:rPr>
          <w:sz w:val="28"/>
          <w:szCs w:val="28"/>
        </w:rPr>
        <w:t xml:space="preserve"> Хусейн бен </w:t>
      </w:r>
      <w:proofErr w:type="spellStart"/>
      <w:r w:rsidRPr="00420D39">
        <w:rPr>
          <w:sz w:val="28"/>
          <w:szCs w:val="28"/>
        </w:rPr>
        <w:t>Талал</w:t>
      </w:r>
      <w:proofErr w:type="spellEnd"/>
      <w:r w:rsidRPr="00420D39">
        <w:rPr>
          <w:sz w:val="28"/>
          <w:szCs w:val="28"/>
        </w:rPr>
        <w:t xml:space="preserve"> </w:t>
      </w:r>
      <w:proofErr w:type="spellStart"/>
      <w:r w:rsidRPr="00420D39">
        <w:rPr>
          <w:sz w:val="28"/>
          <w:szCs w:val="28"/>
        </w:rPr>
        <w:t>көшесімен</w:t>
      </w:r>
      <w:proofErr w:type="spellEnd"/>
      <w:r w:rsidRPr="00420D39">
        <w:rPr>
          <w:sz w:val="28"/>
          <w:szCs w:val="28"/>
        </w:rPr>
        <w:t xml:space="preserve"> </w:t>
      </w:r>
      <w:r w:rsidRPr="00420D39">
        <w:rPr>
          <w:sz w:val="28"/>
          <w:szCs w:val="28"/>
        </w:rPr>
        <w:br/>
        <w:t>Қ. </w:t>
      </w:r>
      <w:proofErr w:type="spellStart"/>
      <w:r w:rsidRPr="00420D39">
        <w:rPr>
          <w:sz w:val="28"/>
          <w:szCs w:val="28"/>
        </w:rPr>
        <w:t>Қайсенов</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Хусейн бен </w:t>
      </w:r>
      <w:proofErr w:type="spellStart"/>
      <w:r w:rsidRPr="00420D39">
        <w:rPr>
          <w:sz w:val="28"/>
          <w:szCs w:val="28"/>
        </w:rPr>
        <w:t>Талал</w:t>
      </w:r>
      <w:proofErr w:type="spellEnd"/>
      <w:r w:rsidRPr="00420D39">
        <w:rPr>
          <w:sz w:val="28"/>
          <w:szCs w:val="28"/>
        </w:rPr>
        <w:t xml:space="preserve"> </w:t>
      </w:r>
      <w:proofErr w:type="spellStart"/>
      <w:r w:rsidRPr="00420D39">
        <w:rPr>
          <w:sz w:val="28"/>
          <w:szCs w:val="28"/>
        </w:rPr>
        <w:t>көшесінен</w:t>
      </w:r>
      <w:proofErr w:type="spellEnd"/>
      <w:r w:rsidRPr="00420D39">
        <w:rPr>
          <w:sz w:val="28"/>
          <w:szCs w:val="28"/>
        </w:rPr>
        <w:t xml:space="preserve"> Ф. </w:t>
      </w:r>
      <w:proofErr w:type="spellStart"/>
      <w:r w:rsidRPr="00420D39">
        <w:rPr>
          <w:sz w:val="28"/>
          <w:szCs w:val="28"/>
        </w:rPr>
        <w:t>Оңғарсынова</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Ф. </w:t>
      </w:r>
      <w:proofErr w:type="spellStart"/>
      <w:r w:rsidRPr="00420D39">
        <w:rPr>
          <w:sz w:val="28"/>
          <w:szCs w:val="28"/>
        </w:rPr>
        <w:t>Оңғарсынова</w:t>
      </w:r>
      <w:proofErr w:type="spellEnd"/>
      <w:r w:rsidRPr="00420D39">
        <w:rPr>
          <w:sz w:val="28"/>
          <w:szCs w:val="28"/>
        </w:rPr>
        <w:t xml:space="preserve"> </w:t>
      </w:r>
      <w:proofErr w:type="spellStart"/>
      <w:r w:rsidRPr="00420D39">
        <w:rPr>
          <w:sz w:val="28"/>
          <w:szCs w:val="28"/>
        </w:rPr>
        <w:t>көшесімен</w:t>
      </w:r>
      <w:proofErr w:type="spellEnd"/>
      <w:r w:rsidRPr="00420D39">
        <w:rPr>
          <w:sz w:val="28"/>
          <w:szCs w:val="28"/>
        </w:rPr>
        <w:t xml:space="preserve"> </w:t>
      </w:r>
      <w:proofErr w:type="spellStart"/>
      <w:r w:rsidRPr="00420D39">
        <w:rPr>
          <w:sz w:val="28"/>
          <w:szCs w:val="28"/>
        </w:rPr>
        <w:t>Жошы</w:t>
      </w:r>
      <w:proofErr w:type="spellEnd"/>
      <w:r w:rsidRPr="00420D39">
        <w:rPr>
          <w:sz w:val="28"/>
          <w:szCs w:val="28"/>
        </w:rPr>
        <w:t xml:space="preserve"> хан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Жошы</w:t>
      </w:r>
      <w:proofErr w:type="spellEnd"/>
      <w:r w:rsidRPr="00420D39">
        <w:rPr>
          <w:sz w:val="28"/>
          <w:szCs w:val="28"/>
        </w:rPr>
        <w:t xml:space="preserve"> хан </w:t>
      </w:r>
      <w:proofErr w:type="spellStart"/>
      <w:r w:rsidRPr="00420D39">
        <w:rPr>
          <w:sz w:val="28"/>
          <w:szCs w:val="28"/>
        </w:rPr>
        <w:t>көшесімен</w:t>
      </w:r>
      <w:proofErr w:type="spellEnd"/>
      <w:r w:rsidRPr="00420D39">
        <w:rPr>
          <w:sz w:val="28"/>
          <w:szCs w:val="28"/>
        </w:rPr>
        <w:t xml:space="preserve"> Т. </w:t>
      </w:r>
      <w:proofErr w:type="spellStart"/>
      <w:r w:rsidRPr="00420D39">
        <w:rPr>
          <w:sz w:val="28"/>
          <w:szCs w:val="28"/>
        </w:rPr>
        <w:t>Рысқұлов</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Т. </w:t>
      </w:r>
      <w:proofErr w:type="spellStart"/>
      <w:r w:rsidRPr="00420D39">
        <w:rPr>
          <w:sz w:val="28"/>
          <w:szCs w:val="28"/>
        </w:rPr>
        <w:t>Рысқұлов</w:t>
      </w:r>
      <w:proofErr w:type="spellEnd"/>
      <w:r w:rsidRPr="00420D39">
        <w:rPr>
          <w:sz w:val="28"/>
          <w:szCs w:val="28"/>
        </w:rPr>
        <w:t xml:space="preserve"> </w:t>
      </w:r>
      <w:proofErr w:type="spellStart"/>
      <w:r w:rsidRPr="00420D39">
        <w:rPr>
          <w:sz w:val="28"/>
          <w:szCs w:val="28"/>
        </w:rPr>
        <w:t>көшесімен</w:t>
      </w:r>
      <w:proofErr w:type="spellEnd"/>
      <w:r w:rsidRPr="00420D39">
        <w:rPr>
          <w:sz w:val="28"/>
          <w:szCs w:val="28"/>
        </w:rPr>
        <w:t xml:space="preserve"> </w:t>
      </w:r>
      <w:proofErr w:type="spellStart"/>
      <w:r w:rsidRPr="00420D39">
        <w:rPr>
          <w:sz w:val="28"/>
          <w:szCs w:val="28"/>
        </w:rPr>
        <w:t>Мәңгілік</w:t>
      </w:r>
      <w:proofErr w:type="spellEnd"/>
      <w:r w:rsidRPr="00420D39">
        <w:rPr>
          <w:sz w:val="28"/>
          <w:szCs w:val="28"/>
        </w:rPr>
        <w:t xml:space="preserve"> Ел </w:t>
      </w:r>
      <w:proofErr w:type="spellStart"/>
      <w:r w:rsidRPr="00420D39">
        <w:rPr>
          <w:sz w:val="28"/>
          <w:szCs w:val="28"/>
        </w:rPr>
        <w:t>даңғылына</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Т. </w:t>
      </w:r>
      <w:proofErr w:type="spellStart"/>
      <w:r w:rsidRPr="00420D39">
        <w:rPr>
          <w:sz w:val="28"/>
          <w:szCs w:val="28"/>
        </w:rPr>
        <w:t>Рысқұлов</w:t>
      </w:r>
      <w:proofErr w:type="spellEnd"/>
      <w:r w:rsidRPr="00420D39">
        <w:rPr>
          <w:sz w:val="28"/>
          <w:szCs w:val="28"/>
        </w:rPr>
        <w:t xml:space="preserve"> </w:t>
      </w:r>
      <w:proofErr w:type="spellStart"/>
      <w:r w:rsidRPr="00420D39">
        <w:rPr>
          <w:sz w:val="28"/>
          <w:szCs w:val="28"/>
        </w:rPr>
        <w:t>көшесінен</w:t>
      </w:r>
      <w:proofErr w:type="spellEnd"/>
      <w:r w:rsidRPr="00420D39">
        <w:rPr>
          <w:sz w:val="28"/>
          <w:szCs w:val="28"/>
        </w:rPr>
        <w:t xml:space="preserve"> </w:t>
      </w:r>
      <w:proofErr w:type="spellStart"/>
      <w:r w:rsidRPr="00420D39">
        <w:rPr>
          <w:sz w:val="28"/>
          <w:szCs w:val="28"/>
        </w:rPr>
        <w:t>Мәңгілік</w:t>
      </w:r>
      <w:proofErr w:type="spellEnd"/>
      <w:r w:rsidRPr="00420D39">
        <w:rPr>
          <w:sz w:val="28"/>
          <w:szCs w:val="28"/>
        </w:rPr>
        <w:t xml:space="preserve"> Ел </w:t>
      </w:r>
      <w:proofErr w:type="spellStart"/>
      <w:r w:rsidRPr="00420D39">
        <w:rPr>
          <w:sz w:val="28"/>
          <w:szCs w:val="28"/>
        </w:rPr>
        <w:t>даңғылымен</w:t>
      </w:r>
      <w:proofErr w:type="spellEnd"/>
      <w:r w:rsidRPr="00420D39">
        <w:rPr>
          <w:sz w:val="28"/>
          <w:szCs w:val="28"/>
        </w:rPr>
        <w:t xml:space="preserve"> </w:t>
      </w:r>
      <w:r w:rsidRPr="00420D39">
        <w:rPr>
          <w:sz w:val="28"/>
          <w:szCs w:val="28"/>
        </w:rPr>
        <w:br/>
        <w:t xml:space="preserve">Хусейн бен </w:t>
      </w:r>
      <w:proofErr w:type="spellStart"/>
      <w:r w:rsidRPr="00420D39">
        <w:rPr>
          <w:sz w:val="28"/>
          <w:szCs w:val="28"/>
        </w:rPr>
        <w:t>Талал</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w:t>
      </w:r>
    </w:p>
    <w:p w14:paraId="25D6DA38" w14:textId="77777777" w:rsidR="00E72A3C" w:rsidRDefault="00E72A3C" w:rsidP="00E72A3C">
      <w:pPr>
        <w:spacing w:after="160" w:line="259" w:lineRule="auto"/>
        <w:rPr>
          <w:sz w:val="28"/>
          <w:szCs w:val="28"/>
        </w:rPr>
      </w:pPr>
      <w:r>
        <w:rPr>
          <w:sz w:val="28"/>
          <w:szCs w:val="28"/>
        </w:rPr>
        <w:br w:type="page"/>
      </w:r>
    </w:p>
    <w:p w14:paraId="3E7E634C" w14:textId="77777777" w:rsidR="00E72A3C" w:rsidRPr="00420D39" w:rsidRDefault="00E72A3C" w:rsidP="00E72A3C">
      <w:pPr>
        <w:jc w:val="center"/>
        <w:rPr>
          <w:sz w:val="28"/>
          <w:szCs w:val="28"/>
        </w:rPr>
      </w:pPr>
      <w:r w:rsidRPr="00420D39">
        <w:rPr>
          <w:sz w:val="28"/>
          <w:szCs w:val="28"/>
        </w:rPr>
        <w:lastRenderedPageBreak/>
        <w:t xml:space="preserve">№ 180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11B422FE" w14:textId="77777777" w:rsidR="00E72A3C" w:rsidRPr="00420D39" w:rsidRDefault="00E72A3C" w:rsidP="00E72A3C">
      <w:pPr>
        <w:jc w:val="center"/>
        <w:rPr>
          <w:sz w:val="28"/>
          <w:szCs w:val="28"/>
        </w:rPr>
      </w:pPr>
      <w:bookmarkStart w:id="1" w:name="_Hlk227137935"/>
      <w:r w:rsidRPr="00420D39">
        <w:rPr>
          <w:sz w:val="28"/>
          <w:szCs w:val="28"/>
        </w:rPr>
        <w:t>(</w:t>
      </w:r>
      <w:proofErr w:type="spellStart"/>
      <w:r w:rsidRPr="00420D39">
        <w:rPr>
          <w:sz w:val="28"/>
          <w:szCs w:val="28"/>
        </w:rPr>
        <w:t>орталығы</w:t>
      </w:r>
      <w:proofErr w:type="spellEnd"/>
      <w:r w:rsidRPr="00420D39">
        <w:rPr>
          <w:sz w:val="28"/>
          <w:szCs w:val="28"/>
        </w:rPr>
        <w:t xml:space="preserve"> – «BINOM EDUCATION» </w:t>
      </w:r>
      <w:proofErr w:type="spellStart"/>
      <w:r w:rsidRPr="00420D39">
        <w:rPr>
          <w:sz w:val="28"/>
          <w:szCs w:val="28"/>
        </w:rPr>
        <w:t>жауапкершілігі</w:t>
      </w:r>
      <w:proofErr w:type="spellEnd"/>
      <w:r w:rsidRPr="00420D39">
        <w:rPr>
          <w:sz w:val="28"/>
          <w:szCs w:val="28"/>
        </w:rPr>
        <w:t xml:space="preserve"> </w:t>
      </w:r>
      <w:proofErr w:type="spellStart"/>
      <w:r w:rsidRPr="00420D39">
        <w:rPr>
          <w:sz w:val="28"/>
          <w:szCs w:val="28"/>
        </w:rPr>
        <w:t>шектеулі</w:t>
      </w:r>
      <w:proofErr w:type="spellEnd"/>
      <w:r w:rsidRPr="00420D39">
        <w:rPr>
          <w:sz w:val="28"/>
          <w:szCs w:val="28"/>
        </w:rPr>
        <w:t xml:space="preserve"> </w:t>
      </w:r>
      <w:proofErr w:type="spellStart"/>
      <w:r w:rsidRPr="00420D39">
        <w:rPr>
          <w:sz w:val="28"/>
          <w:szCs w:val="28"/>
        </w:rPr>
        <w:t>серіктестігінің</w:t>
      </w:r>
      <w:proofErr w:type="spellEnd"/>
      <w:r w:rsidRPr="00420D39">
        <w:rPr>
          <w:sz w:val="28"/>
          <w:szCs w:val="28"/>
        </w:rPr>
        <w:t xml:space="preserve"> </w:t>
      </w:r>
      <w:proofErr w:type="spellStart"/>
      <w:r w:rsidRPr="00420D39">
        <w:rPr>
          <w:sz w:val="28"/>
          <w:szCs w:val="28"/>
        </w:rPr>
        <w:t>Қадыр</w:t>
      </w:r>
      <w:proofErr w:type="spellEnd"/>
      <w:r w:rsidRPr="00420D39">
        <w:rPr>
          <w:sz w:val="28"/>
          <w:szCs w:val="28"/>
        </w:rPr>
        <w:t xml:space="preserve"> </w:t>
      </w:r>
      <w:proofErr w:type="spellStart"/>
      <w:r w:rsidRPr="00420D39">
        <w:rPr>
          <w:sz w:val="28"/>
          <w:szCs w:val="28"/>
        </w:rPr>
        <w:t>Мырза</w:t>
      </w:r>
      <w:proofErr w:type="spellEnd"/>
      <w:r w:rsidRPr="00420D39">
        <w:rPr>
          <w:sz w:val="28"/>
          <w:szCs w:val="28"/>
        </w:rPr>
        <w:t xml:space="preserve"> </w:t>
      </w:r>
      <w:proofErr w:type="spellStart"/>
      <w:r w:rsidRPr="00420D39">
        <w:rPr>
          <w:sz w:val="28"/>
          <w:szCs w:val="28"/>
        </w:rPr>
        <w:t>Әлі</w:t>
      </w:r>
      <w:proofErr w:type="spellEnd"/>
      <w:r w:rsidRPr="00420D39">
        <w:rPr>
          <w:sz w:val="28"/>
          <w:szCs w:val="28"/>
        </w:rPr>
        <w:t xml:space="preserve"> </w:t>
      </w:r>
      <w:proofErr w:type="spellStart"/>
      <w:r w:rsidRPr="00420D39">
        <w:rPr>
          <w:sz w:val="28"/>
          <w:szCs w:val="28"/>
        </w:rPr>
        <w:t>атындағы</w:t>
      </w:r>
      <w:proofErr w:type="spellEnd"/>
      <w:r w:rsidRPr="00420D39">
        <w:rPr>
          <w:sz w:val="28"/>
          <w:szCs w:val="28"/>
        </w:rPr>
        <w:t xml:space="preserve"> «</w:t>
      </w:r>
      <w:proofErr w:type="spellStart"/>
      <w:r w:rsidRPr="00420D39">
        <w:rPr>
          <w:sz w:val="28"/>
          <w:szCs w:val="28"/>
        </w:rPr>
        <w:t>Binom</w:t>
      </w:r>
      <w:proofErr w:type="spellEnd"/>
      <w:r w:rsidRPr="00420D39">
        <w:rPr>
          <w:sz w:val="28"/>
          <w:szCs w:val="28"/>
        </w:rPr>
        <w:t xml:space="preserve"> </w:t>
      </w:r>
      <w:proofErr w:type="spellStart"/>
      <w:r w:rsidRPr="00420D39">
        <w:rPr>
          <w:sz w:val="28"/>
          <w:szCs w:val="28"/>
        </w:rPr>
        <w:t>school</w:t>
      </w:r>
      <w:proofErr w:type="spellEnd"/>
      <w:r w:rsidRPr="00420D39">
        <w:rPr>
          <w:sz w:val="28"/>
          <w:szCs w:val="28"/>
        </w:rPr>
        <w:t xml:space="preserve">» </w:t>
      </w:r>
      <w:proofErr w:type="spellStart"/>
      <w:r w:rsidRPr="00420D39">
        <w:rPr>
          <w:sz w:val="28"/>
          <w:szCs w:val="28"/>
        </w:rPr>
        <w:t>мектеп-лицейі</w:t>
      </w:r>
      <w:proofErr w:type="spellEnd"/>
      <w:r w:rsidRPr="00420D39">
        <w:rPr>
          <w:sz w:val="28"/>
          <w:szCs w:val="28"/>
        </w:rPr>
        <w:t>,</w:t>
      </w:r>
    </w:p>
    <w:p w14:paraId="46AF2F95" w14:textId="77777777" w:rsidR="00E72A3C" w:rsidRPr="00420D39" w:rsidRDefault="00E72A3C" w:rsidP="00E72A3C">
      <w:pPr>
        <w:jc w:val="center"/>
        <w:rPr>
          <w:sz w:val="28"/>
          <w:szCs w:val="28"/>
        </w:rPr>
      </w:pPr>
      <w:proofErr w:type="spellStart"/>
      <w:r w:rsidRPr="00420D39">
        <w:rPr>
          <w:sz w:val="28"/>
          <w:szCs w:val="28"/>
        </w:rPr>
        <w:t>Әл</w:t>
      </w:r>
      <w:proofErr w:type="spellEnd"/>
      <w:r w:rsidRPr="00420D39">
        <w:rPr>
          <w:sz w:val="28"/>
          <w:szCs w:val="28"/>
        </w:rPr>
        <w:t xml:space="preserve">-Фараби </w:t>
      </w:r>
      <w:proofErr w:type="spellStart"/>
      <w:r w:rsidRPr="00420D39">
        <w:rPr>
          <w:sz w:val="28"/>
          <w:szCs w:val="28"/>
        </w:rPr>
        <w:t>даңғылы</w:t>
      </w:r>
      <w:proofErr w:type="spellEnd"/>
      <w:r w:rsidRPr="00420D39">
        <w:rPr>
          <w:sz w:val="28"/>
          <w:szCs w:val="28"/>
        </w:rPr>
        <w:t>, №</w:t>
      </w:r>
      <w:r w:rsidRPr="00420D39">
        <w:rPr>
          <w:sz w:val="28"/>
          <w:szCs w:val="28"/>
          <w:lang w:val="kk-KZ"/>
        </w:rPr>
        <w:t> </w:t>
      </w:r>
      <w:r w:rsidRPr="00420D39">
        <w:rPr>
          <w:sz w:val="28"/>
          <w:szCs w:val="28"/>
        </w:rPr>
        <w:t>9/5)</w:t>
      </w:r>
    </w:p>
    <w:p w14:paraId="49C141A4" w14:textId="77777777" w:rsidR="00E72A3C" w:rsidRPr="00420D39" w:rsidRDefault="00E72A3C" w:rsidP="00E72A3C">
      <w:pPr>
        <w:jc w:val="center"/>
        <w:rPr>
          <w:sz w:val="28"/>
          <w:szCs w:val="28"/>
        </w:rPr>
      </w:pPr>
    </w:p>
    <w:bookmarkEnd w:id="1"/>
    <w:p w14:paraId="16001A9B" w14:textId="77777777" w:rsidR="00E72A3C" w:rsidRPr="00420D39" w:rsidRDefault="00E72A3C" w:rsidP="00E72A3C">
      <w:pPr>
        <w:ind w:firstLine="567"/>
        <w:jc w:val="both"/>
        <w:rPr>
          <w:sz w:val="28"/>
          <w:szCs w:val="28"/>
        </w:rPr>
      </w:pPr>
      <w:proofErr w:type="spellStart"/>
      <w:r w:rsidRPr="00420D39">
        <w:rPr>
          <w:sz w:val="28"/>
          <w:szCs w:val="28"/>
        </w:rPr>
        <w:t>Шекарасы</w:t>
      </w:r>
      <w:proofErr w:type="spellEnd"/>
      <w:r w:rsidRPr="00420D39">
        <w:rPr>
          <w:sz w:val="28"/>
          <w:szCs w:val="28"/>
        </w:rPr>
        <w:t>:</w:t>
      </w:r>
      <w:r w:rsidRPr="00420D39">
        <w:rPr>
          <w:sz w:val="28"/>
          <w:szCs w:val="28"/>
          <w:lang w:val="kk-KZ"/>
        </w:rPr>
        <w:t xml:space="preserve"> </w:t>
      </w:r>
      <w:proofErr w:type="spellStart"/>
      <w:r w:rsidRPr="00420D39">
        <w:rPr>
          <w:sz w:val="28"/>
          <w:szCs w:val="28"/>
        </w:rPr>
        <w:t>Әл</w:t>
      </w:r>
      <w:proofErr w:type="spellEnd"/>
      <w:r w:rsidRPr="00420D39">
        <w:rPr>
          <w:sz w:val="28"/>
          <w:szCs w:val="28"/>
        </w:rPr>
        <w:t xml:space="preserve">-Фараби </w:t>
      </w:r>
      <w:proofErr w:type="spellStart"/>
      <w:r w:rsidRPr="00420D39">
        <w:rPr>
          <w:sz w:val="28"/>
          <w:szCs w:val="28"/>
        </w:rPr>
        <w:t>даңғылындағы</w:t>
      </w:r>
      <w:proofErr w:type="spellEnd"/>
      <w:r w:rsidRPr="00420D39">
        <w:rPr>
          <w:sz w:val="28"/>
          <w:szCs w:val="28"/>
        </w:rPr>
        <w:t xml:space="preserve"> № 1, 3 </w:t>
      </w:r>
      <w:proofErr w:type="spellStart"/>
      <w:r w:rsidRPr="00420D39">
        <w:rPr>
          <w:sz w:val="28"/>
          <w:szCs w:val="28"/>
        </w:rPr>
        <w:t>үйлер</w:t>
      </w:r>
      <w:proofErr w:type="spellEnd"/>
      <w:r w:rsidRPr="00420D39">
        <w:rPr>
          <w:sz w:val="28"/>
          <w:szCs w:val="28"/>
        </w:rPr>
        <w:t xml:space="preserve">, </w:t>
      </w:r>
      <w:proofErr w:type="spellStart"/>
      <w:r w:rsidRPr="00420D39">
        <w:rPr>
          <w:sz w:val="28"/>
          <w:szCs w:val="28"/>
        </w:rPr>
        <w:t>Керей</w:t>
      </w:r>
      <w:proofErr w:type="spellEnd"/>
      <w:r w:rsidRPr="00420D39">
        <w:rPr>
          <w:sz w:val="28"/>
          <w:szCs w:val="28"/>
        </w:rPr>
        <w:t xml:space="preserve">, </w:t>
      </w:r>
      <w:proofErr w:type="spellStart"/>
      <w:r w:rsidRPr="00420D39">
        <w:rPr>
          <w:sz w:val="28"/>
          <w:szCs w:val="28"/>
        </w:rPr>
        <w:t>Жәнібек</w:t>
      </w:r>
      <w:proofErr w:type="spellEnd"/>
      <w:r w:rsidRPr="00420D39">
        <w:rPr>
          <w:sz w:val="28"/>
          <w:szCs w:val="28"/>
        </w:rPr>
        <w:t xml:space="preserve"> </w:t>
      </w:r>
      <w:proofErr w:type="spellStart"/>
      <w:r w:rsidRPr="00420D39">
        <w:rPr>
          <w:sz w:val="28"/>
          <w:szCs w:val="28"/>
        </w:rPr>
        <w:t>хандар</w:t>
      </w:r>
      <w:proofErr w:type="spellEnd"/>
      <w:r w:rsidRPr="00420D39">
        <w:rPr>
          <w:sz w:val="28"/>
          <w:szCs w:val="28"/>
        </w:rPr>
        <w:t xml:space="preserve"> </w:t>
      </w:r>
      <w:proofErr w:type="spellStart"/>
      <w:r w:rsidRPr="00420D39">
        <w:rPr>
          <w:sz w:val="28"/>
          <w:szCs w:val="28"/>
        </w:rPr>
        <w:t>көшесіндегі</w:t>
      </w:r>
      <w:proofErr w:type="spellEnd"/>
      <w:r w:rsidRPr="00420D39">
        <w:rPr>
          <w:sz w:val="28"/>
          <w:szCs w:val="28"/>
        </w:rPr>
        <w:t xml:space="preserve"> № 50, 50/1, 50/3 </w:t>
      </w:r>
      <w:proofErr w:type="spellStart"/>
      <w:r w:rsidRPr="00420D39">
        <w:rPr>
          <w:sz w:val="28"/>
          <w:szCs w:val="28"/>
        </w:rPr>
        <w:t>үйлер</w:t>
      </w:r>
      <w:proofErr w:type="spellEnd"/>
      <w:r w:rsidRPr="00420D39">
        <w:rPr>
          <w:sz w:val="28"/>
          <w:szCs w:val="28"/>
        </w:rPr>
        <w:t>.</w:t>
      </w:r>
    </w:p>
    <w:p w14:paraId="1D09609C" w14:textId="77777777" w:rsidR="00E72A3C" w:rsidRPr="00420D39" w:rsidRDefault="00E72A3C" w:rsidP="00E72A3C">
      <w:pPr>
        <w:jc w:val="center"/>
        <w:rPr>
          <w:sz w:val="28"/>
          <w:szCs w:val="28"/>
        </w:rPr>
      </w:pPr>
    </w:p>
    <w:p w14:paraId="0BCC1246" w14:textId="77777777" w:rsidR="00E72A3C" w:rsidRPr="00814807" w:rsidRDefault="00E72A3C" w:rsidP="00E72A3C">
      <w:pPr>
        <w:jc w:val="center"/>
        <w:rPr>
          <w:sz w:val="28"/>
          <w:szCs w:val="28"/>
        </w:rPr>
      </w:pPr>
      <w:r w:rsidRPr="00814807">
        <w:rPr>
          <w:sz w:val="28"/>
          <w:szCs w:val="28"/>
        </w:rPr>
        <w:t xml:space="preserve">№ 181 </w:t>
      </w:r>
      <w:proofErr w:type="spellStart"/>
      <w:r w:rsidRPr="00814807">
        <w:rPr>
          <w:sz w:val="28"/>
          <w:szCs w:val="28"/>
        </w:rPr>
        <w:t>сайлау</w:t>
      </w:r>
      <w:proofErr w:type="spellEnd"/>
      <w:r w:rsidRPr="00814807">
        <w:rPr>
          <w:sz w:val="28"/>
          <w:szCs w:val="28"/>
        </w:rPr>
        <w:t xml:space="preserve"> </w:t>
      </w:r>
      <w:proofErr w:type="spellStart"/>
      <w:r w:rsidRPr="00814807">
        <w:rPr>
          <w:sz w:val="28"/>
          <w:szCs w:val="28"/>
        </w:rPr>
        <w:t>учаскесі</w:t>
      </w:r>
      <w:proofErr w:type="spellEnd"/>
    </w:p>
    <w:p w14:paraId="2EE5B37D" w14:textId="77777777" w:rsidR="00E72A3C" w:rsidRPr="00814807" w:rsidRDefault="00E72A3C" w:rsidP="00E72A3C">
      <w:pPr>
        <w:jc w:val="center"/>
        <w:rPr>
          <w:sz w:val="28"/>
          <w:szCs w:val="28"/>
        </w:rPr>
      </w:pPr>
      <w:r w:rsidRPr="00814807">
        <w:rPr>
          <w:sz w:val="28"/>
          <w:szCs w:val="28"/>
        </w:rPr>
        <w:t>(</w:t>
      </w:r>
      <w:proofErr w:type="spellStart"/>
      <w:r w:rsidRPr="00814807">
        <w:rPr>
          <w:sz w:val="28"/>
          <w:szCs w:val="28"/>
        </w:rPr>
        <w:t>орталығы</w:t>
      </w:r>
      <w:proofErr w:type="spellEnd"/>
      <w:r w:rsidRPr="00814807">
        <w:rPr>
          <w:sz w:val="28"/>
          <w:szCs w:val="28"/>
        </w:rPr>
        <w:t xml:space="preserve"> – Астана </w:t>
      </w:r>
      <w:proofErr w:type="spellStart"/>
      <w:r w:rsidRPr="00814807">
        <w:rPr>
          <w:sz w:val="28"/>
          <w:szCs w:val="28"/>
        </w:rPr>
        <w:t>қаласы</w:t>
      </w:r>
      <w:proofErr w:type="spellEnd"/>
      <w:r w:rsidRPr="00814807">
        <w:rPr>
          <w:sz w:val="28"/>
          <w:szCs w:val="28"/>
        </w:rPr>
        <w:t xml:space="preserve"> </w:t>
      </w:r>
      <w:proofErr w:type="spellStart"/>
      <w:r w:rsidRPr="00814807">
        <w:rPr>
          <w:sz w:val="28"/>
          <w:szCs w:val="28"/>
        </w:rPr>
        <w:t>әкімдігінің</w:t>
      </w:r>
      <w:proofErr w:type="spellEnd"/>
      <w:r w:rsidRPr="00814807">
        <w:rPr>
          <w:sz w:val="28"/>
          <w:szCs w:val="28"/>
        </w:rPr>
        <w:t xml:space="preserve"> «№ 96 </w:t>
      </w:r>
      <w:proofErr w:type="spellStart"/>
      <w:r w:rsidRPr="00814807">
        <w:rPr>
          <w:sz w:val="28"/>
          <w:szCs w:val="28"/>
        </w:rPr>
        <w:t>мектеп</w:t>
      </w:r>
      <w:proofErr w:type="spellEnd"/>
      <w:r w:rsidRPr="00814807">
        <w:rPr>
          <w:sz w:val="28"/>
          <w:szCs w:val="28"/>
        </w:rPr>
        <w:t xml:space="preserve">-гимназия» </w:t>
      </w:r>
      <w:proofErr w:type="spellStart"/>
      <w:r w:rsidRPr="00814807">
        <w:rPr>
          <w:sz w:val="28"/>
          <w:szCs w:val="28"/>
        </w:rPr>
        <w:t>шаруашылық</w:t>
      </w:r>
      <w:proofErr w:type="spellEnd"/>
      <w:r w:rsidRPr="00814807">
        <w:rPr>
          <w:sz w:val="28"/>
          <w:szCs w:val="28"/>
        </w:rPr>
        <w:t xml:space="preserve"> </w:t>
      </w:r>
      <w:proofErr w:type="spellStart"/>
      <w:r w:rsidRPr="00814807">
        <w:rPr>
          <w:sz w:val="28"/>
          <w:szCs w:val="28"/>
        </w:rPr>
        <w:t>жүргізу</w:t>
      </w:r>
      <w:proofErr w:type="spellEnd"/>
      <w:r w:rsidRPr="00814807">
        <w:rPr>
          <w:sz w:val="28"/>
          <w:szCs w:val="28"/>
        </w:rPr>
        <w:t xml:space="preserve"> </w:t>
      </w:r>
      <w:proofErr w:type="spellStart"/>
      <w:r w:rsidRPr="00814807">
        <w:rPr>
          <w:sz w:val="28"/>
          <w:szCs w:val="28"/>
        </w:rPr>
        <w:t>құқығындағы</w:t>
      </w:r>
      <w:proofErr w:type="spellEnd"/>
      <w:r w:rsidRPr="00814807">
        <w:rPr>
          <w:sz w:val="28"/>
          <w:szCs w:val="28"/>
        </w:rPr>
        <w:t xml:space="preserve"> </w:t>
      </w:r>
      <w:proofErr w:type="spellStart"/>
      <w:r w:rsidRPr="00814807">
        <w:rPr>
          <w:sz w:val="28"/>
          <w:szCs w:val="28"/>
        </w:rPr>
        <w:t>мемлекеттік</w:t>
      </w:r>
      <w:proofErr w:type="spellEnd"/>
      <w:r w:rsidRPr="00814807">
        <w:rPr>
          <w:sz w:val="28"/>
          <w:szCs w:val="28"/>
        </w:rPr>
        <w:t xml:space="preserve"> </w:t>
      </w:r>
      <w:proofErr w:type="spellStart"/>
      <w:r w:rsidRPr="00814807">
        <w:rPr>
          <w:sz w:val="28"/>
          <w:szCs w:val="28"/>
        </w:rPr>
        <w:t>коммуналдық</w:t>
      </w:r>
      <w:proofErr w:type="spellEnd"/>
      <w:r w:rsidRPr="00814807">
        <w:rPr>
          <w:sz w:val="28"/>
          <w:szCs w:val="28"/>
        </w:rPr>
        <w:t xml:space="preserve"> </w:t>
      </w:r>
      <w:proofErr w:type="spellStart"/>
      <w:r w:rsidRPr="00814807">
        <w:rPr>
          <w:sz w:val="28"/>
          <w:szCs w:val="28"/>
        </w:rPr>
        <w:t>кәсіпорны</w:t>
      </w:r>
      <w:proofErr w:type="spellEnd"/>
      <w:r w:rsidRPr="00814807">
        <w:rPr>
          <w:sz w:val="28"/>
          <w:szCs w:val="28"/>
        </w:rPr>
        <w:t xml:space="preserve">, </w:t>
      </w:r>
    </w:p>
    <w:p w14:paraId="3D2394C2" w14:textId="77777777" w:rsidR="00E72A3C" w:rsidRPr="00814807" w:rsidRDefault="00E72A3C" w:rsidP="00E72A3C">
      <w:pPr>
        <w:jc w:val="center"/>
        <w:rPr>
          <w:sz w:val="28"/>
          <w:szCs w:val="28"/>
        </w:rPr>
      </w:pPr>
      <w:r w:rsidRPr="00814807">
        <w:rPr>
          <w:sz w:val="28"/>
          <w:szCs w:val="28"/>
        </w:rPr>
        <w:t>Г. </w:t>
      </w:r>
      <w:proofErr w:type="spellStart"/>
      <w:r w:rsidRPr="00814807">
        <w:rPr>
          <w:sz w:val="28"/>
          <w:szCs w:val="28"/>
        </w:rPr>
        <w:t>Әлиев</w:t>
      </w:r>
      <w:proofErr w:type="spellEnd"/>
      <w:r w:rsidRPr="00814807">
        <w:rPr>
          <w:sz w:val="28"/>
          <w:szCs w:val="28"/>
        </w:rPr>
        <w:t xml:space="preserve"> </w:t>
      </w:r>
      <w:proofErr w:type="spellStart"/>
      <w:r w:rsidRPr="00814807">
        <w:rPr>
          <w:sz w:val="28"/>
          <w:szCs w:val="28"/>
        </w:rPr>
        <w:t>көшесі</w:t>
      </w:r>
      <w:proofErr w:type="spellEnd"/>
      <w:r w:rsidRPr="00814807">
        <w:rPr>
          <w:sz w:val="28"/>
          <w:szCs w:val="28"/>
        </w:rPr>
        <w:t>, № 10а)</w:t>
      </w:r>
    </w:p>
    <w:p w14:paraId="190EA1DB" w14:textId="77777777" w:rsidR="00E72A3C" w:rsidRPr="00814807" w:rsidRDefault="00E72A3C" w:rsidP="00E72A3C">
      <w:pPr>
        <w:jc w:val="center"/>
        <w:rPr>
          <w:sz w:val="28"/>
          <w:szCs w:val="28"/>
        </w:rPr>
      </w:pPr>
    </w:p>
    <w:p w14:paraId="61641E0E" w14:textId="77777777" w:rsidR="00E72A3C" w:rsidRPr="00420D39" w:rsidRDefault="00E72A3C" w:rsidP="00E72A3C">
      <w:pPr>
        <w:ind w:firstLine="567"/>
        <w:jc w:val="both"/>
        <w:rPr>
          <w:sz w:val="28"/>
          <w:szCs w:val="28"/>
        </w:rPr>
      </w:pPr>
      <w:proofErr w:type="spellStart"/>
      <w:r w:rsidRPr="00814807">
        <w:rPr>
          <w:sz w:val="28"/>
          <w:szCs w:val="28"/>
        </w:rPr>
        <w:t>Шекарасы</w:t>
      </w:r>
      <w:proofErr w:type="spellEnd"/>
      <w:r w:rsidRPr="00814807">
        <w:rPr>
          <w:sz w:val="28"/>
          <w:szCs w:val="28"/>
        </w:rPr>
        <w:t xml:space="preserve">: </w:t>
      </w:r>
      <w:proofErr w:type="spellStart"/>
      <w:proofErr w:type="gramStart"/>
      <w:r w:rsidRPr="00814807">
        <w:rPr>
          <w:sz w:val="28"/>
          <w:szCs w:val="28"/>
        </w:rPr>
        <w:t>Ұлы</w:t>
      </w:r>
      <w:proofErr w:type="spellEnd"/>
      <w:r w:rsidRPr="00814807">
        <w:rPr>
          <w:sz w:val="28"/>
          <w:szCs w:val="28"/>
        </w:rPr>
        <w:t xml:space="preserve"> Дала</w:t>
      </w:r>
      <w:proofErr w:type="gramEnd"/>
      <w:r w:rsidRPr="00814807">
        <w:rPr>
          <w:sz w:val="28"/>
          <w:szCs w:val="28"/>
        </w:rPr>
        <w:t xml:space="preserve"> </w:t>
      </w:r>
      <w:proofErr w:type="spellStart"/>
      <w:r w:rsidRPr="00814807">
        <w:rPr>
          <w:sz w:val="28"/>
          <w:szCs w:val="28"/>
        </w:rPr>
        <w:t>даңғылынан</w:t>
      </w:r>
      <w:proofErr w:type="spellEnd"/>
      <w:r w:rsidRPr="00814807">
        <w:rPr>
          <w:sz w:val="28"/>
          <w:szCs w:val="28"/>
        </w:rPr>
        <w:t xml:space="preserve"> </w:t>
      </w:r>
      <w:proofErr w:type="spellStart"/>
      <w:r w:rsidRPr="00814807">
        <w:rPr>
          <w:sz w:val="28"/>
          <w:szCs w:val="28"/>
        </w:rPr>
        <w:t>Ақмешіт</w:t>
      </w:r>
      <w:proofErr w:type="spellEnd"/>
      <w:r w:rsidRPr="00814807">
        <w:rPr>
          <w:sz w:val="28"/>
          <w:szCs w:val="28"/>
        </w:rPr>
        <w:t xml:space="preserve"> </w:t>
      </w:r>
      <w:proofErr w:type="spellStart"/>
      <w:r w:rsidRPr="00814807">
        <w:rPr>
          <w:sz w:val="28"/>
          <w:szCs w:val="28"/>
        </w:rPr>
        <w:t>көшесімен</w:t>
      </w:r>
      <w:proofErr w:type="spellEnd"/>
      <w:r w:rsidRPr="00814807">
        <w:rPr>
          <w:sz w:val="28"/>
          <w:szCs w:val="28"/>
        </w:rPr>
        <w:t xml:space="preserve"> Т. </w:t>
      </w:r>
      <w:proofErr w:type="spellStart"/>
      <w:r w:rsidRPr="00814807">
        <w:rPr>
          <w:sz w:val="28"/>
          <w:szCs w:val="28"/>
        </w:rPr>
        <w:t>Рысқұлов</w:t>
      </w:r>
      <w:proofErr w:type="spellEnd"/>
      <w:r w:rsidRPr="00814807">
        <w:rPr>
          <w:sz w:val="28"/>
          <w:szCs w:val="28"/>
        </w:rPr>
        <w:t xml:space="preserve"> </w:t>
      </w:r>
      <w:proofErr w:type="spellStart"/>
      <w:r w:rsidRPr="00814807">
        <w:rPr>
          <w:sz w:val="28"/>
          <w:szCs w:val="28"/>
        </w:rPr>
        <w:t>көшесіне</w:t>
      </w:r>
      <w:proofErr w:type="spellEnd"/>
      <w:r w:rsidRPr="00814807">
        <w:rPr>
          <w:sz w:val="28"/>
          <w:szCs w:val="28"/>
        </w:rPr>
        <w:t xml:space="preserve"> </w:t>
      </w:r>
      <w:proofErr w:type="spellStart"/>
      <w:r w:rsidRPr="00814807">
        <w:rPr>
          <w:sz w:val="28"/>
          <w:szCs w:val="28"/>
        </w:rPr>
        <w:t>дейін</w:t>
      </w:r>
      <w:proofErr w:type="spellEnd"/>
      <w:r w:rsidRPr="00814807">
        <w:rPr>
          <w:sz w:val="28"/>
          <w:szCs w:val="28"/>
        </w:rPr>
        <w:t xml:space="preserve">, </w:t>
      </w:r>
      <w:proofErr w:type="spellStart"/>
      <w:r w:rsidRPr="00814807">
        <w:rPr>
          <w:sz w:val="28"/>
          <w:szCs w:val="28"/>
        </w:rPr>
        <w:t>Ақмешіт</w:t>
      </w:r>
      <w:proofErr w:type="spellEnd"/>
      <w:r w:rsidRPr="00814807">
        <w:rPr>
          <w:sz w:val="28"/>
          <w:szCs w:val="28"/>
        </w:rPr>
        <w:t xml:space="preserve"> </w:t>
      </w:r>
      <w:proofErr w:type="spellStart"/>
      <w:r w:rsidRPr="00814807">
        <w:rPr>
          <w:sz w:val="28"/>
          <w:szCs w:val="28"/>
        </w:rPr>
        <w:t>көшесінен</w:t>
      </w:r>
      <w:proofErr w:type="spellEnd"/>
      <w:r w:rsidRPr="00814807">
        <w:rPr>
          <w:sz w:val="28"/>
          <w:szCs w:val="28"/>
        </w:rPr>
        <w:t xml:space="preserve"> Т. </w:t>
      </w:r>
      <w:proofErr w:type="spellStart"/>
      <w:r w:rsidRPr="00814807">
        <w:rPr>
          <w:sz w:val="28"/>
          <w:szCs w:val="28"/>
        </w:rPr>
        <w:t>Рысқұлов</w:t>
      </w:r>
      <w:proofErr w:type="spellEnd"/>
      <w:r w:rsidRPr="00814807">
        <w:rPr>
          <w:sz w:val="28"/>
          <w:szCs w:val="28"/>
        </w:rPr>
        <w:t xml:space="preserve"> </w:t>
      </w:r>
      <w:proofErr w:type="spellStart"/>
      <w:r w:rsidRPr="00814807">
        <w:rPr>
          <w:sz w:val="28"/>
          <w:szCs w:val="28"/>
        </w:rPr>
        <w:t>көшесімен</w:t>
      </w:r>
      <w:proofErr w:type="spellEnd"/>
      <w:r w:rsidRPr="00814807">
        <w:rPr>
          <w:sz w:val="28"/>
          <w:szCs w:val="28"/>
        </w:rPr>
        <w:t xml:space="preserve"> </w:t>
      </w:r>
      <w:proofErr w:type="spellStart"/>
      <w:r w:rsidRPr="00814807">
        <w:rPr>
          <w:sz w:val="28"/>
          <w:szCs w:val="28"/>
        </w:rPr>
        <w:t>Қабанбай</w:t>
      </w:r>
      <w:proofErr w:type="spellEnd"/>
      <w:r w:rsidRPr="00814807">
        <w:rPr>
          <w:sz w:val="28"/>
          <w:szCs w:val="28"/>
        </w:rPr>
        <w:t xml:space="preserve"> батыр </w:t>
      </w:r>
      <w:proofErr w:type="spellStart"/>
      <w:r w:rsidRPr="00814807">
        <w:rPr>
          <w:sz w:val="28"/>
          <w:szCs w:val="28"/>
        </w:rPr>
        <w:t>даңғылына</w:t>
      </w:r>
      <w:proofErr w:type="spellEnd"/>
      <w:r w:rsidRPr="00814807">
        <w:rPr>
          <w:sz w:val="28"/>
          <w:szCs w:val="28"/>
        </w:rPr>
        <w:t xml:space="preserve"> </w:t>
      </w:r>
      <w:proofErr w:type="spellStart"/>
      <w:r w:rsidRPr="00814807">
        <w:rPr>
          <w:sz w:val="28"/>
          <w:szCs w:val="28"/>
        </w:rPr>
        <w:t>дейін</w:t>
      </w:r>
      <w:proofErr w:type="spellEnd"/>
      <w:r w:rsidRPr="00814807">
        <w:rPr>
          <w:sz w:val="28"/>
          <w:szCs w:val="28"/>
        </w:rPr>
        <w:t xml:space="preserve">, </w:t>
      </w:r>
      <w:proofErr w:type="spellStart"/>
      <w:r w:rsidRPr="00814807">
        <w:rPr>
          <w:sz w:val="28"/>
          <w:szCs w:val="28"/>
        </w:rPr>
        <w:t>Қабанбай</w:t>
      </w:r>
      <w:proofErr w:type="spellEnd"/>
      <w:r w:rsidRPr="00814807">
        <w:rPr>
          <w:sz w:val="28"/>
          <w:szCs w:val="28"/>
        </w:rPr>
        <w:t xml:space="preserve"> батыр </w:t>
      </w:r>
      <w:proofErr w:type="spellStart"/>
      <w:r w:rsidRPr="00814807">
        <w:rPr>
          <w:sz w:val="28"/>
          <w:szCs w:val="28"/>
        </w:rPr>
        <w:t>даңғылының</w:t>
      </w:r>
      <w:proofErr w:type="spellEnd"/>
      <w:r w:rsidRPr="00814807">
        <w:rPr>
          <w:sz w:val="28"/>
          <w:szCs w:val="28"/>
        </w:rPr>
        <w:t xml:space="preserve"> </w:t>
      </w:r>
      <w:proofErr w:type="spellStart"/>
      <w:r w:rsidRPr="00814807">
        <w:rPr>
          <w:sz w:val="28"/>
          <w:szCs w:val="28"/>
        </w:rPr>
        <w:t>жұп</w:t>
      </w:r>
      <w:proofErr w:type="spellEnd"/>
      <w:r w:rsidRPr="00814807">
        <w:rPr>
          <w:sz w:val="28"/>
          <w:szCs w:val="28"/>
        </w:rPr>
        <w:t xml:space="preserve"> </w:t>
      </w:r>
      <w:proofErr w:type="spellStart"/>
      <w:r w:rsidRPr="00814807">
        <w:rPr>
          <w:sz w:val="28"/>
          <w:szCs w:val="28"/>
        </w:rPr>
        <w:t>сандар</w:t>
      </w:r>
      <w:proofErr w:type="spellEnd"/>
      <w:r w:rsidRPr="00814807">
        <w:rPr>
          <w:sz w:val="28"/>
          <w:szCs w:val="28"/>
        </w:rPr>
        <w:t xml:space="preserve"> </w:t>
      </w:r>
      <w:proofErr w:type="spellStart"/>
      <w:r w:rsidRPr="00814807">
        <w:rPr>
          <w:sz w:val="28"/>
          <w:szCs w:val="28"/>
        </w:rPr>
        <w:t>жағымен</w:t>
      </w:r>
      <w:proofErr w:type="spellEnd"/>
      <w:r w:rsidRPr="00814807">
        <w:rPr>
          <w:sz w:val="28"/>
          <w:szCs w:val="28"/>
        </w:rPr>
        <w:t xml:space="preserve"> Н. </w:t>
      </w:r>
      <w:proofErr w:type="spellStart"/>
      <w:r w:rsidRPr="00814807">
        <w:rPr>
          <w:sz w:val="28"/>
          <w:szCs w:val="28"/>
        </w:rPr>
        <w:t>Балғымбаев</w:t>
      </w:r>
      <w:proofErr w:type="spellEnd"/>
      <w:r w:rsidRPr="00814807">
        <w:rPr>
          <w:sz w:val="28"/>
          <w:szCs w:val="28"/>
        </w:rPr>
        <w:t xml:space="preserve"> </w:t>
      </w:r>
      <w:proofErr w:type="spellStart"/>
      <w:r w:rsidRPr="00814807">
        <w:rPr>
          <w:sz w:val="28"/>
          <w:szCs w:val="28"/>
        </w:rPr>
        <w:t>көшесіне</w:t>
      </w:r>
      <w:proofErr w:type="spellEnd"/>
      <w:r w:rsidRPr="00814807">
        <w:rPr>
          <w:sz w:val="28"/>
          <w:szCs w:val="28"/>
        </w:rPr>
        <w:t xml:space="preserve"> </w:t>
      </w:r>
      <w:proofErr w:type="spellStart"/>
      <w:r w:rsidRPr="00814807">
        <w:rPr>
          <w:sz w:val="28"/>
          <w:szCs w:val="28"/>
        </w:rPr>
        <w:t>дейін</w:t>
      </w:r>
      <w:proofErr w:type="spellEnd"/>
      <w:r w:rsidRPr="00814807">
        <w:rPr>
          <w:sz w:val="28"/>
          <w:szCs w:val="28"/>
        </w:rPr>
        <w:t xml:space="preserve">, </w:t>
      </w:r>
      <w:proofErr w:type="spellStart"/>
      <w:r w:rsidRPr="00814807">
        <w:rPr>
          <w:sz w:val="28"/>
          <w:szCs w:val="28"/>
        </w:rPr>
        <w:t>Қабанбай</w:t>
      </w:r>
      <w:proofErr w:type="spellEnd"/>
      <w:r w:rsidRPr="00814807">
        <w:rPr>
          <w:sz w:val="28"/>
          <w:szCs w:val="28"/>
        </w:rPr>
        <w:t xml:space="preserve"> батыр </w:t>
      </w:r>
      <w:proofErr w:type="spellStart"/>
      <w:r w:rsidRPr="00814807">
        <w:rPr>
          <w:sz w:val="28"/>
          <w:szCs w:val="28"/>
        </w:rPr>
        <w:t>даңғылынан</w:t>
      </w:r>
      <w:proofErr w:type="spellEnd"/>
      <w:r w:rsidRPr="00814807">
        <w:rPr>
          <w:sz w:val="28"/>
          <w:szCs w:val="28"/>
        </w:rPr>
        <w:t xml:space="preserve"> Н. </w:t>
      </w:r>
      <w:proofErr w:type="spellStart"/>
      <w:r w:rsidRPr="00814807">
        <w:rPr>
          <w:sz w:val="28"/>
          <w:szCs w:val="28"/>
        </w:rPr>
        <w:t>Балғымбаев</w:t>
      </w:r>
      <w:proofErr w:type="spellEnd"/>
      <w:r w:rsidRPr="00814807">
        <w:rPr>
          <w:sz w:val="28"/>
          <w:szCs w:val="28"/>
        </w:rPr>
        <w:t xml:space="preserve"> </w:t>
      </w:r>
      <w:proofErr w:type="spellStart"/>
      <w:r w:rsidRPr="00814807">
        <w:rPr>
          <w:sz w:val="28"/>
          <w:szCs w:val="28"/>
        </w:rPr>
        <w:t>көшесімен</w:t>
      </w:r>
      <w:proofErr w:type="spellEnd"/>
      <w:r w:rsidRPr="00814807">
        <w:rPr>
          <w:sz w:val="28"/>
          <w:szCs w:val="28"/>
        </w:rPr>
        <w:t xml:space="preserve"> Г. </w:t>
      </w:r>
      <w:proofErr w:type="spellStart"/>
      <w:r w:rsidRPr="00814807">
        <w:rPr>
          <w:sz w:val="28"/>
          <w:szCs w:val="28"/>
        </w:rPr>
        <w:t>Әлиев</w:t>
      </w:r>
      <w:proofErr w:type="spellEnd"/>
      <w:r w:rsidRPr="00814807">
        <w:rPr>
          <w:sz w:val="28"/>
          <w:szCs w:val="28"/>
        </w:rPr>
        <w:t xml:space="preserve"> </w:t>
      </w:r>
      <w:proofErr w:type="spellStart"/>
      <w:r w:rsidRPr="00814807">
        <w:rPr>
          <w:sz w:val="28"/>
          <w:szCs w:val="28"/>
        </w:rPr>
        <w:t>көшесіне</w:t>
      </w:r>
      <w:proofErr w:type="spellEnd"/>
      <w:r w:rsidRPr="00814807">
        <w:rPr>
          <w:sz w:val="28"/>
          <w:szCs w:val="28"/>
        </w:rPr>
        <w:t xml:space="preserve"> </w:t>
      </w:r>
      <w:proofErr w:type="spellStart"/>
      <w:r w:rsidRPr="00814807">
        <w:rPr>
          <w:sz w:val="28"/>
          <w:szCs w:val="28"/>
        </w:rPr>
        <w:t>дейін</w:t>
      </w:r>
      <w:proofErr w:type="spellEnd"/>
      <w:r w:rsidRPr="00814807">
        <w:rPr>
          <w:sz w:val="28"/>
          <w:szCs w:val="28"/>
        </w:rPr>
        <w:t>, Н. </w:t>
      </w:r>
      <w:proofErr w:type="spellStart"/>
      <w:r w:rsidRPr="00814807">
        <w:rPr>
          <w:sz w:val="28"/>
          <w:szCs w:val="28"/>
        </w:rPr>
        <w:t>Балғымбаев</w:t>
      </w:r>
      <w:proofErr w:type="spellEnd"/>
      <w:r w:rsidRPr="00814807">
        <w:rPr>
          <w:sz w:val="28"/>
          <w:szCs w:val="28"/>
        </w:rPr>
        <w:t xml:space="preserve"> </w:t>
      </w:r>
      <w:proofErr w:type="spellStart"/>
      <w:r w:rsidRPr="00814807">
        <w:rPr>
          <w:sz w:val="28"/>
          <w:szCs w:val="28"/>
        </w:rPr>
        <w:t>көшесінен</w:t>
      </w:r>
      <w:proofErr w:type="spellEnd"/>
      <w:r w:rsidRPr="00814807">
        <w:rPr>
          <w:sz w:val="28"/>
          <w:szCs w:val="28"/>
        </w:rPr>
        <w:t xml:space="preserve"> Г. </w:t>
      </w:r>
      <w:proofErr w:type="spellStart"/>
      <w:r w:rsidRPr="00814807">
        <w:rPr>
          <w:sz w:val="28"/>
          <w:szCs w:val="28"/>
        </w:rPr>
        <w:t>Әлиев</w:t>
      </w:r>
      <w:proofErr w:type="spellEnd"/>
      <w:r w:rsidRPr="00814807">
        <w:rPr>
          <w:sz w:val="28"/>
          <w:szCs w:val="28"/>
        </w:rPr>
        <w:t xml:space="preserve"> </w:t>
      </w:r>
      <w:proofErr w:type="spellStart"/>
      <w:r w:rsidRPr="00814807">
        <w:rPr>
          <w:sz w:val="28"/>
          <w:szCs w:val="28"/>
        </w:rPr>
        <w:t>көшесімен</w:t>
      </w:r>
      <w:proofErr w:type="spellEnd"/>
      <w:r w:rsidRPr="00814807">
        <w:rPr>
          <w:sz w:val="28"/>
          <w:szCs w:val="28"/>
        </w:rPr>
        <w:t xml:space="preserve"> </w:t>
      </w:r>
      <w:proofErr w:type="spellStart"/>
      <w:r w:rsidRPr="00814807">
        <w:rPr>
          <w:sz w:val="28"/>
          <w:szCs w:val="28"/>
        </w:rPr>
        <w:t>Ұлы</w:t>
      </w:r>
      <w:proofErr w:type="spellEnd"/>
      <w:r w:rsidRPr="00814807">
        <w:rPr>
          <w:sz w:val="28"/>
          <w:szCs w:val="28"/>
        </w:rPr>
        <w:t xml:space="preserve"> Дала </w:t>
      </w:r>
      <w:proofErr w:type="spellStart"/>
      <w:r w:rsidRPr="00814807">
        <w:rPr>
          <w:sz w:val="28"/>
          <w:szCs w:val="28"/>
        </w:rPr>
        <w:t>даңғылына</w:t>
      </w:r>
      <w:proofErr w:type="spellEnd"/>
      <w:r w:rsidRPr="00814807">
        <w:rPr>
          <w:sz w:val="28"/>
          <w:szCs w:val="28"/>
        </w:rPr>
        <w:t xml:space="preserve"> </w:t>
      </w:r>
      <w:proofErr w:type="spellStart"/>
      <w:r w:rsidRPr="00814807">
        <w:rPr>
          <w:sz w:val="28"/>
          <w:szCs w:val="28"/>
        </w:rPr>
        <w:t>дейін</w:t>
      </w:r>
      <w:proofErr w:type="spellEnd"/>
      <w:r w:rsidRPr="00814807">
        <w:rPr>
          <w:sz w:val="28"/>
          <w:szCs w:val="28"/>
        </w:rPr>
        <w:t xml:space="preserve">, </w:t>
      </w:r>
      <w:proofErr w:type="spellStart"/>
      <w:r w:rsidRPr="00814807">
        <w:rPr>
          <w:sz w:val="28"/>
          <w:szCs w:val="28"/>
        </w:rPr>
        <w:t>Ұлы</w:t>
      </w:r>
      <w:proofErr w:type="spellEnd"/>
      <w:r w:rsidRPr="00814807">
        <w:rPr>
          <w:sz w:val="28"/>
          <w:szCs w:val="28"/>
        </w:rPr>
        <w:t xml:space="preserve"> Дала </w:t>
      </w:r>
      <w:proofErr w:type="spellStart"/>
      <w:r w:rsidRPr="00814807">
        <w:rPr>
          <w:sz w:val="28"/>
          <w:szCs w:val="28"/>
        </w:rPr>
        <w:t>даңғылынан</w:t>
      </w:r>
      <w:proofErr w:type="spellEnd"/>
      <w:r w:rsidRPr="00814807">
        <w:rPr>
          <w:sz w:val="28"/>
          <w:szCs w:val="28"/>
        </w:rPr>
        <w:t xml:space="preserve"> </w:t>
      </w:r>
      <w:proofErr w:type="spellStart"/>
      <w:r w:rsidRPr="00814807">
        <w:rPr>
          <w:sz w:val="28"/>
          <w:szCs w:val="28"/>
        </w:rPr>
        <w:t>Ақмешіт</w:t>
      </w:r>
      <w:proofErr w:type="spellEnd"/>
      <w:r w:rsidRPr="00814807">
        <w:rPr>
          <w:sz w:val="28"/>
          <w:szCs w:val="28"/>
        </w:rPr>
        <w:t xml:space="preserve"> </w:t>
      </w:r>
      <w:proofErr w:type="spellStart"/>
      <w:r w:rsidRPr="00814807">
        <w:rPr>
          <w:sz w:val="28"/>
          <w:szCs w:val="28"/>
        </w:rPr>
        <w:t>көшесіне</w:t>
      </w:r>
      <w:proofErr w:type="spellEnd"/>
      <w:r w:rsidRPr="00814807">
        <w:rPr>
          <w:sz w:val="28"/>
          <w:szCs w:val="28"/>
        </w:rPr>
        <w:t xml:space="preserve"> </w:t>
      </w:r>
      <w:proofErr w:type="spellStart"/>
      <w:r w:rsidRPr="00814807">
        <w:rPr>
          <w:sz w:val="28"/>
          <w:szCs w:val="28"/>
        </w:rPr>
        <w:t>дейін</w:t>
      </w:r>
      <w:proofErr w:type="spellEnd"/>
      <w:r w:rsidRPr="00814807">
        <w:rPr>
          <w:sz w:val="28"/>
          <w:szCs w:val="28"/>
        </w:rPr>
        <w:t>.</w:t>
      </w:r>
    </w:p>
    <w:p w14:paraId="58E1F493" w14:textId="77777777" w:rsidR="00E72A3C" w:rsidRPr="00420D39" w:rsidRDefault="00E72A3C" w:rsidP="00E72A3C">
      <w:pPr>
        <w:ind w:firstLine="567"/>
        <w:jc w:val="both"/>
        <w:rPr>
          <w:sz w:val="28"/>
          <w:szCs w:val="28"/>
        </w:rPr>
      </w:pPr>
    </w:p>
    <w:p w14:paraId="6F707E0C" w14:textId="77777777" w:rsidR="00E72A3C" w:rsidRPr="00420D39" w:rsidRDefault="00E72A3C" w:rsidP="00E72A3C">
      <w:pPr>
        <w:jc w:val="center"/>
        <w:rPr>
          <w:sz w:val="28"/>
          <w:szCs w:val="28"/>
        </w:rPr>
      </w:pPr>
      <w:r w:rsidRPr="00420D39">
        <w:rPr>
          <w:sz w:val="28"/>
          <w:szCs w:val="28"/>
        </w:rPr>
        <w:t xml:space="preserve">№ 182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49A0799C"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xml:space="preserve"> – Астана </w:t>
      </w:r>
      <w:proofErr w:type="spellStart"/>
      <w:r w:rsidRPr="00420D39">
        <w:rPr>
          <w:sz w:val="28"/>
          <w:szCs w:val="28"/>
        </w:rPr>
        <w:t>қаласы</w:t>
      </w:r>
      <w:proofErr w:type="spellEnd"/>
      <w:r w:rsidRPr="00420D39">
        <w:rPr>
          <w:sz w:val="28"/>
          <w:szCs w:val="28"/>
        </w:rPr>
        <w:t xml:space="preserve"> </w:t>
      </w:r>
      <w:proofErr w:type="spellStart"/>
      <w:r w:rsidRPr="00420D39">
        <w:rPr>
          <w:sz w:val="28"/>
          <w:szCs w:val="28"/>
        </w:rPr>
        <w:t>әкімдігінің</w:t>
      </w:r>
      <w:proofErr w:type="spellEnd"/>
      <w:r w:rsidRPr="00420D39">
        <w:rPr>
          <w:sz w:val="28"/>
          <w:szCs w:val="28"/>
        </w:rPr>
        <w:t xml:space="preserve"> «№ 75 </w:t>
      </w:r>
      <w:proofErr w:type="spellStart"/>
      <w:r w:rsidRPr="00420D39">
        <w:rPr>
          <w:sz w:val="28"/>
          <w:szCs w:val="28"/>
        </w:rPr>
        <w:t>мектеп</w:t>
      </w:r>
      <w:proofErr w:type="spellEnd"/>
      <w:r w:rsidRPr="00420D39">
        <w:rPr>
          <w:sz w:val="28"/>
          <w:szCs w:val="28"/>
        </w:rPr>
        <w:t xml:space="preserve">-гимназия» </w:t>
      </w:r>
      <w:proofErr w:type="spellStart"/>
      <w:r w:rsidRPr="00420D39">
        <w:rPr>
          <w:sz w:val="28"/>
          <w:szCs w:val="28"/>
        </w:rPr>
        <w:t>шаруашылық</w:t>
      </w:r>
      <w:proofErr w:type="spellEnd"/>
      <w:r w:rsidRPr="00420D39">
        <w:rPr>
          <w:sz w:val="28"/>
          <w:szCs w:val="28"/>
        </w:rPr>
        <w:t xml:space="preserve"> </w:t>
      </w:r>
      <w:proofErr w:type="spellStart"/>
      <w:r w:rsidRPr="00420D39">
        <w:rPr>
          <w:sz w:val="28"/>
          <w:szCs w:val="28"/>
        </w:rPr>
        <w:t>жүргізу</w:t>
      </w:r>
      <w:proofErr w:type="spellEnd"/>
      <w:r w:rsidRPr="00420D39">
        <w:rPr>
          <w:sz w:val="28"/>
          <w:szCs w:val="28"/>
        </w:rPr>
        <w:t xml:space="preserve"> </w:t>
      </w:r>
      <w:proofErr w:type="spellStart"/>
      <w:r w:rsidRPr="00420D39">
        <w:rPr>
          <w:sz w:val="28"/>
          <w:szCs w:val="28"/>
        </w:rPr>
        <w:t>құқығындағы</w:t>
      </w:r>
      <w:proofErr w:type="spellEnd"/>
      <w:r w:rsidRPr="00420D39">
        <w:rPr>
          <w:sz w:val="28"/>
          <w:szCs w:val="28"/>
        </w:rPr>
        <w:t xml:space="preserve"> </w:t>
      </w:r>
      <w:proofErr w:type="spellStart"/>
      <w:r w:rsidRPr="00420D39">
        <w:rPr>
          <w:sz w:val="28"/>
          <w:szCs w:val="28"/>
        </w:rPr>
        <w:t>мемлекеттік</w:t>
      </w:r>
      <w:proofErr w:type="spellEnd"/>
      <w:r w:rsidRPr="00420D39">
        <w:rPr>
          <w:sz w:val="28"/>
          <w:szCs w:val="28"/>
        </w:rPr>
        <w:t xml:space="preserve"> </w:t>
      </w:r>
      <w:proofErr w:type="spellStart"/>
      <w:r w:rsidRPr="00420D39">
        <w:rPr>
          <w:sz w:val="28"/>
          <w:szCs w:val="28"/>
        </w:rPr>
        <w:t>коммуналдық</w:t>
      </w:r>
      <w:proofErr w:type="spellEnd"/>
      <w:r w:rsidRPr="00420D39">
        <w:rPr>
          <w:sz w:val="28"/>
          <w:szCs w:val="28"/>
        </w:rPr>
        <w:t xml:space="preserve"> </w:t>
      </w:r>
      <w:proofErr w:type="spellStart"/>
      <w:r w:rsidRPr="00420D39">
        <w:rPr>
          <w:sz w:val="28"/>
          <w:szCs w:val="28"/>
        </w:rPr>
        <w:t>кәсіпорны</w:t>
      </w:r>
      <w:proofErr w:type="spellEnd"/>
      <w:r w:rsidRPr="00420D39">
        <w:rPr>
          <w:sz w:val="28"/>
          <w:szCs w:val="28"/>
        </w:rPr>
        <w:t xml:space="preserve">, </w:t>
      </w:r>
    </w:p>
    <w:p w14:paraId="2C663B34" w14:textId="77777777" w:rsidR="00E72A3C" w:rsidRPr="00420D39" w:rsidRDefault="00E72A3C" w:rsidP="00E72A3C">
      <w:pPr>
        <w:jc w:val="center"/>
        <w:rPr>
          <w:sz w:val="28"/>
          <w:szCs w:val="28"/>
        </w:rPr>
      </w:pPr>
      <w:proofErr w:type="spellStart"/>
      <w:proofErr w:type="gramStart"/>
      <w:r w:rsidRPr="00420D39">
        <w:rPr>
          <w:sz w:val="28"/>
          <w:szCs w:val="28"/>
        </w:rPr>
        <w:t>Мәңгілік</w:t>
      </w:r>
      <w:proofErr w:type="spellEnd"/>
      <w:r w:rsidRPr="00420D39">
        <w:rPr>
          <w:sz w:val="28"/>
          <w:szCs w:val="28"/>
        </w:rPr>
        <w:t xml:space="preserve"> Ел</w:t>
      </w:r>
      <w:proofErr w:type="gramEnd"/>
      <w:r w:rsidRPr="00420D39">
        <w:rPr>
          <w:sz w:val="28"/>
          <w:szCs w:val="28"/>
        </w:rPr>
        <w:t xml:space="preserve"> </w:t>
      </w:r>
      <w:proofErr w:type="spellStart"/>
      <w:r w:rsidRPr="00420D39">
        <w:rPr>
          <w:sz w:val="28"/>
          <w:szCs w:val="28"/>
        </w:rPr>
        <w:t>даңғылы</w:t>
      </w:r>
      <w:proofErr w:type="spellEnd"/>
      <w:r w:rsidRPr="00420D39">
        <w:rPr>
          <w:sz w:val="28"/>
          <w:szCs w:val="28"/>
        </w:rPr>
        <w:t>, № 28/1)</w:t>
      </w:r>
    </w:p>
    <w:p w14:paraId="68F9F216" w14:textId="77777777" w:rsidR="00E72A3C" w:rsidRPr="00420D39" w:rsidRDefault="00E72A3C" w:rsidP="00E72A3C">
      <w:pPr>
        <w:ind w:firstLine="567"/>
        <w:rPr>
          <w:sz w:val="28"/>
          <w:szCs w:val="28"/>
        </w:rPr>
      </w:pPr>
    </w:p>
    <w:p w14:paraId="57C918AC" w14:textId="77777777" w:rsidR="00E72A3C" w:rsidRPr="00420D39" w:rsidRDefault="00E72A3C" w:rsidP="00E72A3C">
      <w:pPr>
        <w:ind w:firstLine="567"/>
        <w:jc w:val="both"/>
        <w:rPr>
          <w:sz w:val="28"/>
          <w:szCs w:val="28"/>
        </w:rPr>
      </w:pPr>
      <w:proofErr w:type="spellStart"/>
      <w:r w:rsidRPr="00420D39">
        <w:rPr>
          <w:sz w:val="28"/>
          <w:szCs w:val="28"/>
        </w:rPr>
        <w:t>Шекара</w:t>
      </w:r>
      <w:proofErr w:type="spellEnd"/>
      <w:r w:rsidRPr="00420D39">
        <w:rPr>
          <w:sz w:val="28"/>
          <w:szCs w:val="28"/>
          <w:lang w:val="kk-KZ"/>
        </w:rPr>
        <w:t>с</w:t>
      </w:r>
      <w:r w:rsidRPr="00420D39">
        <w:rPr>
          <w:sz w:val="28"/>
          <w:szCs w:val="28"/>
        </w:rPr>
        <w:t xml:space="preserve">ы: </w:t>
      </w:r>
      <w:proofErr w:type="spellStart"/>
      <w:r w:rsidRPr="00420D39">
        <w:rPr>
          <w:sz w:val="28"/>
          <w:szCs w:val="28"/>
        </w:rPr>
        <w:t>Орынбор</w:t>
      </w:r>
      <w:proofErr w:type="spellEnd"/>
      <w:r w:rsidRPr="00420D39">
        <w:rPr>
          <w:sz w:val="28"/>
          <w:szCs w:val="28"/>
        </w:rPr>
        <w:t xml:space="preserve"> </w:t>
      </w:r>
      <w:proofErr w:type="spellStart"/>
      <w:r w:rsidRPr="00420D39">
        <w:rPr>
          <w:sz w:val="28"/>
          <w:szCs w:val="28"/>
        </w:rPr>
        <w:t>көшесінен</w:t>
      </w:r>
      <w:proofErr w:type="spellEnd"/>
      <w:r w:rsidRPr="00420D39">
        <w:rPr>
          <w:sz w:val="28"/>
          <w:szCs w:val="28"/>
        </w:rPr>
        <w:t xml:space="preserve"> </w:t>
      </w:r>
      <w:proofErr w:type="spellStart"/>
      <w:r w:rsidRPr="00420D39">
        <w:rPr>
          <w:sz w:val="28"/>
          <w:szCs w:val="28"/>
        </w:rPr>
        <w:t>Мәңгілік</w:t>
      </w:r>
      <w:proofErr w:type="spellEnd"/>
      <w:r w:rsidRPr="00420D39">
        <w:rPr>
          <w:sz w:val="28"/>
          <w:szCs w:val="28"/>
        </w:rPr>
        <w:t xml:space="preserve"> Ел </w:t>
      </w:r>
      <w:proofErr w:type="spellStart"/>
      <w:r w:rsidRPr="00420D39">
        <w:rPr>
          <w:sz w:val="28"/>
          <w:szCs w:val="28"/>
        </w:rPr>
        <w:t>даңғылының</w:t>
      </w:r>
      <w:proofErr w:type="spellEnd"/>
      <w:r w:rsidRPr="00420D39">
        <w:rPr>
          <w:sz w:val="28"/>
          <w:szCs w:val="28"/>
        </w:rPr>
        <w:t xml:space="preserve"> </w:t>
      </w:r>
      <w:proofErr w:type="spellStart"/>
      <w:r w:rsidRPr="00420D39">
        <w:rPr>
          <w:sz w:val="28"/>
          <w:szCs w:val="28"/>
        </w:rPr>
        <w:t>жұп</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Мәңгілік</w:t>
      </w:r>
      <w:proofErr w:type="spellEnd"/>
      <w:r w:rsidRPr="00420D39">
        <w:rPr>
          <w:sz w:val="28"/>
          <w:szCs w:val="28"/>
        </w:rPr>
        <w:t xml:space="preserve"> Ел </w:t>
      </w:r>
      <w:proofErr w:type="spellStart"/>
      <w:r w:rsidRPr="00420D39">
        <w:rPr>
          <w:sz w:val="28"/>
          <w:szCs w:val="28"/>
        </w:rPr>
        <w:t>даңғылындағы</w:t>
      </w:r>
      <w:proofErr w:type="spellEnd"/>
      <w:r w:rsidRPr="00420D39">
        <w:rPr>
          <w:sz w:val="28"/>
          <w:szCs w:val="28"/>
        </w:rPr>
        <w:t xml:space="preserve"> № 38 </w:t>
      </w:r>
      <w:proofErr w:type="spellStart"/>
      <w:r w:rsidRPr="00420D39">
        <w:rPr>
          <w:sz w:val="28"/>
          <w:szCs w:val="28"/>
        </w:rPr>
        <w:t>үйге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Мәңгілік</w:t>
      </w:r>
      <w:proofErr w:type="spellEnd"/>
      <w:r w:rsidRPr="00420D39">
        <w:rPr>
          <w:sz w:val="28"/>
          <w:szCs w:val="28"/>
        </w:rPr>
        <w:t xml:space="preserve"> Ел </w:t>
      </w:r>
      <w:proofErr w:type="spellStart"/>
      <w:r w:rsidRPr="00420D39">
        <w:rPr>
          <w:sz w:val="28"/>
          <w:szCs w:val="28"/>
        </w:rPr>
        <w:t>даңғылындағы</w:t>
      </w:r>
      <w:proofErr w:type="spellEnd"/>
      <w:r w:rsidRPr="00420D39">
        <w:rPr>
          <w:sz w:val="28"/>
          <w:szCs w:val="28"/>
        </w:rPr>
        <w:t xml:space="preserve"> № 38 </w:t>
      </w:r>
      <w:proofErr w:type="spellStart"/>
      <w:r w:rsidRPr="00420D39">
        <w:rPr>
          <w:sz w:val="28"/>
          <w:szCs w:val="28"/>
        </w:rPr>
        <w:t>үйден</w:t>
      </w:r>
      <w:proofErr w:type="spellEnd"/>
      <w:r w:rsidRPr="00420D39">
        <w:rPr>
          <w:sz w:val="28"/>
          <w:szCs w:val="28"/>
        </w:rPr>
        <w:t xml:space="preserve"> Ә. </w:t>
      </w:r>
      <w:proofErr w:type="spellStart"/>
      <w:r w:rsidRPr="00420D39">
        <w:rPr>
          <w:sz w:val="28"/>
          <w:szCs w:val="28"/>
        </w:rPr>
        <w:t>Бөкейхан</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Ә. </w:t>
      </w:r>
      <w:proofErr w:type="spellStart"/>
      <w:r w:rsidRPr="00420D39">
        <w:rPr>
          <w:sz w:val="28"/>
          <w:szCs w:val="28"/>
        </w:rPr>
        <w:t>Бөкейхан</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жұп</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Орынбор</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Орынбор</w:t>
      </w:r>
      <w:proofErr w:type="spellEnd"/>
      <w:r w:rsidRPr="00420D39">
        <w:rPr>
          <w:sz w:val="28"/>
          <w:szCs w:val="28"/>
        </w:rPr>
        <w:t xml:space="preserve"> </w:t>
      </w:r>
      <w:proofErr w:type="spellStart"/>
      <w:r w:rsidRPr="00420D39">
        <w:rPr>
          <w:sz w:val="28"/>
          <w:szCs w:val="28"/>
        </w:rPr>
        <w:t>көшесінен</w:t>
      </w:r>
      <w:proofErr w:type="spellEnd"/>
      <w:r w:rsidRPr="00420D39">
        <w:rPr>
          <w:sz w:val="28"/>
          <w:szCs w:val="28"/>
        </w:rPr>
        <w:t xml:space="preserve"> </w:t>
      </w:r>
      <w:proofErr w:type="spellStart"/>
      <w:r w:rsidRPr="00420D39">
        <w:rPr>
          <w:sz w:val="28"/>
          <w:szCs w:val="28"/>
        </w:rPr>
        <w:t>Мәңгілік</w:t>
      </w:r>
      <w:proofErr w:type="spellEnd"/>
      <w:r w:rsidRPr="00420D39">
        <w:rPr>
          <w:sz w:val="28"/>
          <w:szCs w:val="28"/>
        </w:rPr>
        <w:t xml:space="preserve"> Ел </w:t>
      </w:r>
      <w:proofErr w:type="spellStart"/>
      <w:r w:rsidRPr="00420D39">
        <w:rPr>
          <w:sz w:val="28"/>
          <w:szCs w:val="28"/>
        </w:rPr>
        <w:t>даңғылына</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w:t>
      </w:r>
    </w:p>
    <w:p w14:paraId="58C460CA" w14:textId="77777777" w:rsidR="00E72A3C" w:rsidRPr="006C7562" w:rsidRDefault="00E72A3C" w:rsidP="00E72A3C">
      <w:pPr>
        <w:rPr>
          <w:sz w:val="28"/>
          <w:szCs w:val="28"/>
        </w:rPr>
      </w:pPr>
    </w:p>
    <w:p w14:paraId="00C20B37" w14:textId="77777777" w:rsidR="00E72A3C" w:rsidRPr="00420D39" w:rsidRDefault="00E72A3C" w:rsidP="00E72A3C">
      <w:pPr>
        <w:jc w:val="center"/>
        <w:rPr>
          <w:sz w:val="28"/>
          <w:szCs w:val="28"/>
        </w:rPr>
      </w:pPr>
      <w:r w:rsidRPr="00420D39">
        <w:rPr>
          <w:sz w:val="28"/>
          <w:szCs w:val="28"/>
        </w:rPr>
        <w:t xml:space="preserve">№ 183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2F34EAB0"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xml:space="preserve"> – Астана </w:t>
      </w:r>
      <w:proofErr w:type="spellStart"/>
      <w:r w:rsidRPr="00420D39">
        <w:rPr>
          <w:sz w:val="28"/>
          <w:szCs w:val="28"/>
        </w:rPr>
        <w:t>қаласы</w:t>
      </w:r>
      <w:proofErr w:type="spellEnd"/>
      <w:r w:rsidRPr="00420D39">
        <w:rPr>
          <w:sz w:val="28"/>
          <w:szCs w:val="28"/>
        </w:rPr>
        <w:t xml:space="preserve"> </w:t>
      </w:r>
      <w:proofErr w:type="spellStart"/>
      <w:r w:rsidRPr="00420D39">
        <w:rPr>
          <w:sz w:val="28"/>
          <w:szCs w:val="28"/>
        </w:rPr>
        <w:t>әкімдігінің</w:t>
      </w:r>
      <w:proofErr w:type="spellEnd"/>
      <w:r w:rsidRPr="00420D39">
        <w:rPr>
          <w:sz w:val="28"/>
          <w:szCs w:val="28"/>
        </w:rPr>
        <w:t xml:space="preserve"> «</w:t>
      </w:r>
      <w:proofErr w:type="spellStart"/>
      <w:r w:rsidRPr="00420D39">
        <w:rPr>
          <w:sz w:val="28"/>
          <w:szCs w:val="28"/>
        </w:rPr>
        <w:t>Орталықтандырылған</w:t>
      </w:r>
      <w:proofErr w:type="spellEnd"/>
      <w:r w:rsidRPr="00420D39">
        <w:rPr>
          <w:sz w:val="28"/>
          <w:szCs w:val="28"/>
        </w:rPr>
        <w:t xml:space="preserve"> </w:t>
      </w:r>
      <w:proofErr w:type="spellStart"/>
      <w:r w:rsidRPr="00420D39">
        <w:rPr>
          <w:sz w:val="28"/>
          <w:szCs w:val="28"/>
        </w:rPr>
        <w:t>кітапханалар</w:t>
      </w:r>
      <w:proofErr w:type="spellEnd"/>
      <w:r w:rsidRPr="00420D39">
        <w:rPr>
          <w:sz w:val="28"/>
          <w:szCs w:val="28"/>
        </w:rPr>
        <w:t xml:space="preserve"> </w:t>
      </w:r>
      <w:proofErr w:type="spellStart"/>
      <w:r w:rsidRPr="00420D39">
        <w:rPr>
          <w:sz w:val="28"/>
          <w:szCs w:val="28"/>
        </w:rPr>
        <w:t>жүйесі</w:t>
      </w:r>
      <w:proofErr w:type="spellEnd"/>
      <w:r w:rsidRPr="00420D39">
        <w:rPr>
          <w:sz w:val="28"/>
          <w:szCs w:val="28"/>
        </w:rPr>
        <w:t xml:space="preserve">» </w:t>
      </w:r>
      <w:proofErr w:type="spellStart"/>
      <w:r w:rsidRPr="00420D39">
        <w:rPr>
          <w:sz w:val="28"/>
          <w:szCs w:val="28"/>
        </w:rPr>
        <w:t>коммуналдық</w:t>
      </w:r>
      <w:proofErr w:type="spellEnd"/>
      <w:r w:rsidRPr="00420D39">
        <w:rPr>
          <w:sz w:val="28"/>
          <w:szCs w:val="28"/>
        </w:rPr>
        <w:t xml:space="preserve"> </w:t>
      </w:r>
      <w:proofErr w:type="spellStart"/>
      <w:r w:rsidRPr="00420D39">
        <w:rPr>
          <w:sz w:val="28"/>
          <w:szCs w:val="28"/>
        </w:rPr>
        <w:t>мемлекеттік</w:t>
      </w:r>
      <w:proofErr w:type="spellEnd"/>
      <w:r w:rsidRPr="00420D39">
        <w:rPr>
          <w:sz w:val="28"/>
          <w:szCs w:val="28"/>
        </w:rPr>
        <w:t xml:space="preserve"> </w:t>
      </w:r>
      <w:proofErr w:type="spellStart"/>
      <w:r w:rsidRPr="00420D39">
        <w:rPr>
          <w:sz w:val="28"/>
          <w:szCs w:val="28"/>
        </w:rPr>
        <w:t>мекемесі</w:t>
      </w:r>
      <w:proofErr w:type="spellEnd"/>
      <w:r w:rsidRPr="00420D39">
        <w:rPr>
          <w:sz w:val="28"/>
          <w:szCs w:val="28"/>
        </w:rPr>
        <w:t xml:space="preserve">, </w:t>
      </w:r>
    </w:p>
    <w:p w14:paraId="1C1C3423" w14:textId="77777777" w:rsidR="00E72A3C" w:rsidRPr="00420D39" w:rsidRDefault="00E72A3C" w:rsidP="00E72A3C">
      <w:pPr>
        <w:jc w:val="center"/>
        <w:rPr>
          <w:sz w:val="28"/>
          <w:szCs w:val="28"/>
        </w:rPr>
      </w:pPr>
      <w:r w:rsidRPr="00420D39">
        <w:rPr>
          <w:sz w:val="28"/>
          <w:szCs w:val="28"/>
        </w:rPr>
        <w:t>Ә. </w:t>
      </w:r>
      <w:proofErr w:type="spellStart"/>
      <w:r w:rsidRPr="00420D39">
        <w:rPr>
          <w:sz w:val="28"/>
          <w:szCs w:val="28"/>
        </w:rPr>
        <w:t>Бөкейхан</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 25в)</w:t>
      </w:r>
    </w:p>
    <w:p w14:paraId="0108EBA9" w14:textId="77777777" w:rsidR="00E72A3C" w:rsidRPr="00420D39" w:rsidRDefault="00E72A3C" w:rsidP="00E72A3C">
      <w:pPr>
        <w:ind w:firstLine="567"/>
        <w:rPr>
          <w:sz w:val="28"/>
          <w:szCs w:val="28"/>
        </w:rPr>
      </w:pPr>
    </w:p>
    <w:p w14:paraId="4E45726C" w14:textId="77777777" w:rsidR="00E72A3C" w:rsidRPr="00420D39" w:rsidRDefault="00E72A3C" w:rsidP="00E72A3C">
      <w:pPr>
        <w:ind w:firstLine="567"/>
        <w:jc w:val="both"/>
        <w:rPr>
          <w:sz w:val="28"/>
          <w:szCs w:val="28"/>
        </w:rPr>
      </w:pPr>
      <w:proofErr w:type="spellStart"/>
      <w:r w:rsidRPr="00420D39">
        <w:rPr>
          <w:sz w:val="28"/>
          <w:szCs w:val="28"/>
        </w:rPr>
        <w:t>Шекара</w:t>
      </w:r>
      <w:proofErr w:type="spellEnd"/>
      <w:r w:rsidRPr="00420D39">
        <w:rPr>
          <w:sz w:val="28"/>
          <w:szCs w:val="28"/>
          <w:lang w:val="kk-KZ"/>
        </w:rPr>
        <w:t>с</w:t>
      </w:r>
      <w:r w:rsidRPr="00420D39">
        <w:rPr>
          <w:sz w:val="28"/>
          <w:szCs w:val="28"/>
        </w:rPr>
        <w:t>ы: Ә. </w:t>
      </w:r>
      <w:proofErr w:type="spellStart"/>
      <w:r w:rsidRPr="00420D39">
        <w:rPr>
          <w:sz w:val="28"/>
          <w:szCs w:val="28"/>
        </w:rPr>
        <w:t>Кекілбайұлы</w:t>
      </w:r>
      <w:proofErr w:type="spellEnd"/>
      <w:r w:rsidRPr="00420D39">
        <w:rPr>
          <w:sz w:val="28"/>
          <w:szCs w:val="28"/>
        </w:rPr>
        <w:t xml:space="preserve"> </w:t>
      </w:r>
      <w:proofErr w:type="spellStart"/>
      <w:r w:rsidRPr="00420D39">
        <w:rPr>
          <w:sz w:val="28"/>
          <w:szCs w:val="28"/>
        </w:rPr>
        <w:t>көшесінен</w:t>
      </w:r>
      <w:proofErr w:type="spellEnd"/>
      <w:r w:rsidRPr="00420D39">
        <w:rPr>
          <w:sz w:val="28"/>
          <w:szCs w:val="28"/>
        </w:rPr>
        <w:t xml:space="preserve"> </w:t>
      </w:r>
      <w:proofErr w:type="spellStart"/>
      <w:r w:rsidRPr="00420D39">
        <w:rPr>
          <w:sz w:val="28"/>
          <w:szCs w:val="28"/>
        </w:rPr>
        <w:t>Жошы</w:t>
      </w:r>
      <w:proofErr w:type="spellEnd"/>
      <w:r w:rsidRPr="00420D39">
        <w:rPr>
          <w:sz w:val="28"/>
          <w:szCs w:val="28"/>
        </w:rPr>
        <w:t xml:space="preserve"> хан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тақ</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EE14F8">
        <w:rPr>
          <w:sz w:val="28"/>
          <w:szCs w:val="28"/>
        </w:rPr>
        <w:t xml:space="preserve"> </w:t>
      </w:r>
      <w:r w:rsidRPr="00420D39">
        <w:rPr>
          <w:sz w:val="28"/>
          <w:szCs w:val="28"/>
        </w:rPr>
        <w:t>Ф. </w:t>
      </w:r>
      <w:proofErr w:type="spellStart"/>
      <w:r w:rsidRPr="00420D39">
        <w:rPr>
          <w:sz w:val="28"/>
          <w:szCs w:val="28"/>
        </w:rPr>
        <w:t>Оңғарсынова</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Ф. </w:t>
      </w:r>
      <w:proofErr w:type="spellStart"/>
      <w:r w:rsidRPr="00420D39">
        <w:rPr>
          <w:sz w:val="28"/>
          <w:szCs w:val="28"/>
        </w:rPr>
        <w:t>Оңғарсынова</w:t>
      </w:r>
      <w:proofErr w:type="spellEnd"/>
      <w:r w:rsidRPr="00420D39">
        <w:rPr>
          <w:sz w:val="28"/>
          <w:szCs w:val="28"/>
        </w:rPr>
        <w:t xml:space="preserve"> </w:t>
      </w:r>
      <w:proofErr w:type="spellStart"/>
      <w:r w:rsidRPr="00420D39">
        <w:rPr>
          <w:sz w:val="28"/>
          <w:szCs w:val="28"/>
        </w:rPr>
        <w:t>көшесінің</w:t>
      </w:r>
      <w:proofErr w:type="spellEnd"/>
      <w:r w:rsidRPr="00420D39">
        <w:rPr>
          <w:sz w:val="28"/>
          <w:szCs w:val="28"/>
        </w:rPr>
        <w:t xml:space="preserve"> </w:t>
      </w:r>
      <w:proofErr w:type="spellStart"/>
      <w:r w:rsidRPr="00420D39">
        <w:rPr>
          <w:sz w:val="28"/>
          <w:szCs w:val="28"/>
        </w:rPr>
        <w:t>тақ</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w:t>
      </w:r>
      <w:proofErr w:type="spellStart"/>
      <w:r w:rsidRPr="00420D39">
        <w:rPr>
          <w:sz w:val="28"/>
          <w:szCs w:val="28"/>
        </w:rPr>
        <w:t>Әл</w:t>
      </w:r>
      <w:proofErr w:type="spellEnd"/>
      <w:r w:rsidRPr="00420D39">
        <w:rPr>
          <w:sz w:val="28"/>
          <w:szCs w:val="28"/>
        </w:rPr>
        <w:t xml:space="preserve">-Фараби </w:t>
      </w:r>
      <w:proofErr w:type="spellStart"/>
      <w:r w:rsidRPr="00420D39">
        <w:rPr>
          <w:sz w:val="28"/>
          <w:szCs w:val="28"/>
        </w:rPr>
        <w:t>даңғылына</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Әл</w:t>
      </w:r>
      <w:proofErr w:type="spellEnd"/>
      <w:r w:rsidRPr="00420D39">
        <w:rPr>
          <w:sz w:val="28"/>
          <w:szCs w:val="28"/>
        </w:rPr>
        <w:t xml:space="preserve">-Фараби </w:t>
      </w:r>
      <w:proofErr w:type="spellStart"/>
      <w:r w:rsidRPr="00420D39">
        <w:rPr>
          <w:sz w:val="28"/>
          <w:szCs w:val="28"/>
        </w:rPr>
        <w:t>даңғылының</w:t>
      </w:r>
      <w:proofErr w:type="spellEnd"/>
      <w:r w:rsidRPr="00420D39">
        <w:rPr>
          <w:sz w:val="28"/>
          <w:szCs w:val="28"/>
        </w:rPr>
        <w:t xml:space="preserve"> </w:t>
      </w:r>
      <w:proofErr w:type="spellStart"/>
      <w:r w:rsidRPr="00420D39">
        <w:rPr>
          <w:sz w:val="28"/>
          <w:szCs w:val="28"/>
        </w:rPr>
        <w:t>тақ</w:t>
      </w:r>
      <w:proofErr w:type="spellEnd"/>
      <w:r w:rsidRPr="00420D39">
        <w:rPr>
          <w:sz w:val="28"/>
          <w:szCs w:val="28"/>
        </w:rPr>
        <w:t xml:space="preserve"> </w:t>
      </w:r>
      <w:proofErr w:type="spellStart"/>
      <w:r w:rsidRPr="00420D39">
        <w:rPr>
          <w:sz w:val="28"/>
          <w:szCs w:val="28"/>
        </w:rPr>
        <w:t>сандар</w:t>
      </w:r>
      <w:proofErr w:type="spellEnd"/>
      <w:r w:rsidRPr="00420D39">
        <w:rPr>
          <w:sz w:val="28"/>
          <w:szCs w:val="28"/>
        </w:rPr>
        <w:t xml:space="preserve"> </w:t>
      </w:r>
      <w:proofErr w:type="spellStart"/>
      <w:r w:rsidRPr="00420D39">
        <w:rPr>
          <w:sz w:val="28"/>
          <w:szCs w:val="28"/>
        </w:rPr>
        <w:t>жағымен</w:t>
      </w:r>
      <w:proofErr w:type="spellEnd"/>
      <w:r w:rsidRPr="00420D39">
        <w:rPr>
          <w:sz w:val="28"/>
          <w:szCs w:val="28"/>
        </w:rPr>
        <w:t xml:space="preserve"> Ә. </w:t>
      </w:r>
      <w:proofErr w:type="spellStart"/>
      <w:r w:rsidRPr="00420D39">
        <w:rPr>
          <w:sz w:val="28"/>
          <w:szCs w:val="28"/>
        </w:rPr>
        <w:t>Кекілбайұлы</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w:t>
      </w:r>
    </w:p>
    <w:p w14:paraId="59436805" w14:textId="77777777" w:rsidR="00E72A3C" w:rsidRPr="00420D39" w:rsidRDefault="00E72A3C" w:rsidP="00E72A3C">
      <w:pPr>
        <w:ind w:firstLine="567"/>
        <w:rPr>
          <w:sz w:val="28"/>
          <w:szCs w:val="28"/>
        </w:rPr>
      </w:pPr>
    </w:p>
    <w:p w14:paraId="09FA8028" w14:textId="77777777" w:rsidR="00E72A3C" w:rsidRPr="00420D39" w:rsidRDefault="00E72A3C" w:rsidP="00E72A3C">
      <w:pPr>
        <w:jc w:val="center"/>
        <w:rPr>
          <w:sz w:val="28"/>
          <w:szCs w:val="28"/>
        </w:rPr>
      </w:pPr>
      <w:r w:rsidRPr="00420D39">
        <w:rPr>
          <w:sz w:val="28"/>
          <w:szCs w:val="28"/>
        </w:rPr>
        <w:t xml:space="preserve">№ 184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6A132711"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 «</w:t>
      </w:r>
      <w:proofErr w:type="spellStart"/>
      <w:r w:rsidRPr="00420D39">
        <w:rPr>
          <w:sz w:val="28"/>
          <w:szCs w:val="28"/>
        </w:rPr>
        <w:t>Binom</w:t>
      </w:r>
      <w:proofErr w:type="spellEnd"/>
      <w:r w:rsidRPr="00420D39">
        <w:rPr>
          <w:sz w:val="28"/>
          <w:szCs w:val="28"/>
        </w:rPr>
        <w:t xml:space="preserve"> </w:t>
      </w:r>
      <w:proofErr w:type="spellStart"/>
      <w:r w:rsidRPr="00420D39">
        <w:rPr>
          <w:sz w:val="28"/>
          <w:szCs w:val="28"/>
        </w:rPr>
        <w:t>school</w:t>
      </w:r>
      <w:proofErr w:type="spellEnd"/>
      <w:r w:rsidRPr="00420D39">
        <w:rPr>
          <w:sz w:val="28"/>
          <w:szCs w:val="28"/>
        </w:rPr>
        <w:t xml:space="preserve">» </w:t>
      </w:r>
      <w:proofErr w:type="spellStart"/>
      <w:r w:rsidRPr="00420D39">
        <w:rPr>
          <w:sz w:val="28"/>
          <w:szCs w:val="28"/>
        </w:rPr>
        <w:t>мектеп-лицейі</w:t>
      </w:r>
      <w:proofErr w:type="spellEnd"/>
      <w:r w:rsidRPr="00420D39">
        <w:rPr>
          <w:sz w:val="28"/>
          <w:szCs w:val="28"/>
        </w:rPr>
        <w:t xml:space="preserve">, </w:t>
      </w:r>
      <w:proofErr w:type="spellStart"/>
      <w:r w:rsidRPr="00420D39">
        <w:rPr>
          <w:sz w:val="28"/>
          <w:szCs w:val="28"/>
        </w:rPr>
        <w:t>Әл</w:t>
      </w:r>
      <w:proofErr w:type="spellEnd"/>
      <w:r w:rsidRPr="00420D39">
        <w:rPr>
          <w:sz w:val="28"/>
          <w:szCs w:val="28"/>
        </w:rPr>
        <w:t xml:space="preserve">-Фараби </w:t>
      </w:r>
      <w:proofErr w:type="spellStart"/>
      <w:r w:rsidRPr="00420D39">
        <w:rPr>
          <w:sz w:val="28"/>
          <w:szCs w:val="28"/>
        </w:rPr>
        <w:t>даңғылы</w:t>
      </w:r>
      <w:proofErr w:type="spellEnd"/>
      <w:r w:rsidRPr="00420D39">
        <w:rPr>
          <w:sz w:val="28"/>
          <w:szCs w:val="28"/>
        </w:rPr>
        <w:t>, № 40а)</w:t>
      </w:r>
    </w:p>
    <w:p w14:paraId="7BCE9B47" w14:textId="77777777" w:rsidR="00E72A3C" w:rsidRPr="00420D39" w:rsidRDefault="00E72A3C" w:rsidP="00E72A3C">
      <w:pPr>
        <w:ind w:firstLine="567"/>
        <w:rPr>
          <w:sz w:val="28"/>
          <w:szCs w:val="28"/>
        </w:rPr>
      </w:pPr>
    </w:p>
    <w:p w14:paraId="4027E668" w14:textId="77777777" w:rsidR="00E72A3C" w:rsidRPr="00420D39" w:rsidRDefault="00E72A3C" w:rsidP="00E72A3C">
      <w:pPr>
        <w:ind w:firstLine="567"/>
        <w:jc w:val="both"/>
        <w:rPr>
          <w:sz w:val="28"/>
          <w:szCs w:val="28"/>
        </w:rPr>
      </w:pPr>
      <w:proofErr w:type="spellStart"/>
      <w:r w:rsidRPr="00420D39">
        <w:rPr>
          <w:sz w:val="28"/>
          <w:szCs w:val="28"/>
        </w:rPr>
        <w:lastRenderedPageBreak/>
        <w:t>Шекара</w:t>
      </w:r>
      <w:proofErr w:type="spellEnd"/>
      <w:r w:rsidRPr="00420D39">
        <w:rPr>
          <w:sz w:val="28"/>
          <w:szCs w:val="28"/>
          <w:lang w:val="kk-KZ"/>
        </w:rPr>
        <w:t>с</w:t>
      </w:r>
      <w:r w:rsidRPr="00420D39">
        <w:rPr>
          <w:sz w:val="28"/>
          <w:szCs w:val="28"/>
        </w:rPr>
        <w:t xml:space="preserve">ы: </w:t>
      </w:r>
      <w:proofErr w:type="spellStart"/>
      <w:r w:rsidRPr="00420D39">
        <w:rPr>
          <w:sz w:val="28"/>
          <w:szCs w:val="28"/>
        </w:rPr>
        <w:t>Әл</w:t>
      </w:r>
      <w:proofErr w:type="spellEnd"/>
      <w:r w:rsidRPr="00420D39">
        <w:rPr>
          <w:sz w:val="28"/>
          <w:szCs w:val="28"/>
        </w:rPr>
        <w:t xml:space="preserve">-Фараби </w:t>
      </w:r>
      <w:proofErr w:type="spellStart"/>
      <w:r w:rsidRPr="00420D39">
        <w:rPr>
          <w:sz w:val="28"/>
          <w:szCs w:val="28"/>
        </w:rPr>
        <w:t>даңғылындағы</w:t>
      </w:r>
      <w:proofErr w:type="spellEnd"/>
      <w:r w:rsidRPr="00420D39">
        <w:rPr>
          <w:sz w:val="28"/>
          <w:szCs w:val="28"/>
        </w:rPr>
        <w:t xml:space="preserve"> № 44/1 </w:t>
      </w:r>
      <w:proofErr w:type="spellStart"/>
      <w:r w:rsidRPr="00420D39">
        <w:rPr>
          <w:sz w:val="28"/>
          <w:szCs w:val="28"/>
        </w:rPr>
        <w:t>үйден</w:t>
      </w:r>
      <w:proofErr w:type="spellEnd"/>
      <w:r w:rsidRPr="00420D39">
        <w:rPr>
          <w:sz w:val="28"/>
          <w:szCs w:val="28"/>
        </w:rPr>
        <w:t xml:space="preserve"> «</w:t>
      </w:r>
      <w:proofErr w:type="spellStart"/>
      <w:r w:rsidRPr="00420D39">
        <w:rPr>
          <w:sz w:val="28"/>
          <w:szCs w:val="28"/>
        </w:rPr>
        <w:t>Нұра-Есіл</w:t>
      </w:r>
      <w:proofErr w:type="spellEnd"/>
      <w:r w:rsidRPr="00420D39">
        <w:rPr>
          <w:sz w:val="28"/>
          <w:szCs w:val="28"/>
        </w:rPr>
        <w:t xml:space="preserve">» </w:t>
      </w:r>
      <w:proofErr w:type="spellStart"/>
      <w:r w:rsidRPr="00420D39">
        <w:rPr>
          <w:sz w:val="28"/>
          <w:szCs w:val="28"/>
        </w:rPr>
        <w:t>каналына</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w:t>
      </w:r>
      <w:proofErr w:type="spellStart"/>
      <w:r w:rsidRPr="00420D39">
        <w:rPr>
          <w:sz w:val="28"/>
          <w:szCs w:val="28"/>
        </w:rPr>
        <w:t>Нұра-Есіл</w:t>
      </w:r>
      <w:proofErr w:type="spellEnd"/>
      <w:r w:rsidRPr="00420D39">
        <w:rPr>
          <w:sz w:val="28"/>
          <w:szCs w:val="28"/>
        </w:rPr>
        <w:t xml:space="preserve">» </w:t>
      </w:r>
      <w:proofErr w:type="spellStart"/>
      <w:r w:rsidRPr="00420D39">
        <w:rPr>
          <w:sz w:val="28"/>
          <w:szCs w:val="28"/>
        </w:rPr>
        <w:t>каналынан</w:t>
      </w:r>
      <w:proofErr w:type="spellEnd"/>
      <w:r w:rsidRPr="00420D39">
        <w:rPr>
          <w:sz w:val="28"/>
          <w:szCs w:val="28"/>
        </w:rPr>
        <w:t xml:space="preserve"> </w:t>
      </w:r>
      <w:proofErr w:type="spellStart"/>
      <w:r w:rsidRPr="00420D39">
        <w:rPr>
          <w:sz w:val="28"/>
          <w:szCs w:val="28"/>
        </w:rPr>
        <w:t>Әл</w:t>
      </w:r>
      <w:proofErr w:type="spellEnd"/>
      <w:r w:rsidRPr="00420D39">
        <w:rPr>
          <w:sz w:val="28"/>
          <w:szCs w:val="28"/>
        </w:rPr>
        <w:t xml:space="preserve">-Фараби </w:t>
      </w:r>
      <w:proofErr w:type="spellStart"/>
      <w:r w:rsidRPr="00420D39">
        <w:rPr>
          <w:sz w:val="28"/>
          <w:szCs w:val="28"/>
        </w:rPr>
        <w:t>даңғылындағы</w:t>
      </w:r>
      <w:proofErr w:type="spellEnd"/>
      <w:r w:rsidRPr="00420D39">
        <w:rPr>
          <w:sz w:val="28"/>
          <w:szCs w:val="28"/>
        </w:rPr>
        <w:t xml:space="preserve"> № 30/4 </w:t>
      </w:r>
      <w:proofErr w:type="spellStart"/>
      <w:r w:rsidRPr="00420D39">
        <w:rPr>
          <w:sz w:val="28"/>
          <w:szCs w:val="28"/>
        </w:rPr>
        <w:t>үйге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w:t>
      </w:r>
      <w:r w:rsidRPr="00420D39">
        <w:rPr>
          <w:sz w:val="28"/>
          <w:szCs w:val="28"/>
        </w:rPr>
        <w:br/>
      </w:r>
      <w:proofErr w:type="spellStart"/>
      <w:r w:rsidRPr="00420D39">
        <w:rPr>
          <w:sz w:val="28"/>
          <w:szCs w:val="28"/>
        </w:rPr>
        <w:t>Әл</w:t>
      </w:r>
      <w:proofErr w:type="spellEnd"/>
      <w:r w:rsidRPr="00420D39">
        <w:rPr>
          <w:sz w:val="28"/>
          <w:szCs w:val="28"/>
        </w:rPr>
        <w:t xml:space="preserve">-Фараби </w:t>
      </w:r>
      <w:proofErr w:type="spellStart"/>
      <w:r w:rsidRPr="00420D39">
        <w:rPr>
          <w:sz w:val="28"/>
          <w:szCs w:val="28"/>
        </w:rPr>
        <w:t>даңғылындағы</w:t>
      </w:r>
      <w:proofErr w:type="spellEnd"/>
      <w:r w:rsidRPr="00420D39">
        <w:rPr>
          <w:sz w:val="28"/>
          <w:szCs w:val="28"/>
        </w:rPr>
        <w:t xml:space="preserve"> № 30/4 </w:t>
      </w:r>
      <w:proofErr w:type="spellStart"/>
      <w:r w:rsidRPr="00420D39">
        <w:rPr>
          <w:sz w:val="28"/>
          <w:szCs w:val="28"/>
        </w:rPr>
        <w:t>үйден</w:t>
      </w:r>
      <w:proofErr w:type="spellEnd"/>
      <w:r w:rsidRPr="00420D39">
        <w:rPr>
          <w:sz w:val="28"/>
          <w:szCs w:val="28"/>
        </w:rPr>
        <w:t xml:space="preserve"> </w:t>
      </w:r>
      <w:r w:rsidRPr="00420D39">
        <w:rPr>
          <w:sz w:val="28"/>
          <w:szCs w:val="28"/>
          <w:lang w:val="kk-KZ"/>
        </w:rPr>
        <w:t xml:space="preserve">өтпе </w:t>
      </w:r>
      <w:proofErr w:type="spellStart"/>
      <w:r w:rsidRPr="00420D39">
        <w:rPr>
          <w:sz w:val="28"/>
          <w:szCs w:val="28"/>
        </w:rPr>
        <w:t>жол</w:t>
      </w:r>
      <w:proofErr w:type="spellEnd"/>
      <w:r w:rsidRPr="00420D39">
        <w:rPr>
          <w:sz w:val="28"/>
          <w:szCs w:val="28"/>
          <w:lang w:val="kk-KZ"/>
        </w:rPr>
        <w:t>мен</w:t>
      </w:r>
      <w:r w:rsidRPr="00420D39">
        <w:rPr>
          <w:sz w:val="28"/>
          <w:szCs w:val="28"/>
        </w:rPr>
        <w:t xml:space="preserve"> </w:t>
      </w:r>
      <w:proofErr w:type="spellStart"/>
      <w:proofErr w:type="gramStart"/>
      <w:r w:rsidRPr="00420D39">
        <w:rPr>
          <w:sz w:val="28"/>
          <w:szCs w:val="28"/>
        </w:rPr>
        <w:t>Ұлы</w:t>
      </w:r>
      <w:proofErr w:type="spellEnd"/>
      <w:r w:rsidRPr="00420D39">
        <w:rPr>
          <w:sz w:val="28"/>
          <w:szCs w:val="28"/>
        </w:rPr>
        <w:t xml:space="preserve"> Дала</w:t>
      </w:r>
      <w:proofErr w:type="gramEnd"/>
      <w:r w:rsidRPr="00420D39">
        <w:rPr>
          <w:sz w:val="28"/>
          <w:szCs w:val="28"/>
        </w:rPr>
        <w:t xml:space="preserve"> </w:t>
      </w:r>
      <w:proofErr w:type="spellStart"/>
      <w:r w:rsidRPr="00420D39">
        <w:rPr>
          <w:sz w:val="28"/>
          <w:szCs w:val="28"/>
        </w:rPr>
        <w:t>даңғылына</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Ұлы</w:t>
      </w:r>
      <w:proofErr w:type="spellEnd"/>
      <w:r w:rsidRPr="00420D39">
        <w:rPr>
          <w:sz w:val="28"/>
          <w:szCs w:val="28"/>
        </w:rPr>
        <w:t xml:space="preserve"> Дала </w:t>
      </w:r>
      <w:proofErr w:type="spellStart"/>
      <w:r w:rsidRPr="00420D39">
        <w:rPr>
          <w:sz w:val="28"/>
          <w:szCs w:val="28"/>
        </w:rPr>
        <w:t>даңғылынан</w:t>
      </w:r>
      <w:proofErr w:type="spellEnd"/>
      <w:r w:rsidRPr="00420D39">
        <w:rPr>
          <w:sz w:val="28"/>
          <w:szCs w:val="28"/>
        </w:rPr>
        <w:t xml:space="preserve"> «</w:t>
      </w:r>
      <w:proofErr w:type="spellStart"/>
      <w:r w:rsidRPr="00420D39">
        <w:rPr>
          <w:sz w:val="28"/>
          <w:szCs w:val="28"/>
        </w:rPr>
        <w:t>Нұра-Есіл</w:t>
      </w:r>
      <w:proofErr w:type="spellEnd"/>
      <w:r w:rsidRPr="00420D39">
        <w:rPr>
          <w:sz w:val="28"/>
          <w:szCs w:val="28"/>
        </w:rPr>
        <w:t xml:space="preserve">» </w:t>
      </w:r>
      <w:proofErr w:type="spellStart"/>
      <w:r w:rsidRPr="00420D39">
        <w:rPr>
          <w:sz w:val="28"/>
          <w:szCs w:val="28"/>
        </w:rPr>
        <w:t>каналымен</w:t>
      </w:r>
      <w:proofErr w:type="spellEnd"/>
      <w:r w:rsidRPr="00420D39">
        <w:rPr>
          <w:sz w:val="28"/>
          <w:szCs w:val="28"/>
        </w:rPr>
        <w:t xml:space="preserve"> </w:t>
      </w:r>
      <w:proofErr w:type="spellStart"/>
      <w:r w:rsidRPr="00420D39">
        <w:rPr>
          <w:sz w:val="28"/>
          <w:szCs w:val="28"/>
        </w:rPr>
        <w:t>Әл</w:t>
      </w:r>
      <w:proofErr w:type="spellEnd"/>
      <w:r w:rsidRPr="00420D39">
        <w:rPr>
          <w:sz w:val="28"/>
          <w:szCs w:val="28"/>
        </w:rPr>
        <w:t xml:space="preserve">-Фараби </w:t>
      </w:r>
      <w:proofErr w:type="spellStart"/>
      <w:r w:rsidRPr="00420D39">
        <w:rPr>
          <w:sz w:val="28"/>
          <w:szCs w:val="28"/>
        </w:rPr>
        <w:t>даңғылындағы</w:t>
      </w:r>
      <w:proofErr w:type="spellEnd"/>
      <w:r w:rsidRPr="00420D39">
        <w:rPr>
          <w:sz w:val="28"/>
          <w:szCs w:val="28"/>
        </w:rPr>
        <w:t xml:space="preserve"> </w:t>
      </w:r>
      <w:r w:rsidRPr="00420D39">
        <w:rPr>
          <w:sz w:val="28"/>
          <w:szCs w:val="28"/>
        </w:rPr>
        <w:br/>
        <w:t xml:space="preserve">№ 44/1 </w:t>
      </w:r>
      <w:proofErr w:type="spellStart"/>
      <w:r w:rsidRPr="00420D39">
        <w:rPr>
          <w:sz w:val="28"/>
          <w:szCs w:val="28"/>
        </w:rPr>
        <w:t>үйге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w:t>
      </w:r>
    </w:p>
    <w:p w14:paraId="55BF081C" w14:textId="77777777" w:rsidR="00E72A3C" w:rsidRPr="00420D39" w:rsidRDefault="00E72A3C" w:rsidP="00E72A3C">
      <w:pPr>
        <w:jc w:val="both"/>
        <w:rPr>
          <w:sz w:val="28"/>
          <w:szCs w:val="28"/>
        </w:rPr>
      </w:pPr>
    </w:p>
    <w:p w14:paraId="1CA6FC55" w14:textId="77777777" w:rsidR="00E72A3C" w:rsidRPr="00420D39" w:rsidRDefault="00E72A3C" w:rsidP="00E72A3C">
      <w:pPr>
        <w:jc w:val="center"/>
        <w:rPr>
          <w:sz w:val="28"/>
          <w:szCs w:val="28"/>
        </w:rPr>
      </w:pPr>
      <w:r w:rsidRPr="00420D39">
        <w:rPr>
          <w:sz w:val="28"/>
          <w:szCs w:val="28"/>
        </w:rPr>
        <w:t xml:space="preserve">№ 185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4D2AFA68"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xml:space="preserve"> – Астана </w:t>
      </w:r>
      <w:proofErr w:type="spellStart"/>
      <w:r w:rsidRPr="00420D39">
        <w:rPr>
          <w:sz w:val="28"/>
          <w:szCs w:val="28"/>
        </w:rPr>
        <w:t>қаласы</w:t>
      </w:r>
      <w:proofErr w:type="spellEnd"/>
      <w:r w:rsidRPr="00420D39">
        <w:rPr>
          <w:sz w:val="28"/>
          <w:szCs w:val="28"/>
        </w:rPr>
        <w:t xml:space="preserve"> </w:t>
      </w:r>
      <w:proofErr w:type="spellStart"/>
      <w:r w:rsidRPr="00420D39">
        <w:rPr>
          <w:sz w:val="28"/>
          <w:szCs w:val="28"/>
        </w:rPr>
        <w:t>әкімдігінің</w:t>
      </w:r>
      <w:proofErr w:type="spellEnd"/>
      <w:r w:rsidRPr="00420D39">
        <w:rPr>
          <w:sz w:val="28"/>
          <w:szCs w:val="28"/>
        </w:rPr>
        <w:t xml:space="preserve"> «</w:t>
      </w:r>
      <w:proofErr w:type="spellStart"/>
      <w:r w:rsidRPr="00420D39">
        <w:rPr>
          <w:sz w:val="28"/>
          <w:szCs w:val="28"/>
        </w:rPr>
        <w:t>Жүсіпбек</w:t>
      </w:r>
      <w:proofErr w:type="spellEnd"/>
      <w:r w:rsidRPr="00420D39">
        <w:rPr>
          <w:sz w:val="28"/>
          <w:szCs w:val="28"/>
        </w:rPr>
        <w:t xml:space="preserve"> </w:t>
      </w:r>
      <w:proofErr w:type="spellStart"/>
      <w:r w:rsidRPr="00420D39">
        <w:rPr>
          <w:sz w:val="28"/>
          <w:szCs w:val="28"/>
        </w:rPr>
        <w:t>Аймауытұлы</w:t>
      </w:r>
      <w:proofErr w:type="spellEnd"/>
      <w:r w:rsidRPr="00420D39">
        <w:rPr>
          <w:sz w:val="28"/>
          <w:szCs w:val="28"/>
        </w:rPr>
        <w:t xml:space="preserve"> </w:t>
      </w:r>
      <w:proofErr w:type="spellStart"/>
      <w:r w:rsidRPr="00420D39">
        <w:rPr>
          <w:sz w:val="28"/>
          <w:szCs w:val="28"/>
        </w:rPr>
        <w:t>атындағы</w:t>
      </w:r>
      <w:proofErr w:type="spellEnd"/>
      <w:r w:rsidRPr="00420D39">
        <w:rPr>
          <w:sz w:val="28"/>
          <w:szCs w:val="28"/>
        </w:rPr>
        <w:t xml:space="preserve"> № 24 </w:t>
      </w:r>
      <w:proofErr w:type="spellStart"/>
      <w:r w:rsidRPr="00420D39">
        <w:rPr>
          <w:sz w:val="28"/>
          <w:szCs w:val="28"/>
        </w:rPr>
        <w:t>жалпы</w:t>
      </w:r>
      <w:proofErr w:type="spellEnd"/>
      <w:r w:rsidRPr="00420D39">
        <w:rPr>
          <w:sz w:val="28"/>
          <w:szCs w:val="28"/>
        </w:rPr>
        <w:t xml:space="preserve"> орта </w:t>
      </w:r>
      <w:proofErr w:type="spellStart"/>
      <w:r w:rsidRPr="00420D39">
        <w:rPr>
          <w:sz w:val="28"/>
          <w:szCs w:val="28"/>
        </w:rPr>
        <w:t>білім</w:t>
      </w:r>
      <w:proofErr w:type="spellEnd"/>
      <w:r w:rsidRPr="00420D39">
        <w:rPr>
          <w:sz w:val="28"/>
          <w:szCs w:val="28"/>
        </w:rPr>
        <w:t xml:space="preserve"> </w:t>
      </w:r>
      <w:proofErr w:type="spellStart"/>
      <w:r w:rsidRPr="00420D39">
        <w:rPr>
          <w:sz w:val="28"/>
          <w:szCs w:val="28"/>
        </w:rPr>
        <w:t>беретін</w:t>
      </w:r>
      <w:proofErr w:type="spellEnd"/>
      <w:r w:rsidRPr="00420D39">
        <w:rPr>
          <w:sz w:val="28"/>
          <w:szCs w:val="28"/>
        </w:rPr>
        <w:t xml:space="preserve"> </w:t>
      </w:r>
      <w:proofErr w:type="spellStart"/>
      <w:r w:rsidRPr="00420D39">
        <w:rPr>
          <w:sz w:val="28"/>
          <w:szCs w:val="28"/>
        </w:rPr>
        <w:t>мектеп</w:t>
      </w:r>
      <w:proofErr w:type="spellEnd"/>
      <w:r w:rsidRPr="00420D39">
        <w:rPr>
          <w:sz w:val="28"/>
          <w:szCs w:val="28"/>
        </w:rPr>
        <w:t xml:space="preserve">» </w:t>
      </w:r>
      <w:proofErr w:type="spellStart"/>
      <w:r w:rsidRPr="00420D39">
        <w:rPr>
          <w:sz w:val="28"/>
          <w:szCs w:val="28"/>
        </w:rPr>
        <w:t>шаруашылық</w:t>
      </w:r>
      <w:proofErr w:type="spellEnd"/>
      <w:r w:rsidRPr="00420D39">
        <w:rPr>
          <w:sz w:val="28"/>
          <w:szCs w:val="28"/>
        </w:rPr>
        <w:t xml:space="preserve"> </w:t>
      </w:r>
      <w:proofErr w:type="spellStart"/>
      <w:r w:rsidRPr="00420D39">
        <w:rPr>
          <w:sz w:val="28"/>
          <w:szCs w:val="28"/>
        </w:rPr>
        <w:t>жүргізу</w:t>
      </w:r>
      <w:proofErr w:type="spellEnd"/>
      <w:r w:rsidRPr="00420D39">
        <w:rPr>
          <w:sz w:val="28"/>
          <w:szCs w:val="28"/>
        </w:rPr>
        <w:t xml:space="preserve"> </w:t>
      </w:r>
      <w:proofErr w:type="spellStart"/>
      <w:r w:rsidRPr="00420D39">
        <w:rPr>
          <w:sz w:val="28"/>
          <w:szCs w:val="28"/>
        </w:rPr>
        <w:t>құқығындағы</w:t>
      </w:r>
      <w:proofErr w:type="spellEnd"/>
      <w:r w:rsidRPr="00420D39">
        <w:rPr>
          <w:sz w:val="28"/>
          <w:szCs w:val="28"/>
        </w:rPr>
        <w:t xml:space="preserve"> </w:t>
      </w:r>
      <w:proofErr w:type="spellStart"/>
      <w:r w:rsidRPr="00420D39">
        <w:rPr>
          <w:sz w:val="28"/>
          <w:szCs w:val="28"/>
        </w:rPr>
        <w:t>мемлекеттік</w:t>
      </w:r>
      <w:proofErr w:type="spellEnd"/>
      <w:r w:rsidRPr="00420D39">
        <w:rPr>
          <w:sz w:val="28"/>
          <w:szCs w:val="28"/>
        </w:rPr>
        <w:t xml:space="preserve"> </w:t>
      </w:r>
      <w:proofErr w:type="spellStart"/>
      <w:r w:rsidRPr="00420D39">
        <w:rPr>
          <w:sz w:val="28"/>
          <w:szCs w:val="28"/>
        </w:rPr>
        <w:t>коммуналдық</w:t>
      </w:r>
      <w:proofErr w:type="spellEnd"/>
      <w:r w:rsidRPr="00420D39">
        <w:rPr>
          <w:sz w:val="28"/>
          <w:szCs w:val="28"/>
        </w:rPr>
        <w:t xml:space="preserve"> </w:t>
      </w:r>
      <w:proofErr w:type="spellStart"/>
      <w:r w:rsidRPr="00420D39">
        <w:rPr>
          <w:sz w:val="28"/>
          <w:szCs w:val="28"/>
        </w:rPr>
        <w:t>кәсіпорны</w:t>
      </w:r>
      <w:proofErr w:type="spellEnd"/>
      <w:r w:rsidRPr="00420D39">
        <w:rPr>
          <w:sz w:val="28"/>
          <w:szCs w:val="28"/>
        </w:rPr>
        <w:t xml:space="preserve">, </w:t>
      </w:r>
      <w:proofErr w:type="spellStart"/>
      <w:r w:rsidRPr="00420D39">
        <w:rPr>
          <w:sz w:val="28"/>
          <w:szCs w:val="28"/>
        </w:rPr>
        <w:t>Арнасай</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 127)</w:t>
      </w:r>
    </w:p>
    <w:p w14:paraId="04D54419" w14:textId="77777777" w:rsidR="00E72A3C" w:rsidRPr="00420D39" w:rsidRDefault="00E72A3C" w:rsidP="00E72A3C">
      <w:pPr>
        <w:ind w:firstLine="567"/>
        <w:rPr>
          <w:sz w:val="28"/>
          <w:szCs w:val="28"/>
        </w:rPr>
      </w:pPr>
    </w:p>
    <w:p w14:paraId="04A21E2B" w14:textId="77777777" w:rsidR="00E72A3C" w:rsidRPr="00420D39" w:rsidRDefault="00E72A3C" w:rsidP="00E72A3C">
      <w:pPr>
        <w:ind w:firstLine="567"/>
        <w:jc w:val="both"/>
        <w:rPr>
          <w:sz w:val="28"/>
          <w:szCs w:val="28"/>
        </w:rPr>
      </w:pPr>
      <w:proofErr w:type="spellStart"/>
      <w:r w:rsidRPr="00420D39">
        <w:rPr>
          <w:sz w:val="28"/>
          <w:szCs w:val="28"/>
        </w:rPr>
        <w:t>Шекара</w:t>
      </w:r>
      <w:proofErr w:type="spellEnd"/>
      <w:r w:rsidRPr="00420D39">
        <w:rPr>
          <w:sz w:val="28"/>
          <w:szCs w:val="28"/>
          <w:lang w:val="kk-KZ"/>
        </w:rPr>
        <w:t>с</w:t>
      </w:r>
      <w:r w:rsidRPr="00420D39">
        <w:rPr>
          <w:sz w:val="28"/>
          <w:szCs w:val="28"/>
        </w:rPr>
        <w:t xml:space="preserve">ы: </w:t>
      </w:r>
      <w:proofErr w:type="spellStart"/>
      <w:r w:rsidRPr="00420D39">
        <w:rPr>
          <w:sz w:val="28"/>
          <w:szCs w:val="28"/>
        </w:rPr>
        <w:t>Арнасай</w:t>
      </w:r>
      <w:proofErr w:type="spellEnd"/>
      <w:r w:rsidRPr="00420D39">
        <w:rPr>
          <w:sz w:val="28"/>
          <w:szCs w:val="28"/>
        </w:rPr>
        <w:t xml:space="preserve"> </w:t>
      </w:r>
      <w:proofErr w:type="spellStart"/>
      <w:r w:rsidRPr="00420D39">
        <w:rPr>
          <w:sz w:val="28"/>
          <w:szCs w:val="28"/>
        </w:rPr>
        <w:t>көшесінен</w:t>
      </w:r>
      <w:proofErr w:type="spellEnd"/>
      <w:r w:rsidRPr="00420D39">
        <w:rPr>
          <w:sz w:val="28"/>
          <w:szCs w:val="28"/>
        </w:rPr>
        <w:t xml:space="preserve"> </w:t>
      </w:r>
      <w:proofErr w:type="spellStart"/>
      <w:r w:rsidRPr="00420D39">
        <w:rPr>
          <w:sz w:val="28"/>
          <w:szCs w:val="28"/>
        </w:rPr>
        <w:t>бастап</w:t>
      </w:r>
      <w:proofErr w:type="spellEnd"/>
      <w:r w:rsidRPr="00420D39">
        <w:rPr>
          <w:sz w:val="28"/>
          <w:szCs w:val="28"/>
        </w:rPr>
        <w:t xml:space="preserve"> </w:t>
      </w:r>
      <w:proofErr w:type="spellStart"/>
      <w:r w:rsidRPr="00420D39">
        <w:rPr>
          <w:sz w:val="28"/>
          <w:szCs w:val="28"/>
        </w:rPr>
        <w:t>Жа</w:t>
      </w:r>
      <w:proofErr w:type="spellEnd"/>
      <w:r w:rsidRPr="00420D39">
        <w:rPr>
          <w:sz w:val="28"/>
          <w:szCs w:val="28"/>
          <w:lang w:val="kk-KZ"/>
        </w:rPr>
        <w:t>ң</w:t>
      </w:r>
      <w:proofErr w:type="spellStart"/>
      <w:r w:rsidRPr="00420D39">
        <w:rPr>
          <w:sz w:val="28"/>
          <w:szCs w:val="28"/>
        </w:rPr>
        <w:t>адария</w:t>
      </w:r>
      <w:proofErr w:type="spellEnd"/>
      <w:r w:rsidRPr="00420D39">
        <w:rPr>
          <w:sz w:val="28"/>
          <w:szCs w:val="28"/>
        </w:rPr>
        <w:t xml:space="preserve"> </w:t>
      </w:r>
      <w:proofErr w:type="spellStart"/>
      <w:r w:rsidRPr="00420D39">
        <w:rPr>
          <w:sz w:val="28"/>
          <w:szCs w:val="28"/>
        </w:rPr>
        <w:t>көшесімен</w:t>
      </w:r>
      <w:proofErr w:type="spellEnd"/>
      <w:r w:rsidRPr="00420D39">
        <w:rPr>
          <w:sz w:val="28"/>
          <w:szCs w:val="28"/>
        </w:rPr>
        <w:t xml:space="preserve"> </w:t>
      </w:r>
      <w:proofErr w:type="spellStart"/>
      <w:r w:rsidRPr="00420D39">
        <w:rPr>
          <w:sz w:val="28"/>
          <w:szCs w:val="28"/>
        </w:rPr>
        <w:t>Қабанбай</w:t>
      </w:r>
      <w:proofErr w:type="spellEnd"/>
      <w:r w:rsidRPr="00420D39">
        <w:rPr>
          <w:sz w:val="28"/>
          <w:szCs w:val="28"/>
        </w:rPr>
        <w:t xml:space="preserve"> батыр </w:t>
      </w:r>
      <w:proofErr w:type="spellStart"/>
      <w:r w:rsidRPr="00420D39">
        <w:rPr>
          <w:sz w:val="28"/>
          <w:szCs w:val="28"/>
        </w:rPr>
        <w:t>даңғылына</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Қабанбай</w:t>
      </w:r>
      <w:proofErr w:type="spellEnd"/>
      <w:r w:rsidRPr="00420D39">
        <w:rPr>
          <w:sz w:val="28"/>
          <w:szCs w:val="28"/>
        </w:rPr>
        <w:t xml:space="preserve"> батыр </w:t>
      </w:r>
      <w:proofErr w:type="spellStart"/>
      <w:r w:rsidRPr="00420D39">
        <w:rPr>
          <w:sz w:val="28"/>
          <w:szCs w:val="28"/>
        </w:rPr>
        <w:t>даңғылымен</w:t>
      </w:r>
      <w:proofErr w:type="spellEnd"/>
      <w:r w:rsidRPr="00420D39">
        <w:rPr>
          <w:sz w:val="28"/>
          <w:szCs w:val="28"/>
        </w:rPr>
        <w:t xml:space="preserve"> </w:t>
      </w:r>
      <w:proofErr w:type="spellStart"/>
      <w:r w:rsidRPr="00420D39">
        <w:rPr>
          <w:sz w:val="28"/>
          <w:szCs w:val="28"/>
        </w:rPr>
        <w:t>Арнасай</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 xml:space="preserve">, </w:t>
      </w:r>
      <w:proofErr w:type="spellStart"/>
      <w:r w:rsidRPr="00420D39">
        <w:rPr>
          <w:sz w:val="28"/>
          <w:szCs w:val="28"/>
        </w:rPr>
        <w:t>Қабанбай</w:t>
      </w:r>
      <w:proofErr w:type="spellEnd"/>
      <w:r w:rsidRPr="00420D39">
        <w:rPr>
          <w:sz w:val="28"/>
          <w:szCs w:val="28"/>
        </w:rPr>
        <w:t xml:space="preserve"> батыр </w:t>
      </w:r>
      <w:proofErr w:type="spellStart"/>
      <w:r w:rsidRPr="00420D39">
        <w:rPr>
          <w:sz w:val="28"/>
          <w:szCs w:val="28"/>
        </w:rPr>
        <w:t>даңғылынан</w:t>
      </w:r>
      <w:proofErr w:type="spellEnd"/>
      <w:r w:rsidRPr="00420D39">
        <w:rPr>
          <w:sz w:val="28"/>
          <w:szCs w:val="28"/>
        </w:rPr>
        <w:t xml:space="preserve"> </w:t>
      </w:r>
      <w:proofErr w:type="spellStart"/>
      <w:r w:rsidRPr="00420D39">
        <w:rPr>
          <w:sz w:val="28"/>
          <w:szCs w:val="28"/>
        </w:rPr>
        <w:t>Арнасай</w:t>
      </w:r>
      <w:proofErr w:type="spellEnd"/>
      <w:r w:rsidRPr="00420D39">
        <w:rPr>
          <w:sz w:val="28"/>
          <w:szCs w:val="28"/>
        </w:rPr>
        <w:t xml:space="preserve"> </w:t>
      </w:r>
      <w:proofErr w:type="spellStart"/>
      <w:r w:rsidRPr="00420D39">
        <w:rPr>
          <w:sz w:val="28"/>
          <w:szCs w:val="28"/>
        </w:rPr>
        <w:t>көшесімен</w:t>
      </w:r>
      <w:proofErr w:type="spellEnd"/>
      <w:r w:rsidRPr="00420D39">
        <w:rPr>
          <w:sz w:val="28"/>
          <w:szCs w:val="28"/>
        </w:rPr>
        <w:t xml:space="preserve"> </w:t>
      </w:r>
      <w:proofErr w:type="spellStart"/>
      <w:r w:rsidRPr="00420D39">
        <w:rPr>
          <w:sz w:val="28"/>
          <w:szCs w:val="28"/>
        </w:rPr>
        <w:t>Жаңадария</w:t>
      </w:r>
      <w:proofErr w:type="spellEnd"/>
      <w:r w:rsidRPr="00420D39">
        <w:rPr>
          <w:sz w:val="28"/>
          <w:szCs w:val="28"/>
        </w:rPr>
        <w:t xml:space="preserve"> </w:t>
      </w:r>
      <w:proofErr w:type="spellStart"/>
      <w:r w:rsidRPr="00420D39">
        <w:rPr>
          <w:sz w:val="28"/>
          <w:szCs w:val="28"/>
        </w:rPr>
        <w:t>көшесіне</w:t>
      </w:r>
      <w:proofErr w:type="spellEnd"/>
      <w:r w:rsidRPr="00420D39">
        <w:rPr>
          <w:sz w:val="28"/>
          <w:szCs w:val="28"/>
        </w:rPr>
        <w:t xml:space="preserve"> </w:t>
      </w:r>
      <w:proofErr w:type="spellStart"/>
      <w:r w:rsidRPr="00420D39">
        <w:rPr>
          <w:sz w:val="28"/>
          <w:szCs w:val="28"/>
        </w:rPr>
        <w:t>дейін</w:t>
      </w:r>
      <w:proofErr w:type="spellEnd"/>
      <w:r w:rsidRPr="00420D39">
        <w:rPr>
          <w:sz w:val="28"/>
          <w:szCs w:val="28"/>
        </w:rPr>
        <w:t>.</w:t>
      </w:r>
    </w:p>
    <w:p w14:paraId="5A6C1C1B" w14:textId="77777777" w:rsidR="00E72A3C" w:rsidRPr="00420D39" w:rsidRDefault="00E72A3C" w:rsidP="00E72A3C">
      <w:pPr>
        <w:ind w:firstLine="567"/>
        <w:rPr>
          <w:sz w:val="28"/>
          <w:szCs w:val="28"/>
        </w:rPr>
      </w:pPr>
    </w:p>
    <w:p w14:paraId="007F1267" w14:textId="77777777" w:rsidR="00E72A3C" w:rsidRPr="00814807" w:rsidRDefault="00E72A3C" w:rsidP="00E72A3C">
      <w:pPr>
        <w:jc w:val="center"/>
        <w:rPr>
          <w:sz w:val="28"/>
          <w:szCs w:val="28"/>
        </w:rPr>
      </w:pPr>
      <w:r w:rsidRPr="00814807">
        <w:rPr>
          <w:sz w:val="28"/>
          <w:szCs w:val="28"/>
        </w:rPr>
        <w:t xml:space="preserve">№ 186 </w:t>
      </w:r>
      <w:proofErr w:type="spellStart"/>
      <w:r w:rsidRPr="00814807">
        <w:rPr>
          <w:sz w:val="28"/>
          <w:szCs w:val="28"/>
        </w:rPr>
        <w:t>сайлау</w:t>
      </w:r>
      <w:proofErr w:type="spellEnd"/>
      <w:r w:rsidRPr="00814807">
        <w:rPr>
          <w:sz w:val="28"/>
          <w:szCs w:val="28"/>
        </w:rPr>
        <w:t xml:space="preserve"> </w:t>
      </w:r>
      <w:proofErr w:type="spellStart"/>
      <w:r w:rsidRPr="00814807">
        <w:rPr>
          <w:sz w:val="28"/>
          <w:szCs w:val="28"/>
        </w:rPr>
        <w:t>учаскесі</w:t>
      </w:r>
      <w:proofErr w:type="spellEnd"/>
      <w:r w:rsidRPr="00814807">
        <w:rPr>
          <w:sz w:val="28"/>
          <w:szCs w:val="28"/>
        </w:rPr>
        <w:t xml:space="preserve"> </w:t>
      </w:r>
    </w:p>
    <w:p w14:paraId="25F19DAF" w14:textId="77777777" w:rsidR="00E72A3C" w:rsidRPr="00814807" w:rsidRDefault="00E72A3C" w:rsidP="00E72A3C">
      <w:pPr>
        <w:jc w:val="center"/>
        <w:rPr>
          <w:sz w:val="28"/>
          <w:szCs w:val="28"/>
        </w:rPr>
      </w:pPr>
      <w:r w:rsidRPr="00814807">
        <w:rPr>
          <w:sz w:val="28"/>
          <w:szCs w:val="28"/>
        </w:rPr>
        <w:t>(</w:t>
      </w:r>
      <w:proofErr w:type="spellStart"/>
      <w:r w:rsidRPr="00814807">
        <w:rPr>
          <w:sz w:val="28"/>
          <w:szCs w:val="28"/>
        </w:rPr>
        <w:t>орталығы</w:t>
      </w:r>
      <w:proofErr w:type="spellEnd"/>
      <w:r w:rsidRPr="00814807">
        <w:rPr>
          <w:sz w:val="28"/>
          <w:szCs w:val="28"/>
        </w:rPr>
        <w:t xml:space="preserve"> – Астана </w:t>
      </w:r>
      <w:proofErr w:type="spellStart"/>
      <w:r w:rsidRPr="00814807">
        <w:rPr>
          <w:sz w:val="28"/>
          <w:szCs w:val="28"/>
        </w:rPr>
        <w:t>қаласы</w:t>
      </w:r>
      <w:proofErr w:type="spellEnd"/>
      <w:r w:rsidRPr="00814807">
        <w:rPr>
          <w:sz w:val="28"/>
          <w:szCs w:val="28"/>
        </w:rPr>
        <w:t xml:space="preserve"> </w:t>
      </w:r>
      <w:proofErr w:type="spellStart"/>
      <w:r w:rsidRPr="00814807">
        <w:rPr>
          <w:sz w:val="28"/>
          <w:szCs w:val="28"/>
        </w:rPr>
        <w:t>әкімдігінің</w:t>
      </w:r>
      <w:proofErr w:type="spellEnd"/>
      <w:r w:rsidRPr="00814807">
        <w:rPr>
          <w:sz w:val="28"/>
          <w:szCs w:val="28"/>
        </w:rPr>
        <w:t xml:space="preserve"> «№ 99 </w:t>
      </w:r>
      <w:proofErr w:type="spellStart"/>
      <w:r w:rsidRPr="00814807">
        <w:rPr>
          <w:sz w:val="28"/>
          <w:szCs w:val="28"/>
        </w:rPr>
        <w:t>жалпы</w:t>
      </w:r>
      <w:proofErr w:type="spellEnd"/>
      <w:r w:rsidRPr="00814807">
        <w:rPr>
          <w:sz w:val="28"/>
          <w:szCs w:val="28"/>
        </w:rPr>
        <w:t xml:space="preserve"> орта </w:t>
      </w:r>
      <w:proofErr w:type="spellStart"/>
      <w:r w:rsidRPr="00814807">
        <w:rPr>
          <w:sz w:val="28"/>
          <w:szCs w:val="28"/>
        </w:rPr>
        <w:t>білім</w:t>
      </w:r>
      <w:proofErr w:type="spellEnd"/>
      <w:r w:rsidRPr="00814807">
        <w:rPr>
          <w:sz w:val="28"/>
          <w:szCs w:val="28"/>
        </w:rPr>
        <w:t xml:space="preserve"> </w:t>
      </w:r>
      <w:proofErr w:type="spellStart"/>
      <w:r w:rsidRPr="00814807">
        <w:rPr>
          <w:sz w:val="28"/>
          <w:szCs w:val="28"/>
        </w:rPr>
        <w:t>беретін</w:t>
      </w:r>
      <w:proofErr w:type="spellEnd"/>
      <w:r w:rsidRPr="00814807">
        <w:rPr>
          <w:sz w:val="28"/>
          <w:szCs w:val="28"/>
        </w:rPr>
        <w:t xml:space="preserve"> </w:t>
      </w:r>
      <w:proofErr w:type="spellStart"/>
      <w:r w:rsidRPr="00814807">
        <w:rPr>
          <w:sz w:val="28"/>
          <w:szCs w:val="28"/>
        </w:rPr>
        <w:t>мектеп</w:t>
      </w:r>
      <w:proofErr w:type="spellEnd"/>
      <w:r w:rsidRPr="00814807">
        <w:rPr>
          <w:sz w:val="28"/>
          <w:szCs w:val="28"/>
        </w:rPr>
        <w:t xml:space="preserve">» </w:t>
      </w:r>
      <w:proofErr w:type="spellStart"/>
      <w:r w:rsidRPr="00814807">
        <w:rPr>
          <w:sz w:val="28"/>
          <w:szCs w:val="28"/>
        </w:rPr>
        <w:t>шаруашылық</w:t>
      </w:r>
      <w:proofErr w:type="spellEnd"/>
      <w:r w:rsidRPr="00814807">
        <w:rPr>
          <w:sz w:val="28"/>
          <w:szCs w:val="28"/>
        </w:rPr>
        <w:t xml:space="preserve"> </w:t>
      </w:r>
      <w:proofErr w:type="spellStart"/>
      <w:r w:rsidRPr="00814807">
        <w:rPr>
          <w:sz w:val="28"/>
          <w:szCs w:val="28"/>
        </w:rPr>
        <w:t>жүргізу</w:t>
      </w:r>
      <w:proofErr w:type="spellEnd"/>
      <w:r w:rsidRPr="00814807">
        <w:rPr>
          <w:sz w:val="28"/>
          <w:szCs w:val="28"/>
        </w:rPr>
        <w:t xml:space="preserve"> </w:t>
      </w:r>
      <w:proofErr w:type="spellStart"/>
      <w:r w:rsidRPr="00814807">
        <w:rPr>
          <w:sz w:val="28"/>
          <w:szCs w:val="28"/>
        </w:rPr>
        <w:t>құқығындағы</w:t>
      </w:r>
      <w:proofErr w:type="spellEnd"/>
      <w:r w:rsidRPr="00814807">
        <w:rPr>
          <w:sz w:val="28"/>
          <w:szCs w:val="28"/>
        </w:rPr>
        <w:t xml:space="preserve"> </w:t>
      </w:r>
      <w:proofErr w:type="spellStart"/>
      <w:r w:rsidRPr="00814807">
        <w:rPr>
          <w:sz w:val="28"/>
          <w:szCs w:val="28"/>
        </w:rPr>
        <w:t>мемлекеттік</w:t>
      </w:r>
      <w:proofErr w:type="spellEnd"/>
      <w:r w:rsidRPr="00814807">
        <w:rPr>
          <w:sz w:val="28"/>
          <w:szCs w:val="28"/>
        </w:rPr>
        <w:t xml:space="preserve"> </w:t>
      </w:r>
      <w:proofErr w:type="spellStart"/>
      <w:r w:rsidRPr="00814807">
        <w:rPr>
          <w:sz w:val="28"/>
          <w:szCs w:val="28"/>
        </w:rPr>
        <w:t>коммуналдық</w:t>
      </w:r>
      <w:proofErr w:type="spellEnd"/>
      <w:r w:rsidRPr="00814807">
        <w:rPr>
          <w:sz w:val="28"/>
          <w:szCs w:val="28"/>
        </w:rPr>
        <w:t xml:space="preserve"> </w:t>
      </w:r>
      <w:proofErr w:type="spellStart"/>
      <w:r w:rsidRPr="00814807">
        <w:rPr>
          <w:sz w:val="28"/>
          <w:szCs w:val="28"/>
        </w:rPr>
        <w:t>кәсіпорны</w:t>
      </w:r>
      <w:proofErr w:type="spellEnd"/>
      <w:r w:rsidRPr="00814807">
        <w:rPr>
          <w:sz w:val="28"/>
          <w:szCs w:val="28"/>
        </w:rPr>
        <w:t xml:space="preserve">, </w:t>
      </w:r>
      <w:proofErr w:type="spellStart"/>
      <w:r w:rsidRPr="00814807">
        <w:rPr>
          <w:sz w:val="28"/>
          <w:szCs w:val="28"/>
        </w:rPr>
        <w:t>Қабанбай</w:t>
      </w:r>
      <w:proofErr w:type="spellEnd"/>
      <w:r w:rsidRPr="00814807">
        <w:rPr>
          <w:sz w:val="28"/>
          <w:szCs w:val="28"/>
        </w:rPr>
        <w:t xml:space="preserve"> батыр </w:t>
      </w:r>
      <w:proofErr w:type="spellStart"/>
      <w:r w:rsidRPr="00814807">
        <w:rPr>
          <w:sz w:val="28"/>
          <w:szCs w:val="28"/>
        </w:rPr>
        <w:t>даңғылы</w:t>
      </w:r>
      <w:proofErr w:type="spellEnd"/>
      <w:r w:rsidRPr="00814807">
        <w:rPr>
          <w:sz w:val="28"/>
          <w:szCs w:val="28"/>
        </w:rPr>
        <w:t>, № 38а)</w:t>
      </w:r>
    </w:p>
    <w:p w14:paraId="413B191E" w14:textId="77777777" w:rsidR="00E72A3C" w:rsidRPr="00814807" w:rsidRDefault="00E72A3C" w:rsidP="00E72A3C">
      <w:pPr>
        <w:ind w:firstLine="567"/>
        <w:rPr>
          <w:sz w:val="28"/>
          <w:szCs w:val="28"/>
        </w:rPr>
      </w:pPr>
    </w:p>
    <w:p w14:paraId="133F7160" w14:textId="77777777" w:rsidR="00E72A3C" w:rsidRPr="00420D39" w:rsidRDefault="00E72A3C" w:rsidP="00E72A3C">
      <w:pPr>
        <w:ind w:firstLine="567"/>
        <w:rPr>
          <w:sz w:val="28"/>
          <w:szCs w:val="28"/>
        </w:rPr>
      </w:pPr>
      <w:proofErr w:type="spellStart"/>
      <w:r w:rsidRPr="00814807">
        <w:rPr>
          <w:sz w:val="28"/>
          <w:szCs w:val="28"/>
        </w:rPr>
        <w:t>Шекарасы</w:t>
      </w:r>
      <w:proofErr w:type="spellEnd"/>
      <w:r w:rsidRPr="00814807">
        <w:rPr>
          <w:sz w:val="28"/>
          <w:szCs w:val="28"/>
        </w:rPr>
        <w:t xml:space="preserve">: </w:t>
      </w:r>
      <w:proofErr w:type="spellStart"/>
      <w:r w:rsidRPr="00814807">
        <w:rPr>
          <w:sz w:val="28"/>
          <w:szCs w:val="28"/>
        </w:rPr>
        <w:t>Сығанақ</w:t>
      </w:r>
      <w:proofErr w:type="spellEnd"/>
      <w:r w:rsidRPr="00814807">
        <w:rPr>
          <w:sz w:val="28"/>
          <w:szCs w:val="28"/>
        </w:rPr>
        <w:t xml:space="preserve"> </w:t>
      </w:r>
      <w:proofErr w:type="spellStart"/>
      <w:r w:rsidRPr="00814807">
        <w:rPr>
          <w:sz w:val="28"/>
          <w:szCs w:val="28"/>
        </w:rPr>
        <w:t>көшесі</w:t>
      </w:r>
      <w:proofErr w:type="spellEnd"/>
      <w:r w:rsidRPr="00814807">
        <w:rPr>
          <w:sz w:val="28"/>
          <w:szCs w:val="28"/>
        </w:rPr>
        <w:t>, № 52, 52/1, 52/2, 54, 54а, 54/1</w:t>
      </w:r>
      <w:r w:rsidRPr="00814807">
        <w:rPr>
          <w:sz w:val="28"/>
          <w:szCs w:val="28"/>
          <w:lang w:val="kk-KZ"/>
        </w:rPr>
        <w:t xml:space="preserve"> </w:t>
      </w:r>
      <w:proofErr w:type="spellStart"/>
      <w:r w:rsidRPr="00814807">
        <w:rPr>
          <w:sz w:val="28"/>
          <w:szCs w:val="28"/>
        </w:rPr>
        <w:t>үйлер</w:t>
      </w:r>
      <w:proofErr w:type="spellEnd"/>
      <w:r w:rsidRPr="00814807">
        <w:rPr>
          <w:sz w:val="28"/>
          <w:szCs w:val="28"/>
        </w:rPr>
        <w:t>.</w:t>
      </w:r>
    </w:p>
    <w:p w14:paraId="03ED2707" w14:textId="77777777" w:rsidR="00E72A3C" w:rsidRPr="00420D39" w:rsidRDefault="00E72A3C" w:rsidP="00E72A3C">
      <w:pPr>
        <w:ind w:firstLine="567"/>
        <w:rPr>
          <w:sz w:val="28"/>
          <w:szCs w:val="28"/>
        </w:rPr>
      </w:pPr>
    </w:p>
    <w:p w14:paraId="3BFEDF08" w14:textId="77777777" w:rsidR="00E72A3C" w:rsidRPr="00814807" w:rsidRDefault="00E72A3C" w:rsidP="00E72A3C">
      <w:pPr>
        <w:jc w:val="center"/>
        <w:rPr>
          <w:sz w:val="28"/>
          <w:szCs w:val="32"/>
          <w:lang w:val="kk-KZ"/>
        </w:rPr>
      </w:pPr>
      <w:r w:rsidRPr="00814807">
        <w:rPr>
          <w:sz w:val="28"/>
          <w:szCs w:val="32"/>
          <w:lang w:val="kk-KZ"/>
        </w:rPr>
        <w:t>№ 485 сайлау учаскесі</w:t>
      </w:r>
    </w:p>
    <w:p w14:paraId="3BBF052E" w14:textId="77777777" w:rsidR="00E72A3C" w:rsidRPr="00814807" w:rsidRDefault="00E72A3C" w:rsidP="00E72A3C">
      <w:pPr>
        <w:jc w:val="center"/>
        <w:rPr>
          <w:sz w:val="28"/>
          <w:szCs w:val="32"/>
          <w:lang w:val="kk-KZ"/>
        </w:rPr>
      </w:pPr>
      <w:r w:rsidRPr="00814807">
        <w:rPr>
          <w:sz w:val="28"/>
          <w:szCs w:val="32"/>
          <w:lang w:val="kk-KZ"/>
        </w:rPr>
        <w:t xml:space="preserve">(орталығы – Астана қаласы әкімдігінің «Дінмұхамед Қонаев атындағы </w:t>
      </w:r>
      <w:r w:rsidRPr="00814807">
        <w:rPr>
          <w:sz w:val="28"/>
          <w:szCs w:val="32"/>
          <w:lang w:val="kk-KZ"/>
        </w:rPr>
        <w:br/>
        <w:t>№ 66 мектеп-лицей» шаруашылық жүргізу құқығындағы мемлекеттік коммуналдық кәсіпорны, Д. Қонаев көшесі, № 33/1)</w:t>
      </w:r>
    </w:p>
    <w:p w14:paraId="2A36964C" w14:textId="77777777" w:rsidR="00E72A3C" w:rsidRPr="00814807" w:rsidRDefault="00E72A3C" w:rsidP="00E72A3C">
      <w:pPr>
        <w:jc w:val="center"/>
        <w:rPr>
          <w:sz w:val="28"/>
          <w:szCs w:val="32"/>
          <w:lang w:val="kk-KZ"/>
        </w:rPr>
      </w:pPr>
    </w:p>
    <w:p w14:paraId="0B309A42" w14:textId="77777777" w:rsidR="00E72A3C" w:rsidRPr="00420D39" w:rsidRDefault="00E72A3C" w:rsidP="00E72A3C">
      <w:pPr>
        <w:ind w:firstLine="567"/>
        <w:jc w:val="both"/>
        <w:rPr>
          <w:sz w:val="28"/>
          <w:szCs w:val="32"/>
          <w:lang w:val="kk-KZ"/>
        </w:rPr>
      </w:pPr>
      <w:r w:rsidRPr="00814807">
        <w:rPr>
          <w:sz w:val="28"/>
          <w:szCs w:val="32"/>
          <w:lang w:val="kk-KZ"/>
        </w:rPr>
        <w:t>Шекарасы: Сарайшық көшесінен Түркістан көшесімен Достық көшесіне дейін, Достық көшесімен Ақмешіт көшесіне дейін, Ақмешіт көшесімен Д. Қонаев көшесіне дейін, Ақмешіт көшесінен Д. Қонаев көшесімен Д. Қонаев көшесіндегі № 29 үйдің соңына дейін, Д. Қонаев көшесіндегі № 29 үйден өтпе жолмен Сарайшық көшесіне дейін, Сарайшық көшесімен</w:t>
      </w:r>
      <w:r>
        <w:rPr>
          <w:sz w:val="28"/>
          <w:szCs w:val="32"/>
          <w:lang w:val="kk-KZ"/>
        </w:rPr>
        <w:t>,</w:t>
      </w:r>
      <w:r w:rsidRPr="00814807">
        <w:rPr>
          <w:sz w:val="28"/>
          <w:szCs w:val="32"/>
          <w:lang w:val="kk-KZ"/>
        </w:rPr>
        <w:t xml:space="preserve"> Сарайшық көшесіндегі № 36, 38 үйлерді қоса алғанда</w:t>
      </w:r>
      <w:r>
        <w:rPr>
          <w:sz w:val="28"/>
          <w:szCs w:val="32"/>
          <w:lang w:val="kk-KZ"/>
        </w:rPr>
        <w:t>,</w:t>
      </w:r>
      <w:r w:rsidRPr="00814807">
        <w:rPr>
          <w:sz w:val="28"/>
          <w:szCs w:val="32"/>
          <w:lang w:val="kk-KZ"/>
        </w:rPr>
        <w:t xml:space="preserve"> Түркістан көшесіне дейін.</w:t>
      </w:r>
    </w:p>
    <w:p w14:paraId="629A95BD" w14:textId="77777777" w:rsidR="00E72A3C" w:rsidRPr="00420D39" w:rsidRDefault="00E72A3C" w:rsidP="00E72A3C">
      <w:pPr>
        <w:ind w:firstLine="567"/>
        <w:rPr>
          <w:sz w:val="28"/>
          <w:szCs w:val="32"/>
          <w:lang w:val="kk-KZ"/>
        </w:rPr>
      </w:pPr>
    </w:p>
    <w:p w14:paraId="5F6F639A" w14:textId="77777777" w:rsidR="00E72A3C" w:rsidRPr="00420D39" w:rsidRDefault="00E72A3C" w:rsidP="00E72A3C">
      <w:pPr>
        <w:jc w:val="center"/>
        <w:rPr>
          <w:sz w:val="28"/>
          <w:szCs w:val="32"/>
          <w:lang w:val="kk-KZ"/>
        </w:rPr>
      </w:pPr>
      <w:r w:rsidRPr="00420D39">
        <w:rPr>
          <w:sz w:val="28"/>
          <w:szCs w:val="32"/>
          <w:lang w:val="kk-KZ"/>
        </w:rPr>
        <w:t>№ 486 сайлау учаскесі</w:t>
      </w:r>
    </w:p>
    <w:p w14:paraId="4F4CF305" w14:textId="77777777" w:rsidR="00E72A3C" w:rsidRPr="00420D39" w:rsidRDefault="00E72A3C" w:rsidP="00E72A3C">
      <w:pPr>
        <w:jc w:val="center"/>
        <w:rPr>
          <w:sz w:val="28"/>
          <w:szCs w:val="32"/>
          <w:lang w:val="kk-KZ"/>
        </w:rPr>
      </w:pPr>
      <w:r w:rsidRPr="00420D39">
        <w:rPr>
          <w:sz w:val="28"/>
          <w:szCs w:val="32"/>
          <w:lang w:val="kk-KZ"/>
        </w:rPr>
        <w:t>(орталығы – Астана қаласы әкімдігінің «№ 104 жалпы орта білім беретін мектеп» шаруашылық жүргізу құқығындағы мемлекеттік коммуналдық кәсіпорны, «</w:t>
      </w:r>
      <w:proofErr w:type="spellStart"/>
      <w:r w:rsidRPr="00420D39">
        <w:rPr>
          <w:sz w:val="28"/>
          <w:szCs w:val="32"/>
          <w:lang w:val="kk-KZ"/>
        </w:rPr>
        <w:t>Заречное</w:t>
      </w:r>
      <w:proofErr w:type="spellEnd"/>
      <w:r w:rsidRPr="00420D39">
        <w:rPr>
          <w:sz w:val="28"/>
          <w:szCs w:val="32"/>
          <w:lang w:val="kk-KZ"/>
        </w:rPr>
        <w:t>» тұрғын алабы, Жошы хан көшесі, № 16)</w:t>
      </w:r>
    </w:p>
    <w:p w14:paraId="5613EC1E" w14:textId="77777777" w:rsidR="00E72A3C" w:rsidRPr="00420D39" w:rsidRDefault="00E72A3C" w:rsidP="00E72A3C">
      <w:pPr>
        <w:ind w:firstLine="567"/>
        <w:jc w:val="both"/>
        <w:rPr>
          <w:sz w:val="28"/>
          <w:szCs w:val="32"/>
          <w:lang w:val="kk-KZ"/>
        </w:rPr>
      </w:pPr>
    </w:p>
    <w:p w14:paraId="55562AEA" w14:textId="77777777" w:rsidR="00E72A3C" w:rsidRPr="00420D39" w:rsidRDefault="00E72A3C" w:rsidP="00E72A3C">
      <w:pPr>
        <w:ind w:firstLine="567"/>
        <w:jc w:val="both"/>
        <w:rPr>
          <w:sz w:val="28"/>
          <w:szCs w:val="32"/>
          <w:lang w:val="kk-KZ"/>
        </w:rPr>
      </w:pPr>
      <w:r w:rsidRPr="00420D39">
        <w:rPr>
          <w:sz w:val="28"/>
          <w:szCs w:val="32"/>
          <w:lang w:val="kk-KZ"/>
        </w:rPr>
        <w:t>Шекарасы: Орынбор көшесінен Ә. Бөкейхан көшесімен Ә. Бөкейхан көшесіндегі № 11а үйге дейін, Ә. Бөкейхан көшесінен өтпе жолмен Жиделі көшесіне дейін, Жиделі көшесімен Орынбор көшесіне дейін, Жиделі көшесінен Орынбор көшесімен Ә. Бөкейхан көшесіне дейін.</w:t>
      </w:r>
    </w:p>
    <w:p w14:paraId="65B9420D" w14:textId="77777777" w:rsidR="00E72A3C" w:rsidRDefault="00E72A3C" w:rsidP="00E72A3C">
      <w:pPr>
        <w:ind w:firstLine="567"/>
        <w:rPr>
          <w:sz w:val="28"/>
          <w:szCs w:val="32"/>
          <w:lang w:val="kk-KZ"/>
        </w:rPr>
      </w:pPr>
    </w:p>
    <w:p w14:paraId="326192D3" w14:textId="77777777" w:rsidR="001901EE" w:rsidRDefault="001901EE" w:rsidP="00E72A3C">
      <w:pPr>
        <w:jc w:val="center"/>
        <w:rPr>
          <w:sz w:val="28"/>
          <w:szCs w:val="32"/>
          <w:lang w:val="kk-KZ"/>
        </w:rPr>
      </w:pPr>
    </w:p>
    <w:p w14:paraId="0F27CDE8" w14:textId="3A643C14" w:rsidR="00E72A3C" w:rsidRPr="00420D39" w:rsidRDefault="00E72A3C" w:rsidP="00E72A3C">
      <w:pPr>
        <w:jc w:val="center"/>
        <w:rPr>
          <w:sz w:val="28"/>
          <w:szCs w:val="32"/>
          <w:lang w:val="kk-KZ"/>
        </w:rPr>
      </w:pPr>
      <w:r w:rsidRPr="00420D39">
        <w:rPr>
          <w:sz w:val="28"/>
          <w:szCs w:val="32"/>
          <w:lang w:val="kk-KZ"/>
        </w:rPr>
        <w:lastRenderedPageBreak/>
        <w:t>№ 487 сайлау учаскесі</w:t>
      </w:r>
    </w:p>
    <w:p w14:paraId="05130750" w14:textId="77777777" w:rsidR="00E72A3C" w:rsidRPr="00420D39" w:rsidRDefault="00E72A3C" w:rsidP="00E72A3C">
      <w:pPr>
        <w:jc w:val="center"/>
        <w:rPr>
          <w:sz w:val="28"/>
          <w:szCs w:val="32"/>
          <w:lang w:val="kk-KZ"/>
        </w:rPr>
      </w:pPr>
      <w:r w:rsidRPr="00420D39">
        <w:rPr>
          <w:sz w:val="28"/>
          <w:szCs w:val="32"/>
          <w:lang w:val="kk-KZ"/>
        </w:rPr>
        <w:t>(орталығы – Астана қаласы әкімдігінің «№ 107 жалпы орта білім беретін мектеп» шаруашылық жүргізу құқығындағы мемлекеттік коммуналдық кәсіпорны, Қ. Қайсенов көшесі, № 4/1)</w:t>
      </w:r>
    </w:p>
    <w:p w14:paraId="460C4D39" w14:textId="77777777" w:rsidR="00E72A3C" w:rsidRPr="00420D39" w:rsidRDefault="00E72A3C" w:rsidP="00E72A3C">
      <w:pPr>
        <w:ind w:firstLine="567"/>
        <w:jc w:val="both"/>
        <w:rPr>
          <w:sz w:val="28"/>
          <w:szCs w:val="32"/>
          <w:lang w:val="kk-KZ"/>
        </w:rPr>
      </w:pPr>
    </w:p>
    <w:p w14:paraId="60FB5048" w14:textId="77777777" w:rsidR="00E72A3C" w:rsidRPr="00420D39" w:rsidRDefault="00E72A3C" w:rsidP="00E72A3C">
      <w:pPr>
        <w:ind w:firstLine="567"/>
        <w:jc w:val="both"/>
        <w:rPr>
          <w:sz w:val="28"/>
          <w:szCs w:val="32"/>
          <w:lang w:val="kk-KZ"/>
        </w:rPr>
      </w:pPr>
      <w:r w:rsidRPr="00420D39">
        <w:rPr>
          <w:sz w:val="28"/>
          <w:szCs w:val="32"/>
          <w:lang w:val="kk-KZ"/>
        </w:rPr>
        <w:t>Шекарасы: Бұқар жырау көшесіндегі № 27, 31, 33, 33/1 үйлер, Әл-Фараби даңғылындағы № 11, 11/1 үйлер.</w:t>
      </w:r>
    </w:p>
    <w:p w14:paraId="2443CC6D" w14:textId="77777777" w:rsidR="00E72A3C" w:rsidRPr="00420D39" w:rsidRDefault="00E72A3C" w:rsidP="00E72A3C">
      <w:pPr>
        <w:ind w:firstLine="567"/>
        <w:rPr>
          <w:sz w:val="28"/>
          <w:szCs w:val="32"/>
          <w:lang w:val="kk-KZ"/>
        </w:rPr>
      </w:pPr>
    </w:p>
    <w:p w14:paraId="58062526" w14:textId="77777777" w:rsidR="00E72A3C" w:rsidRPr="00814807" w:rsidRDefault="00E72A3C" w:rsidP="00E72A3C">
      <w:pPr>
        <w:jc w:val="center"/>
        <w:rPr>
          <w:sz w:val="28"/>
          <w:szCs w:val="32"/>
          <w:lang w:val="kk-KZ"/>
        </w:rPr>
      </w:pPr>
      <w:r w:rsidRPr="00814807">
        <w:rPr>
          <w:sz w:val="28"/>
          <w:szCs w:val="32"/>
          <w:lang w:val="kk-KZ"/>
        </w:rPr>
        <w:t>№ 488 сайлау учаскесі</w:t>
      </w:r>
    </w:p>
    <w:p w14:paraId="7ECBFB71" w14:textId="77777777" w:rsidR="00E72A3C" w:rsidRPr="00814807" w:rsidRDefault="00E72A3C" w:rsidP="00E72A3C">
      <w:pPr>
        <w:jc w:val="center"/>
        <w:rPr>
          <w:sz w:val="28"/>
          <w:szCs w:val="32"/>
          <w:lang w:val="kk-KZ"/>
        </w:rPr>
      </w:pPr>
      <w:r w:rsidRPr="00814807">
        <w:rPr>
          <w:sz w:val="28"/>
          <w:szCs w:val="32"/>
          <w:lang w:val="kk-KZ"/>
        </w:rPr>
        <w:t>(орталығы – Астана қаласы әкімдігінің «№ 109 жалпы орта білім беретін мектеп» коммуналдық мемлекеттік мекемесі, Е669 көше, № 6)</w:t>
      </w:r>
    </w:p>
    <w:p w14:paraId="727A19AE" w14:textId="77777777" w:rsidR="00E72A3C" w:rsidRPr="00814807" w:rsidRDefault="00E72A3C" w:rsidP="00E72A3C">
      <w:pPr>
        <w:jc w:val="center"/>
        <w:rPr>
          <w:sz w:val="28"/>
          <w:szCs w:val="32"/>
          <w:lang w:val="kk-KZ"/>
        </w:rPr>
      </w:pPr>
    </w:p>
    <w:p w14:paraId="51381D53" w14:textId="77777777" w:rsidR="00E72A3C" w:rsidRPr="00420D39" w:rsidRDefault="00E72A3C" w:rsidP="00E72A3C">
      <w:pPr>
        <w:ind w:firstLine="567"/>
        <w:jc w:val="both"/>
        <w:rPr>
          <w:sz w:val="28"/>
          <w:szCs w:val="32"/>
          <w:lang w:val="kk-KZ"/>
        </w:rPr>
      </w:pPr>
      <w:r w:rsidRPr="00814807">
        <w:rPr>
          <w:sz w:val="28"/>
          <w:szCs w:val="32"/>
          <w:lang w:val="kk-KZ"/>
        </w:rPr>
        <w:t xml:space="preserve">Шекарасы: </w:t>
      </w:r>
      <w:r>
        <w:rPr>
          <w:sz w:val="28"/>
          <w:szCs w:val="32"/>
          <w:lang w:val="kk-KZ"/>
        </w:rPr>
        <w:t>Е825 көше</w:t>
      </w:r>
      <w:r w:rsidRPr="00814807">
        <w:rPr>
          <w:sz w:val="28"/>
          <w:szCs w:val="32"/>
          <w:lang w:val="kk-KZ"/>
        </w:rPr>
        <w:t xml:space="preserve">мен Ш. Мұртаза көшесінен Әл-Фараби даңғылына дейін, Әл-Фараби даңғылынан «Нұра-Есіл» каналына дейін, </w:t>
      </w:r>
      <w:r>
        <w:rPr>
          <w:sz w:val="28"/>
          <w:szCs w:val="32"/>
          <w:lang w:val="kk-KZ"/>
        </w:rPr>
        <w:br/>
      </w:r>
      <w:r w:rsidRPr="00814807">
        <w:rPr>
          <w:sz w:val="28"/>
          <w:szCs w:val="32"/>
          <w:lang w:val="kk-KZ"/>
        </w:rPr>
        <w:t>«Н</w:t>
      </w:r>
      <w:r>
        <w:rPr>
          <w:sz w:val="28"/>
          <w:szCs w:val="32"/>
          <w:lang w:val="kk-KZ"/>
        </w:rPr>
        <w:t>ұра-Есіл» каналымен Е509 көшеге дейін, Е509 көшем</w:t>
      </w:r>
      <w:r w:rsidRPr="00814807">
        <w:rPr>
          <w:sz w:val="28"/>
          <w:szCs w:val="32"/>
          <w:lang w:val="kk-KZ"/>
        </w:rPr>
        <w:t xml:space="preserve">ен Ш. Мұртаза көшесіне дейін, </w:t>
      </w:r>
      <w:r>
        <w:rPr>
          <w:sz w:val="28"/>
          <w:szCs w:val="32"/>
          <w:lang w:val="kk-KZ"/>
        </w:rPr>
        <w:t>Ш. Мұртаза көшесімен Е509 көшеден, Е509 көшедегі № 11 үйді және Е915 көше</w:t>
      </w:r>
      <w:r w:rsidRPr="00814807">
        <w:rPr>
          <w:sz w:val="28"/>
          <w:szCs w:val="32"/>
          <w:lang w:val="kk-KZ"/>
        </w:rPr>
        <w:t xml:space="preserve">дегі </w:t>
      </w:r>
      <w:r>
        <w:rPr>
          <w:sz w:val="28"/>
          <w:szCs w:val="32"/>
          <w:lang w:val="kk-KZ"/>
        </w:rPr>
        <w:t>№ 9 үйді қоспағанда, Е825 көшег</w:t>
      </w:r>
      <w:r w:rsidRPr="00814807">
        <w:rPr>
          <w:sz w:val="28"/>
          <w:szCs w:val="32"/>
          <w:lang w:val="kk-KZ"/>
        </w:rPr>
        <w:t>е дейін.</w:t>
      </w:r>
    </w:p>
    <w:p w14:paraId="70C9CF64" w14:textId="77777777" w:rsidR="00E72A3C" w:rsidRPr="00420D39" w:rsidRDefault="00E72A3C" w:rsidP="00E72A3C">
      <w:pPr>
        <w:ind w:firstLine="567"/>
        <w:rPr>
          <w:sz w:val="28"/>
          <w:szCs w:val="32"/>
          <w:lang w:val="kk-KZ"/>
        </w:rPr>
      </w:pPr>
    </w:p>
    <w:p w14:paraId="09263228" w14:textId="77777777" w:rsidR="00E72A3C" w:rsidRPr="00704466" w:rsidRDefault="00E72A3C" w:rsidP="00E72A3C">
      <w:pPr>
        <w:jc w:val="center"/>
        <w:rPr>
          <w:sz w:val="28"/>
          <w:szCs w:val="32"/>
          <w:lang w:val="kk-KZ"/>
        </w:rPr>
      </w:pPr>
      <w:r w:rsidRPr="00704466">
        <w:rPr>
          <w:sz w:val="28"/>
          <w:szCs w:val="32"/>
          <w:lang w:val="kk-KZ"/>
        </w:rPr>
        <w:t>№ 489 сайлау учаскесі</w:t>
      </w:r>
    </w:p>
    <w:p w14:paraId="195EE1B4" w14:textId="77777777" w:rsidR="00E72A3C" w:rsidRPr="00704466" w:rsidRDefault="00E72A3C" w:rsidP="00E72A3C">
      <w:pPr>
        <w:jc w:val="center"/>
        <w:rPr>
          <w:sz w:val="28"/>
          <w:szCs w:val="32"/>
          <w:lang w:val="kk-KZ"/>
        </w:rPr>
      </w:pPr>
      <w:r w:rsidRPr="00704466">
        <w:rPr>
          <w:sz w:val="28"/>
          <w:szCs w:val="32"/>
          <w:lang w:val="kk-KZ"/>
        </w:rPr>
        <w:t>(орталығы – Астана қаласы әкімдігінің «№ 108 жалпы орта білім беретін мектеп» коммуналдық мемлекеттік мекемесі, Е117 көшесі, № 40а)</w:t>
      </w:r>
    </w:p>
    <w:p w14:paraId="68058091" w14:textId="77777777" w:rsidR="00E72A3C" w:rsidRPr="00704466" w:rsidRDefault="00E72A3C" w:rsidP="00E72A3C">
      <w:pPr>
        <w:jc w:val="center"/>
        <w:rPr>
          <w:sz w:val="28"/>
          <w:szCs w:val="32"/>
          <w:lang w:val="kk-KZ"/>
        </w:rPr>
      </w:pPr>
    </w:p>
    <w:p w14:paraId="36223423" w14:textId="77777777" w:rsidR="00E72A3C" w:rsidRPr="00704466" w:rsidRDefault="00E72A3C" w:rsidP="00E72A3C">
      <w:pPr>
        <w:ind w:firstLine="567"/>
        <w:jc w:val="both"/>
        <w:rPr>
          <w:sz w:val="28"/>
          <w:szCs w:val="32"/>
          <w:lang w:val="kk-KZ"/>
        </w:rPr>
      </w:pPr>
      <w:r w:rsidRPr="00704466">
        <w:rPr>
          <w:sz w:val="28"/>
          <w:szCs w:val="32"/>
          <w:lang w:val="kk-KZ"/>
        </w:rPr>
        <w:t>Шекарасы: Ш. Мұртаза көшесіме</w:t>
      </w:r>
      <w:r>
        <w:rPr>
          <w:sz w:val="28"/>
          <w:szCs w:val="32"/>
          <w:lang w:val="kk-KZ"/>
        </w:rPr>
        <w:t>н Ұлы Дала даңғылынан Е825 көшеге дейін, Е825 көше</w:t>
      </w:r>
      <w:r w:rsidRPr="00704466">
        <w:rPr>
          <w:sz w:val="28"/>
          <w:szCs w:val="32"/>
          <w:lang w:val="kk-KZ"/>
        </w:rPr>
        <w:t xml:space="preserve">мен Әл-Фараби даңғылындағы № 44/1 үйге дейін, </w:t>
      </w:r>
      <w:r>
        <w:rPr>
          <w:sz w:val="28"/>
          <w:szCs w:val="32"/>
          <w:lang w:val="kk-KZ"/>
        </w:rPr>
        <w:br/>
      </w:r>
      <w:r w:rsidRPr="00704466">
        <w:rPr>
          <w:sz w:val="28"/>
          <w:szCs w:val="32"/>
          <w:lang w:val="kk-KZ"/>
        </w:rPr>
        <w:t>Әл-Фараби даңғылындағы № 44/1 үйден «Нұра-Есіл» каналымен Қабанбай батыр даңғылына дейін, Қабанбай батыр даңғылының жұп сандар жағымен «Есіл» ауданының шекарасына дейін, «Есіл» ауданының шекарасынан Ш</w:t>
      </w:r>
      <w:r>
        <w:rPr>
          <w:sz w:val="28"/>
          <w:szCs w:val="32"/>
          <w:lang w:val="kk-KZ"/>
        </w:rPr>
        <w:t>. Мұртаза көшесімен Е117 көшеге дейін, Е117 көше</w:t>
      </w:r>
      <w:r w:rsidRPr="00704466">
        <w:rPr>
          <w:sz w:val="28"/>
          <w:szCs w:val="32"/>
          <w:lang w:val="kk-KZ"/>
        </w:rPr>
        <w:t>мен Ұлы Дала даңғылына дейін, Ұлы Дала даңғылынан Ш. Мұртаза көшесіне дейін.</w:t>
      </w:r>
    </w:p>
    <w:p w14:paraId="5936E70C" w14:textId="77777777" w:rsidR="00E72A3C" w:rsidRDefault="00E72A3C" w:rsidP="00E72A3C">
      <w:pPr>
        <w:jc w:val="center"/>
        <w:rPr>
          <w:sz w:val="28"/>
          <w:szCs w:val="32"/>
          <w:lang w:val="kk-KZ"/>
        </w:rPr>
      </w:pPr>
    </w:p>
    <w:p w14:paraId="2A4AAA60" w14:textId="77777777" w:rsidR="00E72A3C" w:rsidRPr="00814807" w:rsidRDefault="00E72A3C" w:rsidP="00E72A3C">
      <w:pPr>
        <w:jc w:val="center"/>
        <w:rPr>
          <w:sz w:val="28"/>
          <w:szCs w:val="32"/>
          <w:lang w:val="kk-KZ"/>
        </w:rPr>
      </w:pPr>
      <w:r w:rsidRPr="00814807">
        <w:rPr>
          <w:sz w:val="28"/>
          <w:szCs w:val="32"/>
          <w:lang w:val="kk-KZ"/>
        </w:rPr>
        <w:t>№ 490 сайлау учаскесі</w:t>
      </w:r>
    </w:p>
    <w:p w14:paraId="0D76F7C0" w14:textId="77777777" w:rsidR="00E72A3C" w:rsidRPr="00814807" w:rsidRDefault="00E72A3C" w:rsidP="00E72A3C">
      <w:pPr>
        <w:jc w:val="center"/>
        <w:rPr>
          <w:sz w:val="28"/>
          <w:szCs w:val="32"/>
          <w:lang w:val="kk-KZ"/>
        </w:rPr>
      </w:pPr>
      <w:r w:rsidRPr="00814807">
        <w:rPr>
          <w:sz w:val="28"/>
          <w:szCs w:val="32"/>
          <w:lang w:val="kk-KZ"/>
        </w:rPr>
        <w:t xml:space="preserve">(орталығы – Астана қаласы әкімдігінің «Қадыр Мырза Әлі атындағы </w:t>
      </w:r>
      <w:r w:rsidRPr="00814807">
        <w:rPr>
          <w:sz w:val="28"/>
          <w:szCs w:val="32"/>
          <w:lang w:val="kk-KZ"/>
        </w:rPr>
        <w:br/>
        <w:t>№ 88 мектеп-лицей» шаруашылық жүргізу құқығындағы мемлекеттік к</w:t>
      </w:r>
      <w:r>
        <w:rPr>
          <w:sz w:val="28"/>
          <w:szCs w:val="32"/>
          <w:lang w:val="kk-KZ"/>
        </w:rPr>
        <w:t>оммуналдық кәсіпорны, Е321 көше</w:t>
      </w:r>
      <w:r w:rsidRPr="00814807">
        <w:rPr>
          <w:sz w:val="28"/>
          <w:szCs w:val="32"/>
          <w:lang w:val="kk-KZ"/>
        </w:rPr>
        <w:t>, № 18)</w:t>
      </w:r>
    </w:p>
    <w:p w14:paraId="280B302E" w14:textId="77777777" w:rsidR="00E72A3C" w:rsidRPr="00814807" w:rsidRDefault="00E72A3C" w:rsidP="00E72A3C">
      <w:pPr>
        <w:jc w:val="center"/>
        <w:rPr>
          <w:sz w:val="28"/>
          <w:szCs w:val="32"/>
          <w:lang w:val="kk-KZ"/>
        </w:rPr>
      </w:pPr>
    </w:p>
    <w:p w14:paraId="50442DBA" w14:textId="77777777" w:rsidR="00E72A3C" w:rsidRPr="006C7562" w:rsidRDefault="00E72A3C" w:rsidP="00E72A3C">
      <w:pPr>
        <w:ind w:firstLine="567"/>
        <w:jc w:val="both"/>
        <w:rPr>
          <w:sz w:val="28"/>
          <w:szCs w:val="32"/>
          <w:lang w:val="kk-KZ"/>
        </w:rPr>
      </w:pPr>
      <w:r w:rsidRPr="00814807">
        <w:rPr>
          <w:sz w:val="28"/>
          <w:szCs w:val="32"/>
          <w:lang w:val="kk-KZ"/>
        </w:rPr>
        <w:t>Шекарасы: Хусейн бен Талал көшесінен «Нұра-Есіл» каналымен Мәңгілік Ел даңғылына дейін, Мәң</w:t>
      </w:r>
      <w:r>
        <w:rPr>
          <w:sz w:val="28"/>
          <w:szCs w:val="32"/>
          <w:lang w:val="kk-KZ"/>
        </w:rPr>
        <w:t>гілік Ел даңғылымен Е319 көшег</w:t>
      </w:r>
      <w:r w:rsidRPr="00814807">
        <w:rPr>
          <w:sz w:val="28"/>
          <w:szCs w:val="32"/>
          <w:lang w:val="kk-KZ"/>
        </w:rPr>
        <w:t>е дей</w:t>
      </w:r>
      <w:r>
        <w:rPr>
          <w:sz w:val="28"/>
          <w:szCs w:val="32"/>
          <w:lang w:val="kk-KZ"/>
        </w:rPr>
        <w:t>ін, Е319 көше</w:t>
      </w:r>
      <w:r w:rsidRPr="00814807">
        <w:rPr>
          <w:sz w:val="28"/>
          <w:szCs w:val="32"/>
          <w:lang w:val="kk-KZ"/>
        </w:rPr>
        <w:t>мен Н. </w:t>
      </w:r>
      <w:proofErr w:type="spellStart"/>
      <w:r w:rsidRPr="00814807">
        <w:rPr>
          <w:sz w:val="28"/>
          <w:szCs w:val="32"/>
          <w:lang w:val="kk-KZ"/>
        </w:rPr>
        <w:t>Тесла</w:t>
      </w:r>
      <w:proofErr w:type="spellEnd"/>
      <w:r w:rsidRPr="00814807">
        <w:rPr>
          <w:sz w:val="28"/>
          <w:szCs w:val="32"/>
          <w:lang w:val="kk-KZ"/>
        </w:rPr>
        <w:t xml:space="preserve"> көшесіне дейін, Н. </w:t>
      </w:r>
      <w:proofErr w:type="spellStart"/>
      <w:r w:rsidRPr="00814807">
        <w:rPr>
          <w:sz w:val="28"/>
          <w:szCs w:val="32"/>
          <w:lang w:val="kk-KZ"/>
        </w:rPr>
        <w:t>Тесла</w:t>
      </w:r>
      <w:proofErr w:type="spellEnd"/>
      <w:r w:rsidRPr="00814807">
        <w:rPr>
          <w:sz w:val="28"/>
          <w:szCs w:val="32"/>
          <w:lang w:val="kk-KZ"/>
        </w:rPr>
        <w:t xml:space="preserve"> көшесімен Әл-Фараби даңғылына дейін, </w:t>
      </w:r>
      <w:r>
        <w:rPr>
          <w:sz w:val="28"/>
          <w:szCs w:val="32"/>
          <w:lang w:val="kk-KZ"/>
        </w:rPr>
        <w:br/>
      </w:r>
      <w:r w:rsidRPr="00814807">
        <w:rPr>
          <w:sz w:val="28"/>
          <w:szCs w:val="32"/>
          <w:lang w:val="kk-KZ"/>
        </w:rPr>
        <w:t>Әл-Фараби даңғылымен</w:t>
      </w:r>
      <w:r>
        <w:rPr>
          <w:sz w:val="28"/>
          <w:szCs w:val="32"/>
          <w:lang w:val="kk-KZ"/>
        </w:rPr>
        <w:t>, Е319 көше</w:t>
      </w:r>
      <w:r w:rsidRPr="00814807">
        <w:rPr>
          <w:sz w:val="28"/>
          <w:szCs w:val="32"/>
          <w:lang w:val="kk-KZ"/>
        </w:rPr>
        <w:t>дегі № 2а, 2б үйлерді қоса алғанда</w:t>
      </w:r>
      <w:r>
        <w:rPr>
          <w:sz w:val="28"/>
          <w:szCs w:val="32"/>
          <w:lang w:val="kk-KZ"/>
        </w:rPr>
        <w:t>,</w:t>
      </w:r>
      <w:r w:rsidRPr="00814807">
        <w:rPr>
          <w:sz w:val="28"/>
          <w:szCs w:val="32"/>
          <w:lang w:val="kk-KZ"/>
        </w:rPr>
        <w:t xml:space="preserve"> </w:t>
      </w:r>
      <w:r>
        <w:rPr>
          <w:sz w:val="28"/>
          <w:szCs w:val="32"/>
          <w:lang w:val="kk-KZ"/>
        </w:rPr>
        <w:br/>
      </w:r>
      <w:r w:rsidRPr="00814807">
        <w:rPr>
          <w:sz w:val="28"/>
          <w:szCs w:val="32"/>
          <w:lang w:val="kk-KZ"/>
        </w:rPr>
        <w:t>Хусейн бен Талал көшесіне дейін.</w:t>
      </w:r>
    </w:p>
    <w:p w14:paraId="629B0A51" w14:textId="77777777" w:rsidR="00E72A3C" w:rsidRPr="006C7562" w:rsidRDefault="00E72A3C" w:rsidP="00E72A3C">
      <w:pPr>
        <w:spacing w:after="160" w:line="259" w:lineRule="auto"/>
        <w:rPr>
          <w:sz w:val="28"/>
          <w:szCs w:val="32"/>
          <w:lang w:val="kk-KZ"/>
        </w:rPr>
      </w:pPr>
      <w:r w:rsidRPr="006C7562">
        <w:rPr>
          <w:sz w:val="28"/>
          <w:szCs w:val="32"/>
          <w:lang w:val="kk-KZ"/>
        </w:rPr>
        <w:br w:type="page"/>
      </w:r>
    </w:p>
    <w:p w14:paraId="70E7A5C8" w14:textId="77777777" w:rsidR="00E72A3C" w:rsidRPr="00420D39" w:rsidRDefault="00E72A3C" w:rsidP="00E72A3C">
      <w:pPr>
        <w:jc w:val="center"/>
        <w:rPr>
          <w:sz w:val="28"/>
          <w:szCs w:val="32"/>
          <w:lang w:val="kk-KZ"/>
        </w:rPr>
      </w:pPr>
      <w:r w:rsidRPr="00420D39">
        <w:rPr>
          <w:sz w:val="28"/>
          <w:szCs w:val="32"/>
          <w:lang w:val="kk-KZ"/>
        </w:rPr>
        <w:lastRenderedPageBreak/>
        <w:t>№ 491 сайлау учаскесі</w:t>
      </w:r>
    </w:p>
    <w:p w14:paraId="01CFDA21" w14:textId="77777777" w:rsidR="00E72A3C" w:rsidRPr="00420D39" w:rsidRDefault="00E72A3C" w:rsidP="00E72A3C">
      <w:pPr>
        <w:jc w:val="center"/>
        <w:rPr>
          <w:sz w:val="28"/>
          <w:szCs w:val="32"/>
          <w:lang w:val="kk-KZ"/>
        </w:rPr>
      </w:pPr>
      <w:r w:rsidRPr="00420D39">
        <w:rPr>
          <w:sz w:val="28"/>
          <w:szCs w:val="32"/>
          <w:lang w:val="kk-KZ"/>
        </w:rPr>
        <w:t xml:space="preserve">(орталығы – «Білім-Инновация» мектеп-лицейі, </w:t>
      </w:r>
    </w:p>
    <w:p w14:paraId="1DEFC9D4" w14:textId="77777777" w:rsidR="00E72A3C" w:rsidRPr="00420D39" w:rsidRDefault="00E72A3C" w:rsidP="00E72A3C">
      <w:pPr>
        <w:jc w:val="center"/>
        <w:rPr>
          <w:sz w:val="28"/>
          <w:szCs w:val="32"/>
          <w:lang w:val="kk-KZ"/>
        </w:rPr>
      </w:pPr>
      <w:r w:rsidRPr="00420D39">
        <w:rPr>
          <w:sz w:val="28"/>
          <w:szCs w:val="32"/>
          <w:lang w:val="kk-KZ"/>
        </w:rPr>
        <w:t>Т. Рысқұлов көшесі, № 14)</w:t>
      </w:r>
    </w:p>
    <w:p w14:paraId="131E9972" w14:textId="77777777" w:rsidR="00E72A3C" w:rsidRPr="00420D39" w:rsidRDefault="00E72A3C" w:rsidP="00E72A3C">
      <w:pPr>
        <w:jc w:val="center"/>
        <w:rPr>
          <w:sz w:val="28"/>
          <w:szCs w:val="32"/>
          <w:lang w:val="kk-KZ"/>
        </w:rPr>
      </w:pPr>
    </w:p>
    <w:p w14:paraId="17F16336" w14:textId="77777777" w:rsidR="00E72A3C" w:rsidRPr="00420D39" w:rsidRDefault="00E72A3C" w:rsidP="00E72A3C">
      <w:pPr>
        <w:ind w:firstLine="567"/>
        <w:jc w:val="both"/>
        <w:rPr>
          <w:sz w:val="28"/>
          <w:szCs w:val="32"/>
          <w:lang w:val="kk-KZ"/>
        </w:rPr>
      </w:pPr>
      <w:r w:rsidRPr="00420D39">
        <w:rPr>
          <w:sz w:val="28"/>
          <w:szCs w:val="32"/>
          <w:lang w:val="kk-KZ"/>
        </w:rPr>
        <w:t>Шекарасы: Ә. Бөкейхан көшесі, № 25в, 25г, 27/2, 27/3, 29/2, 29б үйлерді қоса алғанда.</w:t>
      </w:r>
    </w:p>
    <w:p w14:paraId="2277DC52" w14:textId="77777777" w:rsidR="00E72A3C" w:rsidRPr="00420D39" w:rsidRDefault="00E72A3C" w:rsidP="00E72A3C">
      <w:pPr>
        <w:ind w:firstLine="567"/>
        <w:rPr>
          <w:sz w:val="28"/>
          <w:szCs w:val="32"/>
          <w:lang w:val="kk-KZ"/>
        </w:rPr>
      </w:pPr>
    </w:p>
    <w:p w14:paraId="6B4BF720" w14:textId="77777777" w:rsidR="00E72A3C" w:rsidRPr="00420D39" w:rsidRDefault="00E72A3C" w:rsidP="00E72A3C">
      <w:pPr>
        <w:jc w:val="center"/>
        <w:rPr>
          <w:sz w:val="28"/>
          <w:szCs w:val="32"/>
          <w:lang w:val="kk-KZ"/>
        </w:rPr>
      </w:pPr>
      <w:r w:rsidRPr="00420D39">
        <w:rPr>
          <w:sz w:val="28"/>
          <w:szCs w:val="32"/>
          <w:lang w:val="kk-KZ"/>
        </w:rPr>
        <w:t>№ 492 сайлау учаскесі</w:t>
      </w:r>
    </w:p>
    <w:p w14:paraId="5C546F73" w14:textId="77777777" w:rsidR="00E72A3C" w:rsidRPr="00420D39" w:rsidRDefault="00E72A3C" w:rsidP="00E72A3C">
      <w:pPr>
        <w:jc w:val="center"/>
        <w:rPr>
          <w:sz w:val="28"/>
          <w:szCs w:val="32"/>
          <w:lang w:val="kk-KZ"/>
        </w:rPr>
      </w:pPr>
      <w:r w:rsidRPr="00420D39">
        <w:rPr>
          <w:sz w:val="28"/>
          <w:szCs w:val="32"/>
          <w:lang w:val="kk-KZ"/>
        </w:rPr>
        <w:t>(орталығы – «BINOM EDUCATION» жауапкершілігі шектеулі серіктестігінің Әбіш Кекілбаев атындағы «</w:t>
      </w:r>
      <w:proofErr w:type="spellStart"/>
      <w:r w:rsidRPr="00420D39">
        <w:rPr>
          <w:sz w:val="28"/>
          <w:szCs w:val="32"/>
          <w:lang w:val="kk-KZ"/>
        </w:rPr>
        <w:t>Binom</w:t>
      </w:r>
      <w:proofErr w:type="spellEnd"/>
      <w:r w:rsidRPr="00420D39">
        <w:rPr>
          <w:sz w:val="28"/>
          <w:szCs w:val="32"/>
          <w:lang w:val="kk-KZ"/>
        </w:rPr>
        <w:t xml:space="preserve"> </w:t>
      </w:r>
      <w:proofErr w:type="spellStart"/>
      <w:r w:rsidRPr="00420D39">
        <w:rPr>
          <w:sz w:val="28"/>
          <w:szCs w:val="32"/>
          <w:lang w:val="kk-KZ"/>
        </w:rPr>
        <w:t>school</w:t>
      </w:r>
      <w:proofErr w:type="spellEnd"/>
      <w:r w:rsidRPr="00420D39">
        <w:rPr>
          <w:sz w:val="28"/>
          <w:szCs w:val="32"/>
          <w:lang w:val="kk-KZ"/>
        </w:rPr>
        <w:t xml:space="preserve">» мектеп-лицейі, </w:t>
      </w:r>
      <w:r w:rsidRPr="00420D39">
        <w:rPr>
          <w:sz w:val="28"/>
          <w:szCs w:val="32"/>
          <w:lang w:val="kk-KZ"/>
        </w:rPr>
        <w:br/>
        <w:t>Т. Рысқұлов көшесі, № 20)</w:t>
      </w:r>
    </w:p>
    <w:p w14:paraId="2E446D1D" w14:textId="77777777" w:rsidR="00E72A3C" w:rsidRPr="00420D39" w:rsidRDefault="00E72A3C" w:rsidP="00E72A3C">
      <w:pPr>
        <w:jc w:val="center"/>
        <w:rPr>
          <w:sz w:val="28"/>
          <w:szCs w:val="32"/>
          <w:lang w:val="kk-KZ"/>
        </w:rPr>
      </w:pPr>
    </w:p>
    <w:p w14:paraId="121ABF50" w14:textId="77777777" w:rsidR="00E72A3C" w:rsidRPr="00420D39" w:rsidRDefault="00E72A3C" w:rsidP="00E72A3C">
      <w:pPr>
        <w:ind w:firstLine="567"/>
        <w:jc w:val="both"/>
        <w:rPr>
          <w:sz w:val="28"/>
          <w:szCs w:val="32"/>
          <w:lang w:val="kk-KZ"/>
        </w:rPr>
      </w:pPr>
      <w:r w:rsidRPr="00420D39">
        <w:rPr>
          <w:sz w:val="28"/>
          <w:szCs w:val="32"/>
          <w:lang w:val="kk-KZ"/>
        </w:rPr>
        <w:t xml:space="preserve">Шекарасы: Қ. Қайсенов көшесінен Хусейн бен Талал көшесімен Әл-Фараби даңғылына дейін, Әл-Фараби даңғылымен Ф. Оңғарсынова көшесіне дейін, </w:t>
      </w:r>
      <w:r w:rsidRPr="00420D39">
        <w:rPr>
          <w:sz w:val="28"/>
          <w:szCs w:val="32"/>
          <w:lang w:val="kk-KZ"/>
        </w:rPr>
        <w:br/>
        <w:t>Әл-Фараби даңғылынан Қ. Қайсенов көшесімен Хусейн бен Талал көшесіне дейін.</w:t>
      </w:r>
    </w:p>
    <w:p w14:paraId="272A285F" w14:textId="77777777" w:rsidR="00E72A3C" w:rsidRPr="00420D39" w:rsidRDefault="00E72A3C" w:rsidP="00E72A3C">
      <w:pPr>
        <w:ind w:firstLine="567"/>
        <w:jc w:val="both"/>
        <w:rPr>
          <w:sz w:val="28"/>
          <w:szCs w:val="32"/>
          <w:lang w:val="kk-KZ"/>
        </w:rPr>
      </w:pPr>
    </w:p>
    <w:p w14:paraId="175B82DB" w14:textId="77777777" w:rsidR="00E72A3C" w:rsidRPr="00420D39" w:rsidRDefault="00E72A3C" w:rsidP="00E72A3C">
      <w:pPr>
        <w:jc w:val="center"/>
        <w:rPr>
          <w:sz w:val="28"/>
          <w:szCs w:val="28"/>
          <w:lang w:val="kk-KZ"/>
        </w:rPr>
      </w:pPr>
      <w:r w:rsidRPr="00420D39">
        <w:rPr>
          <w:sz w:val="28"/>
          <w:szCs w:val="28"/>
          <w:lang w:val="kk-KZ"/>
        </w:rPr>
        <w:t>№ 513 сайлау учаскесі</w:t>
      </w:r>
    </w:p>
    <w:p w14:paraId="2CB7C3D5" w14:textId="77777777" w:rsidR="00E72A3C" w:rsidRPr="00420D39" w:rsidRDefault="00E72A3C" w:rsidP="00E72A3C">
      <w:pPr>
        <w:jc w:val="center"/>
        <w:rPr>
          <w:sz w:val="28"/>
          <w:szCs w:val="28"/>
          <w:lang w:val="kk-KZ"/>
        </w:rPr>
      </w:pPr>
      <w:r w:rsidRPr="00420D39">
        <w:rPr>
          <w:sz w:val="28"/>
          <w:szCs w:val="28"/>
          <w:lang w:val="kk-KZ"/>
        </w:rPr>
        <w:t>(орталығы – «BINOM EDUCATION» жауапкершілігі шектеулі серіктестігінің Қадыр Мырза Әлі атындағы «</w:t>
      </w:r>
      <w:proofErr w:type="spellStart"/>
      <w:r w:rsidRPr="00420D39">
        <w:rPr>
          <w:sz w:val="28"/>
          <w:szCs w:val="28"/>
          <w:lang w:val="kk-KZ"/>
        </w:rPr>
        <w:t>Binom</w:t>
      </w:r>
      <w:proofErr w:type="spellEnd"/>
      <w:r w:rsidRPr="00420D39">
        <w:rPr>
          <w:sz w:val="28"/>
          <w:szCs w:val="28"/>
          <w:lang w:val="kk-KZ"/>
        </w:rPr>
        <w:t xml:space="preserve"> </w:t>
      </w:r>
      <w:proofErr w:type="spellStart"/>
      <w:r w:rsidRPr="00420D39">
        <w:rPr>
          <w:sz w:val="28"/>
          <w:szCs w:val="28"/>
          <w:lang w:val="kk-KZ"/>
        </w:rPr>
        <w:t>school</w:t>
      </w:r>
      <w:proofErr w:type="spellEnd"/>
      <w:r w:rsidRPr="00420D39">
        <w:rPr>
          <w:sz w:val="28"/>
          <w:szCs w:val="28"/>
          <w:lang w:val="kk-KZ"/>
        </w:rPr>
        <w:t>» мектеп-лицейі,</w:t>
      </w:r>
    </w:p>
    <w:p w14:paraId="20E085AB" w14:textId="77777777" w:rsidR="00E72A3C" w:rsidRPr="00420D39" w:rsidRDefault="00E72A3C" w:rsidP="00E72A3C">
      <w:pPr>
        <w:jc w:val="center"/>
        <w:rPr>
          <w:sz w:val="28"/>
          <w:szCs w:val="28"/>
          <w:lang w:val="kk-KZ"/>
        </w:rPr>
      </w:pPr>
      <w:r w:rsidRPr="00420D39">
        <w:rPr>
          <w:sz w:val="28"/>
          <w:szCs w:val="28"/>
          <w:lang w:val="kk-KZ"/>
        </w:rPr>
        <w:t>Әл-Фараби даңғылы, № 9/5)</w:t>
      </w:r>
    </w:p>
    <w:p w14:paraId="6074A8F1" w14:textId="77777777" w:rsidR="00E72A3C" w:rsidRPr="00420D39" w:rsidRDefault="00E72A3C" w:rsidP="00E72A3C">
      <w:pPr>
        <w:jc w:val="center"/>
        <w:rPr>
          <w:sz w:val="28"/>
          <w:szCs w:val="28"/>
          <w:lang w:val="kk-KZ"/>
        </w:rPr>
      </w:pPr>
    </w:p>
    <w:p w14:paraId="76820BC0" w14:textId="77777777" w:rsidR="00E72A3C" w:rsidRPr="00420D39" w:rsidRDefault="00E72A3C" w:rsidP="00E72A3C">
      <w:pPr>
        <w:ind w:firstLine="567"/>
        <w:rPr>
          <w:sz w:val="28"/>
          <w:szCs w:val="28"/>
          <w:lang w:val="kk-KZ"/>
        </w:rPr>
      </w:pPr>
      <w:r w:rsidRPr="00420D39">
        <w:rPr>
          <w:sz w:val="28"/>
          <w:szCs w:val="28"/>
          <w:lang w:val="kk-KZ"/>
        </w:rPr>
        <w:t>Шекарасы:</w:t>
      </w:r>
      <w:r w:rsidRPr="00420D39">
        <w:rPr>
          <w:lang w:val="kk-KZ"/>
        </w:rPr>
        <w:t xml:space="preserve"> </w:t>
      </w:r>
      <w:r w:rsidRPr="00420D39">
        <w:rPr>
          <w:sz w:val="28"/>
          <w:szCs w:val="28"/>
          <w:lang w:val="kk-KZ"/>
        </w:rPr>
        <w:t>Әл-Фараби даңғылындағы № 5, 7, 7/2, 7/3, 9, 9/1, 9/2 үйлер.</w:t>
      </w:r>
    </w:p>
    <w:p w14:paraId="7609BBA9" w14:textId="77777777" w:rsidR="00E72A3C" w:rsidRPr="00420D39" w:rsidRDefault="00E72A3C" w:rsidP="00E72A3C">
      <w:pPr>
        <w:ind w:firstLine="567"/>
        <w:rPr>
          <w:sz w:val="28"/>
          <w:szCs w:val="28"/>
          <w:lang w:val="kk-KZ"/>
        </w:rPr>
      </w:pPr>
    </w:p>
    <w:p w14:paraId="6E71266C" w14:textId="77777777" w:rsidR="00E72A3C" w:rsidRPr="00420D39" w:rsidRDefault="00E72A3C" w:rsidP="00E72A3C">
      <w:pPr>
        <w:jc w:val="center"/>
        <w:rPr>
          <w:sz w:val="28"/>
          <w:szCs w:val="28"/>
          <w:lang w:val="kk-KZ"/>
        </w:rPr>
      </w:pPr>
      <w:r w:rsidRPr="00420D39">
        <w:rPr>
          <w:sz w:val="28"/>
          <w:szCs w:val="28"/>
          <w:lang w:val="kk-KZ"/>
        </w:rPr>
        <w:t>№ 514 сайлау учаскесі</w:t>
      </w:r>
    </w:p>
    <w:p w14:paraId="05DBE9F6" w14:textId="77777777" w:rsidR="00E72A3C" w:rsidRPr="00420D39" w:rsidRDefault="00E72A3C" w:rsidP="00E72A3C">
      <w:pPr>
        <w:jc w:val="center"/>
        <w:rPr>
          <w:sz w:val="28"/>
          <w:szCs w:val="28"/>
          <w:lang w:val="kk-KZ"/>
        </w:rPr>
      </w:pPr>
      <w:r w:rsidRPr="00420D39">
        <w:rPr>
          <w:sz w:val="28"/>
          <w:szCs w:val="28"/>
          <w:lang w:val="kk-KZ"/>
        </w:rPr>
        <w:t>(орталығы – «Назарбаев Зияткерлік мектептері» дербес білім беру ұйымының «</w:t>
      </w:r>
      <w:proofErr w:type="spellStart"/>
      <w:r w:rsidRPr="00420D39">
        <w:rPr>
          <w:sz w:val="28"/>
          <w:szCs w:val="28"/>
          <w:lang w:val="kk-KZ"/>
        </w:rPr>
        <w:t>International</w:t>
      </w:r>
      <w:proofErr w:type="spellEnd"/>
      <w:r w:rsidRPr="00420D39">
        <w:rPr>
          <w:sz w:val="28"/>
          <w:szCs w:val="28"/>
          <w:lang w:val="kk-KZ"/>
        </w:rPr>
        <w:t xml:space="preserve"> </w:t>
      </w:r>
      <w:proofErr w:type="spellStart"/>
      <w:r w:rsidRPr="00420D39">
        <w:rPr>
          <w:sz w:val="28"/>
          <w:szCs w:val="28"/>
          <w:lang w:val="kk-KZ"/>
        </w:rPr>
        <w:t>Steppe</w:t>
      </w:r>
      <w:proofErr w:type="spellEnd"/>
      <w:r w:rsidRPr="00420D39">
        <w:rPr>
          <w:sz w:val="28"/>
          <w:szCs w:val="28"/>
          <w:lang w:val="kk-KZ"/>
        </w:rPr>
        <w:t xml:space="preserve"> </w:t>
      </w:r>
      <w:proofErr w:type="spellStart"/>
      <w:r w:rsidRPr="00420D39">
        <w:rPr>
          <w:sz w:val="28"/>
          <w:szCs w:val="28"/>
          <w:lang w:val="kk-KZ"/>
        </w:rPr>
        <w:t>School</w:t>
      </w:r>
      <w:proofErr w:type="spellEnd"/>
      <w:r w:rsidRPr="00420D39">
        <w:rPr>
          <w:sz w:val="28"/>
          <w:szCs w:val="28"/>
          <w:lang w:val="kk-KZ"/>
        </w:rPr>
        <w:t xml:space="preserve"> </w:t>
      </w:r>
      <w:proofErr w:type="spellStart"/>
      <w:r w:rsidRPr="00420D39">
        <w:rPr>
          <w:sz w:val="28"/>
          <w:szCs w:val="28"/>
          <w:lang w:val="kk-KZ"/>
        </w:rPr>
        <w:t>of</w:t>
      </w:r>
      <w:proofErr w:type="spellEnd"/>
      <w:r w:rsidRPr="00420D39">
        <w:rPr>
          <w:sz w:val="28"/>
          <w:szCs w:val="28"/>
          <w:lang w:val="kk-KZ"/>
        </w:rPr>
        <w:t xml:space="preserve"> </w:t>
      </w:r>
      <w:proofErr w:type="spellStart"/>
      <w:r w:rsidRPr="00420D39">
        <w:rPr>
          <w:sz w:val="28"/>
          <w:szCs w:val="28"/>
          <w:lang w:val="kk-KZ"/>
        </w:rPr>
        <w:t>Astana</w:t>
      </w:r>
      <w:proofErr w:type="spellEnd"/>
      <w:r w:rsidRPr="00420D39">
        <w:rPr>
          <w:sz w:val="28"/>
          <w:szCs w:val="28"/>
          <w:lang w:val="kk-KZ"/>
        </w:rPr>
        <w:t>» филиалы,</w:t>
      </w:r>
      <w:r w:rsidRPr="00EE14F8">
        <w:rPr>
          <w:sz w:val="28"/>
          <w:szCs w:val="28"/>
          <w:lang w:val="kk-KZ"/>
        </w:rPr>
        <w:t xml:space="preserve"> </w:t>
      </w:r>
      <w:r w:rsidRPr="00420D39">
        <w:rPr>
          <w:sz w:val="28"/>
          <w:szCs w:val="28"/>
          <w:lang w:val="kk-KZ"/>
        </w:rPr>
        <w:t>Түркістан көшесі, № 32/1)</w:t>
      </w:r>
    </w:p>
    <w:p w14:paraId="60AB250F" w14:textId="77777777" w:rsidR="00E72A3C" w:rsidRPr="00420D39" w:rsidRDefault="00E72A3C" w:rsidP="00E72A3C">
      <w:pPr>
        <w:jc w:val="center"/>
        <w:rPr>
          <w:sz w:val="28"/>
          <w:szCs w:val="28"/>
          <w:lang w:val="kk-KZ"/>
        </w:rPr>
      </w:pPr>
    </w:p>
    <w:p w14:paraId="20B98E1D" w14:textId="77777777" w:rsidR="00E72A3C" w:rsidRPr="00420D39" w:rsidRDefault="00E72A3C" w:rsidP="00E72A3C">
      <w:pPr>
        <w:ind w:firstLine="567"/>
        <w:jc w:val="both"/>
        <w:rPr>
          <w:sz w:val="28"/>
          <w:szCs w:val="28"/>
          <w:lang w:val="kk-KZ"/>
        </w:rPr>
      </w:pPr>
      <w:r w:rsidRPr="00420D39">
        <w:rPr>
          <w:sz w:val="28"/>
          <w:szCs w:val="28"/>
          <w:lang w:val="kk-KZ"/>
        </w:rPr>
        <w:t>Шекарасы:</w:t>
      </w:r>
      <w:r w:rsidRPr="00420D39">
        <w:rPr>
          <w:lang w:val="kk-KZ"/>
        </w:rPr>
        <w:t xml:space="preserve"> </w:t>
      </w:r>
      <w:r w:rsidRPr="00420D39">
        <w:rPr>
          <w:sz w:val="28"/>
          <w:szCs w:val="28"/>
          <w:lang w:val="kk-KZ"/>
        </w:rPr>
        <w:t>Түркістан көшесіндегі № 28, 28а, 28/1, 28/2 үйлер, Мәңгілік Ел даңғылындағы № 41, 41/2, 41/3, 41/4, 41/5, 43а үйлер, Бұқар жырау көшесіндегі № 19 үй.</w:t>
      </w:r>
    </w:p>
    <w:p w14:paraId="098DA3F6" w14:textId="77777777" w:rsidR="00E72A3C" w:rsidRPr="00420D39" w:rsidRDefault="00E72A3C" w:rsidP="00E72A3C">
      <w:pPr>
        <w:spacing w:line="259" w:lineRule="auto"/>
        <w:rPr>
          <w:sz w:val="28"/>
          <w:szCs w:val="28"/>
          <w:lang w:val="kk-KZ"/>
        </w:rPr>
      </w:pPr>
    </w:p>
    <w:p w14:paraId="19D7DB67" w14:textId="77777777" w:rsidR="00E72A3C" w:rsidRPr="00814807" w:rsidRDefault="00E72A3C" w:rsidP="00E72A3C">
      <w:pPr>
        <w:jc w:val="center"/>
        <w:rPr>
          <w:sz w:val="28"/>
          <w:szCs w:val="28"/>
          <w:lang w:val="kk-KZ"/>
        </w:rPr>
      </w:pPr>
      <w:r w:rsidRPr="00814807">
        <w:rPr>
          <w:sz w:val="28"/>
          <w:szCs w:val="28"/>
          <w:lang w:val="kk-KZ"/>
        </w:rPr>
        <w:t>№ 515 сайлау учаскесі</w:t>
      </w:r>
    </w:p>
    <w:p w14:paraId="0908B964" w14:textId="77777777" w:rsidR="00E72A3C" w:rsidRPr="00814807" w:rsidRDefault="00E72A3C" w:rsidP="00E72A3C">
      <w:pPr>
        <w:jc w:val="center"/>
        <w:rPr>
          <w:sz w:val="28"/>
          <w:szCs w:val="28"/>
          <w:lang w:val="kk-KZ"/>
        </w:rPr>
      </w:pPr>
      <w:r w:rsidRPr="00814807">
        <w:rPr>
          <w:sz w:val="28"/>
          <w:szCs w:val="28"/>
          <w:lang w:val="kk-KZ"/>
        </w:rPr>
        <w:t>(орталығы – Астана қаласы әкімдігінің «№ 103 жалпы орта білім беретін мектеп» коммуналдық мемлекеттік мекемесі, Мәңгілік Ел даңғылы, № 70)</w:t>
      </w:r>
    </w:p>
    <w:p w14:paraId="2EBCE2EF" w14:textId="77777777" w:rsidR="00E72A3C" w:rsidRPr="00814807" w:rsidRDefault="00E72A3C" w:rsidP="00E72A3C">
      <w:pPr>
        <w:jc w:val="center"/>
        <w:rPr>
          <w:sz w:val="28"/>
          <w:szCs w:val="28"/>
          <w:lang w:val="kk-KZ"/>
        </w:rPr>
      </w:pPr>
    </w:p>
    <w:p w14:paraId="1F5AA7BE" w14:textId="77777777" w:rsidR="00E72A3C" w:rsidRPr="00814807" w:rsidRDefault="00E72A3C" w:rsidP="00E72A3C">
      <w:pPr>
        <w:ind w:firstLine="567"/>
        <w:jc w:val="both"/>
        <w:rPr>
          <w:sz w:val="28"/>
          <w:szCs w:val="28"/>
          <w:lang w:val="kk-KZ"/>
        </w:rPr>
      </w:pPr>
      <w:r w:rsidRPr="00814807">
        <w:rPr>
          <w:sz w:val="28"/>
          <w:szCs w:val="28"/>
          <w:lang w:val="kk-KZ"/>
        </w:rPr>
        <w:t>Шекарасы:</w:t>
      </w:r>
      <w:r w:rsidRPr="00814807">
        <w:rPr>
          <w:lang w:val="kk-KZ"/>
        </w:rPr>
        <w:t xml:space="preserve"> </w:t>
      </w:r>
      <w:r w:rsidRPr="00814807">
        <w:rPr>
          <w:sz w:val="28"/>
          <w:szCs w:val="28"/>
          <w:lang w:val="kk-KZ"/>
        </w:rPr>
        <w:t>Хусейн бен Талал көшесінен Мәң</w:t>
      </w:r>
      <w:r>
        <w:rPr>
          <w:sz w:val="28"/>
          <w:szCs w:val="28"/>
          <w:lang w:val="kk-KZ"/>
        </w:rPr>
        <w:t>гілік Ел даңғылымен Е496 көшег</w:t>
      </w:r>
      <w:r w:rsidRPr="00814807">
        <w:rPr>
          <w:sz w:val="28"/>
          <w:szCs w:val="28"/>
          <w:lang w:val="kk-KZ"/>
        </w:rPr>
        <w:t>е дейін, Мә</w:t>
      </w:r>
      <w:r>
        <w:rPr>
          <w:sz w:val="28"/>
          <w:szCs w:val="28"/>
          <w:lang w:val="kk-KZ"/>
        </w:rPr>
        <w:t>ңгілік Ел даңғылынан Е496 көше</w:t>
      </w:r>
      <w:r w:rsidRPr="00814807">
        <w:rPr>
          <w:sz w:val="28"/>
          <w:szCs w:val="28"/>
          <w:lang w:val="kk-KZ"/>
        </w:rPr>
        <w:t xml:space="preserve">мен «Нұра-Есіл» каналына дейін, «Нұра-Есіл» каналымен Хусейн бен Талал көшесіне дейін, </w:t>
      </w:r>
      <w:r w:rsidRPr="00814807">
        <w:rPr>
          <w:sz w:val="28"/>
          <w:szCs w:val="28"/>
          <w:lang w:val="kk-KZ"/>
        </w:rPr>
        <w:br/>
        <w:t>Хусейн бен Талал көшесімен</w:t>
      </w:r>
      <w:r>
        <w:rPr>
          <w:sz w:val="28"/>
          <w:szCs w:val="28"/>
          <w:lang w:val="kk-KZ"/>
        </w:rPr>
        <w:t>, Е496 көше</w:t>
      </w:r>
      <w:r w:rsidRPr="00814807">
        <w:rPr>
          <w:sz w:val="28"/>
          <w:szCs w:val="28"/>
          <w:lang w:val="kk-KZ"/>
        </w:rPr>
        <w:t>дегі № 10, 10/1, 10/2 үйлерді қоса алғанда</w:t>
      </w:r>
      <w:r>
        <w:rPr>
          <w:sz w:val="28"/>
          <w:szCs w:val="28"/>
          <w:lang w:val="kk-KZ"/>
        </w:rPr>
        <w:t>,</w:t>
      </w:r>
      <w:r w:rsidRPr="00814807">
        <w:rPr>
          <w:sz w:val="28"/>
          <w:szCs w:val="28"/>
          <w:lang w:val="kk-KZ"/>
        </w:rPr>
        <w:t xml:space="preserve"> Мәңгілік Ел даңғылына дейін.</w:t>
      </w:r>
    </w:p>
    <w:p w14:paraId="73E1F159" w14:textId="77777777" w:rsidR="00E72A3C" w:rsidRDefault="00E72A3C" w:rsidP="00E72A3C">
      <w:pPr>
        <w:spacing w:after="160" w:line="259" w:lineRule="auto"/>
        <w:rPr>
          <w:sz w:val="28"/>
          <w:szCs w:val="28"/>
          <w:lang w:val="kk-KZ"/>
        </w:rPr>
      </w:pPr>
      <w:r>
        <w:rPr>
          <w:sz w:val="28"/>
          <w:szCs w:val="28"/>
          <w:lang w:val="kk-KZ"/>
        </w:rPr>
        <w:br w:type="page"/>
      </w:r>
    </w:p>
    <w:p w14:paraId="3DF4CE8E" w14:textId="77777777" w:rsidR="00E72A3C" w:rsidRPr="00814807" w:rsidRDefault="00E72A3C" w:rsidP="00E72A3C">
      <w:pPr>
        <w:jc w:val="center"/>
        <w:rPr>
          <w:sz w:val="28"/>
          <w:szCs w:val="28"/>
          <w:lang w:val="kk-KZ"/>
        </w:rPr>
      </w:pPr>
      <w:r w:rsidRPr="00814807">
        <w:rPr>
          <w:sz w:val="28"/>
          <w:szCs w:val="28"/>
          <w:lang w:val="kk-KZ"/>
        </w:rPr>
        <w:lastRenderedPageBreak/>
        <w:t>№ 521 сайлау учаскесі</w:t>
      </w:r>
    </w:p>
    <w:p w14:paraId="73A4F4BA" w14:textId="77777777" w:rsidR="00E72A3C" w:rsidRPr="00814807" w:rsidRDefault="00E72A3C" w:rsidP="00E72A3C">
      <w:pPr>
        <w:jc w:val="center"/>
        <w:rPr>
          <w:sz w:val="28"/>
          <w:szCs w:val="28"/>
          <w:lang w:val="kk-KZ"/>
        </w:rPr>
      </w:pPr>
      <w:r w:rsidRPr="00814807">
        <w:rPr>
          <w:sz w:val="28"/>
          <w:szCs w:val="28"/>
          <w:lang w:val="kk-KZ"/>
        </w:rPr>
        <w:t>(о</w:t>
      </w:r>
      <w:r w:rsidRPr="00814807">
        <w:rPr>
          <w:sz w:val="28"/>
          <w:szCs w:val="32"/>
          <w:lang w:val="kk-KZ"/>
        </w:rPr>
        <w:t>рталығы – Астана қаласы әкімдігінің «№ 104 жалпы орта білім беретін мектеп» шаруашылық жүргізу құқығындағы мемлекеттік коммуналдық кәсіпорны, «</w:t>
      </w:r>
      <w:proofErr w:type="spellStart"/>
      <w:r w:rsidRPr="00814807">
        <w:rPr>
          <w:sz w:val="28"/>
          <w:szCs w:val="32"/>
          <w:lang w:val="kk-KZ"/>
        </w:rPr>
        <w:t>Заречное</w:t>
      </w:r>
      <w:proofErr w:type="spellEnd"/>
      <w:r w:rsidRPr="00814807">
        <w:rPr>
          <w:sz w:val="28"/>
          <w:szCs w:val="32"/>
          <w:lang w:val="kk-KZ"/>
        </w:rPr>
        <w:t>» тұрғын алабы,</w:t>
      </w:r>
      <w:r w:rsidRPr="00EE14F8">
        <w:rPr>
          <w:sz w:val="28"/>
          <w:szCs w:val="32"/>
          <w:lang w:val="kk-KZ"/>
        </w:rPr>
        <w:t xml:space="preserve"> </w:t>
      </w:r>
      <w:r w:rsidRPr="00814807">
        <w:rPr>
          <w:sz w:val="28"/>
          <w:szCs w:val="32"/>
          <w:lang w:val="kk-KZ"/>
        </w:rPr>
        <w:t>Жошы хан көшесі, № 16</w:t>
      </w:r>
      <w:r w:rsidRPr="00814807">
        <w:rPr>
          <w:sz w:val="28"/>
          <w:szCs w:val="28"/>
          <w:lang w:val="kk-KZ"/>
        </w:rPr>
        <w:t>)</w:t>
      </w:r>
    </w:p>
    <w:p w14:paraId="1A4D66EE" w14:textId="77777777" w:rsidR="00E72A3C" w:rsidRPr="00814807" w:rsidRDefault="00E72A3C" w:rsidP="00E72A3C">
      <w:pPr>
        <w:jc w:val="center"/>
        <w:rPr>
          <w:sz w:val="28"/>
          <w:szCs w:val="28"/>
          <w:lang w:val="kk-KZ"/>
        </w:rPr>
      </w:pPr>
    </w:p>
    <w:p w14:paraId="2672668B" w14:textId="77777777" w:rsidR="00E72A3C" w:rsidRPr="00814807" w:rsidRDefault="00E72A3C" w:rsidP="00E72A3C">
      <w:pPr>
        <w:ind w:firstLine="708"/>
        <w:jc w:val="both"/>
        <w:rPr>
          <w:sz w:val="28"/>
          <w:szCs w:val="28"/>
          <w:lang w:val="kk-KZ"/>
        </w:rPr>
      </w:pPr>
      <w:r w:rsidRPr="00814807">
        <w:rPr>
          <w:sz w:val="28"/>
          <w:szCs w:val="28"/>
          <w:lang w:val="kk-KZ"/>
        </w:rPr>
        <w:t>Шекарасы: Бұқар жырау көшесінен Ә. Бөкейхан көшесінің тақ сандар жағымен № </w:t>
      </w:r>
      <w:r>
        <w:rPr>
          <w:sz w:val="28"/>
          <w:szCs w:val="28"/>
          <w:lang w:val="kk-KZ"/>
        </w:rPr>
        <w:t>23 көшеге дейін, № 23 көше</w:t>
      </w:r>
      <w:r w:rsidRPr="00814807">
        <w:rPr>
          <w:sz w:val="28"/>
          <w:szCs w:val="28"/>
          <w:lang w:val="kk-KZ"/>
        </w:rPr>
        <w:t>мен және өтпе жолмен Жошы хан көшесіне дейін, Жошы хан көшесімен Бұқар жырау көшесіне дейін, Бұқар жырау көшесінен Ә. Бөкейхан көшесіне дейін.</w:t>
      </w:r>
    </w:p>
    <w:p w14:paraId="0DD4B12D" w14:textId="77777777" w:rsidR="00E72A3C" w:rsidRPr="00814807" w:rsidRDefault="00E72A3C" w:rsidP="00E72A3C">
      <w:pPr>
        <w:ind w:firstLine="708"/>
        <w:jc w:val="both"/>
        <w:rPr>
          <w:sz w:val="28"/>
          <w:szCs w:val="28"/>
          <w:lang w:val="kk-KZ"/>
        </w:rPr>
      </w:pPr>
    </w:p>
    <w:p w14:paraId="339DB42F" w14:textId="77777777" w:rsidR="00E72A3C" w:rsidRPr="00814807" w:rsidRDefault="00E72A3C" w:rsidP="00E72A3C">
      <w:pPr>
        <w:jc w:val="center"/>
        <w:rPr>
          <w:sz w:val="28"/>
          <w:szCs w:val="28"/>
          <w:lang w:val="kk-KZ"/>
        </w:rPr>
      </w:pPr>
      <w:r w:rsidRPr="00814807">
        <w:rPr>
          <w:sz w:val="28"/>
          <w:szCs w:val="28"/>
          <w:lang w:val="kk-KZ"/>
        </w:rPr>
        <w:t>№ 522 сайлау учаскесі</w:t>
      </w:r>
    </w:p>
    <w:p w14:paraId="441648B0" w14:textId="77777777" w:rsidR="00E72A3C" w:rsidRPr="00814807" w:rsidRDefault="00E72A3C" w:rsidP="00E72A3C">
      <w:pPr>
        <w:jc w:val="center"/>
        <w:rPr>
          <w:sz w:val="28"/>
          <w:szCs w:val="32"/>
          <w:lang w:val="kk-KZ"/>
        </w:rPr>
      </w:pPr>
      <w:r w:rsidRPr="00814807">
        <w:rPr>
          <w:sz w:val="28"/>
          <w:szCs w:val="32"/>
          <w:lang w:val="kk-KZ"/>
        </w:rPr>
        <w:t>(орталығы – Астана қаласы әкімдігінің «№ 107 жалпы орта білім беретін мектеп» шаруашылық жүргізу құқығындағы мемлекеттік коммуналдық кәсіпорны, Қ. Қайсенов көшесі, № 4/1)</w:t>
      </w:r>
    </w:p>
    <w:p w14:paraId="25EF6B12" w14:textId="77777777" w:rsidR="00E72A3C" w:rsidRPr="00814807" w:rsidRDefault="00E72A3C" w:rsidP="00E72A3C">
      <w:pPr>
        <w:jc w:val="center"/>
        <w:rPr>
          <w:sz w:val="28"/>
          <w:szCs w:val="28"/>
          <w:lang w:val="kk-KZ"/>
        </w:rPr>
      </w:pPr>
    </w:p>
    <w:p w14:paraId="6CEB50ED" w14:textId="77777777" w:rsidR="00E72A3C" w:rsidRPr="00814807" w:rsidRDefault="00E72A3C" w:rsidP="00E72A3C">
      <w:pPr>
        <w:ind w:firstLine="708"/>
        <w:jc w:val="both"/>
        <w:rPr>
          <w:b/>
          <w:bCs/>
          <w:sz w:val="28"/>
          <w:szCs w:val="28"/>
          <w:lang w:val="kk-KZ"/>
        </w:rPr>
      </w:pPr>
      <w:r w:rsidRPr="00814807">
        <w:rPr>
          <w:sz w:val="28"/>
          <w:szCs w:val="28"/>
          <w:lang w:val="kk-KZ"/>
        </w:rPr>
        <w:t>Шекарасы</w:t>
      </w:r>
      <w:r w:rsidRPr="008C1CB7">
        <w:rPr>
          <w:sz w:val="28"/>
          <w:szCs w:val="28"/>
          <w:lang w:val="kk-KZ"/>
        </w:rPr>
        <w:t>:</w:t>
      </w:r>
      <w:r w:rsidRPr="008C1CB7">
        <w:rPr>
          <w:lang w:val="kk-KZ"/>
        </w:rPr>
        <w:t xml:space="preserve"> </w:t>
      </w:r>
      <w:r w:rsidRPr="008C1CB7">
        <w:rPr>
          <w:sz w:val="28"/>
          <w:szCs w:val="28"/>
          <w:lang w:val="kk-KZ"/>
        </w:rPr>
        <w:t>Қ. Қайсенов көшесі, № 2, 4, 6 үйлер, Бұқар жырау көшесі, № 40 үй, Ұлы Дала даңғылы, № 67 үй.</w:t>
      </w:r>
    </w:p>
    <w:p w14:paraId="1A8C8791" w14:textId="77777777" w:rsidR="00E72A3C" w:rsidRPr="00814807" w:rsidRDefault="00E72A3C" w:rsidP="00E72A3C">
      <w:pPr>
        <w:ind w:firstLine="708"/>
        <w:jc w:val="both"/>
        <w:rPr>
          <w:b/>
          <w:bCs/>
          <w:sz w:val="28"/>
          <w:szCs w:val="28"/>
          <w:lang w:val="kk-KZ"/>
        </w:rPr>
      </w:pPr>
    </w:p>
    <w:p w14:paraId="1C3975B5" w14:textId="77777777" w:rsidR="00E72A3C" w:rsidRPr="00814807" w:rsidRDefault="00E72A3C" w:rsidP="00E72A3C">
      <w:pPr>
        <w:jc w:val="center"/>
        <w:rPr>
          <w:sz w:val="28"/>
          <w:szCs w:val="28"/>
          <w:lang w:val="kk-KZ"/>
        </w:rPr>
      </w:pPr>
      <w:r w:rsidRPr="00814807">
        <w:rPr>
          <w:sz w:val="28"/>
          <w:szCs w:val="28"/>
          <w:lang w:val="kk-KZ"/>
        </w:rPr>
        <w:t>№ 523 сайлау учаскесі</w:t>
      </w:r>
    </w:p>
    <w:p w14:paraId="636564C9" w14:textId="77777777" w:rsidR="00E72A3C" w:rsidRPr="00814807" w:rsidRDefault="00E72A3C" w:rsidP="00E72A3C">
      <w:pPr>
        <w:jc w:val="center"/>
        <w:rPr>
          <w:sz w:val="28"/>
          <w:szCs w:val="28"/>
          <w:lang w:val="kk-KZ"/>
        </w:rPr>
      </w:pPr>
      <w:r w:rsidRPr="00814807">
        <w:rPr>
          <w:sz w:val="28"/>
          <w:szCs w:val="28"/>
          <w:lang w:val="kk-KZ"/>
        </w:rPr>
        <w:t xml:space="preserve">(орталығы – Астана қаласы әкімдігінің «Әлихан Бөкейхан атындағы </w:t>
      </w:r>
    </w:p>
    <w:p w14:paraId="43D87086" w14:textId="77777777" w:rsidR="00E72A3C" w:rsidRPr="00814807" w:rsidRDefault="00E72A3C" w:rsidP="00E72A3C">
      <w:pPr>
        <w:jc w:val="center"/>
        <w:rPr>
          <w:sz w:val="28"/>
          <w:szCs w:val="28"/>
          <w:lang w:val="kk-KZ"/>
        </w:rPr>
      </w:pPr>
      <w:r w:rsidRPr="00814807">
        <w:rPr>
          <w:sz w:val="28"/>
          <w:szCs w:val="28"/>
          <w:lang w:val="kk-KZ"/>
        </w:rPr>
        <w:t>№ 76 мектеп-лицей» шаруашылық жүргізу құқығындағы мемлекеттік коммуналдық кәсіпорны, Түркістан көшесі, № 10/1)</w:t>
      </w:r>
    </w:p>
    <w:p w14:paraId="6161A808" w14:textId="77777777" w:rsidR="00E72A3C" w:rsidRPr="008C1CB7" w:rsidRDefault="00E72A3C" w:rsidP="00E72A3C">
      <w:pPr>
        <w:jc w:val="center"/>
        <w:rPr>
          <w:sz w:val="28"/>
          <w:szCs w:val="28"/>
          <w:lang w:val="kk-KZ"/>
        </w:rPr>
      </w:pPr>
    </w:p>
    <w:p w14:paraId="7A783590" w14:textId="77777777" w:rsidR="00E72A3C" w:rsidRPr="00420D39" w:rsidRDefault="00E72A3C" w:rsidP="00E72A3C">
      <w:pPr>
        <w:ind w:firstLine="708"/>
        <w:jc w:val="both"/>
        <w:rPr>
          <w:sz w:val="28"/>
          <w:szCs w:val="28"/>
          <w:lang w:val="kk-KZ"/>
        </w:rPr>
      </w:pPr>
      <w:r w:rsidRPr="008C1CB7">
        <w:rPr>
          <w:sz w:val="28"/>
          <w:szCs w:val="28"/>
          <w:lang w:val="kk-KZ"/>
        </w:rPr>
        <w:t>Шекарасы:</w:t>
      </w:r>
      <w:r w:rsidRPr="008C1CB7">
        <w:rPr>
          <w:lang w:val="kk-KZ"/>
        </w:rPr>
        <w:t xml:space="preserve"> </w:t>
      </w:r>
      <w:r w:rsidRPr="008C1CB7">
        <w:rPr>
          <w:sz w:val="28"/>
          <w:szCs w:val="28"/>
          <w:lang w:val="kk-KZ"/>
        </w:rPr>
        <w:t>Керей, Жәнібек хандар көшесі, № 22, 22а үйлер, Мәңгілік Ел даңғылы, № 21, 23, 23/1 үйлер, Түркістан көшесі, № 10/1 үй.</w:t>
      </w:r>
    </w:p>
    <w:p w14:paraId="70ABBC69" w14:textId="77777777" w:rsidR="00E72A3C" w:rsidRPr="00420D39" w:rsidRDefault="00E72A3C" w:rsidP="00E72A3C">
      <w:pPr>
        <w:jc w:val="center"/>
        <w:rPr>
          <w:sz w:val="28"/>
          <w:szCs w:val="28"/>
          <w:lang w:val="kk-KZ"/>
        </w:rPr>
      </w:pPr>
    </w:p>
    <w:p w14:paraId="076805F4" w14:textId="77777777" w:rsidR="00E72A3C" w:rsidRPr="00420D39" w:rsidRDefault="00E72A3C" w:rsidP="00E72A3C">
      <w:pPr>
        <w:jc w:val="center"/>
        <w:rPr>
          <w:sz w:val="28"/>
          <w:szCs w:val="28"/>
          <w:lang w:val="kk-KZ"/>
        </w:rPr>
      </w:pPr>
      <w:r w:rsidRPr="00420D39">
        <w:rPr>
          <w:sz w:val="28"/>
          <w:szCs w:val="28"/>
          <w:lang w:val="kk-KZ"/>
        </w:rPr>
        <w:t>№ 187 сайлау учаскесі</w:t>
      </w:r>
    </w:p>
    <w:p w14:paraId="3CB91438" w14:textId="77777777" w:rsidR="00E72A3C" w:rsidRPr="00420D39" w:rsidRDefault="00E72A3C" w:rsidP="00E72A3C">
      <w:pPr>
        <w:jc w:val="center"/>
        <w:rPr>
          <w:sz w:val="28"/>
          <w:szCs w:val="28"/>
          <w:lang w:val="kk-KZ"/>
        </w:rPr>
      </w:pPr>
      <w:r w:rsidRPr="00420D39">
        <w:rPr>
          <w:sz w:val="28"/>
          <w:szCs w:val="28"/>
          <w:lang w:val="kk-KZ"/>
        </w:rPr>
        <w:t>(орталығы – Астана қаласы әкімдігінің «Қалалық психикалық денсаулық орталығы» шаруашылық жүргізу құқығындағы мемлекеттік коммуналдық кәсіпорны, Хусейн бен Талал көшесі, № 7)</w:t>
      </w:r>
    </w:p>
    <w:p w14:paraId="23497320" w14:textId="77777777" w:rsidR="00E72A3C" w:rsidRPr="00420D39" w:rsidRDefault="00E72A3C" w:rsidP="00E72A3C">
      <w:pPr>
        <w:ind w:firstLine="567"/>
        <w:jc w:val="both"/>
        <w:rPr>
          <w:sz w:val="28"/>
          <w:szCs w:val="28"/>
          <w:lang w:val="kk-KZ"/>
        </w:rPr>
      </w:pPr>
    </w:p>
    <w:p w14:paraId="53D250BD" w14:textId="77777777" w:rsidR="00E72A3C" w:rsidRPr="00420D39" w:rsidRDefault="00E72A3C" w:rsidP="00E72A3C">
      <w:pPr>
        <w:ind w:firstLine="567"/>
        <w:jc w:val="both"/>
        <w:rPr>
          <w:sz w:val="28"/>
          <w:szCs w:val="28"/>
        </w:rPr>
      </w:pPr>
      <w:proofErr w:type="spellStart"/>
      <w:r w:rsidRPr="00420D39">
        <w:rPr>
          <w:sz w:val="28"/>
          <w:szCs w:val="28"/>
        </w:rPr>
        <w:t>Шекарасы</w:t>
      </w:r>
      <w:proofErr w:type="spellEnd"/>
      <w:r w:rsidRPr="00420D39">
        <w:rPr>
          <w:sz w:val="28"/>
          <w:szCs w:val="28"/>
        </w:rPr>
        <w:t xml:space="preserve">: Хусейн бен </w:t>
      </w:r>
      <w:proofErr w:type="spellStart"/>
      <w:r w:rsidRPr="00420D39">
        <w:rPr>
          <w:sz w:val="28"/>
          <w:szCs w:val="28"/>
        </w:rPr>
        <w:t>Талал</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xml:space="preserve">, № 7 </w:t>
      </w:r>
      <w:proofErr w:type="spellStart"/>
      <w:r w:rsidRPr="00420D39">
        <w:rPr>
          <w:sz w:val="28"/>
          <w:szCs w:val="28"/>
        </w:rPr>
        <w:t>үй</w:t>
      </w:r>
      <w:proofErr w:type="spellEnd"/>
      <w:r w:rsidRPr="00420D39">
        <w:rPr>
          <w:sz w:val="28"/>
          <w:szCs w:val="28"/>
        </w:rPr>
        <w:t>.</w:t>
      </w:r>
    </w:p>
    <w:p w14:paraId="467052C1" w14:textId="77777777" w:rsidR="00E72A3C" w:rsidRPr="00420D39" w:rsidRDefault="00E72A3C" w:rsidP="00E72A3C">
      <w:pPr>
        <w:jc w:val="center"/>
        <w:rPr>
          <w:sz w:val="28"/>
          <w:szCs w:val="28"/>
        </w:rPr>
      </w:pPr>
    </w:p>
    <w:p w14:paraId="5E2385C3" w14:textId="77777777" w:rsidR="00E72A3C" w:rsidRPr="00420D39" w:rsidRDefault="00E72A3C" w:rsidP="00E72A3C">
      <w:pPr>
        <w:jc w:val="center"/>
        <w:rPr>
          <w:sz w:val="28"/>
          <w:szCs w:val="28"/>
        </w:rPr>
      </w:pPr>
      <w:r w:rsidRPr="00420D39">
        <w:rPr>
          <w:sz w:val="28"/>
          <w:szCs w:val="28"/>
        </w:rPr>
        <w:t xml:space="preserve">№ 188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13CF66E7"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xml:space="preserve"> – Астана </w:t>
      </w:r>
      <w:proofErr w:type="spellStart"/>
      <w:r w:rsidRPr="00420D39">
        <w:rPr>
          <w:sz w:val="28"/>
          <w:szCs w:val="28"/>
        </w:rPr>
        <w:t>қаласы</w:t>
      </w:r>
      <w:proofErr w:type="spellEnd"/>
      <w:r w:rsidRPr="00420D39">
        <w:rPr>
          <w:sz w:val="28"/>
          <w:szCs w:val="28"/>
        </w:rPr>
        <w:t xml:space="preserve"> </w:t>
      </w:r>
      <w:proofErr w:type="spellStart"/>
      <w:r w:rsidRPr="00420D39">
        <w:rPr>
          <w:sz w:val="28"/>
          <w:szCs w:val="28"/>
        </w:rPr>
        <w:t>әкімдігінің</w:t>
      </w:r>
      <w:proofErr w:type="spellEnd"/>
      <w:r w:rsidRPr="00420D39">
        <w:rPr>
          <w:sz w:val="28"/>
          <w:szCs w:val="28"/>
        </w:rPr>
        <w:t xml:space="preserve"> «№ 2 </w:t>
      </w:r>
      <w:proofErr w:type="spellStart"/>
      <w:r w:rsidRPr="00420D39">
        <w:rPr>
          <w:sz w:val="28"/>
          <w:szCs w:val="28"/>
        </w:rPr>
        <w:t>қалалық</w:t>
      </w:r>
      <w:proofErr w:type="spellEnd"/>
      <w:r w:rsidRPr="00420D39">
        <w:rPr>
          <w:sz w:val="28"/>
          <w:szCs w:val="28"/>
        </w:rPr>
        <w:t xml:space="preserve"> </w:t>
      </w:r>
      <w:proofErr w:type="spellStart"/>
      <w:r w:rsidRPr="00420D39">
        <w:rPr>
          <w:sz w:val="28"/>
          <w:szCs w:val="28"/>
        </w:rPr>
        <w:t>көпбейінді</w:t>
      </w:r>
      <w:proofErr w:type="spellEnd"/>
      <w:r w:rsidRPr="00420D39">
        <w:rPr>
          <w:sz w:val="28"/>
          <w:szCs w:val="28"/>
        </w:rPr>
        <w:t xml:space="preserve"> </w:t>
      </w:r>
      <w:proofErr w:type="spellStart"/>
      <w:r w:rsidRPr="00420D39">
        <w:rPr>
          <w:sz w:val="28"/>
          <w:szCs w:val="28"/>
        </w:rPr>
        <w:t>аурухана</w:t>
      </w:r>
      <w:proofErr w:type="spellEnd"/>
      <w:r w:rsidRPr="00420D39">
        <w:rPr>
          <w:sz w:val="28"/>
          <w:szCs w:val="28"/>
        </w:rPr>
        <w:t xml:space="preserve">» </w:t>
      </w:r>
      <w:proofErr w:type="spellStart"/>
      <w:r w:rsidRPr="00420D39">
        <w:rPr>
          <w:sz w:val="28"/>
          <w:szCs w:val="28"/>
        </w:rPr>
        <w:t>шаруашылық</w:t>
      </w:r>
      <w:proofErr w:type="spellEnd"/>
      <w:r w:rsidRPr="00420D39">
        <w:rPr>
          <w:sz w:val="28"/>
          <w:szCs w:val="28"/>
        </w:rPr>
        <w:t xml:space="preserve"> </w:t>
      </w:r>
      <w:proofErr w:type="spellStart"/>
      <w:r w:rsidRPr="00420D39">
        <w:rPr>
          <w:sz w:val="28"/>
          <w:szCs w:val="28"/>
        </w:rPr>
        <w:t>жүргізу</w:t>
      </w:r>
      <w:proofErr w:type="spellEnd"/>
      <w:r w:rsidRPr="00420D39">
        <w:rPr>
          <w:sz w:val="28"/>
          <w:szCs w:val="28"/>
        </w:rPr>
        <w:t xml:space="preserve"> </w:t>
      </w:r>
      <w:proofErr w:type="spellStart"/>
      <w:r w:rsidRPr="00420D39">
        <w:rPr>
          <w:sz w:val="28"/>
          <w:szCs w:val="28"/>
        </w:rPr>
        <w:t>құқығындағы</w:t>
      </w:r>
      <w:proofErr w:type="spellEnd"/>
      <w:r w:rsidRPr="00420D39">
        <w:rPr>
          <w:sz w:val="28"/>
          <w:szCs w:val="28"/>
        </w:rPr>
        <w:t xml:space="preserve"> </w:t>
      </w:r>
      <w:proofErr w:type="spellStart"/>
      <w:r w:rsidRPr="00420D39">
        <w:rPr>
          <w:sz w:val="28"/>
          <w:szCs w:val="28"/>
        </w:rPr>
        <w:t>мемлекеттік</w:t>
      </w:r>
      <w:proofErr w:type="spellEnd"/>
      <w:r w:rsidRPr="00420D39">
        <w:rPr>
          <w:sz w:val="28"/>
          <w:szCs w:val="28"/>
        </w:rPr>
        <w:t xml:space="preserve"> </w:t>
      </w:r>
      <w:proofErr w:type="spellStart"/>
      <w:r w:rsidRPr="00420D39">
        <w:rPr>
          <w:sz w:val="28"/>
          <w:szCs w:val="28"/>
        </w:rPr>
        <w:t>коммуналдық</w:t>
      </w:r>
      <w:proofErr w:type="spellEnd"/>
      <w:r w:rsidRPr="00420D39">
        <w:rPr>
          <w:sz w:val="28"/>
          <w:szCs w:val="28"/>
        </w:rPr>
        <w:t xml:space="preserve"> </w:t>
      </w:r>
      <w:proofErr w:type="spellStart"/>
      <w:r w:rsidRPr="00420D39">
        <w:rPr>
          <w:sz w:val="28"/>
          <w:szCs w:val="28"/>
        </w:rPr>
        <w:t>кәсіпорны</w:t>
      </w:r>
      <w:proofErr w:type="spellEnd"/>
      <w:r w:rsidRPr="00420D39">
        <w:rPr>
          <w:sz w:val="28"/>
          <w:szCs w:val="28"/>
        </w:rPr>
        <w:t xml:space="preserve">, </w:t>
      </w:r>
    </w:p>
    <w:p w14:paraId="16AB7653" w14:textId="77777777" w:rsidR="00E72A3C" w:rsidRPr="00420D39" w:rsidRDefault="00E72A3C" w:rsidP="00E72A3C">
      <w:pPr>
        <w:jc w:val="center"/>
        <w:rPr>
          <w:sz w:val="28"/>
          <w:szCs w:val="28"/>
        </w:rPr>
      </w:pPr>
      <w:r w:rsidRPr="00420D39">
        <w:rPr>
          <w:sz w:val="28"/>
          <w:szCs w:val="28"/>
        </w:rPr>
        <w:t>Т. </w:t>
      </w:r>
      <w:proofErr w:type="spellStart"/>
      <w:r w:rsidRPr="00420D39">
        <w:rPr>
          <w:sz w:val="28"/>
          <w:szCs w:val="28"/>
        </w:rPr>
        <w:t>Рысқұлов</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 6)</w:t>
      </w:r>
      <w:r w:rsidRPr="00420D39">
        <w:rPr>
          <w:sz w:val="28"/>
          <w:szCs w:val="28"/>
        </w:rPr>
        <w:br/>
      </w:r>
    </w:p>
    <w:p w14:paraId="4AE70FCA" w14:textId="77777777" w:rsidR="00E72A3C" w:rsidRPr="00420D39" w:rsidRDefault="00E72A3C" w:rsidP="00E72A3C">
      <w:pPr>
        <w:ind w:firstLine="567"/>
        <w:jc w:val="both"/>
        <w:rPr>
          <w:sz w:val="28"/>
          <w:szCs w:val="28"/>
        </w:rPr>
      </w:pPr>
      <w:proofErr w:type="spellStart"/>
      <w:r w:rsidRPr="00420D39">
        <w:rPr>
          <w:sz w:val="28"/>
          <w:szCs w:val="28"/>
        </w:rPr>
        <w:t>Шекарасы</w:t>
      </w:r>
      <w:proofErr w:type="spellEnd"/>
      <w:r w:rsidRPr="00420D39">
        <w:rPr>
          <w:sz w:val="28"/>
          <w:szCs w:val="28"/>
        </w:rPr>
        <w:t>: Т. </w:t>
      </w:r>
      <w:proofErr w:type="spellStart"/>
      <w:r w:rsidRPr="00420D39">
        <w:rPr>
          <w:sz w:val="28"/>
          <w:szCs w:val="28"/>
        </w:rPr>
        <w:t>Рысқұлов</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xml:space="preserve">, № 6. </w:t>
      </w:r>
    </w:p>
    <w:p w14:paraId="1D5596B8" w14:textId="77777777" w:rsidR="00E72A3C" w:rsidRDefault="00E72A3C" w:rsidP="00E72A3C">
      <w:pPr>
        <w:spacing w:after="160" w:line="259" w:lineRule="auto"/>
        <w:rPr>
          <w:sz w:val="28"/>
          <w:szCs w:val="28"/>
        </w:rPr>
      </w:pPr>
      <w:r>
        <w:rPr>
          <w:sz w:val="28"/>
          <w:szCs w:val="28"/>
        </w:rPr>
        <w:br w:type="page"/>
      </w:r>
    </w:p>
    <w:p w14:paraId="7783DE9E" w14:textId="77777777" w:rsidR="00E72A3C" w:rsidRPr="00420D39" w:rsidRDefault="00E72A3C" w:rsidP="00E72A3C">
      <w:pPr>
        <w:ind w:firstLine="567"/>
        <w:jc w:val="both"/>
        <w:rPr>
          <w:sz w:val="28"/>
          <w:szCs w:val="28"/>
        </w:rPr>
      </w:pPr>
    </w:p>
    <w:p w14:paraId="19004212" w14:textId="77777777" w:rsidR="00E72A3C" w:rsidRPr="00420D39" w:rsidRDefault="00E72A3C" w:rsidP="00E72A3C">
      <w:pPr>
        <w:jc w:val="center"/>
        <w:rPr>
          <w:sz w:val="28"/>
          <w:szCs w:val="28"/>
        </w:rPr>
      </w:pPr>
      <w:r w:rsidRPr="00420D39">
        <w:rPr>
          <w:sz w:val="28"/>
          <w:szCs w:val="28"/>
        </w:rPr>
        <w:t xml:space="preserve">№ 189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39F36AF4"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xml:space="preserve"> – Астана </w:t>
      </w:r>
      <w:proofErr w:type="spellStart"/>
      <w:r w:rsidRPr="00420D39">
        <w:rPr>
          <w:sz w:val="28"/>
          <w:szCs w:val="28"/>
        </w:rPr>
        <w:t>қаласы</w:t>
      </w:r>
      <w:proofErr w:type="spellEnd"/>
      <w:r w:rsidRPr="00420D39">
        <w:rPr>
          <w:sz w:val="28"/>
          <w:szCs w:val="28"/>
        </w:rPr>
        <w:t xml:space="preserve"> </w:t>
      </w:r>
      <w:proofErr w:type="spellStart"/>
      <w:r w:rsidRPr="00420D39">
        <w:rPr>
          <w:sz w:val="28"/>
          <w:szCs w:val="28"/>
        </w:rPr>
        <w:t>әкімдігінің</w:t>
      </w:r>
      <w:proofErr w:type="spellEnd"/>
      <w:r w:rsidRPr="00420D39">
        <w:rPr>
          <w:sz w:val="28"/>
          <w:szCs w:val="28"/>
        </w:rPr>
        <w:t xml:space="preserve"> «№ 2 </w:t>
      </w:r>
      <w:proofErr w:type="spellStart"/>
      <w:r w:rsidRPr="00420D39">
        <w:rPr>
          <w:sz w:val="28"/>
          <w:szCs w:val="28"/>
        </w:rPr>
        <w:t>қалалық</w:t>
      </w:r>
      <w:proofErr w:type="spellEnd"/>
      <w:r w:rsidRPr="00420D39">
        <w:rPr>
          <w:sz w:val="28"/>
          <w:szCs w:val="28"/>
        </w:rPr>
        <w:t xml:space="preserve"> </w:t>
      </w:r>
      <w:proofErr w:type="spellStart"/>
      <w:r w:rsidRPr="00420D39">
        <w:rPr>
          <w:sz w:val="28"/>
          <w:szCs w:val="28"/>
        </w:rPr>
        <w:t>көпбейінді</w:t>
      </w:r>
      <w:proofErr w:type="spellEnd"/>
      <w:r w:rsidRPr="00420D39">
        <w:rPr>
          <w:sz w:val="28"/>
          <w:szCs w:val="28"/>
        </w:rPr>
        <w:t xml:space="preserve"> </w:t>
      </w:r>
      <w:proofErr w:type="spellStart"/>
      <w:r w:rsidRPr="00420D39">
        <w:rPr>
          <w:sz w:val="28"/>
          <w:szCs w:val="28"/>
        </w:rPr>
        <w:t>аурухана</w:t>
      </w:r>
      <w:proofErr w:type="spellEnd"/>
      <w:r w:rsidRPr="00420D39">
        <w:rPr>
          <w:sz w:val="28"/>
          <w:szCs w:val="28"/>
        </w:rPr>
        <w:t xml:space="preserve">» </w:t>
      </w:r>
      <w:proofErr w:type="spellStart"/>
      <w:r w:rsidRPr="00420D39">
        <w:rPr>
          <w:sz w:val="28"/>
          <w:szCs w:val="28"/>
        </w:rPr>
        <w:t>шаруашылық</w:t>
      </w:r>
      <w:proofErr w:type="spellEnd"/>
      <w:r w:rsidRPr="00420D39">
        <w:rPr>
          <w:sz w:val="28"/>
          <w:szCs w:val="28"/>
        </w:rPr>
        <w:t xml:space="preserve"> </w:t>
      </w:r>
      <w:proofErr w:type="spellStart"/>
      <w:r w:rsidRPr="00420D39">
        <w:rPr>
          <w:sz w:val="28"/>
          <w:szCs w:val="28"/>
        </w:rPr>
        <w:t>жүргізу</w:t>
      </w:r>
      <w:proofErr w:type="spellEnd"/>
      <w:r w:rsidRPr="00420D39">
        <w:rPr>
          <w:sz w:val="28"/>
          <w:szCs w:val="28"/>
        </w:rPr>
        <w:t xml:space="preserve"> </w:t>
      </w:r>
      <w:proofErr w:type="spellStart"/>
      <w:r w:rsidRPr="00420D39">
        <w:rPr>
          <w:sz w:val="28"/>
          <w:szCs w:val="28"/>
        </w:rPr>
        <w:t>құқығындағы</w:t>
      </w:r>
      <w:proofErr w:type="spellEnd"/>
      <w:r w:rsidRPr="00420D39">
        <w:rPr>
          <w:sz w:val="28"/>
          <w:szCs w:val="28"/>
        </w:rPr>
        <w:t xml:space="preserve"> </w:t>
      </w:r>
      <w:proofErr w:type="spellStart"/>
      <w:r w:rsidRPr="00420D39">
        <w:rPr>
          <w:sz w:val="28"/>
          <w:szCs w:val="28"/>
        </w:rPr>
        <w:t>мемлекеттік</w:t>
      </w:r>
      <w:proofErr w:type="spellEnd"/>
      <w:r w:rsidRPr="00420D39">
        <w:rPr>
          <w:sz w:val="28"/>
          <w:szCs w:val="28"/>
        </w:rPr>
        <w:t xml:space="preserve"> </w:t>
      </w:r>
      <w:proofErr w:type="spellStart"/>
      <w:r w:rsidRPr="00420D39">
        <w:rPr>
          <w:sz w:val="28"/>
          <w:szCs w:val="28"/>
        </w:rPr>
        <w:t>коммуналдық</w:t>
      </w:r>
      <w:proofErr w:type="spellEnd"/>
      <w:r w:rsidRPr="00420D39">
        <w:rPr>
          <w:sz w:val="28"/>
          <w:szCs w:val="28"/>
        </w:rPr>
        <w:t xml:space="preserve"> </w:t>
      </w:r>
      <w:proofErr w:type="spellStart"/>
      <w:r w:rsidRPr="00420D39">
        <w:rPr>
          <w:sz w:val="28"/>
          <w:szCs w:val="28"/>
        </w:rPr>
        <w:t>кәсіпорны</w:t>
      </w:r>
      <w:proofErr w:type="spellEnd"/>
      <w:r w:rsidRPr="00420D39">
        <w:rPr>
          <w:sz w:val="28"/>
          <w:szCs w:val="28"/>
        </w:rPr>
        <w:t xml:space="preserve">, </w:t>
      </w:r>
    </w:p>
    <w:p w14:paraId="4A5AF83E" w14:textId="77777777" w:rsidR="00E72A3C" w:rsidRPr="00420D39" w:rsidRDefault="00E72A3C" w:rsidP="00E72A3C">
      <w:pPr>
        <w:jc w:val="center"/>
        <w:rPr>
          <w:sz w:val="28"/>
          <w:szCs w:val="28"/>
        </w:rPr>
      </w:pPr>
      <w:r w:rsidRPr="00420D39">
        <w:rPr>
          <w:sz w:val="28"/>
          <w:szCs w:val="28"/>
        </w:rPr>
        <w:t>Т. </w:t>
      </w:r>
      <w:proofErr w:type="spellStart"/>
      <w:r w:rsidRPr="00420D39">
        <w:rPr>
          <w:sz w:val="28"/>
          <w:szCs w:val="28"/>
        </w:rPr>
        <w:t>Рысқұлов</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 8)</w:t>
      </w:r>
    </w:p>
    <w:p w14:paraId="1EF2480E" w14:textId="77777777" w:rsidR="00E72A3C" w:rsidRPr="00420D39" w:rsidRDefault="00E72A3C" w:rsidP="00E72A3C">
      <w:pPr>
        <w:jc w:val="center"/>
        <w:rPr>
          <w:sz w:val="28"/>
          <w:szCs w:val="28"/>
        </w:rPr>
      </w:pPr>
    </w:p>
    <w:p w14:paraId="4FC2F948" w14:textId="77777777" w:rsidR="00E72A3C" w:rsidRPr="00420D39" w:rsidRDefault="00E72A3C" w:rsidP="00E72A3C">
      <w:pPr>
        <w:ind w:firstLine="567"/>
        <w:jc w:val="both"/>
        <w:rPr>
          <w:sz w:val="28"/>
          <w:szCs w:val="28"/>
        </w:rPr>
      </w:pPr>
      <w:proofErr w:type="spellStart"/>
      <w:r w:rsidRPr="00420D39">
        <w:rPr>
          <w:sz w:val="28"/>
          <w:szCs w:val="28"/>
        </w:rPr>
        <w:t>Шекарасы</w:t>
      </w:r>
      <w:proofErr w:type="spellEnd"/>
      <w:r w:rsidRPr="00420D39">
        <w:rPr>
          <w:sz w:val="28"/>
          <w:szCs w:val="28"/>
        </w:rPr>
        <w:t>: Т. </w:t>
      </w:r>
      <w:proofErr w:type="spellStart"/>
      <w:r w:rsidRPr="00420D39">
        <w:rPr>
          <w:sz w:val="28"/>
          <w:szCs w:val="28"/>
        </w:rPr>
        <w:t>Рысқұлов</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xml:space="preserve">, № 8. </w:t>
      </w:r>
    </w:p>
    <w:p w14:paraId="05E221D7" w14:textId="77777777" w:rsidR="00E72A3C" w:rsidRPr="00420D39" w:rsidRDefault="00E72A3C" w:rsidP="00E72A3C">
      <w:pPr>
        <w:rPr>
          <w:sz w:val="28"/>
          <w:szCs w:val="28"/>
        </w:rPr>
      </w:pPr>
    </w:p>
    <w:p w14:paraId="4F38F10C" w14:textId="77777777" w:rsidR="00E72A3C" w:rsidRPr="00420D39" w:rsidRDefault="00E72A3C" w:rsidP="00E72A3C">
      <w:pPr>
        <w:jc w:val="center"/>
        <w:rPr>
          <w:sz w:val="28"/>
          <w:szCs w:val="28"/>
        </w:rPr>
      </w:pPr>
      <w:r w:rsidRPr="00420D39">
        <w:rPr>
          <w:sz w:val="28"/>
          <w:szCs w:val="28"/>
        </w:rPr>
        <w:t xml:space="preserve">№ 190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56843F30"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 «</w:t>
      </w:r>
      <w:proofErr w:type="spellStart"/>
      <w:r w:rsidRPr="00420D39">
        <w:rPr>
          <w:sz w:val="28"/>
          <w:szCs w:val="28"/>
        </w:rPr>
        <w:t>Қазақстан</w:t>
      </w:r>
      <w:proofErr w:type="spellEnd"/>
      <w:r w:rsidRPr="00420D39">
        <w:rPr>
          <w:sz w:val="28"/>
          <w:szCs w:val="28"/>
        </w:rPr>
        <w:t xml:space="preserve"> </w:t>
      </w:r>
      <w:proofErr w:type="spellStart"/>
      <w:r w:rsidRPr="00420D39">
        <w:rPr>
          <w:sz w:val="28"/>
          <w:szCs w:val="28"/>
        </w:rPr>
        <w:t>Республикасы</w:t>
      </w:r>
      <w:proofErr w:type="spellEnd"/>
      <w:r w:rsidRPr="00420D39">
        <w:rPr>
          <w:sz w:val="28"/>
          <w:szCs w:val="28"/>
        </w:rPr>
        <w:t xml:space="preserve"> </w:t>
      </w:r>
      <w:proofErr w:type="spellStart"/>
      <w:r w:rsidRPr="00420D39">
        <w:rPr>
          <w:sz w:val="28"/>
          <w:szCs w:val="28"/>
        </w:rPr>
        <w:t>Ішкі</w:t>
      </w:r>
      <w:proofErr w:type="spellEnd"/>
      <w:r w:rsidRPr="00420D39">
        <w:rPr>
          <w:sz w:val="28"/>
          <w:szCs w:val="28"/>
        </w:rPr>
        <w:t xml:space="preserve"> </w:t>
      </w:r>
      <w:proofErr w:type="spellStart"/>
      <w:r w:rsidRPr="00420D39">
        <w:rPr>
          <w:sz w:val="28"/>
          <w:szCs w:val="28"/>
        </w:rPr>
        <w:t>істер</w:t>
      </w:r>
      <w:proofErr w:type="spellEnd"/>
      <w:r w:rsidRPr="00420D39">
        <w:rPr>
          <w:sz w:val="28"/>
          <w:szCs w:val="28"/>
        </w:rPr>
        <w:t xml:space="preserve"> </w:t>
      </w:r>
      <w:proofErr w:type="spellStart"/>
      <w:r w:rsidRPr="00420D39">
        <w:rPr>
          <w:sz w:val="28"/>
          <w:szCs w:val="28"/>
        </w:rPr>
        <w:t>министрлігінің</w:t>
      </w:r>
      <w:proofErr w:type="spellEnd"/>
      <w:r w:rsidRPr="00420D39">
        <w:rPr>
          <w:sz w:val="28"/>
          <w:szCs w:val="28"/>
        </w:rPr>
        <w:t xml:space="preserve"> </w:t>
      </w:r>
    </w:p>
    <w:p w14:paraId="2A78E882" w14:textId="77777777" w:rsidR="00E72A3C" w:rsidRPr="00420D39" w:rsidRDefault="00E72A3C" w:rsidP="00E72A3C">
      <w:pPr>
        <w:jc w:val="center"/>
        <w:rPr>
          <w:sz w:val="28"/>
          <w:szCs w:val="28"/>
        </w:rPr>
      </w:pPr>
      <w:r w:rsidRPr="00420D39">
        <w:rPr>
          <w:sz w:val="28"/>
          <w:szCs w:val="28"/>
          <w:lang w:val="kk-KZ"/>
        </w:rPr>
        <w:t>е</w:t>
      </w:r>
      <w:proofErr w:type="spellStart"/>
      <w:r w:rsidRPr="00420D39">
        <w:rPr>
          <w:sz w:val="28"/>
          <w:szCs w:val="28"/>
        </w:rPr>
        <w:t>мханасы</w:t>
      </w:r>
      <w:proofErr w:type="spellEnd"/>
      <w:r w:rsidRPr="00420D39">
        <w:rPr>
          <w:sz w:val="28"/>
          <w:szCs w:val="28"/>
        </w:rPr>
        <w:t xml:space="preserve"> бар </w:t>
      </w:r>
      <w:proofErr w:type="spellStart"/>
      <w:r w:rsidRPr="00420D39">
        <w:rPr>
          <w:sz w:val="28"/>
          <w:szCs w:val="28"/>
        </w:rPr>
        <w:t>орталық</w:t>
      </w:r>
      <w:proofErr w:type="spellEnd"/>
      <w:r w:rsidRPr="00420D39">
        <w:rPr>
          <w:sz w:val="28"/>
          <w:szCs w:val="28"/>
        </w:rPr>
        <w:t xml:space="preserve"> </w:t>
      </w:r>
      <w:proofErr w:type="spellStart"/>
      <w:r w:rsidRPr="00420D39">
        <w:rPr>
          <w:sz w:val="28"/>
          <w:szCs w:val="28"/>
        </w:rPr>
        <w:t>госпитал</w:t>
      </w:r>
      <w:proofErr w:type="spellEnd"/>
      <w:r w:rsidRPr="00420D39">
        <w:rPr>
          <w:sz w:val="28"/>
          <w:szCs w:val="28"/>
          <w:lang w:val="kk-KZ"/>
        </w:rPr>
        <w:t>і</w:t>
      </w:r>
      <w:r w:rsidRPr="00420D39">
        <w:rPr>
          <w:sz w:val="28"/>
          <w:szCs w:val="28"/>
        </w:rPr>
        <w:t xml:space="preserve">» </w:t>
      </w:r>
      <w:proofErr w:type="spellStart"/>
      <w:r w:rsidRPr="00420D39">
        <w:rPr>
          <w:sz w:val="28"/>
          <w:szCs w:val="28"/>
        </w:rPr>
        <w:t>мемлекеттік</w:t>
      </w:r>
      <w:proofErr w:type="spellEnd"/>
      <w:r w:rsidRPr="00420D39">
        <w:rPr>
          <w:sz w:val="28"/>
          <w:szCs w:val="28"/>
        </w:rPr>
        <w:t xml:space="preserve"> </w:t>
      </w:r>
      <w:proofErr w:type="spellStart"/>
      <w:r w:rsidRPr="00420D39">
        <w:rPr>
          <w:sz w:val="28"/>
          <w:szCs w:val="28"/>
        </w:rPr>
        <w:t>мекемесі</w:t>
      </w:r>
      <w:proofErr w:type="spellEnd"/>
      <w:r w:rsidRPr="00420D39">
        <w:rPr>
          <w:sz w:val="28"/>
          <w:szCs w:val="28"/>
        </w:rPr>
        <w:t xml:space="preserve">, </w:t>
      </w:r>
    </w:p>
    <w:p w14:paraId="7B7C956B" w14:textId="77777777" w:rsidR="00E72A3C" w:rsidRPr="00420D39" w:rsidRDefault="00E72A3C" w:rsidP="00E72A3C">
      <w:pPr>
        <w:jc w:val="center"/>
        <w:rPr>
          <w:sz w:val="28"/>
          <w:szCs w:val="28"/>
        </w:rPr>
      </w:pPr>
      <w:proofErr w:type="spellStart"/>
      <w:r w:rsidRPr="00420D39">
        <w:rPr>
          <w:sz w:val="28"/>
          <w:szCs w:val="28"/>
        </w:rPr>
        <w:t>Қабанбай</w:t>
      </w:r>
      <w:proofErr w:type="spellEnd"/>
      <w:r w:rsidRPr="00420D39">
        <w:rPr>
          <w:sz w:val="28"/>
          <w:szCs w:val="28"/>
        </w:rPr>
        <w:t xml:space="preserve"> батыр </w:t>
      </w:r>
      <w:proofErr w:type="spellStart"/>
      <w:r w:rsidRPr="00420D39">
        <w:rPr>
          <w:sz w:val="28"/>
          <w:szCs w:val="28"/>
        </w:rPr>
        <w:t>даңғылы</w:t>
      </w:r>
      <w:proofErr w:type="spellEnd"/>
      <w:r w:rsidRPr="00420D39">
        <w:rPr>
          <w:sz w:val="28"/>
          <w:szCs w:val="28"/>
        </w:rPr>
        <w:t>, № 66)</w:t>
      </w:r>
      <w:r w:rsidRPr="00420D39">
        <w:rPr>
          <w:sz w:val="28"/>
          <w:szCs w:val="28"/>
        </w:rPr>
        <w:br/>
      </w:r>
    </w:p>
    <w:p w14:paraId="757D3409" w14:textId="77777777" w:rsidR="00E72A3C" w:rsidRPr="00420D39" w:rsidRDefault="00E72A3C" w:rsidP="00E72A3C">
      <w:pPr>
        <w:ind w:firstLine="567"/>
        <w:jc w:val="both"/>
        <w:rPr>
          <w:sz w:val="28"/>
          <w:szCs w:val="28"/>
        </w:rPr>
      </w:pPr>
      <w:proofErr w:type="spellStart"/>
      <w:r w:rsidRPr="00420D39">
        <w:rPr>
          <w:sz w:val="28"/>
          <w:szCs w:val="28"/>
        </w:rPr>
        <w:t>Шекарасы</w:t>
      </w:r>
      <w:proofErr w:type="spellEnd"/>
      <w:r w:rsidRPr="00420D39">
        <w:rPr>
          <w:sz w:val="28"/>
          <w:szCs w:val="28"/>
        </w:rPr>
        <w:t xml:space="preserve">: </w:t>
      </w:r>
      <w:proofErr w:type="spellStart"/>
      <w:r w:rsidRPr="00420D39">
        <w:rPr>
          <w:sz w:val="28"/>
          <w:szCs w:val="28"/>
        </w:rPr>
        <w:t>Қабанбай</w:t>
      </w:r>
      <w:proofErr w:type="spellEnd"/>
      <w:r w:rsidRPr="00420D39">
        <w:rPr>
          <w:sz w:val="28"/>
          <w:szCs w:val="28"/>
        </w:rPr>
        <w:t xml:space="preserve"> батыр </w:t>
      </w:r>
      <w:proofErr w:type="spellStart"/>
      <w:r w:rsidRPr="00420D39">
        <w:rPr>
          <w:sz w:val="28"/>
          <w:szCs w:val="28"/>
        </w:rPr>
        <w:t>даңғылы</w:t>
      </w:r>
      <w:proofErr w:type="spellEnd"/>
      <w:r w:rsidRPr="00420D39">
        <w:rPr>
          <w:sz w:val="28"/>
          <w:szCs w:val="28"/>
        </w:rPr>
        <w:t xml:space="preserve">, № 66. </w:t>
      </w:r>
    </w:p>
    <w:p w14:paraId="5F423B5F" w14:textId="77777777" w:rsidR="00E72A3C" w:rsidRPr="00420D39" w:rsidRDefault="00E72A3C" w:rsidP="00E72A3C">
      <w:pPr>
        <w:ind w:firstLine="567"/>
        <w:jc w:val="both"/>
        <w:rPr>
          <w:sz w:val="28"/>
          <w:szCs w:val="28"/>
        </w:rPr>
      </w:pPr>
    </w:p>
    <w:p w14:paraId="0AECA054" w14:textId="77777777" w:rsidR="00E72A3C" w:rsidRPr="00420D39" w:rsidRDefault="00E72A3C" w:rsidP="00E72A3C">
      <w:pPr>
        <w:jc w:val="center"/>
        <w:rPr>
          <w:sz w:val="28"/>
          <w:szCs w:val="28"/>
        </w:rPr>
      </w:pPr>
      <w:r w:rsidRPr="00420D39">
        <w:rPr>
          <w:sz w:val="28"/>
          <w:szCs w:val="28"/>
        </w:rPr>
        <w:t xml:space="preserve">№ 191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32CF70D0"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 «</w:t>
      </w:r>
      <w:proofErr w:type="spellStart"/>
      <w:r w:rsidRPr="00420D39">
        <w:rPr>
          <w:sz w:val="28"/>
          <w:szCs w:val="28"/>
        </w:rPr>
        <w:t>Қазақстан</w:t>
      </w:r>
      <w:proofErr w:type="spellEnd"/>
      <w:r w:rsidRPr="00420D39">
        <w:rPr>
          <w:sz w:val="28"/>
          <w:szCs w:val="28"/>
        </w:rPr>
        <w:t xml:space="preserve"> </w:t>
      </w:r>
      <w:proofErr w:type="spellStart"/>
      <w:r w:rsidRPr="00420D39">
        <w:rPr>
          <w:sz w:val="28"/>
          <w:szCs w:val="28"/>
        </w:rPr>
        <w:t>Республикасы</w:t>
      </w:r>
      <w:proofErr w:type="spellEnd"/>
      <w:r w:rsidRPr="00420D39">
        <w:rPr>
          <w:sz w:val="28"/>
          <w:szCs w:val="28"/>
        </w:rPr>
        <w:t xml:space="preserve"> </w:t>
      </w:r>
      <w:proofErr w:type="spellStart"/>
      <w:r w:rsidRPr="00420D39">
        <w:rPr>
          <w:sz w:val="28"/>
          <w:szCs w:val="28"/>
        </w:rPr>
        <w:t>Президентінің</w:t>
      </w:r>
      <w:proofErr w:type="spellEnd"/>
      <w:r w:rsidRPr="00420D39">
        <w:rPr>
          <w:sz w:val="28"/>
          <w:szCs w:val="28"/>
        </w:rPr>
        <w:t xml:space="preserve"> </w:t>
      </w:r>
      <w:proofErr w:type="spellStart"/>
      <w:r w:rsidRPr="00420D39">
        <w:rPr>
          <w:sz w:val="28"/>
          <w:szCs w:val="28"/>
        </w:rPr>
        <w:t>Іс</w:t>
      </w:r>
      <w:proofErr w:type="spellEnd"/>
      <w:r w:rsidRPr="00420D39">
        <w:rPr>
          <w:sz w:val="28"/>
          <w:szCs w:val="28"/>
        </w:rPr>
        <w:t xml:space="preserve"> </w:t>
      </w:r>
      <w:r w:rsidRPr="00420D39">
        <w:rPr>
          <w:sz w:val="28"/>
          <w:szCs w:val="28"/>
          <w:lang w:val="kk-KZ"/>
        </w:rPr>
        <w:t>б</w:t>
      </w:r>
      <w:proofErr w:type="spellStart"/>
      <w:r w:rsidRPr="00420D39">
        <w:rPr>
          <w:sz w:val="28"/>
          <w:szCs w:val="28"/>
        </w:rPr>
        <w:t>асқармасы</w:t>
      </w:r>
      <w:proofErr w:type="spellEnd"/>
      <w:r w:rsidRPr="00420D39">
        <w:rPr>
          <w:sz w:val="28"/>
          <w:szCs w:val="28"/>
        </w:rPr>
        <w:t xml:space="preserve"> </w:t>
      </w:r>
      <w:proofErr w:type="spellStart"/>
      <w:r w:rsidRPr="00420D39">
        <w:rPr>
          <w:sz w:val="28"/>
          <w:szCs w:val="28"/>
        </w:rPr>
        <w:t>Медициналық</w:t>
      </w:r>
      <w:proofErr w:type="spellEnd"/>
      <w:r w:rsidRPr="00420D39">
        <w:rPr>
          <w:sz w:val="28"/>
          <w:szCs w:val="28"/>
        </w:rPr>
        <w:t xml:space="preserve"> </w:t>
      </w:r>
      <w:proofErr w:type="spellStart"/>
      <w:r w:rsidRPr="00420D39">
        <w:rPr>
          <w:sz w:val="28"/>
          <w:szCs w:val="28"/>
        </w:rPr>
        <w:t>орталығының</w:t>
      </w:r>
      <w:proofErr w:type="spellEnd"/>
      <w:r w:rsidRPr="00420D39">
        <w:rPr>
          <w:sz w:val="28"/>
          <w:szCs w:val="28"/>
        </w:rPr>
        <w:t xml:space="preserve"> </w:t>
      </w:r>
      <w:proofErr w:type="spellStart"/>
      <w:r w:rsidRPr="00420D39">
        <w:rPr>
          <w:sz w:val="28"/>
          <w:szCs w:val="28"/>
        </w:rPr>
        <w:t>ауруханасы</w:t>
      </w:r>
      <w:proofErr w:type="spellEnd"/>
      <w:r w:rsidRPr="00420D39">
        <w:rPr>
          <w:sz w:val="28"/>
          <w:szCs w:val="28"/>
        </w:rPr>
        <w:t xml:space="preserve">» </w:t>
      </w:r>
      <w:proofErr w:type="spellStart"/>
      <w:r w:rsidRPr="00420D39">
        <w:rPr>
          <w:sz w:val="28"/>
          <w:szCs w:val="28"/>
        </w:rPr>
        <w:t>шаруашылық</w:t>
      </w:r>
      <w:proofErr w:type="spellEnd"/>
      <w:r w:rsidRPr="00420D39">
        <w:rPr>
          <w:sz w:val="28"/>
          <w:szCs w:val="28"/>
        </w:rPr>
        <w:t xml:space="preserve"> </w:t>
      </w:r>
      <w:proofErr w:type="spellStart"/>
      <w:r w:rsidRPr="00420D39">
        <w:rPr>
          <w:sz w:val="28"/>
          <w:szCs w:val="28"/>
        </w:rPr>
        <w:t>жүргізу</w:t>
      </w:r>
      <w:proofErr w:type="spellEnd"/>
      <w:r w:rsidRPr="00420D39">
        <w:rPr>
          <w:sz w:val="28"/>
          <w:szCs w:val="28"/>
        </w:rPr>
        <w:t xml:space="preserve"> </w:t>
      </w:r>
      <w:proofErr w:type="spellStart"/>
      <w:r w:rsidRPr="00420D39">
        <w:rPr>
          <w:sz w:val="28"/>
          <w:szCs w:val="28"/>
        </w:rPr>
        <w:t>құқығындағы</w:t>
      </w:r>
      <w:proofErr w:type="spellEnd"/>
      <w:r w:rsidRPr="00420D39">
        <w:rPr>
          <w:sz w:val="28"/>
          <w:szCs w:val="28"/>
        </w:rPr>
        <w:t xml:space="preserve"> </w:t>
      </w:r>
      <w:proofErr w:type="spellStart"/>
      <w:r w:rsidRPr="00420D39">
        <w:rPr>
          <w:sz w:val="28"/>
          <w:szCs w:val="28"/>
        </w:rPr>
        <w:t>республикалық</w:t>
      </w:r>
      <w:proofErr w:type="spellEnd"/>
      <w:r w:rsidRPr="00420D39">
        <w:rPr>
          <w:sz w:val="28"/>
          <w:szCs w:val="28"/>
        </w:rPr>
        <w:t xml:space="preserve"> </w:t>
      </w:r>
      <w:proofErr w:type="spellStart"/>
      <w:r w:rsidRPr="00420D39">
        <w:rPr>
          <w:sz w:val="28"/>
          <w:szCs w:val="28"/>
        </w:rPr>
        <w:t>мемлекеттік</w:t>
      </w:r>
      <w:proofErr w:type="spellEnd"/>
      <w:r w:rsidRPr="00420D39">
        <w:rPr>
          <w:sz w:val="28"/>
          <w:szCs w:val="28"/>
        </w:rPr>
        <w:t xml:space="preserve"> </w:t>
      </w:r>
      <w:proofErr w:type="spellStart"/>
      <w:proofErr w:type="gramStart"/>
      <w:r w:rsidRPr="00420D39">
        <w:rPr>
          <w:sz w:val="28"/>
          <w:szCs w:val="28"/>
        </w:rPr>
        <w:t>кәсіпорны</w:t>
      </w:r>
      <w:proofErr w:type="spellEnd"/>
      <w:r w:rsidRPr="00420D39">
        <w:rPr>
          <w:sz w:val="28"/>
          <w:szCs w:val="28"/>
        </w:rPr>
        <w:t xml:space="preserve">, </w:t>
      </w:r>
      <w:r w:rsidRPr="00EE14F8">
        <w:rPr>
          <w:sz w:val="28"/>
          <w:szCs w:val="28"/>
        </w:rPr>
        <w:t xml:space="preserve"> </w:t>
      </w:r>
      <w:proofErr w:type="spellStart"/>
      <w:r w:rsidRPr="00420D39">
        <w:rPr>
          <w:sz w:val="28"/>
          <w:szCs w:val="28"/>
        </w:rPr>
        <w:t>Мәңгілік</w:t>
      </w:r>
      <w:proofErr w:type="spellEnd"/>
      <w:proofErr w:type="gramEnd"/>
      <w:r w:rsidRPr="00420D39">
        <w:rPr>
          <w:sz w:val="28"/>
          <w:szCs w:val="28"/>
        </w:rPr>
        <w:t xml:space="preserve"> Ел </w:t>
      </w:r>
      <w:proofErr w:type="spellStart"/>
      <w:r w:rsidRPr="00420D39">
        <w:rPr>
          <w:sz w:val="28"/>
          <w:szCs w:val="28"/>
        </w:rPr>
        <w:t>даңғылы</w:t>
      </w:r>
      <w:proofErr w:type="spellEnd"/>
      <w:r w:rsidRPr="00420D39">
        <w:rPr>
          <w:sz w:val="28"/>
          <w:szCs w:val="28"/>
        </w:rPr>
        <w:t>, № 80)</w:t>
      </w:r>
    </w:p>
    <w:p w14:paraId="5B279B2D" w14:textId="77777777" w:rsidR="00E72A3C" w:rsidRPr="00420D39" w:rsidRDefault="00E72A3C" w:rsidP="00E72A3C">
      <w:pPr>
        <w:jc w:val="center"/>
        <w:rPr>
          <w:sz w:val="28"/>
          <w:szCs w:val="28"/>
        </w:rPr>
      </w:pPr>
    </w:p>
    <w:p w14:paraId="1978EF5B" w14:textId="77777777" w:rsidR="00E72A3C" w:rsidRPr="00420D39" w:rsidRDefault="00E72A3C" w:rsidP="00E72A3C">
      <w:pPr>
        <w:ind w:firstLine="567"/>
        <w:jc w:val="both"/>
        <w:rPr>
          <w:sz w:val="28"/>
          <w:szCs w:val="28"/>
        </w:rPr>
      </w:pPr>
      <w:proofErr w:type="spellStart"/>
      <w:r w:rsidRPr="00420D39">
        <w:rPr>
          <w:sz w:val="28"/>
          <w:szCs w:val="28"/>
        </w:rPr>
        <w:t>Шекарасы</w:t>
      </w:r>
      <w:proofErr w:type="spellEnd"/>
      <w:r w:rsidRPr="00420D39">
        <w:rPr>
          <w:sz w:val="28"/>
          <w:szCs w:val="28"/>
        </w:rPr>
        <w:t xml:space="preserve">: </w:t>
      </w:r>
      <w:proofErr w:type="spellStart"/>
      <w:r w:rsidRPr="00420D39">
        <w:rPr>
          <w:sz w:val="28"/>
          <w:szCs w:val="28"/>
        </w:rPr>
        <w:t>Мәңгілік</w:t>
      </w:r>
      <w:proofErr w:type="spellEnd"/>
      <w:r w:rsidRPr="00420D39">
        <w:rPr>
          <w:sz w:val="28"/>
          <w:szCs w:val="28"/>
        </w:rPr>
        <w:t xml:space="preserve"> Ел </w:t>
      </w:r>
      <w:proofErr w:type="spellStart"/>
      <w:r w:rsidRPr="00420D39">
        <w:rPr>
          <w:sz w:val="28"/>
          <w:szCs w:val="28"/>
        </w:rPr>
        <w:t>даңғылы</w:t>
      </w:r>
      <w:proofErr w:type="spellEnd"/>
      <w:r w:rsidRPr="00420D39">
        <w:rPr>
          <w:sz w:val="28"/>
          <w:szCs w:val="28"/>
        </w:rPr>
        <w:t>, № 80.</w:t>
      </w:r>
    </w:p>
    <w:p w14:paraId="4F834003" w14:textId="77777777" w:rsidR="00E72A3C" w:rsidRPr="00420D39" w:rsidRDefault="00E72A3C" w:rsidP="00E72A3C">
      <w:pPr>
        <w:ind w:firstLine="567"/>
        <w:jc w:val="both"/>
        <w:rPr>
          <w:sz w:val="28"/>
          <w:szCs w:val="28"/>
        </w:rPr>
      </w:pPr>
    </w:p>
    <w:p w14:paraId="793B97A4" w14:textId="77777777" w:rsidR="00E72A3C" w:rsidRPr="00420D39" w:rsidRDefault="00E72A3C" w:rsidP="00E72A3C">
      <w:pPr>
        <w:jc w:val="center"/>
        <w:rPr>
          <w:sz w:val="28"/>
          <w:szCs w:val="28"/>
        </w:rPr>
      </w:pPr>
      <w:r w:rsidRPr="00420D39">
        <w:rPr>
          <w:sz w:val="28"/>
          <w:szCs w:val="28"/>
        </w:rPr>
        <w:t xml:space="preserve">№ 192 </w:t>
      </w:r>
      <w:proofErr w:type="spellStart"/>
      <w:r w:rsidRPr="00420D39">
        <w:rPr>
          <w:sz w:val="28"/>
          <w:szCs w:val="28"/>
        </w:rPr>
        <w:t>сайлау</w:t>
      </w:r>
      <w:proofErr w:type="spellEnd"/>
      <w:r w:rsidRPr="00420D39">
        <w:rPr>
          <w:sz w:val="28"/>
          <w:szCs w:val="28"/>
        </w:rPr>
        <w:t xml:space="preserve"> </w:t>
      </w:r>
      <w:proofErr w:type="spellStart"/>
      <w:r w:rsidRPr="00420D39">
        <w:rPr>
          <w:sz w:val="28"/>
          <w:szCs w:val="28"/>
        </w:rPr>
        <w:t>учаскесі</w:t>
      </w:r>
      <w:proofErr w:type="spellEnd"/>
    </w:p>
    <w:p w14:paraId="7E3565A3" w14:textId="77777777" w:rsidR="00E72A3C" w:rsidRPr="00420D39" w:rsidRDefault="00E72A3C" w:rsidP="00E72A3C">
      <w:pPr>
        <w:jc w:val="center"/>
        <w:rPr>
          <w:sz w:val="28"/>
          <w:szCs w:val="28"/>
        </w:rPr>
      </w:pPr>
      <w:r w:rsidRPr="00420D39">
        <w:rPr>
          <w:sz w:val="28"/>
          <w:szCs w:val="28"/>
        </w:rPr>
        <w:t>(</w:t>
      </w:r>
      <w:proofErr w:type="spellStart"/>
      <w:r w:rsidRPr="00420D39">
        <w:rPr>
          <w:sz w:val="28"/>
          <w:szCs w:val="28"/>
        </w:rPr>
        <w:t>орталығы</w:t>
      </w:r>
      <w:proofErr w:type="spellEnd"/>
      <w:r w:rsidRPr="00420D39">
        <w:rPr>
          <w:sz w:val="28"/>
          <w:szCs w:val="28"/>
        </w:rPr>
        <w:t xml:space="preserve"> – Астана </w:t>
      </w:r>
      <w:proofErr w:type="spellStart"/>
      <w:r w:rsidRPr="00420D39">
        <w:rPr>
          <w:sz w:val="28"/>
          <w:szCs w:val="28"/>
        </w:rPr>
        <w:t>қаласы</w:t>
      </w:r>
      <w:proofErr w:type="spellEnd"/>
      <w:r w:rsidRPr="00420D39">
        <w:rPr>
          <w:sz w:val="28"/>
          <w:szCs w:val="28"/>
        </w:rPr>
        <w:t xml:space="preserve"> </w:t>
      </w:r>
      <w:proofErr w:type="spellStart"/>
      <w:r w:rsidRPr="00420D39">
        <w:rPr>
          <w:sz w:val="28"/>
          <w:szCs w:val="28"/>
        </w:rPr>
        <w:t>әкімдігінің</w:t>
      </w:r>
      <w:proofErr w:type="spellEnd"/>
      <w:r w:rsidRPr="00420D39">
        <w:rPr>
          <w:sz w:val="28"/>
          <w:szCs w:val="28"/>
        </w:rPr>
        <w:t xml:space="preserve"> «№ 3 </w:t>
      </w:r>
      <w:proofErr w:type="spellStart"/>
      <w:r w:rsidRPr="00420D39">
        <w:rPr>
          <w:sz w:val="28"/>
          <w:szCs w:val="28"/>
        </w:rPr>
        <w:t>көпсалалы</w:t>
      </w:r>
      <w:proofErr w:type="spellEnd"/>
      <w:r w:rsidRPr="00420D39">
        <w:rPr>
          <w:sz w:val="28"/>
          <w:szCs w:val="28"/>
        </w:rPr>
        <w:t xml:space="preserve"> </w:t>
      </w:r>
      <w:proofErr w:type="spellStart"/>
      <w:r w:rsidRPr="00420D39">
        <w:rPr>
          <w:sz w:val="28"/>
          <w:szCs w:val="28"/>
        </w:rPr>
        <w:t>қалалық</w:t>
      </w:r>
      <w:proofErr w:type="spellEnd"/>
      <w:r w:rsidRPr="00420D39">
        <w:rPr>
          <w:sz w:val="28"/>
          <w:szCs w:val="28"/>
        </w:rPr>
        <w:t xml:space="preserve"> </w:t>
      </w:r>
      <w:proofErr w:type="spellStart"/>
      <w:r w:rsidRPr="00420D39">
        <w:rPr>
          <w:sz w:val="28"/>
          <w:szCs w:val="28"/>
        </w:rPr>
        <w:t>балалар</w:t>
      </w:r>
      <w:proofErr w:type="spellEnd"/>
      <w:r w:rsidRPr="00420D39">
        <w:rPr>
          <w:sz w:val="28"/>
          <w:szCs w:val="28"/>
        </w:rPr>
        <w:t xml:space="preserve"> </w:t>
      </w:r>
      <w:proofErr w:type="spellStart"/>
      <w:r w:rsidRPr="00420D39">
        <w:rPr>
          <w:sz w:val="28"/>
          <w:szCs w:val="28"/>
        </w:rPr>
        <w:t>ауруханасы</w:t>
      </w:r>
      <w:proofErr w:type="spellEnd"/>
      <w:r w:rsidRPr="00420D39">
        <w:rPr>
          <w:sz w:val="28"/>
          <w:szCs w:val="28"/>
        </w:rPr>
        <w:t xml:space="preserve">» </w:t>
      </w:r>
      <w:proofErr w:type="spellStart"/>
      <w:r w:rsidRPr="00420D39">
        <w:rPr>
          <w:sz w:val="28"/>
          <w:szCs w:val="28"/>
        </w:rPr>
        <w:t>шаруашылық</w:t>
      </w:r>
      <w:proofErr w:type="spellEnd"/>
      <w:r w:rsidRPr="00420D39">
        <w:rPr>
          <w:sz w:val="28"/>
          <w:szCs w:val="28"/>
        </w:rPr>
        <w:t xml:space="preserve"> </w:t>
      </w:r>
      <w:proofErr w:type="spellStart"/>
      <w:r w:rsidRPr="00420D39">
        <w:rPr>
          <w:sz w:val="28"/>
          <w:szCs w:val="28"/>
        </w:rPr>
        <w:t>жүргізу</w:t>
      </w:r>
      <w:proofErr w:type="spellEnd"/>
      <w:r w:rsidRPr="00420D39">
        <w:rPr>
          <w:sz w:val="28"/>
          <w:szCs w:val="28"/>
        </w:rPr>
        <w:t xml:space="preserve"> </w:t>
      </w:r>
      <w:proofErr w:type="spellStart"/>
      <w:r w:rsidRPr="00420D39">
        <w:rPr>
          <w:sz w:val="28"/>
          <w:szCs w:val="28"/>
        </w:rPr>
        <w:t>құқығындағы</w:t>
      </w:r>
      <w:proofErr w:type="spellEnd"/>
      <w:r w:rsidRPr="00420D39">
        <w:rPr>
          <w:sz w:val="28"/>
          <w:szCs w:val="28"/>
        </w:rPr>
        <w:t xml:space="preserve"> </w:t>
      </w:r>
      <w:proofErr w:type="spellStart"/>
      <w:r w:rsidRPr="00420D39">
        <w:rPr>
          <w:sz w:val="28"/>
          <w:szCs w:val="28"/>
        </w:rPr>
        <w:t>мемлекеттік</w:t>
      </w:r>
      <w:proofErr w:type="spellEnd"/>
      <w:r w:rsidRPr="00420D39">
        <w:rPr>
          <w:sz w:val="28"/>
          <w:szCs w:val="28"/>
        </w:rPr>
        <w:t xml:space="preserve"> </w:t>
      </w:r>
      <w:proofErr w:type="spellStart"/>
      <w:r w:rsidRPr="00420D39">
        <w:rPr>
          <w:sz w:val="28"/>
          <w:szCs w:val="28"/>
        </w:rPr>
        <w:t>коммуналдық</w:t>
      </w:r>
      <w:proofErr w:type="spellEnd"/>
      <w:r w:rsidRPr="00420D39">
        <w:rPr>
          <w:sz w:val="28"/>
          <w:szCs w:val="28"/>
        </w:rPr>
        <w:t xml:space="preserve"> </w:t>
      </w:r>
      <w:proofErr w:type="spellStart"/>
      <w:r w:rsidRPr="00420D39">
        <w:rPr>
          <w:sz w:val="28"/>
          <w:szCs w:val="28"/>
        </w:rPr>
        <w:t>кәсіпорны</w:t>
      </w:r>
      <w:proofErr w:type="spellEnd"/>
      <w:r w:rsidRPr="00420D39">
        <w:rPr>
          <w:sz w:val="28"/>
          <w:szCs w:val="28"/>
        </w:rPr>
        <w:t>, Т. </w:t>
      </w:r>
      <w:proofErr w:type="spellStart"/>
      <w:r w:rsidRPr="00420D39">
        <w:rPr>
          <w:sz w:val="28"/>
          <w:szCs w:val="28"/>
        </w:rPr>
        <w:t>Рысқұлов</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 12)</w:t>
      </w:r>
    </w:p>
    <w:p w14:paraId="6189102E" w14:textId="77777777" w:rsidR="00E72A3C" w:rsidRPr="00420D39" w:rsidRDefault="00E72A3C" w:rsidP="00E72A3C">
      <w:pPr>
        <w:tabs>
          <w:tab w:val="left" w:pos="5730"/>
        </w:tabs>
        <w:ind w:firstLine="567"/>
        <w:rPr>
          <w:sz w:val="28"/>
          <w:szCs w:val="28"/>
        </w:rPr>
      </w:pPr>
      <w:r w:rsidRPr="00420D39">
        <w:rPr>
          <w:sz w:val="28"/>
          <w:szCs w:val="28"/>
        </w:rPr>
        <w:tab/>
      </w:r>
    </w:p>
    <w:p w14:paraId="623E9930" w14:textId="77777777" w:rsidR="00E72A3C" w:rsidRPr="00420D39" w:rsidRDefault="00E72A3C" w:rsidP="00E72A3C">
      <w:pPr>
        <w:ind w:firstLine="567"/>
        <w:jc w:val="both"/>
        <w:rPr>
          <w:sz w:val="28"/>
          <w:szCs w:val="28"/>
        </w:rPr>
      </w:pPr>
      <w:proofErr w:type="spellStart"/>
      <w:r w:rsidRPr="00420D39">
        <w:rPr>
          <w:sz w:val="28"/>
          <w:szCs w:val="28"/>
        </w:rPr>
        <w:t>Шекарасы</w:t>
      </w:r>
      <w:proofErr w:type="spellEnd"/>
      <w:r w:rsidRPr="00420D39">
        <w:rPr>
          <w:sz w:val="28"/>
          <w:szCs w:val="28"/>
        </w:rPr>
        <w:t>: Т. </w:t>
      </w:r>
      <w:proofErr w:type="spellStart"/>
      <w:r w:rsidRPr="00420D39">
        <w:rPr>
          <w:sz w:val="28"/>
          <w:szCs w:val="28"/>
        </w:rPr>
        <w:t>Рысқұлов</w:t>
      </w:r>
      <w:proofErr w:type="spellEnd"/>
      <w:r w:rsidRPr="00420D39">
        <w:rPr>
          <w:sz w:val="28"/>
          <w:szCs w:val="28"/>
        </w:rPr>
        <w:t xml:space="preserve"> </w:t>
      </w:r>
      <w:proofErr w:type="spellStart"/>
      <w:r w:rsidRPr="00420D39">
        <w:rPr>
          <w:sz w:val="28"/>
          <w:szCs w:val="28"/>
        </w:rPr>
        <w:t>көшесі</w:t>
      </w:r>
      <w:proofErr w:type="spellEnd"/>
      <w:r w:rsidRPr="00420D39">
        <w:rPr>
          <w:sz w:val="28"/>
          <w:szCs w:val="28"/>
        </w:rPr>
        <w:t>, № 12.</w:t>
      </w:r>
    </w:p>
    <w:p w14:paraId="1687B688" w14:textId="77777777" w:rsidR="00E72A3C" w:rsidRPr="00E32FFE" w:rsidRDefault="00E72A3C" w:rsidP="00E72A3C">
      <w:pPr>
        <w:jc w:val="center"/>
        <w:rPr>
          <w:sz w:val="28"/>
          <w:szCs w:val="32"/>
          <w:lang w:val="kk-KZ"/>
        </w:rPr>
      </w:pPr>
      <w:r w:rsidRPr="00420D39">
        <w:rPr>
          <w:sz w:val="28"/>
          <w:szCs w:val="32"/>
          <w:lang w:val="kk-KZ"/>
        </w:rPr>
        <w:t>_________________________</w:t>
      </w:r>
    </w:p>
    <w:p w14:paraId="17624175" w14:textId="03C9FDDF" w:rsidR="00E72A3C" w:rsidRDefault="00E72A3C" w:rsidP="000D023A">
      <w:pPr>
        <w:jc w:val="center"/>
        <w:rPr>
          <w:lang w:val="kk-KZ"/>
        </w:rPr>
      </w:pPr>
    </w:p>
    <w:p w14:paraId="771D004B" w14:textId="2EA12480" w:rsidR="00BC7114" w:rsidRDefault="00BC7114" w:rsidP="000D023A">
      <w:pPr>
        <w:jc w:val="center"/>
        <w:rPr>
          <w:lang w:val="kk-KZ"/>
        </w:rPr>
      </w:pPr>
    </w:p>
    <w:p w14:paraId="770201A9" w14:textId="2306B552" w:rsidR="00BC7114" w:rsidRDefault="00BC7114" w:rsidP="000D023A">
      <w:pPr>
        <w:jc w:val="center"/>
        <w:rPr>
          <w:lang w:val="kk-KZ"/>
        </w:rPr>
      </w:pPr>
    </w:p>
    <w:p w14:paraId="5366C741" w14:textId="28F6F8DC" w:rsidR="00BC7114" w:rsidRDefault="00BC7114" w:rsidP="000D023A">
      <w:pPr>
        <w:jc w:val="center"/>
        <w:rPr>
          <w:lang w:val="kk-KZ"/>
        </w:rPr>
      </w:pPr>
    </w:p>
    <w:p w14:paraId="25B5C725" w14:textId="49A5AB43" w:rsidR="00BC7114" w:rsidRDefault="00BC7114" w:rsidP="000D023A">
      <w:pPr>
        <w:jc w:val="center"/>
        <w:rPr>
          <w:lang w:val="kk-KZ"/>
        </w:rPr>
      </w:pPr>
    </w:p>
    <w:p w14:paraId="73A7F47D" w14:textId="0D5B66BC" w:rsidR="00BC7114" w:rsidRDefault="00BC7114" w:rsidP="000D023A">
      <w:pPr>
        <w:jc w:val="center"/>
        <w:rPr>
          <w:lang w:val="kk-KZ"/>
        </w:rPr>
      </w:pPr>
    </w:p>
    <w:p w14:paraId="0680EF93" w14:textId="1B739380" w:rsidR="00BC7114" w:rsidRDefault="00BC7114" w:rsidP="000D023A">
      <w:pPr>
        <w:jc w:val="center"/>
        <w:rPr>
          <w:lang w:val="kk-KZ"/>
        </w:rPr>
      </w:pPr>
    </w:p>
    <w:p w14:paraId="3BEE58B6" w14:textId="41CE1555" w:rsidR="00BC7114" w:rsidRDefault="00BC7114" w:rsidP="000D023A">
      <w:pPr>
        <w:jc w:val="center"/>
        <w:rPr>
          <w:lang w:val="kk-KZ"/>
        </w:rPr>
      </w:pPr>
    </w:p>
    <w:p w14:paraId="1A154834" w14:textId="3D7FC310" w:rsidR="00BC7114" w:rsidRDefault="00BC7114" w:rsidP="000D023A">
      <w:pPr>
        <w:jc w:val="center"/>
        <w:rPr>
          <w:lang w:val="kk-KZ"/>
        </w:rPr>
      </w:pPr>
    </w:p>
    <w:p w14:paraId="696B2449" w14:textId="4E5BFECD" w:rsidR="00BC7114" w:rsidRDefault="00BC7114" w:rsidP="000D023A">
      <w:pPr>
        <w:jc w:val="center"/>
        <w:rPr>
          <w:lang w:val="kk-KZ"/>
        </w:rPr>
      </w:pPr>
    </w:p>
    <w:p w14:paraId="3A4AE919" w14:textId="66DD29C3" w:rsidR="00BC7114" w:rsidRDefault="00BC7114" w:rsidP="000D023A">
      <w:pPr>
        <w:jc w:val="center"/>
        <w:rPr>
          <w:lang w:val="kk-KZ"/>
        </w:rPr>
      </w:pPr>
    </w:p>
    <w:p w14:paraId="4D981B32" w14:textId="5F582295" w:rsidR="00BC7114" w:rsidRDefault="00BC7114" w:rsidP="000D023A">
      <w:pPr>
        <w:jc w:val="center"/>
        <w:rPr>
          <w:lang w:val="kk-KZ"/>
        </w:rPr>
      </w:pPr>
    </w:p>
    <w:p w14:paraId="53338AAA" w14:textId="7B5B821B" w:rsidR="00BC7114" w:rsidRDefault="00BC7114" w:rsidP="000D023A">
      <w:pPr>
        <w:jc w:val="center"/>
        <w:rPr>
          <w:lang w:val="kk-KZ"/>
        </w:rPr>
      </w:pPr>
    </w:p>
    <w:p w14:paraId="009B4AA9" w14:textId="608BEAD1" w:rsidR="00BC7114" w:rsidRDefault="00BC7114" w:rsidP="000D023A">
      <w:pPr>
        <w:jc w:val="center"/>
        <w:rPr>
          <w:lang w:val="kk-KZ"/>
        </w:rPr>
      </w:pPr>
    </w:p>
    <w:p w14:paraId="72BC4152" w14:textId="3B22D396" w:rsidR="00BC7114" w:rsidRDefault="00BC7114" w:rsidP="000D023A">
      <w:pPr>
        <w:jc w:val="center"/>
        <w:rPr>
          <w:lang w:val="kk-KZ"/>
        </w:rPr>
      </w:pPr>
    </w:p>
    <w:p w14:paraId="421BF171" w14:textId="450A4E9F" w:rsidR="00BC7114" w:rsidRDefault="00BC7114" w:rsidP="000D023A">
      <w:pPr>
        <w:jc w:val="center"/>
        <w:rPr>
          <w:lang w:val="kk-KZ"/>
        </w:rPr>
      </w:pPr>
    </w:p>
    <w:p w14:paraId="37770A0C" w14:textId="6CC9317E" w:rsidR="00BC7114" w:rsidRDefault="00BC7114" w:rsidP="000D023A">
      <w:pPr>
        <w:jc w:val="center"/>
        <w:rPr>
          <w:lang w:val="kk-KZ"/>
        </w:rPr>
      </w:pPr>
    </w:p>
    <w:p w14:paraId="7D7CA562" w14:textId="31E18F1F" w:rsidR="00BC7114" w:rsidRDefault="00BC7114" w:rsidP="000D023A">
      <w:pPr>
        <w:jc w:val="center"/>
        <w:rPr>
          <w:lang w:val="kk-KZ"/>
        </w:rPr>
      </w:pPr>
    </w:p>
    <w:p w14:paraId="353C6F1B" w14:textId="6A7F264A" w:rsidR="00BC7114" w:rsidRDefault="00BC7114" w:rsidP="000D023A">
      <w:pPr>
        <w:jc w:val="center"/>
        <w:rPr>
          <w:lang w:val="kk-KZ"/>
        </w:rPr>
      </w:pPr>
    </w:p>
    <w:p w14:paraId="2AECC9AA" w14:textId="59013DFF" w:rsidR="00BC7114" w:rsidRDefault="00BC7114" w:rsidP="000D023A">
      <w:pPr>
        <w:jc w:val="center"/>
        <w:rPr>
          <w:lang w:val="kk-KZ"/>
        </w:rPr>
      </w:pPr>
    </w:p>
    <w:p w14:paraId="1FB4452B" w14:textId="61CE3AD1" w:rsidR="00BC7114" w:rsidRDefault="00BC7114" w:rsidP="000D023A">
      <w:pPr>
        <w:jc w:val="center"/>
        <w:rPr>
          <w:lang w:val="kk-KZ"/>
        </w:rPr>
      </w:pPr>
    </w:p>
    <w:p w14:paraId="3FB3469B" w14:textId="5BA88A9D" w:rsidR="00BC7114" w:rsidRDefault="00BC7114" w:rsidP="000D023A">
      <w:pPr>
        <w:jc w:val="center"/>
        <w:rPr>
          <w:lang w:val="kk-KZ"/>
        </w:rPr>
      </w:pPr>
    </w:p>
    <w:tbl>
      <w:tblPr>
        <w:tblW w:w="4111" w:type="dxa"/>
        <w:tblInd w:w="5670" w:type="dxa"/>
        <w:tblLook w:val="04A0" w:firstRow="1" w:lastRow="0" w:firstColumn="1" w:lastColumn="0" w:noHBand="0" w:noVBand="1"/>
      </w:tblPr>
      <w:tblGrid>
        <w:gridCol w:w="4111"/>
      </w:tblGrid>
      <w:tr w:rsidR="00BE72FA" w:rsidRPr="00D2356F" w14:paraId="67F0997F" w14:textId="77777777" w:rsidTr="009720AC">
        <w:tc>
          <w:tcPr>
            <w:tcW w:w="4111" w:type="dxa"/>
            <w:tcBorders>
              <w:top w:val="nil"/>
              <w:left w:val="nil"/>
              <w:bottom w:val="nil"/>
              <w:right w:val="nil"/>
            </w:tcBorders>
          </w:tcPr>
          <w:p w14:paraId="1048518F" w14:textId="77777777" w:rsidR="00BE72FA" w:rsidRPr="00D2356F" w:rsidRDefault="00BE72FA" w:rsidP="00BE72FA">
            <w:pPr>
              <w:ind w:left="250" w:hanging="213"/>
              <w:rPr>
                <w:sz w:val="28"/>
                <w:szCs w:val="28"/>
                <w:lang w:val="kk-KZ"/>
              </w:rPr>
            </w:pPr>
            <w:bookmarkStart w:id="2" w:name="_Hlk241489693"/>
            <w:r w:rsidRPr="00D2356F">
              <w:rPr>
                <w:sz w:val="28"/>
                <w:szCs w:val="28"/>
                <w:lang w:val="kk-KZ"/>
              </w:rPr>
              <w:lastRenderedPageBreak/>
              <w:t>Астана қаласы әкімінің</w:t>
            </w:r>
          </w:p>
          <w:p w14:paraId="416D8210" w14:textId="69927BBB" w:rsidR="00BE72FA" w:rsidRPr="00D2356F" w:rsidRDefault="00BE72FA" w:rsidP="00BE72FA">
            <w:pPr>
              <w:ind w:left="250" w:hanging="213"/>
              <w:rPr>
                <w:sz w:val="28"/>
                <w:szCs w:val="28"/>
                <w:lang w:val="kk-KZ"/>
              </w:rPr>
            </w:pPr>
            <w:r w:rsidRPr="00D2356F">
              <w:rPr>
                <w:sz w:val="28"/>
                <w:szCs w:val="28"/>
                <w:lang w:val="kk-KZ"/>
              </w:rPr>
              <w:t>2026 жылғы «30» қыркүйектегі</w:t>
            </w:r>
          </w:p>
          <w:p w14:paraId="2123729C" w14:textId="771631A5" w:rsidR="00BE72FA" w:rsidRPr="00D2356F" w:rsidRDefault="00BE72FA" w:rsidP="00BE72FA">
            <w:pPr>
              <w:ind w:left="250" w:hanging="213"/>
              <w:rPr>
                <w:sz w:val="28"/>
                <w:szCs w:val="28"/>
                <w:lang w:val="kk-KZ"/>
              </w:rPr>
            </w:pPr>
            <w:r w:rsidRPr="00D2356F">
              <w:rPr>
                <w:sz w:val="28"/>
                <w:szCs w:val="28"/>
                <w:lang w:val="kk-KZ"/>
              </w:rPr>
              <w:t>№ 01-21 шешіміне</w:t>
            </w:r>
          </w:p>
        </w:tc>
      </w:tr>
      <w:tr w:rsidR="00BE72FA" w:rsidRPr="00450AE3" w14:paraId="197FA768" w14:textId="77777777" w:rsidTr="009720AC">
        <w:tc>
          <w:tcPr>
            <w:tcW w:w="4111" w:type="dxa"/>
            <w:tcBorders>
              <w:top w:val="nil"/>
              <w:left w:val="nil"/>
              <w:bottom w:val="nil"/>
              <w:right w:val="nil"/>
            </w:tcBorders>
          </w:tcPr>
          <w:p w14:paraId="143D7A47" w14:textId="77777777" w:rsidR="00BE72FA" w:rsidRPr="00D2356F" w:rsidRDefault="00BE72FA" w:rsidP="00BE72FA">
            <w:pPr>
              <w:ind w:left="250" w:hanging="213"/>
              <w:rPr>
                <w:sz w:val="28"/>
                <w:szCs w:val="28"/>
                <w:lang w:val="en-US"/>
              </w:rPr>
            </w:pPr>
            <w:r w:rsidRPr="00D2356F">
              <w:rPr>
                <w:sz w:val="28"/>
                <w:szCs w:val="28"/>
                <w:lang w:val="en-US"/>
              </w:rPr>
              <w:t>4-қосымша</w:t>
            </w:r>
          </w:p>
          <w:p w14:paraId="1588A0CE" w14:textId="77777777" w:rsidR="00BE72FA" w:rsidRPr="00D2356F" w:rsidRDefault="00BE72FA" w:rsidP="00BE72FA">
            <w:pPr>
              <w:ind w:hanging="213"/>
              <w:rPr>
                <w:i/>
                <w:sz w:val="28"/>
                <w:szCs w:val="28"/>
                <w:lang w:val="kk-KZ"/>
              </w:rPr>
            </w:pPr>
          </w:p>
          <w:p w14:paraId="358DBC5A" w14:textId="77777777" w:rsidR="00BE72FA" w:rsidRPr="00D2356F" w:rsidRDefault="00BE72FA" w:rsidP="00BE72FA">
            <w:pPr>
              <w:ind w:hanging="213"/>
              <w:rPr>
                <w:i/>
                <w:sz w:val="28"/>
                <w:szCs w:val="28"/>
                <w:lang w:val="kk-KZ"/>
              </w:rPr>
            </w:pPr>
          </w:p>
        </w:tc>
      </w:tr>
      <w:tr w:rsidR="00BE72FA" w:rsidRPr="00450AE3" w14:paraId="6863CE87" w14:textId="77777777" w:rsidTr="009720AC">
        <w:tc>
          <w:tcPr>
            <w:tcW w:w="4111" w:type="dxa"/>
            <w:tcBorders>
              <w:top w:val="nil"/>
              <w:left w:val="nil"/>
              <w:bottom w:val="nil"/>
              <w:right w:val="nil"/>
            </w:tcBorders>
          </w:tcPr>
          <w:p w14:paraId="51460B09" w14:textId="77777777" w:rsidR="00BE72FA" w:rsidRPr="00D2356F" w:rsidRDefault="00BE72FA" w:rsidP="00BE72FA">
            <w:pPr>
              <w:ind w:left="250" w:hanging="213"/>
              <w:rPr>
                <w:sz w:val="28"/>
                <w:szCs w:val="28"/>
              </w:rPr>
            </w:pPr>
            <w:r w:rsidRPr="00D2356F">
              <w:rPr>
                <w:sz w:val="28"/>
                <w:szCs w:val="28"/>
              </w:rPr>
              <w:t xml:space="preserve">Астана </w:t>
            </w:r>
            <w:proofErr w:type="spellStart"/>
            <w:r w:rsidRPr="00D2356F">
              <w:rPr>
                <w:sz w:val="28"/>
                <w:szCs w:val="28"/>
              </w:rPr>
              <w:t>қаласы</w:t>
            </w:r>
            <w:proofErr w:type="spellEnd"/>
            <w:r w:rsidRPr="00D2356F">
              <w:rPr>
                <w:sz w:val="28"/>
                <w:szCs w:val="28"/>
              </w:rPr>
              <w:t xml:space="preserve"> </w:t>
            </w:r>
            <w:proofErr w:type="spellStart"/>
            <w:r w:rsidRPr="00D2356F">
              <w:rPr>
                <w:sz w:val="28"/>
                <w:szCs w:val="28"/>
              </w:rPr>
              <w:t>әкімінің</w:t>
            </w:r>
            <w:proofErr w:type="spellEnd"/>
          </w:p>
          <w:p w14:paraId="07223256" w14:textId="77777777" w:rsidR="00BE72FA" w:rsidRPr="00D2356F" w:rsidRDefault="00BE72FA" w:rsidP="00BE72FA">
            <w:pPr>
              <w:ind w:left="250" w:hanging="213"/>
              <w:rPr>
                <w:sz w:val="28"/>
                <w:szCs w:val="28"/>
                <w:lang w:val="kk-KZ"/>
              </w:rPr>
            </w:pPr>
            <w:r w:rsidRPr="00D2356F">
              <w:rPr>
                <w:sz w:val="28"/>
                <w:szCs w:val="28"/>
              </w:rPr>
              <w:t xml:space="preserve">2025 </w:t>
            </w:r>
            <w:proofErr w:type="spellStart"/>
            <w:r w:rsidRPr="00D2356F">
              <w:rPr>
                <w:sz w:val="28"/>
                <w:szCs w:val="28"/>
              </w:rPr>
              <w:t>жылғы</w:t>
            </w:r>
            <w:proofErr w:type="spellEnd"/>
            <w:r w:rsidRPr="00D2356F">
              <w:rPr>
                <w:sz w:val="28"/>
                <w:szCs w:val="28"/>
              </w:rPr>
              <w:t xml:space="preserve"> 8 </w:t>
            </w:r>
            <w:proofErr w:type="spellStart"/>
            <w:r w:rsidRPr="00D2356F">
              <w:rPr>
                <w:sz w:val="28"/>
                <w:szCs w:val="28"/>
              </w:rPr>
              <w:t>сәуірдегі</w:t>
            </w:r>
            <w:proofErr w:type="spellEnd"/>
          </w:p>
          <w:p w14:paraId="45F1CD75" w14:textId="77777777" w:rsidR="00BE72FA" w:rsidRPr="00D2356F" w:rsidRDefault="00BE72FA" w:rsidP="00BE72FA">
            <w:pPr>
              <w:ind w:left="250" w:hanging="213"/>
              <w:rPr>
                <w:sz w:val="28"/>
                <w:szCs w:val="28"/>
                <w:lang w:val="kk-KZ"/>
              </w:rPr>
            </w:pPr>
            <w:r w:rsidRPr="00D2356F">
              <w:rPr>
                <w:sz w:val="28"/>
                <w:szCs w:val="28"/>
              </w:rPr>
              <w:t xml:space="preserve">№ 01-7 </w:t>
            </w:r>
            <w:proofErr w:type="spellStart"/>
            <w:r w:rsidRPr="00D2356F">
              <w:rPr>
                <w:sz w:val="28"/>
                <w:szCs w:val="28"/>
              </w:rPr>
              <w:t>шешіміне</w:t>
            </w:r>
            <w:proofErr w:type="spellEnd"/>
          </w:p>
        </w:tc>
      </w:tr>
      <w:tr w:rsidR="00BE72FA" w:rsidRPr="00450AE3" w14:paraId="3ACB01AA" w14:textId="77777777" w:rsidTr="009720AC">
        <w:tc>
          <w:tcPr>
            <w:tcW w:w="4111" w:type="dxa"/>
            <w:tcBorders>
              <w:top w:val="nil"/>
              <w:left w:val="nil"/>
              <w:bottom w:val="nil"/>
              <w:right w:val="nil"/>
            </w:tcBorders>
          </w:tcPr>
          <w:p w14:paraId="57F706C1" w14:textId="77777777" w:rsidR="00BE72FA" w:rsidRPr="00D2356F" w:rsidRDefault="00BE72FA" w:rsidP="00BE72FA">
            <w:pPr>
              <w:ind w:left="250" w:hanging="213"/>
              <w:rPr>
                <w:sz w:val="28"/>
                <w:szCs w:val="28"/>
                <w:lang w:val="kk-KZ"/>
              </w:rPr>
            </w:pPr>
            <w:r w:rsidRPr="00D2356F">
              <w:rPr>
                <w:sz w:val="28"/>
                <w:szCs w:val="28"/>
                <w:lang w:val="en-US"/>
              </w:rPr>
              <w:t>4</w:t>
            </w:r>
            <w:r w:rsidRPr="00D2356F">
              <w:rPr>
                <w:sz w:val="28"/>
                <w:szCs w:val="28"/>
              </w:rPr>
              <w:t>-</w:t>
            </w:r>
            <w:proofErr w:type="spellStart"/>
            <w:r w:rsidRPr="00D2356F">
              <w:rPr>
                <w:sz w:val="28"/>
                <w:szCs w:val="28"/>
                <w:lang w:val="en-US"/>
              </w:rPr>
              <w:t>қосымша</w:t>
            </w:r>
            <w:proofErr w:type="spellEnd"/>
          </w:p>
        </w:tc>
      </w:tr>
      <w:bookmarkEnd w:id="2"/>
    </w:tbl>
    <w:p w14:paraId="190BB1A6" w14:textId="77777777" w:rsidR="00BE72FA" w:rsidRPr="00450AE3" w:rsidRDefault="00BE72FA" w:rsidP="00BE72FA">
      <w:pPr>
        <w:ind w:firstLine="709"/>
        <w:jc w:val="center"/>
        <w:rPr>
          <w:sz w:val="28"/>
          <w:szCs w:val="28"/>
          <w:lang w:val="kk-KZ"/>
        </w:rPr>
      </w:pPr>
    </w:p>
    <w:p w14:paraId="70AAED71" w14:textId="77777777" w:rsidR="00BE72FA" w:rsidRPr="00450AE3" w:rsidRDefault="00BE72FA" w:rsidP="00BE72FA">
      <w:pPr>
        <w:ind w:firstLine="709"/>
        <w:jc w:val="center"/>
        <w:rPr>
          <w:sz w:val="28"/>
          <w:szCs w:val="28"/>
          <w:lang w:val="kk-KZ"/>
        </w:rPr>
      </w:pPr>
    </w:p>
    <w:p w14:paraId="6863F478" w14:textId="77777777" w:rsidR="00BE72FA" w:rsidRPr="00450AE3" w:rsidRDefault="00BE72FA" w:rsidP="00BE72FA">
      <w:pPr>
        <w:ind w:firstLine="709"/>
        <w:jc w:val="center"/>
        <w:rPr>
          <w:sz w:val="28"/>
          <w:szCs w:val="28"/>
          <w:lang w:val="kk-KZ"/>
        </w:rPr>
      </w:pPr>
      <w:r w:rsidRPr="00450AE3">
        <w:rPr>
          <w:sz w:val="28"/>
          <w:szCs w:val="28"/>
          <w:lang w:val="kk-KZ"/>
        </w:rPr>
        <w:t>Астана қаласы «Нұра» ауданының сайлау учаскелері</w:t>
      </w:r>
    </w:p>
    <w:p w14:paraId="5DA69980" w14:textId="77777777" w:rsidR="00BE72FA" w:rsidRPr="00450AE3" w:rsidRDefault="00BE72FA" w:rsidP="00BE72FA">
      <w:pPr>
        <w:ind w:firstLine="709"/>
        <w:jc w:val="center"/>
        <w:rPr>
          <w:sz w:val="28"/>
          <w:szCs w:val="28"/>
          <w:lang w:val="kk-KZ"/>
        </w:rPr>
      </w:pPr>
    </w:p>
    <w:p w14:paraId="5B5BB1A5" w14:textId="77777777" w:rsidR="00BE72FA" w:rsidRPr="00450AE3" w:rsidRDefault="00BE72FA" w:rsidP="00BE72FA">
      <w:pPr>
        <w:keepNext/>
        <w:ind w:firstLine="709"/>
        <w:jc w:val="center"/>
        <w:rPr>
          <w:sz w:val="28"/>
          <w:szCs w:val="28"/>
          <w:lang w:val="kk-KZ"/>
        </w:rPr>
      </w:pPr>
      <w:r w:rsidRPr="00450AE3">
        <w:rPr>
          <w:sz w:val="28"/>
          <w:szCs w:val="28"/>
          <w:lang w:val="kk-KZ"/>
        </w:rPr>
        <w:t>№ 193 сайлау учаскесі</w:t>
      </w:r>
    </w:p>
    <w:p w14:paraId="67BAE13A"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«Ақан Құрманов атындағы </w:t>
      </w:r>
    </w:p>
    <w:p w14:paraId="075F698E" w14:textId="77777777" w:rsidR="00BE72FA" w:rsidRPr="00450AE3" w:rsidRDefault="00BE72FA" w:rsidP="00BE72FA">
      <w:pPr>
        <w:keepNext/>
        <w:ind w:firstLine="709"/>
        <w:jc w:val="center"/>
        <w:rPr>
          <w:sz w:val="28"/>
          <w:szCs w:val="28"/>
          <w:lang w:val="kk-KZ"/>
        </w:rPr>
      </w:pPr>
      <w:r w:rsidRPr="00450AE3">
        <w:rPr>
          <w:sz w:val="28"/>
          <w:szCs w:val="28"/>
          <w:lang w:val="kk-KZ"/>
        </w:rPr>
        <w:t>№ 17 мектеп-гимназия» шаруашылық жүргізу құқығындағы мемлекеттік коммуналдық кәсіпорны, Қабанбай батыр даңғылы, № 9/1)</w:t>
      </w:r>
    </w:p>
    <w:p w14:paraId="72612D3F" w14:textId="77777777" w:rsidR="00BE72FA" w:rsidRPr="00450AE3" w:rsidRDefault="00BE72FA" w:rsidP="00BE72FA">
      <w:pPr>
        <w:ind w:firstLine="709"/>
        <w:jc w:val="both"/>
        <w:rPr>
          <w:sz w:val="28"/>
          <w:szCs w:val="28"/>
          <w:lang w:val="kk-KZ"/>
        </w:rPr>
      </w:pPr>
    </w:p>
    <w:p w14:paraId="1511C0BA"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Қабанбай батыр даңғылынан Есіл өзенінің арнасы бойымен Тұран даңғылына дейін, Тұран даңғылының жұп сандар жағымен Тұран даңғылындағы № 22 үйге дейін, Тұран даңғылындағы № 22 үйден Қабанбай батыр даңғылындағы № 11/5 үйге дейін, Қабанбай батыр даңғылындағы № 11/5 үйден Қабанбай батыр даңғылындағы № 9/3 үйге дейін, Қабанбай батыр даңғылындағы </w:t>
      </w:r>
      <w:r w:rsidRPr="00450AE3">
        <w:rPr>
          <w:sz w:val="28"/>
          <w:szCs w:val="28"/>
          <w:lang w:val="kk-KZ"/>
        </w:rPr>
        <w:br/>
        <w:t>№ 9/3 үйден Қабанбай батыр даңғылына дейін, Қабанбай батыр даңғылының тақ сандар жағымен Есіл өзенінің арнасына дейін.</w:t>
      </w:r>
    </w:p>
    <w:p w14:paraId="651B5657" w14:textId="77777777" w:rsidR="00BE72FA" w:rsidRPr="00450AE3" w:rsidRDefault="00BE72FA" w:rsidP="00BE72FA">
      <w:pPr>
        <w:ind w:firstLine="709"/>
        <w:jc w:val="both"/>
        <w:rPr>
          <w:sz w:val="28"/>
          <w:szCs w:val="28"/>
          <w:lang w:val="kk-KZ"/>
        </w:rPr>
      </w:pPr>
    </w:p>
    <w:p w14:paraId="64CC3F57" w14:textId="77777777" w:rsidR="00BE72FA" w:rsidRPr="00450AE3" w:rsidRDefault="00BE72FA" w:rsidP="00BE72FA">
      <w:pPr>
        <w:keepNext/>
        <w:ind w:firstLine="709"/>
        <w:jc w:val="center"/>
        <w:rPr>
          <w:sz w:val="28"/>
          <w:szCs w:val="28"/>
          <w:lang w:val="kk-KZ"/>
        </w:rPr>
      </w:pPr>
      <w:r w:rsidRPr="00450AE3">
        <w:rPr>
          <w:sz w:val="28"/>
          <w:szCs w:val="28"/>
          <w:lang w:val="kk-KZ"/>
        </w:rPr>
        <w:t>№ 194 сайлау учаскесі</w:t>
      </w:r>
    </w:p>
    <w:p w14:paraId="0AA6D07D"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«ҚазМұнайГаз» ұлттық компаниясы» акционерлік қоғамы, Қабанбай батыр даңғылы, № 19)</w:t>
      </w:r>
    </w:p>
    <w:p w14:paraId="3C9903C2" w14:textId="77777777" w:rsidR="00BE72FA" w:rsidRPr="00450AE3" w:rsidRDefault="00BE72FA" w:rsidP="00BE72FA">
      <w:pPr>
        <w:ind w:firstLine="709"/>
        <w:jc w:val="center"/>
        <w:rPr>
          <w:sz w:val="28"/>
          <w:szCs w:val="28"/>
          <w:lang w:val="kk-KZ"/>
        </w:rPr>
      </w:pPr>
    </w:p>
    <w:p w14:paraId="5531F3BB"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Қабанбай батыр даңғылынан Достық көшесінің жұп сандар жағымен Тұран даңғылына дейін, Тұран даңғылының жұп сандар жағымен </w:t>
      </w:r>
      <w:r w:rsidRPr="00450AE3">
        <w:rPr>
          <w:sz w:val="28"/>
          <w:szCs w:val="28"/>
          <w:lang w:val="kk-KZ"/>
        </w:rPr>
        <w:br/>
        <w:t>Ш. </w:t>
      </w:r>
      <w:proofErr w:type="spellStart"/>
      <w:r w:rsidRPr="00450AE3">
        <w:rPr>
          <w:sz w:val="28"/>
          <w:szCs w:val="28"/>
          <w:lang w:val="kk-KZ"/>
        </w:rPr>
        <w:t>Петёфи</w:t>
      </w:r>
      <w:proofErr w:type="spellEnd"/>
      <w:r w:rsidRPr="00450AE3">
        <w:rPr>
          <w:sz w:val="28"/>
          <w:szCs w:val="28"/>
          <w:lang w:val="kk-KZ"/>
        </w:rPr>
        <w:t xml:space="preserve"> көшесіне дейін, Ш. </w:t>
      </w:r>
      <w:proofErr w:type="spellStart"/>
      <w:r w:rsidRPr="00450AE3">
        <w:rPr>
          <w:sz w:val="28"/>
          <w:szCs w:val="28"/>
          <w:lang w:val="kk-KZ"/>
        </w:rPr>
        <w:t>Петёфи</w:t>
      </w:r>
      <w:proofErr w:type="spellEnd"/>
      <w:r w:rsidRPr="00450AE3">
        <w:rPr>
          <w:sz w:val="28"/>
          <w:szCs w:val="28"/>
          <w:lang w:val="kk-KZ"/>
        </w:rPr>
        <w:t xml:space="preserve"> көшесінен Қабанбай батыр даңғылына дейін, Қабанбай батыр даңғылының тақ сандар жағымен Достық көшесіне дейін.</w:t>
      </w:r>
    </w:p>
    <w:p w14:paraId="786026FF" w14:textId="77777777" w:rsidR="00BE72FA" w:rsidRPr="00450AE3" w:rsidRDefault="00BE72FA" w:rsidP="00BE72FA">
      <w:pPr>
        <w:ind w:firstLine="709"/>
        <w:jc w:val="both"/>
        <w:rPr>
          <w:sz w:val="28"/>
          <w:szCs w:val="28"/>
          <w:lang w:val="kk-KZ"/>
        </w:rPr>
      </w:pPr>
    </w:p>
    <w:p w14:paraId="1BC4EB37" w14:textId="77777777" w:rsidR="00BE72FA" w:rsidRPr="00450AE3" w:rsidRDefault="00BE72FA" w:rsidP="00BE72FA">
      <w:pPr>
        <w:keepNext/>
        <w:ind w:firstLine="709"/>
        <w:jc w:val="center"/>
        <w:rPr>
          <w:sz w:val="28"/>
          <w:szCs w:val="28"/>
          <w:lang w:val="kk-KZ"/>
        </w:rPr>
      </w:pPr>
      <w:r w:rsidRPr="00450AE3">
        <w:rPr>
          <w:sz w:val="28"/>
          <w:szCs w:val="28"/>
          <w:lang w:val="kk-KZ"/>
        </w:rPr>
        <w:t>№ 195 сайлау учаскесі</w:t>
      </w:r>
    </w:p>
    <w:p w14:paraId="6C806A14"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71 мектеп-лицей» шаруашылық жүргізу құқығындағы мемлекеттік коммуналдық кәсіпорны, </w:t>
      </w:r>
    </w:p>
    <w:p w14:paraId="15727DF3" w14:textId="77777777" w:rsidR="00BE72FA" w:rsidRPr="00450AE3" w:rsidRDefault="00BE72FA" w:rsidP="00BE72FA">
      <w:pPr>
        <w:keepNext/>
        <w:ind w:firstLine="709"/>
        <w:jc w:val="center"/>
        <w:rPr>
          <w:sz w:val="28"/>
          <w:szCs w:val="28"/>
          <w:lang w:val="kk-KZ"/>
        </w:rPr>
      </w:pPr>
      <w:r w:rsidRPr="00450AE3">
        <w:rPr>
          <w:sz w:val="28"/>
          <w:szCs w:val="28"/>
          <w:lang w:val="kk-KZ"/>
        </w:rPr>
        <w:t>І. Омаров көшесі, № 4)</w:t>
      </w:r>
    </w:p>
    <w:p w14:paraId="64569058" w14:textId="77777777" w:rsidR="00BE72FA" w:rsidRPr="00450AE3" w:rsidRDefault="00BE72FA" w:rsidP="00BE72FA">
      <w:pPr>
        <w:ind w:firstLine="709"/>
        <w:jc w:val="both"/>
        <w:rPr>
          <w:sz w:val="28"/>
          <w:szCs w:val="28"/>
          <w:lang w:val="kk-KZ"/>
        </w:rPr>
      </w:pPr>
    </w:p>
    <w:p w14:paraId="67EC5B3B" w14:textId="77777777" w:rsidR="00BE72FA" w:rsidRPr="00450AE3" w:rsidRDefault="00BE72FA" w:rsidP="00BE72FA">
      <w:pPr>
        <w:ind w:firstLine="709"/>
        <w:jc w:val="both"/>
        <w:rPr>
          <w:sz w:val="28"/>
          <w:szCs w:val="28"/>
          <w:lang w:val="kk-KZ"/>
        </w:rPr>
      </w:pPr>
      <w:r w:rsidRPr="00450AE3">
        <w:rPr>
          <w:sz w:val="28"/>
          <w:szCs w:val="28"/>
          <w:lang w:val="kk-KZ"/>
        </w:rPr>
        <w:t>Шекарасы: Ш. Айтматов көшесі, № 36, 38 үйлер.</w:t>
      </w:r>
    </w:p>
    <w:p w14:paraId="7174C969" w14:textId="77777777" w:rsidR="00BE72FA" w:rsidRPr="00450AE3" w:rsidRDefault="00BE72FA" w:rsidP="00BE72FA">
      <w:pPr>
        <w:spacing w:after="160" w:line="259" w:lineRule="auto"/>
        <w:rPr>
          <w:sz w:val="28"/>
          <w:szCs w:val="28"/>
          <w:lang w:val="kk-KZ"/>
        </w:rPr>
      </w:pPr>
      <w:r w:rsidRPr="00450AE3">
        <w:rPr>
          <w:sz w:val="28"/>
          <w:szCs w:val="28"/>
          <w:lang w:val="kk-KZ"/>
        </w:rPr>
        <w:br w:type="page"/>
      </w:r>
    </w:p>
    <w:p w14:paraId="285FBF53" w14:textId="77777777" w:rsidR="00BE72FA" w:rsidRPr="00450AE3" w:rsidRDefault="00BE72FA" w:rsidP="00BE72FA">
      <w:pPr>
        <w:keepNext/>
        <w:jc w:val="center"/>
        <w:rPr>
          <w:sz w:val="28"/>
          <w:szCs w:val="28"/>
          <w:lang w:val="kk-KZ"/>
        </w:rPr>
      </w:pPr>
      <w:r w:rsidRPr="00450AE3">
        <w:rPr>
          <w:sz w:val="28"/>
          <w:szCs w:val="28"/>
          <w:lang w:val="kk-KZ"/>
        </w:rPr>
        <w:lastRenderedPageBreak/>
        <w:t>№ 196 сайлау учаскесі</w:t>
      </w:r>
    </w:p>
    <w:p w14:paraId="7C3BA87E"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115 жалпы орта білім беретін мектеп» коммуналдық мемлекеттік мекемесі, Күлтегін көшесі, № 18)</w:t>
      </w:r>
    </w:p>
    <w:p w14:paraId="17BBE5B5" w14:textId="77777777" w:rsidR="00BE72FA" w:rsidRPr="00450AE3" w:rsidRDefault="00BE72FA" w:rsidP="00BE72FA">
      <w:pPr>
        <w:ind w:firstLine="709"/>
        <w:jc w:val="center"/>
        <w:rPr>
          <w:sz w:val="28"/>
          <w:szCs w:val="28"/>
          <w:lang w:val="kk-KZ"/>
        </w:rPr>
      </w:pPr>
    </w:p>
    <w:p w14:paraId="1E681504"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 Мұхамедханов көшесінің жұп сандар жағындағы № 6 үйден Қ. Мұхамедханов көшесіндегі № 8 үйге дейін, Қ. Мұхамедханов көшесіндегі № 8 үйден өтпе жолмен С. Асфендияров көшесіндегі № 10 үйге дейін, </w:t>
      </w:r>
      <w:r w:rsidRPr="00450AE3">
        <w:rPr>
          <w:sz w:val="28"/>
          <w:szCs w:val="28"/>
          <w:lang w:val="kk-KZ"/>
        </w:rPr>
        <w:br/>
        <w:t>С. Асфендияров көшесіндегі № 10 үйден Әйтеке би көшесіне дейін, Әйтеке би көшесінің жұп сандар жағымен «</w:t>
      </w:r>
      <w:proofErr w:type="spellStart"/>
      <w:r w:rsidRPr="00450AE3">
        <w:rPr>
          <w:sz w:val="28"/>
          <w:szCs w:val="28"/>
          <w:lang w:val="kk-KZ"/>
        </w:rPr>
        <w:t>GreenLine</w:t>
      </w:r>
      <w:proofErr w:type="spellEnd"/>
      <w:r w:rsidRPr="00450AE3">
        <w:rPr>
          <w:sz w:val="28"/>
          <w:szCs w:val="28"/>
          <w:lang w:val="kk-KZ"/>
        </w:rPr>
        <w:t>» аллеясына дейін, «</w:t>
      </w:r>
      <w:proofErr w:type="spellStart"/>
      <w:r w:rsidRPr="00450AE3">
        <w:rPr>
          <w:sz w:val="28"/>
          <w:szCs w:val="28"/>
          <w:lang w:val="kk-KZ"/>
        </w:rPr>
        <w:t>GreenLine</w:t>
      </w:r>
      <w:proofErr w:type="spellEnd"/>
      <w:r w:rsidRPr="00450AE3">
        <w:rPr>
          <w:sz w:val="28"/>
          <w:szCs w:val="28"/>
          <w:lang w:val="kk-KZ"/>
        </w:rPr>
        <w:t>» аллеясымен Әнет баба көшесіне дейін, Әнет баба көшесінің тақ сандар жағымен Әнет баба көшесіндегі № 9/3 үйді қоса алғанда, Қ. Мұхамедханов көшесіне дейін.</w:t>
      </w:r>
    </w:p>
    <w:p w14:paraId="19FB0024" w14:textId="77777777" w:rsidR="00BE72FA" w:rsidRPr="00450AE3" w:rsidRDefault="00BE72FA" w:rsidP="00BE72FA">
      <w:pPr>
        <w:ind w:firstLine="709"/>
        <w:jc w:val="both"/>
        <w:rPr>
          <w:sz w:val="28"/>
          <w:szCs w:val="28"/>
          <w:lang w:val="kk-KZ"/>
        </w:rPr>
      </w:pPr>
    </w:p>
    <w:p w14:paraId="4D4115B5" w14:textId="77777777" w:rsidR="00BE72FA" w:rsidRPr="00450AE3" w:rsidRDefault="00BE72FA" w:rsidP="00BE72FA">
      <w:pPr>
        <w:keepNext/>
        <w:ind w:firstLine="709"/>
        <w:jc w:val="center"/>
        <w:rPr>
          <w:sz w:val="28"/>
          <w:szCs w:val="28"/>
          <w:lang w:val="kk-KZ"/>
        </w:rPr>
      </w:pPr>
      <w:r w:rsidRPr="00450AE3">
        <w:rPr>
          <w:sz w:val="28"/>
          <w:szCs w:val="28"/>
          <w:lang w:val="kk-KZ"/>
        </w:rPr>
        <w:t>№ 197 сайлау учаскесі</w:t>
      </w:r>
    </w:p>
    <w:p w14:paraId="54EA962C"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33 жалпы орта білім беретін мектеп» коммуналдық мемлекеттік мекемесі, Ә. Қашаубаев көшесі, № 28а)</w:t>
      </w:r>
    </w:p>
    <w:p w14:paraId="468FF285" w14:textId="77777777" w:rsidR="00BE72FA" w:rsidRPr="00450AE3" w:rsidRDefault="00BE72FA" w:rsidP="00BE72FA">
      <w:pPr>
        <w:ind w:firstLine="709"/>
        <w:jc w:val="center"/>
        <w:rPr>
          <w:sz w:val="28"/>
          <w:szCs w:val="28"/>
          <w:lang w:val="kk-KZ"/>
        </w:rPr>
      </w:pPr>
    </w:p>
    <w:p w14:paraId="1B57BEAC" w14:textId="77777777" w:rsidR="00BE72FA" w:rsidRPr="00450AE3" w:rsidRDefault="00BE72FA" w:rsidP="00BE72FA">
      <w:pPr>
        <w:ind w:firstLine="709"/>
        <w:jc w:val="both"/>
        <w:rPr>
          <w:sz w:val="28"/>
          <w:szCs w:val="28"/>
          <w:lang w:val="kk-KZ"/>
        </w:rPr>
      </w:pPr>
      <w:r w:rsidRPr="00450AE3">
        <w:rPr>
          <w:sz w:val="28"/>
          <w:szCs w:val="28"/>
          <w:lang w:val="kk-KZ"/>
        </w:rPr>
        <w:t>Шекарасы: Сырым батыр көшесінен Ақтамберді жырау көшесінің тақ сандар жағымен Қорғалжын тас жолына дейін, Қорғалжын тас жолының жұп сандар жағымен «Нұра» ауданының шекарасына дейін, «Нұра» ауданының шекарасы бойымен Жантай батыр көшесіне дейін, Жантай батыр көшесінің жұп сандар жағымен Бойтұмар көшесіне дейін, Бойтұмар көшесінің тақ сандар жағымен Сырым батыр көшесіне дейін, Сырым батыр көшесінің жұп сандар жағымен Ақтамберді жырау көшесіне дейін.</w:t>
      </w:r>
    </w:p>
    <w:p w14:paraId="103A849C" w14:textId="77777777" w:rsidR="00BE72FA" w:rsidRPr="00450AE3" w:rsidRDefault="00BE72FA" w:rsidP="00BE72FA">
      <w:pPr>
        <w:ind w:firstLine="709"/>
        <w:jc w:val="center"/>
        <w:rPr>
          <w:sz w:val="28"/>
          <w:szCs w:val="28"/>
          <w:lang w:val="kk-KZ"/>
        </w:rPr>
      </w:pPr>
    </w:p>
    <w:p w14:paraId="2FFE0A06" w14:textId="77777777" w:rsidR="00BE72FA" w:rsidRPr="00450AE3" w:rsidRDefault="00BE72FA" w:rsidP="00BE72FA">
      <w:pPr>
        <w:keepNext/>
        <w:ind w:firstLine="709"/>
        <w:jc w:val="center"/>
        <w:rPr>
          <w:sz w:val="28"/>
          <w:szCs w:val="28"/>
          <w:lang w:val="kk-KZ"/>
        </w:rPr>
      </w:pPr>
      <w:r w:rsidRPr="00450AE3">
        <w:rPr>
          <w:sz w:val="28"/>
          <w:szCs w:val="28"/>
          <w:lang w:val="kk-KZ"/>
        </w:rPr>
        <w:t>№ 198 сайлау учаскесі</w:t>
      </w:r>
    </w:p>
    <w:p w14:paraId="3FD3483E"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«Кемел Ақышев атындағы </w:t>
      </w:r>
    </w:p>
    <w:p w14:paraId="278757FA" w14:textId="77777777" w:rsidR="00BE72FA" w:rsidRPr="00450AE3" w:rsidRDefault="00BE72FA" w:rsidP="00BE72FA">
      <w:pPr>
        <w:keepNext/>
        <w:ind w:firstLine="709"/>
        <w:jc w:val="center"/>
        <w:rPr>
          <w:sz w:val="28"/>
          <w:szCs w:val="28"/>
          <w:lang w:val="kk-KZ"/>
        </w:rPr>
      </w:pPr>
      <w:r w:rsidRPr="00450AE3">
        <w:rPr>
          <w:sz w:val="28"/>
          <w:szCs w:val="28"/>
          <w:lang w:val="kk-KZ"/>
        </w:rPr>
        <w:t>№ 69 мектеп-гимназия» шаруашылық жүргізу құқығындағы мемлекеттік коммуналдық кәсіпорны, Исатай батыр көшесі, № 141/1)</w:t>
      </w:r>
    </w:p>
    <w:p w14:paraId="0E46E96A" w14:textId="77777777" w:rsidR="00BE72FA" w:rsidRPr="00450AE3" w:rsidRDefault="00BE72FA" w:rsidP="00BE72FA">
      <w:pPr>
        <w:ind w:firstLine="709"/>
        <w:jc w:val="center"/>
        <w:rPr>
          <w:sz w:val="28"/>
          <w:szCs w:val="28"/>
          <w:lang w:val="kk-KZ"/>
        </w:rPr>
      </w:pPr>
    </w:p>
    <w:p w14:paraId="517547F2"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Сырым батыр көшесінен Доспамбет жырау көшесінің жұп сандар жағымен Ж. Шаяхметов көшесіне дейін, Ж. Шаяхметов көшесінен </w:t>
      </w:r>
      <w:r w:rsidRPr="00450AE3">
        <w:rPr>
          <w:sz w:val="28"/>
          <w:szCs w:val="28"/>
          <w:lang w:val="kk-KZ"/>
        </w:rPr>
        <w:br/>
        <w:t xml:space="preserve">Е-590 көшеге дейін, Е-590 көшенің бойымен Н. Байғанин көшесіне дейін, </w:t>
      </w:r>
      <w:r w:rsidRPr="00450AE3">
        <w:rPr>
          <w:sz w:val="28"/>
          <w:szCs w:val="28"/>
          <w:lang w:val="kk-KZ"/>
        </w:rPr>
        <w:br/>
        <w:t>Н. Байғанин көшесінің тақ сандар жағымен Қорғалжын тас жолына дейін, Қорғалжын тас жолының жұп сандар жағымен Ақтамберді жырау көшесіне дейін, Ақтамберді жырау көшесінің жұп сандар жағымен Ақтамберді жырау көшесіндегі № 49 үйге дейін, Ақтамберді жырау көшесіндегі № 49 үйден өтпе жолмен Сырым батыр көшесіне дейін, Сырым батыр көшесінің жұп сандар жағымен Доспамбет жырау көшесіне дейін.</w:t>
      </w:r>
    </w:p>
    <w:p w14:paraId="1B55F0D9" w14:textId="77777777" w:rsidR="00BE72FA" w:rsidRDefault="00BE72FA" w:rsidP="00BE72FA">
      <w:pPr>
        <w:ind w:firstLine="709"/>
        <w:jc w:val="center"/>
        <w:rPr>
          <w:sz w:val="28"/>
          <w:szCs w:val="28"/>
          <w:lang w:val="kk-KZ"/>
        </w:rPr>
      </w:pPr>
    </w:p>
    <w:p w14:paraId="4B0577D1" w14:textId="77777777" w:rsidR="00BE72FA" w:rsidRPr="00450AE3" w:rsidRDefault="00BE72FA" w:rsidP="00BE72FA">
      <w:pPr>
        <w:keepNext/>
        <w:ind w:firstLine="709"/>
        <w:jc w:val="center"/>
        <w:rPr>
          <w:sz w:val="28"/>
          <w:szCs w:val="28"/>
          <w:lang w:val="kk-KZ"/>
        </w:rPr>
      </w:pPr>
      <w:r w:rsidRPr="00450AE3">
        <w:rPr>
          <w:sz w:val="28"/>
          <w:szCs w:val="28"/>
          <w:lang w:val="kk-KZ"/>
        </w:rPr>
        <w:t>№ 199 сайлау учаскесі</w:t>
      </w:r>
    </w:p>
    <w:p w14:paraId="2BD2759A"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қаласының жаратылыстану-математика бағытындағы Назарбаев Зияткерлік мектебі» филиалы, Хусейн бен Талал көшесі, № 21)</w:t>
      </w:r>
    </w:p>
    <w:p w14:paraId="43F66545" w14:textId="77777777" w:rsidR="00BE72FA" w:rsidRPr="00450AE3" w:rsidRDefault="00BE72FA" w:rsidP="00BE72FA">
      <w:pPr>
        <w:ind w:firstLine="709"/>
        <w:jc w:val="center"/>
        <w:rPr>
          <w:sz w:val="28"/>
          <w:szCs w:val="28"/>
          <w:lang w:val="kk-KZ"/>
        </w:rPr>
      </w:pPr>
    </w:p>
    <w:p w14:paraId="5E97D71D" w14:textId="77777777" w:rsidR="00BE72FA" w:rsidRPr="00450AE3" w:rsidRDefault="00BE72FA" w:rsidP="00BE72FA">
      <w:pPr>
        <w:ind w:firstLine="709"/>
        <w:jc w:val="both"/>
        <w:rPr>
          <w:sz w:val="28"/>
          <w:szCs w:val="28"/>
          <w:lang w:val="kk-KZ"/>
        </w:rPr>
      </w:pPr>
      <w:r w:rsidRPr="00450AE3">
        <w:rPr>
          <w:sz w:val="28"/>
          <w:szCs w:val="28"/>
          <w:lang w:val="kk-KZ"/>
        </w:rPr>
        <w:lastRenderedPageBreak/>
        <w:t>Шекарасы: Ұлы Дала даңғылынан Қабанбай батыр даңғылының тақ сандар жағымен Қабанбай батыр даңғылындағы № 63 үйге дейін, Қабанбай батыр даңғылындағы № 63 үйден өтпе жолмен Тұран даңғылындағы № 72к1 үйге дейін, Тұран даңғылындағы № 72к1 үйден өтпе жолмен Қабанбай батыр даңғылындағы № 57/2 үйге дейін, Қабанбай батыр даңғылындағы № 57/2 үйден өтпе жолмен Тұран даңғылына дейін, Тұран даңғылының жұп сандар жағымен Ұлы Дала даңғылына дейін, Ұлы Дала даңғылының жұп сандар жағымен Қабанбай батыр даңғылына дейін.</w:t>
      </w:r>
    </w:p>
    <w:p w14:paraId="02246595" w14:textId="77777777" w:rsidR="00BE72FA" w:rsidRPr="00450AE3" w:rsidRDefault="00BE72FA" w:rsidP="00BE72FA">
      <w:pPr>
        <w:rPr>
          <w:sz w:val="28"/>
          <w:szCs w:val="28"/>
          <w:lang w:val="kk-KZ"/>
        </w:rPr>
      </w:pPr>
    </w:p>
    <w:p w14:paraId="4959A3C6" w14:textId="77777777" w:rsidR="00BE72FA" w:rsidRPr="00450AE3" w:rsidRDefault="00BE72FA" w:rsidP="00BE72FA">
      <w:pPr>
        <w:keepNext/>
        <w:ind w:firstLine="709"/>
        <w:jc w:val="center"/>
        <w:rPr>
          <w:sz w:val="28"/>
          <w:szCs w:val="28"/>
          <w:lang w:val="kk-KZ"/>
        </w:rPr>
      </w:pPr>
      <w:r w:rsidRPr="00450AE3">
        <w:rPr>
          <w:sz w:val="28"/>
          <w:szCs w:val="28"/>
          <w:lang w:val="kk-KZ"/>
        </w:rPr>
        <w:t>№ 200 сайлау учаскесі</w:t>
      </w:r>
    </w:p>
    <w:p w14:paraId="0EECC7F0"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«ҚазМұнайГаз» өңдеу және маркетинг» акционерлік қоғамы, Тұран даңғылы, № 1)</w:t>
      </w:r>
    </w:p>
    <w:p w14:paraId="2CBF06F9" w14:textId="77777777" w:rsidR="00BE72FA" w:rsidRPr="00450AE3" w:rsidRDefault="00BE72FA" w:rsidP="00BE72FA">
      <w:pPr>
        <w:ind w:firstLine="709"/>
        <w:jc w:val="center"/>
        <w:rPr>
          <w:sz w:val="28"/>
          <w:szCs w:val="28"/>
          <w:lang w:val="kk-KZ"/>
        </w:rPr>
      </w:pPr>
    </w:p>
    <w:p w14:paraId="377B4E8E" w14:textId="77777777" w:rsidR="00BE72FA" w:rsidRPr="00450AE3" w:rsidRDefault="00BE72FA" w:rsidP="00BE72FA">
      <w:pPr>
        <w:ind w:firstLine="709"/>
        <w:jc w:val="both"/>
        <w:rPr>
          <w:sz w:val="28"/>
          <w:szCs w:val="28"/>
          <w:lang w:val="kk-KZ"/>
        </w:rPr>
      </w:pPr>
      <w:r w:rsidRPr="00450AE3">
        <w:rPr>
          <w:sz w:val="28"/>
          <w:szCs w:val="28"/>
          <w:lang w:val="kk-KZ"/>
        </w:rPr>
        <w:t>Шекарасы: Есіл өзенінің арнасымен саяжай алқаптарын қоса алғанда, Тұран даңғылына дейін, Тұран даңғылының тақ сандар жағымен Қорғалжын тас жолына дейін, Қорғалжын тас жолының жұп сандар жағымен Әйтеке би көшесіне дейін, Әйтеке би көшесінің бойымен Есіл өзенінің арнасына дейін.</w:t>
      </w:r>
    </w:p>
    <w:p w14:paraId="10817E19" w14:textId="77777777" w:rsidR="00BE72FA" w:rsidRPr="00450AE3" w:rsidRDefault="00BE72FA" w:rsidP="00BE72FA">
      <w:pPr>
        <w:ind w:firstLine="709"/>
        <w:jc w:val="both"/>
        <w:rPr>
          <w:sz w:val="28"/>
          <w:szCs w:val="28"/>
          <w:lang w:val="kk-KZ"/>
        </w:rPr>
      </w:pPr>
    </w:p>
    <w:p w14:paraId="52CF36C2" w14:textId="77777777" w:rsidR="00BE72FA" w:rsidRPr="00450AE3" w:rsidRDefault="00BE72FA" w:rsidP="00BE72FA">
      <w:pPr>
        <w:keepNext/>
        <w:ind w:firstLine="709"/>
        <w:jc w:val="center"/>
        <w:rPr>
          <w:sz w:val="28"/>
          <w:szCs w:val="28"/>
          <w:lang w:val="kk-KZ"/>
        </w:rPr>
      </w:pPr>
      <w:r w:rsidRPr="00450AE3">
        <w:rPr>
          <w:sz w:val="28"/>
          <w:szCs w:val="28"/>
          <w:lang w:val="kk-KZ"/>
        </w:rPr>
        <w:t>№ 201 сайлау учаскесі</w:t>
      </w:r>
    </w:p>
    <w:p w14:paraId="72749AB9"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«Кәсіптік-техникалық колледжі» шаруашылық жүргізу құқығындағы мемлекеттік коммуналдық кәсіпорны, Қорғалжын тас жолы, № 22)</w:t>
      </w:r>
    </w:p>
    <w:p w14:paraId="7E609AC6" w14:textId="77777777" w:rsidR="00BE72FA" w:rsidRPr="00450AE3" w:rsidRDefault="00BE72FA" w:rsidP="00BE72FA">
      <w:pPr>
        <w:ind w:firstLine="709"/>
        <w:jc w:val="center"/>
        <w:rPr>
          <w:sz w:val="28"/>
          <w:szCs w:val="28"/>
          <w:lang w:val="kk-KZ"/>
        </w:rPr>
      </w:pPr>
    </w:p>
    <w:p w14:paraId="5B1E899A" w14:textId="77777777" w:rsidR="00BE72FA" w:rsidRPr="00450AE3" w:rsidRDefault="00BE72FA" w:rsidP="00BE72FA">
      <w:pPr>
        <w:ind w:firstLine="709"/>
        <w:jc w:val="both"/>
        <w:rPr>
          <w:sz w:val="28"/>
          <w:szCs w:val="28"/>
          <w:lang w:val="kk-KZ"/>
        </w:rPr>
      </w:pPr>
      <w:r w:rsidRPr="00450AE3">
        <w:rPr>
          <w:sz w:val="28"/>
          <w:szCs w:val="28"/>
          <w:lang w:val="kk-KZ"/>
        </w:rPr>
        <w:t>Шекарасы: Есіл өзенінің арнасынан Ш. Айтматов көшесінің тақ сандар жағымен Қорғалжын тас жолына дейін, Қорғалжын тас жолының жұп сандар жағымен № 108 көшеге дейін, № 108 көшенің жұп сандар жағымен Есіл өзенінің арнасына дейін, Есіл өзенінің арнасы бойымен Ш. Айтматов көшесіндегі № 53 үйді және Қорғалжын тас жолындағы № 20б, 20/2 үйлерді қоспағанда,</w:t>
      </w:r>
      <w:r w:rsidRPr="00450AE3">
        <w:rPr>
          <w:sz w:val="28"/>
          <w:szCs w:val="28"/>
          <w:lang w:val="kk-KZ"/>
        </w:rPr>
        <w:br/>
        <w:t xml:space="preserve"> Ш. Айтматов көшесіне дейін. </w:t>
      </w:r>
    </w:p>
    <w:p w14:paraId="3D91B389" w14:textId="77777777" w:rsidR="00BE72FA" w:rsidRPr="00450AE3" w:rsidRDefault="00BE72FA" w:rsidP="00BE72FA">
      <w:pPr>
        <w:ind w:firstLine="709"/>
        <w:jc w:val="center"/>
        <w:rPr>
          <w:sz w:val="28"/>
          <w:szCs w:val="28"/>
          <w:lang w:val="kk-KZ"/>
        </w:rPr>
      </w:pPr>
    </w:p>
    <w:p w14:paraId="19A15967" w14:textId="77777777" w:rsidR="00BE72FA" w:rsidRPr="00450AE3" w:rsidRDefault="00BE72FA" w:rsidP="00BE72FA">
      <w:pPr>
        <w:keepNext/>
        <w:ind w:firstLine="709"/>
        <w:jc w:val="center"/>
        <w:rPr>
          <w:sz w:val="28"/>
          <w:szCs w:val="28"/>
          <w:lang w:val="kk-KZ"/>
        </w:rPr>
      </w:pPr>
      <w:r w:rsidRPr="00450AE3">
        <w:rPr>
          <w:sz w:val="28"/>
          <w:szCs w:val="28"/>
          <w:lang w:val="kk-KZ"/>
        </w:rPr>
        <w:t>№ 202 сайлау учаскесі</w:t>
      </w:r>
    </w:p>
    <w:p w14:paraId="5DEF7498"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 Аймақтық </w:t>
      </w:r>
      <w:proofErr w:type="spellStart"/>
      <w:r w:rsidRPr="00450AE3">
        <w:rPr>
          <w:sz w:val="28"/>
          <w:szCs w:val="28"/>
          <w:lang w:val="kk-KZ"/>
        </w:rPr>
        <w:t>Электржелілік</w:t>
      </w:r>
      <w:proofErr w:type="spellEnd"/>
      <w:r w:rsidRPr="00450AE3">
        <w:rPr>
          <w:sz w:val="28"/>
          <w:szCs w:val="28"/>
          <w:lang w:val="kk-KZ"/>
        </w:rPr>
        <w:t xml:space="preserve"> Компаниясы» акционерлік қоғамы, Домалақ ана көшесі, № 9)</w:t>
      </w:r>
    </w:p>
    <w:p w14:paraId="4658E38E" w14:textId="77777777" w:rsidR="00BE72FA" w:rsidRPr="00450AE3" w:rsidRDefault="00BE72FA" w:rsidP="00BE72FA">
      <w:pPr>
        <w:ind w:firstLine="709"/>
        <w:jc w:val="center"/>
        <w:rPr>
          <w:sz w:val="28"/>
          <w:szCs w:val="28"/>
          <w:lang w:val="kk-KZ"/>
        </w:rPr>
      </w:pPr>
    </w:p>
    <w:p w14:paraId="5B1E8D7C" w14:textId="77777777" w:rsidR="00BE72FA" w:rsidRPr="00450AE3" w:rsidRDefault="00BE72FA" w:rsidP="00BE72FA">
      <w:pPr>
        <w:ind w:firstLine="709"/>
        <w:jc w:val="both"/>
        <w:rPr>
          <w:sz w:val="28"/>
          <w:szCs w:val="28"/>
          <w:lang w:val="kk-KZ"/>
        </w:rPr>
      </w:pPr>
      <w:r w:rsidRPr="00450AE3">
        <w:rPr>
          <w:sz w:val="28"/>
          <w:szCs w:val="28"/>
          <w:lang w:val="kk-KZ"/>
        </w:rPr>
        <w:t>Шекарасы: Қорғалжын тас жолынан Тұран даңғылының тақ сандар жағымен Қ. Мұхамедханов көшесіне дейін, Қ. Мұхамедханов көшесінің тақ сандар жағымен Домалақ ана көшесіне дейін, Домалақ ана көшесінің жұп сандар жағымен Қорғалжын тас жолына дейін, Қорғалжын тас жолының тақ сандар жағымен Тұран даңғылына дейін.</w:t>
      </w:r>
    </w:p>
    <w:p w14:paraId="3E26B227" w14:textId="77777777" w:rsidR="00BE72FA" w:rsidRPr="00450AE3" w:rsidRDefault="00BE72FA" w:rsidP="00BE72FA">
      <w:pPr>
        <w:ind w:firstLine="709"/>
        <w:jc w:val="both"/>
        <w:rPr>
          <w:sz w:val="28"/>
          <w:szCs w:val="28"/>
          <w:lang w:val="kk-KZ"/>
        </w:rPr>
      </w:pPr>
    </w:p>
    <w:p w14:paraId="6D8D4F6B" w14:textId="77777777" w:rsidR="00BE72FA" w:rsidRPr="00450AE3" w:rsidRDefault="00BE72FA" w:rsidP="00BE72FA">
      <w:pPr>
        <w:keepNext/>
        <w:ind w:firstLine="709"/>
        <w:jc w:val="center"/>
        <w:rPr>
          <w:sz w:val="28"/>
          <w:szCs w:val="28"/>
          <w:lang w:val="kk-KZ"/>
        </w:rPr>
      </w:pPr>
      <w:r w:rsidRPr="00450AE3">
        <w:rPr>
          <w:sz w:val="28"/>
          <w:szCs w:val="28"/>
          <w:lang w:val="kk-KZ"/>
        </w:rPr>
        <w:t>№ 203 сайлау учаскесі</w:t>
      </w:r>
    </w:p>
    <w:p w14:paraId="612CA020"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79 мектеп-лицей» шаруашылық жүргізу құқығындағы мемлекеттік коммуналдық кәсіпорны, </w:t>
      </w:r>
    </w:p>
    <w:p w14:paraId="0807C6F7" w14:textId="77777777" w:rsidR="00BE72FA" w:rsidRPr="00450AE3" w:rsidRDefault="00BE72FA" w:rsidP="00BE72FA">
      <w:pPr>
        <w:keepNext/>
        <w:ind w:firstLine="709"/>
        <w:jc w:val="center"/>
        <w:rPr>
          <w:sz w:val="28"/>
          <w:szCs w:val="28"/>
          <w:lang w:val="kk-KZ"/>
        </w:rPr>
      </w:pPr>
      <w:r w:rsidRPr="00450AE3">
        <w:rPr>
          <w:sz w:val="28"/>
          <w:szCs w:val="28"/>
          <w:lang w:val="kk-KZ"/>
        </w:rPr>
        <w:t>М. Нәрікбаев көшесі, № 3)</w:t>
      </w:r>
    </w:p>
    <w:p w14:paraId="2D68B551" w14:textId="77777777" w:rsidR="00BE72FA" w:rsidRPr="00450AE3" w:rsidRDefault="00BE72FA" w:rsidP="00BE72FA">
      <w:pPr>
        <w:ind w:firstLine="709"/>
        <w:jc w:val="center"/>
        <w:rPr>
          <w:sz w:val="28"/>
          <w:szCs w:val="28"/>
          <w:lang w:val="kk-KZ"/>
        </w:rPr>
      </w:pPr>
    </w:p>
    <w:p w14:paraId="2500B81F" w14:textId="77777777" w:rsidR="00BE72FA" w:rsidRPr="00450AE3" w:rsidRDefault="00BE72FA" w:rsidP="00BE72FA">
      <w:pPr>
        <w:ind w:firstLine="709"/>
        <w:jc w:val="both"/>
        <w:rPr>
          <w:sz w:val="28"/>
          <w:szCs w:val="28"/>
          <w:lang w:val="kk-KZ"/>
        </w:rPr>
      </w:pPr>
      <w:r w:rsidRPr="00450AE3">
        <w:rPr>
          <w:sz w:val="28"/>
          <w:szCs w:val="28"/>
          <w:lang w:val="kk-KZ"/>
        </w:rPr>
        <w:lastRenderedPageBreak/>
        <w:t>Шекарасы: Қ. Мұхамедханов көшесінен Әйтеке би көшесінің тақ сандар жағымен М. Нәрікбаев көшесіне дейін, М. Нәрікбаев көшесінің тақ сандар жағымен Қ. Мұхамедханов көшесіне дейін, Қ. Мұхамедханов көшесінің тақ сандар жағымен Әйтеке би көшесіне дейін.</w:t>
      </w:r>
    </w:p>
    <w:p w14:paraId="27A452FB" w14:textId="77777777" w:rsidR="00BE72FA" w:rsidRPr="00450AE3" w:rsidRDefault="00BE72FA" w:rsidP="00BE72FA">
      <w:pPr>
        <w:ind w:firstLine="709"/>
        <w:jc w:val="both"/>
        <w:rPr>
          <w:sz w:val="28"/>
          <w:szCs w:val="28"/>
          <w:lang w:val="kk-KZ"/>
        </w:rPr>
      </w:pPr>
    </w:p>
    <w:p w14:paraId="6610393A" w14:textId="77777777" w:rsidR="00BE72FA" w:rsidRPr="00450AE3" w:rsidRDefault="00BE72FA" w:rsidP="00BE72FA">
      <w:pPr>
        <w:keepNext/>
        <w:ind w:firstLine="709"/>
        <w:jc w:val="center"/>
        <w:rPr>
          <w:sz w:val="28"/>
          <w:szCs w:val="28"/>
          <w:lang w:val="kk-KZ"/>
        </w:rPr>
      </w:pPr>
      <w:r w:rsidRPr="00450AE3">
        <w:rPr>
          <w:sz w:val="28"/>
          <w:szCs w:val="28"/>
          <w:lang w:val="kk-KZ"/>
        </w:rPr>
        <w:t>№ 204 сайлау учаскесі</w:t>
      </w:r>
    </w:p>
    <w:p w14:paraId="1770624E"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79 мектеп-лицей» шаруашылық жүргізу құқығындағы мемлекеттік коммуналдық кәсіпорны, </w:t>
      </w:r>
    </w:p>
    <w:p w14:paraId="4D7803F5" w14:textId="77777777" w:rsidR="00BE72FA" w:rsidRPr="00450AE3" w:rsidRDefault="00BE72FA" w:rsidP="00BE72FA">
      <w:pPr>
        <w:keepNext/>
        <w:ind w:firstLine="709"/>
        <w:jc w:val="center"/>
        <w:rPr>
          <w:sz w:val="28"/>
          <w:szCs w:val="28"/>
          <w:lang w:val="kk-KZ"/>
        </w:rPr>
      </w:pPr>
      <w:r w:rsidRPr="00450AE3">
        <w:rPr>
          <w:sz w:val="28"/>
          <w:szCs w:val="28"/>
          <w:lang w:val="kk-KZ"/>
        </w:rPr>
        <w:t>М. Нәрікбаев көшесі, № 3)</w:t>
      </w:r>
    </w:p>
    <w:p w14:paraId="103C9BA2" w14:textId="77777777" w:rsidR="00BE72FA" w:rsidRPr="00450AE3" w:rsidRDefault="00BE72FA" w:rsidP="00BE72FA">
      <w:pPr>
        <w:ind w:firstLine="709"/>
        <w:jc w:val="center"/>
        <w:rPr>
          <w:sz w:val="28"/>
          <w:szCs w:val="28"/>
          <w:lang w:val="kk-KZ"/>
        </w:rPr>
      </w:pPr>
    </w:p>
    <w:p w14:paraId="002B503A"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Қорғалжын тас жолынан Әйтеке би көшесінің тақ сандар жағымен Қ. Мұхамедханов көшесіндегі № 21/2 үйге дейін, Қ. Мұхамедханов көшесіндегі № 21/2 үйден өтпе жолмен Е-489 көшедегі № 5 үйге дейін, Е-489 көшенің тақ сандар жағымен Қ. Мұхамедханов көшесіне дейін, </w:t>
      </w:r>
      <w:r w:rsidRPr="00450AE3">
        <w:rPr>
          <w:sz w:val="28"/>
          <w:szCs w:val="28"/>
          <w:lang w:val="kk-KZ"/>
        </w:rPr>
        <w:br/>
        <w:t xml:space="preserve">Қ. Мұхамедханов көшесінің тақ сандар жағымен Қ. Мұхамедханов көшесіндегі </w:t>
      </w:r>
      <w:r w:rsidRPr="00450AE3">
        <w:rPr>
          <w:sz w:val="28"/>
          <w:szCs w:val="28"/>
          <w:lang w:val="kk-KZ"/>
        </w:rPr>
        <w:br/>
        <w:t>№ 25 үйге дейін, Қ. Мұхамедханов көшесінен өтпе жолмен Қорғалжын тас жолына дейін, Қорғалжын тас жолының тақ сандар жағымен Әйтеке би көшесіне дейін.</w:t>
      </w:r>
    </w:p>
    <w:p w14:paraId="18B1614B" w14:textId="77777777" w:rsidR="00BE72FA" w:rsidRPr="00450AE3" w:rsidRDefault="00BE72FA" w:rsidP="00BE72FA">
      <w:pPr>
        <w:ind w:firstLine="709"/>
        <w:jc w:val="both"/>
        <w:rPr>
          <w:sz w:val="28"/>
          <w:szCs w:val="28"/>
          <w:lang w:val="kk-KZ"/>
        </w:rPr>
      </w:pPr>
    </w:p>
    <w:p w14:paraId="67EE31C4" w14:textId="77777777" w:rsidR="00BE72FA" w:rsidRPr="00450AE3" w:rsidRDefault="00BE72FA" w:rsidP="00BE72FA">
      <w:pPr>
        <w:keepNext/>
        <w:ind w:firstLine="709"/>
        <w:jc w:val="center"/>
        <w:rPr>
          <w:sz w:val="28"/>
          <w:szCs w:val="28"/>
          <w:lang w:val="kk-KZ"/>
        </w:rPr>
      </w:pPr>
      <w:r w:rsidRPr="00450AE3">
        <w:rPr>
          <w:sz w:val="28"/>
          <w:szCs w:val="28"/>
          <w:lang w:val="kk-KZ"/>
        </w:rPr>
        <w:t>№ 205 сайлау учаскесі</w:t>
      </w:r>
    </w:p>
    <w:p w14:paraId="37F82B43"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«BIART» </w:t>
      </w:r>
      <w:proofErr w:type="spellStart"/>
      <w:r w:rsidRPr="00450AE3">
        <w:rPr>
          <w:sz w:val="28"/>
          <w:szCs w:val="28"/>
          <w:lang w:val="kk-KZ"/>
        </w:rPr>
        <w:t>креативті</w:t>
      </w:r>
      <w:proofErr w:type="spellEnd"/>
      <w:r w:rsidRPr="00450AE3">
        <w:rPr>
          <w:sz w:val="28"/>
          <w:szCs w:val="28"/>
          <w:lang w:val="kk-KZ"/>
        </w:rPr>
        <w:t xml:space="preserve"> индустриялар мектебі, </w:t>
      </w:r>
      <w:r w:rsidRPr="00450AE3">
        <w:rPr>
          <w:sz w:val="28"/>
          <w:szCs w:val="28"/>
          <w:lang w:val="kk-KZ"/>
        </w:rPr>
        <w:br/>
        <w:t>Сығанақ көшесі, № 17/41)</w:t>
      </w:r>
    </w:p>
    <w:p w14:paraId="46A08D72" w14:textId="77777777" w:rsidR="00BE72FA" w:rsidRPr="00450AE3" w:rsidRDefault="00BE72FA" w:rsidP="00BE72FA">
      <w:pPr>
        <w:ind w:firstLine="709"/>
        <w:jc w:val="center"/>
        <w:rPr>
          <w:sz w:val="28"/>
          <w:szCs w:val="28"/>
          <w:lang w:val="kk-KZ"/>
        </w:rPr>
      </w:pPr>
    </w:p>
    <w:p w14:paraId="185F1BAB"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Сығанақ көшесінен Қорқыт ата көшесімен Е-35 көшеге дейін, </w:t>
      </w:r>
      <w:r w:rsidRPr="00450AE3">
        <w:rPr>
          <w:sz w:val="28"/>
          <w:szCs w:val="28"/>
          <w:lang w:val="kk-KZ"/>
        </w:rPr>
        <w:br/>
        <w:t>Е-35 көшемен Е-34 көшеге дейін, Е-34 көшемен М. Мәметова көшесіне дейін, М. Мәметова көшесінің тақ сандар жағымен Сығанақ көшесіндегі № 32 үйге дейін, Сығанақ көшесіндегі № 32 үйден Сығанақ көшесіне дейін, Сығанақ көшесінің жұп сандар жағымен Қорқыт ата көшесіне дейін.</w:t>
      </w:r>
    </w:p>
    <w:p w14:paraId="13B52D04" w14:textId="77777777" w:rsidR="00BE72FA" w:rsidRPr="00450AE3" w:rsidRDefault="00BE72FA" w:rsidP="00BE72FA">
      <w:pPr>
        <w:jc w:val="both"/>
        <w:rPr>
          <w:sz w:val="28"/>
          <w:szCs w:val="28"/>
          <w:lang w:val="kk-KZ"/>
        </w:rPr>
      </w:pPr>
    </w:p>
    <w:p w14:paraId="288CA748" w14:textId="77777777" w:rsidR="00BE72FA" w:rsidRPr="00450AE3" w:rsidRDefault="00BE72FA" w:rsidP="00BE72FA">
      <w:pPr>
        <w:keepNext/>
        <w:ind w:firstLine="709"/>
        <w:jc w:val="center"/>
        <w:rPr>
          <w:sz w:val="28"/>
          <w:szCs w:val="28"/>
          <w:lang w:val="kk-KZ"/>
        </w:rPr>
      </w:pPr>
      <w:r w:rsidRPr="00450AE3">
        <w:rPr>
          <w:sz w:val="28"/>
          <w:szCs w:val="28"/>
          <w:lang w:val="kk-KZ"/>
        </w:rPr>
        <w:t>№ 206 сайлау учаскесі</w:t>
      </w:r>
    </w:p>
    <w:p w14:paraId="36FA2ACE"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w:t>
      </w:r>
      <w:proofErr w:type="spellStart"/>
      <w:r w:rsidRPr="00450AE3">
        <w:rPr>
          <w:sz w:val="28"/>
          <w:szCs w:val="28"/>
          <w:lang w:val="kk-KZ"/>
        </w:rPr>
        <w:t>Смағұл</w:t>
      </w:r>
      <w:proofErr w:type="spellEnd"/>
      <w:r w:rsidRPr="00450AE3">
        <w:rPr>
          <w:sz w:val="28"/>
          <w:szCs w:val="28"/>
          <w:lang w:val="kk-KZ"/>
        </w:rPr>
        <w:t xml:space="preserve"> Сәдуақасұлы атындағы № 78 мектеп-гимназия» шаруашылық жүргізу құқығындағы мемлекеттік коммуналдық кәсіпорны, Ә. Нұршайықов көшесі, № 8)</w:t>
      </w:r>
    </w:p>
    <w:p w14:paraId="3648FCC6" w14:textId="77777777" w:rsidR="00BE72FA" w:rsidRPr="00450AE3" w:rsidRDefault="00BE72FA" w:rsidP="00BE72FA">
      <w:pPr>
        <w:ind w:firstLine="709"/>
        <w:jc w:val="center"/>
        <w:rPr>
          <w:sz w:val="28"/>
          <w:szCs w:val="28"/>
          <w:lang w:val="kk-KZ"/>
        </w:rPr>
      </w:pPr>
    </w:p>
    <w:p w14:paraId="29160CE6"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Ж. Молдағалиев көшесінен Ш. Айтматов көшесінің жұп сандар жағымен Ә. Нұршайықов көшесіндегі № 6/1 үйге дейін, Ә. Нұршайықов көшесіндегі № 6/1 үйден Е-15 көшедегі № 9/1 үйге дейін, Е-15 көшедегі </w:t>
      </w:r>
      <w:r w:rsidRPr="00450AE3">
        <w:rPr>
          <w:sz w:val="28"/>
          <w:szCs w:val="28"/>
          <w:lang w:val="kk-KZ"/>
        </w:rPr>
        <w:br/>
        <w:t>№ 9/1 үйден өтпе жолмен Ж. Молдағалиев көшесіне дейін, Ж. Молдағалиев көшесінің тақ сандар жағымен Е-15 көшедегі № 3, 9, 9/1, 9/2, 9а үйлерді қоса алғанда, Ш. Айтматов көшесіне дейін.</w:t>
      </w:r>
    </w:p>
    <w:p w14:paraId="4DF9ACA5" w14:textId="77777777" w:rsidR="00BE72FA" w:rsidRDefault="00BE72FA" w:rsidP="00BE72FA">
      <w:pPr>
        <w:ind w:firstLine="709"/>
        <w:jc w:val="center"/>
        <w:rPr>
          <w:sz w:val="28"/>
          <w:szCs w:val="28"/>
          <w:lang w:val="kk-KZ"/>
        </w:rPr>
      </w:pPr>
    </w:p>
    <w:p w14:paraId="7E610EA7" w14:textId="77777777" w:rsidR="00BE72FA" w:rsidRPr="00450AE3" w:rsidRDefault="00BE72FA" w:rsidP="00BE72FA">
      <w:pPr>
        <w:keepNext/>
        <w:ind w:firstLine="709"/>
        <w:jc w:val="center"/>
        <w:rPr>
          <w:sz w:val="28"/>
          <w:szCs w:val="28"/>
          <w:lang w:val="kk-KZ"/>
        </w:rPr>
      </w:pPr>
      <w:r w:rsidRPr="00450AE3">
        <w:rPr>
          <w:sz w:val="28"/>
          <w:szCs w:val="28"/>
          <w:lang w:val="kk-KZ"/>
        </w:rPr>
        <w:lastRenderedPageBreak/>
        <w:t>№ 207 сайлау учаскесі</w:t>
      </w:r>
    </w:p>
    <w:p w14:paraId="6C7C1F44"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w:t>
      </w:r>
      <w:proofErr w:type="spellStart"/>
      <w:r w:rsidRPr="00450AE3">
        <w:rPr>
          <w:sz w:val="28"/>
          <w:szCs w:val="28"/>
          <w:lang w:val="kk-KZ"/>
        </w:rPr>
        <w:t>Смағұл</w:t>
      </w:r>
      <w:proofErr w:type="spellEnd"/>
      <w:r w:rsidRPr="00450AE3">
        <w:rPr>
          <w:sz w:val="28"/>
          <w:szCs w:val="28"/>
          <w:lang w:val="kk-KZ"/>
        </w:rPr>
        <w:t xml:space="preserve"> Сәдуақасұлы атындағы № 78 мектеп-гимназия» шаруашылық жүргізу құқығындағы мемлекеттік коммуналдық кәсіпорны, Ә. Нұршайықов көшесі, № 8)</w:t>
      </w:r>
    </w:p>
    <w:p w14:paraId="70C8649E" w14:textId="77777777" w:rsidR="00BE72FA" w:rsidRPr="00450AE3" w:rsidRDefault="00BE72FA" w:rsidP="00BE72FA">
      <w:pPr>
        <w:ind w:firstLine="709"/>
        <w:jc w:val="center"/>
        <w:rPr>
          <w:sz w:val="28"/>
          <w:szCs w:val="28"/>
          <w:lang w:val="kk-KZ"/>
        </w:rPr>
      </w:pPr>
    </w:p>
    <w:p w14:paraId="52C8F769" w14:textId="77777777" w:rsidR="00BE72FA" w:rsidRPr="00450AE3" w:rsidRDefault="00BE72FA" w:rsidP="00BE72FA">
      <w:pPr>
        <w:ind w:firstLine="709"/>
        <w:jc w:val="both"/>
        <w:rPr>
          <w:sz w:val="28"/>
          <w:szCs w:val="28"/>
          <w:lang w:val="kk-KZ"/>
        </w:rPr>
      </w:pPr>
      <w:r w:rsidRPr="00450AE3">
        <w:rPr>
          <w:sz w:val="28"/>
          <w:szCs w:val="28"/>
          <w:lang w:val="kk-KZ"/>
        </w:rPr>
        <w:t>Шекарасы: Сығанақ көшесінен Ш. Айтматов көшесінің жұп сандар жағымен Ә. Нұршайықов көшесіне дейін, Ә. Нұршайықов көшесінің тақ сандар жағымен Тәттімбет көшесіне дейін, Тәттімбет көшесінен Сығанақ көшесіне дейін, Сығанақ көшесінің жұп сандар жағымен Ш. Айтматов көшесіне дейін.</w:t>
      </w:r>
    </w:p>
    <w:p w14:paraId="02C85449" w14:textId="77777777" w:rsidR="00BE72FA" w:rsidRPr="00450AE3" w:rsidRDefault="00BE72FA" w:rsidP="00BE72FA">
      <w:pPr>
        <w:ind w:firstLine="709"/>
        <w:jc w:val="both"/>
        <w:rPr>
          <w:sz w:val="28"/>
          <w:szCs w:val="28"/>
          <w:lang w:val="kk-KZ"/>
        </w:rPr>
      </w:pPr>
    </w:p>
    <w:p w14:paraId="5A561F87" w14:textId="77777777" w:rsidR="00BE72FA" w:rsidRPr="00450AE3" w:rsidRDefault="00BE72FA" w:rsidP="00BE72FA">
      <w:pPr>
        <w:keepNext/>
        <w:ind w:firstLine="709"/>
        <w:jc w:val="center"/>
        <w:rPr>
          <w:sz w:val="28"/>
          <w:szCs w:val="28"/>
          <w:lang w:val="kk-KZ"/>
        </w:rPr>
      </w:pPr>
      <w:r w:rsidRPr="00450AE3">
        <w:rPr>
          <w:sz w:val="28"/>
          <w:szCs w:val="28"/>
          <w:lang w:val="kk-KZ"/>
        </w:rPr>
        <w:t>№ 208 сайлау учаскесі</w:t>
      </w:r>
    </w:p>
    <w:p w14:paraId="350461ED"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«BI-</w:t>
      </w:r>
      <w:proofErr w:type="spellStart"/>
      <w:r w:rsidRPr="00450AE3">
        <w:rPr>
          <w:sz w:val="28"/>
          <w:szCs w:val="28"/>
          <w:lang w:val="kk-KZ"/>
        </w:rPr>
        <w:t>Group</w:t>
      </w:r>
      <w:proofErr w:type="spellEnd"/>
      <w:r w:rsidRPr="00450AE3">
        <w:rPr>
          <w:sz w:val="28"/>
          <w:szCs w:val="28"/>
          <w:lang w:val="kk-KZ"/>
        </w:rPr>
        <w:t xml:space="preserve">» жауапкершілігі шектеулі серіктестігінің </w:t>
      </w:r>
    </w:p>
    <w:p w14:paraId="042D9073" w14:textId="77777777" w:rsidR="00BE72FA" w:rsidRPr="00450AE3" w:rsidRDefault="00BE72FA" w:rsidP="00BE72FA">
      <w:pPr>
        <w:keepNext/>
        <w:ind w:firstLine="709"/>
        <w:jc w:val="center"/>
        <w:rPr>
          <w:sz w:val="28"/>
          <w:szCs w:val="28"/>
          <w:lang w:val="kk-KZ"/>
        </w:rPr>
      </w:pPr>
      <w:r w:rsidRPr="00450AE3">
        <w:rPr>
          <w:sz w:val="28"/>
          <w:szCs w:val="28"/>
          <w:lang w:val="kk-KZ"/>
        </w:rPr>
        <w:t>«GREEN TOWER» бизнес-орталығы, Сығанақ көшесі, № 17М)</w:t>
      </w:r>
    </w:p>
    <w:p w14:paraId="630B4CF7" w14:textId="77777777" w:rsidR="00BE72FA" w:rsidRPr="00450AE3" w:rsidRDefault="00BE72FA" w:rsidP="00BE72FA">
      <w:pPr>
        <w:ind w:firstLine="709"/>
        <w:jc w:val="center"/>
        <w:rPr>
          <w:sz w:val="28"/>
          <w:szCs w:val="28"/>
          <w:lang w:val="kk-KZ"/>
        </w:rPr>
      </w:pPr>
    </w:p>
    <w:p w14:paraId="43947A9E"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Халифа бен Заид әл-Нахаян көшесінен Әнет баба көшесінің жұп сандар жағымен Әнет баба көшесіндегі № 8 үйге дейін, Әнет баба көшесіндегі </w:t>
      </w:r>
      <w:r w:rsidRPr="00450AE3">
        <w:rPr>
          <w:sz w:val="28"/>
          <w:szCs w:val="28"/>
          <w:lang w:val="kk-KZ"/>
        </w:rPr>
        <w:br/>
        <w:t>№ 8 үйден Е-900 көшедегі № 6 үйге дейін, Е-900 көшедегі № 6 үйден Халифа бен Заид әл-Нахаян көшесіне дейін, Халифа бен Заид әл-Нахаян көшесінен Әнет баба көшесіндегі № 8, 10 үйлерді қоса алғанда, Әнет баба көшесіне дейін.</w:t>
      </w:r>
    </w:p>
    <w:p w14:paraId="3230E5E7" w14:textId="77777777" w:rsidR="00BE72FA" w:rsidRPr="00450AE3" w:rsidRDefault="00BE72FA" w:rsidP="00BE72FA">
      <w:pPr>
        <w:jc w:val="both"/>
        <w:rPr>
          <w:sz w:val="28"/>
          <w:szCs w:val="28"/>
          <w:lang w:val="kk-KZ"/>
        </w:rPr>
      </w:pPr>
    </w:p>
    <w:p w14:paraId="18F094FB" w14:textId="77777777" w:rsidR="00BE72FA" w:rsidRPr="00450AE3" w:rsidRDefault="00BE72FA" w:rsidP="00BE72FA">
      <w:pPr>
        <w:keepNext/>
        <w:ind w:firstLine="709"/>
        <w:jc w:val="center"/>
        <w:rPr>
          <w:sz w:val="28"/>
          <w:szCs w:val="28"/>
          <w:lang w:val="kk-KZ"/>
        </w:rPr>
      </w:pPr>
      <w:r w:rsidRPr="00450AE3">
        <w:rPr>
          <w:sz w:val="28"/>
          <w:szCs w:val="28"/>
          <w:lang w:val="kk-KZ"/>
        </w:rPr>
        <w:t>№ 209 сайлау учаскесі</w:t>
      </w:r>
    </w:p>
    <w:p w14:paraId="60900E4A"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w:t>
      </w:r>
      <w:proofErr w:type="spellStart"/>
      <w:r w:rsidRPr="00450AE3">
        <w:rPr>
          <w:sz w:val="28"/>
          <w:szCs w:val="28"/>
          <w:lang w:val="kk-KZ"/>
        </w:rPr>
        <w:t>Qazaqstan</w:t>
      </w:r>
      <w:proofErr w:type="spellEnd"/>
      <w:r w:rsidRPr="00450AE3">
        <w:rPr>
          <w:sz w:val="28"/>
          <w:szCs w:val="28"/>
          <w:lang w:val="kk-KZ"/>
        </w:rPr>
        <w:t>» жеңіл атлетика спорт кешені,</w:t>
      </w:r>
    </w:p>
    <w:p w14:paraId="11811410" w14:textId="77777777" w:rsidR="00BE72FA" w:rsidRPr="00450AE3" w:rsidRDefault="00BE72FA" w:rsidP="00BE72FA">
      <w:pPr>
        <w:keepNext/>
        <w:ind w:firstLine="709"/>
        <w:jc w:val="center"/>
        <w:rPr>
          <w:sz w:val="28"/>
          <w:szCs w:val="28"/>
          <w:lang w:val="kk-KZ"/>
        </w:rPr>
      </w:pPr>
      <w:r w:rsidRPr="00450AE3">
        <w:rPr>
          <w:sz w:val="28"/>
          <w:szCs w:val="28"/>
          <w:lang w:val="kk-KZ"/>
        </w:rPr>
        <w:t>Тұран даңғылы, № 59)</w:t>
      </w:r>
    </w:p>
    <w:p w14:paraId="1FEB61DC" w14:textId="77777777" w:rsidR="00BE72FA" w:rsidRPr="00450AE3" w:rsidRDefault="00BE72FA" w:rsidP="00BE72FA">
      <w:pPr>
        <w:ind w:firstLine="709"/>
        <w:jc w:val="center"/>
        <w:rPr>
          <w:sz w:val="28"/>
          <w:szCs w:val="28"/>
          <w:lang w:val="kk-KZ"/>
        </w:rPr>
      </w:pPr>
    </w:p>
    <w:p w14:paraId="241609AB"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Тұран даңғылынан Ұлы Дала даңғылының тақ сандар жағымен Ұлы Дала даңғылындағы № 33 үйге дейін, Ұлы Дала даңғылындағы </w:t>
      </w:r>
      <w:r w:rsidRPr="00450AE3">
        <w:rPr>
          <w:sz w:val="28"/>
          <w:szCs w:val="28"/>
          <w:lang w:val="kk-KZ"/>
        </w:rPr>
        <w:br/>
        <w:t xml:space="preserve">№ 33 үйден Қабанбай батыр даңғылындағы № 49/2 үйге дейін, Қабанбай батыр даңғылындағы № 49/2 үйден Ұлы Дала даңғылындағы № 33/1 үйге дейін, </w:t>
      </w:r>
      <w:r w:rsidRPr="00450AE3">
        <w:rPr>
          <w:sz w:val="28"/>
          <w:szCs w:val="28"/>
          <w:lang w:val="kk-KZ"/>
        </w:rPr>
        <w:br/>
        <w:t>Ұлы Дала даңғылындағы № 33/1 үйден Бұқар жырау көшесіндегі № 20Б үйге дейін, Бұқар жырау көшесіндегі № 20Б үйден Тұран даңғылына дейін, Тұран даңғылының жұп сандар жағымен Ұлы Дала даңғылына дейін.</w:t>
      </w:r>
    </w:p>
    <w:p w14:paraId="7C7DA94D" w14:textId="77777777" w:rsidR="00BE72FA" w:rsidRPr="00450AE3" w:rsidRDefault="00BE72FA" w:rsidP="00BE72FA">
      <w:pPr>
        <w:ind w:firstLine="709"/>
        <w:jc w:val="both"/>
        <w:rPr>
          <w:sz w:val="28"/>
          <w:szCs w:val="28"/>
          <w:lang w:val="kk-KZ"/>
        </w:rPr>
      </w:pPr>
    </w:p>
    <w:p w14:paraId="7BD4FA69" w14:textId="77777777" w:rsidR="00BE72FA" w:rsidRPr="00450AE3" w:rsidRDefault="00BE72FA" w:rsidP="00BE72FA">
      <w:pPr>
        <w:keepNext/>
        <w:ind w:firstLine="709"/>
        <w:jc w:val="center"/>
        <w:rPr>
          <w:sz w:val="28"/>
          <w:szCs w:val="28"/>
          <w:lang w:val="kk-KZ"/>
        </w:rPr>
      </w:pPr>
      <w:r w:rsidRPr="00450AE3">
        <w:rPr>
          <w:sz w:val="28"/>
          <w:szCs w:val="28"/>
          <w:lang w:val="kk-KZ"/>
        </w:rPr>
        <w:t>№ 210 сайлау учаскесі</w:t>
      </w:r>
    </w:p>
    <w:p w14:paraId="34978FB2"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«Сарыарқа» республикалық велотрегі, </w:t>
      </w:r>
      <w:r w:rsidRPr="00450AE3">
        <w:rPr>
          <w:sz w:val="28"/>
          <w:szCs w:val="28"/>
          <w:lang w:val="kk-KZ"/>
        </w:rPr>
        <w:br/>
        <w:t>Қабанбай батыр даңғылы, № 45А)</w:t>
      </w:r>
    </w:p>
    <w:p w14:paraId="35707BC0" w14:textId="77777777" w:rsidR="00BE72FA" w:rsidRPr="00450AE3" w:rsidRDefault="00BE72FA" w:rsidP="00BE72FA">
      <w:pPr>
        <w:ind w:firstLine="709"/>
        <w:jc w:val="both"/>
        <w:rPr>
          <w:sz w:val="28"/>
          <w:szCs w:val="28"/>
          <w:lang w:val="kk-KZ"/>
        </w:rPr>
      </w:pPr>
    </w:p>
    <w:p w14:paraId="374857A8" w14:textId="77777777" w:rsidR="00BE72FA" w:rsidRPr="00450AE3" w:rsidRDefault="00BE72FA" w:rsidP="00BE72FA">
      <w:pPr>
        <w:ind w:firstLine="709"/>
        <w:jc w:val="both"/>
        <w:rPr>
          <w:sz w:val="28"/>
          <w:szCs w:val="28"/>
          <w:lang w:val="kk-KZ"/>
        </w:rPr>
      </w:pPr>
      <w:r w:rsidRPr="00450AE3">
        <w:rPr>
          <w:sz w:val="28"/>
          <w:szCs w:val="28"/>
          <w:lang w:val="kk-KZ"/>
        </w:rPr>
        <w:t>Шекарасы: Қабанбай батыр даңғылы, № 47, 47/1, 47/2 үйлер, Тұран даңғылы, № 48, 50, 50/1, 50/2, 50/3, 50/4, 50/5 үйлер.</w:t>
      </w:r>
    </w:p>
    <w:p w14:paraId="6D5798E0" w14:textId="77777777" w:rsidR="00BE72FA" w:rsidRDefault="00BE72FA" w:rsidP="00BE72FA">
      <w:pPr>
        <w:ind w:firstLine="709"/>
        <w:jc w:val="center"/>
        <w:rPr>
          <w:sz w:val="28"/>
          <w:szCs w:val="28"/>
          <w:lang w:val="kk-KZ"/>
        </w:rPr>
      </w:pPr>
    </w:p>
    <w:p w14:paraId="5490C934" w14:textId="77777777" w:rsidR="00BE72FA" w:rsidRPr="00450AE3" w:rsidRDefault="00BE72FA" w:rsidP="00BE72FA">
      <w:pPr>
        <w:keepNext/>
        <w:ind w:firstLine="709"/>
        <w:jc w:val="center"/>
        <w:rPr>
          <w:sz w:val="28"/>
          <w:szCs w:val="28"/>
          <w:lang w:val="kk-KZ"/>
        </w:rPr>
      </w:pPr>
      <w:r w:rsidRPr="00450AE3">
        <w:rPr>
          <w:sz w:val="28"/>
          <w:szCs w:val="28"/>
          <w:lang w:val="kk-KZ"/>
        </w:rPr>
        <w:t>№ 211 сайлау учаскесі</w:t>
      </w:r>
    </w:p>
    <w:p w14:paraId="5183A53C"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Жақсылық Үшкемпіров атындағы Жекпе-жек сарайы, </w:t>
      </w:r>
    </w:p>
    <w:p w14:paraId="4266C45D" w14:textId="77777777" w:rsidR="00BE72FA" w:rsidRPr="00450AE3" w:rsidRDefault="00BE72FA" w:rsidP="00BE72FA">
      <w:pPr>
        <w:keepNext/>
        <w:ind w:firstLine="709"/>
        <w:jc w:val="center"/>
        <w:rPr>
          <w:sz w:val="28"/>
          <w:szCs w:val="28"/>
          <w:lang w:val="kk-KZ"/>
        </w:rPr>
      </w:pPr>
      <w:r w:rsidRPr="00450AE3">
        <w:rPr>
          <w:sz w:val="28"/>
          <w:szCs w:val="28"/>
          <w:lang w:val="kk-KZ"/>
        </w:rPr>
        <w:t>Қабанбай батыр даңғылы, № 43)</w:t>
      </w:r>
    </w:p>
    <w:p w14:paraId="7B880E41" w14:textId="77777777" w:rsidR="00BE72FA" w:rsidRPr="00450AE3" w:rsidRDefault="00BE72FA" w:rsidP="00BE72FA">
      <w:pPr>
        <w:ind w:firstLine="709"/>
        <w:jc w:val="center"/>
        <w:rPr>
          <w:sz w:val="28"/>
          <w:szCs w:val="28"/>
          <w:lang w:val="kk-KZ"/>
        </w:rPr>
      </w:pPr>
    </w:p>
    <w:p w14:paraId="2D97D817" w14:textId="77777777" w:rsidR="00BE72FA" w:rsidRPr="00450AE3" w:rsidRDefault="00BE72FA" w:rsidP="00BE72FA">
      <w:pPr>
        <w:ind w:firstLine="709"/>
        <w:jc w:val="both"/>
        <w:rPr>
          <w:sz w:val="28"/>
          <w:szCs w:val="28"/>
          <w:lang w:val="kk-KZ"/>
        </w:rPr>
      </w:pPr>
      <w:r w:rsidRPr="00450AE3">
        <w:rPr>
          <w:sz w:val="28"/>
          <w:szCs w:val="28"/>
          <w:lang w:val="kk-KZ"/>
        </w:rPr>
        <w:lastRenderedPageBreak/>
        <w:t>Шекарасы: Ш. </w:t>
      </w:r>
      <w:proofErr w:type="spellStart"/>
      <w:r w:rsidRPr="00450AE3">
        <w:rPr>
          <w:sz w:val="28"/>
          <w:szCs w:val="28"/>
          <w:lang w:val="kk-KZ"/>
        </w:rPr>
        <w:t>Петёфи</w:t>
      </w:r>
      <w:proofErr w:type="spellEnd"/>
      <w:r w:rsidRPr="00450AE3">
        <w:rPr>
          <w:sz w:val="28"/>
          <w:szCs w:val="28"/>
          <w:lang w:val="kk-KZ"/>
        </w:rPr>
        <w:t xml:space="preserve"> көшесінен Қабанбай батыр даңғылының тақ сандар жағымен Орынбор көшесіне дейін, Орынбор көшесінің тақ сандар жағымен Тұран даңғылындағы № 44Б үйге дейін, Тұран даңғылындағы № 44Б үйден Тұран даңғылындағы № 40/2 үйге дейін, Тұран даңғылындағы № 40/2 үйден өтпе жолмен Керей, Жәнібек хандар көшесіндегі № 8/1 үйге дейін, Керей, Жәнібек хандар көшесіндегі № 8/1 үйден өтпе жолмен Керей, Жәнібек хандар көшесіне дейін, Керей, Жәнібек хандар көшесінің тақ сандар жағымен Тұран даңғылына дейін, Тұран даңғылының жұп сандар жағымен Ш. </w:t>
      </w:r>
      <w:proofErr w:type="spellStart"/>
      <w:r w:rsidRPr="00450AE3">
        <w:rPr>
          <w:sz w:val="28"/>
          <w:szCs w:val="28"/>
          <w:lang w:val="kk-KZ"/>
        </w:rPr>
        <w:t>Петёфи</w:t>
      </w:r>
      <w:proofErr w:type="spellEnd"/>
      <w:r w:rsidRPr="00450AE3">
        <w:rPr>
          <w:sz w:val="28"/>
          <w:szCs w:val="28"/>
          <w:lang w:val="kk-KZ"/>
        </w:rPr>
        <w:t xml:space="preserve"> көшесіне дейін, Ш. </w:t>
      </w:r>
      <w:proofErr w:type="spellStart"/>
      <w:r w:rsidRPr="00450AE3">
        <w:rPr>
          <w:sz w:val="28"/>
          <w:szCs w:val="28"/>
          <w:lang w:val="kk-KZ"/>
        </w:rPr>
        <w:t>Петёфи</w:t>
      </w:r>
      <w:proofErr w:type="spellEnd"/>
      <w:r w:rsidRPr="00450AE3">
        <w:rPr>
          <w:sz w:val="28"/>
          <w:szCs w:val="28"/>
          <w:lang w:val="kk-KZ"/>
        </w:rPr>
        <w:t xml:space="preserve"> көшесінен Қабанбай батыр даңғылына дейін.</w:t>
      </w:r>
    </w:p>
    <w:p w14:paraId="3549A33A" w14:textId="77777777" w:rsidR="00BE72FA" w:rsidRPr="00450AE3" w:rsidRDefault="00BE72FA" w:rsidP="00BE72FA">
      <w:pPr>
        <w:ind w:firstLine="709"/>
        <w:jc w:val="center"/>
        <w:rPr>
          <w:sz w:val="28"/>
          <w:szCs w:val="28"/>
          <w:lang w:val="kk-KZ"/>
        </w:rPr>
      </w:pPr>
    </w:p>
    <w:p w14:paraId="6507BCBD" w14:textId="77777777" w:rsidR="00BE72FA" w:rsidRPr="00450AE3" w:rsidRDefault="00BE72FA" w:rsidP="00BE72FA">
      <w:pPr>
        <w:keepNext/>
        <w:ind w:firstLine="709"/>
        <w:jc w:val="center"/>
        <w:rPr>
          <w:sz w:val="28"/>
          <w:szCs w:val="28"/>
          <w:lang w:val="kk-KZ"/>
        </w:rPr>
      </w:pPr>
      <w:r w:rsidRPr="00450AE3">
        <w:rPr>
          <w:sz w:val="28"/>
          <w:szCs w:val="28"/>
          <w:lang w:val="kk-KZ"/>
        </w:rPr>
        <w:t>№ 212 сайлау учаскесі</w:t>
      </w:r>
    </w:p>
    <w:p w14:paraId="74E0823D"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«Кәсіптік-техникалық колледжі» шаруашылық жүргізу құқығындағы мемлекеттік коммуналдық кәсіпорны, Қорғалжын тас жолы, № 22)</w:t>
      </w:r>
    </w:p>
    <w:p w14:paraId="63F1475C" w14:textId="77777777" w:rsidR="00BE72FA" w:rsidRPr="00450AE3" w:rsidRDefault="00BE72FA" w:rsidP="00BE72FA">
      <w:pPr>
        <w:ind w:firstLine="709"/>
        <w:jc w:val="center"/>
        <w:rPr>
          <w:sz w:val="28"/>
          <w:szCs w:val="28"/>
          <w:lang w:val="kk-KZ"/>
        </w:rPr>
      </w:pPr>
    </w:p>
    <w:p w14:paraId="3A4B6F29" w14:textId="77777777" w:rsidR="00BE72FA" w:rsidRPr="00450AE3" w:rsidRDefault="00BE72FA" w:rsidP="00BE72FA">
      <w:pPr>
        <w:ind w:firstLine="709"/>
        <w:jc w:val="both"/>
        <w:rPr>
          <w:sz w:val="28"/>
          <w:szCs w:val="28"/>
          <w:lang w:val="kk-KZ"/>
        </w:rPr>
      </w:pPr>
      <w:r w:rsidRPr="00450AE3">
        <w:rPr>
          <w:sz w:val="28"/>
          <w:szCs w:val="28"/>
          <w:lang w:val="kk-KZ"/>
        </w:rPr>
        <w:t>Шекарасы: Қорғалжын тас жолынан Ш. Айтматов көшесінің тақ сандар жағымен Қ. Мұхамедханов көшесіне дейін, Қ. Мұхамедханов көшесінің тақ сандар жағымен Қ. Мұхамедханов көшесіндегі № 43 үйге дейін, Қ. Мұхамедханов көшесіндегі № 43 үйден өтпе жолмен Қорғалжын тас жолына дейін, Қорғалжын тас жолының тақ сандар жағымен Ш. Айтматов көшесіне дейін.</w:t>
      </w:r>
    </w:p>
    <w:p w14:paraId="7AF45075" w14:textId="77777777" w:rsidR="00BE72FA" w:rsidRPr="00450AE3" w:rsidRDefault="00BE72FA" w:rsidP="00BE72FA">
      <w:pPr>
        <w:ind w:firstLine="709"/>
        <w:jc w:val="both"/>
        <w:rPr>
          <w:sz w:val="28"/>
          <w:szCs w:val="28"/>
          <w:lang w:val="kk-KZ"/>
        </w:rPr>
      </w:pPr>
    </w:p>
    <w:p w14:paraId="09BF8D2C" w14:textId="77777777" w:rsidR="00BE72FA" w:rsidRPr="00450AE3" w:rsidRDefault="00BE72FA" w:rsidP="00BE72FA">
      <w:pPr>
        <w:keepNext/>
        <w:ind w:firstLine="709"/>
        <w:jc w:val="center"/>
        <w:rPr>
          <w:sz w:val="28"/>
          <w:szCs w:val="28"/>
          <w:lang w:val="kk-KZ"/>
        </w:rPr>
      </w:pPr>
      <w:r w:rsidRPr="00450AE3">
        <w:rPr>
          <w:sz w:val="28"/>
          <w:szCs w:val="28"/>
          <w:lang w:val="kk-KZ"/>
        </w:rPr>
        <w:t>№ 213 сайлау учаскесі</w:t>
      </w:r>
    </w:p>
    <w:p w14:paraId="14977D6B"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«Қ. </w:t>
      </w:r>
      <w:proofErr w:type="spellStart"/>
      <w:r w:rsidRPr="00450AE3">
        <w:rPr>
          <w:sz w:val="28"/>
          <w:szCs w:val="28"/>
          <w:lang w:val="kk-KZ"/>
        </w:rPr>
        <w:t>Құлажанов</w:t>
      </w:r>
      <w:proofErr w:type="spellEnd"/>
      <w:r w:rsidRPr="00450AE3">
        <w:rPr>
          <w:sz w:val="28"/>
          <w:szCs w:val="28"/>
          <w:lang w:val="kk-KZ"/>
        </w:rPr>
        <w:t xml:space="preserve"> атындағы Қазақ технология және бизнес университеті» акционерлік қоғамы, Қ. Мұхамедханов көшесі, № 37А)</w:t>
      </w:r>
    </w:p>
    <w:p w14:paraId="12B340B3" w14:textId="77777777" w:rsidR="00BE72FA" w:rsidRPr="00450AE3" w:rsidRDefault="00BE72FA" w:rsidP="00BE72FA">
      <w:pPr>
        <w:ind w:firstLine="709"/>
        <w:jc w:val="center"/>
        <w:rPr>
          <w:sz w:val="28"/>
          <w:szCs w:val="28"/>
          <w:lang w:val="kk-KZ"/>
        </w:rPr>
      </w:pPr>
    </w:p>
    <w:p w14:paraId="01C5C9CE"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Қорғалжын тас жолынан Ш. Айтматов көшесінің жұп сандар жағымен Қ. Мұхамедханов көшесіне дейін, Қ. Мұхамедханов көшесінің тақ сандар жағымен Қ. Мұхамедханов көшесіндегі № 23а үйге дейін, </w:t>
      </w:r>
      <w:r w:rsidRPr="00450AE3">
        <w:rPr>
          <w:sz w:val="28"/>
          <w:szCs w:val="28"/>
          <w:lang w:val="kk-KZ"/>
        </w:rPr>
        <w:br/>
        <w:t>Қ. Мұхамедханов көшесіндегі № 23а үйден өтпе жолмен Қорғалжын тас жолына дейін, Қорғалжын тас жолының тақ сандар жағымен Ш. Айтматов көшесіне дейін.</w:t>
      </w:r>
    </w:p>
    <w:p w14:paraId="1BDB8ED9" w14:textId="77777777" w:rsidR="00BE72FA" w:rsidRPr="00450AE3" w:rsidRDefault="00BE72FA" w:rsidP="00BE72FA">
      <w:pPr>
        <w:ind w:firstLine="709"/>
        <w:jc w:val="both"/>
        <w:rPr>
          <w:sz w:val="28"/>
          <w:szCs w:val="28"/>
          <w:lang w:val="kk-KZ"/>
        </w:rPr>
      </w:pPr>
    </w:p>
    <w:p w14:paraId="5103D85A" w14:textId="77777777" w:rsidR="00BE72FA" w:rsidRPr="00450AE3" w:rsidRDefault="00BE72FA" w:rsidP="00BE72FA">
      <w:pPr>
        <w:keepNext/>
        <w:ind w:firstLine="709"/>
        <w:jc w:val="center"/>
        <w:rPr>
          <w:sz w:val="28"/>
          <w:szCs w:val="28"/>
          <w:lang w:val="kk-KZ"/>
        </w:rPr>
      </w:pPr>
      <w:r w:rsidRPr="00450AE3">
        <w:rPr>
          <w:sz w:val="28"/>
          <w:szCs w:val="28"/>
          <w:lang w:val="kk-KZ"/>
        </w:rPr>
        <w:t>№ 214 сайлау учаскесі</w:t>
      </w:r>
    </w:p>
    <w:p w14:paraId="1B8FC40C"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81 «</w:t>
      </w:r>
      <w:proofErr w:type="spellStart"/>
      <w:r w:rsidRPr="00450AE3">
        <w:rPr>
          <w:sz w:val="28"/>
          <w:szCs w:val="28"/>
          <w:lang w:val="kk-KZ"/>
        </w:rPr>
        <w:t>Astana</w:t>
      </w:r>
      <w:proofErr w:type="spellEnd"/>
      <w:r w:rsidRPr="00450AE3">
        <w:rPr>
          <w:sz w:val="28"/>
          <w:szCs w:val="28"/>
          <w:lang w:val="kk-KZ"/>
        </w:rPr>
        <w:t xml:space="preserve"> </w:t>
      </w:r>
      <w:proofErr w:type="spellStart"/>
      <w:r w:rsidRPr="00450AE3">
        <w:rPr>
          <w:sz w:val="28"/>
          <w:szCs w:val="28"/>
          <w:lang w:val="kk-KZ"/>
        </w:rPr>
        <w:t>English</w:t>
      </w:r>
      <w:proofErr w:type="spellEnd"/>
      <w:r w:rsidRPr="00450AE3">
        <w:rPr>
          <w:sz w:val="28"/>
          <w:szCs w:val="28"/>
          <w:lang w:val="kk-KZ"/>
        </w:rPr>
        <w:t xml:space="preserve"> </w:t>
      </w:r>
      <w:proofErr w:type="spellStart"/>
      <w:r w:rsidRPr="00450AE3">
        <w:rPr>
          <w:sz w:val="28"/>
          <w:szCs w:val="28"/>
          <w:lang w:val="kk-KZ"/>
        </w:rPr>
        <w:t>School</w:t>
      </w:r>
      <w:proofErr w:type="spellEnd"/>
      <w:r w:rsidRPr="00450AE3">
        <w:rPr>
          <w:sz w:val="28"/>
          <w:szCs w:val="28"/>
          <w:lang w:val="kk-KZ"/>
        </w:rPr>
        <w:t xml:space="preserve">» </w:t>
      </w:r>
      <w:r w:rsidRPr="00450AE3">
        <w:rPr>
          <w:sz w:val="28"/>
          <w:szCs w:val="28"/>
          <w:lang w:val="kk-KZ"/>
        </w:rPr>
        <w:br/>
        <w:t xml:space="preserve">халықаралық мектеп» коммуналдық мемлекеттік мекемесі, </w:t>
      </w:r>
      <w:r w:rsidRPr="00450AE3">
        <w:rPr>
          <w:sz w:val="28"/>
          <w:szCs w:val="28"/>
          <w:lang w:val="kk-KZ"/>
        </w:rPr>
        <w:br/>
        <w:t>І. Омаров көшесі, № 14)</w:t>
      </w:r>
    </w:p>
    <w:p w14:paraId="7560C18B" w14:textId="77777777" w:rsidR="00BE72FA" w:rsidRPr="00450AE3" w:rsidRDefault="00BE72FA" w:rsidP="00BE72FA">
      <w:pPr>
        <w:ind w:firstLine="709"/>
        <w:jc w:val="center"/>
        <w:rPr>
          <w:sz w:val="28"/>
          <w:szCs w:val="28"/>
          <w:lang w:val="kk-KZ"/>
        </w:rPr>
      </w:pPr>
    </w:p>
    <w:p w14:paraId="1BEDF2C0" w14:textId="77777777" w:rsidR="00BE72FA" w:rsidRPr="00450AE3" w:rsidRDefault="00BE72FA" w:rsidP="00BE72FA">
      <w:pPr>
        <w:ind w:firstLine="709"/>
        <w:jc w:val="both"/>
        <w:rPr>
          <w:sz w:val="28"/>
          <w:szCs w:val="28"/>
          <w:lang w:val="kk-KZ"/>
        </w:rPr>
      </w:pPr>
      <w:r w:rsidRPr="00450AE3">
        <w:rPr>
          <w:sz w:val="28"/>
          <w:szCs w:val="28"/>
          <w:lang w:val="kk-KZ"/>
        </w:rPr>
        <w:t>Шекарасы: І. Омаров көшесі, № 8, 10, 12, 12В, 14, 19, 19/1, 21, 21/1, 23, 23/1, 25 үйлер.</w:t>
      </w:r>
    </w:p>
    <w:p w14:paraId="12866FF7" w14:textId="77777777" w:rsidR="00BE72FA" w:rsidRDefault="00BE72FA" w:rsidP="00BE72FA">
      <w:pPr>
        <w:ind w:firstLine="709"/>
        <w:jc w:val="center"/>
        <w:rPr>
          <w:sz w:val="28"/>
          <w:szCs w:val="28"/>
          <w:lang w:val="kk-KZ"/>
        </w:rPr>
      </w:pPr>
    </w:p>
    <w:p w14:paraId="4A8223C2" w14:textId="77777777" w:rsidR="00BE72FA" w:rsidRPr="00450AE3" w:rsidRDefault="00BE72FA" w:rsidP="00BE72FA">
      <w:pPr>
        <w:keepNext/>
        <w:ind w:firstLine="709"/>
        <w:jc w:val="center"/>
        <w:rPr>
          <w:sz w:val="28"/>
          <w:szCs w:val="28"/>
          <w:lang w:val="kk-KZ"/>
        </w:rPr>
      </w:pPr>
      <w:r w:rsidRPr="00450AE3">
        <w:rPr>
          <w:sz w:val="28"/>
          <w:szCs w:val="28"/>
          <w:lang w:val="kk-KZ"/>
        </w:rPr>
        <w:t>№ 215 сайлау учаскесі</w:t>
      </w:r>
    </w:p>
    <w:p w14:paraId="7DA298D2"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«Қ. </w:t>
      </w:r>
      <w:proofErr w:type="spellStart"/>
      <w:r w:rsidRPr="00450AE3">
        <w:rPr>
          <w:sz w:val="28"/>
          <w:szCs w:val="28"/>
          <w:lang w:val="kk-KZ"/>
        </w:rPr>
        <w:t>Құлажанов</w:t>
      </w:r>
      <w:proofErr w:type="spellEnd"/>
      <w:r w:rsidRPr="00450AE3">
        <w:rPr>
          <w:sz w:val="28"/>
          <w:szCs w:val="28"/>
          <w:lang w:val="kk-KZ"/>
        </w:rPr>
        <w:t xml:space="preserve"> атындағы Қазақ технология және бизнес университеті» акционерлік қоғамы, Қ. Мұхамедханов көшесі, № 37А)</w:t>
      </w:r>
    </w:p>
    <w:p w14:paraId="61CDBE34" w14:textId="77777777" w:rsidR="00BE72FA" w:rsidRPr="00450AE3" w:rsidRDefault="00BE72FA" w:rsidP="00BE72FA">
      <w:pPr>
        <w:ind w:firstLine="709"/>
        <w:jc w:val="center"/>
        <w:rPr>
          <w:sz w:val="28"/>
          <w:szCs w:val="28"/>
          <w:lang w:val="kk-KZ"/>
        </w:rPr>
      </w:pPr>
    </w:p>
    <w:p w14:paraId="2D06ABEE" w14:textId="77777777" w:rsidR="00BE72FA" w:rsidRPr="00450AE3" w:rsidRDefault="00BE72FA" w:rsidP="00BE72FA">
      <w:pPr>
        <w:ind w:firstLine="709"/>
        <w:jc w:val="both"/>
        <w:rPr>
          <w:sz w:val="28"/>
          <w:szCs w:val="28"/>
          <w:lang w:val="kk-KZ"/>
        </w:rPr>
      </w:pPr>
      <w:r w:rsidRPr="00450AE3">
        <w:rPr>
          <w:sz w:val="28"/>
          <w:szCs w:val="28"/>
          <w:lang w:val="kk-KZ"/>
        </w:rPr>
        <w:lastRenderedPageBreak/>
        <w:t>Шекарасы: Қ. Мұхамедханов көшесі, № 20, 20/1, 20/2 үйлер, Ш. Айтматов көшесі, № 40/1, 40/2 үйлер, І. Омаров көшесі, № 27, 27/1 үйлер.</w:t>
      </w:r>
    </w:p>
    <w:p w14:paraId="73FE9789" w14:textId="77777777" w:rsidR="00BE72FA" w:rsidRPr="00450AE3" w:rsidRDefault="00BE72FA" w:rsidP="00BE72FA">
      <w:pPr>
        <w:rPr>
          <w:sz w:val="28"/>
          <w:szCs w:val="28"/>
          <w:lang w:val="kk-KZ"/>
        </w:rPr>
      </w:pPr>
    </w:p>
    <w:p w14:paraId="090846F4" w14:textId="77777777" w:rsidR="00BE72FA" w:rsidRPr="00450AE3" w:rsidRDefault="00BE72FA" w:rsidP="00BE72FA">
      <w:pPr>
        <w:keepNext/>
        <w:ind w:firstLine="709"/>
        <w:jc w:val="center"/>
        <w:rPr>
          <w:sz w:val="28"/>
          <w:szCs w:val="28"/>
          <w:lang w:val="kk-KZ"/>
        </w:rPr>
      </w:pPr>
      <w:r w:rsidRPr="00450AE3">
        <w:rPr>
          <w:sz w:val="28"/>
          <w:szCs w:val="28"/>
          <w:lang w:val="kk-KZ"/>
        </w:rPr>
        <w:t>№ 216 сайлау учаскесі</w:t>
      </w:r>
    </w:p>
    <w:p w14:paraId="1D96AC93"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«TANYM» </w:t>
      </w:r>
      <w:proofErr w:type="spellStart"/>
      <w:r w:rsidRPr="00450AE3">
        <w:rPr>
          <w:sz w:val="28"/>
          <w:szCs w:val="28"/>
          <w:lang w:val="kk-KZ"/>
        </w:rPr>
        <w:t>көпфункционалды</w:t>
      </w:r>
      <w:proofErr w:type="spellEnd"/>
      <w:r w:rsidRPr="00450AE3">
        <w:rPr>
          <w:sz w:val="28"/>
          <w:szCs w:val="28"/>
          <w:lang w:val="kk-KZ"/>
        </w:rPr>
        <w:t xml:space="preserve"> кешені» шаруашылық жүргізу құқығындағы мемлекеттік коммуналдық кәсіпорны, Қ. Мұхамедханов көшесі, № 26)</w:t>
      </w:r>
      <w:r w:rsidRPr="00450AE3">
        <w:rPr>
          <w:sz w:val="28"/>
          <w:szCs w:val="28"/>
          <w:lang w:val="kk-KZ"/>
        </w:rPr>
        <w:br/>
      </w:r>
    </w:p>
    <w:p w14:paraId="38674424"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Ш. Айтматов көшесі, </w:t>
      </w:r>
      <w:r w:rsidRPr="00450AE3">
        <w:rPr>
          <w:sz w:val="28"/>
          <w:szCs w:val="28"/>
        </w:rPr>
        <w:t>№ 33, 37, 39, 40, 41, 41/1, 41а, 41/2, 41б, 41/3</w:t>
      </w:r>
      <w:r w:rsidRPr="00450AE3">
        <w:rPr>
          <w:sz w:val="28"/>
          <w:szCs w:val="28"/>
          <w:lang w:val="kk-KZ"/>
        </w:rPr>
        <w:t xml:space="preserve"> үйлер. </w:t>
      </w:r>
    </w:p>
    <w:p w14:paraId="6CADF084" w14:textId="77777777" w:rsidR="00BE72FA" w:rsidRPr="00450AE3" w:rsidRDefault="00BE72FA" w:rsidP="00BE72FA">
      <w:pPr>
        <w:ind w:firstLine="709"/>
        <w:jc w:val="both"/>
        <w:rPr>
          <w:sz w:val="28"/>
          <w:szCs w:val="28"/>
          <w:lang w:val="kk-KZ"/>
        </w:rPr>
      </w:pPr>
    </w:p>
    <w:p w14:paraId="67F0F72E" w14:textId="77777777" w:rsidR="00BE72FA" w:rsidRPr="00450AE3" w:rsidRDefault="00BE72FA" w:rsidP="00BE72FA">
      <w:pPr>
        <w:keepNext/>
        <w:ind w:firstLine="709"/>
        <w:jc w:val="center"/>
        <w:rPr>
          <w:sz w:val="28"/>
          <w:szCs w:val="28"/>
          <w:lang w:val="kk-KZ"/>
        </w:rPr>
      </w:pPr>
      <w:r w:rsidRPr="00450AE3">
        <w:rPr>
          <w:sz w:val="28"/>
          <w:szCs w:val="28"/>
          <w:lang w:val="kk-KZ"/>
        </w:rPr>
        <w:t>№ 217 сайлау учаскесі</w:t>
      </w:r>
    </w:p>
    <w:p w14:paraId="22478A09"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117 жалпы орта білім беретін мектеп» коммуналдық мемлекеттік мекемесі, Е-899 көше, № 8)</w:t>
      </w:r>
    </w:p>
    <w:p w14:paraId="2D874B72" w14:textId="77777777" w:rsidR="00BE72FA" w:rsidRPr="00450AE3" w:rsidRDefault="00BE72FA" w:rsidP="00BE72FA">
      <w:pPr>
        <w:ind w:firstLine="709"/>
        <w:jc w:val="center"/>
        <w:rPr>
          <w:sz w:val="28"/>
          <w:szCs w:val="28"/>
          <w:lang w:val="kk-KZ"/>
        </w:rPr>
      </w:pPr>
    </w:p>
    <w:p w14:paraId="3A661587"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С. Асфендияров көшесі, № 8, 9 үйлер, Әнет баба көшесі, </w:t>
      </w:r>
      <w:r w:rsidRPr="00450AE3">
        <w:rPr>
          <w:sz w:val="28"/>
          <w:szCs w:val="28"/>
          <w:lang w:val="kk-KZ"/>
        </w:rPr>
        <w:br/>
        <w:t>№ 5, 7, 7/1, 7/2 үйлер.</w:t>
      </w:r>
    </w:p>
    <w:p w14:paraId="7954AFF6" w14:textId="77777777" w:rsidR="00BE72FA" w:rsidRPr="00450AE3" w:rsidRDefault="00BE72FA" w:rsidP="00BE72FA">
      <w:pPr>
        <w:ind w:firstLine="709"/>
        <w:jc w:val="both"/>
        <w:rPr>
          <w:sz w:val="28"/>
          <w:szCs w:val="28"/>
          <w:lang w:val="kk-KZ"/>
        </w:rPr>
      </w:pPr>
    </w:p>
    <w:p w14:paraId="40EF5AFE" w14:textId="77777777" w:rsidR="00BE72FA" w:rsidRPr="00450AE3" w:rsidRDefault="00BE72FA" w:rsidP="00BE72FA">
      <w:pPr>
        <w:keepNext/>
        <w:ind w:firstLine="709"/>
        <w:jc w:val="center"/>
        <w:rPr>
          <w:sz w:val="28"/>
          <w:szCs w:val="28"/>
          <w:lang w:val="kk-KZ"/>
        </w:rPr>
      </w:pPr>
      <w:r w:rsidRPr="00450AE3">
        <w:rPr>
          <w:sz w:val="28"/>
          <w:szCs w:val="28"/>
          <w:lang w:val="kk-KZ"/>
        </w:rPr>
        <w:t>№ 218 сайлау учаскесі</w:t>
      </w:r>
    </w:p>
    <w:p w14:paraId="39828808"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71 мектеп-лицей» шаруашылық жүргізу құқығындағы мемлекеттік коммуналдық кәсіпорны, </w:t>
      </w:r>
    </w:p>
    <w:p w14:paraId="5FA978DD" w14:textId="77777777" w:rsidR="00BE72FA" w:rsidRPr="00450AE3" w:rsidRDefault="00BE72FA" w:rsidP="00BE72FA">
      <w:pPr>
        <w:keepNext/>
        <w:ind w:firstLine="709"/>
        <w:jc w:val="center"/>
        <w:rPr>
          <w:sz w:val="28"/>
          <w:szCs w:val="28"/>
          <w:lang w:val="kk-KZ"/>
        </w:rPr>
      </w:pPr>
      <w:r w:rsidRPr="00450AE3">
        <w:rPr>
          <w:sz w:val="28"/>
          <w:szCs w:val="28"/>
          <w:lang w:val="kk-KZ"/>
        </w:rPr>
        <w:t>І. Омаров көшесі, № 4)</w:t>
      </w:r>
    </w:p>
    <w:p w14:paraId="038EADF3" w14:textId="77777777" w:rsidR="00BE72FA" w:rsidRPr="00450AE3" w:rsidRDefault="00BE72FA" w:rsidP="00BE72FA">
      <w:pPr>
        <w:ind w:firstLine="709"/>
        <w:jc w:val="center"/>
        <w:rPr>
          <w:sz w:val="28"/>
          <w:szCs w:val="28"/>
          <w:lang w:val="kk-KZ"/>
        </w:rPr>
      </w:pPr>
    </w:p>
    <w:p w14:paraId="13B3F9D4"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С. Асфендияров көшесі, № 6, 7, 12 үйлер, Әйтеке би көшесі, </w:t>
      </w:r>
      <w:r w:rsidRPr="00450AE3">
        <w:rPr>
          <w:sz w:val="28"/>
          <w:szCs w:val="28"/>
          <w:lang w:val="kk-KZ"/>
        </w:rPr>
        <w:br/>
        <w:t>№ 1 үй, Күлтегін көшесі, № 12 үй.</w:t>
      </w:r>
    </w:p>
    <w:p w14:paraId="7A83F67B" w14:textId="77777777" w:rsidR="00BE72FA" w:rsidRPr="00450AE3" w:rsidRDefault="00BE72FA" w:rsidP="00BE72FA">
      <w:pPr>
        <w:ind w:firstLine="709"/>
        <w:jc w:val="center"/>
        <w:rPr>
          <w:sz w:val="28"/>
          <w:szCs w:val="28"/>
          <w:lang w:val="kk-KZ"/>
        </w:rPr>
      </w:pPr>
    </w:p>
    <w:p w14:paraId="3393BCED" w14:textId="77777777" w:rsidR="00BE72FA" w:rsidRPr="00450AE3" w:rsidRDefault="00BE72FA" w:rsidP="00BE72FA">
      <w:pPr>
        <w:keepNext/>
        <w:ind w:firstLine="709"/>
        <w:jc w:val="center"/>
        <w:rPr>
          <w:sz w:val="28"/>
          <w:szCs w:val="28"/>
          <w:lang w:val="kk-KZ"/>
        </w:rPr>
      </w:pPr>
      <w:r w:rsidRPr="00450AE3">
        <w:rPr>
          <w:sz w:val="28"/>
          <w:szCs w:val="28"/>
          <w:lang w:val="kk-KZ"/>
        </w:rPr>
        <w:t>№ 219 сайлау учаскесі</w:t>
      </w:r>
    </w:p>
    <w:p w14:paraId="45C3ADD5"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w:t>
      </w:r>
      <w:proofErr w:type="spellStart"/>
      <w:r w:rsidRPr="00450AE3">
        <w:rPr>
          <w:sz w:val="28"/>
          <w:szCs w:val="28"/>
          <w:lang w:val="kk-KZ"/>
        </w:rPr>
        <w:t>Смағұл</w:t>
      </w:r>
      <w:proofErr w:type="spellEnd"/>
      <w:r w:rsidRPr="00450AE3">
        <w:rPr>
          <w:sz w:val="28"/>
          <w:szCs w:val="28"/>
          <w:lang w:val="kk-KZ"/>
        </w:rPr>
        <w:t xml:space="preserve"> Сәдуақасұлы атындағы № 78 мектеп-гимназия» шаруашылық жүргізу құқығындағы мемлекеттік коммуналдық кәсіпорны, Ә. Нұршайықов көшесі, № 8)</w:t>
      </w:r>
    </w:p>
    <w:p w14:paraId="7EF0A722" w14:textId="77777777" w:rsidR="00BE72FA" w:rsidRPr="00450AE3" w:rsidRDefault="00BE72FA" w:rsidP="00BE72FA">
      <w:pPr>
        <w:ind w:firstLine="709"/>
        <w:jc w:val="center"/>
        <w:rPr>
          <w:sz w:val="28"/>
          <w:szCs w:val="28"/>
          <w:lang w:val="kk-KZ"/>
        </w:rPr>
      </w:pPr>
    </w:p>
    <w:p w14:paraId="7148ACA0" w14:textId="77777777" w:rsidR="00BE72FA" w:rsidRPr="00450AE3" w:rsidRDefault="00BE72FA" w:rsidP="00BE72FA">
      <w:pPr>
        <w:ind w:firstLine="709"/>
        <w:jc w:val="both"/>
        <w:rPr>
          <w:sz w:val="28"/>
          <w:szCs w:val="28"/>
          <w:lang w:val="kk-KZ"/>
        </w:rPr>
      </w:pPr>
      <w:r w:rsidRPr="00450AE3">
        <w:rPr>
          <w:sz w:val="28"/>
          <w:szCs w:val="28"/>
          <w:lang w:val="kk-KZ"/>
        </w:rPr>
        <w:t>Шекарасы: Ә. Нұршайықов көшесі, № 6, 6/1, 8, 10 үйлер, Ш. Айтматов көшесі, № 27, 29, 29А үйлер, Е-429 көше, № 24, 26, 28 үйлер.</w:t>
      </w:r>
    </w:p>
    <w:p w14:paraId="0C1357E9" w14:textId="77777777" w:rsidR="00BE72FA" w:rsidRDefault="00BE72FA" w:rsidP="00BE72FA">
      <w:pPr>
        <w:ind w:firstLine="709"/>
        <w:jc w:val="center"/>
        <w:rPr>
          <w:sz w:val="28"/>
          <w:szCs w:val="28"/>
          <w:lang w:val="kk-KZ"/>
        </w:rPr>
      </w:pPr>
    </w:p>
    <w:p w14:paraId="5D203AC4" w14:textId="77777777" w:rsidR="00BE72FA" w:rsidRPr="00450AE3" w:rsidRDefault="00BE72FA" w:rsidP="00BE72FA">
      <w:pPr>
        <w:keepNext/>
        <w:ind w:firstLine="709"/>
        <w:jc w:val="center"/>
        <w:rPr>
          <w:sz w:val="28"/>
          <w:szCs w:val="28"/>
          <w:lang w:val="kk-KZ"/>
        </w:rPr>
      </w:pPr>
      <w:r w:rsidRPr="00450AE3">
        <w:rPr>
          <w:sz w:val="28"/>
          <w:szCs w:val="28"/>
          <w:lang w:val="kk-KZ"/>
        </w:rPr>
        <w:t>№ 220 сайлау учаскесі</w:t>
      </w:r>
    </w:p>
    <w:p w14:paraId="387B6917" w14:textId="77777777" w:rsidR="00BE72FA" w:rsidRPr="00450AE3" w:rsidRDefault="00BE72FA" w:rsidP="00BE72FA">
      <w:pPr>
        <w:keepNext/>
        <w:jc w:val="center"/>
        <w:rPr>
          <w:sz w:val="28"/>
          <w:szCs w:val="28"/>
          <w:lang w:val="kk-KZ"/>
        </w:rPr>
      </w:pPr>
      <w:r w:rsidRPr="00450AE3">
        <w:rPr>
          <w:sz w:val="28"/>
          <w:szCs w:val="28"/>
          <w:lang w:val="kk-KZ"/>
        </w:rPr>
        <w:t>(орталығы – Астана қаласы әкімдігінің «Орталықтандырылған кітапханалар жүйесі» коммуналдық мемлекеттік мекемесінің № 2 филиалы,</w:t>
      </w:r>
      <w:r w:rsidRPr="00450AE3">
        <w:rPr>
          <w:sz w:val="28"/>
          <w:szCs w:val="28"/>
          <w:lang w:val="kk-KZ"/>
        </w:rPr>
        <w:br/>
        <w:t xml:space="preserve"> Ә. Нұршайықов көшесі, № 10)</w:t>
      </w:r>
    </w:p>
    <w:p w14:paraId="717B62CE" w14:textId="77777777" w:rsidR="00BE72FA" w:rsidRPr="00450AE3" w:rsidRDefault="00BE72FA" w:rsidP="00BE72FA">
      <w:pPr>
        <w:ind w:firstLine="709"/>
        <w:jc w:val="center"/>
        <w:rPr>
          <w:sz w:val="28"/>
          <w:szCs w:val="28"/>
          <w:lang w:val="kk-KZ"/>
        </w:rPr>
      </w:pPr>
    </w:p>
    <w:p w14:paraId="258A75AB" w14:textId="77777777" w:rsidR="00BE72FA" w:rsidRPr="00450AE3" w:rsidRDefault="00BE72FA" w:rsidP="00BE72FA">
      <w:pPr>
        <w:ind w:firstLine="709"/>
        <w:jc w:val="both"/>
        <w:rPr>
          <w:sz w:val="28"/>
          <w:szCs w:val="28"/>
          <w:lang w:val="kk-KZ"/>
        </w:rPr>
      </w:pPr>
      <w:r w:rsidRPr="00450AE3">
        <w:rPr>
          <w:sz w:val="28"/>
          <w:szCs w:val="28"/>
          <w:lang w:val="kk-KZ"/>
        </w:rPr>
        <w:t>Шекарасы: Күлтегін көшесі, № 4, 5, 7 үйлер, Сығанақ көшесі, № 6, 6П, 12, 14 үйлер.</w:t>
      </w:r>
    </w:p>
    <w:p w14:paraId="4BD0EC46" w14:textId="77777777" w:rsidR="00BE72FA" w:rsidRDefault="00BE72FA" w:rsidP="00BE72FA">
      <w:pPr>
        <w:ind w:firstLine="709"/>
        <w:jc w:val="center"/>
        <w:rPr>
          <w:sz w:val="28"/>
          <w:szCs w:val="28"/>
          <w:lang w:val="kk-KZ"/>
        </w:rPr>
      </w:pPr>
    </w:p>
    <w:p w14:paraId="29051A63" w14:textId="77777777" w:rsidR="00BE72FA" w:rsidRPr="00450AE3" w:rsidRDefault="00BE72FA" w:rsidP="00BE72FA">
      <w:pPr>
        <w:keepNext/>
        <w:ind w:firstLine="709"/>
        <w:jc w:val="center"/>
        <w:rPr>
          <w:sz w:val="28"/>
          <w:szCs w:val="28"/>
          <w:lang w:val="kk-KZ"/>
        </w:rPr>
      </w:pPr>
      <w:r w:rsidRPr="00450AE3">
        <w:rPr>
          <w:sz w:val="28"/>
          <w:szCs w:val="28"/>
          <w:lang w:val="kk-KZ"/>
        </w:rPr>
        <w:lastRenderedPageBreak/>
        <w:t>№ 221 сайлау учаскесі</w:t>
      </w:r>
    </w:p>
    <w:p w14:paraId="43D22374"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«BINOM EDUCATION» жауапкершілігі шектеулі серіктестігінің Ы. Алтынсарин атындағы «BINOM SCHOOL» мектеп-лицейі, Төле би көшесі, № 42)</w:t>
      </w:r>
    </w:p>
    <w:p w14:paraId="6FA6EAA9" w14:textId="77777777" w:rsidR="00BE72FA" w:rsidRPr="00450AE3" w:rsidRDefault="00BE72FA" w:rsidP="00BE72FA">
      <w:pPr>
        <w:shd w:val="clear" w:color="auto" w:fill="FFFFFF" w:themeFill="background1"/>
        <w:ind w:firstLine="709"/>
        <w:jc w:val="center"/>
        <w:rPr>
          <w:sz w:val="28"/>
          <w:szCs w:val="28"/>
          <w:lang w:val="kk-KZ"/>
        </w:rPr>
      </w:pPr>
    </w:p>
    <w:p w14:paraId="71854735" w14:textId="77777777" w:rsidR="00BE72FA" w:rsidRPr="00450AE3" w:rsidRDefault="00BE72FA" w:rsidP="00BE72FA">
      <w:pPr>
        <w:ind w:firstLine="709"/>
        <w:jc w:val="both"/>
        <w:rPr>
          <w:sz w:val="28"/>
          <w:szCs w:val="28"/>
          <w:lang w:val="kk-KZ"/>
        </w:rPr>
      </w:pPr>
      <w:r w:rsidRPr="00450AE3">
        <w:rPr>
          <w:sz w:val="28"/>
          <w:szCs w:val="28"/>
          <w:lang w:val="kk-KZ"/>
        </w:rPr>
        <w:t>Шекарасы: Тұран даңғылы, № 41, 41/1, 41а, 43, 43/1, 43/3, 43/5, 43/6, 43а, 43б, 43в үйлер, Сығанақ көшесі, № 38, 38/1, 40, 42 үйлер.</w:t>
      </w:r>
    </w:p>
    <w:p w14:paraId="2109B929" w14:textId="77777777" w:rsidR="00BE72FA" w:rsidRPr="00450AE3" w:rsidRDefault="00BE72FA" w:rsidP="00BE72FA">
      <w:pPr>
        <w:shd w:val="clear" w:color="auto" w:fill="FFFFFF" w:themeFill="background1"/>
        <w:ind w:firstLine="709"/>
        <w:jc w:val="both"/>
        <w:rPr>
          <w:sz w:val="28"/>
          <w:szCs w:val="28"/>
          <w:lang w:val="kk-KZ"/>
        </w:rPr>
      </w:pPr>
    </w:p>
    <w:p w14:paraId="0D112BF2" w14:textId="77777777" w:rsidR="00BE72FA" w:rsidRPr="00450AE3" w:rsidRDefault="00BE72FA" w:rsidP="00BE72FA">
      <w:pPr>
        <w:keepNext/>
        <w:ind w:firstLine="709"/>
        <w:jc w:val="center"/>
        <w:rPr>
          <w:sz w:val="28"/>
          <w:szCs w:val="28"/>
          <w:lang w:val="kk-KZ"/>
        </w:rPr>
      </w:pPr>
      <w:r w:rsidRPr="00450AE3">
        <w:rPr>
          <w:sz w:val="28"/>
          <w:szCs w:val="28"/>
          <w:lang w:val="kk-KZ"/>
        </w:rPr>
        <w:t>№ 222 сайлау учаскесі</w:t>
      </w:r>
    </w:p>
    <w:p w14:paraId="66CF926B"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w:t>
      </w:r>
      <w:proofErr w:type="spellStart"/>
      <w:r w:rsidRPr="00450AE3">
        <w:rPr>
          <w:sz w:val="28"/>
          <w:szCs w:val="28"/>
          <w:lang w:val="kk-KZ"/>
        </w:rPr>
        <w:t>International</w:t>
      </w:r>
      <w:proofErr w:type="spellEnd"/>
      <w:r w:rsidRPr="00450AE3">
        <w:rPr>
          <w:sz w:val="28"/>
          <w:szCs w:val="28"/>
          <w:lang w:val="kk-KZ"/>
        </w:rPr>
        <w:t xml:space="preserve"> </w:t>
      </w:r>
      <w:proofErr w:type="spellStart"/>
      <w:r w:rsidRPr="00450AE3">
        <w:rPr>
          <w:sz w:val="28"/>
          <w:szCs w:val="28"/>
          <w:lang w:val="kk-KZ"/>
        </w:rPr>
        <w:t>Future</w:t>
      </w:r>
      <w:proofErr w:type="spellEnd"/>
      <w:r w:rsidRPr="00450AE3">
        <w:rPr>
          <w:sz w:val="28"/>
          <w:szCs w:val="28"/>
          <w:lang w:val="kk-KZ"/>
        </w:rPr>
        <w:t xml:space="preserve"> </w:t>
      </w:r>
      <w:proofErr w:type="spellStart"/>
      <w:r w:rsidRPr="00450AE3">
        <w:rPr>
          <w:sz w:val="28"/>
          <w:szCs w:val="28"/>
          <w:lang w:val="kk-KZ"/>
        </w:rPr>
        <w:t>school</w:t>
      </w:r>
      <w:proofErr w:type="spellEnd"/>
      <w:r w:rsidRPr="00450AE3">
        <w:rPr>
          <w:sz w:val="28"/>
          <w:szCs w:val="28"/>
          <w:lang w:val="kk-KZ"/>
        </w:rPr>
        <w:t>» жауапкершілігі шектеулі серіктестігі, Ә. Бектұров көшесі, № 19/1)</w:t>
      </w:r>
    </w:p>
    <w:p w14:paraId="4430F2DB" w14:textId="77777777" w:rsidR="00BE72FA" w:rsidRPr="00450AE3" w:rsidRDefault="00BE72FA" w:rsidP="00BE72FA">
      <w:pPr>
        <w:ind w:firstLine="709"/>
        <w:jc w:val="both"/>
        <w:rPr>
          <w:sz w:val="28"/>
          <w:szCs w:val="28"/>
          <w:lang w:val="kk-KZ"/>
        </w:rPr>
      </w:pPr>
    </w:p>
    <w:p w14:paraId="24E18930" w14:textId="77777777" w:rsidR="00BE72FA" w:rsidRPr="00450AE3" w:rsidRDefault="00BE72FA" w:rsidP="00BE72FA">
      <w:pPr>
        <w:ind w:firstLine="709"/>
        <w:jc w:val="both"/>
        <w:rPr>
          <w:sz w:val="28"/>
          <w:szCs w:val="28"/>
          <w:lang w:val="kk-KZ"/>
        </w:rPr>
      </w:pPr>
      <w:r w:rsidRPr="00450AE3">
        <w:rPr>
          <w:sz w:val="28"/>
          <w:szCs w:val="28"/>
          <w:lang w:val="kk-KZ"/>
        </w:rPr>
        <w:t>Шекарасы: Ә. Бектұров көшесі, № 4/1, 4/2, 4/3, 4/4, 4/6, 4/7, 4в үйлер, Тұран даңғылы, № 47, 49, 51, 53, 53а, 53в, 55/1, 55/2, 55/3, 55в үйлер.</w:t>
      </w:r>
    </w:p>
    <w:p w14:paraId="7B58B0CE" w14:textId="77777777" w:rsidR="00BE72FA" w:rsidRPr="00450AE3" w:rsidRDefault="00BE72FA" w:rsidP="00BE72FA">
      <w:pPr>
        <w:ind w:firstLine="709"/>
        <w:jc w:val="both"/>
        <w:rPr>
          <w:sz w:val="28"/>
          <w:szCs w:val="28"/>
          <w:lang w:val="kk-KZ"/>
        </w:rPr>
      </w:pPr>
    </w:p>
    <w:p w14:paraId="1483BBC9" w14:textId="77777777" w:rsidR="00BE72FA" w:rsidRPr="00450AE3" w:rsidRDefault="00BE72FA" w:rsidP="00BE72FA">
      <w:pPr>
        <w:keepNext/>
        <w:ind w:firstLine="709"/>
        <w:jc w:val="center"/>
        <w:rPr>
          <w:sz w:val="28"/>
          <w:szCs w:val="28"/>
          <w:lang w:val="kk-KZ"/>
        </w:rPr>
      </w:pPr>
      <w:r w:rsidRPr="00450AE3">
        <w:rPr>
          <w:sz w:val="28"/>
          <w:szCs w:val="28"/>
          <w:lang w:val="kk-KZ"/>
        </w:rPr>
        <w:t>№ 223 сайлау учаскесі</w:t>
      </w:r>
    </w:p>
    <w:p w14:paraId="1CC7C5B2"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«BINOM EDUCATION» жауапкершілігі шектеулі серіктестігінің Ы. Алтынсарин атындағы «BINOM SCHOOL» мектеп-лицейі, Төле би көшесі, № 42)</w:t>
      </w:r>
    </w:p>
    <w:p w14:paraId="36F7EF91" w14:textId="77777777" w:rsidR="00BE72FA" w:rsidRPr="00450AE3" w:rsidRDefault="00BE72FA" w:rsidP="00BE72FA">
      <w:pPr>
        <w:ind w:firstLine="709"/>
        <w:jc w:val="center"/>
        <w:rPr>
          <w:sz w:val="28"/>
          <w:szCs w:val="28"/>
          <w:lang w:val="kk-KZ"/>
        </w:rPr>
      </w:pPr>
    </w:p>
    <w:p w14:paraId="60AE6677" w14:textId="77777777" w:rsidR="00BE72FA" w:rsidRPr="00450AE3" w:rsidRDefault="00BE72FA" w:rsidP="00BE72FA">
      <w:pPr>
        <w:ind w:firstLine="709"/>
        <w:jc w:val="both"/>
        <w:rPr>
          <w:sz w:val="28"/>
          <w:szCs w:val="28"/>
          <w:lang w:val="kk-KZ"/>
        </w:rPr>
      </w:pPr>
      <w:r w:rsidRPr="00450AE3">
        <w:rPr>
          <w:sz w:val="28"/>
          <w:szCs w:val="28"/>
          <w:lang w:val="kk-KZ"/>
        </w:rPr>
        <w:t>Шекарасы: Ә. Бектұров көшесі, № 4, 7, 17, 17/1, 17/2, 17/3 үйлер, Төле би көшесі, № 42, 44, 44/1, 44/2 үйлер.</w:t>
      </w:r>
    </w:p>
    <w:p w14:paraId="1D9DC670" w14:textId="77777777" w:rsidR="00BE72FA" w:rsidRPr="00450AE3" w:rsidRDefault="00BE72FA" w:rsidP="00BE72FA">
      <w:pPr>
        <w:ind w:firstLine="709"/>
        <w:jc w:val="both"/>
        <w:rPr>
          <w:sz w:val="28"/>
          <w:szCs w:val="28"/>
          <w:lang w:val="kk-KZ"/>
        </w:rPr>
      </w:pPr>
    </w:p>
    <w:p w14:paraId="48D27D0C" w14:textId="77777777" w:rsidR="00BE72FA" w:rsidRPr="00450AE3" w:rsidRDefault="00BE72FA" w:rsidP="00BE72FA">
      <w:pPr>
        <w:keepNext/>
        <w:ind w:firstLine="709"/>
        <w:jc w:val="center"/>
        <w:rPr>
          <w:sz w:val="28"/>
          <w:szCs w:val="28"/>
          <w:lang w:val="kk-KZ"/>
        </w:rPr>
      </w:pPr>
      <w:r w:rsidRPr="00450AE3">
        <w:rPr>
          <w:sz w:val="28"/>
          <w:szCs w:val="28"/>
          <w:lang w:val="kk-KZ"/>
        </w:rPr>
        <w:t>№ 224 сайлау учаскесі</w:t>
      </w:r>
    </w:p>
    <w:p w14:paraId="4E13FE57"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w:t>
      </w:r>
      <w:proofErr w:type="spellStart"/>
      <w:r w:rsidRPr="00450AE3">
        <w:rPr>
          <w:sz w:val="28"/>
          <w:szCs w:val="28"/>
          <w:lang w:val="kk-KZ"/>
        </w:rPr>
        <w:t>Qazaqstan</w:t>
      </w:r>
      <w:proofErr w:type="spellEnd"/>
      <w:r w:rsidRPr="00450AE3">
        <w:rPr>
          <w:sz w:val="28"/>
          <w:szCs w:val="28"/>
          <w:lang w:val="kk-KZ"/>
        </w:rPr>
        <w:t xml:space="preserve">» жеңіл атлетика спорт кешені, </w:t>
      </w:r>
    </w:p>
    <w:p w14:paraId="7011264B" w14:textId="77777777" w:rsidR="00BE72FA" w:rsidRPr="00450AE3" w:rsidRDefault="00BE72FA" w:rsidP="00BE72FA">
      <w:pPr>
        <w:keepNext/>
        <w:ind w:firstLine="709"/>
        <w:jc w:val="center"/>
        <w:rPr>
          <w:sz w:val="28"/>
          <w:szCs w:val="28"/>
          <w:lang w:val="kk-KZ"/>
        </w:rPr>
      </w:pPr>
      <w:r w:rsidRPr="00450AE3">
        <w:rPr>
          <w:sz w:val="28"/>
          <w:szCs w:val="28"/>
          <w:lang w:val="kk-KZ"/>
        </w:rPr>
        <w:t>Тұран даңғылы, № 59)</w:t>
      </w:r>
    </w:p>
    <w:p w14:paraId="5CF71184" w14:textId="77777777" w:rsidR="00BE72FA" w:rsidRPr="00450AE3" w:rsidRDefault="00BE72FA" w:rsidP="00BE72FA">
      <w:pPr>
        <w:ind w:firstLine="709"/>
        <w:jc w:val="center"/>
        <w:rPr>
          <w:sz w:val="28"/>
          <w:szCs w:val="28"/>
          <w:lang w:val="kk-KZ"/>
        </w:rPr>
      </w:pPr>
    </w:p>
    <w:p w14:paraId="0D67E1FA"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Тұран даңғылынан Ұлы Дала даңғылының тақ сандар жағымен Кіші </w:t>
      </w:r>
      <w:proofErr w:type="spellStart"/>
      <w:r w:rsidRPr="00450AE3">
        <w:rPr>
          <w:sz w:val="28"/>
          <w:szCs w:val="28"/>
          <w:lang w:val="kk-KZ"/>
        </w:rPr>
        <w:t>Талдыкөл</w:t>
      </w:r>
      <w:proofErr w:type="spellEnd"/>
      <w:r w:rsidRPr="00450AE3">
        <w:rPr>
          <w:sz w:val="28"/>
          <w:szCs w:val="28"/>
          <w:lang w:val="kk-KZ"/>
        </w:rPr>
        <w:t xml:space="preserve"> көліне дейін, Кіші </w:t>
      </w:r>
      <w:proofErr w:type="spellStart"/>
      <w:r w:rsidRPr="00450AE3">
        <w:rPr>
          <w:sz w:val="28"/>
          <w:szCs w:val="28"/>
          <w:lang w:val="kk-KZ"/>
        </w:rPr>
        <w:t>Талдыкөл</w:t>
      </w:r>
      <w:proofErr w:type="spellEnd"/>
      <w:r w:rsidRPr="00450AE3">
        <w:rPr>
          <w:sz w:val="28"/>
          <w:szCs w:val="28"/>
          <w:lang w:val="kk-KZ"/>
        </w:rPr>
        <w:t xml:space="preserve"> көлінің шекарасы бойымен Бұқар жырау көшесіне дейін, Бұқар жырау көшесінің жұп сандар жағымен Тұран даңғылына дейін, Тұран даңғылының тақ сандар жағымен Ұлы Дала даңғылына дейін.</w:t>
      </w:r>
    </w:p>
    <w:p w14:paraId="6554F24F" w14:textId="77777777" w:rsidR="00BE72FA" w:rsidRDefault="00BE72FA" w:rsidP="00BE72FA">
      <w:pPr>
        <w:ind w:firstLine="709"/>
        <w:jc w:val="center"/>
        <w:rPr>
          <w:sz w:val="28"/>
          <w:szCs w:val="28"/>
          <w:lang w:val="kk-KZ"/>
        </w:rPr>
      </w:pPr>
    </w:p>
    <w:p w14:paraId="06E0AD46" w14:textId="77777777" w:rsidR="00BE72FA" w:rsidRPr="00450AE3" w:rsidRDefault="00BE72FA" w:rsidP="00BE72FA">
      <w:pPr>
        <w:keepNext/>
        <w:ind w:firstLine="709"/>
        <w:jc w:val="center"/>
        <w:rPr>
          <w:sz w:val="28"/>
          <w:szCs w:val="28"/>
          <w:lang w:val="kk-KZ"/>
        </w:rPr>
      </w:pPr>
      <w:r w:rsidRPr="00450AE3">
        <w:rPr>
          <w:sz w:val="28"/>
          <w:szCs w:val="28"/>
          <w:lang w:val="kk-KZ"/>
        </w:rPr>
        <w:t>№ 225 сайлау учаскесі</w:t>
      </w:r>
    </w:p>
    <w:p w14:paraId="74641178"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«Барыс-Арена» </w:t>
      </w:r>
      <w:proofErr w:type="spellStart"/>
      <w:r w:rsidRPr="00450AE3">
        <w:rPr>
          <w:sz w:val="28"/>
          <w:szCs w:val="28"/>
          <w:lang w:val="kk-KZ"/>
        </w:rPr>
        <w:t>көпфункционалды</w:t>
      </w:r>
      <w:proofErr w:type="spellEnd"/>
      <w:r w:rsidRPr="00450AE3">
        <w:rPr>
          <w:sz w:val="28"/>
          <w:szCs w:val="28"/>
          <w:lang w:val="kk-KZ"/>
        </w:rPr>
        <w:t xml:space="preserve"> мұз сарайы, </w:t>
      </w:r>
      <w:r w:rsidRPr="00450AE3">
        <w:rPr>
          <w:sz w:val="28"/>
          <w:szCs w:val="28"/>
          <w:lang w:val="kk-KZ"/>
        </w:rPr>
        <w:br/>
        <w:t>Тұран даңғылы, № 57)</w:t>
      </w:r>
    </w:p>
    <w:p w14:paraId="3DFF2DE4" w14:textId="77777777" w:rsidR="00BE72FA" w:rsidRPr="00450AE3" w:rsidRDefault="00BE72FA" w:rsidP="00BE72FA">
      <w:pPr>
        <w:ind w:firstLine="709"/>
        <w:jc w:val="center"/>
        <w:rPr>
          <w:sz w:val="28"/>
          <w:szCs w:val="28"/>
          <w:lang w:val="kk-KZ"/>
        </w:rPr>
      </w:pPr>
    </w:p>
    <w:p w14:paraId="01906311"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Тұран даңғылы, № 55, 55/4, 55/5, 55/6, 55/7, 55/8, 57д үйлер, </w:t>
      </w:r>
      <w:r w:rsidRPr="00450AE3">
        <w:rPr>
          <w:sz w:val="28"/>
          <w:szCs w:val="28"/>
          <w:lang w:val="kk-KZ"/>
        </w:rPr>
        <w:br/>
        <w:t>Төле би көшесі, № 28, 28/1, 30, 32 үйлер.</w:t>
      </w:r>
    </w:p>
    <w:p w14:paraId="1B35317C" w14:textId="77777777" w:rsidR="00BE72FA" w:rsidRPr="00450AE3" w:rsidRDefault="00BE72FA" w:rsidP="00BE72FA">
      <w:pPr>
        <w:ind w:firstLine="709"/>
        <w:jc w:val="both"/>
        <w:rPr>
          <w:sz w:val="28"/>
          <w:szCs w:val="28"/>
          <w:lang w:val="kk-KZ"/>
        </w:rPr>
      </w:pPr>
    </w:p>
    <w:p w14:paraId="62B81F43" w14:textId="77777777" w:rsidR="00BE72FA" w:rsidRPr="00450AE3" w:rsidRDefault="00BE72FA" w:rsidP="00BE72FA">
      <w:pPr>
        <w:keepNext/>
        <w:ind w:firstLine="709"/>
        <w:jc w:val="center"/>
        <w:rPr>
          <w:sz w:val="28"/>
          <w:szCs w:val="28"/>
          <w:lang w:val="kk-KZ"/>
        </w:rPr>
      </w:pPr>
      <w:r w:rsidRPr="00450AE3">
        <w:rPr>
          <w:sz w:val="28"/>
          <w:szCs w:val="28"/>
          <w:lang w:val="kk-KZ"/>
        </w:rPr>
        <w:t>№ 226 сайлау учаскесі</w:t>
      </w:r>
    </w:p>
    <w:p w14:paraId="4C94420A"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101 жалпы орта білім беретін мектеп» коммуналдық мемлекеттік мекемесі, Төле би көшесі, № 57а)</w:t>
      </w:r>
    </w:p>
    <w:p w14:paraId="6EB662FB" w14:textId="77777777" w:rsidR="00BE72FA" w:rsidRPr="00450AE3" w:rsidRDefault="00BE72FA" w:rsidP="00BE72FA">
      <w:pPr>
        <w:ind w:firstLine="709"/>
        <w:jc w:val="center"/>
        <w:rPr>
          <w:sz w:val="28"/>
          <w:szCs w:val="28"/>
          <w:lang w:val="kk-KZ"/>
        </w:rPr>
      </w:pPr>
    </w:p>
    <w:p w14:paraId="66001FDB" w14:textId="1FC9B920" w:rsidR="00BE72FA" w:rsidRPr="00450AE3" w:rsidRDefault="00BE72FA" w:rsidP="00BE72FA">
      <w:pPr>
        <w:ind w:firstLine="709"/>
        <w:jc w:val="both"/>
        <w:rPr>
          <w:sz w:val="28"/>
          <w:szCs w:val="28"/>
          <w:lang w:val="kk-KZ"/>
        </w:rPr>
      </w:pPr>
      <w:r w:rsidRPr="00450AE3">
        <w:rPr>
          <w:sz w:val="28"/>
          <w:szCs w:val="28"/>
          <w:lang w:val="kk-KZ"/>
        </w:rPr>
        <w:lastRenderedPageBreak/>
        <w:t>Шекарасы: Е-308 көшеден Тұран даңғылының тақ сандар жағымен Сығанақ көшесіне дейін, Сығанақ көшесінің тақ сандар жағымен Төле би көшесіне дейін, Төле би көшесінің жұп сандар жағымен Е-308 көшеге дейін, Е-308 көшеден Ә. Бектұров көшесіндегі № 3/1, 3/2, 3/3 үйлерді қоспағанда, Тұран даңғылына дейін.</w:t>
      </w:r>
    </w:p>
    <w:p w14:paraId="2DD30B52" w14:textId="77777777" w:rsidR="00BE72FA" w:rsidRPr="00450AE3" w:rsidRDefault="00BE72FA" w:rsidP="00BE72FA">
      <w:pPr>
        <w:ind w:firstLine="709"/>
        <w:jc w:val="both"/>
        <w:rPr>
          <w:sz w:val="28"/>
          <w:szCs w:val="28"/>
          <w:lang w:val="kk-KZ"/>
        </w:rPr>
      </w:pPr>
    </w:p>
    <w:p w14:paraId="14661ECF" w14:textId="77777777" w:rsidR="00BE72FA" w:rsidRPr="00450AE3" w:rsidRDefault="00BE72FA" w:rsidP="00BE72FA">
      <w:pPr>
        <w:keepNext/>
        <w:ind w:firstLine="709"/>
        <w:jc w:val="center"/>
        <w:rPr>
          <w:sz w:val="28"/>
          <w:szCs w:val="28"/>
          <w:lang w:val="kk-KZ"/>
        </w:rPr>
      </w:pPr>
      <w:r w:rsidRPr="00450AE3">
        <w:rPr>
          <w:sz w:val="28"/>
          <w:szCs w:val="28"/>
          <w:lang w:val="kk-KZ"/>
        </w:rPr>
        <w:t>№ 227 сайлау учаскесі</w:t>
      </w:r>
    </w:p>
    <w:p w14:paraId="2CB8B2C2"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79 мектеп-лицей» шаруашылық жүргізу құқығындағы мемлекеттік коммуналдық кәсіпорны, </w:t>
      </w:r>
    </w:p>
    <w:p w14:paraId="44AE81DC" w14:textId="77777777" w:rsidR="00BE72FA" w:rsidRPr="00450AE3" w:rsidRDefault="00BE72FA" w:rsidP="00BE72FA">
      <w:pPr>
        <w:keepNext/>
        <w:ind w:firstLine="709"/>
        <w:jc w:val="center"/>
        <w:rPr>
          <w:sz w:val="28"/>
          <w:szCs w:val="28"/>
          <w:lang w:val="kk-KZ"/>
        </w:rPr>
      </w:pPr>
      <w:r w:rsidRPr="00450AE3">
        <w:rPr>
          <w:sz w:val="28"/>
          <w:szCs w:val="28"/>
          <w:lang w:val="kk-KZ"/>
        </w:rPr>
        <w:t>М. Нәрікбаев көшесі, № 3)</w:t>
      </w:r>
    </w:p>
    <w:p w14:paraId="75B8B667" w14:textId="77777777" w:rsidR="00BE72FA" w:rsidRPr="00450AE3" w:rsidRDefault="00BE72FA" w:rsidP="00BE72FA">
      <w:pPr>
        <w:ind w:firstLine="709"/>
        <w:jc w:val="center"/>
        <w:rPr>
          <w:sz w:val="28"/>
          <w:szCs w:val="28"/>
          <w:lang w:val="kk-KZ"/>
        </w:rPr>
      </w:pPr>
    </w:p>
    <w:p w14:paraId="4A3A7352"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 Мұхамедханов көшесінен Домалақ ана көшесінің тақ сандар жағымен Қорғалжын тас жолына дейін, Қорғалжын тас жолының тақ сандар жағымен Әйтеке би көшесіне дейін, Әйтеке би көшесінің тақ сандар жағымен </w:t>
      </w:r>
      <w:r w:rsidRPr="00450AE3">
        <w:rPr>
          <w:sz w:val="28"/>
          <w:szCs w:val="28"/>
          <w:lang w:val="kk-KZ"/>
        </w:rPr>
        <w:br/>
        <w:t xml:space="preserve">М. Нәрікбаев көшесіне дейін, М. Нәрікбаев көшесінің жұп сандар жағымен </w:t>
      </w:r>
      <w:r w:rsidRPr="00450AE3">
        <w:rPr>
          <w:sz w:val="28"/>
          <w:szCs w:val="28"/>
          <w:lang w:val="kk-KZ"/>
        </w:rPr>
        <w:br/>
        <w:t>Қ. Мұхамедханов көшесіне дейін, Қ. Мұхамедханов көшесінің тақ сандар жағымен Домалақ ана көшесіне дейін.</w:t>
      </w:r>
    </w:p>
    <w:p w14:paraId="3F66EBD4" w14:textId="77777777" w:rsidR="00BE72FA" w:rsidRPr="00450AE3" w:rsidRDefault="00BE72FA" w:rsidP="00BE72FA">
      <w:pPr>
        <w:ind w:firstLine="709"/>
        <w:jc w:val="center"/>
        <w:rPr>
          <w:sz w:val="28"/>
          <w:szCs w:val="28"/>
          <w:lang w:val="kk-KZ"/>
        </w:rPr>
      </w:pPr>
    </w:p>
    <w:p w14:paraId="6A71F217" w14:textId="77777777" w:rsidR="00BE72FA" w:rsidRPr="00450AE3" w:rsidRDefault="00BE72FA" w:rsidP="00BE72FA">
      <w:pPr>
        <w:keepNext/>
        <w:ind w:firstLine="709"/>
        <w:jc w:val="center"/>
        <w:rPr>
          <w:sz w:val="28"/>
          <w:szCs w:val="28"/>
        </w:rPr>
      </w:pPr>
      <w:r w:rsidRPr="00450AE3">
        <w:rPr>
          <w:sz w:val="28"/>
          <w:szCs w:val="28"/>
        </w:rPr>
        <w:t xml:space="preserve">№ 228 </w:t>
      </w:r>
      <w:proofErr w:type="spellStart"/>
      <w:r w:rsidRPr="00450AE3">
        <w:rPr>
          <w:sz w:val="28"/>
          <w:szCs w:val="28"/>
        </w:rPr>
        <w:t>сайлау</w:t>
      </w:r>
      <w:proofErr w:type="spellEnd"/>
      <w:r w:rsidRPr="00450AE3">
        <w:rPr>
          <w:sz w:val="28"/>
          <w:szCs w:val="28"/>
        </w:rPr>
        <w:t xml:space="preserve"> </w:t>
      </w:r>
      <w:proofErr w:type="spellStart"/>
      <w:r w:rsidRPr="00450AE3">
        <w:rPr>
          <w:sz w:val="28"/>
          <w:szCs w:val="28"/>
        </w:rPr>
        <w:t>учаскесі</w:t>
      </w:r>
      <w:proofErr w:type="spellEnd"/>
    </w:p>
    <w:p w14:paraId="30614089" w14:textId="77777777" w:rsidR="00BE72FA" w:rsidRPr="00450AE3" w:rsidRDefault="00BE72FA" w:rsidP="00BE72FA">
      <w:pPr>
        <w:keepNext/>
        <w:ind w:firstLine="709"/>
        <w:jc w:val="center"/>
        <w:rPr>
          <w:sz w:val="28"/>
          <w:szCs w:val="28"/>
        </w:rPr>
      </w:pPr>
      <w:r w:rsidRPr="00450AE3">
        <w:rPr>
          <w:sz w:val="28"/>
          <w:szCs w:val="28"/>
        </w:rPr>
        <w:t>(</w:t>
      </w:r>
      <w:proofErr w:type="spellStart"/>
      <w:r w:rsidRPr="00450AE3">
        <w:rPr>
          <w:sz w:val="28"/>
          <w:szCs w:val="28"/>
        </w:rPr>
        <w:t>орталығы</w:t>
      </w:r>
      <w:proofErr w:type="spellEnd"/>
      <w:r w:rsidRPr="00450AE3">
        <w:rPr>
          <w:sz w:val="28"/>
          <w:szCs w:val="28"/>
        </w:rPr>
        <w:t xml:space="preserve"> – «Астана Опера» </w:t>
      </w:r>
      <w:proofErr w:type="spellStart"/>
      <w:r w:rsidRPr="00450AE3">
        <w:rPr>
          <w:sz w:val="28"/>
          <w:szCs w:val="28"/>
        </w:rPr>
        <w:t>мемлекеттік</w:t>
      </w:r>
      <w:proofErr w:type="spellEnd"/>
      <w:r w:rsidRPr="00450AE3">
        <w:rPr>
          <w:sz w:val="28"/>
          <w:szCs w:val="28"/>
        </w:rPr>
        <w:t xml:space="preserve"> опера </w:t>
      </w:r>
      <w:proofErr w:type="spellStart"/>
      <w:r w:rsidRPr="00450AE3">
        <w:rPr>
          <w:sz w:val="28"/>
          <w:szCs w:val="28"/>
        </w:rPr>
        <w:t>және</w:t>
      </w:r>
      <w:proofErr w:type="spellEnd"/>
      <w:r w:rsidRPr="00450AE3">
        <w:rPr>
          <w:sz w:val="28"/>
          <w:szCs w:val="28"/>
        </w:rPr>
        <w:t xml:space="preserve"> балет театры, </w:t>
      </w:r>
    </w:p>
    <w:p w14:paraId="1DF59BFE" w14:textId="77777777" w:rsidR="00BE72FA" w:rsidRPr="00450AE3" w:rsidRDefault="00BE72FA" w:rsidP="00BE72FA">
      <w:pPr>
        <w:keepNext/>
        <w:ind w:firstLine="709"/>
        <w:jc w:val="center"/>
        <w:rPr>
          <w:sz w:val="28"/>
          <w:szCs w:val="28"/>
        </w:rPr>
      </w:pPr>
      <w:r w:rsidRPr="00450AE3">
        <w:rPr>
          <w:sz w:val="28"/>
          <w:szCs w:val="28"/>
        </w:rPr>
        <w:t>Д. </w:t>
      </w:r>
      <w:proofErr w:type="spellStart"/>
      <w:r w:rsidRPr="00450AE3">
        <w:rPr>
          <w:sz w:val="28"/>
          <w:szCs w:val="28"/>
        </w:rPr>
        <w:t>Қонаев</w:t>
      </w:r>
      <w:proofErr w:type="spellEnd"/>
      <w:r w:rsidRPr="00450AE3">
        <w:rPr>
          <w:sz w:val="28"/>
          <w:szCs w:val="28"/>
        </w:rPr>
        <w:t xml:space="preserve"> </w:t>
      </w:r>
      <w:proofErr w:type="spellStart"/>
      <w:r w:rsidRPr="00450AE3">
        <w:rPr>
          <w:sz w:val="28"/>
          <w:szCs w:val="28"/>
        </w:rPr>
        <w:t>көшесі</w:t>
      </w:r>
      <w:proofErr w:type="spellEnd"/>
      <w:r w:rsidRPr="00450AE3">
        <w:rPr>
          <w:sz w:val="28"/>
          <w:szCs w:val="28"/>
        </w:rPr>
        <w:t>, № 1)</w:t>
      </w:r>
    </w:p>
    <w:p w14:paraId="726E190A" w14:textId="77777777" w:rsidR="00BE72FA" w:rsidRPr="00450AE3" w:rsidRDefault="00BE72FA" w:rsidP="00BE72FA">
      <w:pPr>
        <w:ind w:firstLine="709"/>
        <w:jc w:val="center"/>
        <w:rPr>
          <w:sz w:val="28"/>
          <w:szCs w:val="28"/>
        </w:rPr>
      </w:pPr>
    </w:p>
    <w:p w14:paraId="04C39690" w14:textId="77777777" w:rsidR="00BE72FA" w:rsidRPr="00450AE3" w:rsidRDefault="00BE72FA" w:rsidP="00BE72FA">
      <w:pPr>
        <w:ind w:firstLine="709"/>
        <w:jc w:val="both"/>
        <w:rPr>
          <w:sz w:val="28"/>
          <w:szCs w:val="28"/>
        </w:rPr>
      </w:pPr>
      <w:proofErr w:type="spellStart"/>
      <w:r w:rsidRPr="00450AE3">
        <w:rPr>
          <w:sz w:val="28"/>
          <w:szCs w:val="28"/>
        </w:rPr>
        <w:t>Шекарасы</w:t>
      </w:r>
      <w:proofErr w:type="spellEnd"/>
      <w:r w:rsidRPr="00450AE3">
        <w:rPr>
          <w:sz w:val="28"/>
          <w:szCs w:val="28"/>
        </w:rPr>
        <w:t xml:space="preserve">: </w:t>
      </w:r>
      <w:proofErr w:type="spellStart"/>
      <w:r w:rsidRPr="00450AE3">
        <w:rPr>
          <w:sz w:val="28"/>
          <w:szCs w:val="28"/>
        </w:rPr>
        <w:t>Достық</w:t>
      </w:r>
      <w:proofErr w:type="spellEnd"/>
      <w:r w:rsidRPr="00450AE3">
        <w:rPr>
          <w:sz w:val="28"/>
          <w:szCs w:val="28"/>
        </w:rPr>
        <w:t xml:space="preserve"> </w:t>
      </w:r>
      <w:proofErr w:type="spellStart"/>
      <w:r w:rsidRPr="00450AE3">
        <w:rPr>
          <w:sz w:val="28"/>
          <w:szCs w:val="28"/>
        </w:rPr>
        <w:t>көшесінен</w:t>
      </w:r>
      <w:proofErr w:type="spellEnd"/>
      <w:r w:rsidRPr="00450AE3">
        <w:rPr>
          <w:sz w:val="28"/>
          <w:szCs w:val="28"/>
        </w:rPr>
        <w:t xml:space="preserve"> </w:t>
      </w:r>
      <w:proofErr w:type="spellStart"/>
      <w:r w:rsidRPr="00450AE3">
        <w:rPr>
          <w:sz w:val="28"/>
          <w:szCs w:val="28"/>
        </w:rPr>
        <w:t>Тұран</w:t>
      </w:r>
      <w:proofErr w:type="spellEnd"/>
      <w:r w:rsidRPr="00450AE3">
        <w:rPr>
          <w:sz w:val="28"/>
          <w:szCs w:val="28"/>
        </w:rPr>
        <w:t xml:space="preserve"> </w:t>
      </w:r>
      <w:proofErr w:type="spellStart"/>
      <w:r w:rsidRPr="00450AE3">
        <w:rPr>
          <w:sz w:val="28"/>
          <w:szCs w:val="28"/>
        </w:rPr>
        <w:t>даңғылының</w:t>
      </w:r>
      <w:proofErr w:type="spellEnd"/>
      <w:r w:rsidRPr="00450AE3">
        <w:rPr>
          <w:sz w:val="28"/>
          <w:szCs w:val="28"/>
        </w:rPr>
        <w:t xml:space="preserve"> </w:t>
      </w:r>
      <w:proofErr w:type="spellStart"/>
      <w:r w:rsidRPr="00450AE3">
        <w:rPr>
          <w:sz w:val="28"/>
          <w:szCs w:val="28"/>
        </w:rPr>
        <w:t>жұп</w:t>
      </w:r>
      <w:proofErr w:type="spellEnd"/>
      <w:r w:rsidRPr="00450AE3">
        <w:rPr>
          <w:sz w:val="28"/>
          <w:szCs w:val="28"/>
          <w:lang w:val="kk-KZ"/>
        </w:rPr>
        <w:t xml:space="preserve"> сандар</w:t>
      </w:r>
      <w:r w:rsidRPr="00450AE3">
        <w:rPr>
          <w:sz w:val="28"/>
          <w:szCs w:val="28"/>
        </w:rPr>
        <w:t xml:space="preserve"> </w:t>
      </w:r>
      <w:proofErr w:type="spellStart"/>
      <w:r w:rsidRPr="00450AE3">
        <w:rPr>
          <w:sz w:val="28"/>
          <w:szCs w:val="28"/>
        </w:rPr>
        <w:t>жағымен</w:t>
      </w:r>
      <w:proofErr w:type="spellEnd"/>
      <w:r w:rsidRPr="00450AE3">
        <w:rPr>
          <w:sz w:val="28"/>
          <w:szCs w:val="28"/>
        </w:rPr>
        <w:t xml:space="preserve"> </w:t>
      </w:r>
      <w:proofErr w:type="spellStart"/>
      <w:r w:rsidRPr="00450AE3">
        <w:rPr>
          <w:sz w:val="28"/>
          <w:szCs w:val="28"/>
        </w:rPr>
        <w:t>Тұран</w:t>
      </w:r>
      <w:proofErr w:type="spellEnd"/>
      <w:r w:rsidRPr="00450AE3">
        <w:rPr>
          <w:sz w:val="28"/>
          <w:szCs w:val="28"/>
        </w:rPr>
        <w:t xml:space="preserve"> </w:t>
      </w:r>
      <w:proofErr w:type="spellStart"/>
      <w:r w:rsidRPr="00450AE3">
        <w:rPr>
          <w:sz w:val="28"/>
          <w:szCs w:val="28"/>
        </w:rPr>
        <w:t>даңғылындағы</w:t>
      </w:r>
      <w:proofErr w:type="spellEnd"/>
      <w:r w:rsidRPr="00450AE3">
        <w:rPr>
          <w:sz w:val="28"/>
          <w:szCs w:val="28"/>
        </w:rPr>
        <w:t xml:space="preserve"> № 20 </w:t>
      </w:r>
      <w:proofErr w:type="spellStart"/>
      <w:r w:rsidRPr="00450AE3">
        <w:rPr>
          <w:sz w:val="28"/>
          <w:szCs w:val="28"/>
        </w:rPr>
        <w:t>үйге</w:t>
      </w:r>
      <w:proofErr w:type="spellEnd"/>
      <w:r w:rsidRPr="00450AE3">
        <w:rPr>
          <w:sz w:val="28"/>
          <w:szCs w:val="28"/>
        </w:rPr>
        <w:t xml:space="preserve"> </w:t>
      </w:r>
      <w:proofErr w:type="spellStart"/>
      <w:r w:rsidRPr="00450AE3">
        <w:rPr>
          <w:sz w:val="28"/>
          <w:szCs w:val="28"/>
        </w:rPr>
        <w:t>дейін</w:t>
      </w:r>
      <w:proofErr w:type="spellEnd"/>
      <w:r w:rsidRPr="00450AE3">
        <w:rPr>
          <w:sz w:val="28"/>
          <w:szCs w:val="28"/>
        </w:rPr>
        <w:t xml:space="preserve">, </w:t>
      </w:r>
      <w:proofErr w:type="spellStart"/>
      <w:r w:rsidRPr="00450AE3">
        <w:rPr>
          <w:sz w:val="28"/>
          <w:szCs w:val="28"/>
        </w:rPr>
        <w:t>Тұран</w:t>
      </w:r>
      <w:proofErr w:type="spellEnd"/>
      <w:r w:rsidRPr="00450AE3">
        <w:rPr>
          <w:sz w:val="28"/>
          <w:szCs w:val="28"/>
        </w:rPr>
        <w:t xml:space="preserve"> </w:t>
      </w:r>
      <w:proofErr w:type="spellStart"/>
      <w:r w:rsidRPr="00450AE3">
        <w:rPr>
          <w:sz w:val="28"/>
          <w:szCs w:val="28"/>
        </w:rPr>
        <w:t>даңғылындағы</w:t>
      </w:r>
      <w:proofErr w:type="spellEnd"/>
      <w:r w:rsidRPr="00450AE3">
        <w:rPr>
          <w:sz w:val="28"/>
          <w:szCs w:val="28"/>
        </w:rPr>
        <w:t xml:space="preserve"> № 20 </w:t>
      </w:r>
      <w:proofErr w:type="spellStart"/>
      <w:r w:rsidRPr="00450AE3">
        <w:rPr>
          <w:sz w:val="28"/>
          <w:szCs w:val="28"/>
        </w:rPr>
        <w:t>үйден</w:t>
      </w:r>
      <w:proofErr w:type="spellEnd"/>
      <w:r w:rsidRPr="00450AE3">
        <w:rPr>
          <w:sz w:val="28"/>
          <w:szCs w:val="28"/>
        </w:rPr>
        <w:t xml:space="preserve"> </w:t>
      </w:r>
      <w:r w:rsidRPr="00450AE3">
        <w:rPr>
          <w:sz w:val="28"/>
          <w:szCs w:val="28"/>
          <w:lang w:val="kk-KZ"/>
        </w:rPr>
        <w:t>өтпе</w:t>
      </w:r>
      <w:r w:rsidRPr="00450AE3">
        <w:rPr>
          <w:sz w:val="28"/>
          <w:szCs w:val="28"/>
        </w:rPr>
        <w:t xml:space="preserve"> </w:t>
      </w:r>
      <w:proofErr w:type="spellStart"/>
      <w:r w:rsidRPr="00450AE3">
        <w:rPr>
          <w:sz w:val="28"/>
          <w:szCs w:val="28"/>
        </w:rPr>
        <w:t>жолмен</w:t>
      </w:r>
      <w:proofErr w:type="spellEnd"/>
      <w:r w:rsidRPr="00450AE3">
        <w:rPr>
          <w:sz w:val="28"/>
          <w:szCs w:val="28"/>
        </w:rPr>
        <w:t xml:space="preserve"> </w:t>
      </w:r>
      <w:proofErr w:type="spellStart"/>
      <w:r w:rsidRPr="00450AE3">
        <w:rPr>
          <w:sz w:val="28"/>
          <w:szCs w:val="28"/>
        </w:rPr>
        <w:t>Қабанбай</w:t>
      </w:r>
      <w:proofErr w:type="spellEnd"/>
      <w:r w:rsidRPr="00450AE3">
        <w:rPr>
          <w:sz w:val="28"/>
          <w:szCs w:val="28"/>
        </w:rPr>
        <w:t xml:space="preserve"> батыр </w:t>
      </w:r>
      <w:proofErr w:type="spellStart"/>
      <w:r w:rsidRPr="00450AE3">
        <w:rPr>
          <w:sz w:val="28"/>
          <w:szCs w:val="28"/>
        </w:rPr>
        <w:t>даңғылындағы</w:t>
      </w:r>
      <w:proofErr w:type="spellEnd"/>
      <w:r w:rsidRPr="00450AE3">
        <w:rPr>
          <w:sz w:val="28"/>
          <w:szCs w:val="28"/>
        </w:rPr>
        <w:t xml:space="preserve"> № 11/5 </w:t>
      </w:r>
      <w:proofErr w:type="spellStart"/>
      <w:r w:rsidRPr="00450AE3">
        <w:rPr>
          <w:sz w:val="28"/>
          <w:szCs w:val="28"/>
        </w:rPr>
        <w:t>үйге</w:t>
      </w:r>
      <w:proofErr w:type="spellEnd"/>
      <w:r w:rsidRPr="00450AE3">
        <w:rPr>
          <w:sz w:val="28"/>
          <w:szCs w:val="28"/>
        </w:rPr>
        <w:t xml:space="preserve"> </w:t>
      </w:r>
      <w:proofErr w:type="spellStart"/>
      <w:r w:rsidRPr="00450AE3">
        <w:rPr>
          <w:sz w:val="28"/>
          <w:szCs w:val="28"/>
        </w:rPr>
        <w:t>дейін</w:t>
      </w:r>
      <w:proofErr w:type="spellEnd"/>
      <w:r w:rsidRPr="00450AE3">
        <w:rPr>
          <w:sz w:val="28"/>
          <w:szCs w:val="28"/>
        </w:rPr>
        <w:t xml:space="preserve">, </w:t>
      </w:r>
      <w:proofErr w:type="spellStart"/>
      <w:r w:rsidRPr="00450AE3">
        <w:rPr>
          <w:sz w:val="28"/>
          <w:szCs w:val="28"/>
        </w:rPr>
        <w:t>Қабанбай</w:t>
      </w:r>
      <w:proofErr w:type="spellEnd"/>
      <w:r w:rsidRPr="00450AE3">
        <w:rPr>
          <w:sz w:val="28"/>
          <w:szCs w:val="28"/>
        </w:rPr>
        <w:t xml:space="preserve"> батыр </w:t>
      </w:r>
      <w:proofErr w:type="spellStart"/>
      <w:r w:rsidRPr="00450AE3">
        <w:rPr>
          <w:sz w:val="28"/>
          <w:szCs w:val="28"/>
        </w:rPr>
        <w:t>даңғылындағы</w:t>
      </w:r>
      <w:proofErr w:type="spellEnd"/>
      <w:r w:rsidRPr="00450AE3">
        <w:rPr>
          <w:sz w:val="28"/>
          <w:szCs w:val="28"/>
        </w:rPr>
        <w:t xml:space="preserve"> № 11/5 </w:t>
      </w:r>
      <w:proofErr w:type="spellStart"/>
      <w:r w:rsidRPr="00450AE3">
        <w:rPr>
          <w:sz w:val="28"/>
          <w:szCs w:val="28"/>
        </w:rPr>
        <w:t>үйден</w:t>
      </w:r>
      <w:proofErr w:type="spellEnd"/>
      <w:r w:rsidRPr="00450AE3">
        <w:rPr>
          <w:sz w:val="28"/>
          <w:szCs w:val="28"/>
        </w:rPr>
        <w:t xml:space="preserve"> </w:t>
      </w:r>
      <w:proofErr w:type="spellStart"/>
      <w:r w:rsidRPr="00450AE3">
        <w:rPr>
          <w:sz w:val="28"/>
          <w:szCs w:val="28"/>
        </w:rPr>
        <w:t>Қабанбай</w:t>
      </w:r>
      <w:proofErr w:type="spellEnd"/>
      <w:r w:rsidRPr="00450AE3">
        <w:rPr>
          <w:sz w:val="28"/>
          <w:szCs w:val="28"/>
        </w:rPr>
        <w:t xml:space="preserve"> батыр </w:t>
      </w:r>
      <w:proofErr w:type="spellStart"/>
      <w:r w:rsidRPr="00450AE3">
        <w:rPr>
          <w:sz w:val="28"/>
          <w:szCs w:val="28"/>
        </w:rPr>
        <w:t>даңғылындағы</w:t>
      </w:r>
      <w:proofErr w:type="spellEnd"/>
      <w:r w:rsidRPr="00450AE3">
        <w:rPr>
          <w:sz w:val="28"/>
          <w:szCs w:val="28"/>
        </w:rPr>
        <w:t xml:space="preserve"> № 9/3 </w:t>
      </w:r>
      <w:proofErr w:type="spellStart"/>
      <w:r w:rsidRPr="00450AE3">
        <w:rPr>
          <w:sz w:val="28"/>
          <w:szCs w:val="28"/>
        </w:rPr>
        <w:t>үйге</w:t>
      </w:r>
      <w:proofErr w:type="spellEnd"/>
      <w:r w:rsidRPr="00450AE3">
        <w:rPr>
          <w:sz w:val="28"/>
          <w:szCs w:val="28"/>
        </w:rPr>
        <w:t xml:space="preserve"> </w:t>
      </w:r>
      <w:proofErr w:type="spellStart"/>
      <w:r w:rsidRPr="00450AE3">
        <w:rPr>
          <w:sz w:val="28"/>
          <w:szCs w:val="28"/>
        </w:rPr>
        <w:t>дейін</w:t>
      </w:r>
      <w:proofErr w:type="spellEnd"/>
      <w:r w:rsidRPr="00450AE3">
        <w:rPr>
          <w:sz w:val="28"/>
          <w:szCs w:val="28"/>
        </w:rPr>
        <w:t xml:space="preserve">, </w:t>
      </w:r>
      <w:proofErr w:type="spellStart"/>
      <w:r w:rsidRPr="00450AE3">
        <w:rPr>
          <w:sz w:val="28"/>
          <w:szCs w:val="28"/>
        </w:rPr>
        <w:t>Қабанбай</w:t>
      </w:r>
      <w:proofErr w:type="spellEnd"/>
      <w:r w:rsidRPr="00450AE3">
        <w:rPr>
          <w:sz w:val="28"/>
          <w:szCs w:val="28"/>
        </w:rPr>
        <w:t xml:space="preserve"> батыр </w:t>
      </w:r>
      <w:proofErr w:type="spellStart"/>
      <w:r w:rsidRPr="00450AE3">
        <w:rPr>
          <w:sz w:val="28"/>
          <w:szCs w:val="28"/>
        </w:rPr>
        <w:t>даңғылындағы</w:t>
      </w:r>
      <w:proofErr w:type="spellEnd"/>
      <w:r w:rsidRPr="00450AE3">
        <w:rPr>
          <w:sz w:val="28"/>
          <w:szCs w:val="28"/>
        </w:rPr>
        <w:t xml:space="preserve"> № 9/3 </w:t>
      </w:r>
      <w:proofErr w:type="spellStart"/>
      <w:r w:rsidRPr="00450AE3">
        <w:rPr>
          <w:sz w:val="28"/>
          <w:szCs w:val="28"/>
        </w:rPr>
        <w:t>үйден</w:t>
      </w:r>
      <w:proofErr w:type="spellEnd"/>
      <w:r w:rsidRPr="00450AE3">
        <w:rPr>
          <w:sz w:val="28"/>
          <w:szCs w:val="28"/>
        </w:rPr>
        <w:t xml:space="preserve"> </w:t>
      </w:r>
      <w:proofErr w:type="spellStart"/>
      <w:r w:rsidRPr="00450AE3">
        <w:rPr>
          <w:sz w:val="28"/>
          <w:szCs w:val="28"/>
          <w:lang w:val="kk-KZ"/>
        </w:rPr>
        <w:t>өтп</w:t>
      </w:r>
      <w:proofErr w:type="spellEnd"/>
      <w:r w:rsidRPr="00450AE3">
        <w:rPr>
          <w:sz w:val="28"/>
          <w:szCs w:val="28"/>
        </w:rPr>
        <w:t xml:space="preserve">е </w:t>
      </w:r>
      <w:proofErr w:type="spellStart"/>
      <w:r w:rsidRPr="00450AE3">
        <w:rPr>
          <w:sz w:val="28"/>
          <w:szCs w:val="28"/>
        </w:rPr>
        <w:t>жолмен</w:t>
      </w:r>
      <w:proofErr w:type="spellEnd"/>
      <w:r w:rsidRPr="00450AE3">
        <w:rPr>
          <w:sz w:val="28"/>
          <w:szCs w:val="28"/>
        </w:rPr>
        <w:t xml:space="preserve"> </w:t>
      </w:r>
      <w:proofErr w:type="spellStart"/>
      <w:r w:rsidRPr="00450AE3">
        <w:rPr>
          <w:sz w:val="28"/>
          <w:szCs w:val="28"/>
        </w:rPr>
        <w:t>Қабанбай</w:t>
      </w:r>
      <w:proofErr w:type="spellEnd"/>
      <w:r w:rsidRPr="00450AE3">
        <w:rPr>
          <w:sz w:val="28"/>
          <w:szCs w:val="28"/>
        </w:rPr>
        <w:t xml:space="preserve"> батыр </w:t>
      </w:r>
      <w:proofErr w:type="spellStart"/>
      <w:r w:rsidRPr="00450AE3">
        <w:rPr>
          <w:sz w:val="28"/>
          <w:szCs w:val="28"/>
        </w:rPr>
        <w:t>даңғылына</w:t>
      </w:r>
      <w:proofErr w:type="spellEnd"/>
      <w:r w:rsidRPr="00450AE3">
        <w:rPr>
          <w:sz w:val="28"/>
          <w:szCs w:val="28"/>
        </w:rPr>
        <w:t xml:space="preserve"> </w:t>
      </w:r>
      <w:proofErr w:type="spellStart"/>
      <w:r w:rsidRPr="00450AE3">
        <w:rPr>
          <w:sz w:val="28"/>
          <w:szCs w:val="28"/>
        </w:rPr>
        <w:t>дейін</w:t>
      </w:r>
      <w:proofErr w:type="spellEnd"/>
      <w:r w:rsidRPr="00450AE3">
        <w:rPr>
          <w:sz w:val="28"/>
          <w:szCs w:val="28"/>
        </w:rPr>
        <w:t xml:space="preserve">, </w:t>
      </w:r>
      <w:proofErr w:type="spellStart"/>
      <w:r w:rsidRPr="00450AE3">
        <w:rPr>
          <w:sz w:val="28"/>
          <w:szCs w:val="28"/>
        </w:rPr>
        <w:t>Қабанбай</w:t>
      </w:r>
      <w:proofErr w:type="spellEnd"/>
      <w:r w:rsidRPr="00450AE3">
        <w:rPr>
          <w:sz w:val="28"/>
          <w:szCs w:val="28"/>
        </w:rPr>
        <w:t xml:space="preserve"> батыр </w:t>
      </w:r>
      <w:proofErr w:type="spellStart"/>
      <w:r w:rsidRPr="00450AE3">
        <w:rPr>
          <w:sz w:val="28"/>
          <w:szCs w:val="28"/>
        </w:rPr>
        <w:t>даңғылының</w:t>
      </w:r>
      <w:proofErr w:type="spellEnd"/>
      <w:r w:rsidRPr="00450AE3">
        <w:rPr>
          <w:sz w:val="28"/>
          <w:szCs w:val="28"/>
        </w:rPr>
        <w:t xml:space="preserve"> </w:t>
      </w:r>
      <w:proofErr w:type="spellStart"/>
      <w:r w:rsidRPr="00450AE3">
        <w:rPr>
          <w:sz w:val="28"/>
          <w:szCs w:val="28"/>
        </w:rPr>
        <w:t>тақ</w:t>
      </w:r>
      <w:proofErr w:type="spellEnd"/>
      <w:r w:rsidRPr="00450AE3">
        <w:rPr>
          <w:sz w:val="28"/>
          <w:szCs w:val="28"/>
        </w:rPr>
        <w:t xml:space="preserve"> </w:t>
      </w:r>
      <w:r w:rsidRPr="00450AE3">
        <w:rPr>
          <w:sz w:val="28"/>
          <w:szCs w:val="28"/>
          <w:lang w:val="kk-KZ"/>
        </w:rPr>
        <w:t xml:space="preserve">сандар </w:t>
      </w:r>
      <w:proofErr w:type="spellStart"/>
      <w:r w:rsidRPr="00450AE3">
        <w:rPr>
          <w:sz w:val="28"/>
          <w:szCs w:val="28"/>
        </w:rPr>
        <w:t>жағымен</w:t>
      </w:r>
      <w:proofErr w:type="spellEnd"/>
      <w:r w:rsidRPr="00450AE3">
        <w:rPr>
          <w:sz w:val="28"/>
          <w:szCs w:val="28"/>
        </w:rPr>
        <w:t xml:space="preserve"> </w:t>
      </w:r>
      <w:proofErr w:type="spellStart"/>
      <w:r w:rsidRPr="00450AE3">
        <w:rPr>
          <w:sz w:val="28"/>
          <w:szCs w:val="28"/>
        </w:rPr>
        <w:t>Достық</w:t>
      </w:r>
      <w:proofErr w:type="spellEnd"/>
      <w:r w:rsidRPr="00450AE3">
        <w:rPr>
          <w:sz w:val="28"/>
          <w:szCs w:val="28"/>
        </w:rPr>
        <w:t xml:space="preserve"> </w:t>
      </w:r>
      <w:proofErr w:type="spellStart"/>
      <w:r w:rsidRPr="00450AE3">
        <w:rPr>
          <w:sz w:val="28"/>
          <w:szCs w:val="28"/>
        </w:rPr>
        <w:t>көшесіне</w:t>
      </w:r>
      <w:proofErr w:type="spellEnd"/>
      <w:r w:rsidRPr="00450AE3">
        <w:rPr>
          <w:sz w:val="28"/>
          <w:szCs w:val="28"/>
        </w:rPr>
        <w:t xml:space="preserve"> </w:t>
      </w:r>
      <w:proofErr w:type="spellStart"/>
      <w:r w:rsidRPr="00450AE3">
        <w:rPr>
          <w:sz w:val="28"/>
          <w:szCs w:val="28"/>
        </w:rPr>
        <w:t>дейін</w:t>
      </w:r>
      <w:proofErr w:type="spellEnd"/>
      <w:r w:rsidRPr="00450AE3">
        <w:rPr>
          <w:sz w:val="28"/>
          <w:szCs w:val="28"/>
        </w:rPr>
        <w:t xml:space="preserve">, </w:t>
      </w:r>
      <w:proofErr w:type="spellStart"/>
      <w:r w:rsidRPr="00450AE3">
        <w:rPr>
          <w:sz w:val="28"/>
          <w:szCs w:val="28"/>
        </w:rPr>
        <w:t>Достық</w:t>
      </w:r>
      <w:proofErr w:type="spellEnd"/>
      <w:r w:rsidRPr="00450AE3">
        <w:rPr>
          <w:sz w:val="28"/>
          <w:szCs w:val="28"/>
        </w:rPr>
        <w:t xml:space="preserve"> </w:t>
      </w:r>
      <w:proofErr w:type="spellStart"/>
      <w:r w:rsidRPr="00450AE3">
        <w:rPr>
          <w:sz w:val="28"/>
          <w:szCs w:val="28"/>
        </w:rPr>
        <w:t>көшесінің</w:t>
      </w:r>
      <w:proofErr w:type="spellEnd"/>
      <w:r w:rsidRPr="00450AE3">
        <w:rPr>
          <w:sz w:val="28"/>
          <w:szCs w:val="28"/>
        </w:rPr>
        <w:t xml:space="preserve"> </w:t>
      </w:r>
      <w:proofErr w:type="spellStart"/>
      <w:r w:rsidRPr="00450AE3">
        <w:rPr>
          <w:sz w:val="28"/>
          <w:szCs w:val="28"/>
        </w:rPr>
        <w:t>тақ</w:t>
      </w:r>
      <w:proofErr w:type="spellEnd"/>
      <w:r w:rsidRPr="00450AE3">
        <w:rPr>
          <w:sz w:val="28"/>
          <w:szCs w:val="28"/>
        </w:rPr>
        <w:t xml:space="preserve"> </w:t>
      </w:r>
      <w:r w:rsidRPr="00450AE3">
        <w:rPr>
          <w:sz w:val="28"/>
          <w:szCs w:val="28"/>
          <w:lang w:val="kk-KZ"/>
        </w:rPr>
        <w:t xml:space="preserve">сандар </w:t>
      </w:r>
      <w:proofErr w:type="spellStart"/>
      <w:r w:rsidRPr="00450AE3">
        <w:rPr>
          <w:sz w:val="28"/>
          <w:szCs w:val="28"/>
        </w:rPr>
        <w:t>жағымен</w:t>
      </w:r>
      <w:proofErr w:type="spellEnd"/>
      <w:r w:rsidRPr="00450AE3">
        <w:rPr>
          <w:sz w:val="28"/>
          <w:szCs w:val="28"/>
        </w:rPr>
        <w:t xml:space="preserve"> </w:t>
      </w:r>
      <w:proofErr w:type="spellStart"/>
      <w:r w:rsidRPr="00450AE3">
        <w:rPr>
          <w:sz w:val="28"/>
          <w:szCs w:val="28"/>
        </w:rPr>
        <w:t>Тұран</w:t>
      </w:r>
      <w:proofErr w:type="spellEnd"/>
      <w:r w:rsidRPr="00450AE3">
        <w:rPr>
          <w:sz w:val="28"/>
          <w:szCs w:val="28"/>
        </w:rPr>
        <w:t xml:space="preserve"> </w:t>
      </w:r>
      <w:proofErr w:type="spellStart"/>
      <w:r w:rsidRPr="00450AE3">
        <w:rPr>
          <w:sz w:val="28"/>
          <w:szCs w:val="28"/>
        </w:rPr>
        <w:t>даңғылына</w:t>
      </w:r>
      <w:proofErr w:type="spellEnd"/>
      <w:r w:rsidRPr="00450AE3">
        <w:rPr>
          <w:sz w:val="28"/>
          <w:szCs w:val="28"/>
        </w:rPr>
        <w:t xml:space="preserve"> </w:t>
      </w:r>
      <w:proofErr w:type="spellStart"/>
      <w:r w:rsidRPr="00450AE3">
        <w:rPr>
          <w:sz w:val="28"/>
          <w:szCs w:val="28"/>
        </w:rPr>
        <w:t>дейін</w:t>
      </w:r>
      <w:proofErr w:type="spellEnd"/>
      <w:r w:rsidRPr="00450AE3">
        <w:rPr>
          <w:sz w:val="28"/>
          <w:szCs w:val="28"/>
        </w:rPr>
        <w:t>.</w:t>
      </w:r>
    </w:p>
    <w:p w14:paraId="5E73C496" w14:textId="77777777" w:rsidR="00BE72FA" w:rsidRDefault="00BE72FA" w:rsidP="00BE72FA">
      <w:pPr>
        <w:ind w:firstLine="709"/>
        <w:jc w:val="center"/>
        <w:rPr>
          <w:sz w:val="28"/>
          <w:szCs w:val="28"/>
        </w:rPr>
      </w:pPr>
    </w:p>
    <w:p w14:paraId="1A49AA20" w14:textId="77777777" w:rsidR="00BE72FA" w:rsidRPr="00450AE3" w:rsidRDefault="00BE72FA" w:rsidP="00BE72FA">
      <w:pPr>
        <w:keepNext/>
        <w:ind w:firstLine="709"/>
        <w:jc w:val="center"/>
        <w:rPr>
          <w:sz w:val="28"/>
          <w:szCs w:val="28"/>
        </w:rPr>
      </w:pPr>
      <w:r w:rsidRPr="00450AE3">
        <w:rPr>
          <w:sz w:val="28"/>
          <w:szCs w:val="28"/>
        </w:rPr>
        <w:t xml:space="preserve">№ 229 </w:t>
      </w:r>
      <w:proofErr w:type="spellStart"/>
      <w:r w:rsidRPr="00450AE3">
        <w:rPr>
          <w:sz w:val="28"/>
          <w:szCs w:val="28"/>
        </w:rPr>
        <w:t>сайлау</w:t>
      </w:r>
      <w:proofErr w:type="spellEnd"/>
      <w:r w:rsidRPr="00450AE3">
        <w:rPr>
          <w:sz w:val="28"/>
          <w:szCs w:val="28"/>
        </w:rPr>
        <w:t xml:space="preserve"> </w:t>
      </w:r>
      <w:proofErr w:type="spellStart"/>
      <w:r w:rsidRPr="00450AE3">
        <w:rPr>
          <w:sz w:val="28"/>
          <w:szCs w:val="28"/>
        </w:rPr>
        <w:t>учаскесі</w:t>
      </w:r>
      <w:proofErr w:type="spellEnd"/>
    </w:p>
    <w:p w14:paraId="17105C3A" w14:textId="77777777" w:rsidR="00BE72FA" w:rsidRPr="00450AE3" w:rsidRDefault="00BE72FA" w:rsidP="00BE72FA">
      <w:pPr>
        <w:keepNext/>
        <w:ind w:firstLine="709"/>
        <w:jc w:val="center"/>
        <w:rPr>
          <w:sz w:val="28"/>
          <w:szCs w:val="28"/>
        </w:rPr>
      </w:pPr>
      <w:r w:rsidRPr="00450AE3">
        <w:rPr>
          <w:sz w:val="28"/>
          <w:szCs w:val="28"/>
        </w:rPr>
        <w:t>(</w:t>
      </w:r>
      <w:proofErr w:type="spellStart"/>
      <w:r w:rsidRPr="00450AE3">
        <w:rPr>
          <w:sz w:val="28"/>
          <w:szCs w:val="28"/>
        </w:rPr>
        <w:t>орталығы</w:t>
      </w:r>
      <w:proofErr w:type="spellEnd"/>
      <w:r w:rsidRPr="00450AE3">
        <w:rPr>
          <w:sz w:val="28"/>
          <w:szCs w:val="28"/>
        </w:rPr>
        <w:t xml:space="preserve"> – «EURO AST KZ2019» </w:t>
      </w:r>
      <w:proofErr w:type="spellStart"/>
      <w:r w:rsidRPr="00450AE3">
        <w:rPr>
          <w:sz w:val="28"/>
          <w:szCs w:val="28"/>
        </w:rPr>
        <w:t>жауапкершілігі</w:t>
      </w:r>
      <w:proofErr w:type="spellEnd"/>
      <w:r w:rsidRPr="00450AE3">
        <w:rPr>
          <w:sz w:val="28"/>
          <w:szCs w:val="28"/>
        </w:rPr>
        <w:t xml:space="preserve"> </w:t>
      </w:r>
      <w:proofErr w:type="spellStart"/>
      <w:r w:rsidRPr="00450AE3">
        <w:rPr>
          <w:sz w:val="28"/>
          <w:szCs w:val="28"/>
        </w:rPr>
        <w:t>шектеулі</w:t>
      </w:r>
      <w:proofErr w:type="spellEnd"/>
      <w:r w:rsidRPr="00450AE3">
        <w:rPr>
          <w:sz w:val="28"/>
          <w:szCs w:val="28"/>
        </w:rPr>
        <w:t xml:space="preserve"> </w:t>
      </w:r>
      <w:proofErr w:type="spellStart"/>
      <w:r w:rsidRPr="00450AE3">
        <w:rPr>
          <w:sz w:val="28"/>
          <w:szCs w:val="28"/>
        </w:rPr>
        <w:t>серіктестігі</w:t>
      </w:r>
      <w:proofErr w:type="spellEnd"/>
      <w:r w:rsidRPr="00450AE3">
        <w:rPr>
          <w:sz w:val="28"/>
          <w:szCs w:val="28"/>
          <w:lang w:val="kk-KZ"/>
        </w:rPr>
        <w:t>нің</w:t>
      </w:r>
      <w:r w:rsidRPr="00450AE3">
        <w:rPr>
          <w:sz w:val="28"/>
          <w:szCs w:val="28"/>
        </w:rPr>
        <w:t xml:space="preserve"> «NEOTECH DIGITAL SCHOOL» </w:t>
      </w:r>
      <w:proofErr w:type="spellStart"/>
      <w:r w:rsidRPr="00450AE3">
        <w:rPr>
          <w:sz w:val="28"/>
          <w:szCs w:val="28"/>
        </w:rPr>
        <w:t>жеке</w:t>
      </w:r>
      <w:proofErr w:type="spellEnd"/>
      <w:r w:rsidRPr="00450AE3">
        <w:rPr>
          <w:sz w:val="28"/>
          <w:szCs w:val="28"/>
          <w:lang w:val="kk-KZ"/>
        </w:rPr>
        <w:t xml:space="preserve">меншік </w:t>
      </w:r>
      <w:proofErr w:type="spellStart"/>
      <w:r w:rsidRPr="00450AE3">
        <w:rPr>
          <w:sz w:val="28"/>
          <w:szCs w:val="28"/>
        </w:rPr>
        <w:t>мектебі</w:t>
      </w:r>
      <w:proofErr w:type="spellEnd"/>
      <w:r w:rsidRPr="00450AE3">
        <w:rPr>
          <w:sz w:val="28"/>
          <w:szCs w:val="28"/>
        </w:rPr>
        <w:t xml:space="preserve">, І. Омаров </w:t>
      </w:r>
      <w:proofErr w:type="spellStart"/>
      <w:r w:rsidRPr="00450AE3">
        <w:rPr>
          <w:sz w:val="28"/>
          <w:szCs w:val="28"/>
        </w:rPr>
        <w:t>көшесі</w:t>
      </w:r>
      <w:proofErr w:type="spellEnd"/>
      <w:r w:rsidRPr="00450AE3">
        <w:rPr>
          <w:sz w:val="28"/>
          <w:szCs w:val="28"/>
        </w:rPr>
        <w:t>, № 10)</w:t>
      </w:r>
    </w:p>
    <w:p w14:paraId="69AEE54D" w14:textId="77777777" w:rsidR="00BE72FA" w:rsidRPr="00450AE3" w:rsidRDefault="00BE72FA" w:rsidP="00BE72FA">
      <w:pPr>
        <w:ind w:firstLine="709"/>
        <w:jc w:val="center"/>
        <w:rPr>
          <w:sz w:val="28"/>
          <w:szCs w:val="28"/>
        </w:rPr>
      </w:pPr>
    </w:p>
    <w:p w14:paraId="759F98B4" w14:textId="77777777" w:rsidR="00BE72FA" w:rsidRPr="00450AE3" w:rsidRDefault="00BE72FA" w:rsidP="00BE72FA">
      <w:pPr>
        <w:ind w:firstLine="709"/>
        <w:jc w:val="both"/>
        <w:rPr>
          <w:sz w:val="28"/>
          <w:szCs w:val="28"/>
        </w:rPr>
      </w:pPr>
      <w:proofErr w:type="spellStart"/>
      <w:r w:rsidRPr="00450AE3">
        <w:rPr>
          <w:sz w:val="28"/>
          <w:szCs w:val="28"/>
        </w:rPr>
        <w:t>Шекарасы</w:t>
      </w:r>
      <w:proofErr w:type="spellEnd"/>
      <w:r w:rsidRPr="00450AE3">
        <w:rPr>
          <w:sz w:val="28"/>
          <w:szCs w:val="28"/>
        </w:rPr>
        <w:t xml:space="preserve">: Ш. Айтматов </w:t>
      </w:r>
      <w:proofErr w:type="spellStart"/>
      <w:r w:rsidRPr="00450AE3">
        <w:rPr>
          <w:sz w:val="28"/>
          <w:szCs w:val="28"/>
        </w:rPr>
        <w:t>көшесі</w:t>
      </w:r>
      <w:proofErr w:type="spellEnd"/>
      <w:r w:rsidRPr="00450AE3">
        <w:rPr>
          <w:sz w:val="28"/>
          <w:szCs w:val="28"/>
        </w:rPr>
        <w:t xml:space="preserve">, № 36/1, 36/2, 36/3, 36/4, 36/5, 36/6, 36/7 </w:t>
      </w:r>
      <w:proofErr w:type="spellStart"/>
      <w:r w:rsidRPr="00450AE3">
        <w:rPr>
          <w:sz w:val="28"/>
          <w:szCs w:val="28"/>
        </w:rPr>
        <w:t>үйлер</w:t>
      </w:r>
      <w:proofErr w:type="spellEnd"/>
      <w:r w:rsidRPr="00450AE3">
        <w:rPr>
          <w:sz w:val="28"/>
          <w:szCs w:val="28"/>
        </w:rPr>
        <w:t xml:space="preserve">, І. Омаров </w:t>
      </w:r>
      <w:proofErr w:type="spellStart"/>
      <w:r w:rsidRPr="00450AE3">
        <w:rPr>
          <w:sz w:val="28"/>
          <w:szCs w:val="28"/>
        </w:rPr>
        <w:t>көше</w:t>
      </w:r>
      <w:r w:rsidRPr="00450AE3">
        <w:rPr>
          <w:sz w:val="28"/>
          <w:szCs w:val="28"/>
          <w:lang w:val="kk-KZ"/>
        </w:rPr>
        <w:t>сі</w:t>
      </w:r>
      <w:proofErr w:type="spellEnd"/>
      <w:r w:rsidRPr="00450AE3">
        <w:rPr>
          <w:sz w:val="28"/>
          <w:szCs w:val="28"/>
          <w:lang w:val="kk-KZ"/>
        </w:rPr>
        <w:t>,</w:t>
      </w:r>
      <w:r w:rsidRPr="00450AE3">
        <w:rPr>
          <w:sz w:val="28"/>
          <w:szCs w:val="28"/>
        </w:rPr>
        <w:t xml:space="preserve"> № 3/1, 5/1, 7, 9, 11, 13, 15, 17 </w:t>
      </w:r>
      <w:proofErr w:type="spellStart"/>
      <w:r w:rsidRPr="00450AE3">
        <w:rPr>
          <w:sz w:val="28"/>
          <w:szCs w:val="28"/>
        </w:rPr>
        <w:t>үйлер</w:t>
      </w:r>
      <w:proofErr w:type="spellEnd"/>
      <w:r w:rsidRPr="00450AE3">
        <w:rPr>
          <w:sz w:val="28"/>
          <w:szCs w:val="28"/>
        </w:rPr>
        <w:t xml:space="preserve">, </w:t>
      </w:r>
      <w:proofErr w:type="spellStart"/>
      <w:r w:rsidRPr="00450AE3">
        <w:rPr>
          <w:sz w:val="28"/>
          <w:szCs w:val="28"/>
        </w:rPr>
        <w:t>Сығанақ</w:t>
      </w:r>
      <w:proofErr w:type="spellEnd"/>
      <w:r w:rsidRPr="00450AE3">
        <w:rPr>
          <w:sz w:val="28"/>
          <w:szCs w:val="28"/>
        </w:rPr>
        <w:t xml:space="preserve"> </w:t>
      </w:r>
      <w:proofErr w:type="spellStart"/>
      <w:r w:rsidRPr="00450AE3">
        <w:rPr>
          <w:sz w:val="28"/>
          <w:szCs w:val="28"/>
        </w:rPr>
        <w:t>көшесі</w:t>
      </w:r>
      <w:proofErr w:type="spellEnd"/>
      <w:r w:rsidRPr="00450AE3">
        <w:rPr>
          <w:sz w:val="28"/>
          <w:szCs w:val="28"/>
        </w:rPr>
        <w:t xml:space="preserve">, </w:t>
      </w:r>
      <w:r w:rsidRPr="00450AE3">
        <w:rPr>
          <w:sz w:val="28"/>
          <w:szCs w:val="28"/>
        </w:rPr>
        <w:br/>
        <w:t xml:space="preserve">№ 1 </w:t>
      </w:r>
      <w:proofErr w:type="spellStart"/>
      <w:r w:rsidRPr="00450AE3">
        <w:rPr>
          <w:sz w:val="28"/>
          <w:szCs w:val="28"/>
        </w:rPr>
        <w:t>үй</w:t>
      </w:r>
      <w:proofErr w:type="spellEnd"/>
      <w:r w:rsidRPr="00450AE3">
        <w:rPr>
          <w:sz w:val="28"/>
          <w:szCs w:val="28"/>
        </w:rPr>
        <w:t>.</w:t>
      </w:r>
    </w:p>
    <w:p w14:paraId="06B23A83" w14:textId="77777777" w:rsidR="00BE72FA" w:rsidRPr="00450AE3" w:rsidRDefault="00BE72FA" w:rsidP="00BE72FA">
      <w:pPr>
        <w:ind w:firstLine="709"/>
        <w:jc w:val="both"/>
        <w:rPr>
          <w:sz w:val="28"/>
          <w:szCs w:val="28"/>
        </w:rPr>
      </w:pPr>
    </w:p>
    <w:p w14:paraId="7E7B76A6" w14:textId="77777777" w:rsidR="00BE72FA" w:rsidRPr="00450AE3" w:rsidRDefault="00BE72FA" w:rsidP="00BE72FA">
      <w:pPr>
        <w:keepNext/>
        <w:ind w:firstLine="709"/>
        <w:jc w:val="center"/>
        <w:rPr>
          <w:sz w:val="28"/>
          <w:szCs w:val="28"/>
        </w:rPr>
      </w:pPr>
      <w:r w:rsidRPr="00450AE3">
        <w:rPr>
          <w:sz w:val="28"/>
          <w:szCs w:val="28"/>
        </w:rPr>
        <w:t xml:space="preserve">№ 230 </w:t>
      </w:r>
      <w:proofErr w:type="spellStart"/>
      <w:r w:rsidRPr="00450AE3">
        <w:rPr>
          <w:sz w:val="28"/>
          <w:szCs w:val="28"/>
        </w:rPr>
        <w:t>сайлау</w:t>
      </w:r>
      <w:proofErr w:type="spellEnd"/>
      <w:r w:rsidRPr="00450AE3">
        <w:rPr>
          <w:sz w:val="28"/>
          <w:szCs w:val="28"/>
        </w:rPr>
        <w:t xml:space="preserve"> </w:t>
      </w:r>
      <w:proofErr w:type="spellStart"/>
      <w:r w:rsidRPr="00450AE3">
        <w:rPr>
          <w:sz w:val="28"/>
          <w:szCs w:val="28"/>
        </w:rPr>
        <w:t>учаскесі</w:t>
      </w:r>
      <w:proofErr w:type="spellEnd"/>
    </w:p>
    <w:p w14:paraId="6183ADF2"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33 жалпы орта білім беретін мектеп» коммуналдық мемлекеттік мекемесі, Ә. Қашаубаев көшесі, № 28а)</w:t>
      </w:r>
    </w:p>
    <w:p w14:paraId="13B50FA2" w14:textId="77777777" w:rsidR="00BE72FA" w:rsidRPr="00450AE3" w:rsidRDefault="00BE72FA" w:rsidP="00BE72FA">
      <w:pPr>
        <w:ind w:firstLine="709"/>
        <w:jc w:val="center"/>
        <w:rPr>
          <w:sz w:val="28"/>
          <w:szCs w:val="28"/>
          <w:lang w:val="kk-KZ"/>
        </w:rPr>
      </w:pPr>
    </w:p>
    <w:p w14:paraId="242570DA"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Е-615 көшеден оңтүстік-батыс айналма жолы трассасы бойымен Жантай батыр көшесіне дейін, Жантай батыр көшесінің тақ сандар </w:t>
      </w:r>
      <w:r w:rsidRPr="00450AE3">
        <w:rPr>
          <w:sz w:val="28"/>
          <w:szCs w:val="28"/>
          <w:lang w:val="kk-KZ"/>
        </w:rPr>
        <w:lastRenderedPageBreak/>
        <w:t>жағымен Сырым батыр көшесіне дейін, Сырым батыр көшесінің жұп сандар жағымен Бойтұмар көшесіне дейін, Бойтұмар көшесінен Ақтамберді жырау көшесіне дейін, Ақтамберді жырау көшесінің тақ сандар жағымен Ақтамберді жырау көшесіндегі № 49 үйге дейін, Ақтамберді жырау көшесіндегі № 49 үйден өтпе жолмен Сырым батыр көшесіне дейін, Сырым батыр көшесінің тақ сандар жағымен Доспамбет жырау көшесіне дейін, Доспамбет жырау көшесінің тақ сандар жағымен Е-615 көшеге дейін, Е-615 көше бойымен оңтүстік-батыс айналма жолы трассасына дейін.</w:t>
      </w:r>
    </w:p>
    <w:p w14:paraId="4B671B1C" w14:textId="77777777" w:rsidR="00BE72FA" w:rsidRPr="00450AE3" w:rsidRDefault="00BE72FA" w:rsidP="00BE72FA">
      <w:pPr>
        <w:jc w:val="both"/>
        <w:rPr>
          <w:sz w:val="28"/>
          <w:szCs w:val="28"/>
          <w:lang w:val="kk-KZ"/>
        </w:rPr>
      </w:pPr>
    </w:p>
    <w:p w14:paraId="4D87D8B0" w14:textId="77777777" w:rsidR="00BE72FA" w:rsidRPr="00450AE3" w:rsidRDefault="00BE72FA" w:rsidP="00BE72FA">
      <w:pPr>
        <w:keepNext/>
        <w:ind w:firstLine="709"/>
        <w:jc w:val="center"/>
        <w:rPr>
          <w:sz w:val="28"/>
          <w:szCs w:val="28"/>
          <w:lang w:val="kk-KZ"/>
        </w:rPr>
      </w:pPr>
      <w:r w:rsidRPr="00450AE3">
        <w:rPr>
          <w:sz w:val="28"/>
          <w:szCs w:val="28"/>
          <w:lang w:val="kk-KZ"/>
        </w:rPr>
        <w:t>№ 231 сайлау учаскесі</w:t>
      </w:r>
    </w:p>
    <w:p w14:paraId="6F90B7C5"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«QUANTUM STEM» жауапкершілігі шектеулі серіктестігінің «</w:t>
      </w:r>
      <w:proofErr w:type="spellStart"/>
      <w:r w:rsidRPr="00450AE3">
        <w:rPr>
          <w:sz w:val="28"/>
          <w:szCs w:val="28"/>
          <w:lang w:val="kk-KZ"/>
        </w:rPr>
        <w:t>Quantum</w:t>
      </w:r>
      <w:proofErr w:type="spellEnd"/>
      <w:r w:rsidRPr="00450AE3">
        <w:rPr>
          <w:sz w:val="28"/>
          <w:szCs w:val="28"/>
          <w:lang w:val="kk-KZ"/>
        </w:rPr>
        <w:t xml:space="preserve"> STEM </w:t>
      </w:r>
      <w:proofErr w:type="spellStart"/>
      <w:r w:rsidRPr="00450AE3">
        <w:rPr>
          <w:sz w:val="28"/>
          <w:szCs w:val="28"/>
          <w:lang w:val="kk-KZ"/>
        </w:rPr>
        <w:t>School</w:t>
      </w:r>
      <w:proofErr w:type="spellEnd"/>
      <w:r w:rsidRPr="00450AE3">
        <w:rPr>
          <w:sz w:val="28"/>
          <w:szCs w:val="28"/>
          <w:lang w:val="kk-KZ"/>
        </w:rPr>
        <w:t>» жекеменшік мектебі, Е-899 көше, № 2)</w:t>
      </w:r>
    </w:p>
    <w:p w14:paraId="1DE6E69F" w14:textId="77777777" w:rsidR="00BE72FA" w:rsidRPr="00450AE3" w:rsidRDefault="00BE72FA" w:rsidP="00BE72FA">
      <w:pPr>
        <w:rPr>
          <w:sz w:val="28"/>
          <w:szCs w:val="28"/>
          <w:lang w:val="kk-KZ"/>
        </w:rPr>
      </w:pPr>
    </w:p>
    <w:p w14:paraId="3E2A2486"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Сығанақ көшесі, № 11, 13 үйлер, Әнет баба көшесі, </w:t>
      </w:r>
      <w:r w:rsidRPr="00450AE3">
        <w:rPr>
          <w:sz w:val="28"/>
          <w:szCs w:val="28"/>
          <w:lang w:val="kk-KZ"/>
        </w:rPr>
        <w:br/>
        <w:t>№ 1, 3 үйлер, А. Сейдімбек көшесі, № 7, 7/1, 7/2 үйлер.</w:t>
      </w:r>
    </w:p>
    <w:p w14:paraId="71C7FC72" w14:textId="77777777" w:rsidR="00BE72FA" w:rsidRPr="00450AE3" w:rsidRDefault="00BE72FA" w:rsidP="00BE72FA">
      <w:pPr>
        <w:jc w:val="both"/>
        <w:rPr>
          <w:sz w:val="28"/>
          <w:szCs w:val="28"/>
          <w:lang w:val="kk-KZ"/>
        </w:rPr>
      </w:pPr>
    </w:p>
    <w:p w14:paraId="202CA477" w14:textId="77777777" w:rsidR="00BE72FA" w:rsidRPr="00450AE3" w:rsidRDefault="00BE72FA" w:rsidP="00BE72FA">
      <w:pPr>
        <w:keepNext/>
        <w:ind w:firstLine="709"/>
        <w:jc w:val="center"/>
        <w:rPr>
          <w:sz w:val="28"/>
          <w:szCs w:val="28"/>
          <w:lang w:val="kk-KZ"/>
        </w:rPr>
      </w:pPr>
      <w:r w:rsidRPr="00450AE3">
        <w:rPr>
          <w:sz w:val="28"/>
          <w:szCs w:val="28"/>
          <w:lang w:val="kk-KZ"/>
        </w:rPr>
        <w:t>№ 232 сайлау учаскесі</w:t>
      </w:r>
    </w:p>
    <w:p w14:paraId="6BAE373A"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71 мектеп-лицей» шаруашылық жүргізу құқығындағы мемлекеттік коммуналдық кәсіпорны, </w:t>
      </w:r>
    </w:p>
    <w:p w14:paraId="1589AFA6" w14:textId="77777777" w:rsidR="00BE72FA" w:rsidRPr="00450AE3" w:rsidRDefault="00BE72FA" w:rsidP="00BE72FA">
      <w:pPr>
        <w:keepNext/>
        <w:ind w:firstLine="709"/>
        <w:jc w:val="center"/>
        <w:rPr>
          <w:sz w:val="28"/>
          <w:szCs w:val="28"/>
          <w:lang w:val="kk-KZ"/>
        </w:rPr>
      </w:pPr>
      <w:r w:rsidRPr="00450AE3">
        <w:rPr>
          <w:sz w:val="28"/>
          <w:szCs w:val="28"/>
          <w:lang w:val="kk-KZ"/>
        </w:rPr>
        <w:t>І. Омаров көшесі, № 4)</w:t>
      </w:r>
    </w:p>
    <w:p w14:paraId="5E242548" w14:textId="77777777" w:rsidR="00BE72FA" w:rsidRPr="00450AE3" w:rsidRDefault="00BE72FA" w:rsidP="00BE72FA">
      <w:pPr>
        <w:ind w:firstLine="709"/>
        <w:jc w:val="center"/>
        <w:rPr>
          <w:sz w:val="28"/>
          <w:szCs w:val="28"/>
          <w:lang w:val="kk-KZ"/>
        </w:rPr>
      </w:pPr>
    </w:p>
    <w:p w14:paraId="2BB71AEB"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Күлтегін көшесі, № 11/1, 11А, 13, 15 үйлер, І. Омаров көшесі, </w:t>
      </w:r>
      <w:r>
        <w:rPr>
          <w:sz w:val="28"/>
          <w:szCs w:val="28"/>
          <w:lang w:val="kk-KZ"/>
        </w:rPr>
        <w:br/>
      </w:r>
      <w:r w:rsidRPr="00450AE3">
        <w:rPr>
          <w:sz w:val="28"/>
          <w:szCs w:val="28"/>
          <w:lang w:val="kk-KZ"/>
        </w:rPr>
        <w:t>№ 4, 6/2 үйлер.</w:t>
      </w:r>
    </w:p>
    <w:p w14:paraId="2A906218" w14:textId="77777777" w:rsidR="00BE72FA" w:rsidRDefault="00BE72FA" w:rsidP="00BE72FA">
      <w:pPr>
        <w:ind w:firstLine="709"/>
        <w:jc w:val="center"/>
        <w:rPr>
          <w:sz w:val="28"/>
          <w:szCs w:val="28"/>
          <w:lang w:val="kk-KZ"/>
        </w:rPr>
      </w:pPr>
    </w:p>
    <w:p w14:paraId="000FF975" w14:textId="77777777" w:rsidR="00BE72FA" w:rsidRPr="00450AE3" w:rsidRDefault="00BE72FA" w:rsidP="00BE72FA">
      <w:pPr>
        <w:keepNext/>
        <w:ind w:firstLine="709"/>
        <w:jc w:val="center"/>
        <w:rPr>
          <w:sz w:val="28"/>
          <w:szCs w:val="28"/>
          <w:lang w:val="kk-KZ"/>
        </w:rPr>
      </w:pPr>
      <w:r w:rsidRPr="00450AE3">
        <w:rPr>
          <w:sz w:val="28"/>
          <w:szCs w:val="28"/>
          <w:lang w:val="kk-KZ"/>
        </w:rPr>
        <w:t>№ 233 сайлау учаскесі</w:t>
      </w:r>
    </w:p>
    <w:p w14:paraId="7FE19C98"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97 мектеп-гимназия» шаруашылық жүргізу құқығындағы мемлекеттік коммуналдық кәсіпорны, </w:t>
      </w:r>
    </w:p>
    <w:p w14:paraId="0D418209" w14:textId="77777777" w:rsidR="00BE72FA" w:rsidRPr="00450AE3" w:rsidRDefault="00BE72FA" w:rsidP="00BE72FA">
      <w:pPr>
        <w:keepNext/>
        <w:ind w:firstLine="709"/>
        <w:jc w:val="center"/>
        <w:rPr>
          <w:sz w:val="28"/>
          <w:szCs w:val="28"/>
          <w:lang w:val="kk-KZ"/>
        </w:rPr>
      </w:pPr>
      <w:r w:rsidRPr="00450AE3">
        <w:rPr>
          <w:sz w:val="28"/>
          <w:szCs w:val="28"/>
          <w:lang w:val="kk-KZ"/>
        </w:rPr>
        <w:t>Тұран даңғылы, № 42/1)</w:t>
      </w:r>
    </w:p>
    <w:p w14:paraId="25265C7A" w14:textId="77777777" w:rsidR="00BE72FA" w:rsidRPr="00450AE3" w:rsidRDefault="00BE72FA" w:rsidP="00BE72FA">
      <w:pPr>
        <w:ind w:firstLine="709"/>
        <w:jc w:val="center"/>
        <w:rPr>
          <w:sz w:val="28"/>
          <w:szCs w:val="28"/>
          <w:lang w:val="kk-KZ"/>
        </w:rPr>
      </w:pPr>
    </w:p>
    <w:p w14:paraId="4BB6798E"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Орынбор көшесіндегі № 8Б үйден Қабанбай батыр даңғылындағы № 46Б/2 үйге дейін, Қабанбай батыр даңғылындағы </w:t>
      </w:r>
      <w:r w:rsidRPr="00450AE3">
        <w:rPr>
          <w:sz w:val="28"/>
          <w:szCs w:val="28"/>
          <w:lang w:val="kk-KZ"/>
        </w:rPr>
        <w:br/>
        <w:t>№ 46Б/2 үйден Тұран даңғылына дейін, Тұран даңғылының жұп сандар жағымен Орынбор көшесіне дейін, Тұран даңғылынан Орынбор көшесінің жұп сандар жағымен Орынбор көшесіндегі № 8Б үйге дейін.</w:t>
      </w:r>
    </w:p>
    <w:p w14:paraId="32621022" w14:textId="77777777" w:rsidR="00BE72FA" w:rsidRPr="00450AE3" w:rsidRDefault="00BE72FA" w:rsidP="00BE72FA">
      <w:pPr>
        <w:ind w:firstLine="709"/>
        <w:jc w:val="center"/>
        <w:rPr>
          <w:sz w:val="28"/>
          <w:szCs w:val="28"/>
          <w:lang w:val="kk-KZ"/>
        </w:rPr>
      </w:pPr>
    </w:p>
    <w:p w14:paraId="7711B021" w14:textId="77777777" w:rsidR="00BE72FA" w:rsidRPr="00450AE3" w:rsidRDefault="00BE72FA" w:rsidP="00BE72FA">
      <w:pPr>
        <w:keepNext/>
        <w:ind w:firstLine="709"/>
        <w:jc w:val="center"/>
        <w:rPr>
          <w:sz w:val="28"/>
          <w:szCs w:val="28"/>
          <w:lang w:val="kk-KZ"/>
        </w:rPr>
      </w:pPr>
      <w:r w:rsidRPr="00450AE3">
        <w:rPr>
          <w:sz w:val="28"/>
          <w:szCs w:val="28"/>
          <w:lang w:val="kk-KZ"/>
        </w:rPr>
        <w:t>№ 234 сайлау учаскесі</w:t>
      </w:r>
    </w:p>
    <w:p w14:paraId="7C9EE2A3"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115 жалпы орта білім беретін мектеп» коммуналдық мемлекеттік мекемесі, Күлтегін көшесі, № 18)</w:t>
      </w:r>
    </w:p>
    <w:p w14:paraId="766982C5" w14:textId="77777777" w:rsidR="00BE72FA" w:rsidRPr="00450AE3" w:rsidRDefault="00BE72FA" w:rsidP="00BE72FA">
      <w:pPr>
        <w:ind w:firstLine="709"/>
        <w:jc w:val="center"/>
        <w:rPr>
          <w:sz w:val="28"/>
          <w:szCs w:val="28"/>
          <w:lang w:val="kk-KZ"/>
        </w:rPr>
      </w:pPr>
    </w:p>
    <w:p w14:paraId="48CAADA3" w14:textId="77777777" w:rsidR="00BE72FA" w:rsidRPr="00450AE3" w:rsidRDefault="00BE72FA" w:rsidP="00BE72FA">
      <w:pPr>
        <w:ind w:firstLine="709"/>
        <w:jc w:val="both"/>
        <w:rPr>
          <w:sz w:val="28"/>
          <w:szCs w:val="28"/>
          <w:lang w:val="kk-KZ"/>
        </w:rPr>
      </w:pPr>
      <w:r w:rsidRPr="00450AE3">
        <w:rPr>
          <w:sz w:val="28"/>
          <w:szCs w:val="28"/>
          <w:lang w:val="kk-KZ"/>
        </w:rPr>
        <w:t>Шекарасы: Қ. Мұхамедханов көшесі, № 12, 12/3 үйлер, Әйтеке би көшесі, № 3 үй, С. Асфендияров көшесі, № 11 үй, Е-797 көше, № 2 үй.</w:t>
      </w:r>
    </w:p>
    <w:p w14:paraId="2274199D" w14:textId="77777777" w:rsidR="00BE72FA" w:rsidRDefault="00BE72FA" w:rsidP="00BE72FA">
      <w:pPr>
        <w:ind w:firstLine="709"/>
        <w:jc w:val="center"/>
        <w:rPr>
          <w:sz w:val="28"/>
          <w:szCs w:val="28"/>
          <w:lang w:val="kk-KZ"/>
        </w:rPr>
      </w:pPr>
    </w:p>
    <w:p w14:paraId="5B0755E1" w14:textId="77777777" w:rsidR="00BE72FA" w:rsidRPr="00450AE3" w:rsidRDefault="00BE72FA" w:rsidP="00BE72FA">
      <w:pPr>
        <w:keepNext/>
        <w:ind w:firstLine="709"/>
        <w:jc w:val="center"/>
        <w:rPr>
          <w:sz w:val="28"/>
          <w:szCs w:val="28"/>
          <w:lang w:val="kk-KZ"/>
        </w:rPr>
      </w:pPr>
      <w:r w:rsidRPr="00450AE3">
        <w:rPr>
          <w:sz w:val="28"/>
          <w:szCs w:val="28"/>
          <w:lang w:val="kk-KZ"/>
        </w:rPr>
        <w:lastRenderedPageBreak/>
        <w:t>№ 235 сайлау учаскесі</w:t>
      </w:r>
    </w:p>
    <w:p w14:paraId="43767B45"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111 жалпы орта білім беретін мектеп» шаруашылық жүргізу құқығындағы мемлекеттік коммуналдық кәсіпорны, Төле би көшесі, № 32)</w:t>
      </w:r>
    </w:p>
    <w:p w14:paraId="3363DA70" w14:textId="77777777" w:rsidR="00BE72FA" w:rsidRPr="00450AE3" w:rsidRDefault="00BE72FA" w:rsidP="00BE72FA">
      <w:pPr>
        <w:ind w:firstLine="709"/>
        <w:jc w:val="center"/>
        <w:rPr>
          <w:sz w:val="28"/>
          <w:szCs w:val="28"/>
          <w:lang w:val="kk-KZ"/>
        </w:rPr>
      </w:pPr>
    </w:p>
    <w:p w14:paraId="18BFC266"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Р. Бағланова көшесі, № 2, 4 үйлер, Тұран даңғылы, </w:t>
      </w:r>
      <w:r w:rsidRPr="00450AE3">
        <w:rPr>
          <w:sz w:val="28"/>
          <w:szCs w:val="28"/>
          <w:lang w:val="kk-KZ"/>
        </w:rPr>
        <w:br/>
        <w:t>№ 55/10, 55/11, 55/12, 55К, 55Е үйлер.</w:t>
      </w:r>
    </w:p>
    <w:p w14:paraId="0F917004" w14:textId="77777777" w:rsidR="00BE72FA" w:rsidRPr="00450AE3" w:rsidRDefault="00BE72FA" w:rsidP="00BE72FA">
      <w:pPr>
        <w:jc w:val="both"/>
        <w:rPr>
          <w:sz w:val="28"/>
          <w:szCs w:val="28"/>
          <w:lang w:val="kk-KZ"/>
        </w:rPr>
      </w:pPr>
    </w:p>
    <w:p w14:paraId="5982FC54" w14:textId="77777777" w:rsidR="00BE72FA" w:rsidRPr="00450AE3" w:rsidRDefault="00BE72FA" w:rsidP="00BE72FA">
      <w:pPr>
        <w:keepNext/>
        <w:ind w:firstLine="709"/>
        <w:jc w:val="center"/>
        <w:rPr>
          <w:sz w:val="28"/>
          <w:szCs w:val="28"/>
          <w:lang w:val="kk-KZ"/>
        </w:rPr>
      </w:pPr>
      <w:r w:rsidRPr="00450AE3">
        <w:rPr>
          <w:sz w:val="28"/>
          <w:szCs w:val="28"/>
          <w:lang w:val="kk-KZ"/>
        </w:rPr>
        <w:t>№ 236 сайлау учаскесі</w:t>
      </w:r>
    </w:p>
    <w:p w14:paraId="1117092C"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«Кәсіптік-техникалық колледжі» шаруашылық жүргізу құқығындағы мемлекеттік коммуналдық кәсіпорны, Қорғалжын тас жолы, № 22)</w:t>
      </w:r>
    </w:p>
    <w:p w14:paraId="3BC78A9E" w14:textId="77777777" w:rsidR="00BE72FA" w:rsidRPr="00450AE3" w:rsidRDefault="00BE72FA" w:rsidP="00BE72FA">
      <w:pPr>
        <w:ind w:firstLine="709"/>
        <w:jc w:val="center"/>
        <w:rPr>
          <w:sz w:val="28"/>
          <w:szCs w:val="28"/>
          <w:lang w:val="kk-KZ"/>
        </w:rPr>
      </w:pPr>
    </w:p>
    <w:p w14:paraId="711D9AA0"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Есіл өзенінің арнасынан Ш. Айтматов көшесінің жұп сандар жағымен Ш. Айтматов көшесіндегі № 48 үйге дейін, Ш. Айтматов көшесіндегі </w:t>
      </w:r>
      <w:r w:rsidRPr="00450AE3">
        <w:rPr>
          <w:sz w:val="28"/>
          <w:szCs w:val="28"/>
          <w:lang w:val="kk-KZ"/>
        </w:rPr>
        <w:br/>
        <w:t>№ 48 үйден өтпе жолмен Есіл өзенінің арнасына дейін, Есіл өзенінің арнасы бойымен Ш. Айтматов көшесіне дейін.</w:t>
      </w:r>
    </w:p>
    <w:p w14:paraId="17C1D40E" w14:textId="77777777" w:rsidR="00BE72FA" w:rsidRPr="00450AE3" w:rsidRDefault="00BE72FA" w:rsidP="00BE72FA">
      <w:pPr>
        <w:ind w:firstLine="709"/>
        <w:jc w:val="both"/>
        <w:rPr>
          <w:sz w:val="28"/>
          <w:szCs w:val="28"/>
          <w:lang w:val="kk-KZ"/>
        </w:rPr>
      </w:pPr>
    </w:p>
    <w:p w14:paraId="01F0CE2B" w14:textId="77777777" w:rsidR="00BE72FA" w:rsidRPr="00450AE3" w:rsidRDefault="00BE72FA" w:rsidP="00BE72FA">
      <w:pPr>
        <w:keepNext/>
        <w:ind w:firstLine="709"/>
        <w:jc w:val="center"/>
        <w:rPr>
          <w:sz w:val="28"/>
          <w:szCs w:val="28"/>
          <w:lang w:val="kk-KZ"/>
        </w:rPr>
      </w:pPr>
      <w:r w:rsidRPr="00450AE3">
        <w:rPr>
          <w:sz w:val="28"/>
          <w:szCs w:val="28"/>
          <w:lang w:val="kk-KZ"/>
        </w:rPr>
        <w:t>№ 237 сайлау учаскесі</w:t>
      </w:r>
    </w:p>
    <w:p w14:paraId="0E21FA20"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«Алау» мұзайдыны, Қабанбай батыр даңғылы, № 47)</w:t>
      </w:r>
    </w:p>
    <w:p w14:paraId="48856170" w14:textId="77777777" w:rsidR="00BE72FA" w:rsidRPr="00450AE3" w:rsidRDefault="00BE72FA" w:rsidP="00BE72FA">
      <w:pPr>
        <w:ind w:firstLine="709"/>
        <w:jc w:val="center"/>
        <w:rPr>
          <w:sz w:val="28"/>
          <w:szCs w:val="28"/>
          <w:lang w:val="kk-KZ"/>
        </w:rPr>
      </w:pPr>
    </w:p>
    <w:p w14:paraId="3FF7DEED" w14:textId="77777777" w:rsidR="00BE72FA" w:rsidRPr="00450AE3" w:rsidRDefault="00BE72FA" w:rsidP="00BE72FA">
      <w:pPr>
        <w:ind w:firstLine="709"/>
        <w:jc w:val="both"/>
        <w:rPr>
          <w:sz w:val="28"/>
          <w:szCs w:val="28"/>
          <w:lang w:val="kk-KZ"/>
        </w:rPr>
      </w:pPr>
      <w:r w:rsidRPr="00450AE3">
        <w:rPr>
          <w:sz w:val="28"/>
          <w:szCs w:val="28"/>
          <w:lang w:val="kk-KZ"/>
        </w:rPr>
        <w:t>Шекарасы: Ұлы Дала даңғылы, № 33, 33/1, 35 үйлер, Қабанбай батыр даңғылы, № 51 үй.</w:t>
      </w:r>
    </w:p>
    <w:p w14:paraId="233010C0" w14:textId="77777777" w:rsidR="00BE72FA" w:rsidRDefault="00BE72FA" w:rsidP="00BE72FA">
      <w:pPr>
        <w:ind w:firstLine="709"/>
        <w:jc w:val="center"/>
        <w:rPr>
          <w:sz w:val="28"/>
          <w:szCs w:val="28"/>
          <w:lang w:val="kk-KZ"/>
        </w:rPr>
      </w:pPr>
    </w:p>
    <w:p w14:paraId="05FF69C0" w14:textId="77777777" w:rsidR="00BE72FA" w:rsidRPr="00450AE3" w:rsidRDefault="00BE72FA" w:rsidP="00BE72FA">
      <w:pPr>
        <w:keepNext/>
        <w:ind w:firstLine="709"/>
        <w:jc w:val="center"/>
        <w:rPr>
          <w:sz w:val="28"/>
          <w:szCs w:val="28"/>
          <w:lang w:val="kk-KZ"/>
        </w:rPr>
      </w:pPr>
      <w:r w:rsidRPr="00450AE3">
        <w:rPr>
          <w:sz w:val="28"/>
          <w:szCs w:val="28"/>
          <w:lang w:val="kk-KZ"/>
        </w:rPr>
        <w:t>№ 238 сайлау учаскесі</w:t>
      </w:r>
    </w:p>
    <w:p w14:paraId="32888F9E"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«BINOM EDUCATION» жауапкершілігі шектеулі серіктестігінің Ы. Алтынсарин атындағы «BINOM SCHOOL» мектеп-лицейі, Төле би көшесі, № 42)</w:t>
      </w:r>
    </w:p>
    <w:p w14:paraId="3BFA61F6" w14:textId="77777777" w:rsidR="00BE72FA" w:rsidRPr="00450AE3" w:rsidRDefault="00BE72FA" w:rsidP="00BE72FA">
      <w:pPr>
        <w:ind w:firstLine="709"/>
        <w:jc w:val="center"/>
        <w:rPr>
          <w:sz w:val="28"/>
          <w:szCs w:val="28"/>
          <w:lang w:val="kk-KZ"/>
        </w:rPr>
      </w:pPr>
    </w:p>
    <w:p w14:paraId="0F8CF1BD"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Қазыбек би көшесі, № 3, 3/1, 3/2, 5а үйлер, Төле би көшесі, </w:t>
      </w:r>
      <w:r w:rsidRPr="00450AE3">
        <w:rPr>
          <w:sz w:val="28"/>
          <w:szCs w:val="28"/>
          <w:lang w:val="kk-KZ"/>
        </w:rPr>
        <w:br/>
        <w:t>№ 51, 53, 55 үйлер.</w:t>
      </w:r>
    </w:p>
    <w:p w14:paraId="2D228B32" w14:textId="77777777" w:rsidR="00BE72FA" w:rsidRPr="00450AE3" w:rsidRDefault="00BE72FA" w:rsidP="00BE72FA">
      <w:pPr>
        <w:jc w:val="both"/>
        <w:rPr>
          <w:sz w:val="28"/>
          <w:szCs w:val="28"/>
          <w:lang w:val="kk-KZ"/>
        </w:rPr>
      </w:pPr>
    </w:p>
    <w:p w14:paraId="2142C519" w14:textId="77777777" w:rsidR="00BE72FA" w:rsidRPr="00450AE3" w:rsidRDefault="00BE72FA" w:rsidP="00BE72FA">
      <w:pPr>
        <w:keepNext/>
        <w:ind w:firstLine="709"/>
        <w:jc w:val="center"/>
        <w:rPr>
          <w:sz w:val="28"/>
          <w:szCs w:val="28"/>
          <w:lang w:val="kk-KZ"/>
        </w:rPr>
      </w:pPr>
      <w:r w:rsidRPr="00450AE3">
        <w:rPr>
          <w:sz w:val="28"/>
          <w:szCs w:val="28"/>
          <w:lang w:val="kk-KZ"/>
        </w:rPr>
        <w:t>№ 239 сайлау учаскесі</w:t>
      </w:r>
    </w:p>
    <w:p w14:paraId="199011F2"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45 жалпы орта білім беретін мектеп» коммуналдық мемлекеттік мекемесі, Төле би көшесі, № 25/2)</w:t>
      </w:r>
    </w:p>
    <w:p w14:paraId="470D3DCA" w14:textId="77777777" w:rsidR="00BE72FA" w:rsidRPr="00450AE3" w:rsidRDefault="00BE72FA" w:rsidP="00BE72FA">
      <w:pPr>
        <w:rPr>
          <w:sz w:val="28"/>
          <w:szCs w:val="28"/>
          <w:lang w:val="kk-KZ"/>
        </w:rPr>
      </w:pPr>
    </w:p>
    <w:p w14:paraId="62085628" w14:textId="77777777" w:rsidR="00BE72FA" w:rsidRPr="00450AE3" w:rsidRDefault="00BE72FA" w:rsidP="00BE72FA">
      <w:pPr>
        <w:ind w:firstLine="709"/>
        <w:jc w:val="both"/>
        <w:rPr>
          <w:sz w:val="28"/>
          <w:szCs w:val="28"/>
          <w:lang w:val="kk-KZ"/>
        </w:rPr>
      </w:pPr>
      <w:r w:rsidRPr="00450AE3">
        <w:rPr>
          <w:sz w:val="28"/>
          <w:szCs w:val="28"/>
          <w:lang w:val="kk-KZ"/>
        </w:rPr>
        <w:t>Шекарасы:</w:t>
      </w:r>
      <w:r w:rsidRPr="00450AE3">
        <w:rPr>
          <w:lang w:val="kk-KZ"/>
        </w:rPr>
        <w:t xml:space="preserve"> </w:t>
      </w:r>
      <w:r w:rsidRPr="00450AE3">
        <w:rPr>
          <w:sz w:val="28"/>
          <w:szCs w:val="28"/>
          <w:lang w:val="kk-KZ"/>
        </w:rPr>
        <w:t>Төле би көшесінен Ұлы Дала даңғылының жұп сандар жағымен Тұран даңғылына дейін, Тұран даңғылының тақ сандар жағымен Тұран даңғылындағы № 81 үйге дейін, Тұран даңғылындағы № 81 үйден өтпе жолмен Төле би көшесіне дейін, Төле би көшесінің жұп сандар жағымен Ұлы Дала даңғылына дейін.</w:t>
      </w:r>
    </w:p>
    <w:p w14:paraId="74DE2C52" w14:textId="77777777" w:rsidR="00BE72FA" w:rsidRPr="00450AE3" w:rsidRDefault="00BE72FA" w:rsidP="00BE72FA">
      <w:pPr>
        <w:jc w:val="both"/>
        <w:rPr>
          <w:sz w:val="28"/>
          <w:szCs w:val="28"/>
          <w:lang w:val="kk-KZ"/>
        </w:rPr>
      </w:pPr>
    </w:p>
    <w:p w14:paraId="0A57464B" w14:textId="77777777" w:rsidR="00BE72FA" w:rsidRPr="00450AE3" w:rsidRDefault="00BE72FA" w:rsidP="00BE72FA">
      <w:pPr>
        <w:keepNext/>
        <w:ind w:firstLine="709"/>
        <w:jc w:val="center"/>
        <w:rPr>
          <w:sz w:val="28"/>
          <w:szCs w:val="28"/>
          <w:lang w:val="kk-KZ"/>
        </w:rPr>
      </w:pPr>
      <w:r w:rsidRPr="00450AE3">
        <w:rPr>
          <w:sz w:val="28"/>
          <w:szCs w:val="28"/>
          <w:lang w:val="kk-KZ"/>
        </w:rPr>
        <w:lastRenderedPageBreak/>
        <w:t>№ 240 сайлау учаскесі</w:t>
      </w:r>
    </w:p>
    <w:p w14:paraId="51307281"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101 жалпы орта білім беретін мектеп» коммуналдық мемлекеттік мекемесі, Төле би көшесі, № 57а)</w:t>
      </w:r>
    </w:p>
    <w:p w14:paraId="4AA58EBD" w14:textId="77777777" w:rsidR="00BE72FA" w:rsidRPr="00450AE3" w:rsidRDefault="00BE72FA" w:rsidP="00BE72FA">
      <w:pPr>
        <w:ind w:firstLine="709"/>
        <w:jc w:val="center"/>
        <w:rPr>
          <w:sz w:val="28"/>
          <w:szCs w:val="28"/>
          <w:lang w:val="kk-KZ"/>
        </w:rPr>
      </w:pPr>
    </w:p>
    <w:p w14:paraId="4C61B443" w14:textId="77777777" w:rsidR="00BE72FA" w:rsidRPr="00450AE3" w:rsidRDefault="00BE72FA" w:rsidP="00BE72FA">
      <w:pPr>
        <w:ind w:firstLine="709"/>
        <w:jc w:val="both"/>
        <w:rPr>
          <w:sz w:val="28"/>
          <w:szCs w:val="28"/>
          <w:lang w:val="kk-KZ"/>
        </w:rPr>
      </w:pPr>
      <w:r w:rsidRPr="00450AE3">
        <w:rPr>
          <w:sz w:val="28"/>
          <w:szCs w:val="28"/>
          <w:lang w:val="kk-KZ"/>
        </w:rPr>
        <w:t>Шекарасы: Төле би көшесінен Сығанақ көшесінің тақ сандар жағымен Әнет баба көшесіне дейін, Әнет баба көшесінің жұп сандар жағымен Халифа бен Заид әл-Нахаян көшесіне дейін, Халифа бен Заид әл-Нахаян көшесімен Төле би көшесіне дейін, Төле би көшесінің тақ сандар жағымен Төле би көшесіндегі № 57, 59 үйлерді және Е-900 көшедегі № 2, 4 үйлерді қоса алғанда, Сығанақ көшесіне дейін.</w:t>
      </w:r>
    </w:p>
    <w:p w14:paraId="5B4D52BE" w14:textId="77777777" w:rsidR="00BE72FA" w:rsidRPr="00450AE3" w:rsidRDefault="00BE72FA" w:rsidP="00BE72FA">
      <w:pPr>
        <w:jc w:val="both"/>
        <w:rPr>
          <w:sz w:val="28"/>
          <w:szCs w:val="28"/>
          <w:lang w:val="kk-KZ"/>
        </w:rPr>
      </w:pPr>
    </w:p>
    <w:p w14:paraId="406C2C26" w14:textId="77777777" w:rsidR="00BE72FA" w:rsidRPr="00450AE3" w:rsidRDefault="00BE72FA" w:rsidP="00BE72FA">
      <w:pPr>
        <w:keepNext/>
        <w:ind w:firstLine="709"/>
        <w:jc w:val="center"/>
        <w:rPr>
          <w:sz w:val="28"/>
          <w:szCs w:val="28"/>
          <w:lang w:val="kk-KZ"/>
        </w:rPr>
      </w:pPr>
      <w:r w:rsidRPr="00450AE3">
        <w:rPr>
          <w:sz w:val="28"/>
          <w:szCs w:val="28"/>
          <w:lang w:val="kk-KZ"/>
        </w:rPr>
        <w:t>№ 241 сайлау учаскесі</w:t>
      </w:r>
    </w:p>
    <w:p w14:paraId="10E68194"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«BINOM EDUCATION» жауапкершілігі шектеулі серіктестігінің Ә. Бөкейхан атындағы «BINOM SCHOOL» мектеп-лицейі, </w:t>
      </w:r>
    </w:p>
    <w:p w14:paraId="7605C116" w14:textId="77777777" w:rsidR="00BE72FA" w:rsidRPr="00450AE3" w:rsidRDefault="00BE72FA" w:rsidP="00BE72FA">
      <w:pPr>
        <w:keepNext/>
        <w:ind w:firstLine="709"/>
        <w:jc w:val="center"/>
        <w:rPr>
          <w:sz w:val="28"/>
          <w:szCs w:val="28"/>
          <w:lang w:val="kk-KZ"/>
        </w:rPr>
      </w:pPr>
      <w:r w:rsidRPr="00450AE3">
        <w:rPr>
          <w:sz w:val="28"/>
          <w:szCs w:val="28"/>
          <w:lang w:val="kk-KZ"/>
        </w:rPr>
        <w:t>Ш. Шөкин көшесі, № 5)</w:t>
      </w:r>
    </w:p>
    <w:p w14:paraId="55CD5D48" w14:textId="77777777" w:rsidR="00BE72FA" w:rsidRPr="00450AE3" w:rsidRDefault="00BE72FA" w:rsidP="00BE72FA">
      <w:pPr>
        <w:ind w:firstLine="709"/>
        <w:jc w:val="center"/>
        <w:rPr>
          <w:sz w:val="28"/>
          <w:szCs w:val="28"/>
          <w:lang w:val="kk-KZ"/>
        </w:rPr>
      </w:pPr>
    </w:p>
    <w:p w14:paraId="42806966" w14:textId="77777777" w:rsidR="00BE72FA" w:rsidRPr="00450AE3" w:rsidRDefault="00BE72FA" w:rsidP="00BE72FA">
      <w:pPr>
        <w:ind w:firstLine="709"/>
        <w:jc w:val="both"/>
        <w:rPr>
          <w:sz w:val="28"/>
          <w:szCs w:val="28"/>
          <w:lang w:val="kk-KZ"/>
        </w:rPr>
      </w:pPr>
      <w:r w:rsidRPr="00450AE3">
        <w:rPr>
          <w:sz w:val="28"/>
          <w:szCs w:val="28"/>
          <w:lang w:val="kk-KZ"/>
        </w:rPr>
        <w:t>Шекарасы: Е-36 көше, № 2, 2/1, 5, 9, 9/1, 9/2 үйлер, М. Мәметова көшесі, № 12 үй.</w:t>
      </w:r>
    </w:p>
    <w:p w14:paraId="53584A84" w14:textId="77777777" w:rsidR="00BE72FA" w:rsidRPr="00450AE3" w:rsidRDefault="00BE72FA" w:rsidP="00BE72FA">
      <w:pPr>
        <w:ind w:firstLine="709"/>
        <w:jc w:val="both"/>
        <w:rPr>
          <w:sz w:val="28"/>
          <w:szCs w:val="28"/>
          <w:lang w:val="kk-KZ"/>
        </w:rPr>
      </w:pPr>
    </w:p>
    <w:p w14:paraId="7D2F8955" w14:textId="77777777" w:rsidR="00BE72FA" w:rsidRPr="00450AE3" w:rsidRDefault="00BE72FA" w:rsidP="00BE72FA">
      <w:pPr>
        <w:keepNext/>
        <w:ind w:firstLine="709"/>
        <w:jc w:val="center"/>
        <w:rPr>
          <w:sz w:val="28"/>
          <w:szCs w:val="28"/>
          <w:lang w:val="kk-KZ"/>
        </w:rPr>
      </w:pPr>
      <w:r w:rsidRPr="00450AE3">
        <w:rPr>
          <w:sz w:val="28"/>
          <w:szCs w:val="28"/>
          <w:lang w:val="kk-KZ"/>
        </w:rPr>
        <w:t>№ 242 сайлау учаскесі</w:t>
      </w:r>
    </w:p>
    <w:p w14:paraId="23B48ADA"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79 мектеп-лицей» шаруашылық жүргізу құқығындағы мемлекеттік коммуналдық кәсіпорны, </w:t>
      </w:r>
    </w:p>
    <w:p w14:paraId="603F822B" w14:textId="77777777" w:rsidR="00BE72FA" w:rsidRPr="00450AE3" w:rsidRDefault="00BE72FA" w:rsidP="00BE72FA">
      <w:pPr>
        <w:keepNext/>
        <w:ind w:firstLine="709"/>
        <w:jc w:val="center"/>
        <w:rPr>
          <w:sz w:val="28"/>
          <w:szCs w:val="28"/>
          <w:lang w:val="kk-KZ"/>
        </w:rPr>
      </w:pPr>
      <w:r w:rsidRPr="00450AE3">
        <w:rPr>
          <w:sz w:val="28"/>
          <w:szCs w:val="28"/>
          <w:lang w:val="kk-KZ"/>
        </w:rPr>
        <w:t>М. Нәрікбаев көшесі, № 3)</w:t>
      </w:r>
    </w:p>
    <w:p w14:paraId="7F719591" w14:textId="77777777" w:rsidR="00BE72FA" w:rsidRPr="00450AE3" w:rsidRDefault="00BE72FA" w:rsidP="00BE72FA">
      <w:pPr>
        <w:ind w:firstLine="709"/>
        <w:jc w:val="center"/>
        <w:rPr>
          <w:sz w:val="28"/>
          <w:szCs w:val="28"/>
          <w:lang w:val="kk-KZ"/>
        </w:rPr>
      </w:pPr>
    </w:p>
    <w:p w14:paraId="4383D5BC"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 Мұхамедханов көшесі, № 21, 21/2, 23 үйлер, Е-489 көше, </w:t>
      </w:r>
      <w:r w:rsidRPr="00450AE3">
        <w:rPr>
          <w:sz w:val="28"/>
          <w:szCs w:val="28"/>
          <w:lang w:val="kk-KZ"/>
        </w:rPr>
        <w:br/>
        <w:t>№ 4 үй.</w:t>
      </w:r>
    </w:p>
    <w:p w14:paraId="33AB6317" w14:textId="77777777" w:rsidR="00BE72FA" w:rsidRPr="00450AE3" w:rsidRDefault="00BE72FA" w:rsidP="00BE72FA">
      <w:pPr>
        <w:keepNext/>
        <w:ind w:firstLine="709"/>
        <w:jc w:val="center"/>
        <w:rPr>
          <w:sz w:val="28"/>
          <w:szCs w:val="28"/>
          <w:lang w:val="kk-KZ"/>
        </w:rPr>
      </w:pPr>
      <w:r w:rsidRPr="00450AE3">
        <w:rPr>
          <w:sz w:val="28"/>
          <w:szCs w:val="28"/>
          <w:lang w:val="kk-KZ"/>
        </w:rPr>
        <w:t>№ 243 сайлау учаскесі</w:t>
      </w:r>
    </w:p>
    <w:p w14:paraId="5105425F"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115 жалпы орта білім беретін мектеп» коммуналдық мемлекеттік мекемесі, Күлтегін көшесі, № 18)</w:t>
      </w:r>
    </w:p>
    <w:p w14:paraId="51D00842" w14:textId="77777777" w:rsidR="00BE72FA" w:rsidRPr="00450AE3" w:rsidRDefault="00BE72FA" w:rsidP="00BE72FA">
      <w:pPr>
        <w:ind w:firstLine="709"/>
        <w:jc w:val="both"/>
        <w:rPr>
          <w:sz w:val="28"/>
          <w:szCs w:val="28"/>
          <w:lang w:val="kk-KZ"/>
        </w:rPr>
      </w:pPr>
    </w:p>
    <w:p w14:paraId="34D9AC56" w14:textId="77777777" w:rsidR="00BE72FA" w:rsidRPr="00450AE3" w:rsidRDefault="00BE72FA" w:rsidP="00BE72FA">
      <w:pPr>
        <w:ind w:firstLine="709"/>
        <w:jc w:val="both"/>
        <w:rPr>
          <w:sz w:val="28"/>
          <w:szCs w:val="28"/>
          <w:lang w:val="kk-KZ"/>
        </w:rPr>
      </w:pPr>
      <w:r w:rsidRPr="00450AE3">
        <w:rPr>
          <w:sz w:val="28"/>
          <w:szCs w:val="28"/>
          <w:lang w:val="kk-KZ"/>
        </w:rPr>
        <w:t>Шекарасы: Қ. Мұхамедханов көшесі, № 8, 10, 10а үйлер, Әнет баба көшесі, № 11/2, 11/3 үйлер, Әйтеке би көшесі, № 5, 7, 9, 11, 14 үйлер, Е-876 көше, № 2, 4, 6 үйлер.</w:t>
      </w:r>
    </w:p>
    <w:p w14:paraId="1DB52959" w14:textId="77777777" w:rsidR="00BE72FA" w:rsidRPr="00450AE3" w:rsidRDefault="00BE72FA" w:rsidP="00BE72FA">
      <w:pPr>
        <w:ind w:firstLine="709"/>
        <w:jc w:val="both"/>
        <w:rPr>
          <w:sz w:val="28"/>
          <w:szCs w:val="28"/>
          <w:lang w:val="kk-KZ"/>
        </w:rPr>
      </w:pPr>
    </w:p>
    <w:p w14:paraId="4A000775" w14:textId="77777777" w:rsidR="00BE72FA" w:rsidRPr="00450AE3" w:rsidRDefault="00BE72FA" w:rsidP="00BE72FA">
      <w:pPr>
        <w:keepNext/>
        <w:ind w:firstLine="709"/>
        <w:jc w:val="center"/>
        <w:rPr>
          <w:sz w:val="28"/>
          <w:szCs w:val="28"/>
          <w:lang w:val="kk-KZ"/>
        </w:rPr>
      </w:pPr>
      <w:r w:rsidRPr="00450AE3">
        <w:rPr>
          <w:sz w:val="28"/>
          <w:szCs w:val="28"/>
          <w:lang w:val="kk-KZ"/>
        </w:rPr>
        <w:t>№ 244 сайлау учаскесі</w:t>
      </w:r>
    </w:p>
    <w:p w14:paraId="7E2B0252"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«Тұрсынбек </w:t>
      </w:r>
      <w:proofErr w:type="spellStart"/>
      <w:r w:rsidRPr="00450AE3">
        <w:rPr>
          <w:sz w:val="28"/>
          <w:szCs w:val="28"/>
          <w:lang w:val="kk-KZ"/>
        </w:rPr>
        <w:t>Кәкішұлы</w:t>
      </w:r>
      <w:proofErr w:type="spellEnd"/>
      <w:r w:rsidRPr="00450AE3">
        <w:rPr>
          <w:sz w:val="28"/>
          <w:szCs w:val="28"/>
          <w:lang w:val="kk-KZ"/>
        </w:rPr>
        <w:t xml:space="preserve"> атындағы № 94 мектеп-лицей» коммуналдық мемлекеттік мекемесі, № 201 көше, № 55)</w:t>
      </w:r>
    </w:p>
    <w:p w14:paraId="5304F66E" w14:textId="77777777" w:rsidR="00BE72FA" w:rsidRPr="00450AE3" w:rsidRDefault="00BE72FA" w:rsidP="00BE72FA">
      <w:pPr>
        <w:ind w:firstLine="709"/>
        <w:jc w:val="center"/>
        <w:rPr>
          <w:sz w:val="28"/>
          <w:szCs w:val="28"/>
          <w:lang w:val="kk-KZ"/>
        </w:rPr>
      </w:pPr>
    </w:p>
    <w:p w14:paraId="006EB082"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Қорғалжын тас жолынан № 108 көшенің бойымен «Нұра» ауданының шекарасына дейін, «Нұра» ауданының шекарасы бойымен Е-615 көшеге дейін, Е-615 көшемен Доспамбет жырау көшесіне дейін, Доспамбет жырау көшесінің тақ сандар жағымен Ж. Шаяхметов көшесіне дейін, Ж. Шаяхметов көшесінің жұп сандар жағымен Е-590 көшеге дейін, Е-590 көшеден Н. Байғанин көшесіне дейін, Н. Байғанин көшесінің жұп сандар </w:t>
      </w:r>
      <w:r w:rsidRPr="00450AE3">
        <w:rPr>
          <w:sz w:val="28"/>
          <w:szCs w:val="28"/>
          <w:lang w:val="kk-KZ"/>
        </w:rPr>
        <w:lastRenderedPageBreak/>
        <w:t>жағымен Қорғалжын тас жолына дейін, Қорғалжын тас жолының жұп сандар жағымен № 108 көшеге дейін.</w:t>
      </w:r>
    </w:p>
    <w:p w14:paraId="317616D6" w14:textId="77777777" w:rsidR="00BE72FA" w:rsidRPr="00450AE3" w:rsidRDefault="00BE72FA" w:rsidP="00BE72FA">
      <w:pPr>
        <w:ind w:firstLine="709"/>
        <w:jc w:val="both"/>
        <w:rPr>
          <w:sz w:val="28"/>
          <w:szCs w:val="28"/>
          <w:lang w:val="kk-KZ"/>
        </w:rPr>
      </w:pPr>
    </w:p>
    <w:p w14:paraId="1A56DEA5" w14:textId="77777777" w:rsidR="00BE72FA" w:rsidRPr="00450AE3" w:rsidRDefault="00BE72FA" w:rsidP="00BE72FA">
      <w:pPr>
        <w:keepNext/>
        <w:ind w:firstLine="709"/>
        <w:jc w:val="center"/>
        <w:rPr>
          <w:sz w:val="28"/>
          <w:szCs w:val="28"/>
          <w:lang w:val="kk-KZ"/>
        </w:rPr>
      </w:pPr>
      <w:r w:rsidRPr="00450AE3">
        <w:rPr>
          <w:sz w:val="28"/>
          <w:szCs w:val="28"/>
          <w:lang w:val="kk-KZ"/>
        </w:rPr>
        <w:t>№ 245 сайлау учаскесі</w:t>
      </w:r>
    </w:p>
    <w:p w14:paraId="11A82930"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Жақсылық Үшкемпіров атындағы Жекпе-жек сарайы,</w:t>
      </w:r>
      <w:r w:rsidRPr="00450AE3">
        <w:rPr>
          <w:sz w:val="28"/>
          <w:szCs w:val="28"/>
          <w:lang w:val="kk-KZ"/>
        </w:rPr>
        <w:br/>
        <w:t xml:space="preserve"> Қабанбай батыр даңғылы, № 43)</w:t>
      </w:r>
    </w:p>
    <w:p w14:paraId="7B40CBF8" w14:textId="77777777" w:rsidR="00BE72FA" w:rsidRPr="00450AE3" w:rsidRDefault="00BE72FA" w:rsidP="00BE72FA">
      <w:pPr>
        <w:ind w:firstLine="709"/>
        <w:jc w:val="center"/>
        <w:rPr>
          <w:sz w:val="28"/>
          <w:szCs w:val="28"/>
          <w:lang w:val="kk-KZ"/>
        </w:rPr>
      </w:pPr>
    </w:p>
    <w:p w14:paraId="7FDDF41F" w14:textId="77777777" w:rsidR="00BE72FA" w:rsidRPr="00450AE3" w:rsidRDefault="00BE72FA" w:rsidP="00BE72FA">
      <w:pPr>
        <w:ind w:firstLine="709"/>
        <w:jc w:val="both"/>
        <w:rPr>
          <w:sz w:val="28"/>
          <w:szCs w:val="28"/>
          <w:lang w:val="kk-KZ"/>
        </w:rPr>
      </w:pPr>
      <w:r w:rsidRPr="00450AE3">
        <w:rPr>
          <w:sz w:val="28"/>
          <w:szCs w:val="28"/>
          <w:lang w:val="kk-KZ"/>
        </w:rPr>
        <w:t>Шекарасы: Керей, Жәнібек хандар көшесі, № 2, 2/1, 6 үйлер, Тұран даңғылы, № 40/1, 40/2, 42, 44б үйлер.</w:t>
      </w:r>
    </w:p>
    <w:p w14:paraId="00EB37A3" w14:textId="77777777" w:rsidR="00BE72FA" w:rsidRPr="00450AE3" w:rsidRDefault="00BE72FA" w:rsidP="00BE72FA">
      <w:pPr>
        <w:ind w:firstLine="709"/>
        <w:jc w:val="center"/>
        <w:rPr>
          <w:sz w:val="28"/>
          <w:szCs w:val="28"/>
          <w:lang w:val="kk-KZ"/>
        </w:rPr>
      </w:pPr>
    </w:p>
    <w:p w14:paraId="5AC20AC1" w14:textId="77777777" w:rsidR="00BE72FA" w:rsidRPr="00450AE3" w:rsidRDefault="00BE72FA" w:rsidP="00BE72FA">
      <w:pPr>
        <w:keepNext/>
        <w:ind w:firstLine="709"/>
        <w:jc w:val="center"/>
        <w:rPr>
          <w:sz w:val="28"/>
          <w:szCs w:val="28"/>
          <w:lang w:val="kk-KZ"/>
        </w:rPr>
      </w:pPr>
      <w:r w:rsidRPr="00450AE3">
        <w:rPr>
          <w:sz w:val="28"/>
          <w:szCs w:val="28"/>
          <w:lang w:val="kk-KZ"/>
        </w:rPr>
        <w:t>№ 246 сайлау учаскесі</w:t>
      </w:r>
    </w:p>
    <w:p w14:paraId="61238433"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«Қ. </w:t>
      </w:r>
      <w:proofErr w:type="spellStart"/>
      <w:r w:rsidRPr="00450AE3">
        <w:rPr>
          <w:sz w:val="28"/>
          <w:szCs w:val="28"/>
          <w:lang w:val="kk-KZ"/>
        </w:rPr>
        <w:t>Құлажанов</w:t>
      </w:r>
      <w:proofErr w:type="spellEnd"/>
      <w:r w:rsidRPr="00450AE3">
        <w:rPr>
          <w:sz w:val="28"/>
          <w:szCs w:val="28"/>
          <w:lang w:val="kk-KZ"/>
        </w:rPr>
        <w:t xml:space="preserve"> атындағы Қазақ технология және бизнес университеті» акционерлік қоғамы, Қ. Мұхамедханов көшесі, № 37А)</w:t>
      </w:r>
    </w:p>
    <w:p w14:paraId="2A938806" w14:textId="77777777" w:rsidR="00BE72FA" w:rsidRPr="00450AE3" w:rsidRDefault="00BE72FA" w:rsidP="00BE72FA">
      <w:pPr>
        <w:ind w:firstLine="709"/>
        <w:jc w:val="center"/>
        <w:rPr>
          <w:sz w:val="28"/>
          <w:szCs w:val="28"/>
          <w:lang w:val="kk-KZ"/>
        </w:rPr>
      </w:pPr>
    </w:p>
    <w:p w14:paraId="78D60C71" w14:textId="5B6DD679" w:rsidR="00BE72FA" w:rsidRPr="00450AE3" w:rsidRDefault="00BE72FA" w:rsidP="00BE72FA">
      <w:pPr>
        <w:ind w:firstLine="709"/>
        <w:jc w:val="both"/>
        <w:rPr>
          <w:sz w:val="28"/>
          <w:szCs w:val="28"/>
          <w:lang w:val="kk-KZ"/>
        </w:rPr>
      </w:pPr>
      <w:r w:rsidRPr="00450AE3">
        <w:rPr>
          <w:sz w:val="28"/>
          <w:szCs w:val="28"/>
          <w:lang w:val="kk-KZ"/>
        </w:rPr>
        <w:t>Шекарасы: Қорғалжын тас жолынан Қ. Мұхамедханов көшесінің жұп сандар жағымен Қ. Мұхамедханов көшесіндегі № 26 үйге дейін, Қ. Мұхамедханов көшесіндегі № </w:t>
      </w:r>
      <w:r>
        <w:rPr>
          <w:sz w:val="28"/>
          <w:szCs w:val="28"/>
          <w:lang w:val="kk-KZ"/>
        </w:rPr>
        <w:t>2</w:t>
      </w:r>
      <w:r w:rsidRPr="00450AE3">
        <w:rPr>
          <w:sz w:val="28"/>
          <w:szCs w:val="28"/>
          <w:lang w:val="kk-KZ"/>
        </w:rPr>
        <w:t>6 үйден өтпе жолмен Сығанақ көшесіне дейін, Сығанақ көшесінің тақ сандар жағымен Қорғалжын тас жолына дейін, Қорғалжын тас жолының тақ сандар жағымен Ш. Айтматов көшесіндегі № 31, 31а, 31б үйлерді қоса алғанда, Қ. Мұхамедханов көшесіне дейін.</w:t>
      </w:r>
    </w:p>
    <w:p w14:paraId="46A84915" w14:textId="77777777" w:rsidR="00BE72FA" w:rsidRDefault="00BE72FA" w:rsidP="00BE72FA">
      <w:pPr>
        <w:ind w:firstLine="709"/>
        <w:jc w:val="center"/>
        <w:rPr>
          <w:sz w:val="28"/>
          <w:szCs w:val="28"/>
          <w:lang w:val="kk-KZ"/>
        </w:rPr>
      </w:pPr>
    </w:p>
    <w:p w14:paraId="41087230" w14:textId="77777777" w:rsidR="00BE72FA" w:rsidRPr="00450AE3" w:rsidRDefault="00BE72FA" w:rsidP="00BE72FA">
      <w:pPr>
        <w:keepNext/>
        <w:ind w:firstLine="709"/>
        <w:jc w:val="center"/>
        <w:rPr>
          <w:sz w:val="28"/>
          <w:szCs w:val="28"/>
          <w:lang w:val="kk-KZ"/>
        </w:rPr>
      </w:pPr>
      <w:r w:rsidRPr="00450AE3">
        <w:rPr>
          <w:sz w:val="28"/>
          <w:szCs w:val="28"/>
          <w:lang w:val="kk-KZ"/>
        </w:rPr>
        <w:t>№ 247 сайлау учаскесі</w:t>
      </w:r>
    </w:p>
    <w:p w14:paraId="7C1160D1"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111 жалпы орта білім беретін мектеп» шаруашылық жүргізу құқығындағы мемлекеттік коммуналдық кәсіпорны, Төле би көшесі, № 32)</w:t>
      </w:r>
    </w:p>
    <w:p w14:paraId="41BC39C5" w14:textId="77777777" w:rsidR="00BE72FA" w:rsidRPr="00450AE3" w:rsidRDefault="00BE72FA" w:rsidP="00BE72FA">
      <w:pPr>
        <w:jc w:val="both"/>
        <w:rPr>
          <w:sz w:val="28"/>
          <w:szCs w:val="28"/>
          <w:lang w:val="kk-KZ"/>
        </w:rPr>
      </w:pPr>
    </w:p>
    <w:p w14:paraId="6D01208B" w14:textId="77777777" w:rsidR="00BE72FA" w:rsidRPr="00450AE3" w:rsidRDefault="00BE72FA" w:rsidP="00BE72FA">
      <w:pPr>
        <w:ind w:firstLine="709"/>
        <w:jc w:val="both"/>
        <w:rPr>
          <w:sz w:val="28"/>
          <w:szCs w:val="28"/>
          <w:lang w:val="kk-KZ"/>
        </w:rPr>
      </w:pPr>
      <w:r w:rsidRPr="00450AE3">
        <w:rPr>
          <w:sz w:val="28"/>
          <w:szCs w:val="28"/>
          <w:lang w:val="kk-KZ"/>
        </w:rPr>
        <w:t>Шекарасы: Қазыбек би көшесі, № 11, 11/1, 11/2 үйлер, Р. Бағланова көшесі, № 3, 3/1, 6/1, 6/2, 6/3, 6/4 үйлер, Төле би көшесі, № 40 үй.</w:t>
      </w:r>
    </w:p>
    <w:p w14:paraId="5F4A5680" w14:textId="77777777" w:rsidR="00BE72FA" w:rsidRPr="00450AE3" w:rsidRDefault="00BE72FA" w:rsidP="00BE72FA">
      <w:pPr>
        <w:ind w:firstLine="709"/>
        <w:jc w:val="both"/>
        <w:rPr>
          <w:sz w:val="28"/>
          <w:szCs w:val="28"/>
          <w:lang w:val="kk-KZ"/>
        </w:rPr>
      </w:pPr>
    </w:p>
    <w:p w14:paraId="41E55CD1" w14:textId="77777777" w:rsidR="00BE72FA" w:rsidRPr="00450AE3" w:rsidRDefault="00BE72FA" w:rsidP="00BE72FA">
      <w:pPr>
        <w:keepNext/>
        <w:ind w:firstLine="709"/>
        <w:jc w:val="center"/>
        <w:rPr>
          <w:sz w:val="28"/>
          <w:szCs w:val="28"/>
          <w:lang w:val="kk-KZ"/>
        </w:rPr>
      </w:pPr>
      <w:r w:rsidRPr="00450AE3">
        <w:rPr>
          <w:sz w:val="28"/>
          <w:szCs w:val="28"/>
          <w:lang w:val="kk-KZ"/>
        </w:rPr>
        <w:t>№ 248 сайлау учаскесі</w:t>
      </w:r>
    </w:p>
    <w:p w14:paraId="1726A27B"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117 жалпы орта білім беретін мектеп» коммуналдық мемлекеттік мекемесі, Е-899 көше, № 8)</w:t>
      </w:r>
    </w:p>
    <w:p w14:paraId="40341962" w14:textId="77777777" w:rsidR="00BE72FA" w:rsidRPr="00450AE3" w:rsidRDefault="00BE72FA" w:rsidP="00BE72FA">
      <w:pPr>
        <w:ind w:firstLine="709"/>
        <w:jc w:val="center"/>
        <w:rPr>
          <w:sz w:val="28"/>
          <w:szCs w:val="28"/>
          <w:lang w:val="kk-KZ"/>
        </w:rPr>
      </w:pPr>
    </w:p>
    <w:p w14:paraId="29BE9022"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Тұран даңғылынан Қ. Мұхамедханов көшесінің жұп сандар жағымен Төле би көшесіне дейін, Төле би көшесінің жұп сандар жағымен Төле би көшесіндегі № 63 үйге дейін, Төле би көшесіндегі № 63 үйден өтпе жолмен Е-899 көшедегі № 10 үйге дейін, Е-899 көшедегі № 10 үйден өтпе жолмен </w:t>
      </w:r>
      <w:r w:rsidRPr="00450AE3">
        <w:rPr>
          <w:sz w:val="28"/>
          <w:szCs w:val="28"/>
          <w:lang w:val="kk-KZ"/>
        </w:rPr>
        <w:br/>
        <w:t xml:space="preserve">Е-900 көшедегі № 9 үйге дейін, Е-900 көшедегі № 9 үйден өтпе жолмен </w:t>
      </w:r>
      <w:r w:rsidRPr="00450AE3">
        <w:rPr>
          <w:sz w:val="28"/>
          <w:szCs w:val="28"/>
          <w:lang w:val="kk-KZ"/>
        </w:rPr>
        <w:br/>
        <w:t>Е-308 көшеге дейін, Е-308 көшемен Тұран даңғылына дейін, Тұран даңғылының тақ сандар жағымен Қ. Мұхамедханов көшесіне дейін.</w:t>
      </w:r>
    </w:p>
    <w:p w14:paraId="0EAC1F6D" w14:textId="77777777" w:rsidR="00BE72FA" w:rsidRPr="00450AE3" w:rsidRDefault="00BE72FA" w:rsidP="00BE72FA">
      <w:pPr>
        <w:ind w:firstLine="709"/>
        <w:jc w:val="both"/>
        <w:rPr>
          <w:sz w:val="28"/>
          <w:szCs w:val="28"/>
          <w:lang w:val="kk-KZ"/>
        </w:rPr>
      </w:pPr>
    </w:p>
    <w:p w14:paraId="7C3E5F7A" w14:textId="77777777" w:rsidR="00BE72FA" w:rsidRPr="00450AE3" w:rsidRDefault="00BE72FA" w:rsidP="00BE72FA">
      <w:pPr>
        <w:keepNext/>
        <w:ind w:firstLine="709"/>
        <w:jc w:val="center"/>
        <w:rPr>
          <w:sz w:val="28"/>
          <w:szCs w:val="28"/>
          <w:lang w:val="kk-KZ"/>
        </w:rPr>
      </w:pPr>
      <w:r w:rsidRPr="00450AE3">
        <w:rPr>
          <w:sz w:val="28"/>
          <w:szCs w:val="28"/>
          <w:lang w:val="kk-KZ"/>
        </w:rPr>
        <w:lastRenderedPageBreak/>
        <w:t>№ 249 сайлау учаскесі</w:t>
      </w:r>
    </w:p>
    <w:p w14:paraId="7FE1C513"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«Қайым Мұхамедханов атындағы № 90 гимназия» шаруашылық жүргізу құқығындағы мемлекеттік коммуналдық кәсіпорны, Қорғалжын тас жолы, № 37/1)</w:t>
      </w:r>
    </w:p>
    <w:p w14:paraId="1352708D" w14:textId="77777777" w:rsidR="00BE72FA" w:rsidRPr="00450AE3" w:rsidRDefault="00BE72FA" w:rsidP="00BE72FA">
      <w:pPr>
        <w:ind w:firstLine="709"/>
        <w:jc w:val="center"/>
        <w:rPr>
          <w:sz w:val="28"/>
          <w:szCs w:val="28"/>
          <w:lang w:val="kk-KZ"/>
        </w:rPr>
      </w:pPr>
    </w:p>
    <w:p w14:paraId="5CB4946F"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 Мұхамедханов көшесінен Қорғалжын тас жолының тақ сандар жағымен Қорғалжын тас жолындағы № 33 үйге дейін, Қорғалжын тас жолындағы № 33 үйден өтпе жолмен Қ. Мұхамедханов көшесіне дейін, </w:t>
      </w:r>
      <w:r w:rsidRPr="00450AE3">
        <w:rPr>
          <w:sz w:val="28"/>
          <w:szCs w:val="28"/>
          <w:lang w:val="kk-KZ"/>
        </w:rPr>
        <w:br/>
        <w:t>Қ. Мұхамедханов көшесінің тақ сандар жағымен Қорғалжын тас жолына дейін.</w:t>
      </w:r>
    </w:p>
    <w:p w14:paraId="16AF3D8B" w14:textId="77777777" w:rsidR="00BE72FA" w:rsidRPr="00450AE3" w:rsidRDefault="00BE72FA" w:rsidP="00BE72FA">
      <w:pPr>
        <w:ind w:firstLine="709"/>
        <w:jc w:val="both"/>
        <w:rPr>
          <w:sz w:val="28"/>
          <w:szCs w:val="28"/>
          <w:lang w:val="kk-KZ"/>
        </w:rPr>
      </w:pPr>
    </w:p>
    <w:p w14:paraId="5BD8C174" w14:textId="77777777" w:rsidR="00BE72FA" w:rsidRPr="00450AE3" w:rsidRDefault="00BE72FA" w:rsidP="00BE72FA">
      <w:pPr>
        <w:keepNext/>
        <w:ind w:firstLine="709"/>
        <w:jc w:val="center"/>
        <w:rPr>
          <w:sz w:val="28"/>
          <w:szCs w:val="28"/>
          <w:lang w:val="kk-KZ"/>
        </w:rPr>
      </w:pPr>
      <w:r w:rsidRPr="00450AE3">
        <w:rPr>
          <w:sz w:val="28"/>
          <w:szCs w:val="28"/>
          <w:lang w:val="kk-KZ"/>
        </w:rPr>
        <w:t>№ 250 сайлау учаскесі</w:t>
      </w:r>
    </w:p>
    <w:p w14:paraId="258275AE"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w:t>
      </w:r>
      <w:proofErr w:type="spellStart"/>
      <w:r w:rsidRPr="00450AE3">
        <w:rPr>
          <w:sz w:val="28"/>
          <w:szCs w:val="28"/>
          <w:lang w:val="kk-KZ"/>
        </w:rPr>
        <w:t>Школа</w:t>
      </w:r>
      <w:proofErr w:type="spellEnd"/>
      <w:r w:rsidRPr="00450AE3">
        <w:rPr>
          <w:sz w:val="28"/>
          <w:szCs w:val="28"/>
          <w:lang w:val="kk-KZ"/>
        </w:rPr>
        <w:t xml:space="preserve"> </w:t>
      </w:r>
      <w:proofErr w:type="spellStart"/>
      <w:r w:rsidRPr="00450AE3">
        <w:rPr>
          <w:sz w:val="28"/>
          <w:szCs w:val="28"/>
          <w:lang w:val="kk-KZ"/>
        </w:rPr>
        <w:t>Нового</w:t>
      </w:r>
      <w:proofErr w:type="spellEnd"/>
      <w:r w:rsidRPr="00450AE3">
        <w:rPr>
          <w:sz w:val="28"/>
          <w:szCs w:val="28"/>
          <w:lang w:val="kk-KZ"/>
        </w:rPr>
        <w:t xml:space="preserve"> </w:t>
      </w:r>
      <w:proofErr w:type="spellStart"/>
      <w:r w:rsidRPr="00450AE3">
        <w:rPr>
          <w:sz w:val="28"/>
          <w:szCs w:val="28"/>
          <w:lang w:val="kk-KZ"/>
        </w:rPr>
        <w:t>Поколения</w:t>
      </w:r>
      <w:proofErr w:type="spellEnd"/>
      <w:r w:rsidRPr="00450AE3">
        <w:rPr>
          <w:sz w:val="28"/>
          <w:szCs w:val="28"/>
          <w:lang w:val="kk-KZ"/>
        </w:rPr>
        <w:t xml:space="preserve"> NGS» жауапкершілігі шектеулі серіктестігінің «</w:t>
      </w:r>
      <w:proofErr w:type="spellStart"/>
      <w:r w:rsidRPr="00450AE3">
        <w:rPr>
          <w:sz w:val="28"/>
          <w:szCs w:val="28"/>
          <w:lang w:val="kk-KZ"/>
        </w:rPr>
        <w:t>New</w:t>
      </w:r>
      <w:proofErr w:type="spellEnd"/>
      <w:r w:rsidRPr="00450AE3">
        <w:rPr>
          <w:sz w:val="28"/>
          <w:szCs w:val="28"/>
          <w:lang w:val="kk-KZ"/>
        </w:rPr>
        <w:t xml:space="preserve"> </w:t>
      </w:r>
      <w:proofErr w:type="spellStart"/>
      <w:r w:rsidRPr="00450AE3">
        <w:rPr>
          <w:sz w:val="28"/>
          <w:szCs w:val="28"/>
          <w:lang w:val="kk-KZ"/>
        </w:rPr>
        <w:t>Generation</w:t>
      </w:r>
      <w:proofErr w:type="spellEnd"/>
      <w:r w:rsidRPr="00450AE3">
        <w:rPr>
          <w:sz w:val="28"/>
          <w:szCs w:val="28"/>
          <w:lang w:val="kk-KZ"/>
        </w:rPr>
        <w:t xml:space="preserve"> </w:t>
      </w:r>
      <w:proofErr w:type="spellStart"/>
      <w:r w:rsidRPr="00450AE3">
        <w:rPr>
          <w:sz w:val="28"/>
          <w:szCs w:val="28"/>
          <w:lang w:val="kk-KZ"/>
        </w:rPr>
        <w:t>High</w:t>
      </w:r>
      <w:proofErr w:type="spellEnd"/>
      <w:r w:rsidRPr="00450AE3">
        <w:rPr>
          <w:sz w:val="28"/>
          <w:szCs w:val="28"/>
          <w:lang w:val="kk-KZ"/>
        </w:rPr>
        <w:t xml:space="preserve"> </w:t>
      </w:r>
      <w:proofErr w:type="spellStart"/>
      <w:r w:rsidRPr="00450AE3">
        <w:rPr>
          <w:sz w:val="28"/>
          <w:szCs w:val="28"/>
          <w:lang w:val="kk-KZ"/>
        </w:rPr>
        <w:t>School</w:t>
      </w:r>
      <w:proofErr w:type="spellEnd"/>
      <w:r w:rsidRPr="00450AE3">
        <w:rPr>
          <w:sz w:val="28"/>
          <w:szCs w:val="28"/>
          <w:lang w:val="kk-KZ"/>
        </w:rPr>
        <w:t xml:space="preserve">» жекеменшік мектебі, </w:t>
      </w:r>
      <w:r w:rsidRPr="00450AE3">
        <w:rPr>
          <w:sz w:val="28"/>
          <w:szCs w:val="28"/>
          <w:lang w:val="kk-KZ"/>
        </w:rPr>
        <w:br/>
        <w:t>Күлтегін көшесі, № 12)</w:t>
      </w:r>
    </w:p>
    <w:p w14:paraId="18E95554" w14:textId="77777777" w:rsidR="00BE72FA" w:rsidRPr="00450AE3" w:rsidRDefault="00BE72FA" w:rsidP="00BE72FA">
      <w:pPr>
        <w:ind w:firstLine="709"/>
        <w:jc w:val="center"/>
        <w:rPr>
          <w:sz w:val="28"/>
          <w:szCs w:val="28"/>
          <w:lang w:val="kk-KZ"/>
        </w:rPr>
      </w:pPr>
    </w:p>
    <w:p w14:paraId="4A7B2512" w14:textId="77777777" w:rsidR="00BE72FA" w:rsidRPr="00450AE3" w:rsidRDefault="00BE72FA" w:rsidP="00BE72FA">
      <w:pPr>
        <w:ind w:firstLine="709"/>
        <w:jc w:val="both"/>
        <w:rPr>
          <w:sz w:val="28"/>
          <w:szCs w:val="28"/>
          <w:lang w:val="kk-KZ"/>
        </w:rPr>
      </w:pPr>
      <w:r w:rsidRPr="00450AE3">
        <w:rPr>
          <w:sz w:val="28"/>
          <w:szCs w:val="28"/>
          <w:lang w:val="kk-KZ"/>
        </w:rPr>
        <w:t>Шекарасы: С. Асфендияров көшесі, № 4, 5 үйлер.</w:t>
      </w:r>
    </w:p>
    <w:p w14:paraId="714A0E29" w14:textId="77777777" w:rsidR="00BE72FA" w:rsidRPr="00450AE3" w:rsidRDefault="00BE72FA" w:rsidP="00BE72FA">
      <w:pPr>
        <w:jc w:val="both"/>
        <w:rPr>
          <w:sz w:val="28"/>
          <w:szCs w:val="28"/>
          <w:lang w:val="kk-KZ"/>
        </w:rPr>
      </w:pPr>
    </w:p>
    <w:p w14:paraId="410E26F1" w14:textId="77777777" w:rsidR="00BE72FA" w:rsidRPr="00450AE3" w:rsidRDefault="00BE72FA" w:rsidP="00BE72FA">
      <w:pPr>
        <w:keepNext/>
        <w:ind w:firstLine="709"/>
        <w:jc w:val="center"/>
        <w:rPr>
          <w:sz w:val="28"/>
          <w:szCs w:val="28"/>
          <w:lang w:val="kk-KZ"/>
        </w:rPr>
      </w:pPr>
      <w:r w:rsidRPr="00450AE3">
        <w:rPr>
          <w:sz w:val="28"/>
          <w:szCs w:val="28"/>
          <w:lang w:val="kk-KZ"/>
        </w:rPr>
        <w:t>№ 251 сайлау учаскесі</w:t>
      </w:r>
    </w:p>
    <w:p w14:paraId="56F8C2B1"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110 жалпы орта білім беретін мектеп» коммуналдық мемлекеттік мекемесі, Е-17 көше, № 4)</w:t>
      </w:r>
    </w:p>
    <w:p w14:paraId="2051E3A8" w14:textId="77777777" w:rsidR="00BE72FA" w:rsidRPr="00450AE3" w:rsidRDefault="00BE72FA" w:rsidP="00BE72FA">
      <w:pPr>
        <w:ind w:firstLine="709"/>
        <w:jc w:val="center"/>
        <w:rPr>
          <w:sz w:val="28"/>
          <w:szCs w:val="28"/>
          <w:lang w:val="kk-KZ"/>
        </w:rPr>
      </w:pPr>
    </w:p>
    <w:p w14:paraId="00977854"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Ж. Молдағалиев көшесі, № 5, 6, 6/К1, 6/К2, 7 үйлер, Күлтегін көшесі, № 1, 1/К1, 1/К2, 3 үйлер. </w:t>
      </w:r>
    </w:p>
    <w:p w14:paraId="4DEFEF41" w14:textId="77777777" w:rsidR="00BE72FA" w:rsidRPr="00450AE3" w:rsidRDefault="00BE72FA" w:rsidP="00BE72FA">
      <w:pPr>
        <w:ind w:firstLine="709"/>
        <w:jc w:val="both"/>
        <w:rPr>
          <w:sz w:val="28"/>
          <w:szCs w:val="28"/>
          <w:lang w:val="kk-KZ"/>
        </w:rPr>
      </w:pPr>
    </w:p>
    <w:p w14:paraId="08BA680F" w14:textId="77777777" w:rsidR="00BE72FA" w:rsidRPr="00450AE3" w:rsidRDefault="00BE72FA" w:rsidP="00BE72FA">
      <w:pPr>
        <w:keepNext/>
        <w:ind w:firstLine="709"/>
        <w:jc w:val="center"/>
        <w:rPr>
          <w:sz w:val="28"/>
          <w:szCs w:val="28"/>
          <w:lang w:val="kk-KZ"/>
        </w:rPr>
      </w:pPr>
      <w:r w:rsidRPr="00450AE3">
        <w:rPr>
          <w:sz w:val="28"/>
          <w:szCs w:val="28"/>
          <w:lang w:val="kk-KZ"/>
        </w:rPr>
        <w:t>№ 252 сайлау учаскесі</w:t>
      </w:r>
    </w:p>
    <w:p w14:paraId="7236C56A"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«Сарыарқа» республикалық велотрегі, </w:t>
      </w:r>
      <w:r w:rsidRPr="00450AE3">
        <w:rPr>
          <w:sz w:val="28"/>
          <w:szCs w:val="28"/>
          <w:lang w:val="kk-KZ"/>
        </w:rPr>
        <w:br/>
        <w:t>Қабанбай батыр даңғылы, № 45А)</w:t>
      </w:r>
    </w:p>
    <w:p w14:paraId="3A4055AA" w14:textId="77777777" w:rsidR="00BE72FA" w:rsidRPr="00450AE3" w:rsidRDefault="00BE72FA" w:rsidP="00BE72FA">
      <w:pPr>
        <w:ind w:firstLine="709"/>
        <w:jc w:val="center"/>
        <w:rPr>
          <w:sz w:val="28"/>
          <w:szCs w:val="28"/>
          <w:lang w:val="kk-KZ"/>
        </w:rPr>
      </w:pPr>
    </w:p>
    <w:p w14:paraId="512332CC"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Қабанбай батыр даңғылындағы № 45/3 үйдің № 2 корпусынан Орынбор көшесіне дейін, Орынбор көшесінің жұп сандар жағымен Қабанбай батыр даңғылына дейін, Қабанбай батыр даңғылының тақ сандар жағымен </w:t>
      </w:r>
      <w:proofErr w:type="spellStart"/>
      <w:r w:rsidRPr="00450AE3">
        <w:rPr>
          <w:sz w:val="28"/>
          <w:szCs w:val="28"/>
          <w:lang w:val="kk-KZ"/>
        </w:rPr>
        <w:t>орамішілік</w:t>
      </w:r>
      <w:proofErr w:type="spellEnd"/>
      <w:r w:rsidRPr="00450AE3">
        <w:rPr>
          <w:sz w:val="28"/>
          <w:szCs w:val="28"/>
          <w:lang w:val="kk-KZ"/>
        </w:rPr>
        <w:t xml:space="preserve"> жолға дейін, Қабанбай батыр даңғылынан </w:t>
      </w:r>
      <w:proofErr w:type="spellStart"/>
      <w:r w:rsidRPr="00450AE3">
        <w:rPr>
          <w:sz w:val="28"/>
          <w:szCs w:val="28"/>
          <w:lang w:val="kk-KZ"/>
        </w:rPr>
        <w:t>орамішілік</w:t>
      </w:r>
      <w:proofErr w:type="spellEnd"/>
      <w:r w:rsidRPr="00450AE3">
        <w:rPr>
          <w:sz w:val="28"/>
          <w:szCs w:val="28"/>
          <w:lang w:val="kk-KZ"/>
        </w:rPr>
        <w:t xml:space="preserve"> жолдың бойымен Қабанбай батыр даңғылындағы № 45/3 үйдің № 2 корпусына дейін.</w:t>
      </w:r>
    </w:p>
    <w:p w14:paraId="4E60A65B" w14:textId="77777777" w:rsidR="00BE72FA" w:rsidRPr="00450AE3" w:rsidRDefault="00BE72FA" w:rsidP="00BE72FA">
      <w:pPr>
        <w:ind w:firstLine="709"/>
        <w:jc w:val="center"/>
        <w:rPr>
          <w:sz w:val="28"/>
          <w:szCs w:val="28"/>
          <w:lang w:val="kk-KZ"/>
        </w:rPr>
      </w:pPr>
    </w:p>
    <w:p w14:paraId="6CDAE0A0" w14:textId="77777777" w:rsidR="00BE72FA" w:rsidRPr="00450AE3" w:rsidRDefault="00BE72FA" w:rsidP="00BE72FA">
      <w:pPr>
        <w:keepNext/>
        <w:ind w:firstLine="709"/>
        <w:jc w:val="center"/>
        <w:rPr>
          <w:sz w:val="28"/>
          <w:szCs w:val="28"/>
          <w:lang w:val="kk-KZ"/>
        </w:rPr>
      </w:pPr>
      <w:r w:rsidRPr="00450AE3">
        <w:rPr>
          <w:sz w:val="28"/>
          <w:szCs w:val="28"/>
          <w:lang w:val="kk-KZ"/>
        </w:rPr>
        <w:t>№ 253 сайлау учаскесі</w:t>
      </w:r>
    </w:p>
    <w:p w14:paraId="23E845B9"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w:t>
      </w:r>
      <w:proofErr w:type="spellStart"/>
      <w:r w:rsidRPr="00450AE3">
        <w:rPr>
          <w:sz w:val="28"/>
          <w:szCs w:val="28"/>
          <w:lang w:val="kk-KZ"/>
        </w:rPr>
        <w:t>International</w:t>
      </w:r>
      <w:proofErr w:type="spellEnd"/>
      <w:r w:rsidRPr="00450AE3">
        <w:rPr>
          <w:sz w:val="28"/>
          <w:szCs w:val="28"/>
          <w:lang w:val="kk-KZ"/>
        </w:rPr>
        <w:t xml:space="preserve"> </w:t>
      </w:r>
      <w:proofErr w:type="spellStart"/>
      <w:r w:rsidRPr="00450AE3">
        <w:rPr>
          <w:sz w:val="28"/>
          <w:szCs w:val="28"/>
          <w:lang w:val="kk-KZ"/>
        </w:rPr>
        <w:t>Future</w:t>
      </w:r>
      <w:proofErr w:type="spellEnd"/>
      <w:r w:rsidRPr="00450AE3">
        <w:rPr>
          <w:sz w:val="28"/>
          <w:szCs w:val="28"/>
          <w:lang w:val="kk-KZ"/>
        </w:rPr>
        <w:t xml:space="preserve"> school-2» жауапкершілігі шектеулі серіктестігі, Төле би көшесі, № 42/1)</w:t>
      </w:r>
    </w:p>
    <w:p w14:paraId="20C79DC1" w14:textId="77777777" w:rsidR="00BE72FA" w:rsidRPr="00450AE3" w:rsidRDefault="00BE72FA" w:rsidP="00BE72FA">
      <w:pPr>
        <w:ind w:firstLine="709"/>
        <w:jc w:val="both"/>
        <w:rPr>
          <w:sz w:val="28"/>
          <w:szCs w:val="28"/>
          <w:lang w:val="kk-KZ"/>
        </w:rPr>
      </w:pPr>
    </w:p>
    <w:p w14:paraId="24FBBCE6"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Р. Бағланова көшесінен Е-68 көшеге дейін, Е-68 көшеден Төле би көшесіне дейін, Төле би көшесінен Е-70 көшеге дейін, Е-70 көшеден </w:t>
      </w:r>
      <w:r w:rsidRPr="00450AE3">
        <w:rPr>
          <w:sz w:val="28"/>
          <w:szCs w:val="28"/>
          <w:lang w:val="kk-KZ"/>
        </w:rPr>
        <w:br/>
        <w:t xml:space="preserve">Ә. Бектұров көшесіндегі № 19 үйге дейін, Ә. Бектұров көшесіндегі № 19 үйден </w:t>
      </w:r>
      <w:r w:rsidRPr="00450AE3">
        <w:rPr>
          <w:sz w:val="28"/>
          <w:szCs w:val="28"/>
          <w:lang w:val="kk-KZ"/>
        </w:rPr>
        <w:br/>
        <w:t xml:space="preserve">Р. Бағланова көшесіне дейін, Р. Бағланова көшесінен Р. Бағланова көшесіндегі </w:t>
      </w:r>
      <w:r w:rsidRPr="00450AE3">
        <w:rPr>
          <w:sz w:val="28"/>
          <w:szCs w:val="28"/>
          <w:lang w:val="kk-KZ"/>
        </w:rPr>
        <w:br/>
        <w:t>№ 3 үйге дейін, Р. Бағланова көшесіндегі № 3 үйден Төле би көшесіне дейін, Төле би көшесінен Р. Бағланова көшесіне дейін.</w:t>
      </w:r>
    </w:p>
    <w:p w14:paraId="688A777A" w14:textId="77777777" w:rsidR="00BE72FA" w:rsidRPr="00450AE3" w:rsidRDefault="00BE72FA" w:rsidP="00BE72FA">
      <w:pPr>
        <w:ind w:firstLine="709"/>
        <w:jc w:val="both"/>
        <w:rPr>
          <w:sz w:val="28"/>
          <w:szCs w:val="28"/>
          <w:lang w:val="kk-KZ"/>
        </w:rPr>
      </w:pPr>
    </w:p>
    <w:p w14:paraId="23167ECE" w14:textId="77777777" w:rsidR="00BE72FA" w:rsidRPr="00450AE3" w:rsidRDefault="00BE72FA" w:rsidP="00BE72FA">
      <w:pPr>
        <w:keepNext/>
        <w:jc w:val="center"/>
        <w:rPr>
          <w:sz w:val="28"/>
          <w:szCs w:val="28"/>
          <w:lang w:val="kk-KZ"/>
        </w:rPr>
      </w:pPr>
      <w:r w:rsidRPr="00450AE3">
        <w:rPr>
          <w:sz w:val="28"/>
          <w:szCs w:val="28"/>
          <w:lang w:val="kk-KZ"/>
        </w:rPr>
        <w:lastRenderedPageBreak/>
        <w:t>№ 254 сайлау учаскесі</w:t>
      </w:r>
    </w:p>
    <w:p w14:paraId="310B6580"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w:t>
      </w:r>
      <w:r>
        <w:rPr>
          <w:sz w:val="28"/>
          <w:szCs w:val="28"/>
          <w:lang w:val="kk-KZ"/>
        </w:rPr>
        <w:t>Астана Халықаралық университеті»</w:t>
      </w:r>
      <w:r w:rsidRPr="00450AE3">
        <w:rPr>
          <w:sz w:val="28"/>
          <w:szCs w:val="28"/>
          <w:lang w:val="kk-KZ"/>
        </w:rPr>
        <w:t xml:space="preserve"> жауапкершілігі шектеулі серіктестігі, Сығанақ көшесі, № 5а)</w:t>
      </w:r>
    </w:p>
    <w:p w14:paraId="1D41AFFA" w14:textId="77777777" w:rsidR="00BE72FA" w:rsidRPr="00450AE3" w:rsidRDefault="00BE72FA" w:rsidP="00BE72FA">
      <w:pPr>
        <w:jc w:val="center"/>
        <w:rPr>
          <w:b/>
          <w:sz w:val="28"/>
          <w:szCs w:val="28"/>
          <w:lang w:val="kk-KZ"/>
        </w:rPr>
      </w:pPr>
    </w:p>
    <w:p w14:paraId="7C08C071" w14:textId="77777777" w:rsidR="00BE72FA" w:rsidRPr="00450AE3" w:rsidRDefault="00BE72FA" w:rsidP="00BE72FA">
      <w:pPr>
        <w:ind w:firstLine="720"/>
        <w:jc w:val="both"/>
        <w:rPr>
          <w:sz w:val="28"/>
          <w:szCs w:val="28"/>
          <w:lang w:val="kk-KZ"/>
        </w:rPr>
      </w:pPr>
      <w:r w:rsidRPr="00450AE3">
        <w:rPr>
          <w:sz w:val="28"/>
          <w:szCs w:val="28"/>
          <w:lang w:val="kk-KZ"/>
        </w:rPr>
        <w:t>Шекарасы: І. Омаров көшесі, № 1, 2, 2/1, 3, 5 үйлер, Сығанақ көшесі, № 3, 3/1, 5А үйлер, С. Асфендияров көшесі, № 1, 2 үйлер.</w:t>
      </w:r>
    </w:p>
    <w:p w14:paraId="76CB98D9" w14:textId="77777777" w:rsidR="00BE72FA" w:rsidRPr="00450AE3" w:rsidRDefault="00BE72FA" w:rsidP="00BE72FA">
      <w:pPr>
        <w:ind w:firstLine="720"/>
        <w:jc w:val="both"/>
        <w:rPr>
          <w:b/>
          <w:sz w:val="28"/>
          <w:szCs w:val="28"/>
          <w:lang w:val="kk-KZ"/>
        </w:rPr>
      </w:pPr>
    </w:p>
    <w:p w14:paraId="7BB3A8F3" w14:textId="77777777" w:rsidR="00BE72FA" w:rsidRPr="00450AE3" w:rsidRDefault="00BE72FA" w:rsidP="00BE72FA">
      <w:pPr>
        <w:keepNext/>
        <w:tabs>
          <w:tab w:val="left" w:pos="2910"/>
        </w:tabs>
        <w:jc w:val="center"/>
        <w:rPr>
          <w:sz w:val="28"/>
          <w:szCs w:val="28"/>
          <w:lang w:val="kk-KZ"/>
        </w:rPr>
      </w:pPr>
      <w:r w:rsidRPr="00450AE3">
        <w:rPr>
          <w:sz w:val="28"/>
          <w:szCs w:val="28"/>
          <w:lang w:val="kk-KZ"/>
        </w:rPr>
        <w:t>№ 255 сайлау учаскесі</w:t>
      </w:r>
    </w:p>
    <w:p w14:paraId="366576AD"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81 «</w:t>
      </w:r>
      <w:proofErr w:type="spellStart"/>
      <w:r w:rsidRPr="00450AE3">
        <w:rPr>
          <w:sz w:val="28"/>
          <w:szCs w:val="28"/>
          <w:lang w:val="kk-KZ"/>
        </w:rPr>
        <w:t>Astana</w:t>
      </w:r>
      <w:proofErr w:type="spellEnd"/>
      <w:r w:rsidRPr="00450AE3">
        <w:rPr>
          <w:sz w:val="28"/>
          <w:szCs w:val="28"/>
          <w:lang w:val="kk-KZ"/>
        </w:rPr>
        <w:t xml:space="preserve"> </w:t>
      </w:r>
      <w:proofErr w:type="spellStart"/>
      <w:r w:rsidRPr="00450AE3">
        <w:rPr>
          <w:sz w:val="28"/>
          <w:szCs w:val="28"/>
          <w:lang w:val="kk-KZ"/>
        </w:rPr>
        <w:t>English</w:t>
      </w:r>
      <w:proofErr w:type="spellEnd"/>
      <w:r w:rsidRPr="00450AE3">
        <w:rPr>
          <w:sz w:val="28"/>
          <w:szCs w:val="28"/>
          <w:lang w:val="kk-KZ"/>
        </w:rPr>
        <w:t xml:space="preserve"> </w:t>
      </w:r>
      <w:proofErr w:type="spellStart"/>
      <w:r w:rsidRPr="00450AE3">
        <w:rPr>
          <w:sz w:val="28"/>
          <w:szCs w:val="28"/>
          <w:lang w:val="kk-KZ"/>
        </w:rPr>
        <w:t>School</w:t>
      </w:r>
      <w:proofErr w:type="spellEnd"/>
      <w:r w:rsidRPr="00450AE3">
        <w:rPr>
          <w:sz w:val="28"/>
          <w:szCs w:val="28"/>
          <w:lang w:val="kk-KZ"/>
        </w:rPr>
        <w:t xml:space="preserve">» </w:t>
      </w:r>
      <w:r w:rsidRPr="00450AE3">
        <w:rPr>
          <w:sz w:val="28"/>
          <w:szCs w:val="28"/>
          <w:lang w:val="kk-KZ"/>
        </w:rPr>
        <w:br/>
        <w:t xml:space="preserve">халықаралық мектеп» коммуналдық мемлекеттік мекемесі, </w:t>
      </w:r>
      <w:r w:rsidRPr="00450AE3">
        <w:rPr>
          <w:sz w:val="28"/>
          <w:szCs w:val="28"/>
          <w:lang w:val="kk-KZ"/>
        </w:rPr>
        <w:br/>
        <w:t>І. Омаров көшесі, № 14)</w:t>
      </w:r>
    </w:p>
    <w:p w14:paraId="6D86A330" w14:textId="77777777" w:rsidR="00BE72FA" w:rsidRPr="00450AE3" w:rsidRDefault="00BE72FA" w:rsidP="00BE72FA">
      <w:pPr>
        <w:jc w:val="center"/>
        <w:rPr>
          <w:sz w:val="28"/>
          <w:szCs w:val="28"/>
          <w:lang w:val="kk-KZ"/>
        </w:rPr>
      </w:pPr>
    </w:p>
    <w:p w14:paraId="612F4832" w14:textId="77777777" w:rsidR="00BE72FA" w:rsidRPr="00450AE3" w:rsidRDefault="00BE72FA" w:rsidP="00BE72FA">
      <w:pPr>
        <w:ind w:firstLine="720"/>
        <w:jc w:val="both"/>
        <w:rPr>
          <w:sz w:val="28"/>
          <w:szCs w:val="28"/>
          <w:lang w:val="kk-KZ"/>
        </w:rPr>
      </w:pPr>
      <w:r w:rsidRPr="00450AE3">
        <w:rPr>
          <w:sz w:val="28"/>
          <w:szCs w:val="28"/>
          <w:lang w:val="kk-KZ"/>
        </w:rPr>
        <w:t xml:space="preserve">Шекарасы: Күлтегін көшесі, № 14, 17, 16, 18, 19, 19/1, 21, 23 үйлер, </w:t>
      </w:r>
      <w:r w:rsidRPr="00450AE3">
        <w:rPr>
          <w:sz w:val="28"/>
          <w:szCs w:val="28"/>
          <w:lang w:val="kk-KZ"/>
        </w:rPr>
        <w:br/>
        <w:t>Қ. Мұхамедханов көшесі, № 16/2 үй.</w:t>
      </w:r>
    </w:p>
    <w:p w14:paraId="6DF18565" w14:textId="77777777" w:rsidR="00BE72FA" w:rsidRPr="00450AE3" w:rsidRDefault="00BE72FA" w:rsidP="00BE72FA">
      <w:pPr>
        <w:jc w:val="both"/>
        <w:rPr>
          <w:sz w:val="28"/>
          <w:szCs w:val="28"/>
          <w:lang w:val="kk-KZ"/>
        </w:rPr>
      </w:pPr>
    </w:p>
    <w:p w14:paraId="65976EB9" w14:textId="77777777" w:rsidR="00BE72FA" w:rsidRPr="00450AE3" w:rsidRDefault="00BE72FA" w:rsidP="00BE72FA">
      <w:pPr>
        <w:keepNext/>
        <w:jc w:val="center"/>
        <w:rPr>
          <w:sz w:val="28"/>
          <w:szCs w:val="28"/>
          <w:lang w:val="kk-KZ"/>
        </w:rPr>
      </w:pPr>
      <w:r w:rsidRPr="00450AE3">
        <w:rPr>
          <w:sz w:val="28"/>
          <w:szCs w:val="28"/>
          <w:lang w:val="kk-KZ"/>
        </w:rPr>
        <w:t>№ 256 сайлау учаскесі</w:t>
      </w:r>
    </w:p>
    <w:p w14:paraId="7D7F92EF"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101 жалпы орта білім беретін мектеп» коммуналдық мемлекеттік мекемесі, Төле би көшесі, № 57а)</w:t>
      </w:r>
    </w:p>
    <w:p w14:paraId="2234D1F6" w14:textId="77777777" w:rsidR="00BE72FA" w:rsidRPr="00450AE3" w:rsidRDefault="00BE72FA" w:rsidP="00BE72FA">
      <w:pPr>
        <w:jc w:val="center"/>
        <w:rPr>
          <w:sz w:val="28"/>
          <w:szCs w:val="28"/>
          <w:lang w:val="kk-KZ"/>
        </w:rPr>
      </w:pPr>
    </w:p>
    <w:p w14:paraId="5F679D03" w14:textId="77777777" w:rsidR="00BE72FA" w:rsidRPr="00450AE3" w:rsidRDefault="00BE72FA" w:rsidP="00BE72FA">
      <w:pPr>
        <w:ind w:firstLine="720"/>
        <w:rPr>
          <w:sz w:val="28"/>
          <w:szCs w:val="28"/>
          <w:lang w:val="kk-KZ"/>
        </w:rPr>
      </w:pPr>
      <w:r w:rsidRPr="00450AE3">
        <w:rPr>
          <w:sz w:val="28"/>
          <w:szCs w:val="28"/>
          <w:lang w:val="kk-KZ"/>
        </w:rPr>
        <w:t>Шекарасы: Е-67 көше, № 6 үй, Сығанақ көшесі, № 32 үй, Төле би көшесі, № 46 үй, Ә. Бектұров көшесі, № 3/1, 3/2, 3/3 үйлер.</w:t>
      </w:r>
    </w:p>
    <w:p w14:paraId="24FF6358" w14:textId="77777777" w:rsidR="00BE72FA" w:rsidRDefault="00BE72FA" w:rsidP="00BE72FA">
      <w:pPr>
        <w:jc w:val="center"/>
        <w:rPr>
          <w:sz w:val="28"/>
          <w:szCs w:val="28"/>
          <w:lang w:val="kk-KZ"/>
        </w:rPr>
      </w:pPr>
    </w:p>
    <w:p w14:paraId="7492E5FB" w14:textId="77777777" w:rsidR="00BE72FA" w:rsidRPr="00450AE3" w:rsidRDefault="00BE72FA" w:rsidP="00BE72FA">
      <w:pPr>
        <w:keepNext/>
        <w:jc w:val="center"/>
        <w:rPr>
          <w:sz w:val="28"/>
          <w:szCs w:val="28"/>
          <w:lang w:val="kk-KZ"/>
        </w:rPr>
      </w:pPr>
      <w:r w:rsidRPr="00450AE3">
        <w:rPr>
          <w:sz w:val="28"/>
          <w:szCs w:val="28"/>
          <w:lang w:val="kk-KZ"/>
        </w:rPr>
        <w:t>№ 257 сайлау учаскесі</w:t>
      </w:r>
    </w:p>
    <w:p w14:paraId="428DC52B" w14:textId="77777777" w:rsidR="00BE72FA" w:rsidRPr="00450AE3" w:rsidRDefault="00BE72FA" w:rsidP="00BE72FA">
      <w:pPr>
        <w:keepNext/>
        <w:jc w:val="center"/>
        <w:rPr>
          <w:sz w:val="28"/>
          <w:szCs w:val="28"/>
          <w:lang w:val="kk-KZ"/>
        </w:rPr>
      </w:pPr>
      <w:r w:rsidRPr="00450AE3">
        <w:rPr>
          <w:sz w:val="28"/>
          <w:szCs w:val="28"/>
          <w:lang w:val="kk-KZ"/>
        </w:rPr>
        <w:t>(орталығы – «М.С. Нәрікбаев атындағы ҚАЗМЗУ Университеті» акционерлік қоғамы, Қорғалжын тас жолы, № 8)</w:t>
      </w:r>
    </w:p>
    <w:p w14:paraId="53D1ED8B" w14:textId="77777777" w:rsidR="00BE72FA" w:rsidRPr="00450AE3" w:rsidRDefault="00BE72FA" w:rsidP="00BE72FA">
      <w:pPr>
        <w:jc w:val="center"/>
        <w:rPr>
          <w:sz w:val="28"/>
          <w:szCs w:val="28"/>
          <w:lang w:val="kk-KZ"/>
        </w:rPr>
      </w:pPr>
    </w:p>
    <w:p w14:paraId="3792CF0E"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Е-247 көше, № 4, 6, 8, 10, 34, 35, 41, 42, 65, 66, 67 үйлер, </w:t>
      </w:r>
      <w:r w:rsidRPr="00450AE3">
        <w:rPr>
          <w:sz w:val="28"/>
          <w:szCs w:val="28"/>
          <w:lang w:val="kk-KZ"/>
        </w:rPr>
        <w:br/>
        <w:t xml:space="preserve">Е-248 көше, № 2, 2Б, 3, 4, 5, 7, 9, 10А, 11, 16, 17, 19, 20, 21, 22, 23, 25, 27, 28, 29, 30, 37, 39, 47, 49, 52 үйлер, Е-249 көше, № 3, 4, 7, 9, 10, 31, 33 үйлер, </w:t>
      </w:r>
      <w:r w:rsidRPr="00450AE3">
        <w:rPr>
          <w:sz w:val="28"/>
          <w:szCs w:val="28"/>
          <w:lang w:val="kk-KZ"/>
        </w:rPr>
        <w:br/>
        <w:t>Ш. Айтматов көшесі, № 46, 46/1, 53 үйлер, Қорғалжын тас жолы, № 8/1, 8/2, 20б, 20/2 үйлер.</w:t>
      </w:r>
    </w:p>
    <w:p w14:paraId="161E1299" w14:textId="77777777" w:rsidR="00BE72FA" w:rsidRPr="00450AE3" w:rsidRDefault="00BE72FA" w:rsidP="00BE72FA">
      <w:pPr>
        <w:ind w:firstLine="720"/>
        <w:jc w:val="both"/>
        <w:rPr>
          <w:sz w:val="28"/>
          <w:szCs w:val="28"/>
          <w:lang w:val="kk-KZ"/>
        </w:rPr>
      </w:pPr>
    </w:p>
    <w:p w14:paraId="1ABC2823" w14:textId="77777777" w:rsidR="00BE72FA" w:rsidRPr="00450AE3" w:rsidRDefault="00BE72FA" w:rsidP="00BE72FA">
      <w:pPr>
        <w:keepNext/>
        <w:jc w:val="center"/>
        <w:rPr>
          <w:sz w:val="28"/>
          <w:szCs w:val="28"/>
          <w:lang w:val="kk-KZ"/>
        </w:rPr>
      </w:pPr>
      <w:r w:rsidRPr="00450AE3">
        <w:rPr>
          <w:sz w:val="28"/>
          <w:szCs w:val="28"/>
          <w:lang w:val="kk-KZ"/>
        </w:rPr>
        <w:t>№ 258 сайлау учаскесі</w:t>
      </w:r>
    </w:p>
    <w:p w14:paraId="3F5C952A" w14:textId="77777777" w:rsidR="00BE72FA" w:rsidRPr="00450AE3" w:rsidRDefault="00BE72FA" w:rsidP="00BE72FA">
      <w:pPr>
        <w:keepNext/>
        <w:jc w:val="center"/>
        <w:rPr>
          <w:sz w:val="28"/>
          <w:szCs w:val="28"/>
          <w:lang w:val="kk-KZ"/>
        </w:rPr>
      </w:pPr>
      <w:r w:rsidRPr="00450AE3">
        <w:rPr>
          <w:sz w:val="28"/>
          <w:szCs w:val="28"/>
          <w:lang w:val="kk-KZ"/>
        </w:rPr>
        <w:t xml:space="preserve">(орталығы – «Назарбаев Зияткерлік мектебі IB» дербес білім беру ұйымы, </w:t>
      </w:r>
    </w:p>
    <w:p w14:paraId="5DD34CEA" w14:textId="77777777" w:rsidR="00BE72FA" w:rsidRPr="00450AE3" w:rsidRDefault="00BE72FA" w:rsidP="00BE72FA">
      <w:pPr>
        <w:keepNext/>
        <w:jc w:val="center"/>
        <w:rPr>
          <w:sz w:val="28"/>
          <w:szCs w:val="28"/>
          <w:lang w:val="kk-KZ"/>
        </w:rPr>
      </w:pPr>
      <w:r w:rsidRPr="00450AE3">
        <w:rPr>
          <w:sz w:val="28"/>
          <w:szCs w:val="28"/>
          <w:lang w:val="kk-KZ"/>
        </w:rPr>
        <w:t>Хусейн бен Талал көшесі, № 19)</w:t>
      </w:r>
    </w:p>
    <w:p w14:paraId="0E3A92FD" w14:textId="77777777" w:rsidR="00BE72FA" w:rsidRPr="00450AE3" w:rsidRDefault="00BE72FA" w:rsidP="00BE72FA">
      <w:pPr>
        <w:jc w:val="center"/>
        <w:rPr>
          <w:sz w:val="28"/>
          <w:szCs w:val="28"/>
          <w:lang w:val="kk-KZ"/>
        </w:rPr>
      </w:pPr>
    </w:p>
    <w:p w14:paraId="7825AF8D" w14:textId="400B0C30" w:rsidR="00BE72FA" w:rsidRPr="00450AE3" w:rsidRDefault="00BE72FA" w:rsidP="00BE72FA">
      <w:pPr>
        <w:ind w:firstLine="720"/>
        <w:jc w:val="both"/>
        <w:rPr>
          <w:sz w:val="28"/>
          <w:szCs w:val="28"/>
          <w:lang w:val="kk-KZ"/>
        </w:rPr>
      </w:pPr>
      <w:r w:rsidRPr="00450AE3">
        <w:rPr>
          <w:sz w:val="28"/>
          <w:szCs w:val="28"/>
          <w:lang w:val="kk-KZ"/>
        </w:rPr>
        <w:t xml:space="preserve">Шекарасы: Қабанбай батыр даңғылындағы № 59/3 үйден Қарқаралы тас жолы бойымен </w:t>
      </w:r>
      <w:r>
        <w:rPr>
          <w:sz w:val="28"/>
          <w:szCs w:val="28"/>
          <w:lang w:val="kk-KZ"/>
        </w:rPr>
        <w:t>о</w:t>
      </w:r>
      <w:r w:rsidRPr="00450AE3">
        <w:rPr>
          <w:sz w:val="28"/>
          <w:szCs w:val="28"/>
          <w:lang w:val="kk-KZ"/>
        </w:rPr>
        <w:t>ңтүстік-</w:t>
      </w:r>
      <w:r>
        <w:rPr>
          <w:sz w:val="28"/>
          <w:szCs w:val="28"/>
          <w:lang w:val="kk-KZ"/>
        </w:rPr>
        <w:t>батыс айналма жолға</w:t>
      </w:r>
      <w:r w:rsidRPr="00450AE3">
        <w:rPr>
          <w:sz w:val="28"/>
          <w:szCs w:val="28"/>
          <w:lang w:val="kk-KZ"/>
        </w:rPr>
        <w:t xml:space="preserve"> дейін, </w:t>
      </w:r>
      <w:r>
        <w:rPr>
          <w:sz w:val="28"/>
          <w:szCs w:val="28"/>
          <w:lang w:val="kk-KZ"/>
        </w:rPr>
        <w:t>оңтүстік-батыс айналма жол бойымен</w:t>
      </w:r>
      <w:r w:rsidRPr="00450AE3">
        <w:rPr>
          <w:sz w:val="28"/>
          <w:szCs w:val="28"/>
          <w:lang w:val="kk-KZ"/>
        </w:rPr>
        <w:t xml:space="preserve"> Қорғалжын тас жолы бағытына қарай Ақмола облысы Қосшы қаласының Тайтөбе ауылындағы 18 есептік орам көшесімен қиылысқан жерге дейін, </w:t>
      </w:r>
      <w:r>
        <w:rPr>
          <w:sz w:val="28"/>
          <w:szCs w:val="28"/>
          <w:lang w:val="kk-KZ"/>
        </w:rPr>
        <w:t>о</w:t>
      </w:r>
      <w:r w:rsidRPr="00450AE3">
        <w:rPr>
          <w:sz w:val="28"/>
          <w:szCs w:val="28"/>
          <w:lang w:val="kk-KZ"/>
        </w:rPr>
        <w:t>ңтүстік-</w:t>
      </w:r>
      <w:r>
        <w:rPr>
          <w:sz w:val="28"/>
          <w:szCs w:val="28"/>
          <w:lang w:val="kk-KZ"/>
        </w:rPr>
        <w:t xml:space="preserve">батыс айналма жолдың </w:t>
      </w:r>
      <w:r w:rsidRPr="00450AE3">
        <w:rPr>
          <w:sz w:val="28"/>
          <w:szCs w:val="28"/>
          <w:lang w:val="kk-KZ"/>
        </w:rPr>
        <w:t xml:space="preserve">Ақмола облысы Қосшы қаласының Тайтөбе ауылындағы 18 есептік орам көшесімен қиылысқан жерінен дала арқылы солтүстік бағытта Хусейн бен Талал көшесіндегі № 1 үйге дейін, Хусейн бен Талал көшесіндегі № 1 үйден Тұран даңғылына дейін, Тұран даңғылының тақ сандар жағымен Тұран даңғылындағы № 68а үйге дейін, Тұран </w:t>
      </w:r>
      <w:r w:rsidRPr="00450AE3">
        <w:rPr>
          <w:sz w:val="28"/>
          <w:szCs w:val="28"/>
          <w:lang w:val="kk-KZ"/>
        </w:rPr>
        <w:lastRenderedPageBreak/>
        <w:t>даңғылындағы № 68а үйден өтпе жолмен Қабанбай батыр даңғылындағы № 59а үйге дейін, Қабанбай батыр даңғылындағы № 59а үйден өтпе жолмен Қабанбай батыр даңғылындағы № 63 үйге дейін, Қабанбай батыр даңғылындағы № 63 үйден Қабанбай батыр даңғылына дейін.</w:t>
      </w:r>
    </w:p>
    <w:p w14:paraId="58CCA48A" w14:textId="77777777" w:rsidR="00BE72FA" w:rsidRPr="00450AE3" w:rsidRDefault="00BE72FA" w:rsidP="00BE72FA">
      <w:pPr>
        <w:jc w:val="both"/>
        <w:rPr>
          <w:sz w:val="28"/>
          <w:szCs w:val="28"/>
          <w:lang w:val="kk-KZ"/>
        </w:rPr>
      </w:pPr>
    </w:p>
    <w:p w14:paraId="3DD126C3" w14:textId="77777777" w:rsidR="00BE72FA" w:rsidRPr="00450AE3" w:rsidRDefault="00BE72FA" w:rsidP="00BE72FA">
      <w:pPr>
        <w:keepNext/>
        <w:jc w:val="center"/>
        <w:rPr>
          <w:sz w:val="28"/>
          <w:szCs w:val="28"/>
          <w:lang w:val="kk-KZ"/>
        </w:rPr>
      </w:pPr>
      <w:r w:rsidRPr="00450AE3">
        <w:rPr>
          <w:sz w:val="28"/>
          <w:szCs w:val="28"/>
          <w:lang w:val="kk-KZ"/>
        </w:rPr>
        <w:t>№ 259 сайлау учаскесі</w:t>
      </w:r>
    </w:p>
    <w:p w14:paraId="1BC8DE82"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«BINOM EDUCATION» жауапкершілігі шектеулі серіктестігінің Ә. Бөкейхан атындағы «BINOM SCHOOL» мектеп-лицейі, </w:t>
      </w:r>
    </w:p>
    <w:p w14:paraId="040CE8A3" w14:textId="77777777" w:rsidR="00BE72FA" w:rsidRPr="00450AE3" w:rsidRDefault="00BE72FA" w:rsidP="00BE72FA">
      <w:pPr>
        <w:keepNext/>
        <w:ind w:firstLine="709"/>
        <w:jc w:val="center"/>
        <w:rPr>
          <w:sz w:val="28"/>
          <w:szCs w:val="28"/>
          <w:lang w:val="kk-KZ"/>
        </w:rPr>
      </w:pPr>
      <w:r w:rsidRPr="00450AE3">
        <w:rPr>
          <w:sz w:val="28"/>
          <w:szCs w:val="28"/>
          <w:lang w:val="kk-KZ"/>
        </w:rPr>
        <w:t>Ш. Шөкин көшесі, № 5)</w:t>
      </w:r>
    </w:p>
    <w:p w14:paraId="7E456CA9" w14:textId="77777777" w:rsidR="00BE72FA" w:rsidRPr="00450AE3" w:rsidRDefault="00BE72FA" w:rsidP="00BE72FA">
      <w:pPr>
        <w:jc w:val="center"/>
        <w:rPr>
          <w:sz w:val="28"/>
          <w:szCs w:val="28"/>
          <w:lang w:val="kk-KZ"/>
        </w:rPr>
      </w:pPr>
    </w:p>
    <w:p w14:paraId="4866791E" w14:textId="77777777" w:rsidR="00BE72FA" w:rsidRPr="00450AE3" w:rsidRDefault="00BE72FA" w:rsidP="00BE72FA">
      <w:pPr>
        <w:ind w:firstLine="720"/>
        <w:jc w:val="both"/>
        <w:rPr>
          <w:sz w:val="28"/>
          <w:szCs w:val="28"/>
          <w:lang w:val="kk-KZ"/>
        </w:rPr>
      </w:pPr>
      <w:r w:rsidRPr="00450AE3">
        <w:rPr>
          <w:sz w:val="28"/>
          <w:szCs w:val="28"/>
          <w:lang w:val="kk-KZ"/>
        </w:rPr>
        <w:t xml:space="preserve">Шекарасы: М. Мәметова көшесі, № 8, 10 үйлер, Е-15 көше, № 13, 13/1, 14, 15, 15/1, 16 үйлер, Ж. Молдағалиев көшесі, № 10, 13 үйлер, Е-18 көше, № 5 үй, </w:t>
      </w:r>
      <w:r w:rsidRPr="00450AE3">
        <w:rPr>
          <w:sz w:val="28"/>
          <w:szCs w:val="28"/>
          <w:lang w:val="kk-KZ"/>
        </w:rPr>
        <w:br/>
        <w:t>Ш. Шөкин көшесі, № 4, 5, 9 үйлер.</w:t>
      </w:r>
    </w:p>
    <w:p w14:paraId="1E415921" w14:textId="77777777" w:rsidR="00BE72FA" w:rsidRPr="00450AE3" w:rsidRDefault="00BE72FA" w:rsidP="00BE72FA">
      <w:pPr>
        <w:rPr>
          <w:sz w:val="28"/>
          <w:szCs w:val="28"/>
          <w:lang w:val="kk-KZ"/>
        </w:rPr>
      </w:pPr>
    </w:p>
    <w:p w14:paraId="4C0509AD" w14:textId="77777777" w:rsidR="00BE72FA" w:rsidRPr="00450AE3" w:rsidRDefault="00BE72FA" w:rsidP="00BE72FA">
      <w:pPr>
        <w:keepNext/>
        <w:jc w:val="center"/>
        <w:rPr>
          <w:sz w:val="28"/>
          <w:szCs w:val="28"/>
          <w:lang w:val="kk-KZ"/>
        </w:rPr>
      </w:pPr>
      <w:r w:rsidRPr="00450AE3">
        <w:rPr>
          <w:sz w:val="28"/>
          <w:szCs w:val="28"/>
          <w:lang w:val="kk-KZ"/>
        </w:rPr>
        <w:t>№ 260 сайлау учаскесі</w:t>
      </w:r>
    </w:p>
    <w:p w14:paraId="7850FEA5" w14:textId="77777777" w:rsidR="00BE72FA" w:rsidRPr="00450AE3" w:rsidRDefault="00BE72FA" w:rsidP="00BE72FA">
      <w:pPr>
        <w:keepNext/>
        <w:jc w:val="center"/>
        <w:rPr>
          <w:sz w:val="28"/>
          <w:szCs w:val="28"/>
          <w:lang w:val="kk-KZ"/>
        </w:rPr>
      </w:pPr>
      <w:r w:rsidRPr="00450AE3">
        <w:rPr>
          <w:sz w:val="28"/>
          <w:szCs w:val="28"/>
          <w:lang w:val="kk-KZ"/>
        </w:rPr>
        <w:t>(орталығы – «Алау» мұзайдыны, Қабанбай батыр даңғылы, № 47)</w:t>
      </w:r>
    </w:p>
    <w:p w14:paraId="5646071C" w14:textId="77777777" w:rsidR="00BE72FA" w:rsidRPr="00450AE3" w:rsidRDefault="00BE72FA" w:rsidP="00BE72FA">
      <w:pPr>
        <w:jc w:val="center"/>
        <w:rPr>
          <w:sz w:val="28"/>
          <w:szCs w:val="28"/>
          <w:lang w:val="kk-KZ"/>
        </w:rPr>
      </w:pPr>
    </w:p>
    <w:p w14:paraId="578BB116" w14:textId="77777777" w:rsidR="00BE72FA" w:rsidRPr="00450AE3" w:rsidRDefault="00BE72FA" w:rsidP="00BE72FA">
      <w:pPr>
        <w:ind w:firstLine="720"/>
        <w:jc w:val="both"/>
        <w:rPr>
          <w:sz w:val="28"/>
          <w:szCs w:val="28"/>
          <w:lang w:val="kk-KZ"/>
        </w:rPr>
      </w:pPr>
      <w:r w:rsidRPr="00450AE3">
        <w:rPr>
          <w:sz w:val="28"/>
          <w:szCs w:val="28"/>
          <w:lang w:val="kk-KZ"/>
        </w:rPr>
        <w:t>Шекарасы: Бұқар жырау көшесі, № 20, 20А, 20Б, 24 үйлер, Қабанбай батыр даңғылы, № 49, 49А үйлер, Тұран даңғылы, № 54 үй.</w:t>
      </w:r>
    </w:p>
    <w:p w14:paraId="251572C2" w14:textId="77777777" w:rsidR="00BE72FA" w:rsidRPr="00450AE3" w:rsidRDefault="00BE72FA" w:rsidP="00BE72FA">
      <w:pPr>
        <w:ind w:firstLine="720"/>
        <w:jc w:val="both"/>
        <w:rPr>
          <w:sz w:val="28"/>
          <w:szCs w:val="28"/>
          <w:lang w:val="kk-KZ"/>
        </w:rPr>
      </w:pPr>
    </w:p>
    <w:p w14:paraId="42E0472E" w14:textId="77777777" w:rsidR="00BE72FA" w:rsidRPr="00450AE3" w:rsidRDefault="00BE72FA" w:rsidP="00BE72FA">
      <w:pPr>
        <w:keepNext/>
        <w:ind w:firstLine="709"/>
        <w:jc w:val="center"/>
        <w:rPr>
          <w:sz w:val="28"/>
          <w:szCs w:val="28"/>
          <w:lang w:val="kk-KZ"/>
        </w:rPr>
      </w:pPr>
      <w:r w:rsidRPr="00450AE3">
        <w:rPr>
          <w:sz w:val="28"/>
          <w:szCs w:val="28"/>
          <w:lang w:val="kk-KZ"/>
        </w:rPr>
        <w:t xml:space="preserve">№ 493 сайлау учаскесі </w:t>
      </w:r>
    </w:p>
    <w:p w14:paraId="31178D39"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«Барыс-Арена» </w:t>
      </w:r>
      <w:proofErr w:type="spellStart"/>
      <w:r w:rsidRPr="00450AE3">
        <w:rPr>
          <w:sz w:val="28"/>
          <w:szCs w:val="28"/>
          <w:lang w:val="kk-KZ"/>
        </w:rPr>
        <w:t>көпфункционалды</w:t>
      </w:r>
      <w:proofErr w:type="spellEnd"/>
      <w:r w:rsidRPr="00450AE3">
        <w:rPr>
          <w:sz w:val="28"/>
          <w:szCs w:val="28"/>
          <w:lang w:val="kk-KZ"/>
        </w:rPr>
        <w:t xml:space="preserve"> мұз сарайы, </w:t>
      </w:r>
      <w:r w:rsidRPr="00450AE3">
        <w:rPr>
          <w:sz w:val="28"/>
          <w:szCs w:val="28"/>
          <w:lang w:val="kk-KZ"/>
        </w:rPr>
        <w:br/>
        <w:t>Тұран даңғылы, № 57)</w:t>
      </w:r>
    </w:p>
    <w:p w14:paraId="6F91918E" w14:textId="77777777" w:rsidR="00BE72FA" w:rsidRPr="00450AE3" w:rsidRDefault="00BE72FA" w:rsidP="00BE72FA">
      <w:pPr>
        <w:ind w:firstLine="709"/>
        <w:jc w:val="center"/>
        <w:rPr>
          <w:sz w:val="28"/>
          <w:szCs w:val="28"/>
          <w:lang w:val="kk-KZ"/>
        </w:rPr>
      </w:pPr>
    </w:p>
    <w:p w14:paraId="3E89EA39"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Бұқар жырау көшесінен Төле би көшесінің тақ сандар жағымен Тұран даңғылындағы № 55/13 үйге дейін, Тұран даңғылындағы № 55/13 үйден Тұран даңғылындағы № 52/12 үйге дейін, Тұран даңғылындағы № 52/12 үйден </w:t>
      </w:r>
      <w:r w:rsidRPr="00450AE3">
        <w:rPr>
          <w:sz w:val="28"/>
          <w:szCs w:val="28"/>
          <w:lang w:val="kk-KZ"/>
        </w:rPr>
        <w:br/>
        <w:t xml:space="preserve">Р. Бағланова көшесіндегі № 6/1 үйге дейін, Р. Бағланова көшесіндегі № 6/1 үйден Кіші </w:t>
      </w:r>
      <w:proofErr w:type="spellStart"/>
      <w:r w:rsidRPr="00450AE3">
        <w:rPr>
          <w:sz w:val="28"/>
          <w:szCs w:val="28"/>
          <w:lang w:val="kk-KZ"/>
        </w:rPr>
        <w:t>Талдыкөл</w:t>
      </w:r>
      <w:proofErr w:type="spellEnd"/>
      <w:r w:rsidRPr="00450AE3">
        <w:rPr>
          <w:sz w:val="28"/>
          <w:szCs w:val="28"/>
          <w:lang w:val="kk-KZ"/>
        </w:rPr>
        <w:t xml:space="preserve"> көліне дейін, Кіші </w:t>
      </w:r>
      <w:proofErr w:type="spellStart"/>
      <w:r w:rsidRPr="00450AE3">
        <w:rPr>
          <w:sz w:val="28"/>
          <w:szCs w:val="28"/>
          <w:lang w:val="kk-KZ"/>
        </w:rPr>
        <w:t>Талдыкөл</w:t>
      </w:r>
      <w:proofErr w:type="spellEnd"/>
      <w:r w:rsidRPr="00450AE3">
        <w:rPr>
          <w:sz w:val="28"/>
          <w:szCs w:val="28"/>
          <w:lang w:val="kk-KZ"/>
        </w:rPr>
        <w:t xml:space="preserve"> көлінің шекарасы бойымен Бұқар жырау көшесіне дейін, Бұқар жырау көшесінің тақ сандар жағымен Төле би көшесіне дейін.</w:t>
      </w:r>
    </w:p>
    <w:p w14:paraId="4BEB6D70" w14:textId="77777777" w:rsidR="00BE72FA" w:rsidRPr="00450AE3" w:rsidRDefault="00BE72FA" w:rsidP="00BE72FA">
      <w:pPr>
        <w:ind w:firstLine="709"/>
        <w:jc w:val="center"/>
        <w:rPr>
          <w:sz w:val="28"/>
          <w:szCs w:val="28"/>
          <w:lang w:val="kk-KZ"/>
        </w:rPr>
      </w:pPr>
    </w:p>
    <w:p w14:paraId="21D24EA3" w14:textId="77777777" w:rsidR="00BE72FA" w:rsidRPr="00450AE3" w:rsidRDefault="00BE72FA" w:rsidP="00BE72FA">
      <w:pPr>
        <w:keepNext/>
        <w:ind w:firstLine="709"/>
        <w:jc w:val="center"/>
        <w:rPr>
          <w:sz w:val="28"/>
          <w:szCs w:val="28"/>
          <w:lang w:val="kk-KZ"/>
        </w:rPr>
      </w:pPr>
      <w:r w:rsidRPr="00450AE3">
        <w:rPr>
          <w:sz w:val="28"/>
          <w:szCs w:val="28"/>
          <w:lang w:val="kk-KZ"/>
        </w:rPr>
        <w:t>№ 494 сайлау учаскесі</w:t>
      </w:r>
    </w:p>
    <w:p w14:paraId="1C1F7ABD"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«Барыс-Арена» </w:t>
      </w:r>
      <w:proofErr w:type="spellStart"/>
      <w:r w:rsidRPr="00450AE3">
        <w:rPr>
          <w:sz w:val="28"/>
          <w:szCs w:val="28"/>
          <w:lang w:val="kk-KZ"/>
        </w:rPr>
        <w:t>көпфункционалды</w:t>
      </w:r>
      <w:proofErr w:type="spellEnd"/>
      <w:r w:rsidRPr="00450AE3">
        <w:rPr>
          <w:sz w:val="28"/>
          <w:szCs w:val="28"/>
          <w:lang w:val="kk-KZ"/>
        </w:rPr>
        <w:t xml:space="preserve"> мұз сарайы, </w:t>
      </w:r>
      <w:r w:rsidRPr="00450AE3">
        <w:rPr>
          <w:sz w:val="28"/>
          <w:szCs w:val="28"/>
          <w:lang w:val="kk-KZ"/>
        </w:rPr>
        <w:br/>
        <w:t>Тұран даңғылы, № 57)</w:t>
      </w:r>
    </w:p>
    <w:p w14:paraId="7EB46EFC" w14:textId="77777777" w:rsidR="00BE72FA" w:rsidRPr="00450AE3" w:rsidRDefault="00BE72FA" w:rsidP="00BE72FA">
      <w:pPr>
        <w:ind w:firstLine="709"/>
        <w:jc w:val="center"/>
        <w:rPr>
          <w:sz w:val="28"/>
          <w:szCs w:val="28"/>
          <w:lang w:val="kk-KZ"/>
        </w:rPr>
      </w:pPr>
    </w:p>
    <w:p w14:paraId="6B12C0F1" w14:textId="77777777" w:rsidR="00BE72FA" w:rsidRPr="00450AE3" w:rsidRDefault="00BE72FA" w:rsidP="00BE72FA">
      <w:pPr>
        <w:ind w:firstLine="709"/>
        <w:jc w:val="both"/>
        <w:rPr>
          <w:sz w:val="28"/>
          <w:szCs w:val="28"/>
          <w:lang w:val="kk-KZ"/>
        </w:rPr>
      </w:pPr>
      <w:r w:rsidRPr="00450AE3">
        <w:rPr>
          <w:sz w:val="28"/>
          <w:szCs w:val="28"/>
          <w:lang w:val="kk-KZ"/>
        </w:rPr>
        <w:t>Шекарасы:</w:t>
      </w:r>
      <w:r w:rsidRPr="00450AE3">
        <w:rPr>
          <w:lang w:val="kk-KZ"/>
        </w:rPr>
        <w:t xml:space="preserve"> </w:t>
      </w:r>
      <w:r w:rsidRPr="00450AE3">
        <w:rPr>
          <w:sz w:val="28"/>
          <w:szCs w:val="28"/>
          <w:lang w:val="kk-KZ"/>
        </w:rPr>
        <w:t>Тұран даңғылынан Бұқар жырау көшесінің тақ сандар жағымен Төле би көшесіне дейін, Төле би көшесінің жұп сандар жағымен Тұран даңғылындағы № 57д үйге дейін, Тұран даңғылындағы № 57д үйден Тұран даңғылындағы № 57 үйге дейін, Тұран даңғылындағы № 57 үйден Тұран даңғылындағы № 55/8 үйге дейін, Тұран даңғылындағы № 55/8 үйден өтпе жолмен Тұран даңғылына дейін, Тұран даңғылының тақ сандар жағымен Бұқар жырау көшесіне дейін.</w:t>
      </w:r>
    </w:p>
    <w:p w14:paraId="4980C015" w14:textId="77777777" w:rsidR="00BE72FA" w:rsidRPr="00450AE3" w:rsidRDefault="00BE72FA" w:rsidP="00BE72FA">
      <w:pPr>
        <w:spacing w:after="160" w:line="259" w:lineRule="auto"/>
        <w:rPr>
          <w:sz w:val="28"/>
          <w:szCs w:val="28"/>
          <w:lang w:val="kk-KZ"/>
        </w:rPr>
      </w:pPr>
    </w:p>
    <w:p w14:paraId="6B55BA12" w14:textId="77777777" w:rsidR="00BE72FA" w:rsidRPr="00450AE3" w:rsidRDefault="00BE72FA" w:rsidP="00BE72FA">
      <w:pPr>
        <w:keepNext/>
        <w:ind w:firstLine="709"/>
        <w:jc w:val="center"/>
        <w:rPr>
          <w:sz w:val="28"/>
          <w:szCs w:val="28"/>
          <w:lang w:val="kk-KZ"/>
        </w:rPr>
      </w:pPr>
      <w:r w:rsidRPr="00450AE3">
        <w:rPr>
          <w:sz w:val="28"/>
          <w:szCs w:val="28"/>
          <w:lang w:val="kk-KZ"/>
        </w:rPr>
        <w:lastRenderedPageBreak/>
        <w:t>№ 495 сайлау учаскесі</w:t>
      </w:r>
    </w:p>
    <w:p w14:paraId="52D03994"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45 жалпы орта білім беретін мектеп» коммуналдық мемлекеттік мекемесі, Төле би көшесі, № 25/2)</w:t>
      </w:r>
    </w:p>
    <w:p w14:paraId="193DB21E" w14:textId="77777777" w:rsidR="00BE72FA" w:rsidRPr="00450AE3" w:rsidRDefault="00BE72FA" w:rsidP="00BE72FA">
      <w:pPr>
        <w:ind w:firstLine="709"/>
        <w:jc w:val="center"/>
        <w:rPr>
          <w:sz w:val="28"/>
          <w:szCs w:val="28"/>
          <w:lang w:val="kk-KZ"/>
        </w:rPr>
      </w:pPr>
    </w:p>
    <w:p w14:paraId="6EE6EA15" w14:textId="77777777" w:rsidR="00BE72FA" w:rsidRPr="00450AE3" w:rsidRDefault="00BE72FA" w:rsidP="00BE72FA">
      <w:pPr>
        <w:ind w:firstLine="709"/>
        <w:jc w:val="both"/>
        <w:rPr>
          <w:sz w:val="28"/>
          <w:szCs w:val="28"/>
          <w:lang w:val="kk-KZ"/>
        </w:rPr>
      </w:pPr>
      <w:r w:rsidRPr="00450AE3">
        <w:rPr>
          <w:sz w:val="28"/>
          <w:szCs w:val="28"/>
          <w:lang w:val="kk-KZ"/>
        </w:rPr>
        <w:t>Шекарасы: Төле би көшесі, № 21, 25, 25/1, 25а, 25/2 үйлер, Қазыбек би көшесі, № 37, 39, 41, 41/1 үйлер, Ұлы Дала даңғылы, № 10, 38, 38/1, 38а, 40 үйлер.</w:t>
      </w:r>
    </w:p>
    <w:p w14:paraId="2BAF28E2" w14:textId="77777777" w:rsidR="00BE72FA" w:rsidRPr="00450AE3" w:rsidRDefault="00BE72FA" w:rsidP="00BE72FA">
      <w:pPr>
        <w:ind w:firstLine="709"/>
        <w:jc w:val="both"/>
        <w:rPr>
          <w:sz w:val="28"/>
          <w:szCs w:val="28"/>
          <w:lang w:val="kk-KZ"/>
        </w:rPr>
      </w:pPr>
    </w:p>
    <w:p w14:paraId="79C02650" w14:textId="77777777" w:rsidR="00BE72FA" w:rsidRPr="00450AE3" w:rsidRDefault="00BE72FA" w:rsidP="00BE72FA">
      <w:pPr>
        <w:keepNext/>
        <w:ind w:firstLine="709"/>
        <w:jc w:val="center"/>
        <w:rPr>
          <w:sz w:val="28"/>
          <w:szCs w:val="28"/>
          <w:lang w:val="kk-KZ"/>
        </w:rPr>
      </w:pPr>
      <w:r w:rsidRPr="00450AE3">
        <w:rPr>
          <w:sz w:val="28"/>
          <w:szCs w:val="28"/>
          <w:lang w:val="kk-KZ"/>
        </w:rPr>
        <w:t>№ 496 сайлау учаскесі</w:t>
      </w:r>
    </w:p>
    <w:p w14:paraId="5B8ABE73"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«BINOM EDUCATION» жауапкершілігі шектеулі серіктестігінің Ә. Бөкейхан атындағы «BINOM SCHOOL» мектеп-лицейі, </w:t>
      </w:r>
    </w:p>
    <w:p w14:paraId="74B9377D" w14:textId="77777777" w:rsidR="00BE72FA" w:rsidRPr="00450AE3" w:rsidRDefault="00BE72FA" w:rsidP="00BE72FA">
      <w:pPr>
        <w:keepNext/>
        <w:ind w:firstLine="709"/>
        <w:jc w:val="center"/>
        <w:rPr>
          <w:sz w:val="28"/>
          <w:szCs w:val="28"/>
          <w:lang w:val="kk-KZ"/>
        </w:rPr>
      </w:pPr>
      <w:r w:rsidRPr="00450AE3">
        <w:rPr>
          <w:sz w:val="28"/>
          <w:szCs w:val="28"/>
          <w:lang w:val="kk-KZ"/>
        </w:rPr>
        <w:t>Ш. Шөкин көшесі, № 5)</w:t>
      </w:r>
    </w:p>
    <w:p w14:paraId="00929DF7" w14:textId="77777777" w:rsidR="00BE72FA" w:rsidRPr="00450AE3" w:rsidRDefault="00BE72FA" w:rsidP="00BE72FA">
      <w:pPr>
        <w:ind w:firstLine="709"/>
        <w:jc w:val="center"/>
        <w:rPr>
          <w:sz w:val="28"/>
          <w:szCs w:val="28"/>
          <w:lang w:val="kk-KZ"/>
        </w:rPr>
      </w:pPr>
    </w:p>
    <w:p w14:paraId="13C2C168"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Е-37 көше, № 5, 7 үйлер, Е-35 көше, № 13 үй, Е-36 көше, </w:t>
      </w:r>
      <w:r w:rsidRPr="00450AE3">
        <w:rPr>
          <w:sz w:val="28"/>
          <w:szCs w:val="28"/>
          <w:lang w:val="kk-KZ"/>
        </w:rPr>
        <w:br/>
        <w:t>№ 4, 6, 11 үйлер, Ш. Шөкин көшесі, № 6, 8 үйлер.</w:t>
      </w:r>
    </w:p>
    <w:p w14:paraId="318280DC" w14:textId="77777777" w:rsidR="00BE72FA" w:rsidRPr="00450AE3" w:rsidRDefault="00BE72FA" w:rsidP="00BE72FA">
      <w:pPr>
        <w:ind w:firstLine="709"/>
        <w:jc w:val="both"/>
        <w:rPr>
          <w:sz w:val="28"/>
          <w:szCs w:val="28"/>
          <w:lang w:val="kk-KZ"/>
        </w:rPr>
      </w:pPr>
    </w:p>
    <w:p w14:paraId="7696413C" w14:textId="77777777" w:rsidR="00BE72FA" w:rsidRPr="00450AE3" w:rsidRDefault="00BE72FA" w:rsidP="00BE72FA">
      <w:pPr>
        <w:keepNext/>
        <w:ind w:firstLine="709"/>
        <w:jc w:val="center"/>
        <w:rPr>
          <w:sz w:val="28"/>
          <w:szCs w:val="28"/>
          <w:lang w:val="kk-KZ"/>
        </w:rPr>
      </w:pPr>
      <w:r w:rsidRPr="00450AE3">
        <w:rPr>
          <w:sz w:val="28"/>
          <w:szCs w:val="28"/>
          <w:lang w:val="kk-KZ"/>
        </w:rPr>
        <w:t>№ 497 сайлау учаскесі</w:t>
      </w:r>
    </w:p>
    <w:p w14:paraId="7D51A406"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110 жалпы орта білім беретін мектеп» коммуналдық мемлекеттік мекемесі, Е-17 көше, № 4)</w:t>
      </w:r>
    </w:p>
    <w:p w14:paraId="400E8120" w14:textId="77777777" w:rsidR="00BE72FA" w:rsidRPr="00450AE3" w:rsidRDefault="00BE72FA" w:rsidP="00BE72FA">
      <w:pPr>
        <w:ind w:firstLine="709"/>
        <w:jc w:val="center"/>
        <w:rPr>
          <w:sz w:val="28"/>
          <w:szCs w:val="28"/>
          <w:lang w:val="kk-KZ"/>
        </w:rPr>
      </w:pPr>
    </w:p>
    <w:p w14:paraId="077C87B6"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М. Мәметова көшесі, № 2, 2/1 үйлер, Е-15 көше, № 11, 11/1 үйлер, Күлтегін көшесі, № 2, 4а үйлер, Ж. Молдағалиев көшесі, № 9 үй, </w:t>
      </w:r>
      <w:r w:rsidRPr="00450AE3">
        <w:rPr>
          <w:sz w:val="28"/>
          <w:szCs w:val="28"/>
          <w:lang w:val="kk-KZ"/>
        </w:rPr>
        <w:br/>
        <w:t>Е-18 көше, № 1 үй.</w:t>
      </w:r>
    </w:p>
    <w:p w14:paraId="4F6F17D9" w14:textId="77777777" w:rsidR="00BE72FA" w:rsidRPr="00450AE3" w:rsidRDefault="00BE72FA" w:rsidP="00BE72FA">
      <w:pPr>
        <w:ind w:firstLine="709"/>
        <w:jc w:val="both"/>
        <w:rPr>
          <w:sz w:val="28"/>
          <w:szCs w:val="28"/>
          <w:lang w:val="kk-KZ"/>
        </w:rPr>
      </w:pPr>
    </w:p>
    <w:p w14:paraId="73F2CBA7" w14:textId="77777777" w:rsidR="00BE72FA" w:rsidRPr="00450AE3" w:rsidRDefault="00BE72FA" w:rsidP="00BE72FA">
      <w:pPr>
        <w:keepNext/>
        <w:ind w:firstLine="709"/>
        <w:jc w:val="center"/>
        <w:rPr>
          <w:sz w:val="28"/>
          <w:szCs w:val="28"/>
          <w:lang w:val="kk-KZ"/>
        </w:rPr>
      </w:pPr>
      <w:r w:rsidRPr="00450AE3">
        <w:rPr>
          <w:sz w:val="28"/>
          <w:szCs w:val="28"/>
          <w:lang w:val="kk-KZ"/>
        </w:rPr>
        <w:t>№ 498 сайлау учаскесі</w:t>
      </w:r>
    </w:p>
    <w:p w14:paraId="447BAE1E"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«BINOM EDUCATION» жауапкершілігі шектеулі серіктестігінің Ы. Алтынсарин атындағы «BINOM SCHOOL» мектеп-лицейі, Төле би көшесі, № 42)</w:t>
      </w:r>
    </w:p>
    <w:p w14:paraId="57D396D4" w14:textId="77777777" w:rsidR="00BE72FA" w:rsidRPr="00450AE3" w:rsidRDefault="00BE72FA" w:rsidP="00BE72FA">
      <w:pPr>
        <w:ind w:firstLine="709"/>
        <w:jc w:val="both"/>
        <w:rPr>
          <w:sz w:val="28"/>
          <w:szCs w:val="28"/>
          <w:lang w:val="kk-KZ"/>
        </w:rPr>
      </w:pPr>
    </w:p>
    <w:p w14:paraId="6B4E2C5D"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Е-67 көше, № 8 үй, Ә. Бектұров көшесі, № 9, 11/1, 11а, 11б үйлер, Тұран даңғылы, № 45/1 үй. </w:t>
      </w:r>
    </w:p>
    <w:p w14:paraId="3108D476" w14:textId="77777777" w:rsidR="00BE72FA" w:rsidRPr="00450AE3" w:rsidRDefault="00BE72FA" w:rsidP="00BE72FA">
      <w:pPr>
        <w:ind w:firstLine="709"/>
        <w:jc w:val="both"/>
        <w:rPr>
          <w:sz w:val="28"/>
          <w:szCs w:val="28"/>
          <w:lang w:val="kk-KZ"/>
        </w:rPr>
      </w:pPr>
    </w:p>
    <w:p w14:paraId="3ACB8344" w14:textId="77777777" w:rsidR="00BE72FA" w:rsidRPr="00450AE3" w:rsidRDefault="00BE72FA" w:rsidP="00BE72FA">
      <w:pPr>
        <w:keepNext/>
        <w:ind w:firstLine="709"/>
        <w:jc w:val="center"/>
        <w:rPr>
          <w:sz w:val="28"/>
          <w:szCs w:val="28"/>
          <w:lang w:val="kk-KZ"/>
        </w:rPr>
      </w:pPr>
      <w:r w:rsidRPr="00450AE3">
        <w:rPr>
          <w:sz w:val="28"/>
          <w:szCs w:val="28"/>
          <w:lang w:val="kk-KZ"/>
        </w:rPr>
        <w:t>№ 499 сайлау учаскесі</w:t>
      </w:r>
    </w:p>
    <w:p w14:paraId="2C779DB9"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«Алау» мұзайдыны, Қабанбай батыр даңғылы, № 47)</w:t>
      </w:r>
    </w:p>
    <w:p w14:paraId="03EA89C4" w14:textId="77777777" w:rsidR="00BE72FA" w:rsidRPr="00450AE3" w:rsidRDefault="00BE72FA" w:rsidP="00BE72FA">
      <w:pPr>
        <w:ind w:firstLine="709"/>
        <w:jc w:val="center"/>
        <w:rPr>
          <w:sz w:val="28"/>
          <w:szCs w:val="28"/>
          <w:lang w:val="kk-KZ"/>
        </w:rPr>
      </w:pPr>
    </w:p>
    <w:p w14:paraId="57B3E996" w14:textId="77777777" w:rsidR="00BE72FA" w:rsidRPr="00450AE3" w:rsidRDefault="00BE72FA" w:rsidP="00BE72FA">
      <w:pPr>
        <w:ind w:firstLine="709"/>
        <w:jc w:val="both"/>
        <w:rPr>
          <w:sz w:val="28"/>
          <w:szCs w:val="28"/>
          <w:lang w:val="kk-KZ"/>
        </w:rPr>
      </w:pPr>
      <w:r w:rsidRPr="00450AE3">
        <w:rPr>
          <w:sz w:val="28"/>
          <w:szCs w:val="28"/>
          <w:lang w:val="kk-KZ"/>
        </w:rPr>
        <w:t>Шекарасы: Тұран даңғылы, № 52, 52/1, 52/2, 52/3, 52/4, 52/5, 52/6, 52/7 үйлер.</w:t>
      </w:r>
    </w:p>
    <w:p w14:paraId="2C1500FA" w14:textId="77777777" w:rsidR="00BE72FA" w:rsidRPr="00450AE3" w:rsidRDefault="00BE72FA" w:rsidP="00BE72FA">
      <w:pPr>
        <w:ind w:firstLine="709"/>
        <w:jc w:val="both"/>
        <w:rPr>
          <w:sz w:val="28"/>
          <w:szCs w:val="28"/>
          <w:lang w:val="kk-KZ"/>
        </w:rPr>
      </w:pPr>
    </w:p>
    <w:p w14:paraId="3CD3365C" w14:textId="77777777" w:rsidR="00BE72FA" w:rsidRPr="00450AE3" w:rsidRDefault="00BE72FA" w:rsidP="00BE72FA">
      <w:pPr>
        <w:keepNext/>
        <w:ind w:firstLine="709"/>
        <w:jc w:val="center"/>
        <w:rPr>
          <w:sz w:val="28"/>
          <w:szCs w:val="28"/>
          <w:lang w:val="kk-KZ"/>
        </w:rPr>
      </w:pPr>
      <w:r w:rsidRPr="00450AE3">
        <w:rPr>
          <w:sz w:val="28"/>
          <w:szCs w:val="28"/>
          <w:lang w:val="kk-KZ"/>
        </w:rPr>
        <w:t>№ 500 сайлау учаскесі</w:t>
      </w:r>
    </w:p>
    <w:p w14:paraId="0DD94277"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117 жалпы орта білім беретін мектеп» коммуналдық мемлекеттік мекемесі, Е-899 көше, № 8)</w:t>
      </w:r>
    </w:p>
    <w:p w14:paraId="62D776F1" w14:textId="77777777" w:rsidR="00BE72FA" w:rsidRPr="00450AE3" w:rsidRDefault="00BE72FA" w:rsidP="00BE72FA">
      <w:pPr>
        <w:ind w:firstLine="709"/>
        <w:jc w:val="center"/>
        <w:rPr>
          <w:sz w:val="28"/>
          <w:szCs w:val="28"/>
          <w:lang w:val="kk-KZ"/>
        </w:rPr>
      </w:pPr>
    </w:p>
    <w:p w14:paraId="7EFADFBA" w14:textId="77777777" w:rsidR="00BE72FA" w:rsidRPr="00450AE3" w:rsidRDefault="00BE72FA" w:rsidP="00BE72FA">
      <w:pPr>
        <w:ind w:firstLine="720"/>
        <w:jc w:val="both"/>
        <w:rPr>
          <w:sz w:val="28"/>
          <w:szCs w:val="28"/>
          <w:lang w:val="kk-KZ"/>
        </w:rPr>
      </w:pPr>
      <w:r w:rsidRPr="00450AE3">
        <w:rPr>
          <w:sz w:val="28"/>
          <w:szCs w:val="28"/>
          <w:lang w:val="kk-KZ"/>
        </w:rPr>
        <w:t xml:space="preserve">Шекарасы: Қ. Мұхамедханов көшесі, № 4в, 6, 6а, 6б, 6/1 үйлер, Әнет баба көшесі, № 12 үй, Е-899 көше, № 5а, 5/1, 5/1а, 5/3, 7, 8, 10 үйлер, Е-900 көше, </w:t>
      </w:r>
      <w:r w:rsidRPr="00450AE3">
        <w:rPr>
          <w:sz w:val="28"/>
          <w:szCs w:val="28"/>
          <w:lang w:val="kk-KZ"/>
        </w:rPr>
        <w:br/>
        <w:t>№ 5/1, 5/2, 10 үйлер, Төле би көшесі, № 65 үй.</w:t>
      </w:r>
    </w:p>
    <w:p w14:paraId="7965DD26" w14:textId="77777777" w:rsidR="00BE72FA" w:rsidRPr="00450AE3" w:rsidRDefault="00BE72FA" w:rsidP="00BE72FA">
      <w:pPr>
        <w:ind w:firstLine="709"/>
        <w:jc w:val="center"/>
        <w:rPr>
          <w:sz w:val="28"/>
          <w:szCs w:val="28"/>
          <w:lang w:val="kk-KZ"/>
        </w:rPr>
      </w:pPr>
    </w:p>
    <w:p w14:paraId="53E2014D" w14:textId="77777777" w:rsidR="00BE72FA" w:rsidRPr="00450AE3" w:rsidRDefault="00BE72FA" w:rsidP="00BE72FA">
      <w:pPr>
        <w:keepNext/>
        <w:ind w:firstLine="709"/>
        <w:jc w:val="center"/>
        <w:rPr>
          <w:sz w:val="28"/>
          <w:szCs w:val="28"/>
          <w:lang w:val="kk-KZ"/>
        </w:rPr>
      </w:pPr>
      <w:r w:rsidRPr="00450AE3">
        <w:rPr>
          <w:sz w:val="28"/>
          <w:szCs w:val="28"/>
          <w:lang w:val="kk-KZ"/>
        </w:rPr>
        <w:lastRenderedPageBreak/>
        <w:t>№ 516 сайлау учаскесі</w:t>
      </w:r>
    </w:p>
    <w:p w14:paraId="2058C29D"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110 жалпы орта білім беретін мектеп» коммуналдық мемлекеттік мекемесі, Е-17 көше, № 4)</w:t>
      </w:r>
    </w:p>
    <w:p w14:paraId="082EBA22" w14:textId="77777777" w:rsidR="00BE72FA" w:rsidRPr="00450AE3" w:rsidRDefault="00BE72FA" w:rsidP="00BE72FA">
      <w:pPr>
        <w:ind w:firstLine="709"/>
        <w:jc w:val="center"/>
        <w:rPr>
          <w:sz w:val="28"/>
          <w:szCs w:val="28"/>
          <w:lang w:val="kk-KZ"/>
        </w:rPr>
      </w:pPr>
    </w:p>
    <w:p w14:paraId="03A76D91"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Ж. Молдағалиев көшесі, № 2, 2/1, 2/2, 4, 4к1, 4к2 үйлер, </w:t>
      </w:r>
      <w:r w:rsidRPr="00450AE3">
        <w:rPr>
          <w:sz w:val="28"/>
          <w:szCs w:val="28"/>
          <w:lang w:val="kk-KZ"/>
        </w:rPr>
        <w:br/>
        <w:t>Ш. Айтматов көшесі, № 1, 22, 23 үйлер, Тәттімбет көшесі, № 9 үй.</w:t>
      </w:r>
    </w:p>
    <w:p w14:paraId="49230487" w14:textId="77777777" w:rsidR="00BE72FA" w:rsidRPr="00450AE3" w:rsidRDefault="00BE72FA" w:rsidP="00BE72FA">
      <w:pPr>
        <w:ind w:firstLine="709"/>
        <w:jc w:val="center"/>
        <w:rPr>
          <w:sz w:val="28"/>
          <w:szCs w:val="28"/>
          <w:lang w:val="kk-KZ"/>
        </w:rPr>
      </w:pPr>
    </w:p>
    <w:p w14:paraId="5F71995D" w14:textId="77777777" w:rsidR="00BE72FA" w:rsidRPr="00450AE3" w:rsidRDefault="00BE72FA" w:rsidP="00BE72FA">
      <w:pPr>
        <w:keepNext/>
        <w:ind w:firstLine="709"/>
        <w:jc w:val="center"/>
        <w:rPr>
          <w:sz w:val="28"/>
          <w:szCs w:val="28"/>
          <w:lang w:val="kk-KZ"/>
        </w:rPr>
      </w:pPr>
      <w:r w:rsidRPr="00450AE3">
        <w:rPr>
          <w:sz w:val="28"/>
          <w:szCs w:val="28"/>
          <w:lang w:val="kk-KZ"/>
        </w:rPr>
        <w:t>№ 524 сайлау учаскесі</w:t>
      </w:r>
    </w:p>
    <w:p w14:paraId="24157B53"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w:t>
      </w:r>
      <w:proofErr w:type="spellStart"/>
      <w:r w:rsidRPr="00450AE3">
        <w:rPr>
          <w:sz w:val="28"/>
          <w:szCs w:val="28"/>
          <w:lang w:val="kk-KZ"/>
        </w:rPr>
        <w:t>Intellectual</w:t>
      </w:r>
      <w:proofErr w:type="spellEnd"/>
      <w:r w:rsidRPr="00450AE3">
        <w:rPr>
          <w:sz w:val="28"/>
          <w:szCs w:val="28"/>
          <w:lang w:val="kk-KZ"/>
        </w:rPr>
        <w:t xml:space="preserve"> </w:t>
      </w:r>
      <w:proofErr w:type="spellStart"/>
      <w:r w:rsidRPr="00450AE3">
        <w:rPr>
          <w:sz w:val="28"/>
          <w:szCs w:val="28"/>
          <w:lang w:val="kk-KZ"/>
        </w:rPr>
        <w:t>generation</w:t>
      </w:r>
      <w:proofErr w:type="spellEnd"/>
      <w:r w:rsidRPr="00450AE3">
        <w:rPr>
          <w:sz w:val="28"/>
          <w:szCs w:val="28"/>
          <w:lang w:val="kk-KZ"/>
        </w:rPr>
        <w:t>» жауапкершілігі шектеулі серіктестігінің «</w:t>
      </w:r>
      <w:proofErr w:type="spellStart"/>
      <w:r w:rsidRPr="00450AE3">
        <w:rPr>
          <w:sz w:val="28"/>
          <w:szCs w:val="28"/>
          <w:lang w:val="kk-KZ"/>
        </w:rPr>
        <w:t>Zialy</w:t>
      </w:r>
      <w:proofErr w:type="spellEnd"/>
      <w:r w:rsidRPr="00450AE3">
        <w:rPr>
          <w:sz w:val="28"/>
          <w:szCs w:val="28"/>
          <w:lang w:val="kk-KZ"/>
        </w:rPr>
        <w:t xml:space="preserve"> </w:t>
      </w:r>
      <w:proofErr w:type="spellStart"/>
      <w:r w:rsidRPr="00450AE3">
        <w:rPr>
          <w:sz w:val="28"/>
          <w:szCs w:val="28"/>
          <w:lang w:val="kk-KZ"/>
        </w:rPr>
        <w:t>Urpaq</w:t>
      </w:r>
      <w:proofErr w:type="spellEnd"/>
      <w:r w:rsidRPr="00450AE3">
        <w:rPr>
          <w:sz w:val="28"/>
          <w:szCs w:val="28"/>
          <w:lang w:val="kk-KZ"/>
        </w:rPr>
        <w:t>» жекеменшік мектебі, Сығанақ көшесі, № 5)</w:t>
      </w:r>
    </w:p>
    <w:p w14:paraId="6728E043" w14:textId="77777777" w:rsidR="00BE72FA" w:rsidRPr="00450AE3" w:rsidRDefault="00BE72FA" w:rsidP="00BE72FA">
      <w:pPr>
        <w:jc w:val="center"/>
        <w:rPr>
          <w:sz w:val="28"/>
          <w:szCs w:val="28"/>
          <w:lang w:val="kk-KZ"/>
        </w:rPr>
      </w:pPr>
    </w:p>
    <w:p w14:paraId="263064A0" w14:textId="77777777" w:rsidR="00BE72FA" w:rsidRPr="00450AE3" w:rsidRDefault="00BE72FA" w:rsidP="00BE72FA">
      <w:pPr>
        <w:ind w:firstLine="709"/>
        <w:jc w:val="both"/>
        <w:rPr>
          <w:sz w:val="28"/>
          <w:szCs w:val="28"/>
          <w:lang w:val="kk-KZ"/>
        </w:rPr>
      </w:pPr>
      <w:r w:rsidRPr="00450AE3">
        <w:rPr>
          <w:sz w:val="28"/>
          <w:szCs w:val="28"/>
          <w:lang w:val="kk-KZ"/>
        </w:rPr>
        <w:t>Шекарасы: Күлтегін көшесі, № 9, 10, 11 үйлер, С. Асфендияров көшесі, № 3 үй.</w:t>
      </w:r>
    </w:p>
    <w:p w14:paraId="29911263" w14:textId="77777777" w:rsidR="00BE72FA" w:rsidRPr="00450AE3" w:rsidRDefault="00BE72FA" w:rsidP="00BE72FA">
      <w:pPr>
        <w:ind w:firstLine="709"/>
        <w:jc w:val="center"/>
        <w:rPr>
          <w:sz w:val="28"/>
          <w:szCs w:val="28"/>
          <w:lang w:val="kk-KZ"/>
        </w:rPr>
      </w:pPr>
    </w:p>
    <w:p w14:paraId="3D7B25A6" w14:textId="77777777" w:rsidR="00BE72FA" w:rsidRPr="00450AE3" w:rsidRDefault="00BE72FA" w:rsidP="00BE72FA">
      <w:pPr>
        <w:keepNext/>
        <w:ind w:firstLine="709"/>
        <w:jc w:val="center"/>
        <w:rPr>
          <w:sz w:val="28"/>
          <w:szCs w:val="28"/>
          <w:lang w:val="kk-KZ"/>
        </w:rPr>
      </w:pPr>
      <w:r w:rsidRPr="00450AE3">
        <w:rPr>
          <w:sz w:val="28"/>
          <w:szCs w:val="28"/>
          <w:lang w:val="kk-KZ"/>
        </w:rPr>
        <w:t>№ 525 сайлау учаскесі</w:t>
      </w:r>
    </w:p>
    <w:p w14:paraId="3860284C"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118 жалпы орта білім беретін мектеп» коммуналдық мемлекеттік мекемесі, Ұлы Дала даңғылы, № 11)</w:t>
      </w:r>
    </w:p>
    <w:p w14:paraId="5BF6C107" w14:textId="77777777" w:rsidR="00BE72FA" w:rsidRPr="00450AE3" w:rsidRDefault="00BE72FA" w:rsidP="00BE72FA">
      <w:pPr>
        <w:ind w:firstLine="709"/>
        <w:jc w:val="center"/>
        <w:rPr>
          <w:sz w:val="28"/>
          <w:szCs w:val="28"/>
          <w:lang w:val="kk-KZ"/>
        </w:rPr>
      </w:pPr>
    </w:p>
    <w:p w14:paraId="24580615" w14:textId="77777777" w:rsidR="00BE72FA" w:rsidRPr="00450AE3" w:rsidRDefault="00BE72FA" w:rsidP="00BE72FA">
      <w:pPr>
        <w:ind w:firstLine="708"/>
        <w:jc w:val="both"/>
        <w:rPr>
          <w:sz w:val="28"/>
          <w:szCs w:val="28"/>
          <w:lang w:val="kk-KZ"/>
        </w:rPr>
      </w:pPr>
      <w:r w:rsidRPr="00450AE3">
        <w:rPr>
          <w:sz w:val="28"/>
          <w:szCs w:val="28"/>
          <w:lang w:val="kk-KZ"/>
        </w:rPr>
        <w:t xml:space="preserve">Шекарасы: Қазыбек би көшесінен бастап Ұлы Дала даңғылы бойымен (екі жағынан) Ш. Айтматов көшесіне дейін, Ш. Айтматов көшесінің бойымен (екі жағынан) Ш. Айтматов көшесіндегі № 22 үйге дейін, Ш. Айтматов көшесіндегі </w:t>
      </w:r>
      <w:r w:rsidRPr="00450AE3">
        <w:rPr>
          <w:sz w:val="28"/>
          <w:szCs w:val="28"/>
          <w:lang w:val="kk-KZ"/>
        </w:rPr>
        <w:br/>
        <w:t xml:space="preserve">№ 22 үйден бастап дала арқылы Қазыбек би көшесіндегі № 11/1 үйге дейін, Қазыбек би көшесіндегі № 11/1 үйден бастап Кіші </w:t>
      </w:r>
      <w:proofErr w:type="spellStart"/>
      <w:r w:rsidRPr="00450AE3">
        <w:rPr>
          <w:sz w:val="28"/>
          <w:szCs w:val="28"/>
          <w:lang w:val="kk-KZ"/>
        </w:rPr>
        <w:t>Талдыкөл</w:t>
      </w:r>
      <w:proofErr w:type="spellEnd"/>
      <w:r w:rsidRPr="00450AE3">
        <w:rPr>
          <w:sz w:val="28"/>
          <w:szCs w:val="28"/>
          <w:lang w:val="kk-KZ"/>
        </w:rPr>
        <w:t xml:space="preserve"> көлінің бойымен Ұлы Дала даңғылына дейін.</w:t>
      </w:r>
    </w:p>
    <w:p w14:paraId="5FEE139E" w14:textId="77777777" w:rsidR="00BE72FA" w:rsidRPr="00450AE3" w:rsidRDefault="00BE72FA" w:rsidP="00BE72FA">
      <w:pPr>
        <w:ind w:firstLine="709"/>
        <w:jc w:val="center"/>
        <w:rPr>
          <w:sz w:val="28"/>
          <w:szCs w:val="28"/>
          <w:lang w:val="kk-KZ"/>
        </w:rPr>
      </w:pPr>
    </w:p>
    <w:p w14:paraId="4B7372E2" w14:textId="77777777" w:rsidR="00BE72FA" w:rsidRPr="00450AE3" w:rsidRDefault="00BE72FA" w:rsidP="00BE72FA">
      <w:pPr>
        <w:keepNext/>
        <w:ind w:firstLine="709"/>
        <w:jc w:val="center"/>
        <w:rPr>
          <w:sz w:val="28"/>
          <w:szCs w:val="28"/>
          <w:lang w:val="kk-KZ"/>
        </w:rPr>
      </w:pPr>
      <w:r w:rsidRPr="00450AE3">
        <w:rPr>
          <w:sz w:val="28"/>
          <w:szCs w:val="28"/>
          <w:lang w:val="kk-KZ"/>
        </w:rPr>
        <w:t>№ 261 сайлау учаскесі</w:t>
      </w:r>
    </w:p>
    <w:p w14:paraId="270B23D1"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«Ана мен бала ұлттық ғылыми орталығы» акционерлік қоғамының «</w:t>
      </w:r>
      <w:proofErr w:type="spellStart"/>
      <w:r w:rsidRPr="00450AE3">
        <w:rPr>
          <w:sz w:val="28"/>
          <w:szCs w:val="28"/>
          <w:lang w:val="kk-KZ"/>
        </w:rPr>
        <w:t>University</w:t>
      </w:r>
      <w:proofErr w:type="spellEnd"/>
      <w:r w:rsidRPr="00450AE3">
        <w:rPr>
          <w:sz w:val="28"/>
          <w:szCs w:val="28"/>
          <w:lang w:val="kk-KZ"/>
        </w:rPr>
        <w:t xml:space="preserve"> </w:t>
      </w:r>
      <w:proofErr w:type="spellStart"/>
      <w:r w:rsidRPr="00450AE3">
        <w:rPr>
          <w:sz w:val="28"/>
          <w:szCs w:val="28"/>
          <w:lang w:val="kk-KZ"/>
        </w:rPr>
        <w:t>Medical</w:t>
      </w:r>
      <w:proofErr w:type="spellEnd"/>
      <w:r w:rsidRPr="00450AE3">
        <w:rPr>
          <w:sz w:val="28"/>
          <w:szCs w:val="28"/>
          <w:lang w:val="kk-KZ"/>
        </w:rPr>
        <w:t xml:space="preserve"> </w:t>
      </w:r>
      <w:proofErr w:type="spellStart"/>
      <w:r w:rsidRPr="00450AE3">
        <w:rPr>
          <w:sz w:val="28"/>
          <w:szCs w:val="28"/>
          <w:lang w:val="kk-KZ"/>
        </w:rPr>
        <w:t>Center</w:t>
      </w:r>
      <w:proofErr w:type="spellEnd"/>
      <w:r w:rsidRPr="00450AE3">
        <w:rPr>
          <w:sz w:val="28"/>
          <w:szCs w:val="28"/>
          <w:lang w:val="kk-KZ"/>
        </w:rPr>
        <w:t>» корпоративтік қорының филиалы, Тұран даңғылы, № 32)</w:t>
      </w:r>
    </w:p>
    <w:p w14:paraId="7169C8FD" w14:textId="77777777" w:rsidR="00BE72FA" w:rsidRPr="00450AE3" w:rsidRDefault="00BE72FA" w:rsidP="00BE72FA">
      <w:pPr>
        <w:ind w:firstLine="709"/>
        <w:jc w:val="center"/>
        <w:rPr>
          <w:sz w:val="28"/>
          <w:szCs w:val="28"/>
          <w:lang w:val="kk-KZ"/>
        </w:rPr>
      </w:pPr>
    </w:p>
    <w:p w14:paraId="0250775E" w14:textId="77777777" w:rsidR="00BE72FA" w:rsidRPr="00450AE3" w:rsidRDefault="00BE72FA" w:rsidP="00BE72FA">
      <w:pPr>
        <w:ind w:firstLine="709"/>
        <w:jc w:val="both"/>
        <w:rPr>
          <w:sz w:val="28"/>
          <w:szCs w:val="28"/>
          <w:lang w:val="kk-KZ"/>
        </w:rPr>
      </w:pPr>
      <w:r w:rsidRPr="00450AE3">
        <w:rPr>
          <w:sz w:val="28"/>
          <w:szCs w:val="28"/>
          <w:lang w:val="kk-KZ"/>
        </w:rPr>
        <w:t>Шекарасы: Тұран даңғылы, № 32.</w:t>
      </w:r>
    </w:p>
    <w:p w14:paraId="64000286" w14:textId="77777777" w:rsidR="00BE72FA" w:rsidRPr="00450AE3" w:rsidRDefault="00BE72FA" w:rsidP="00BE72FA">
      <w:pPr>
        <w:ind w:firstLine="709"/>
        <w:jc w:val="center"/>
        <w:rPr>
          <w:sz w:val="28"/>
          <w:szCs w:val="28"/>
          <w:lang w:val="kk-KZ"/>
        </w:rPr>
      </w:pPr>
    </w:p>
    <w:p w14:paraId="6F6DC36B" w14:textId="77777777" w:rsidR="00BE72FA" w:rsidRPr="00450AE3" w:rsidRDefault="00BE72FA" w:rsidP="00BE72FA">
      <w:pPr>
        <w:keepNext/>
        <w:ind w:firstLine="709"/>
        <w:jc w:val="center"/>
        <w:rPr>
          <w:sz w:val="28"/>
          <w:szCs w:val="28"/>
          <w:lang w:val="kk-KZ"/>
        </w:rPr>
      </w:pPr>
      <w:r w:rsidRPr="00450AE3">
        <w:rPr>
          <w:sz w:val="28"/>
          <w:szCs w:val="28"/>
          <w:lang w:val="kk-KZ"/>
        </w:rPr>
        <w:t>№ 262 сайлау учаскесі</w:t>
      </w:r>
    </w:p>
    <w:p w14:paraId="60EED090"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«Ұлттық нейрохирургия орталығы» акционерлік қоғамы, Тұран даңғылы, № 34/1)</w:t>
      </w:r>
    </w:p>
    <w:p w14:paraId="44C40558" w14:textId="77777777" w:rsidR="00BE72FA" w:rsidRPr="00450AE3" w:rsidRDefault="00BE72FA" w:rsidP="00BE72FA">
      <w:pPr>
        <w:ind w:firstLine="709"/>
        <w:jc w:val="center"/>
        <w:rPr>
          <w:sz w:val="28"/>
          <w:szCs w:val="28"/>
          <w:lang w:val="kk-KZ"/>
        </w:rPr>
      </w:pPr>
    </w:p>
    <w:p w14:paraId="2F0DE36D" w14:textId="77777777" w:rsidR="00BE72FA" w:rsidRPr="00450AE3" w:rsidRDefault="00BE72FA" w:rsidP="00BE72FA">
      <w:pPr>
        <w:ind w:firstLine="709"/>
        <w:jc w:val="both"/>
        <w:rPr>
          <w:sz w:val="28"/>
          <w:szCs w:val="28"/>
          <w:lang w:val="kk-KZ"/>
        </w:rPr>
      </w:pPr>
      <w:r w:rsidRPr="00450AE3">
        <w:rPr>
          <w:sz w:val="28"/>
          <w:szCs w:val="28"/>
          <w:lang w:val="kk-KZ"/>
        </w:rPr>
        <w:t>Шекарасы: Тұран даңғылы, № 34/1.</w:t>
      </w:r>
    </w:p>
    <w:p w14:paraId="42DA9A00" w14:textId="77777777" w:rsidR="00BE72FA" w:rsidRPr="00450AE3" w:rsidRDefault="00BE72FA" w:rsidP="00BE72FA">
      <w:pPr>
        <w:jc w:val="both"/>
        <w:rPr>
          <w:sz w:val="28"/>
          <w:szCs w:val="28"/>
          <w:lang w:val="kk-KZ"/>
        </w:rPr>
      </w:pPr>
    </w:p>
    <w:p w14:paraId="5752BDD4" w14:textId="77777777" w:rsidR="00BE72FA" w:rsidRPr="00450AE3" w:rsidRDefault="00BE72FA" w:rsidP="00BE72FA">
      <w:pPr>
        <w:keepNext/>
        <w:ind w:firstLine="709"/>
        <w:jc w:val="center"/>
        <w:rPr>
          <w:sz w:val="28"/>
          <w:szCs w:val="28"/>
          <w:lang w:val="kk-KZ"/>
        </w:rPr>
      </w:pPr>
      <w:r w:rsidRPr="00450AE3">
        <w:rPr>
          <w:sz w:val="28"/>
          <w:szCs w:val="28"/>
          <w:lang w:val="kk-KZ"/>
        </w:rPr>
        <w:t>№ 263 сайлау учаскесі</w:t>
      </w:r>
    </w:p>
    <w:p w14:paraId="1C4940F7"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«Ұлттық ғылыми медициналық орталықтың балалар кардиохирургия бөлімі» акционерлік қоғамы, Қабанбай батыр даңғылы, № 27)</w:t>
      </w:r>
    </w:p>
    <w:p w14:paraId="414DFA21" w14:textId="77777777" w:rsidR="00BE72FA" w:rsidRPr="00450AE3" w:rsidRDefault="00BE72FA" w:rsidP="00BE72FA">
      <w:pPr>
        <w:ind w:firstLine="709"/>
        <w:jc w:val="center"/>
        <w:rPr>
          <w:sz w:val="28"/>
          <w:szCs w:val="28"/>
          <w:lang w:val="kk-KZ"/>
        </w:rPr>
      </w:pPr>
    </w:p>
    <w:p w14:paraId="678198E1" w14:textId="77777777" w:rsidR="00BE72FA" w:rsidRPr="00450AE3" w:rsidRDefault="00BE72FA" w:rsidP="00BE72FA">
      <w:pPr>
        <w:ind w:firstLine="709"/>
        <w:jc w:val="both"/>
        <w:rPr>
          <w:sz w:val="28"/>
          <w:szCs w:val="28"/>
          <w:lang w:val="kk-KZ"/>
        </w:rPr>
      </w:pPr>
      <w:r w:rsidRPr="00450AE3">
        <w:rPr>
          <w:sz w:val="28"/>
          <w:szCs w:val="28"/>
          <w:lang w:val="kk-KZ"/>
        </w:rPr>
        <w:t>Шекарасы: Қабанбай батыр даңғылы, № 27.</w:t>
      </w:r>
    </w:p>
    <w:p w14:paraId="71D2E838" w14:textId="77777777" w:rsidR="00BE72FA" w:rsidRPr="00450AE3" w:rsidRDefault="00BE72FA" w:rsidP="00BE72FA">
      <w:pPr>
        <w:ind w:firstLine="709"/>
        <w:jc w:val="center"/>
        <w:rPr>
          <w:sz w:val="28"/>
          <w:szCs w:val="28"/>
          <w:lang w:val="kk-KZ"/>
        </w:rPr>
      </w:pPr>
    </w:p>
    <w:p w14:paraId="4323AF8B" w14:textId="77777777" w:rsidR="00BE72FA" w:rsidRPr="00450AE3" w:rsidRDefault="00BE72FA" w:rsidP="00BE72FA">
      <w:pPr>
        <w:keepNext/>
        <w:ind w:firstLine="709"/>
        <w:jc w:val="center"/>
        <w:rPr>
          <w:sz w:val="28"/>
          <w:szCs w:val="28"/>
          <w:lang w:val="kk-KZ"/>
        </w:rPr>
      </w:pPr>
      <w:r w:rsidRPr="00450AE3">
        <w:rPr>
          <w:sz w:val="28"/>
          <w:szCs w:val="28"/>
          <w:lang w:val="kk-KZ"/>
        </w:rPr>
        <w:lastRenderedPageBreak/>
        <w:t>№ 264 сайлау учаскесі</w:t>
      </w:r>
    </w:p>
    <w:p w14:paraId="4B12436F"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«Балаларды оңалтудың ұлттық орталығы» акционерлік қоғамының «</w:t>
      </w:r>
      <w:proofErr w:type="spellStart"/>
      <w:r w:rsidRPr="00450AE3">
        <w:rPr>
          <w:sz w:val="28"/>
          <w:szCs w:val="28"/>
          <w:lang w:val="kk-KZ"/>
        </w:rPr>
        <w:t>University</w:t>
      </w:r>
      <w:proofErr w:type="spellEnd"/>
      <w:r w:rsidRPr="00450AE3">
        <w:rPr>
          <w:sz w:val="28"/>
          <w:szCs w:val="28"/>
          <w:lang w:val="kk-KZ"/>
        </w:rPr>
        <w:t xml:space="preserve"> </w:t>
      </w:r>
      <w:proofErr w:type="spellStart"/>
      <w:r w:rsidRPr="00450AE3">
        <w:rPr>
          <w:sz w:val="28"/>
          <w:szCs w:val="28"/>
          <w:lang w:val="kk-KZ"/>
        </w:rPr>
        <w:t>Medical</w:t>
      </w:r>
      <w:proofErr w:type="spellEnd"/>
      <w:r w:rsidRPr="00450AE3">
        <w:rPr>
          <w:sz w:val="28"/>
          <w:szCs w:val="28"/>
          <w:lang w:val="kk-KZ"/>
        </w:rPr>
        <w:t xml:space="preserve"> </w:t>
      </w:r>
      <w:proofErr w:type="spellStart"/>
      <w:r w:rsidRPr="00450AE3">
        <w:rPr>
          <w:sz w:val="28"/>
          <w:szCs w:val="28"/>
          <w:lang w:val="kk-KZ"/>
        </w:rPr>
        <w:t>Center</w:t>
      </w:r>
      <w:proofErr w:type="spellEnd"/>
      <w:r w:rsidRPr="00450AE3">
        <w:rPr>
          <w:sz w:val="28"/>
          <w:szCs w:val="28"/>
          <w:lang w:val="kk-KZ"/>
        </w:rPr>
        <w:t>» корпоративтік қорының филиалы, Тұран даңғылы, № 36)</w:t>
      </w:r>
    </w:p>
    <w:p w14:paraId="16B1CE4C" w14:textId="77777777" w:rsidR="00BE72FA" w:rsidRPr="00450AE3" w:rsidRDefault="00BE72FA" w:rsidP="00BE72FA">
      <w:pPr>
        <w:ind w:firstLine="709"/>
        <w:jc w:val="center"/>
        <w:rPr>
          <w:sz w:val="28"/>
          <w:szCs w:val="28"/>
          <w:lang w:val="kk-KZ"/>
        </w:rPr>
      </w:pPr>
    </w:p>
    <w:p w14:paraId="3E43EC56" w14:textId="77777777" w:rsidR="00BE72FA" w:rsidRPr="00450AE3" w:rsidRDefault="00BE72FA" w:rsidP="00BE72FA">
      <w:pPr>
        <w:ind w:firstLine="709"/>
        <w:jc w:val="both"/>
        <w:rPr>
          <w:sz w:val="28"/>
          <w:szCs w:val="28"/>
          <w:lang w:val="kk-KZ"/>
        </w:rPr>
      </w:pPr>
      <w:r w:rsidRPr="00450AE3">
        <w:rPr>
          <w:sz w:val="28"/>
          <w:szCs w:val="28"/>
          <w:lang w:val="kk-KZ"/>
        </w:rPr>
        <w:t>Шекарасы: Тұран даңғылы, № 36.</w:t>
      </w:r>
    </w:p>
    <w:p w14:paraId="4ECE77F5" w14:textId="77777777" w:rsidR="00BE72FA" w:rsidRPr="00450AE3" w:rsidRDefault="00BE72FA" w:rsidP="00BE72FA">
      <w:pPr>
        <w:ind w:firstLine="709"/>
        <w:jc w:val="center"/>
        <w:rPr>
          <w:sz w:val="28"/>
          <w:szCs w:val="28"/>
          <w:lang w:val="kk-KZ"/>
        </w:rPr>
      </w:pPr>
    </w:p>
    <w:p w14:paraId="61DCCE3D" w14:textId="77777777" w:rsidR="00BE72FA" w:rsidRPr="00450AE3" w:rsidRDefault="00BE72FA" w:rsidP="00BE72FA">
      <w:pPr>
        <w:keepNext/>
        <w:ind w:firstLine="709"/>
        <w:jc w:val="center"/>
        <w:rPr>
          <w:sz w:val="28"/>
          <w:szCs w:val="28"/>
          <w:lang w:val="kk-KZ"/>
        </w:rPr>
      </w:pPr>
      <w:r w:rsidRPr="00450AE3">
        <w:rPr>
          <w:sz w:val="28"/>
          <w:szCs w:val="28"/>
          <w:lang w:val="kk-KZ"/>
        </w:rPr>
        <w:t>№ 265 сайлау учаскесі</w:t>
      </w:r>
    </w:p>
    <w:p w14:paraId="6EE0EB00"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«Ұлттық ғылыми онкологиялық орталық» жауапкершілігі шектеулі серіктестігі, Керей, Жәнібек хандар көшесі, № 3/2)</w:t>
      </w:r>
    </w:p>
    <w:p w14:paraId="45A44DF8" w14:textId="77777777" w:rsidR="00BE72FA" w:rsidRPr="00450AE3" w:rsidRDefault="00BE72FA" w:rsidP="00BE72FA">
      <w:pPr>
        <w:ind w:firstLine="709"/>
        <w:jc w:val="center"/>
        <w:rPr>
          <w:sz w:val="28"/>
          <w:szCs w:val="28"/>
          <w:lang w:val="kk-KZ"/>
        </w:rPr>
      </w:pPr>
    </w:p>
    <w:p w14:paraId="4B4FFD62" w14:textId="77777777" w:rsidR="00BE72FA" w:rsidRPr="00450AE3" w:rsidRDefault="00BE72FA" w:rsidP="00BE72FA">
      <w:pPr>
        <w:ind w:firstLine="709"/>
        <w:jc w:val="both"/>
        <w:rPr>
          <w:sz w:val="28"/>
          <w:szCs w:val="28"/>
        </w:rPr>
      </w:pPr>
      <w:proofErr w:type="spellStart"/>
      <w:r w:rsidRPr="00450AE3">
        <w:rPr>
          <w:sz w:val="28"/>
          <w:szCs w:val="28"/>
        </w:rPr>
        <w:t>Шекарасы</w:t>
      </w:r>
      <w:proofErr w:type="spellEnd"/>
      <w:r w:rsidRPr="00450AE3">
        <w:rPr>
          <w:sz w:val="28"/>
          <w:szCs w:val="28"/>
        </w:rPr>
        <w:t xml:space="preserve">: </w:t>
      </w:r>
      <w:proofErr w:type="spellStart"/>
      <w:r w:rsidRPr="00450AE3">
        <w:rPr>
          <w:sz w:val="28"/>
          <w:szCs w:val="28"/>
        </w:rPr>
        <w:t>Керей</w:t>
      </w:r>
      <w:proofErr w:type="spellEnd"/>
      <w:r w:rsidRPr="00450AE3">
        <w:rPr>
          <w:sz w:val="28"/>
          <w:szCs w:val="28"/>
        </w:rPr>
        <w:t xml:space="preserve">, </w:t>
      </w:r>
      <w:proofErr w:type="spellStart"/>
      <w:r w:rsidRPr="00450AE3">
        <w:rPr>
          <w:sz w:val="28"/>
          <w:szCs w:val="28"/>
        </w:rPr>
        <w:t>Жәнібек</w:t>
      </w:r>
      <w:proofErr w:type="spellEnd"/>
      <w:r w:rsidRPr="00450AE3">
        <w:rPr>
          <w:sz w:val="28"/>
          <w:szCs w:val="28"/>
        </w:rPr>
        <w:t xml:space="preserve"> </w:t>
      </w:r>
      <w:proofErr w:type="spellStart"/>
      <w:r w:rsidRPr="00450AE3">
        <w:rPr>
          <w:sz w:val="28"/>
          <w:szCs w:val="28"/>
        </w:rPr>
        <w:t>хандар</w:t>
      </w:r>
      <w:proofErr w:type="spellEnd"/>
      <w:r w:rsidRPr="00450AE3">
        <w:rPr>
          <w:sz w:val="28"/>
          <w:szCs w:val="28"/>
        </w:rPr>
        <w:t xml:space="preserve"> </w:t>
      </w:r>
      <w:proofErr w:type="spellStart"/>
      <w:r w:rsidRPr="00450AE3">
        <w:rPr>
          <w:sz w:val="28"/>
          <w:szCs w:val="28"/>
        </w:rPr>
        <w:t>көшесі</w:t>
      </w:r>
      <w:proofErr w:type="spellEnd"/>
      <w:r w:rsidRPr="00450AE3">
        <w:rPr>
          <w:sz w:val="28"/>
          <w:szCs w:val="28"/>
        </w:rPr>
        <w:t>, № 3</w:t>
      </w:r>
      <w:r w:rsidRPr="00450AE3">
        <w:rPr>
          <w:sz w:val="28"/>
          <w:szCs w:val="28"/>
          <w:lang w:val="kk-KZ"/>
        </w:rPr>
        <w:t>/</w:t>
      </w:r>
      <w:r w:rsidRPr="00450AE3">
        <w:rPr>
          <w:sz w:val="28"/>
          <w:szCs w:val="28"/>
        </w:rPr>
        <w:t>2.</w:t>
      </w:r>
    </w:p>
    <w:p w14:paraId="56B86DB8" w14:textId="77777777" w:rsidR="00BE72FA" w:rsidRPr="00450AE3" w:rsidRDefault="00BE72FA" w:rsidP="00BE72FA">
      <w:pPr>
        <w:jc w:val="both"/>
        <w:rPr>
          <w:sz w:val="28"/>
          <w:szCs w:val="28"/>
        </w:rPr>
      </w:pPr>
    </w:p>
    <w:p w14:paraId="7C5612DE" w14:textId="77777777" w:rsidR="00BE72FA" w:rsidRPr="00450AE3" w:rsidRDefault="00BE72FA" w:rsidP="00BE72FA">
      <w:pPr>
        <w:keepNext/>
        <w:ind w:firstLine="709"/>
        <w:jc w:val="center"/>
        <w:rPr>
          <w:sz w:val="28"/>
          <w:szCs w:val="28"/>
        </w:rPr>
      </w:pPr>
      <w:r w:rsidRPr="00450AE3">
        <w:rPr>
          <w:sz w:val="28"/>
          <w:szCs w:val="28"/>
        </w:rPr>
        <w:t xml:space="preserve">№ 266 </w:t>
      </w:r>
      <w:proofErr w:type="spellStart"/>
      <w:r w:rsidRPr="00450AE3">
        <w:rPr>
          <w:sz w:val="28"/>
          <w:szCs w:val="28"/>
        </w:rPr>
        <w:t>сайлау</w:t>
      </w:r>
      <w:proofErr w:type="spellEnd"/>
      <w:r w:rsidRPr="00450AE3">
        <w:rPr>
          <w:sz w:val="28"/>
          <w:szCs w:val="28"/>
        </w:rPr>
        <w:t xml:space="preserve"> </w:t>
      </w:r>
      <w:proofErr w:type="spellStart"/>
      <w:r w:rsidRPr="00450AE3">
        <w:rPr>
          <w:sz w:val="28"/>
          <w:szCs w:val="28"/>
        </w:rPr>
        <w:t>учаскесі</w:t>
      </w:r>
      <w:proofErr w:type="spellEnd"/>
    </w:p>
    <w:p w14:paraId="0D1EC57D" w14:textId="77777777" w:rsidR="00BE72FA" w:rsidRPr="00450AE3" w:rsidRDefault="00BE72FA" w:rsidP="00BE72FA">
      <w:pPr>
        <w:keepNext/>
        <w:ind w:firstLine="709"/>
        <w:jc w:val="center"/>
        <w:rPr>
          <w:sz w:val="28"/>
          <w:szCs w:val="28"/>
        </w:rPr>
      </w:pPr>
      <w:r w:rsidRPr="00450AE3">
        <w:rPr>
          <w:sz w:val="28"/>
          <w:szCs w:val="28"/>
        </w:rPr>
        <w:t>(</w:t>
      </w:r>
      <w:proofErr w:type="spellStart"/>
      <w:r w:rsidRPr="00450AE3">
        <w:rPr>
          <w:sz w:val="28"/>
          <w:szCs w:val="28"/>
        </w:rPr>
        <w:t>орталығы</w:t>
      </w:r>
      <w:proofErr w:type="spellEnd"/>
      <w:r w:rsidRPr="00450AE3">
        <w:rPr>
          <w:sz w:val="28"/>
          <w:szCs w:val="28"/>
        </w:rPr>
        <w:t> – «</w:t>
      </w:r>
      <w:proofErr w:type="spellStart"/>
      <w:r w:rsidRPr="00450AE3">
        <w:rPr>
          <w:sz w:val="28"/>
          <w:szCs w:val="28"/>
        </w:rPr>
        <w:t>Қазақстан</w:t>
      </w:r>
      <w:proofErr w:type="spellEnd"/>
      <w:r w:rsidRPr="00450AE3">
        <w:rPr>
          <w:sz w:val="28"/>
          <w:szCs w:val="28"/>
        </w:rPr>
        <w:t xml:space="preserve"> </w:t>
      </w:r>
      <w:proofErr w:type="spellStart"/>
      <w:r w:rsidRPr="00450AE3">
        <w:rPr>
          <w:sz w:val="28"/>
          <w:szCs w:val="28"/>
        </w:rPr>
        <w:t>Республикасы</w:t>
      </w:r>
      <w:proofErr w:type="spellEnd"/>
      <w:r w:rsidRPr="00450AE3">
        <w:rPr>
          <w:sz w:val="28"/>
          <w:szCs w:val="28"/>
        </w:rPr>
        <w:t xml:space="preserve"> </w:t>
      </w:r>
      <w:proofErr w:type="spellStart"/>
      <w:r w:rsidRPr="00450AE3">
        <w:rPr>
          <w:sz w:val="28"/>
          <w:szCs w:val="28"/>
        </w:rPr>
        <w:t>Ұлттық</w:t>
      </w:r>
      <w:proofErr w:type="spellEnd"/>
      <w:r w:rsidRPr="00450AE3">
        <w:rPr>
          <w:sz w:val="28"/>
          <w:szCs w:val="28"/>
        </w:rPr>
        <w:t xml:space="preserve"> </w:t>
      </w:r>
      <w:proofErr w:type="spellStart"/>
      <w:r w:rsidRPr="00450AE3">
        <w:rPr>
          <w:sz w:val="28"/>
          <w:szCs w:val="28"/>
        </w:rPr>
        <w:t>ұланының</w:t>
      </w:r>
      <w:proofErr w:type="spellEnd"/>
      <w:r w:rsidRPr="00450AE3">
        <w:rPr>
          <w:sz w:val="28"/>
          <w:szCs w:val="28"/>
        </w:rPr>
        <w:t xml:space="preserve"> 5573 </w:t>
      </w:r>
      <w:proofErr w:type="spellStart"/>
      <w:r w:rsidRPr="00450AE3">
        <w:rPr>
          <w:sz w:val="28"/>
          <w:szCs w:val="28"/>
        </w:rPr>
        <w:t>әскери</w:t>
      </w:r>
      <w:proofErr w:type="spellEnd"/>
      <w:r w:rsidRPr="00450AE3">
        <w:rPr>
          <w:sz w:val="28"/>
          <w:szCs w:val="28"/>
        </w:rPr>
        <w:t xml:space="preserve"> </w:t>
      </w:r>
      <w:proofErr w:type="spellStart"/>
      <w:r w:rsidRPr="00450AE3">
        <w:rPr>
          <w:sz w:val="28"/>
          <w:szCs w:val="28"/>
        </w:rPr>
        <w:t>бөлімі</w:t>
      </w:r>
      <w:proofErr w:type="spellEnd"/>
      <w:r w:rsidRPr="00450AE3">
        <w:rPr>
          <w:sz w:val="28"/>
          <w:szCs w:val="28"/>
        </w:rPr>
        <w:t xml:space="preserve">» </w:t>
      </w:r>
      <w:proofErr w:type="spellStart"/>
      <w:r w:rsidRPr="00450AE3">
        <w:rPr>
          <w:sz w:val="28"/>
          <w:szCs w:val="28"/>
        </w:rPr>
        <w:t>республикалық</w:t>
      </w:r>
      <w:proofErr w:type="spellEnd"/>
      <w:r w:rsidRPr="00450AE3">
        <w:rPr>
          <w:sz w:val="28"/>
          <w:szCs w:val="28"/>
        </w:rPr>
        <w:t xml:space="preserve"> </w:t>
      </w:r>
      <w:proofErr w:type="spellStart"/>
      <w:r w:rsidRPr="00450AE3">
        <w:rPr>
          <w:sz w:val="28"/>
          <w:szCs w:val="28"/>
        </w:rPr>
        <w:t>мемлекеттік</w:t>
      </w:r>
      <w:proofErr w:type="spellEnd"/>
      <w:r w:rsidRPr="00450AE3">
        <w:rPr>
          <w:sz w:val="28"/>
          <w:szCs w:val="28"/>
        </w:rPr>
        <w:t xml:space="preserve"> </w:t>
      </w:r>
      <w:proofErr w:type="spellStart"/>
      <w:r w:rsidRPr="00450AE3">
        <w:rPr>
          <w:sz w:val="28"/>
          <w:szCs w:val="28"/>
        </w:rPr>
        <w:t>мекемесі</w:t>
      </w:r>
      <w:proofErr w:type="spellEnd"/>
      <w:r w:rsidRPr="00450AE3">
        <w:rPr>
          <w:sz w:val="28"/>
          <w:szCs w:val="28"/>
        </w:rPr>
        <w:t xml:space="preserve">, </w:t>
      </w:r>
    </w:p>
    <w:p w14:paraId="708B032E" w14:textId="77777777" w:rsidR="00BE72FA" w:rsidRPr="00450AE3" w:rsidRDefault="00BE72FA" w:rsidP="00BE72FA">
      <w:pPr>
        <w:keepNext/>
        <w:ind w:firstLine="709"/>
        <w:jc w:val="center"/>
        <w:rPr>
          <w:sz w:val="28"/>
          <w:szCs w:val="28"/>
        </w:rPr>
      </w:pPr>
      <w:r w:rsidRPr="00450AE3">
        <w:rPr>
          <w:sz w:val="28"/>
          <w:szCs w:val="28"/>
        </w:rPr>
        <w:t>«</w:t>
      </w:r>
      <w:proofErr w:type="spellStart"/>
      <w:r w:rsidRPr="00450AE3">
        <w:rPr>
          <w:sz w:val="28"/>
          <w:szCs w:val="28"/>
        </w:rPr>
        <w:t>Үркер</w:t>
      </w:r>
      <w:proofErr w:type="spellEnd"/>
      <w:r w:rsidRPr="00450AE3">
        <w:rPr>
          <w:sz w:val="28"/>
          <w:szCs w:val="28"/>
        </w:rPr>
        <w:t xml:space="preserve">» </w:t>
      </w:r>
      <w:proofErr w:type="spellStart"/>
      <w:r w:rsidRPr="00450AE3">
        <w:rPr>
          <w:sz w:val="28"/>
          <w:szCs w:val="28"/>
        </w:rPr>
        <w:t>тұрғын</w:t>
      </w:r>
      <w:proofErr w:type="spellEnd"/>
      <w:r w:rsidRPr="00450AE3">
        <w:rPr>
          <w:sz w:val="28"/>
          <w:szCs w:val="28"/>
        </w:rPr>
        <w:t xml:space="preserve"> </w:t>
      </w:r>
      <w:proofErr w:type="spellStart"/>
      <w:r w:rsidRPr="00450AE3">
        <w:rPr>
          <w:sz w:val="28"/>
          <w:szCs w:val="28"/>
        </w:rPr>
        <w:t>алабы</w:t>
      </w:r>
      <w:proofErr w:type="spellEnd"/>
      <w:r w:rsidRPr="00450AE3">
        <w:rPr>
          <w:sz w:val="28"/>
          <w:szCs w:val="28"/>
        </w:rPr>
        <w:t>, Е</w:t>
      </w:r>
      <w:r w:rsidRPr="00450AE3">
        <w:rPr>
          <w:sz w:val="28"/>
          <w:szCs w:val="28"/>
          <w:lang w:val="kk-KZ"/>
        </w:rPr>
        <w:t>-</w:t>
      </w:r>
      <w:r w:rsidRPr="00450AE3">
        <w:rPr>
          <w:sz w:val="28"/>
          <w:szCs w:val="28"/>
        </w:rPr>
        <w:t xml:space="preserve">575 </w:t>
      </w:r>
      <w:proofErr w:type="spellStart"/>
      <w:r w:rsidRPr="00450AE3">
        <w:rPr>
          <w:sz w:val="28"/>
          <w:szCs w:val="28"/>
        </w:rPr>
        <w:t>көше</w:t>
      </w:r>
      <w:proofErr w:type="spellEnd"/>
      <w:r w:rsidRPr="00450AE3">
        <w:rPr>
          <w:sz w:val="28"/>
          <w:szCs w:val="28"/>
        </w:rPr>
        <w:t>, № 1)</w:t>
      </w:r>
    </w:p>
    <w:p w14:paraId="2005F373" w14:textId="77777777" w:rsidR="00BE72FA" w:rsidRPr="00450AE3" w:rsidRDefault="00BE72FA" w:rsidP="00BE72FA">
      <w:pPr>
        <w:ind w:firstLine="709"/>
        <w:jc w:val="center"/>
        <w:rPr>
          <w:sz w:val="28"/>
          <w:szCs w:val="28"/>
        </w:rPr>
      </w:pPr>
    </w:p>
    <w:p w14:paraId="1F594072" w14:textId="77777777" w:rsidR="00BE72FA" w:rsidRPr="00450AE3" w:rsidRDefault="00BE72FA" w:rsidP="00BE72FA">
      <w:pPr>
        <w:ind w:firstLine="709"/>
        <w:jc w:val="both"/>
        <w:rPr>
          <w:sz w:val="28"/>
          <w:szCs w:val="28"/>
        </w:rPr>
      </w:pPr>
      <w:proofErr w:type="spellStart"/>
      <w:r w:rsidRPr="00450AE3">
        <w:rPr>
          <w:sz w:val="28"/>
          <w:szCs w:val="28"/>
        </w:rPr>
        <w:t>Шекарасы</w:t>
      </w:r>
      <w:proofErr w:type="spellEnd"/>
      <w:r w:rsidRPr="00450AE3">
        <w:rPr>
          <w:sz w:val="28"/>
          <w:szCs w:val="28"/>
        </w:rPr>
        <w:t>: Е</w:t>
      </w:r>
      <w:r w:rsidRPr="00450AE3">
        <w:rPr>
          <w:sz w:val="28"/>
          <w:szCs w:val="28"/>
          <w:lang w:val="kk-KZ"/>
        </w:rPr>
        <w:t>-</w:t>
      </w:r>
      <w:r w:rsidRPr="00450AE3">
        <w:rPr>
          <w:sz w:val="28"/>
          <w:szCs w:val="28"/>
        </w:rPr>
        <w:t xml:space="preserve">575 </w:t>
      </w:r>
      <w:proofErr w:type="spellStart"/>
      <w:r w:rsidRPr="00450AE3">
        <w:rPr>
          <w:sz w:val="28"/>
          <w:szCs w:val="28"/>
        </w:rPr>
        <w:t>көше</w:t>
      </w:r>
      <w:proofErr w:type="spellEnd"/>
      <w:r w:rsidRPr="00450AE3">
        <w:rPr>
          <w:sz w:val="28"/>
          <w:szCs w:val="28"/>
        </w:rPr>
        <w:t>, № 1.</w:t>
      </w:r>
    </w:p>
    <w:p w14:paraId="3E0A1BB2" w14:textId="77777777" w:rsidR="00BE72FA" w:rsidRPr="00450AE3" w:rsidRDefault="00BE72FA" w:rsidP="00BE72FA">
      <w:pPr>
        <w:ind w:firstLine="709"/>
        <w:jc w:val="both"/>
        <w:rPr>
          <w:sz w:val="28"/>
          <w:szCs w:val="28"/>
        </w:rPr>
      </w:pPr>
    </w:p>
    <w:p w14:paraId="24D5640B" w14:textId="77777777" w:rsidR="00BE72FA" w:rsidRPr="00450AE3" w:rsidRDefault="00BE72FA" w:rsidP="00BE72FA">
      <w:pPr>
        <w:keepNext/>
        <w:ind w:firstLine="709"/>
        <w:jc w:val="center"/>
        <w:rPr>
          <w:sz w:val="28"/>
          <w:szCs w:val="28"/>
        </w:rPr>
      </w:pPr>
      <w:r w:rsidRPr="00450AE3">
        <w:rPr>
          <w:sz w:val="28"/>
          <w:szCs w:val="28"/>
        </w:rPr>
        <w:t xml:space="preserve">№ 267 </w:t>
      </w:r>
      <w:proofErr w:type="spellStart"/>
      <w:r w:rsidRPr="00450AE3">
        <w:rPr>
          <w:sz w:val="28"/>
          <w:szCs w:val="28"/>
        </w:rPr>
        <w:t>сайлау</w:t>
      </w:r>
      <w:proofErr w:type="spellEnd"/>
      <w:r w:rsidRPr="00450AE3">
        <w:rPr>
          <w:sz w:val="28"/>
          <w:szCs w:val="28"/>
        </w:rPr>
        <w:t xml:space="preserve"> </w:t>
      </w:r>
      <w:proofErr w:type="spellStart"/>
      <w:r w:rsidRPr="00450AE3">
        <w:rPr>
          <w:sz w:val="28"/>
          <w:szCs w:val="28"/>
        </w:rPr>
        <w:t>учаскесі</w:t>
      </w:r>
      <w:proofErr w:type="spellEnd"/>
    </w:p>
    <w:p w14:paraId="296BAE73" w14:textId="77777777" w:rsidR="00BE72FA" w:rsidRPr="00450AE3" w:rsidRDefault="00BE72FA" w:rsidP="00BE72FA">
      <w:pPr>
        <w:keepNext/>
        <w:ind w:firstLine="709"/>
        <w:jc w:val="center"/>
        <w:rPr>
          <w:sz w:val="28"/>
          <w:szCs w:val="28"/>
        </w:rPr>
      </w:pPr>
      <w:r w:rsidRPr="00450AE3">
        <w:rPr>
          <w:sz w:val="28"/>
          <w:szCs w:val="28"/>
        </w:rPr>
        <w:t>(</w:t>
      </w:r>
      <w:proofErr w:type="spellStart"/>
      <w:r w:rsidRPr="00450AE3">
        <w:rPr>
          <w:sz w:val="28"/>
          <w:szCs w:val="28"/>
        </w:rPr>
        <w:t>орталығы</w:t>
      </w:r>
      <w:proofErr w:type="spellEnd"/>
      <w:r w:rsidRPr="00450AE3">
        <w:rPr>
          <w:sz w:val="28"/>
          <w:szCs w:val="28"/>
        </w:rPr>
        <w:t> – «</w:t>
      </w:r>
      <w:proofErr w:type="spellStart"/>
      <w:r w:rsidRPr="00450AE3">
        <w:rPr>
          <w:sz w:val="28"/>
          <w:szCs w:val="28"/>
        </w:rPr>
        <w:t>Ұлттық</w:t>
      </w:r>
      <w:proofErr w:type="spellEnd"/>
      <w:r w:rsidRPr="00450AE3">
        <w:rPr>
          <w:sz w:val="28"/>
          <w:szCs w:val="28"/>
        </w:rPr>
        <w:t xml:space="preserve"> </w:t>
      </w:r>
      <w:proofErr w:type="spellStart"/>
      <w:r w:rsidRPr="00450AE3">
        <w:rPr>
          <w:sz w:val="28"/>
          <w:szCs w:val="28"/>
        </w:rPr>
        <w:t>ғылыми</w:t>
      </w:r>
      <w:proofErr w:type="spellEnd"/>
      <w:r w:rsidRPr="00450AE3">
        <w:rPr>
          <w:sz w:val="28"/>
          <w:szCs w:val="28"/>
        </w:rPr>
        <w:t xml:space="preserve"> кардиохирургия </w:t>
      </w:r>
      <w:proofErr w:type="spellStart"/>
      <w:r w:rsidRPr="00450AE3">
        <w:rPr>
          <w:sz w:val="28"/>
          <w:szCs w:val="28"/>
        </w:rPr>
        <w:t>орталығы</w:t>
      </w:r>
      <w:proofErr w:type="spellEnd"/>
      <w:r w:rsidRPr="00450AE3">
        <w:rPr>
          <w:sz w:val="28"/>
          <w:szCs w:val="28"/>
        </w:rPr>
        <w:t xml:space="preserve">» </w:t>
      </w:r>
      <w:proofErr w:type="spellStart"/>
      <w:r w:rsidRPr="00450AE3">
        <w:rPr>
          <w:sz w:val="28"/>
          <w:szCs w:val="28"/>
        </w:rPr>
        <w:t>акционерлік</w:t>
      </w:r>
      <w:proofErr w:type="spellEnd"/>
      <w:r w:rsidRPr="00450AE3">
        <w:rPr>
          <w:sz w:val="28"/>
          <w:szCs w:val="28"/>
        </w:rPr>
        <w:t xml:space="preserve"> </w:t>
      </w:r>
      <w:proofErr w:type="spellStart"/>
      <w:r w:rsidRPr="00450AE3">
        <w:rPr>
          <w:sz w:val="28"/>
          <w:szCs w:val="28"/>
        </w:rPr>
        <w:t>қоғамы</w:t>
      </w:r>
      <w:proofErr w:type="spellEnd"/>
      <w:r w:rsidRPr="00450AE3">
        <w:rPr>
          <w:sz w:val="28"/>
          <w:szCs w:val="28"/>
        </w:rPr>
        <w:t xml:space="preserve">, </w:t>
      </w:r>
      <w:proofErr w:type="spellStart"/>
      <w:r w:rsidRPr="00450AE3">
        <w:rPr>
          <w:sz w:val="28"/>
          <w:szCs w:val="28"/>
        </w:rPr>
        <w:t>Тұран</w:t>
      </w:r>
      <w:proofErr w:type="spellEnd"/>
      <w:r w:rsidRPr="00450AE3">
        <w:rPr>
          <w:sz w:val="28"/>
          <w:szCs w:val="28"/>
        </w:rPr>
        <w:t xml:space="preserve"> </w:t>
      </w:r>
      <w:proofErr w:type="spellStart"/>
      <w:r w:rsidRPr="00450AE3">
        <w:rPr>
          <w:sz w:val="28"/>
          <w:szCs w:val="28"/>
        </w:rPr>
        <w:t>даңғылы</w:t>
      </w:r>
      <w:proofErr w:type="spellEnd"/>
      <w:r w:rsidRPr="00450AE3">
        <w:rPr>
          <w:sz w:val="28"/>
          <w:szCs w:val="28"/>
        </w:rPr>
        <w:t>, № 38)</w:t>
      </w:r>
    </w:p>
    <w:p w14:paraId="23102AF3" w14:textId="77777777" w:rsidR="00BE72FA" w:rsidRPr="00450AE3" w:rsidRDefault="00BE72FA" w:rsidP="00BE72FA">
      <w:pPr>
        <w:ind w:firstLine="709"/>
        <w:jc w:val="center"/>
        <w:rPr>
          <w:sz w:val="28"/>
          <w:szCs w:val="28"/>
        </w:rPr>
      </w:pPr>
    </w:p>
    <w:p w14:paraId="3E4C7675" w14:textId="77777777" w:rsidR="00BE72FA" w:rsidRPr="00450AE3" w:rsidRDefault="00BE72FA" w:rsidP="00BE72FA">
      <w:pPr>
        <w:ind w:firstLine="709"/>
        <w:jc w:val="both"/>
        <w:rPr>
          <w:sz w:val="28"/>
          <w:szCs w:val="28"/>
        </w:rPr>
      </w:pPr>
      <w:proofErr w:type="spellStart"/>
      <w:r w:rsidRPr="00450AE3">
        <w:rPr>
          <w:sz w:val="28"/>
          <w:szCs w:val="28"/>
        </w:rPr>
        <w:t>Шекарасы</w:t>
      </w:r>
      <w:proofErr w:type="spellEnd"/>
      <w:r w:rsidRPr="00450AE3">
        <w:rPr>
          <w:sz w:val="28"/>
          <w:szCs w:val="28"/>
        </w:rPr>
        <w:t xml:space="preserve">: </w:t>
      </w:r>
      <w:proofErr w:type="spellStart"/>
      <w:r w:rsidRPr="00450AE3">
        <w:rPr>
          <w:sz w:val="28"/>
          <w:szCs w:val="28"/>
        </w:rPr>
        <w:t>Тұран</w:t>
      </w:r>
      <w:proofErr w:type="spellEnd"/>
      <w:r w:rsidRPr="00450AE3">
        <w:rPr>
          <w:sz w:val="28"/>
          <w:szCs w:val="28"/>
        </w:rPr>
        <w:t xml:space="preserve"> </w:t>
      </w:r>
      <w:proofErr w:type="spellStart"/>
      <w:r w:rsidRPr="00450AE3">
        <w:rPr>
          <w:sz w:val="28"/>
          <w:szCs w:val="28"/>
        </w:rPr>
        <w:t>даңғылы</w:t>
      </w:r>
      <w:proofErr w:type="spellEnd"/>
      <w:r w:rsidRPr="00450AE3">
        <w:rPr>
          <w:sz w:val="28"/>
          <w:szCs w:val="28"/>
        </w:rPr>
        <w:t>, № 38.</w:t>
      </w:r>
    </w:p>
    <w:p w14:paraId="1669399A" w14:textId="77777777" w:rsidR="00BE72FA" w:rsidRPr="00450AE3" w:rsidRDefault="00BE72FA" w:rsidP="00BE72FA">
      <w:pPr>
        <w:ind w:firstLine="709"/>
        <w:jc w:val="both"/>
        <w:rPr>
          <w:sz w:val="28"/>
          <w:szCs w:val="28"/>
        </w:rPr>
      </w:pPr>
    </w:p>
    <w:p w14:paraId="5DD38D47" w14:textId="77777777" w:rsidR="00BE72FA" w:rsidRPr="00450AE3" w:rsidRDefault="00BE72FA" w:rsidP="00BE72FA">
      <w:pPr>
        <w:keepNext/>
        <w:ind w:firstLine="709"/>
        <w:jc w:val="center"/>
        <w:rPr>
          <w:sz w:val="28"/>
          <w:szCs w:val="28"/>
          <w:lang w:val="kk-KZ"/>
        </w:rPr>
      </w:pPr>
      <w:r w:rsidRPr="00450AE3">
        <w:rPr>
          <w:sz w:val="28"/>
          <w:szCs w:val="28"/>
          <w:lang w:val="kk-KZ"/>
        </w:rPr>
        <w:t>№</w:t>
      </w:r>
      <w:r w:rsidRPr="00450AE3">
        <w:rPr>
          <w:sz w:val="28"/>
          <w:szCs w:val="28"/>
        </w:rPr>
        <w:t> 501</w:t>
      </w:r>
      <w:r w:rsidRPr="00450AE3">
        <w:rPr>
          <w:sz w:val="28"/>
          <w:szCs w:val="28"/>
          <w:lang w:val="kk-KZ"/>
        </w:rPr>
        <w:t xml:space="preserve"> сайлау учаскесі</w:t>
      </w:r>
    </w:p>
    <w:p w14:paraId="17DFCFD0" w14:textId="77777777" w:rsidR="00BE72FA" w:rsidRPr="00450AE3" w:rsidRDefault="00BE72FA" w:rsidP="00BE72FA">
      <w:pPr>
        <w:keepNext/>
        <w:jc w:val="center"/>
        <w:rPr>
          <w:sz w:val="28"/>
          <w:szCs w:val="28"/>
          <w:lang w:val="kk-KZ"/>
        </w:rPr>
      </w:pPr>
      <w:r w:rsidRPr="00450AE3">
        <w:rPr>
          <w:sz w:val="28"/>
          <w:szCs w:val="28"/>
          <w:lang w:val="kk-KZ"/>
        </w:rPr>
        <w:t>(орталығы – Қазақстан Республикасы Денсаулық сақтау министрлігінің</w:t>
      </w:r>
      <w:r w:rsidRPr="00450AE3">
        <w:rPr>
          <w:sz w:val="28"/>
          <w:szCs w:val="28"/>
          <w:lang w:val="kk-KZ"/>
        </w:rPr>
        <w:br/>
        <w:t xml:space="preserve"> «Жедел медициналық жәрдемді үйлестіру ұлттық орталығы» шаруашылық жүргізу құқығындағы республикалық мемлекеттік кәсіпорны, </w:t>
      </w:r>
    </w:p>
    <w:p w14:paraId="00340B13" w14:textId="77777777" w:rsidR="00BE72FA" w:rsidRPr="00450AE3" w:rsidRDefault="00BE72FA" w:rsidP="00BE72FA">
      <w:pPr>
        <w:keepNext/>
        <w:jc w:val="center"/>
        <w:rPr>
          <w:sz w:val="28"/>
          <w:szCs w:val="28"/>
          <w:lang w:val="kk-KZ"/>
        </w:rPr>
      </w:pPr>
      <w:r w:rsidRPr="00450AE3">
        <w:rPr>
          <w:sz w:val="28"/>
          <w:szCs w:val="28"/>
          <w:lang w:val="kk-KZ"/>
        </w:rPr>
        <w:t>Хусейн бен Талал көшесі, № 14, F1 блогы)</w:t>
      </w:r>
    </w:p>
    <w:p w14:paraId="67998754" w14:textId="77777777" w:rsidR="00BE72FA" w:rsidRPr="00450AE3" w:rsidRDefault="00BE72FA" w:rsidP="00BE72FA">
      <w:pPr>
        <w:ind w:firstLine="709"/>
        <w:jc w:val="center"/>
        <w:rPr>
          <w:sz w:val="28"/>
          <w:szCs w:val="28"/>
          <w:lang w:val="kk-KZ"/>
        </w:rPr>
      </w:pPr>
    </w:p>
    <w:p w14:paraId="07E9A0E6" w14:textId="77777777" w:rsidR="00BE72FA" w:rsidRPr="00450AE3" w:rsidRDefault="00BE72FA" w:rsidP="00BE72FA">
      <w:pPr>
        <w:ind w:firstLine="709"/>
        <w:jc w:val="both"/>
        <w:rPr>
          <w:sz w:val="28"/>
          <w:szCs w:val="28"/>
        </w:rPr>
      </w:pPr>
      <w:r w:rsidRPr="00450AE3">
        <w:rPr>
          <w:sz w:val="28"/>
          <w:szCs w:val="28"/>
          <w:lang w:val="kk-KZ"/>
        </w:rPr>
        <w:t xml:space="preserve">Шекарасы: </w:t>
      </w:r>
      <w:r w:rsidRPr="00450AE3">
        <w:rPr>
          <w:sz w:val="28"/>
          <w:szCs w:val="28"/>
        </w:rPr>
        <w:t xml:space="preserve">Хусейн бен </w:t>
      </w:r>
      <w:proofErr w:type="spellStart"/>
      <w:r w:rsidRPr="00450AE3">
        <w:rPr>
          <w:sz w:val="28"/>
          <w:szCs w:val="28"/>
        </w:rPr>
        <w:t>Талал</w:t>
      </w:r>
      <w:proofErr w:type="spellEnd"/>
      <w:r w:rsidRPr="00450AE3">
        <w:rPr>
          <w:sz w:val="28"/>
          <w:szCs w:val="28"/>
        </w:rPr>
        <w:t xml:space="preserve"> </w:t>
      </w:r>
      <w:proofErr w:type="spellStart"/>
      <w:r w:rsidRPr="00450AE3">
        <w:rPr>
          <w:sz w:val="28"/>
          <w:szCs w:val="28"/>
        </w:rPr>
        <w:t>көшесі</w:t>
      </w:r>
      <w:proofErr w:type="spellEnd"/>
      <w:r w:rsidRPr="00450AE3">
        <w:rPr>
          <w:sz w:val="28"/>
          <w:szCs w:val="28"/>
        </w:rPr>
        <w:t xml:space="preserve">, № 14, F1 </w:t>
      </w:r>
      <w:proofErr w:type="spellStart"/>
      <w:r w:rsidRPr="00450AE3">
        <w:rPr>
          <w:sz w:val="28"/>
          <w:szCs w:val="28"/>
        </w:rPr>
        <w:t>блогы</w:t>
      </w:r>
      <w:proofErr w:type="spellEnd"/>
      <w:r w:rsidRPr="00450AE3">
        <w:rPr>
          <w:sz w:val="28"/>
          <w:szCs w:val="28"/>
        </w:rPr>
        <w:t>.</w:t>
      </w:r>
    </w:p>
    <w:p w14:paraId="28CE5153" w14:textId="77777777" w:rsidR="00BE72FA" w:rsidRDefault="00BE72FA" w:rsidP="00BE72FA">
      <w:pPr>
        <w:jc w:val="center"/>
        <w:rPr>
          <w:sz w:val="28"/>
          <w:szCs w:val="28"/>
          <w:lang w:val="kk-KZ"/>
        </w:rPr>
      </w:pPr>
      <w:r w:rsidRPr="00450AE3">
        <w:rPr>
          <w:sz w:val="28"/>
          <w:szCs w:val="28"/>
          <w:lang w:val="kk-KZ"/>
        </w:rPr>
        <w:t>_________________________</w:t>
      </w:r>
    </w:p>
    <w:p w14:paraId="0E12B8B8" w14:textId="77777777" w:rsidR="00BE72FA" w:rsidRPr="00D46174" w:rsidRDefault="00BE72FA" w:rsidP="00BE72FA">
      <w:pPr>
        <w:spacing w:line="20" w:lineRule="exact"/>
        <w:jc w:val="center"/>
        <w:rPr>
          <w:sz w:val="2"/>
        </w:rPr>
      </w:pPr>
    </w:p>
    <w:p w14:paraId="6BDA8EDC" w14:textId="3AA7885B" w:rsidR="00BC7114" w:rsidRDefault="00BC7114" w:rsidP="000D023A">
      <w:pPr>
        <w:jc w:val="center"/>
        <w:rPr>
          <w:lang w:val="kk-KZ"/>
        </w:rPr>
      </w:pPr>
    </w:p>
    <w:p w14:paraId="4826DD68" w14:textId="5EE841AA" w:rsidR="00BC7114" w:rsidRDefault="00BC7114" w:rsidP="000D023A">
      <w:pPr>
        <w:jc w:val="center"/>
        <w:rPr>
          <w:lang w:val="kk-KZ"/>
        </w:rPr>
      </w:pPr>
    </w:p>
    <w:p w14:paraId="0F2C11DE" w14:textId="28B635D6" w:rsidR="00361D60" w:rsidRDefault="00361D60" w:rsidP="000D023A">
      <w:pPr>
        <w:jc w:val="center"/>
        <w:rPr>
          <w:lang w:val="kk-KZ"/>
        </w:rPr>
      </w:pPr>
    </w:p>
    <w:p w14:paraId="713C1174" w14:textId="2876909E" w:rsidR="00361D60" w:rsidRDefault="00361D60" w:rsidP="000D023A">
      <w:pPr>
        <w:jc w:val="center"/>
        <w:rPr>
          <w:lang w:val="kk-KZ"/>
        </w:rPr>
      </w:pPr>
    </w:p>
    <w:p w14:paraId="6796D271" w14:textId="2014191C" w:rsidR="00361D60" w:rsidRDefault="00361D60" w:rsidP="000D023A">
      <w:pPr>
        <w:jc w:val="center"/>
        <w:rPr>
          <w:lang w:val="kk-KZ"/>
        </w:rPr>
      </w:pPr>
    </w:p>
    <w:p w14:paraId="3E141BC4" w14:textId="247A0AD1" w:rsidR="00361D60" w:rsidRDefault="00361D60" w:rsidP="000D023A">
      <w:pPr>
        <w:jc w:val="center"/>
        <w:rPr>
          <w:lang w:val="kk-KZ"/>
        </w:rPr>
      </w:pPr>
    </w:p>
    <w:p w14:paraId="78FDBAE1" w14:textId="38F74A77" w:rsidR="00361D60" w:rsidRDefault="00361D60" w:rsidP="000D023A">
      <w:pPr>
        <w:jc w:val="center"/>
        <w:rPr>
          <w:lang w:val="kk-KZ"/>
        </w:rPr>
      </w:pPr>
    </w:p>
    <w:p w14:paraId="01F09379" w14:textId="05562D14" w:rsidR="00361D60" w:rsidRDefault="00361D60" w:rsidP="000D023A">
      <w:pPr>
        <w:jc w:val="center"/>
        <w:rPr>
          <w:lang w:val="kk-KZ"/>
        </w:rPr>
      </w:pPr>
    </w:p>
    <w:p w14:paraId="560BFA82" w14:textId="24963E70" w:rsidR="00361D60" w:rsidRDefault="00361D60" w:rsidP="000D023A">
      <w:pPr>
        <w:jc w:val="center"/>
        <w:rPr>
          <w:lang w:val="kk-KZ"/>
        </w:rPr>
      </w:pPr>
    </w:p>
    <w:p w14:paraId="32E6047D" w14:textId="3D46F2EC" w:rsidR="00361D60" w:rsidRDefault="00361D60" w:rsidP="000D023A">
      <w:pPr>
        <w:jc w:val="center"/>
        <w:rPr>
          <w:lang w:val="kk-KZ"/>
        </w:rPr>
      </w:pPr>
    </w:p>
    <w:p w14:paraId="65E21475" w14:textId="2D37CCB5" w:rsidR="00361D60" w:rsidRDefault="00361D60" w:rsidP="000D023A">
      <w:pPr>
        <w:jc w:val="center"/>
        <w:rPr>
          <w:lang w:val="kk-KZ"/>
        </w:rPr>
      </w:pPr>
    </w:p>
    <w:p w14:paraId="50B50D6D" w14:textId="4CD0E7FD" w:rsidR="00361D60" w:rsidRDefault="00361D60" w:rsidP="000D023A">
      <w:pPr>
        <w:jc w:val="center"/>
        <w:rPr>
          <w:lang w:val="kk-KZ"/>
        </w:rPr>
      </w:pPr>
    </w:p>
    <w:p w14:paraId="0560A324" w14:textId="675F4177" w:rsidR="00361D60" w:rsidRDefault="00361D60" w:rsidP="000D023A">
      <w:pPr>
        <w:jc w:val="center"/>
        <w:rPr>
          <w:lang w:val="kk-KZ"/>
        </w:rPr>
      </w:pPr>
    </w:p>
    <w:p w14:paraId="4C5F6492" w14:textId="77777777" w:rsidR="00361D60" w:rsidRDefault="00361D60" w:rsidP="000D023A">
      <w:pPr>
        <w:jc w:val="center"/>
        <w:rPr>
          <w:lang w:val="kk-KZ"/>
        </w:rPr>
      </w:pPr>
    </w:p>
    <w:p w14:paraId="741D5107" w14:textId="23BA6AC3" w:rsidR="00BE72FA" w:rsidRDefault="00BE72FA" w:rsidP="000D023A">
      <w:pPr>
        <w:jc w:val="center"/>
        <w:rPr>
          <w:lang w:val="kk-KZ"/>
        </w:rPr>
      </w:pPr>
    </w:p>
    <w:tbl>
      <w:tblPr>
        <w:tblW w:w="4111" w:type="dxa"/>
        <w:tblInd w:w="5670" w:type="dxa"/>
        <w:tblLook w:val="04A0" w:firstRow="1" w:lastRow="0" w:firstColumn="1" w:lastColumn="0" w:noHBand="0" w:noVBand="1"/>
      </w:tblPr>
      <w:tblGrid>
        <w:gridCol w:w="4111"/>
      </w:tblGrid>
      <w:tr w:rsidR="00634B77" w:rsidRPr="00D2356F" w14:paraId="2F061D1C" w14:textId="77777777" w:rsidTr="009720AC">
        <w:tc>
          <w:tcPr>
            <w:tcW w:w="4111" w:type="dxa"/>
            <w:tcBorders>
              <w:top w:val="nil"/>
              <w:left w:val="nil"/>
              <w:bottom w:val="nil"/>
              <w:right w:val="nil"/>
            </w:tcBorders>
          </w:tcPr>
          <w:p w14:paraId="26C89218" w14:textId="77777777" w:rsidR="00634B77" w:rsidRPr="00D2356F" w:rsidRDefault="00634B77" w:rsidP="005B42CB">
            <w:pPr>
              <w:ind w:firstLine="179"/>
              <w:rPr>
                <w:sz w:val="28"/>
                <w:szCs w:val="28"/>
                <w:lang w:val="kk-KZ"/>
              </w:rPr>
            </w:pPr>
            <w:r w:rsidRPr="00D2356F">
              <w:rPr>
                <w:sz w:val="28"/>
                <w:szCs w:val="28"/>
                <w:lang w:val="kk-KZ"/>
              </w:rPr>
              <w:lastRenderedPageBreak/>
              <w:t>Астана қаласы әкімінің</w:t>
            </w:r>
          </w:p>
          <w:p w14:paraId="7799633B" w14:textId="6C27B59F" w:rsidR="00634B77" w:rsidRPr="00D2356F" w:rsidRDefault="00634B77" w:rsidP="005B42CB">
            <w:pPr>
              <w:ind w:firstLine="179"/>
              <w:rPr>
                <w:sz w:val="28"/>
                <w:szCs w:val="28"/>
                <w:lang w:val="kk-KZ"/>
              </w:rPr>
            </w:pPr>
            <w:r w:rsidRPr="00D2356F">
              <w:rPr>
                <w:sz w:val="28"/>
                <w:szCs w:val="28"/>
                <w:lang w:val="kk-KZ"/>
              </w:rPr>
              <w:t>2026 жылғы «30» қыркүйектегі</w:t>
            </w:r>
          </w:p>
          <w:p w14:paraId="5280B755" w14:textId="12C7ECE5" w:rsidR="00634B77" w:rsidRPr="00D2356F" w:rsidRDefault="00634B77" w:rsidP="005B42CB">
            <w:pPr>
              <w:ind w:firstLine="179"/>
              <w:rPr>
                <w:sz w:val="28"/>
                <w:szCs w:val="28"/>
                <w:lang w:val="kk-KZ"/>
              </w:rPr>
            </w:pPr>
            <w:r w:rsidRPr="00D2356F">
              <w:rPr>
                <w:sz w:val="28"/>
                <w:szCs w:val="28"/>
                <w:lang w:val="kk-KZ"/>
              </w:rPr>
              <w:t>№ 01- 21 шешіміне</w:t>
            </w:r>
          </w:p>
        </w:tc>
      </w:tr>
      <w:tr w:rsidR="00634B77" w:rsidRPr="00DC236A" w14:paraId="37E9AE01" w14:textId="77777777" w:rsidTr="009720AC">
        <w:tc>
          <w:tcPr>
            <w:tcW w:w="4111" w:type="dxa"/>
            <w:tcBorders>
              <w:top w:val="nil"/>
              <w:left w:val="nil"/>
              <w:bottom w:val="nil"/>
              <w:right w:val="nil"/>
            </w:tcBorders>
          </w:tcPr>
          <w:p w14:paraId="18977DDC" w14:textId="77777777" w:rsidR="00634B77" w:rsidRPr="00D2356F" w:rsidRDefault="00634B77" w:rsidP="005B42CB">
            <w:pPr>
              <w:ind w:firstLine="179"/>
              <w:rPr>
                <w:sz w:val="28"/>
                <w:szCs w:val="28"/>
              </w:rPr>
            </w:pPr>
            <w:r w:rsidRPr="00D2356F">
              <w:rPr>
                <w:sz w:val="28"/>
                <w:szCs w:val="28"/>
              </w:rPr>
              <w:t>5-қосымша</w:t>
            </w:r>
          </w:p>
          <w:p w14:paraId="06C42DBA" w14:textId="77777777" w:rsidR="00634B77" w:rsidRPr="00D2356F" w:rsidRDefault="00634B77" w:rsidP="005B42CB">
            <w:pPr>
              <w:ind w:firstLine="179"/>
              <w:rPr>
                <w:i/>
                <w:sz w:val="28"/>
                <w:szCs w:val="28"/>
                <w:lang w:val="kk-KZ"/>
              </w:rPr>
            </w:pPr>
          </w:p>
          <w:p w14:paraId="2F1AF304" w14:textId="77777777" w:rsidR="00634B77" w:rsidRPr="00D2356F" w:rsidRDefault="00634B77" w:rsidP="005B42CB">
            <w:pPr>
              <w:ind w:firstLine="179"/>
              <w:rPr>
                <w:i/>
                <w:sz w:val="28"/>
                <w:szCs w:val="28"/>
                <w:lang w:val="kk-KZ"/>
              </w:rPr>
            </w:pPr>
          </w:p>
        </w:tc>
      </w:tr>
      <w:tr w:rsidR="00634B77" w:rsidRPr="00DC236A" w14:paraId="07EF9A6B" w14:textId="77777777" w:rsidTr="009720AC">
        <w:tc>
          <w:tcPr>
            <w:tcW w:w="4111" w:type="dxa"/>
            <w:tcBorders>
              <w:top w:val="nil"/>
              <w:left w:val="nil"/>
              <w:bottom w:val="nil"/>
              <w:right w:val="nil"/>
            </w:tcBorders>
          </w:tcPr>
          <w:p w14:paraId="1AC53621" w14:textId="77777777" w:rsidR="00634B77" w:rsidRPr="00D2356F" w:rsidRDefault="00634B77" w:rsidP="005B42CB">
            <w:pPr>
              <w:ind w:firstLine="179"/>
              <w:rPr>
                <w:sz w:val="28"/>
                <w:szCs w:val="28"/>
              </w:rPr>
            </w:pPr>
            <w:r w:rsidRPr="00D2356F">
              <w:rPr>
                <w:sz w:val="28"/>
                <w:szCs w:val="28"/>
              </w:rPr>
              <w:t xml:space="preserve">Астана </w:t>
            </w:r>
            <w:proofErr w:type="spellStart"/>
            <w:r w:rsidRPr="00D2356F">
              <w:rPr>
                <w:sz w:val="28"/>
                <w:szCs w:val="28"/>
              </w:rPr>
              <w:t>қаласы</w:t>
            </w:r>
            <w:proofErr w:type="spellEnd"/>
            <w:r w:rsidRPr="00D2356F">
              <w:rPr>
                <w:sz w:val="28"/>
                <w:szCs w:val="28"/>
              </w:rPr>
              <w:t xml:space="preserve"> </w:t>
            </w:r>
            <w:proofErr w:type="spellStart"/>
            <w:r w:rsidRPr="00D2356F">
              <w:rPr>
                <w:sz w:val="28"/>
                <w:szCs w:val="28"/>
              </w:rPr>
              <w:t>әкімінің</w:t>
            </w:r>
            <w:proofErr w:type="spellEnd"/>
          </w:p>
          <w:p w14:paraId="1ABA5AB2" w14:textId="77777777" w:rsidR="00634B77" w:rsidRPr="00D2356F" w:rsidRDefault="00634B77" w:rsidP="005B42CB">
            <w:pPr>
              <w:ind w:firstLine="179"/>
              <w:rPr>
                <w:sz w:val="28"/>
                <w:szCs w:val="28"/>
                <w:lang w:val="kk-KZ"/>
              </w:rPr>
            </w:pPr>
            <w:r w:rsidRPr="00D2356F">
              <w:rPr>
                <w:sz w:val="28"/>
                <w:szCs w:val="28"/>
              </w:rPr>
              <w:t xml:space="preserve">2025 </w:t>
            </w:r>
            <w:proofErr w:type="spellStart"/>
            <w:r w:rsidRPr="00D2356F">
              <w:rPr>
                <w:sz w:val="28"/>
                <w:szCs w:val="28"/>
              </w:rPr>
              <w:t>жылғы</w:t>
            </w:r>
            <w:proofErr w:type="spellEnd"/>
            <w:r w:rsidRPr="00D2356F">
              <w:rPr>
                <w:sz w:val="28"/>
                <w:szCs w:val="28"/>
              </w:rPr>
              <w:t xml:space="preserve"> 8 </w:t>
            </w:r>
            <w:proofErr w:type="spellStart"/>
            <w:r w:rsidRPr="00D2356F">
              <w:rPr>
                <w:sz w:val="28"/>
                <w:szCs w:val="28"/>
              </w:rPr>
              <w:t>сәуірдегі</w:t>
            </w:r>
            <w:proofErr w:type="spellEnd"/>
          </w:p>
          <w:p w14:paraId="7A3615CF" w14:textId="77777777" w:rsidR="00634B77" w:rsidRPr="00D2356F" w:rsidRDefault="00634B77" w:rsidP="005B42CB">
            <w:pPr>
              <w:ind w:firstLine="179"/>
              <w:rPr>
                <w:sz w:val="28"/>
                <w:szCs w:val="28"/>
                <w:lang w:val="kk-KZ"/>
              </w:rPr>
            </w:pPr>
            <w:r w:rsidRPr="00D2356F">
              <w:rPr>
                <w:sz w:val="28"/>
                <w:szCs w:val="28"/>
              </w:rPr>
              <w:t xml:space="preserve">№ 01-7 </w:t>
            </w:r>
            <w:proofErr w:type="spellStart"/>
            <w:r w:rsidRPr="00D2356F">
              <w:rPr>
                <w:sz w:val="28"/>
                <w:szCs w:val="28"/>
              </w:rPr>
              <w:t>шешіміне</w:t>
            </w:r>
            <w:proofErr w:type="spellEnd"/>
          </w:p>
        </w:tc>
      </w:tr>
      <w:tr w:rsidR="00634B77" w:rsidRPr="00DC236A" w14:paraId="3CB1F01C" w14:textId="77777777" w:rsidTr="009720AC">
        <w:tc>
          <w:tcPr>
            <w:tcW w:w="4111" w:type="dxa"/>
            <w:tcBorders>
              <w:top w:val="nil"/>
              <w:left w:val="nil"/>
              <w:bottom w:val="nil"/>
              <w:right w:val="nil"/>
            </w:tcBorders>
          </w:tcPr>
          <w:p w14:paraId="0E03A3DC" w14:textId="77777777" w:rsidR="00634B77" w:rsidRPr="00D2356F" w:rsidRDefault="00634B77" w:rsidP="005B42CB">
            <w:pPr>
              <w:ind w:firstLine="179"/>
              <w:rPr>
                <w:sz w:val="28"/>
                <w:szCs w:val="28"/>
                <w:lang w:val="kk-KZ"/>
              </w:rPr>
            </w:pPr>
            <w:r w:rsidRPr="00D2356F">
              <w:rPr>
                <w:sz w:val="28"/>
                <w:szCs w:val="28"/>
              </w:rPr>
              <w:t>5-қосымша</w:t>
            </w:r>
          </w:p>
        </w:tc>
      </w:tr>
    </w:tbl>
    <w:p w14:paraId="11553D10" w14:textId="77777777" w:rsidR="00634B77" w:rsidRPr="00DC236A" w:rsidRDefault="00634B77" w:rsidP="00634B77">
      <w:pPr>
        <w:ind w:firstLine="709"/>
        <w:jc w:val="center"/>
        <w:rPr>
          <w:sz w:val="28"/>
          <w:szCs w:val="28"/>
          <w:lang w:val="kk-KZ"/>
        </w:rPr>
      </w:pPr>
    </w:p>
    <w:p w14:paraId="0E144EF4" w14:textId="77777777" w:rsidR="00634B77" w:rsidRPr="00DC236A" w:rsidRDefault="00634B77" w:rsidP="00634B77">
      <w:pPr>
        <w:ind w:firstLine="709"/>
        <w:jc w:val="center"/>
        <w:rPr>
          <w:sz w:val="28"/>
          <w:szCs w:val="28"/>
          <w:lang w:val="kk-KZ"/>
        </w:rPr>
      </w:pPr>
    </w:p>
    <w:p w14:paraId="3C25ACB3" w14:textId="77777777" w:rsidR="00634B77" w:rsidRPr="00DC236A" w:rsidRDefault="00634B77" w:rsidP="00634B77">
      <w:pPr>
        <w:ind w:firstLine="709"/>
        <w:jc w:val="center"/>
        <w:rPr>
          <w:sz w:val="28"/>
          <w:szCs w:val="28"/>
          <w:lang w:val="kk-KZ"/>
        </w:rPr>
      </w:pPr>
      <w:r w:rsidRPr="00DC236A">
        <w:rPr>
          <w:sz w:val="28"/>
          <w:szCs w:val="28"/>
          <w:lang w:val="kk-KZ"/>
        </w:rPr>
        <w:t>Астана қаласы «Сарайшық» ауданының сайлау учаскелері</w:t>
      </w:r>
    </w:p>
    <w:p w14:paraId="0C5F2280" w14:textId="77777777" w:rsidR="00634B77" w:rsidRPr="00DC236A" w:rsidRDefault="00634B77" w:rsidP="00634B77">
      <w:pPr>
        <w:ind w:firstLine="709"/>
        <w:jc w:val="both"/>
        <w:rPr>
          <w:sz w:val="28"/>
          <w:szCs w:val="28"/>
          <w:lang w:val="kk-KZ"/>
        </w:rPr>
      </w:pPr>
    </w:p>
    <w:p w14:paraId="38BB4950" w14:textId="77777777" w:rsidR="00634B77" w:rsidRPr="00DC236A" w:rsidRDefault="00634B77" w:rsidP="00634B77">
      <w:pPr>
        <w:keepNext/>
        <w:keepLines/>
        <w:ind w:firstLine="709"/>
        <w:jc w:val="center"/>
        <w:rPr>
          <w:sz w:val="28"/>
          <w:szCs w:val="28"/>
          <w:lang w:val="kk-KZ"/>
        </w:rPr>
      </w:pPr>
      <w:r w:rsidRPr="00DC236A">
        <w:rPr>
          <w:sz w:val="28"/>
          <w:szCs w:val="28"/>
          <w:lang w:val="kk-KZ"/>
        </w:rPr>
        <w:t>№ 268 сайлау учаскесі</w:t>
      </w:r>
    </w:p>
    <w:p w14:paraId="03F8607A"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13 жалпы орта білім беретін мектеп» шаруашылық жүргізу құқығындағы мемлекеттік коммуналдық кәсіпорны, «</w:t>
      </w:r>
      <w:proofErr w:type="spellStart"/>
      <w:r w:rsidRPr="00DC236A">
        <w:rPr>
          <w:sz w:val="28"/>
          <w:szCs w:val="28"/>
          <w:lang w:val="kk-KZ"/>
        </w:rPr>
        <w:t>Промышленный</w:t>
      </w:r>
      <w:proofErr w:type="spellEnd"/>
      <w:r w:rsidRPr="00DC236A">
        <w:rPr>
          <w:sz w:val="28"/>
          <w:szCs w:val="28"/>
          <w:lang w:val="kk-KZ"/>
        </w:rPr>
        <w:t xml:space="preserve">» тұрғын алабы, </w:t>
      </w:r>
      <w:proofErr w:type="spellStart"/>
      <w:r w:rsidRPr="00DC236A">
        <w:rPr>
          <w:sz w:val="28"/>
          <w:szCs w:val="28"/>
          <w:lang w:val="kk-KZ"/>
        </w:rPr>
        <w:t>Шалкөде</w:t>
      </w:r>
      <w:proofErr w:type="spellEnd"/>
      <w:r w:rsidRPr="00DC236A">
        <w:rPr>
          <w:sz w:val="28"/>
          <w:szCs w:val="28"/>
          <w:lang w:val="kk-KZ"/>
        </w:rPr>
        <w:t xml:space="preserve"> көшесі, № 5)</w:t>
      </w:r>
    </w:p>
    <w:p w14:paraId="6A99D6B3" w14:textId="77777777" w:rsidR="00634B77" w:rsidRPr="00DC236A" w:rsidRDefault="00634B77" w:rsidP="00634B77">
      <w:pPr>
        <w:keepNext/>
        <w:keepLines/>
        <w:ind w:firstLine="709"/>
        <w:jc w:val="center"/>
        <w:rPr>
          <w:sz w:val="28"/>
          <w:szCs w:val="28"/>
          <w:lang w:val="kk-KZ"/>
        </w:rPr>
      </w:pPr>
    </w:p>
    <w:p w14:paraId="2ACE7B94" w14:textId="77777777" w:rsidR="00634B77" w:rsidRPr="00DC236A" w:rsidRDefault="00634B77" w:rsidP="00634B77">
      <w:pPr>
        <w:ind w:firstLine="709"/>
        <w:jc w:val="both"/>
        <w:rPr>
          <w:sz w:val="28"/>
          <w:szCs w:val="28"/>
          <w:lang w:val="kk-KZ"/>
        </w:rPr>
      </w:pPr>
      <w:r w:rsidRPr="00DC236A">
        <w:rPr>
          <w:sz w:val="28"/>
          <w:szCs w:val="28"/>
          <w:lang w:val="kk-KZ"/>
        </w:rPr>
        <w:t>Шекарасы: Көкжелек көшесінен М. Төлебаев көшесінің тақ сандар жағымен Р. Қошқарбаев даңғылына дейін, Р. Қошқарбаев даңғылының жұп сандар жағымен Қордай көшесіне дейін, Қордай көшесінің жұп сандар жағымен Н. Ахметбеков көшесіне дейін, Н. Ахметбеков көшесінің тақ сандар жағымен Ө. Жәнібек көшесіне дейін, Ө. Жәнібек көшесінің тақ сандар жағымен Көкжелек көшесіне дейін, Көкжелек көшесінің жұп сандар жағымен М. Төлебаев көшесіне дейін.</w:t>
      </w:r>
    </w:p>
    <w:p w14:paraId="4E679B7B" w14:textId="77777777" w:rsidR="00634B77" w:rsidRPr="00DC236A" w:rsidRDefault="00634B77" w:rsidP="00634B77">
      <w:pPr>
        <w:ind w:firstLine="709"/>
        <w:jc w:val="both"/>
        <w:rPr>
          <w:sz w:val="28"/>
          <w:szCs w:val="28"/>
          <w:lang w:val="kk-KZ"/>
        </w:rPr>
      </w:pPr>
    </w:p>
    <w:p w14:paraId="77C498CB" w14:textId="77777777" w:rsidR="00634B77" w:rsidRPr="00DC236A" w:rsidRDefault="00634B77" w:rsidP="00634B77">
      <w:pPr>
        <w:keepNext/>
        <w:keepLines/>
        <w:ind w:firstLine="709"/>
        <w:jc w:val="center"/>
        <w:rPr>
          <w:sz w:val="28"/>
          <w:szCs w:val="28"/>
          <w:lang w:val="kk-KZ"/>
        </w:rPr>
      </w:pPr>
      <w:r w:rsidRPr="00DC236A">
        <w:rPr>
          <w:sz w:val="28"/>
          <w:szCs w:val="28"/>
          <w:lang w:val="kk-KZ"/>
        </w:rPr>
        <w:t>№ 269 сайлау учаскесі</w:t>
      </w:r>
    </w:p>
    <w:p w14:paraId="4C269F27"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«Мәшһүр Жүсіп атындағы </w:t>
      </w:r>
    </w:p>
    <w:p w14:paraId="00B47B4E" w14:textId="77777777" w:rsidR="00634B77" w:rsidRPr="00DC236A" w:rsidRDefault="00634B77" w:rsidP="00634B77">
      <w:pPr>
        <w:keepNext/>
        <w:keepLines/>
        <w:ind w:firstLine="709"/>
        <w:jc w:val="center"/>
        <w:rPr>
          <w:sz w:val="28"/>
          <w:szCs w:val="28"/>
          <w:lang w:val="kk-KZ"/>
        </w:rPr>
      </w:pPr>
      <w:r w:rsidRPr="00DC236A">
        <w:rPr>
          <w:sz w:val="28"/>
          <w:szCs w:val="28"/>
          <w:lang w:val="kk-KZ"/>
        </w:rPr>
        <w:t>№ 57 жалпы орта білім беретін мектеп» шаруашылық жүргізу құқығындағы мемлекеттік коммуналдық кәсіпорны,</w:t>
      </w:r>
    </w:p>
    <w:p w14:paraId="26EB1489"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 «</w:t>
      </w:r>
      <w:proofErr w:type="spellStart"/>
      <w:r w:rsidRPr="00DC236A">
        <w:rPr>
          <w:sz w:val="28"/>
          <w:szCs w:val="28"/>
          <w:lang w:val="kk-KZ"/>
        </w:rPr>
        <w:t>Промышленный</w:t>
      </w:r>
      <w:proofErr w:type="spellEnd"/>
      <w:r w:rsidRPr="00DC236A">
        <w:rPr>
          <w:sz w:val="28"/>
          <w:szCs w:val="28"/>
          <w:lang w:val="kk-KZ"/>
        </w:rPr>
        <w:t>» тұрғын алабы, Шарбақты көшесі, № 46)</w:t>
      </w:r>
    </w:p>
    <w:p w14:paraId="237FA443" w14:textId="77777777" w:rsidR="00634B77" w:rsidRPr="00DC236A" w:rsidRDefault="00634B77" w:rsidP="00634B77">
      <w:pPr>
        <w:keepNext/>
        <w:keepLines/>
        <w:ind w:firstLine="709"/>
        <w:jc w:val="center"/>
        <w:rPr>
          <w:sz w:val="28"/>
          <w:szCs w:val="28"/>
          <w:lang w:val="kk-KZ"/>
        </w:rPr>
      </w:pPr>
    </w:p>
    <w:p w14:paraId="72CD712C" w14:textId="77777777" w:rsidR="00634B77" w:rsidRPr="00DC236A" w:rsidRDefault="00634B77" w:rsidP="00634B77">
      <w:pPr>
        <w:ind w:firstLine="709"/>
        <w:jc w:val="both"/>
        <w:rPr>
          <w:sz w:val="28"/>
          <w:szCs w:val="28"/>
          <w:lang w:val="kk-KZ"/>
        </w:rPr>
      </w:pPr>
      <w:r w:rsidRPr="00DC236A">
        <w:rPr>
          <w:sz w:val="28"/>
          <w:szCs w:val="28"/>
          <w:lang w:val="kk-KZ"/>
        </w:rPr>
        <w:t xml:space="preserve">Шекарасы: Б. Серікбаев көшесінен Құлагер көшесінің тақ сандар жағымен </w:t>
      </w:r>
      <w:proofErr w:type="spellStart"/>
      <w:r w:rsidRPr="00DC236A">
        <w:rPr>
          <w:sz w:val="28"/>
          <w:szCs w:val="28"/>
          <w:lang w:val="kk-KZ"/>
        </w:rPr>
        <w:t>Шалкөде</w:t>
      </w:r>
      <w:proofErr w:type="spellEnd"/>
      <w:r w:rsidRPr="00DC236A">
        <w:rPr>
          <w:sz w:val="28"/>
          <w:szCs w:val="28"/>
          <w:lang w:val="kk-KZ"/>
        </w:rPr>
        <w:t xml:space="preserve"> көшесіне дейін, </w:t>
      </w:r>
      <w:proofErr w:type="spellStart"/>
      <w:r w:rsidRPr="00DC236A">
        <w:rPr>
          <w:sz w:val="28"/>
          <w:szCs w:val="28"/>
          <w:lang w:val="kk-KZ"/>
        </w:rPr>
        <w:t>Шалкөде</w:t>
      </w:r>
      <w:proofErr w:type="spellEnd"/>
      <w:r w:rsidRPr="00DC236A">
        <w:rPr>
          <w:sz w:val="28"/>
          <w:szCs w:val="28"/>
          <w:lang w:val="kk-KZ"/>
        </w:rPr>
        <w:t xml:space="preserve"> көшесінің тақ сандар жағымен Шарбақты көшесіне дейін, Шарбақты көшесінің жұп сандар жағымен Қордай көшесіне дейін, Қордай көшесінің жұп сандар жағымен Н. Ахметбеков көшесіне дейін, Н. Ахметбеков көшесінің жұп сандар жағымен Ө. Жәнібек көшесіне дейін, Ө. Жәнібек көшесінің жұп сандар жағымен Б. Серікбаев көшесіне дейін, Б. Серікбаев көшесінің жұп сандар жағымен Құлагер көшесіне дейін.</w:t>
      </w:r>
    </w:p>
    <w:p w14:paraId="4E7B8A79" w14:textId="77777777" w:rsidR="00634B77" w:rsidRPr="00DC236A" w:rsidRDefault="00634B77" w:rsidP="00634B77">
      <w:pPr>
        <w:ind w:firstLine="709"/>
        <w:jc w:val="both"/>
        <w:rPr>
          <w:sz w:val="28"/>
          <w:szCs w:val="28"/>
          <w:lang w:val="kk-KZ"/>
        </w:rPr>
      </w:pPr>
    </w:p>
    <w:p w14:paraId="747C3253"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270 сайлау учаскесі</w:t>
      </w:r>
    </w:p>
    <w:p w14:paraId="5BA38958"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«Мәшһүр Жүсіп атындағы </w:t>
      </w:r>
    </w:p>
    <w:p w14:paraId="2BD8E417" w14:textId="77777777" w:rsidR="00634B77" w:rsidRPr="00DC236A" w:rsidRDefault="00634B77" w:rsidP="00634B77">
      <w:pPr>
        <w:keepNext/>
        <w:keepLines/>
        <w:ind w:firstLine="709"/>
        <w:jc w:val="center"/>
        <w:rPr>
          <w:sz w:val="28"/>
          <w:szCs w:val="28"/>
          <w:lang w:val="kk-KZ"/>
        </w:rPr>
      </w:pPr>
      <w:r w:rsidRPr="00DC236A">
        <w:rPr>
          <w:sz w:val="28"/>
          <w:szCs w:val="28"/>
          <w:lang w:val="kk-KZ"/>
        </w:rPr>
        <w:t>№ 57 жалпы орта білім беретін мектеп» шаруашылық жүргізу құқығындағы мемлекеттік коммуналдық кәсіпорны, «</w:t>
      </w:r>
      <w:proofErr w:type="spellStart"/>
      <w:r w:rsidRPr="00DC236A">
        <w:rPr>
          <w:sz w:val="28"/>
          <w:szCs w:val="28"/>
          <w:lang w:val="kk-KZ"/>
        </w:rPr>
        <w:t>Промышленный</w:t>
      </w:r>
      <w:proofErr w:type="spellEnd"/>
      <w:r w:rsidRPr="00DC236A">
        <w:rPr>
          <w:sz w:val="28"/>
          <w:szCs w:val="28"/>
          <w:lang w:val="kk-KZ"/>
        </w:rPr>
        <w:t>» тұрғын алабы, Шарбақты көшесі, № 46)</w:t>
      </w:r>
    </w:p>
    <w:p w14:paraId="3AB30825" w14:textId="77777777" w:rsidR="00634B77" w:rsidRPr="00DC236A" w:rsidRDefault="00634B77" w:rsidP="00634B77">
      <w:pPr>
        <w:keepNext/>
        <w:keepLines/>
        <w:ind w:firstLine="709"/>
        <w:jc w:val="center"/>
        <w:rPr>
          <w:sz w:val="28"/>
          <w:lang w:val="kk-KZ"/>
        </w:rPr>
      </w:pPr>
    </w:p>
    <w:p w14:paraId="014C395B" w14:textId="77777777" w:rsidR="00634B77" w:rsidRPr="00DC236A" w:rsidRDefault="00634B77" w:rsidP="00634B77">
      <w:pPr>
        <w:ind w:firstLine="709"/>
        <w:jc w:val="both"/>
        <w:rPr>
          <w:b/>
          <w:sz w:val="28"/>
          <w:szCs w:val="28"/>
          <w:lang w:val="kk-KZ"/>
        </w:rPr>
      </w:pPr>
      <w:r w:rsidRPr="00DC236A">
        <w:rPr>
          <w:sz w:val="28"/>
          <w:szCs w:val="28"/>
          <w:lang w:val="kk-KZ"/>
        </w:rPr>
        <w:t>Шекарасы</w:t>
      </w:r>
      <w:r w:rsidRPr="00DC236A">
        <w:rPr>
          <w:rStyle w:val="ae"/>
          <w:sz w:val="28"/>
          <w:szCs w:val="28"/>
          <w:lang w:val="kk-KZ"/>
        </w:rPr>
        <w:t>:</w:t>
      </w:r>
      <w:r w:rsidRPr="00DC236A">
        <w:rPr>
          <w:sz w:val="28"/>
          <w:szCs w:val="28"/>
          <w:lang w:val="kk-KZ"/>
        </w:rPr>
        <w:t xml:space="preserve"> </w:t>
      </w:r>
      <w:r>
        <w:rPr>
          <w:sz w:val="28"/>
          <w:szCs w:val="28"/>
          <w:lang w:val="kk-KZ"/>
        </w:rPr>
        <w:t>А92 көшеден</w:t>
      </w:r>
      <w:r w:rsidRPr="00DC236A">
        <w:rPr>
          <w:sz w:val="28"/>
          <w:szCs w:val="28"/>
          <w:lang w:val="kk-KZ"/>
        </w:rPr>
        <w:t xml:space="preserve"> Шарбақты көшесінің тақ сандар жағымен Құлагер көшесіне дейін, Құлагер көшесімен М. </w:t>
      </w:r>
      <w:proofErr w:type="spellStart"/>
      <w:r w:rsidRPr="00DC236A">
        <w:rPr>
          <w:sz w:val="28"/>
          <w:szCs w:val="28"/>
          <w:lang w:val="kk-KZ"/>
        </w:rPr>
        <w:t>Тынышбайұлы</w:t>
      </w:r>
      <w:proofErr w:type="spellEnd"/>
      <w:r w:rsidRPr="00DC236A">
        <w:rPr>
          <w:sz w:val="28"/>
          <w:szCs w:val="28"/>
          <w:lang w:val="kk-KZ"/>
        </w:rPr>
        <w:t xml:space="preserve"> көшесіне дейін, М. </w:t>
      </w:r>
      <w:proofErr w:type="spellStart"/>
      <w:r w:rsidRPr="00DC236A">
        <w:rPr>
          <w:sz w:val="28"/>
          <w:szCs w:val="28"/>
          <w:lang w:val="kk-KZ"/>
        </w:rPr>
        <w:t>Тынышбайұлы</w:t>
      </w:r>
      <w:proofErr w:type="spellEnd"/>
      <w:r w:rsidRPr="00DC236A">
        <w:rPr>
          <w:sz w:val="28"/>
          <w:szCs w:val="28"/>
          <w:lang w:val="kk-KZ"/>
        </w:rPr>
        <w:t xml:space="preserve"> көшесінің тақ сандар жағымен А. Байтұрсынұлы көшесіне дейін, А. Байтұрсынұлы көшесін</w:t>
      </w:r>
      <w:r>
        <w:rPr>
          <w:sz w:val="28"/>
          <w:szCs w:val="28"/>
          <w:lang w:val="kk-KZ"/>
        </w:rPr>
        <w:t>ің тақ сандар жағымен А91 көшеге дейін, А91 көшемен А92 көшеге дейін, А92 көше</w:t>
      </w:r>
      <w:r w:rsidRPr="00DC236A">
        <w:rPr>
          <w:sz w:val="28"/>
          <w:szCs w:val="28"/>
          <w:lang w:val="kk-KZ"/>
        </w:rPr>
        <w:t>нің</w:t>
      </w:r>
      <w:r>
        <w:rPr>
          <w:sz w:val="28"/>
          <w:szCs w:val="28"/>
          <w:lang w:val="kk-KZ"/>
        </w:rPr>
        <w:t xml:space="preserve"> жұп сандар жағымен, А91 көшедегі № 17 үйді, А123 көше</w:t>
      </w:r>
      <w:r w:rsidRPr="00DC236A">
        <w:rPr>
          <w:sz w:val="28"/>
          <w:szCs w:val="28"/>
          <w:lang w:val="kk-KZ"/>
        </w:rPr>
        <w:t>дегі № 7, 8 үйлерді қоспағанда, Шарбақты көшесіне дейін.</w:t>
      </w:r>
    </w:p>
    <w:p w14:paraId="6440F73A" w14:textId="77777777" w:rsidR="00634B77" w:rsidRPr="00DC236A" w:rsidRDefault="00634B77" w:rsidP="00634B77">
      <w:pPr>
        <w:ind w:firstLine="709"/>
        <w:jc w:val="both"/>
        <w:rPr>
          <w:sz w:val="28"/>
          <w:szCs w:val="28"/>
          <w:lang w:val="kk-KZ"/>
        </w:rPr>
      </w:pPr>
    </w:p>
    <w:p w14:paraId="2B595B7E" w14:textId="77777777" w:rsidR="00634B77" w:rsidRPr="00DC236A" w:rsidRDefault="00634B77" w:rsidP="00634B77">
      <w:pPr>
        <w:keepNext/>
        <w:keepLines/>
        <w:ind w:firstLine="709"/>
        <w:jc w:val="center"/>
        <w:rPr>
          <w:sz w:val="28"/>
          <w:szCs w:val="28"/>
          <w:lang w:val="kk-KZ"/>
        </w:rPr>
      </w:pPr>
      <w:r w:rsidRPr="00DC236A">
        <w:rPr>
          <w:sz w:val="28"/>
          <w:szCs w:val="28"/>
          <w:lang w:val="kk-KZ"/>
        </w:rPr>
        <w:t>№ 271 сайлау учаскесі</w:t>
      </w:r>
    </w:p>
    <w:p w14:paraId="1E17B389"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43 қосымша білім беру мектеп-орталығы» шаруашылық жүргізу құқығындағы мемлекеттік коммуналдық кәсіпорны, «Мичурино» тұрғын алабы, Бастау көшесі, № 2)</w:t>
      </w:r>
    </w:p>
    <w:p w14:paraId="0E4F628B" w14:textId="77777777" w:rsidR="00634B77" w:rsidRPr="00DC236A" w:rsidRDefault="00634B77" w:rsidP="00634B77">
      <w:pPr>
        <w:keepNext/>
        <w:keepLines/>
        <w:ind w:firstLine="709"/>
        <w:jc w:val="center"/>
        <w:rPr>
          <w:sz w:val="28"/>
          <w:szCs w:val="28"/>
          <w:lang w:val="kk-KZ"/>
        </w:rPr>
      </w:pPr>
    </w:p>
    <w:p w14:paraId="168424D2" w14:textId="77777777" w:rsidR="00634B77" w:rsidRPr="00DC236A" w:rsidRDefault="00634B77" w:rsidP="00634B77">
      <w:pPr>
        <w:ind w:firstLine="709"/>
        <w:jc w:val="both"/>
        <w:rPr>
          <w:sz w:val="28"/>
          <w:szCs w:val="28"/>
          <w:lang w:val="kk-KZ"/>
        </w:rPr>
      </w:pPr>
      <w:r w:rsidRPr="00DC236A">
        <w:rPr>
          <w:sz w:val="28"/>
          <w:szCs w:val="28"/>
          <w:lang w:val="kk-KZ"/>
        </w:rPr>
        <w:t>Шекарасы: «Мичурино» тұрғын алабының шекарасындағы үйлер.</w:t>
      </w:r>
    </w:p>
    <w:p w14:paraId="66855A36" w14:textId="77777777" w:rsidR="00634B77" w:rsidRPr="00DC236A" w:rsidRDefault="00634B77" w:rsidP="00634B77">
      <w:pPr>
        <w:ind w:firstLine="709"/>
        <w:jc w:val="both"/>
        <w:rPr>
          <w:sz w:val="28"/>
          <w:szCs w:val="28"/>
          <w:lang w:val="kk-KZ"/>
        </w:rPr>
      </w:pPr>
    </w:p>
    <w:p w14:paraId="24E2C63A" w14:textId="77777777" w:rsidR="00634B77" w:rsidRPr="00DC236A" w:rsidRDefault="00634B77" w:rsidP="00634B77">
      <w:pPr>
        <w:keepNext/>
        <w:keepLines/>
        <w:ind w:firstLine="709"/>
        <w:jc w:val="center"/>
        <w:rPr>
          <w:sz w:val="28"/>
          <w:szCs w:val="28"/>
          <w:lang w:val="kk-KZ"/>
        </w:rPr>
      </w:pPr>
      <w:r w:rsidRPr="00DC236A">
        <w:rPr>
          <w:sz w:val="28"/>
          <w:szCs w:val="28"/>
          <w:lang w:val="kk-KZ"/>
        </w:rPr>
        <w:t>№ 272 сайлау учаскесі</w:t>
      </w:r>
    </w:p>
    <w:p w14:paraId="2ADB552C"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«Рақымжан Қошқарбаев атындағы № 44 жалпы орта білім беретін мектеп» шаруашылық жүргізу құқығындағы мемлекеттік коммуналдық кәсіпорны, «</w:t>
      </w:r>
      <w:proofErr w:type="spellStart"/>
      <w:r w:rsidRPr="00DC236A">
        <w:rPr>
          <w:sz w:val="28"/>
          <w:szCs w:val="28"/>
          <w:lang w:val="kk-KZ"/>
        </w:rPr>
        <w:t>Интернациональный</w:t>
      </w:r>
      <w:proofErr w:type="spellEnd"/>
      <w:r w:rsidRPr="00DC236A">
        <w:rPr>
          <w:sz w:val="28"/>
          <w:szCs w:val="28"/>
          <w:lang w:val="kk-KZ"/>
        </w:rPr>
        <w:t xml:space="preserve">» тұрғын алабы, </w:t>
      </w:r>
    </w:p>
    <w:p w14:paraId="3B5F3201" w14:textId="77777777" w:rsidR="00634B77" w:rsidRPr="00DC236A" w:rsidRDefault="00634B77" w:rsidP="00634B77">
      <w:pPr>
        <w:keepNext/>
        <w:keepLines/>
        <w:ind w:firstLine="709"/>
        <w:jc w:val="center"/>
        <w:rPr>
          <w:sz w:val="28"/>
          <w:szCs w:val="28"/>
          <w:lang w:val="kk-KZ"/>
        </w:rPr>
      </w:pPr>
      <w:proofErr w:type="spellStart"/>
      <w:r w:rsidRPr="00DC236A">
        <w:rPr>
          <w:sz w:val="28"/>
          <w:szCs w:val="28"/>
          <w:lang w:val="kk-KZ"/>
        </w:rPr>
        <w:t>Нұрлыжол</w:t>
      </w:r>
      <w:proofErr w:type="spellEnd"/>
      <w:r w:rsidRPr="00DC236A">
        <w:rPr>
          <w:sz w:val="28"/>
          <w:szCs w:val="28"/>
          <w:lang w:val="kk-KZ"/>
        </w:rPr>
        <w:t xml:space="preserve"> көшесі, № 8)</w:t>
      </w:r>
    </w:p>
    <w:p w14:paraId="4E0E32F8" w14:textId="77777777" w:rsidR="00634B77" w:rsidRPr="00DC236A" w:rsidRDefault="00634B77" w:rsidP="00634B77">
      <w:pPr>
        <w:keepNext/>
        <w:keepLines/>
        <w:ind w:firstLine="709"/>
        <w:jc w:val="center"/>
        <w:rPr>
          <w:sz w:val="28"/>
          <w:szCs w:val="28"/>
          <w:lang w:val="kk-KZ"/>
        </w:rPr>
      </w:pPr>
    </w:p>
    <w:p w14:paraId="11C62F6F" w14:textId="77777777" w:rsidR="00634B77" w:rsidRPr="00DC236A" w:rsidRDefault="00634B77" w:rsidP="00634B77">
      <w:pPr>
        <w:ind w:firstLine="709"/>
        <w:jc w:val="both"/>
        <w:rPr>
          <w:sz w:val="28"/>
          <w:szCs w:val="28"/>
          <w:lang w:val="kk-KZ"/>
        </w:rPr>
      </w:pPr>
      <w:r w:rsidRPr="00DC236A">
        <w:rPr>
          <w:sz w:val="28"/>
          <w:szCs w:val="28"/>
          <w:lang w:val="kk-KZ"/>
        </w:rPr>
        <w:t>Шекарасы: Армандастар көшесінен «Астана – Қарағанды» тас жолының бойымен айналма жолға дейін, айналма жолдың бойымен Есіл өзенінің жағалауына дейін, Есіл өзенінің жағалауымен Көлсай көшесіне дейін, Көлсай көшесінің тақ сандар жағымен Мереке көшесіне дейін, Мереке көшесінің жұп сандар жағымен Армандастар көшесіне дейін, Армандастар көшесінің тақ сандар жағымен, «</w:t>
      </w:r>
      <w:proofErr w:type="spellStart"/>
      <w:r w:rsidRPr="00DC236A">
        <w:rPr>
          <w:sz w:val="28"/>
          <w:szCs w:val="28"/>
          <w:lang w:val="kk-KZ"/>
        </w:rPr>
        <w:t>Village</w:t>
      </w:r>
      <w:proofErr w:type="spellEnd"/>
      <w:r w:rsidRPr="00DC236A">
        <w:rPr>
          <w:sz w:val="28"/>
          <w:szCs w:val="28"/>
          <w:lang w:val="kk-KZ"/>
        </w:rPr>
        <w:t>-BAY» коттедж қалашығын, «</w:t>
      </w:r>
      <w:proofErr w:type="spellStart"/>
      <w:r w:rsidRPr="00DC236A">
        <w:rPr>
          <w:sz w:val="28"/>
          <w:szCs w:val="28"/>
          <w:lang w:val="kk-KZ"/>
        </w:rPr>
        <w:t>Интернациональный</w:t>
      </w:r>
      <w:proofErr w:type="spellEnd"/>
      <w:r w:rsidRPr="00DC236A">
        <w:rPr>
          <w:sz w:val="28"/>
          <w:szCs w:val="28"/>
          <w:lang w:val="kk-KZ"/>
        </w:rPr>
        <w:t>» тұрғын алабының бау-бақша қоғамдарын қоса алғанда, «Астана – Қарағанды» тас жолына дейін.</w:t>
      </w:r>
    </w:p>
    <w:p w14:paraId="7B1678E8" w14:textId="77777777" w:rsidR="00634B77" w:rsidRPr="00DC236A" w:rsidRDefault="00634B77" w:rsidP="00634B77">
      <w:pPr>
        <w:ind w:firstLine="709"/>
        <w:jc w:val="both"/>
        <w:rPr>
          <w:sz w:val="28"/>
          <w:szCs w:val="28"/>
          <w:lang w:val="kk-KZ"/>
        </w:rPr>
      </w:pPr>
    </w:p>
    <w:p w14:paraId="28295657" w14:textId="77777777" w:rsidR="00634B77" w:rsidRPr="00DC236A" w:rsidRDefault="00634B77" w:rsidP="00634B77">
      <w:pPr>
        <w:keepNext/>
        <w:keepLines/>
        <w:ind w:firstLine="709"/>
        <w:jc w:val="center"/>
        <w:rPr>
          <w:sz w:val="28"/>
          <w:szCs w:val="28"/>
          <w:lang w:val="kk-KZ"/>
        </w:rPr>
      </w:pPr>
      <w:r w:rsidRPr="00DC236A">
        <w:rPr>
          <w:sz w:val="28"/>
          <w:szCs w:val="28"/>
          <w:lang w:val="kk-KZ"/>
        </w:rPr>
        <w:t>№ 273 сайлау учаскесі</w:t>
      </w:r>
    </w:p>
    <w:p w14:paraId="54E21D66"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42 жалпы орта білім беретін мектеп» коммуналдық мемлекеттік мекемесі, «Күйгенжар» тұрғын алабы, Жаңатұрмыс көшесі, № 6/2)</w:t>
      </w:r>
    </w:p>
    <w:p w14:paraId="018EAB13" w14:textId="77777777" w:rsidR="00634B77" w:rsidRPr="00DC236A" w:rsidRDefault="00634B77" w:rsidP="00634B77">
      <w:pPr>
        <w:keepNext/>
        <w:keepLines/>
        <w:ind w:firstLine="709"/>
        <w:jc w:val="both"/>
        <w:rPr>
          <w:sz w:val="28"/>
          <w:szCs w:val="28"/>
          <w:lang w:val="kk-KZ"/>
        </w:rPr>
      </w:pPr>
    </w:p>
    <w:p w14:paraId="5945A349" w14:textId="77777777" w:rsidR="00634B77" w:rsidRPr="00DC236A" w:rsidRDefault="00634B77" w:rsidP="00634B77">
      <w:pPr>
        <w:ind w:firstLine="709"/>
        <w:jc w:val="both"/>
        <w:rPr>
          <w:sz w:val="28"/>
          <w:szCs w:val="28"/>
          <w:lang w:val="kk-KZ"/>
        </w:rPr>
      </w:pPr>
      <w:r w:rsidRPr="00DC236A">
        <w:rPr>
          <w:sz w:val="28"/>
          <w:szCs w:val="28"/>
          <w:lang w:val="kk-KZ"/>
        </w:rPr>
        <w:t>Шекарасы: «Күйгенжар» тұрғын алабының шекарасындағы үйлер.</w:t>
      </w:r>
    </w:p>
    <w:p w14:paraId="5F9607E0" w14:textId="77777777" w:rsidR="00634B77" w:rsidRPr="00DC236A" w:rsidRDefault="00634B77" w:rsidP="00634B77">
      <w:pPr>
        <w:ind w:firstLine="709"/>
        <w:jc w:val="both"/>
        <w:rPr>
          <w:sz w:val="28"/>
          <w:szCs w:val="28"/>
          <w:lang w:val="kk-KZ"/>
        </w:rPr>
      </w:pPr>
    </w:p>
    <w:p w14:paraId="19B9184F"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274 сайлау учаскесі</w:t>
      </w:r>
    </w:p>
    <w:p w14:paraId="6CE652CE" w14:textId="77777777" w:rsidR="00634B77" w:rsidRPr="00DC236A" w:rsidRDefault="00634B77" w:rsidP="00634B77">
      <w:pPr>
        <w:keepNext/>
        <w:keepLines/>
        <w:ind w:firstLine="709"/>
        <w:jc w:val="center"/>
        <w:rPr>
          <w:sz w:val="28"/>
          <w:lang w:val="kk-KZ"/>
        </w:rPr>
      </w:pPr>
      <w:r w:rsidRPr="00DC236A">
        <w:rPr>
          <w:sz w:val="28"/>
          <w:lang w:val="kk-KZ"/>
        </w:rPr>
        <w:t xml:space="preserve">(орталығы – Астана қаласы әкімдігінің «№ 102 </w:t>
      </w:r>
      <w:r w:rsidRPr="00DC236A">
        <w:rPr>
          <w:sz w:val="28"/>
          <w:szCs w:val="28"/>
          <w:lang w:val="kk-KZ"/>
        </w:rPr>
        <w:t>жалпы орта білім беретін мектеп</w:t>
      </w:r>
      <w:r w:rsidRPr="00DC236A">
        <w:rPr>
          <w:sz w:val="28"/>
          <w:lang w:val="kk-KZ"/>
        </w:rPr>
        <w:t>» коммуналдық мемлекеттік мекемесі, А. Байтұрсынұлы көшесі, № 7)</w:t>
      </w:r>
    </w:p>
    <w:p w14:paraId="5B03AD4F" w14:textId="77777777" w:rsidR="00634B77" w:rsidRPr="00DC236A" w:rsidRDefault="00634B77" w:rsidP="00634B77">
      <w:pPr>
        <w:keepNext/>
        <w:keepLines/>
        <w:ind w:firstLine="709"/>
        <w:jc w:val="center"/>
        <w:rPr>
          <w:sz w:val="28"/>
          <w:lang w:val="kk-KZ"/>
        </w:rPr>
      </w:pPr>
    </w:p>
    <w:p w14:paraId="371C8EEF" w14:textId="77777777" w:rsidR="00634B77" w:rsidRPr="00DC236A" w:rsidRDefault="00634B77" w:rsidP="00634B77">
      <w:pPr>
        <w:ind w:firstLine="709"/>
        <w:jc w:val="both"/>
        <w:rPr>
          <w:sz w:val="28"/>
          <w:szCs w:val="28"/>
          <w:lang w:val="kk-KZ"/>
        </w:rPr>
      </w:pPr>
      <w:r w:rsidRPr="00DC236A">
        <w:rPr>
          <w:sz w:val="28"/>
          <w:szCs w:val="28"/>
          <w:lang w:val="kk-KZ"/>
        </w:rPr>
        <w:t>Шекарасы: Р. Қошқарбаев даңғылынан Тәуелсіздік даңғылының тақ сандар жағымен Ж. Нәжімеденов көшесіне дейін, Ж. Нәжімеденов көшесінің тақ сандар жағымен Есіл өзенінің жағалауына дейін, Есіл өзенінің жағалауы бойымен Р. Қошқарбаев даңғылына дейін, Р. Қошқарбаев даңғылының жұп сандар жағымен Р. Қошқарбаев даңғылындағы № 8, 10, 10/1 үйлерді, А. Байтұрсынұлы көшесіндегі № 7, 9 үйлерді қоспағанда, Тәуелсіздік даңғылына дейін.</w:t>
      </w:r>
    </w:p>
    <w:p w14:paraId="5DA43B7E" w14:textId="77777777" w:rsidR="00634B77" w:rsidRPr="00DC236A" w:rsidRDefault="00634B77" w:rsidP="00634B77">
      <w:pPr>
        <w:ind w:firstLine="709"/>
        <w:jc w:val="both"/>
        <w:rPr>
          <w:sz w:val="28"/>
          <w:szCs w:val="28"/>
          <w:lang w:val="kk-KZ"/>
        </w:rPr>
      </w:pPr>
    </w:p>
    <w:p w14:paraId="008B345B" w14:textId="77777777" w:rsidR="00634B77" w:rsidRPr="00DC236A" w:rsidRDefault="00634B77" w:rsidP="00634B77">
      <w:pPr>
        <w:keepNext/>
        <w:keepLines/>
        <w:ind w:firstLine="709"/>
        <w:jc w:val="center"/>
        <w:rPr>
          <w:sz w:val="28"/>
          <w:szCs w:val="28"/>
          <w:lang w:val="kk-KZ"/>
        </w:rPr>
      </w:pPr>
      <w:r w:rsidRPr="00DC236A">
        <w:rPr>
          <w:sz w:val="28"/>
          <w:szCs w:val="28"/>
          <w:lang w:val="kk-KZ"/>
        </w:rPr>
        <w:t>№ 275 сайлау учаскесі</w:t>
      </w:r>
    </w:p>
    <w:p w14:paraId="776449E4"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«Ыбырай Алтынсарин атындағы № 83 мектеп-гимназия» шаруашылық жүргізу құқығындағы мемлекеттік коммуналдық кәсіпорны, А. Байтұрсынұлы көшесі, № 35)</w:t>
      </w:r>
    </w:p>
    <w:p w14:paraId="5D73B0EE" w14:textId="77777777" w:rsidR="00634B77" w:rsidRPr="00DC236A" w:rsidRDefault="00634B77" w:rsidP="00634B77">
      <w:pPr>
        <w:keepNext/>
        <w:keepLines/>
        <w:ind w:firstLine="709"/>
        <w:jc w:val="center"/>
        <w:rPr>
          <w:sz w:val="28"/>
          <w:szCs w:val="28"/>
          <w:lang w:val="kk-KZ"/>
        </w:rPr>
      </w:pPr>
    </w:p>
    <w:p w14:paraId="3A577EA4" w14:textId="77777777" w:rsidR="00634B77" w:rsidRPr="00DC236A" w:rsidRDefault="00634B77" w:rsidP="00634B77">
      <w:pPr>
        <w:ind w:firstLine="709"/>
        <w:jc w:val="both"/>
        <w:rPr>
          <w:sz w:val="28"/>
          <w:szCs w:val="28"/>
          <w:lang w:val="kk-KZ"/>
        </w:rPr>
      </w:pPr>
      <w:r w:rsidRPr="00DC236A">
        <w:rPr>
          <w:sz w:val="28"/>
          <w:szCs w:val="28"/>
          <w:lang w:val="kk-KZ"/>
        </w:rPr>
        <w:t>Шекарасы: М. Жұмабаев даңғылынан К. Әзірбаев көшесінің жұп сандар жағымен А. </w:t>
      </w:r>
      <w:proofErr w:type="spellStart"/>
      <w:r w:rsidRPr="00DC236A">
        <w:rPr>
          <w:sz w:val="28"/>
          <w:szCs w:val="28"/>
          <w:lang w:val="kk-KZ"/>
        </w:rPr>
        <w:t>Бөлекпаев</w:t>
      </w:r>
      <w:proofErr w:type="spellEnd"/>
      <w:r w:rsidRPr="00DC236A">
        <w:rPr>
          <w:sz w:val="28"/>
          <w:szCs w:val="28"/>
          <w:lang w:val="kk-KZ"/>
        </w:rPr>
        <w:t xml:space="preserve"> көшесіне дейін, А. </w:t>
      </w:r>
      <w:proofErr w:type="spellStart"/>
      <w:r w:rsidRPr="00DC236A">
        <w:rPr>
          <w:sz w:val="28"/>
          <w:szCs w:val="28"/>
          <w:lang w:val="kk-KZ"/>
        </w:rPr>
        <w:t>Бөлекпаев</w:t>
      </w:r>
      <w:proofErr w:type="spellEnd"/>
      <w:r w:rsidRPr="00DC236A">
        <w:rPr>
          <w:sz w:val="28"/>
          <w:szCs w:val="28"/>
          <w:lang w:val="kk-KZ"/>
        </w:rPr>
        <w:t xml:space="preserve"> көшесінің тақ сандар жағымен М. Жұмабаев даңғылына дейін, М. Жұмабаев даңғылының тақ сандар жағымен А. </w:t>
      </w:r>
      <w:proofErr w:type="spellStart"/>
      <w:r w:rsidRPr="00DC236A">
        <w:rPr>
          <w:sz w:val="28"/>
          <w:szCs w:val="28"/>
          <w:lang w:val="kk-KZ"/>
        </w:rPr>
        <w:t>Бөлекпаев</w:t>
      </w:r>
      <w:proofErr w:type="spellEnd"/>
      <w:r w:rsidRPr="00DC236A">
        <w:rPr>
          <w:sz w:val="28"/>
          <w:szCs w:val="28"/>
          <w:lang w:val="kk-KZ"/>
        </w:rPr>
        <w:t xml:space="preserve"> көшесіндегі № 13 үйді қоспағанда, К. Әзірбаев көшесіне дейін.</w:t>
      </w:r>
    </w:p>
    <w:p w14:paraId="49A22DCC" w14:textId="77777777" w:rsidR="00634B77" w:rsidRPr="00DC236A" w:rsidRDefault="00634B77" w:rsidP="00634B77">
      <w:pPr>
        <w:ind w:firstLine="709"/>
        <w:jc w:val="both"/>
        <w:rPr>
          <w:sz w:val="28"/>
          <w:szCs w:val="28"/>
          <w:lang w:val="kk-KZ"/>
        </w:rPr>
      </w:pPr>
    </w:p>
    <w:p w14:paraId="6DC3CB3D" w14:textId="77777777" w:rsidR="00634B77" w:rsidRPr="00DC236A" w:rsidRDefault="00634B77" w:rsidP="00634B77">
      <w:pPr>
        <w:keepNext/>
        <w:keepLines/>
        <w:ind w:firstLine="709"/>
        <w:jc w:val="center"/>
        <w:rPr>
          <w:sz w:val="28"/>
          <w:szCs w:val="28"/>
          <w:lang w:val="kk-KZ"/>
        </w:rPr>
      </w:pPr>
      <w:r w:rsidRPr="00DC236A">
        <w:rPr>
          <w:sz w:val="28"/>
          <w:szCs w:val="28"/>
          <w:lang w:val="kk-KZ"/>
        </w:rPr>
        <w:t>№ 276 сайлау учаскесі</w:t>
      </w:r>
    </w:p>
    <w:p w14:paraId="0B58E517"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 72 мектеп-лицей» шаруашылық жүргізу құқығындағы мемлекеттік коммуналдық кәсіпорны, </w:t>
      </w:r>
    </w:p>
    <w:p w14:paraId="6C5955A1" w14:textId="77777777" w:rsidR="00634B77" w:rsidRPr="00DC236A" w:rsidRDefault="00634B77" w:rsidP="00634B77">
      <w:pPr>
        <w:keepNext/>
        <w:keepLines/>
        <w:ind w:firstLine="709"/>
        <w:jc w:val="center"/>
        <w:rPr>
          <w:sz w:val="28"/>
          <w:szCs w:val="28"/>
          <w:lang w:val="kk-KZ"/>
        </w:rPr>
      </w:pPr>
      <w:r w:rsidRPr="00DC236A">
        <w:rPr>
          <w:sz w:val="28"/>
          <w:szCs w:val="28"/>
          <w:lang w:val="kk-KZ"/>
        </w:rPr>
        <w:t>А. Байтұрсынұлы көшесі, № 25)</w:t>
      </w:r>
    </w:p>
    <w:p w14:paraId="3A36FD1F" w14:textId="77777777" w:rsidR="00634B77" w:rsidRPr="00DC236A" w:rsidRDefault="00634B77" w:rsidP="00634B77">
      <w:pPr>
        <w:keepNext/>
        <w:keepLines/>
        <w:ind w:firstLine="709"/>
        <w:jc w:val="center"/>
        <w:rPr>
          <w:sz w:val="28"/>
          <w:szCs w:val="28"/>
          <w:lang w:val="kk-KZ"/>
        </w:rPr>
      </w:pPr>
    </w:p>
    <w:p w14:paraId="6A995D02" w14:textId="77777777" w:rsidR="00634B77" w:rsidRPr="00DC236A" w:rsidRDefault="00634B77" w:rsidP="00634B77">
      <w:pPr>
        <w:ind w:firstLine="709"/>
        <w:jc w:val="both"/>
        <w:rPr>
          <w:sz w:val="28"/>
          <w:szCs w:val="28"/>
          <w:lang w:val="kk-KZ"/>
        </w:rPr>
      </w:pPr>
      <w:r w:rsidRPr="00DC236A">
        <w:rPr>
          <w:sz w:val="28"/>
          <w:szCs w:val="28"/>
          <w:lang w:val="kk-KZ"/>
        </w:rPr>
        <w:t>Шекарасы: Р. Қошқарбаев даңғылы, № 44, 46, 46/1, 46/2, 48, 50, 50/1 үйлер, К. Әзірбаев көшесі, № 37/1, 39, 41 үйлер.</w:t>
      </w:r>
    </w:p>
    <w:p w14:paraId="18921243" w14:textId="77777777" w:rsidR="00634B77" w:rsidRPr="00361D60" w:rsidRDefault="00634B77" w:rsidP="00634B77">
      <w:pPr>
        <w:ind w:firstLine="709"/>
        <w:jc w:val="both"/>
        <w:rPr>
          <w:color w:val="000000" w:themeColor="text1"/>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D34378" w14:textId="77777777" w:rsidR="00634B77" w:rsidRPr="00DC236A" w:rsidRDefault="00634B77" w:rsidP="00634B77">
      <w:pPr>
        <w:keepNext/>
        <w:keepLines/>
        <w:spacing w:line="259" w:lineRule="auto"/>
        <w:jc w:val="center"/>
        <w:rPr>
          <w:sz w:val="28"/>
          <w:szCs w:val="28"/>
          <w:lang w:val="kk-KZ"/>
        </w:rPr>
      </w:pPr>
      <w:r w:rsidRPr="00361D60">
        <w:rPr>
          <w:rStyle w:val="ae"/>
          <w:color w:val="000000" w:themeColor="text1"/>
          <w:sz w:val="28"/>
          <w:szCs w:val="28"/>
          <w:u w:val="none"/>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277 сайлау учаскесі</w:t>
      </w:r>
      <w:r w:rsidRPr="00361D60">
        <w:rPr>
          <w:color w:val="000000" w:themeColor="text1"/>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DC236A">
        <w:rPr>
          <w:sz w:val="28"/>
          <w:szCs w:val="28"/>
          <w:lang w:val="kk-KZ"/>
        </w:rPr>
        <w:t>(орталығы – Қазақстан Республикасы Мәдениет және ақпарат министрлігі Мәдениет комитетінің «Қалибек Қуанышбаев атындағы Мемлекеттік академиялық қазақ музыкалық-драма театры» республикалық мемлекеттік қазыналық кәсіпорны, Қ. Қуанышбаев көшесі, № 8/1)</w:t>
      </w:r>
    </w:p>
    <w:p w14:paraId="61D03619" w14:textId="77777777" w:rsidR="00634B77" w:rsidRPr="00DC236A" w:rsidRDefault="00634B77" w:rsidP="00634B77">
      <w:pPr>
        <w:keepNext/>
        <w:keepLines/>
        <w:ind w:firstLine="709"/>
        <w:jc w:val="center"/>
        <w:rPr>
          <w:sz w:val="28"/>
          <w:szCs w:val="28"/>
          <w:lang w:val="kk-KZ"/>
        </w:rPr>
      </w:pPr>
    </w:p>
    <w:p w14:paraId="0BB83F51" w14:textId="77777777" w:rsidR="00634B77" w:rsidRPr="00DC236A" w:rsidRDefault="00634B77" w:rsidP="00634B77">
      <w:pPr>
        <w:ind w:firstLine="709"/>
        <w:jc w:val="both"/>
        <w:rPr>
          <w:sz w:val="28"/>
          <w:szCs w:val="28"/>
          <w:lang w:val="kk-KZ"/>
        </w:rPr>
      </w:pPr>
      <w:r w:rsidRPr="00DC236A">
        <w:rPr>
          <w:sz w:val="28"/>
          <w:szCs w:val="28"/>
          <w:lang w:val="kk-KZ"/>
        </w:rPr>
        <w:t>Шекарасы: Қ. Қуанышбаев көшесі, № 12, 12/1, 14 үйлер, Р. Қошқарбаев даңғылы, № 30, 32, 32/1, 32/2, 32/3 үйлер, А. Байтұрсынұлы көшесі, № 23, 23/1, 23/2 үйлер.</w:t>
      </w:r>
    </w:p>
    <w:p w14:paraId="3661BEEC" w14:textId="77777777" w:rsidR="00634B77" w:rsidRPr="00DC236A" w:rsidRDefault="00634B77" w:rsidP="00634B77">
      <w:pPr>
        <w:ind w:firstLine="709"/>
        <w:jc w:val="center"/>
        <w:rPr>
          <w:sz w:val="28"/>
          <w:szCs w:val="28"/>
          <w:lang w:val="kk-KZ"/>
        </w:rPr>
      </w:pPr>
    </w:p>
    <w:p w14:paraId="5EE63BEC"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278 сайлау учаскесі</w:t>
      </w:r>
    </w:p>
    <w:p w14:paraId="4195C4EB"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 73 мектеп-лицей» шаруашылық жүргізу құқығындағы мемлекеттік коммуналдық кәсіпорны, </w:t>
      </w:r>
    </w:p>
    <w:p w14:paraId="29B052B3" w14:textId="77777777" w:rsidR="00634B77" w:rsidRPr="00DC236A" w:rsidRDefault="00634B77" w:rsidP="00634B77">
      <w:pPr>
        <w:keepNext/>
        <w:keepLines/>
        <w:ind w:firstLine="709"/>
        <w:jc w:val="center"/>
        <w:rPr>
          <w:sz w:val="28"/>
          <w:szCs w:val="28"/>
          <w:lang w:val="kk-KZ"/>
        </w:rPr>
      </w:pPr>
      <w:r>
        <w:rPr>
          <w:sz w:val="28"/>
          <w:szCs w:val="28"/>
          <w:lang w:val="kk-KZ"/>
        </w:rPr>
        <w:t>А191 көше</w:t>
      </w:r>
      <w:r w:rsidRPr="00DC236A">
        <w:rPr>
          <w:sz w:val="28"/>
          <w:szCs w:val="28"/>
          <w:lang w:val="kk-KZ"/>
        </w:rPr>
        <w:t>, № 2)</w:t>
      </w:r>
    </w:p>
    <w:p w14:paraId="6C616302" w14:textId="77777777" w:rsidR="00634B77" w:rsidRPr="00DC236A" w:rsidRDefault="00634B77" w:rsidP="00634B77">
      <w:pPr>
        <w:keepNext/>
        <w:keepLines/>
        <w:ind w:firstLine="709"/>
        <w:jc w:val="center"/>
        <w:rPr>
          <w:sz w:val="28"/>
          <w:szCs w:val="28"/>
          <w:lang w:val="kk-KZ"/>
        </w:rPr>
      </w:pPr>
    </w:p>
    <w:p w14:paraId="6F203697" w14:textId="77777777" w:rsidR="00634B77" w:rsidRPr="00DC236A" w:rsidRDefault="00634B77" w:rsidP="00634B77">
      <w:pPr>
        <w:ind w:firstLine="709"/>
        <w:jc w:val="both"/>
        <w:rPr>
          <w:sz w:val="28"/>
          <w:szCs w:val="28"/>
          <w:lang w:val="kk-KZ"/>
        </w:rPr>
      </w:pPr>
      <w:r w:rsidRPr="00DC236A">
        <w:rPr>
          <w:sz w:val="28"/>
          <w:szCs w:val="28"/>
          <w:lang w:val="kk-KZ"/>
        </w:rPr>
        <w:t>Шекарасы</w:t>
      </w:r>
      <w:r w:rsidRPr="00DC236A">
        <w:rPr>
          <w:rStyle w:val="ae"/>
          <w:sz w:val="28"/>
          <w:szCs w:val="28"/>
          <w:lang w:val="kk-KZ"/>
        </w:rPr>
        <w:t>:</w:t>
      </w:r>
      <w:r w:rsidRPr="00DC236A">
        <w:rPr>
          <w:sz w:val="28"/>
          <w:szCs w:val="28"/>
          <w:lang w:val="kk-KZ"/>
        </w:rPr>
        <w:t xml:space="preserve"> Тәуелсіздік даңғылынан Ш. Қалдаяқов көшесінің жұп сандар жағымен К. Әзірбаев көшесіне дейін, К. Әзірбаев көшесімен Есіл өзенінің жағалауына дейін, Есіл өзенінің жағалауы бойымен Тәуелсіздік даңғылына дейін, Тәуелсіздік даңғылының жұп сандар жағымен Ш. Қалдаяқов көшесіне дейін. </w:t>
      </w:r>
    </w:p>
    <w:p w14:paraId="41DB2A3A" w14:textId="77777777" w:rsidR="00634B77" w:rsidRPr="00DC236A" w:rsidRDefault="00634B77" w:rsidP="00634B77">
      <w:pPr>
        <w:ind w:firstLine="709"/>
        <w:jc w:val="both"/>
        <w:rPr>
          <w:sz w:val="28"/>
          <w:szCs w:val="28"/>
          <w:lang w:val="kk-KZ"/>
        </w:rPr>
      </w:pPr>
    </w:p>
    <w:p w14:paraId="0FEFD827" w14:textId="77777777" w:rsidR="00634B77" w:rsidRPr="00DC236A" w:rsidRDefault="00634B77" w:rsidP="00634B77">
      <w:pPr>
        <w:keepNext/>
        <w:keepLines/>
        <w:ind w:firstLine="709"/>
        <w:jc w:val="center"/>
        <w:rPr>
          <w:sz w:val="28"/>
          <w:szCs w:val="28"/>
          <w:lang w:val="kk-KZ"/>
        </w:rPr>
      </w:pPr>
      <w:r w:rsidRPr="00DC236A">
        <w:rPr>
          <w:sz w:val="28"/>
          <w:szCs w:val="28"/>
          <w:lang w:val="kk-KZ"/>
        </w:rPr>
        <w:t>№ 279 сайлау учаскесі</w:t>
      </w:r>
    </w:p>
    <w:p w14:paraId="7F4404EA"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«Мұқағали Мақатаев атындағы </w:t>
      </w:r>
    </w:p>
    <w:p w14:paraId="6F7D806A" w14:textId="77777777" w:rsidR="00634B77" w:rsidRPr="00DC236A" w:rsidRDefault="00634B77" w:rsidP="00634B77">
      <w:pPr>
        <w:keepNext/>
        <w:keepLines/>
        <w:ind w:firstLine="709"/>
        <w:jc w:val="center"/>
        <w:rPr>
          <w:sz w:val="28"/>
          <w:szCs w:val="28"/>
          <w:lang w:val="kk-KZ"/>
        </w:rPr>
      </w:pPr>
      <w:r w:rsidRPr="00DC236A">
        <w:rPr>
          <w:sz w:val="28"/>
          <w:szCs w:val="28"/>
          <w:lang w:val="kk-KZ"/>
        </w:rPr>
        <w:t>№ 74 мектеп-гимназия» шаруашылық жүргізу құқығындағы мемлекеттік коммуналдық кәсіпорны, Т. Жүргенов көшесі, № 29)</w:t>
      </w:r>
    </w:p>
    <w:p w14:paraId="3CB442A4" w14:textId="77777777" w:rsidR="00634B77" w:rsidRPr="00DC236A" w:rsidRDefault="00634B77" w:rsidP="00634B77">
      <w:pPr>
        <w:keepNext/>
        <w:keepLines/>
        <w:ind w:firstLine="709"/>
        <w:jc w:val="center"/>
        <w:rPr>
          <w:sz w:val="28"/>
          <w:szCs w:val="28"/>
          <w:lang w:val="kk-KZ"/>
        </w:rPr>
      </w:pPr>
    </w:p>
    <w:p w14:paraId="6A6D6937" w14:textId="77777777" w:rsidR="00634B77" w:rsidRPr="00DC236A" w:rsidRDefault="00634B77" w:rsidP="00634B77">
      <w:pPr>
        <w:ind w:firstLine="709"/>
        <w:jc w:val="both"/>
        <w:rPr>
          <w:sz w:val="28"/>
          <w:szCs w:val="28"/>
          <w:lang w:val="kk-KZ"/>
        </w:rPr>
      </w:pPr>
      <w:r w:rsidRPr="00DC236A">
        <w:rPr>
          <w:sz w:val="28"/>
          <w:szCs w:val="28"/>
          <w:lang w:val="kk-KZ"/>
        </w:rPr>
        <w:t>Шекарасы: Т. Жүргенов көшесінен Р. Қошқарбаев даңғылының жұп сандар жағымен Қордай көшесіне дейін, Қордай көшесінің тақ сандар жағымен К. Әзірбаев көшесіне дейін, К. Әзірбаев көшесінің тақ сандар жағымен Т. Жүргенов көшесіне дейін, Т. Жүргенов көшесінің жұп сандар жағымен Р. Қошқарбаев даңғылына дейін.</w:t>
      </w:r>
    </w:p>
    <w:p w14:paraId="026A4271" w14:textId="77777777" w:rsidR="00634B77" w:rsidRPr="00DC236A" w:rsidRDefault="00634B77" w:rsidP="00634B77">
      <w:pPr>
        <w:ind w:firstLine="709"/>
        <w:jc w:val="both"/>
        <w:rPr>
          <w:sz w:val="28"/>
          <w:szCs w:val="28"/>
          <w:lang w:val="kk-KZ"/>
        </w:rPr>
      </w:pPr>
    </w:p>
    <w:p w14:paraId="4183AC43" w14:textId="77777777" w:rsidR="00634B77" w:rsidRPr="00DC236A" w:rsidRDefault="00634B77" w:rsidP="00634B77">
      <w:pPr>
        <w:keepNext/>
        <w:keepLines/>
        <w:ind w:firstLine="709"/>
        <w:jc w:val="center"/>
        <w:rPr>
          <w:sz w:val="28"/>
          <w:szCs w:val="28"/>
          <w:lang w:val="kk-KZ"/>
        </w:rPr>
      </w:pPr>
      <w:r w:rsidRPr="00DC236A">
        <w:rPr>
          <w:sz w:val="28"/>
          <w:szCs w:val="28"/>
          <w:lang w:val="kk-KZ"/>
        </w:rPr>
        <w:t>№ 280 сайлау учаскесі</w:t>
      </w:r>
    </w:p>
    <w:p w14:paraId="73745D8E" w14:textId="77777777" w:rsidR="00634B77" w:rsidRPr="00DC236A" w:rsidRDefault="00634B77" w:rsidP="00634B77">
      <w:pPr>
        <w:keepNext/>
        <w:keepLines/>
        <w:jc w:val="center"/>
        <w:rPr>
          <w:sz w:val="28"/>
          <w:lang w:val="kk-KZ"/>
        </w:rPr>
      </w:pPr>
      <w:r w:rsidRPr="00DC236A">
        <w:rPr>
          <w:sz w:val="28"/>
          <w:lang w:val="kk-KZ"/>
        </w:rPr>
        <w:t xml:space="preserve">(орталығы – «BINOM EDUCATION» жауапкершілігі шектеулі серіктестігінің </w:t>
      </w:r>
    </w:p>
    <w:p w14:paraId="523611E9" w14:textId="77777777" w:rsidR="00634B77" w:rsidRPr="00DC236A" w:rsidRDefault="00634B77" w:rsidP="00634B77">
      <w:pPr>
        <w:keepNext/>
        <w:keepLines/>
        <w:ind w:firstLine="709"/>
        <w:jc w:val="center"/>
        <w:rPr>
          <w:sz w:val="28"/>
          <w:lang w:val="kk-KZ"/>
        </w:rPr>
      </w:pPr>
      <w:r w:rsidRPr="00DC236A">
        <w:rPr>
          <w:sz w:val="28"/>
          <w:lang w:val="kk-KZ"/>
        </w:rPr>
        <w:t>А. Байтұрсынұлы атындағы «</w:t>
      </w:r>
      <w:proofErr w:type="spellStart"/>
      <w:r w:rsidRPr="00DC236A">
        <w:rPr>
          <w:sz w:val="28"/>
          <w:lang w:val="kk-KZ"/>
        </w:rPr>
        <w:t>Binom</w:t>
      </w:r>
      <w:proofErr w:type="spellEnd"/>
      <w:r w:rsidRPr="00DC236A">
        <w:rPr>
          <w:sz w:val="28"/>
          <w:lang w:val="kk-KZ"/>
        </w:rPr>
        <w:t xml:space="preserve"> </w:t>
      </w:r>
      <w:proofErr w:type="spellStart"/>
      <w:r w:rsidRPr="00DC236A">
        <w:rPr>
          <w:sz w:val="28"/>
          <w:lang w:val="kk-KZ"/>
        </w:rPr>
        <w:t>school</w:t>
      </w:r>
      <w:proofErr w:type="spellEnd"/>
      <w:r w:rsidRPr="00DC236A">
        <w:rPr>
          <w:sz w:val="28"/>
          <w:lang w:val="kk-KZ"/>
        </w:rPr>
        <w:t>» мектеп-лицейі,</w:t>
      </w:r>
    </w:p>
    <w:p w14:paraId="7F5A0543" w14:textId="77777777" w:rsidR="00634B77" w:rsidRPr="00DC236A" w:rsidRDefault="00634B77" w:rsidP="00634B77">
      <w:pPr>
        <w:keepNext/>
        <w:keepLines/>
        <w:jc w:val="center"/>
        <w:rPr>
          <w:sz w:val="28"/>
          <w:lang w:val="kk-KZ"/>
        </w:rPr>
      </w:pPr>
      <w:r w:rsidRPr="00DC236A">
        <w:rPr>
          <w:sz w:val="28"/>
          <w:lang w:val="kk-KZ"/>
        </w:rPr>
        <w:t>А. Байтұрсынұлы көшесі, № 49А)</w:t>
      </w:r>
    </w:p>
    <w:p w14:paraId="3B88D194" w14:textId="77777777" w:rsidR="00634B77" w:rsidRPr="00DC236A" w:rsidRDefault="00634B77" w:rsidP="00634B77">
      <w:pPr>
        <w:keepNext/>
        <w:keepLines/>
        <w:jc w:val="center"/>
        <w:rPr>
          <w:sz w:val="28"/>
          <w:lang w:val="kk-KZ"/>
        </w:rPr>
      </w:pPr>
    </w:p>
    <w:p w14:paraId="0ADCE686" w14:textId="77777777" w:rsidR="00634B77" w:rsidRPr="00DC236A" w:rsidRDefault="00634B77" w:rsidP="00634B77">
      <w:pPr>
        <w:ind w:firstLine="709"/>
        <w:jc w:val="both"/>
        <w:rPr>
          <w:sz w:val="28"/>
          <w:szCs w:val="28"/>
          <w:lang w:val="kk-KZ"/>
        </w:rPr>
      </w:pPr>
      <w:r w:rsidRPr="00DC236A">
        <w:rPr>
          <w:sz w:val="28"/>
          <w:szCs w:val="28"/>
          <w:lang w:val="kk-KZ"/>
        </w:rPr>
        <w:t>Шекарасы: Ж. Нәжімеденов көшесінен Ұлы Дала даңғылына дейін, Ұлы Дала даңғылының жұп сандар жағымен А. Байтұрсынұлы көшесіне дейін, А. Байтұрсынұлы көшесінің жұп сандар жағымен М. </w:t>
      </w:r>
      <w:proofErr w:type="spellStart"/>
      <w:r w:rsidRPr="00DC236A">
        <w:rPr>
          <w:sz w:val="28"/>
          <w:szCs w:val="28"/>
          <w:lang w:val="kk-KZ"/>
        </w:rPr>
        <w:t>Тынышбайұлы</w:t>
      </w:r>
      <w:proofErr w:type="spellEnd"/>
      <w:r w:rsidRPr="00DC236A">
        <w:rPr>
          <w:sz w:val="28"/>
          <w:szCs w:val="28"/>
          <w:lang w:val="kk-KZ"/>
        </w:rPr>
        <w:t xml:space="preserve"> көшесіне дейін, М. </w:t>
      </w:r>
      <w:proofErr w:type="spellStart"/>
      <w:r w:rsidRPr="00DC236A">
        <w:rPr>
          <w:sz w:val="28"/>
          <w:szCs w:val="28"/>
          <w:lang w:val="kk-KZ"/>
        </w:rPr>
        <w:t>Тынышбайұлы</w:t>
      </w:r>
      <w:proofErr w:type="spellEnd"/>
      <w:r w:rsidRPr="00DC236A">
        <w:rPr>
          <w:sz w:val="28"/>
          <w:szCs w:val="28"/>
          <w:lang w:val="kk-KZ"/>
        </w:rPr>
        <w:t xml:space="preserve"> көшесінің тақ сандар жағымен Ж. Нәжімеденов көшесіне дейін, Ж. Нәжімеденов көшесінің тақ сандар жағымен, Ж. Нәжімеденов көшесіндегі № 17, 19, 27, 29, 31 үйлерді, А. Байтұрсынұлы көшесіндегі № 20, 20А, 20/2, 22 үйлерді қоспағанда, Ұлы Дала даңғылына дейін.</w:t>
      </w:r>
    </w:p>
    <w:p w14:paraId="5784484B" w14:textId="77777777" w:rsidR="00634B77" w:rsidRPr="00DC236A" w:rsidRDefault="00634B77" w:rsidP="00634B77">
      <w:pPr>
        <w:ind w:firstLine="709"/>
        <w:jc w:val="center"/>
        <w:rPr>
          <w:sz w:val="28"/>
          <w:szCs w:val="28"/>
          <w:lang w:val="kk-KZ"/>
        </w:rPr>
      </w:pPr>
    </w:p>
    <w:p w14:paraId="08D64622" w14:textId="77777777" w:rsidR="00634B77" w:rsidRPr="00DC236A" w:rsidRDefault="00634B77" w:rsidP="00634B77">
      <w:pPr>
        <w:keepNext/>
        <w:keepLines/>
        <w:ind w:firstLine="709"/>
        <w:jc w:val="center"/>
        <w:rPr>
          <w:sz w:val="28"/>
          <w:szCs w:val="28"/>
          <w:lang w:val="kk-KZ"/>
        </w:rPr>
      </w:pPr>
      <w:r w:rsidRPr="00DC236A">
        <w:rPr>
          <w:sz w:val="28"/>
          <w:szCs w:val="28"/>
          <w:lang w:val="kk-KZ"/>
        </w:rPr>
        <w:t>№ 281 сайлау учаскесі</w:t>
      </w:r>
    </w:p>
    <w:p w14:paraId="1F4D3482"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 98 мектеп-лицей» шаруашылық жүргізу құқығындағы мемлекеттік коммуналдық кәсіпорны, </w:t>
      </w:r>
    </w:p>
    <w:p w14:paraId="6FE434DE" w14:textId="77777777" w:rsidR="00634B77" w:rsidRPr="00DC236A" w:rsidRDefault="00634B77" w:rsidP="00634B77">
      <w:pPr>
        <w:keepNext/>
        <w:keepLines/>
        <w:ind w:firstLine="709"/>
        <w:jc w:val="center"/>
        <w:rPr>
          <w:sz w:val="28"/>
          <w:szCs w:val="28"/>
          <w:lang w:val="kk-KZ"/>
        </w:rPr>
      </w:pPr>
      <w:r w:rsidRPr="00DC236A">
        <w:rPr>
          <w:sz w:val="28"/>
          <w:szCs w:val="28"/>
          <w:lang w:val="kk-KZ"/>
        </w:rPr>
        <w:t>Ж. Нәжімеденов көшесі, № 8)</w:t>
      </w:r>
    </w:p>
    <w:p w14:paraId="20CD1A18" w14:textId="77777777" w:rsidR="00634B77" w:rsidRPr="00DC236A" w:rsidRDefault="00634B77" w:rsidP="00634B77">
      <w:pPr>
        <w:keepNext/>
        <w:keepLines/>
        <w:ind w:firstLine="709"/>
        <w:jc w:val="center"/>
        <w:rPr>
          <w:sz w:val="28"/>
          <w:szCs w:val="28"/>
          <w:lang w:val="kk-KZ"/>
        </w:rPr>
      </w:pPr>
    </w:p>
    <w:p w14:paraId="776EBE7E" w14:textId="77777777" w:rsidR="00634B77" w:rsidRPr="00DC236A" w:rsidRDefault="00634B77" w:rsidP="00634B77">
      <w:pPr>
        <w:ind w:firstLine="709"/>
        <w:jc w:val="both"/>
        <w:rPr>
          <w:sz w:val="28"/>
          <w:szCs w:val="28"/>
          <w:lang w:val="kk-KZ"/>
        </w:rPr>
      </w:pPr>
      <w:r w:rsidRPr="00DC236A">
        <w:rPr>
          <w:sz w:val="28"/>
          <w:szCs w:val="28"/>
          <w:lang w:val="kk-KZ"/>
        </w:rPr>
        <w:t>Шекарасы: Ш. Қалдаяқов көшесі, № 1, 3, 11 үйлер.</w:t>
      </w:r>
    </w:p>
    <w:p w14:paraId="6E8ED551" w14:textId="77777777" w:rsidR="00634B77" w:rsidRPr="00DC236A" w:rsidRDefault="00634B77" w:rsidP="00634B77">
      <w:pPr>
        <w:spacing w:after="160" w:line="259" w:lineRule="auto"/>
        <w:rPr>
          <w:sz w:val="28"/>
          <w:szCs w:val="28"/>
          <w:lang w:val="kk-KZ"/>
        </w:rPr>
      </w:pPr>
    </w:p>
    <w:p w14:paraId="789A73D7"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282 сайлау учаскесі</w:t>
      </w:r>
    </w:p>
    <w:p w14:paraId="585B0334" w14:textId="77777777" w:rsidR="00634B77" w:rsidRPr="00DC236A" w:rsidRDefault="00634B77" w:rsidP="00634B77">
      <w:pPr>
        <w:keepNext/>
        <w:keepLines/>
        <w:jc w:val="center"/>
        <w:rPr>
          <w:sz w:val="28"/>
          <w:szCs w:val="28"/>
          <w:lang w:val="kk-KZ"/>
        </w:rPr>
      </w:pPr>
      <w:r w:rsidRPr="00DC236A">
        <w:rPr>
          <w:sz w:val="28"/>
          <w:szCs w:val="28"/>
          <w:lang w:val="kk-KZ"/>
        </w:rPr>
        <w:t>(орталығы – Қазақстан Республикасы Мәдениет және ақпарат министрлігі Мәдениет комитетінің «Қазақстан Республикасының Ұлттық мұражайы» республикалық мемлекеттік қазыналық кәсіпорны, Тәуелсіздік даңғылы, № 54)</w:t>
      </w:r>
    </w:p>
    <w:p w14:paraId="3696C4B9" w14:textId="77777777" w:rsidR="00634B77" w:rsidRPr="00DC236A" w:rsidRDefault="00634B77" w:rsidP="00634B77">
      <w:pPr>
        <w:keepNext/>
        <w:keepLines/>
        <w:ind w:firstLine="709"/>
        <w:jc w:val="center"/>
        <w:rPr>
          <w:sz w:val="28"/>
          <w:szCs w:val="28"/>
          <w:lang w:val="kk-KZ"/>
        </w:rPr>
      </w:pPr>
    </w:p>
    <w:p w14:paraId="5105B716" w14:textId="77777777" w:rsidR="00634B77" w:rsidRPr="00DC236A" w:rsidRDefault="00634B77" w:rsidP="00634B77">
      <w:pPr>
        <w:ind w:firstLine="709"/>
        <w:jc w:val="both"/>
        <w:rPr>
          <w:sz w:val="28"/>
          <w:szCs w:val="28"/>
          <w:lang w:val="kk-KZ"/>
        </w:rPr>
      </w:pPr>
      <w:r w:rsidRPr="00DC236A">
        <w:rPr>
          <w:sz w:val="28"/>
          <w:szCs w:val="28"/>
          <w:lang w:val="kk-KZ"/>
        </w:rPr>
        <w:t>Шекарасы: Ж. Нәжімеденов көшесі, № 16, 18/3, 20 үйлер, Ш. Қалдаяқов көшесі, № 19, 19/1, 21, 21/1, 21/2 үйлер, С. Нұрмағамбетов көшесі, № 19, 21, 21/1 үйлер.</w:t>
      </w:r>
    </w:p>
    <w:p w14:paraId="634DA493" w14:textId="77777777" w:rsidR="00634B77" w:rsidRPr="00DC236A" w:rsidRDefault="00634B77" w:rsidP="00634B77">
      <w:pPr>
        <w:ind w:firstLine="709"/>
        <w:jc w:val="center"/>
        <w:rPr>
          <w:sz w:val="28"/>
          <w:szCs w:val="28"/>
          <w:lang w:val="kk-KZ"/>
        </w:rPr>
      </w:pPr>
    </w:p>
    <w:p w14:paraId="34AF9696" w14:textId="77777777" w:rsidR="00634B77" w:rsidRPr="00DC236A" w:rsidRDefault="00634B77" w:rsidP="00634B77">
      <w:pPr>
        <w:keepNext/>
        <w:keepLines/>
        <w:ind w:firstLine="709"/>
        <w:jc w:val="center"/>
        <w:rPr>
          <w:sz w:val="28"/>
          <w:szCs w:val="28"/>
          <w:lang w:val="kk-KZ"/>
        </w:rPr>
      </w:pPr>
      <w:r w:rsidRPr="00361D60">
        <w:rPr>
          <w:rStyle w:val="ae"/>
          <w:color w:val="000000" w:themeColor="text1"/>
          <w:sz w:val="28"/>
          <w:szCs w:val="28"/>
          <w:u w:val="none"/>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283 сайлау учаскесі</w:t>
      </w:r>
      <w:r w:rsidRPr="00361D60">
        <w:rPr>
          <w:color w:val="000000" w:themeColor="text1"/>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DC236A">
        <w:rPr>
          <w:sz w:val="28"/>
          <w:szCs w:val="28"/>
          <w:lang w:val="kk-KZ"/>
        </w:rPr>
        <w:t>(орталығы – Күләш Байсейітова атындағы Қазақ ұлттық өнер университеті, Тәуелсіздік даңғылы, № 50)</w:t>
      </w:r>
    </w:p>
    <w:p w14:paraId="4F30C3A5" w14:textId="77777777" w:rsidR="00634B77" w:rsidRPr="00DC236A" w:rsidRDefault="00634B77" w:rsidP="00634B77">
      <w:pPr>
        <w:keepNext/>
        <w:keepLines/>
        <w:ind w:firstLine="709"/>
        <w:jc w:val="center"/>
        <w:rPr>
          <w:sz w:val="28"/>
          <w:szCs w:val="28"/>
          <w:lang w:val="kk-KZ"/>
        </w:rPr>
      </w:pPr>
    </w:p>
    <w:p w14:paraId="1CCE71E7" w14:textId="77777777" w:rsidR="00634B77" w:rsidRPr="00DC236A" w:rsidRDefault="00634B77" w:rsidP="00634B77">
      <w:pPr>
        <w:ind w:firstLine="709"/>
        <w:jc w:val="both"/>
        <w:rPr>
          <w:sz w:val="28"/>
          <w:szCs w:val="28"/>
          <w:lang w:val="kk-KZ"/>
        </w:rPr>
      </w:pPr>
      <w:r w:rsidRPr="00DC236A">
        <w:rPr>
          <w:sz w:val="28"/>
          <w:szCs w:val="28"/>
          <w:lang w:val="kk-KZ"/>
        </w:rPr>
        <w:t>Шекарасы:</w:t>
      </w:r>
      <w:r w:rsidRPr="00DC236A">
        <w:rPr>
          <w:lang w:val="kk-KZ"/>
        </w:rPr>
        <w:t xml:space="preserve"> </w:t>
      </w:r>
      <w:r w:rsidRPr="00DC236A">
        <w:rPr>
          <w:sz w:val="28"/>
          <w:szCs w:val="28"/>
          <w:lang w:val="kk-KZ"/>
        </w:rPr>
        <w:t>Қ. Аманжолов көшесінен А. Байтұрсынұлы көшесінің жұп сандар жағымен Қ. Қуанышбаев көшесіне дейін, Қ. Қуанышбаев көшесінің тақ сандар жағымен Ж. Нәжімеденов көшесіне дейін, Ж. Нәжімеденов көшесінің тақ сандар жағымен Қ. Аманжолов көшесіне дейін, Қ. Аманжолов көшесінің жұп сандар жағымен А. Байтұрсынұлы көшесіне дейін.</w:t>
      </w:r>
    </w:p>
    <w:p w14:paraId="36F4600B" w14:textId="77777777" w:rsidR="00634B77" w:rsidRPr="00DC236A" w:rsidRDefault="00634B77" w:rsidP="00634B77">
      <w:pPr>
        <w:ind w:firstLine="709"/>
        <w:jc w:val="both"/>
        <w:rPr>
          <w:sz w:val="28"/>
          <w:szCs w:val="28"/>
          <w:lang w:val="kk-KZ"/>
        </w:rPr>
      </w:pPr>
    </w:p>
    <w:p w14:paraId="58155784"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 284 сайлау учаскесі </w:t>
      </w:r>
    </w:p>
    <w:p w14:paraId="45CB54C5"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Қазақстан Республикасы Мәдениет және ақпарат министрлігі </w:t>
      </w:r>
    </w:p>
    <w:p w14:paraId="247FE009"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Мәдениет комитетінің «Қалибек Қуанышбаев атындағы Мемлекеттік </w:t>
      </w:r>
    </w:p>
    <w:p w14:paraId="58C28446"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академиялық қазақ музыкалық-драма театры» республикалық </w:t>
      </w:r>
    </w:p>
    <w:p w14:paraId="39594473" w14:textId="77777777" w:rsidR="00634B77" w:rsidRPr="00DC236A" w:rsidRDefault="00634B77" w:rsidP="00634B77">
      <w:pPr>
        <w:keepNext/>
        <w:keepLines/>
        <w:ind w:firstLine="709"/>
        <w:jc w:val="center"/>
        <w:rPr>
          <w:sz w:val="28"/>
          <w:szCs w:val="28"/>
          <w:lang w:val="kk-KZ"/>
        </w:rPr>
      </w:pPr>
      <w:r w:rsidRPr="00DC236A">
        <w:rPr>
          <w:sz w:val="28"/>
          <w:szCs w:val="28"/>
          <w:lang w:val="kk-KZ"/>
        </w:rPr>
        <w:t>мемлекеттік қазыналық кәсіпорны, Қ. Қуанышбаев көшесі, № 8/1)</w:t>
      </w:r>
    </w:p>
    <w:p w14:paraId="30A3D382" w14:textId="77777777" w:rsidR="00634B77" w:rsidRPr="00DC236A" w:rsidRDefault="00634B77" w:rsidP="00634B77">
      <w:pPr>
        <w:keepNext/>
        <w:keepLines/>
        <w:ind w:firstLine="709"/>
        <w:jc w:val="center"/>
        <w:rPr>
          <w:sz w:val="28"/>
          <w:szCs w:val="28"/>
          <w:lang w:val="kk-KZ"/>
        </w:rPr>
      </w:pPr>
    </w:p>
    <w:p w14:paraId="17F5F301" w14:textId="77777777" w:rsidR="00634B77" w:rsidRPr="00DC236A" w:rsidRDefault="00634B77" w:rsidP="00634B77">
      <w:pPr>
        <w:ind w:firstLine="709"/>
        <w:jc w:val="both"/>
        <w:rPr>
          <w:sz w:val="28"/>
          <w:szCs w:val="28"/>
          <w:lang w:val="kk-KZ"/>
        </w:rPr>
      </w:pPr>
      <w:r w:rsidRPr="00DC236A">
        <w:rPr>
          <w:sz w:val="28"/>
          <w:szCs w:val="28"/>
          <w:lang w:val="kk-KZ"/>
        </w:rPr>
        <w:t xml:space="preserve">Шекарасы: Қ. Қуанышбаев көшесінен бастап, А. Байтұрсынұлы көшесінің жұп сандар жағымен С. Нұрмағамбетов көшесіне дейін, С. Нұрмағамбетов көшесінің тақ сандар жағымен Ж. Нәжімеденов көшесіне дейін, Ж. Нәжімеденов көшесінің тақ сандар жағымен Қ. Қуанышбаев көшесіне дейін, Қ. Қуанышбаев көшесінің жұп сандар жағымен С. Нұрмағамбетов көшесіндегі № 29 үйді, А. Байтұрсынұлы көшесіндегі № 2 үйді </w:t>
      </w:r>
      <w:r w:rsidRPr="00361D60">
        <w:rPr>
          <w:rStyle w:val="ae"/>
          <w:color w:val="000000" w:themeColor="text1"/>
          <w:sz w:val="28"/>
          <w:szCs w:val="28"/>
          <w:u w:val="none"/>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қоспағанда,</w:t>
      </w:r>
      <w:r w:rsidRPr="00DC236A">
        <w:rPr>
          <w:sz w:val="28"/>
          <w:szCs w:val="28"/>
          <w:lang w:val="kk-KZ"/>
        </w:rPr>
        <w:t xml:space="preserve"> А. Байтұрсынұлы көшесіне дейін</w:t>
      </w:r>
      <w:r w:rsidRPr="00DC236A">
        <w:rPr>
          <w:bCs/>
          <w:sz w:val="28"/>
          <w:szCs w:val="28"/>
          <w:lang w:val="kk-KZ"/>
        </w:rPr>
        <w:t>.</w:t>
      </w:r>
    </w:p>
    <w:p w14:paraId="5178197F" w14:textId="77777777" w:rsidR="00634B77" w:rsidRPr="00DC236A" w:rsidRDefault="00634B77" w:rsidP="00634B77">
      <w:pPr>
        <w:spacing w:line="259" w:lineRule="auto"/>
        <w:jc w:val="center"/>
        <w:rPr>
          <w:sz w:val="28"/>
          <w:szCs w:val="28"/>
          <w:lang w:val="kk-KZ"/>
        </w:rPr>
      </w:pPr>
    </w:p>
    <w:p w14:paraId="0776F674" w14:textId="77777777" w:rsidR="00634B77" w:rsidRPr="00DC236A" w:rsidRDefault="00634B77" w:rsidP="00634B77">
      <w:pPr>
        <w:keepNext/>
        <w:keepLines/>
        <w:spacing w:line="259" w:lineRule="auto"/>
        <w:jc w:val="center"/>
        <w:rPr>
          <w:sz w:val="28"/>
          <w:szCs w:val="28"/>
          <w:lang w:val="kk-KZ"/>
        </w:rPr>
      </w:pPr>
      <w:r w:rsidRPr="00DC236A">
        <w:rPr>
          <w:sz w:val="28"/>
          <w:szCs w:val="28"/>
          <w:lang w:val="kk-KZ"/>
        </w:rPr>
        <w:t>№ 285 сайлау учаскесі</w:t>
      </w:r>
    </w:p>
    <w:p w14:paraId="79D98765"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«Мұхтар Әуезов атындағы </w:t>
      </w:r>
    </w:p>
    <w:p w14:paraId="292C23EE" w14:textId="77777777" w:rsidR="00634B77" w:rsidRPr="00DC236A" w:rsidRDefault="00634B77" w:rsidP="00634B77">
      <w:pPr>
        <w:keepNext/>
        <w:keepLines/>
        <w:ind w:firstLine="709"/>
        <w:jc w:val="center"/>
        <w:rPr>
          <w:sz w:val="28"/>
          <w:szCs w:val="28"/>
          <w:lang w:val="kk-KZ"/>
        </w:rPr>
      </w:pPr>
      <w:r w:rsidRPr="00DC236A">
        <w:rPr>
          <w:sz w:val="28"/>
          <w:szCs w:val="28"/>
          <w:lang w:val="kk-KZ"/>
        </w:rPr>
        <w:t>№ 86 мектеп-гимназия» шаруашылық жүргізу құқығындағы мемлекеттік</w:t>
      </w:r>
    </w:p>
    <w:p w14:paraId="1D6B2D37" w14:textId="77777777" w:rsidR="00634B77" w:rsidRPr="00DC236A" w:rsidRDefault="00634B77" w:rsidP="00634B77">
      <w:pPr>
        <w:keepNext/>
        <w:keepLines/>
        <w:ind w:firstLine="709"/>
        <w:jc w:val="center"/>
        <w:rPr>
          <w:sz w:val="28"/>
          <w:szCs w:val="28"/>
          <w:lang w:val="kk-KZ"/>
        </w:rPr>
      </w:pPr>
      <w:r w:rsidRPr="00DC236A">
        <w:rPr>
          <w:sz w:val="28"/>
          <w:szCs w:val="28"/>
          <w:lang w:val="kk-KZ"/>
        </w:rPr>
        <w:t>коммуналдық кәсіпорны, А. </w:t>
      </w:r>
      <w:proofErr w:type="spellStart"/>
      <w:r w:rsidRPr="00DC236A">
        <w:rPr>
          <w:sz w:val="28"/>
          <w:szCs w:val="28"/>
          <w:lang w:val="kk-KZ"/>
        </w:rPr>
        <w:t>Бөлекпаев</w:t>
      </w:r>
      <w:proofErr w:type="spellEnd"/>
      <w:r w:rsidRPr="00DC236A">
        <w:rPr>
          <w:sz w:val="28"/>
          <w:szCs w:val="28"/>
          <w:lang w:val="kk-KZ"/>
        </w:rPr>
        <w:t xml:space="preserve"> көшесі, № 20)</w:t>
      </w:r>
    </w:p>
    <w:p w14:paraId="33B262F5" w14:textId="77777777" w:rsidR="00634B77" w:rsidRPr="00DC236A" w:rsidRDefault="00634B77" w:rsidP="00634B77">
      <w:pPr>
        <w:keepNext/>
        <w:keepLines/>
        <w:ind w:firstLine="709"/>
        <w:jc w:val="center"/>
        <w:rPr>
          <w:sz w:val="28"/>
          <w:szCs w:val="28"/>
          <w:lang w:val="kk-KZ"/>
        </w:rPr>
      </w:pPr>
    </w:p>
    <w:p w14:paraId="5D8B31E2" w14:textId="77777777" w:rsidR="00634B77" w:rsidRPr="00DC236A" w:rsidRDefault="00634B77" w:rsidP="00634B77">
      <w:pPr>
        <w:ind w:firstLine="709"/>
        <w:jc w:val="both"/>
        <w:rPr>
          <w:sz w:val="28"/>
          <w:szCs w:val="28"/>
          <w:lang w:val="kk-KZ"/>
        </w:rPr>
      </w:pPr>
      <w:r w:rsidRPr="00DC236A">
        <w:rPr>
          <w:sz w:val="28"/>
          <w:szCs w:val="28"/>
          <w:lang w:val="kk-KZ"/>
        </w:rPr>
        <w:t>Шекарасы: А. </w:t>
      </w:r>
      <w:proofErr w:type="spellStart"/>
      <w:r w:rsidRPr="00DC236A">
        <w:rPr>
          <w:sz w:val="28"/>
          <w:szCs w:val="28"/>
          <w:lang w:val="kk-KZ"/>
        </w:rPr>
        <w:t>Бөлекпаев</w:t>
      </w:r>
      <w:proofErr w:type="spellEnd"/>
      <w:r w:rsidRPr="00DC236A">
        <w:rPr>
          <w:sz w:val="28"/>
          <w:szCs w:val="28"/>
          <w:lang w:val="kk-KZ"/>
        </w:rPr>
        <w:t xml:space="preserve"> көшесі, № 17, 19 үйлер, Қордай көшесі, № 97, 99 үйлер, Т. Жүргенов көшесі, № 28 үй, М. Шоқай көшесі, № 107 үй.</w:t>
      </w:r>
    </w:p>
    <w:p w14:paraId="4005A5FC" w14:textId="77777777" w:rsidR="00634B77" w:rsidRPr="00DC236A" w:rsidRDefault="00634B77" w:rsidP="00634B77">
      <w:pPr>
        <w:spacing w:after="160" w:line="259" w:lineRule="auto"/>
        <w:rPr>
          <w:sz w:val="28"/>
          <w:szCs w:val="28"/>
          <w:lang w:val="kk-KZ"/>
        </w:rPr>
      </w:pPr>
    </w:p>
    <w:p w14:paraId="33BD8A31"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286 сайлау учаскесі</w:t>
      </w:r>
    </w:p>
    <w:p w14:paraId="096B44E2" w14:textId="77777777" w:rsidR="00634B77" w:rsidRPr="00DC236A" w:rsidRDefault="00634B77" w:rsidP="00634B77">
      <w:pPr>
        <w:keepNext/>
        <w:keepLines/>
        <w:jc w:val="center"/>
        <w:rPr>
          <w:sz w:val="28"/>
          <w:szCs w:val="28"/>
          <w:lang w:val="kk-KZ"/>
        </w:rPr>
      </w:pPr>
      <w:r w:rsidRPr="00DC236A">
        <w:rPr>
          <w:sz w:val="28"/>
          <w:szCs w:val="28"/>
          <w:lang w:val="kk-KZ"/>
        </w:rPr>
        <w:t>(орталығы – «BINOM EDUCATION» жауапкершілігі шектеулі серіктестігінің А. Байтұрсынұлы атындағы «</w:t>
      </w:r>
      <w:proofErr w:type="spellStart"/>
      <w:r w:rsidRPr="00DC236A">
        <w:rPr>
          <w:sz w:val="28"/>
          <w:szCs w:val="28"/>
          <w:lang w:val="kk-KZ"/>
        </w:rPr>
        <w:t>Binom</w:t>
      </w:r>
      <w:proofErr w:type="spellEnd"/>
      <w:r w:rsidRPr="00DC236A">
        <w:rPr>
          <w:sz w:val="28"/>
          <w:szCs w:val="28"/>
          <w:lang w:val="kk-KZ"/>
        </w:rPr>
        <w:t xml:space="preserve"> </w:t>
      </w:r>
      <w:proofErr w:type="spellStart"/>
      <w:r w:rsidRPr="00DC236A">
        <w:rPr>
          <w:sz w:val="28"/>
          <w:szCs w:val="28"/>
          <w:lang w:val="kk-KZ"/>
        </w:rPr>
        <w:t>school</w:t>
      </w:r>
      <w:proofErr w:type="spellEnd"/>
      <w:r w:rsidRPr="00DC236A">
        <w:rPr>
          <w:sz w:val="28"/>
          <w:szCs w:val="28"/>
          <w:lang w:val="kk-KZ"/>
        </w:rPr>
        <w:t xml:space="preserve">» мектеп-лицейі, </w:t>
      </w:r>
    </w:p>
    <w:p w14:paraId="733E45B9" w14:textId="77777777" w:rsidR="00634B77" w:rsidRPr="00DC236A" w:rsidRDefault="00634B77" w:rsidP="00634B77">
      <w:pPr>
        <w:keepNext/>
        <w:keepLines/>
        <w:jc w:val="center"/>
        <w:rPr>
          <w:sz w:val="28"/>
          <w:szCs w:val="28"/>
          <w:lang w:val="kk-KZ"/>
        </w:rPr>
      </w:pPr>
      <w:r w:rsidRPr="00DC236A">
        <w:rPr>
          <w:sz w:val="28"/>
          <w:szCs w:val="28"/>
          <w:lang w:val="kk-KZ"/>
        </w:rPr>
        <w:t>А. Байтұрсынұлы көшесі, № 49А)</w:t>
      </w:r>
    </w:p>
    <w:p w14:paraId="3705D02E" w14:textId="77777777" w:rsidR="00634B77" w:rsidRPr="00DC236A" w:rsidRDefault="00634B77" w:rsidP="00634B77">
      <w:pPr>
        <w:keepNext/>
        <w:keepLines/>
        <w:ind w:firstLine="709"/>
        <w:jc w:val="center"/>
        <w:rPr>
          <w:sz w:val="28"/>
          <w:szCs w:val="28"/>
          <w:lang w:val="kk-KZ"/>
        </w:rPr>
      </w:pPr>
    </w:p>
    <w:p w14:paraId="751045DB" w14:textId="77777777" w:rsidR="00634B77" w:rsidRPr="00DC236A" w:rsidRDefault="00634B77" w:rsidP="00634B77">
      <w:pPr>
        <w:ind w:firstLine="709"/>
        <w:jc w:val="both"/>
        <w:rPr>
          <w:sz w:val="28"/>
          <w:szCs w:val="28"/>
          <w:lang w:val="kk-KZ"/>
        </w:rPr>
      </w:pPr>
      <w:r w:rsidRPr="00DC236A">
        <w:rPr>
          <w:sz w:val="28"/>
          <w:szCs w:val="28"/>
          <w:lang w:val="kk-KZ"/>
        </w:rPr>
        <w:t>Шекарасы: А. Байтұрсынұлы көшесі, № 49, 49/1, 49А, 51, 53, 53/1 үйлер.</w:t>
      </w:r>
    </w:p>
    <w:p w14:paraId="0C54D7E6" w14:textId="77777777" w:rsidR="00634B77" w:rsidRPr="00DC236A" w:rsidRDefault="00634B77" w:rsidP="00634B77">
      <w:pPr>
        <w:ind w:firstLine="709"/>
        <w:jc w:val="center"/>
        <w:rPr>
          <w:sz w:val="28"/>
          <w:szCs w:val="28"/>
          <w:lang w:val="kk-KZ"/>
        </w:rPr>
      </w:pPr>
    </w:p>
    <w:p w14:paraId="2DEB576A" w14:textId="77777777" w:rsidR="00634B77" w:rsidRPr="00DC236A" w:rsidRDefault="00634B77" w:rsidP="00634B77">
      <w:pPr>
        <w:keepNext/>
        <w:keepLines/>
        <w:ind w:firstLine="709"/>
        <w:jc w:val="center"/>
        <w:rPr>
          <w:sz w:val="28"/>
          <w:szCs w:val="28"/>
          <w:lang w:val="kk-KZ"/>
        </w:rPr>
      </w:pPr>
      <w:r w:rsidRPr="00DC236A">
        <w:rPr>
          <w:sz w:val="28"/>
          <w:szCs w:val="28"/>
          <w:lang w:val="kk-KZ"/>
        </w:rPr>
        <w:t>№ 287 сайлау учаскесі</w:t>
      </w:r>
    </w:p>
    <w:p w14:paraId="38855493"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«Рақымжан Қошқарбаев атындағы № 44 жалпы орта білім беретін мектеп» шаруашылық жүргізу құқығындағы мемлекеттік коммуналдық кәсіпорны, «</w:t>
      </w:r>
      <w:proofErr w:type="spellStart"/>
      <w:r w:rsidRPr="00DC236A">
        <w:rPr>
          <w:sz w:val="28"/>
          <w:szCs w:val="28"/>
          <w:lang w:val="kk-KZ"/>
        </w:rPr>
        <w:t>Интернациональный</w:t>
      </w:r>
      <w:proofErr w:type="spellEnd"/>
      <w:r w:rsidRPr="00DC236A">
        <w:rPr>
          <w:sz w:val="28"/>
          <w:szCs w:val="28"/>
          <w:lang w:val="kk-KZ"/>
        </w:rPr>
        <w:t xml:space="preserve">» тұрғын алабы, </w:t>
      </w:r>
    </w:p>
    <w:p w14:paraId="6E0A67C9" w14:textId="77777777" w:rsidR="00634B77" w:rsidRPr="00DC236A" w:rsidRDefault="00634B77" w:rsidP="00634B77">
      <w:pPr>
        <w:keepNext/>
        <w:keepLines/>
        <w:ind w:firstLine="709"/>
        <w:jc w:val="center"/>
        <w:rPr>
          <w:sz w:val="28"/>
          <w:szCs w:val="28"/>
          <w:lang w:val="kk-KZ"/>
        </w:rPr>
      </w:pPr>
      <w:proofErr w:type="spellStart"/>
      <w:r w:rsidRPr="00DC236A">
        <w:rPr>
          <w:sz w:val="28"/>
          <w:szCs w:val="28"/>
          <w:lang w:val="kk-KZ"/>
        </w:rPr>
        <w:t>Нұрлыжол</w:t>
      </w:r>
      <w:proofErr w:type="spellEnd"/>
      <w:r w:rsidRPr="00DC236A">
        <w:rPr>
          <w:sz w:val="28"/>
          <w:szCs w:val="28"/>
          <w:lang w:val="kk-KZ"/>
        </w:rPr>
        <w:t xml:space="preserve"> көшесі, № 8)</w:t>
      </w:r>
    </w:p>
    <w:p w14:paraId="203C88CD" w14:textId="77777777" w:rsidR="00634B77" w:rsidRPr="00DC236A" w:rsidRDefault="00634B77" w:rsidP="00634B77">
      <w:pPr>
        <w:keepNext/>
        <w:keepLines/>
        <w:ind w:firstLine="709"/>
        <w:jc w:val="center"/>
        <w:rPr>
          <w:sz w:val="28"/>
          <w:szCs w:val="28"/>
          <w:lang w:val="kk-KZ"/>
        </w:rPr>
      </w:pPr>
    </w:p>
    <w:p w14:paraId="4D58E0D6" w14:textId="77777777" w:rsidR="00634B77" w:rsidRPr="00DC236A" w:rsidRDefault="00634B77" w:rsidP="00634B77">
      <w:pPr>
        <w:ind w:firstLine="709"/>
        <w:jc w:val="both"/>
        <w:rPr>
          <w:sz w:val="28"/>
          <w:szCs w:val="28"/>
          <w:lang w:val="kk-KZ"/>
        </w:rPr>
      </w:pPr>
      <w:r w:rsidRPr="00DC236A">
        <w:rPr>
          <w:sz w:val="28"/>
          <w:szCs w:val="28"/>
          <w:lang w:val="kk-KZ"/>
        </w:rPr>
        <w:t>Шекарасы: Х. Болғанбаев көшесінен «Астана – Қарағанды» тас жолының бойымен Армандастар көшесіне дейін, Армандастар көшесінің жұп сандар жағымен Мереке көшесіне дейін, Мереке көшесінің тақ сандар жағымен Көлсай көшесіне дейін, Көлсай көшесінің жұп сандар жағымен Есіл өзенінің жағалауына дейін, Есіл өзенінің жағалауымен Х. Болғанбаев көшесіне дейін, Х. Болғанбаев көшесімен «Астана – Қарағанды» тас жолына дейін.</w:t>
      </w:r>
    </w:p>
    <w:p w14:paraId="65B64CB4" w14:textId="77777777" w:rsidR="00634B77" w:rsidRPr="00DC236A" w:rsidRDefault="00634B77" w:rsidP="00634B77">
      <w:pPr>
        <w:ind w:firstLine="709"/>
        <w:jc w:val="both"/>
        <w:rPr>
          <w:sz w:val="28"/>
          <w:szCs w:val="28"/>
          <w:lang w:val="kk-KZ"/>
        </w:rPr>
      </w:pPr>
    </w:p>
    <w:p w14:paraId="1DA982DD" w14:textId="77777777" w:rsidR="00634B77" w:rsidRPr="00361D60" w:rsidRDefault="00634B77" w:rsidP="00634B77">
      <w:pPr>
        <w:keepNext/>
        <w:keepLines/>
        <w:ind w:firstLine="709"/>
        <w:jc w:val="center"/>
        <w:rPr>
          <w:rStyle w:val="ae"/>
          <w:color w:val="000000" w:themeColor="text1"/>
          <w:sz w:val="28"/>
          <w:szCs w:val="28"/>
          <w:u w:val="none"/>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61D60">
        <w:rPr>
          <w:rStyle w:val="ae"/>
          <w:color w:val="000000" w:themeColor="text1"/>
          <w:sz w:val="28"/>
          <w:szCs w:val="28"/>
          <w:u w:val="none"/>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288 сайлау учаскесі</w:t>
      </w:r>
    </w:p>
    <w:p w14:paraId="0B0E1A3A"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Күләш Байсейітова атындағы Қазақ ұлттық өнер университеті, Тәуелсіздік даңғылы, № 50)</w:t>
      </w:r>
    </w:p>
    <w:p w14:paraId="3710D08D" w14:textId="77777777" w:rsidR="00634B77" w:rsidRPr="00DC236A" w:rsidRDefault="00634B77" w:rsidP="00634B77">
      <w:pPr>
        <w:keepNext/>
        <w:keepLines/>
        <w:ind w:firstLine="709"/>
        <w:jc w:val="center"/>
        <w:rPr>
          <w:sz w:val="28"/>
          <w:szCs w:val="28"/>
          <w:lang w:val="kk-KZ"/>
        </w:rPr>
      </w:pPr>
    </w:p>
    <w:p w14:paraId="1B1D94E1" w14:textId="77777777" w:rsidR="00634B77" w:rsidRPr="00DC236A" w:rsidRDefault="00634B77" w:rsidP="00634B77">
      <w:pPr>
        <w:ind w:firstLine="709"/>
        <w:jc w:val="both"/>
        <w:rPr>
          <w:sz w:val="28"/>
          <w:szCs w:val="28"/>
          <w:lang w:val="kk-KZ"/>
        </w:rPr>
      </w:pPr>
      <w:r w:rsidRPr="00DC236A">
        <w:rPr>
          <w:sz w:val="28"/>
          <w:szCs w:val="28"/>
          <w:lang w:val="kk-KZ"/>
        </w:rPr>
        <w:t>Шекарасы: Р. Қошқарбаев даңғылынан Қ. Қуанышбаев көшесінің тақ сандар жағымен А. Байтұрсынұлы көшесіне дейін, А. Байтұрсынұлы көшесінің тақ сандар жағымен Қ. Аманжолов көшесіне дейін, Қ. Аманжолов көшесінің жұп сандар жағымен Р. Қошқарбаев даңғылына дейін, Р. Қошқарбаев даңғылының жұп сандар жағымен Қ. Қуанышбаев көшесіне дейін.</w:t>
      </w:r>
    </w:p>
    <w:p w14:paraId="58E5458B" w14:textId="77777777" w:rsidR="00634B77" w:rsidRPr="00DC236A" w:rsidRDefault="00634B77" w:rsidP="00634B77">
      <w:pPr>
        <w:ind w:firstLine="709"/>
        <w:jc w:val="both"/>
        <w:rPr>
          <w:sz w:val="28"/>
          <w:lang w:val="kk-KZ"/>
        </w:rPr>
      </w:pPr>
    </w:p>
    <w:p w14:paraId="6EA9BC1C" w14:textId="77777777" w:rsidR="00634B77" w:rsidRPr="00DC236A" w:rsidRDefault="00634B77" w:rsidP="00634B77">
      <w:pPr>
        <w:keepNext/>
        <w:keepLines/>
        <w:ind w:firstLine="709"/>
        <w:jc w:val="center"/>
        <w:rPr>
          <w:sz w:val="28"/>
          <w:lang w:val="kk-KZ"/>
        </w:rPr>
      </w:pPr>
      <w:r w:rsidRPr="00DC236A">
        <w:rPr>
          <w:sz w:val="28"/>
          <w:lang w:val="kk-KZ"/>
        </w:rPr>
        <w:t>№ 289 сайлау учаскесі</w:t>
      </w:r>
    </w:p>
    <w:p w14:paraId="00A27D7B" w14:textId="77777777" w:rsidR="00634B77" w:rsidRPr="00DC236A" w:rsidRDefault="00634B77" w:rsidP="00634B77">
      <w:pPr>
        <w:keepNext/>
        <w:keepLines/>
        <w:ind w:firstLine="709"/>
        <w:jc w:val="center"/>
        <w:rPr>
          <w:sz w:val="28"/>
          <w:lang w:val="kk-KZ"/>
        </w:rPr>
      </w:pPr>
      <w:r w:rsidRPr="00DC236A">
        <w:rPr>
          <w:sz w:val="28"/>
          <w:lang w:val="kk-KZ"/>
        </w:rPr>
        <w:t>(орталығы </w:t>
      </w:r>
      <w:r w:rsidRPr="00DC236A">
        <w:rPr>
          <w:sz w:val="28"/>
          <w:szCs w:val="28"/>
          <w:lang w:val="kk-KZ"/>
        </w:rPr>
        <w:t xml:space="preserve">– </w:t>
      </w:r>
      <w:r w:rsidRPr="00DC236A">
        <w:rPr>
          <w:sz w:val="28"/>
          <w:lang w:val="kk-KZ"/>
        </w:rPr>
        <w:t xml:space="preserve">Астана қаласы әкімдігінің «№ 91 мектеп-гимназия» шаруашылық жүргізу құқығындағы мемлекеттік коммуналдық кәсіпорны, </w:t>
      </w:r>
    </w:p>
    <w:p w14:paraId="74B47C2C" w14:textId="77777777" w:rsidR="00634B77" w:rsidRPr="00DC236A" w:rsidRDefault="00634B77" w:rsidP="00634B77">
      <w:pPr>
        <w:keepNext/>
        <w:keepLines/>
        <w:ind w:firstLine="709"/>
        <w:jc w:val="center"/>
        <w:rPr>
          <w:sz w:val="28"/>
          <w:lang w:val="kk-KZ"/>
        </w:rPr>
      </w:pPr>
      <w:r w:rsidRPr="00DC236A">
        <w:rPr>
          <w:sz w:val="28"/>
          <w:lang w:val="kk-KZ"/>
        </w:rPr>
        <w:t>А. Храпатый көшесі, № 10)</w:t>
      </w:r>
    </w:p>
    <w:p w14:paraId="4B0C8F6F" w14:textId="77777777" w:rsidR="00634B77" w:rsidRPr="00DC236A" w:rsidRDefault="00634B77" w:rsidP="00634B77">
      <w:pPr>
        <w:keepNext/>
        <w:keepLines/>
        <w:ind w:firstLine="709"/>
        <w:jc w:val="center"/>
        <w:rPr>
          <w:sz w:val="28"/>
          <w:lang w:val="kk-KZ"/>
        </w:rPr>
      </w:pPr>
    </w:p>
    <w:p w14:paraId="3BE76679" w14:textId="77777777" w:rsidR="00634B77" w:rsidRPr="00DC236A" w:rsidRDefault="00634B77" w:rsidP="00634B77">
      <w:pPr>
        <w:ind w:firstLine="709"/>
        <w:jc w:val="both"/>
        <w:rPr>
          <w:sz w:val="28"/>
          <w:szCs w:val="28"/>
          <w:lang w:val="kk-KZ"/>
        </w:rPr>
      </w:pPr>
      <w:r w:rsidRPr="00DC236A">
        <w:rPr>
          <w:sz w:val="28"/>
          <w:szCs w:val="28"/>
          <w:lang w:val="kk-KZ"/>
        </w:rPr>
        <w:t>Шекарасы: Тәуелсіздік даңғылынан бастап, Ш. Қалдаяқов көшесінің жұп сандар жағымен А. Храпатый көшесіне дейін, А. Храпатый көшесінің жұп сандар жағымен Тәуелсіздік даңғылына дейін, Тәуелсіздік даңғылының тақ сандар жағымен Ш. Қалдаяқов көшесіне дейін.</w:t>
      </w:r>
    </w:p>
    <w:p w14:paraId="3752FEEF" w14:textId="77777777" w:rsidR="00634B77" w:rsidRPr="00DC236A" w:rsidRDefault="00634B77" w:rsidP="00634B77">
      <w:pPr>
        <w:ind w:firstLine="709"/>
        <w:jc w:val="both"/>
        <w:rPr>
          <w:sz w:val="28"/>
          <w:szCs w:val="28"/>
          <w:lang w:val="kk-KZ"/>
        </w:rPr>
      </w:pPr>
    </w:p>
    <w:p w14:paraId="060ADB8A"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290 сайлау учаскесі</w:t>
      </w:r>
    </w:p>
    <w:p w14:paraId="6994DFE6"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«Мұқағали Мақатаев атындағы </w:t>
      </w:r>
    </w:p>
    <w:p w14:paraId="0F5E5F30" w14:textId="77777777" w:rsidR="00634B77" w:rsidRPr="00DC236A" w:rsidRDefault="00634B77" w:rsidP="00634B77">
      <w:pPr>
        <w:keepNext/>
        <w:keepLines/>
        <w:ind w:firstLine="709"/>
        <w:jc w:val="center"/>
        <w:rPr>
          <w:sz w:val="28"/>
          <w:szCs w:val="28"/>
          <w:lang w:val="kk-KZ"/>
        </w:rPr>
      </w:pPr>
      <w:r w:rsidRPr="00DC236A">
        <w:rPr>
          <w:sz w:val="28"/>
          <w:szCs w:val="28"/>
          <w:lang w:val="kk-KZ"/>
        </w:rPr>
        <w:t>№ 74 мектеп-гимназия» шаруашылық жүргізу құқығындағы мемлекеттік коммуналдық кәсіпорны, Т. Жүргенов көшесі, № 29)</w:t>
      </w:r>
    </w:p>
    <w:p w14:paraId="327665BE" w14:textId="77777777" w:rsidR="00634B77" w:rsidRPr="00DC236A" w:rsidRDefault="00634B77" w:rsidP="00634B77">
      <w:pPr>
        <w:keepNext/>
        <w:keepLines/>
        <w:ind w:firstLine="709"/>
        <w:jc w:val="center"/>
        <w:rPr>
          <w:sz w:val="28"/>
          <w:szCs w:val="28"/>
          <w:lang w:val="kk-KZ"/>
        </w:rPr>
      </w:pPr>
    </w:p>
    <w:p w14:paraId="0329F16F" w14:textId="77777777" w:rsidR="00634B77" w:rsidRPr="00DC236A" w:rsidRDefault="00634B77" w:rsidP="00634B77">
      <w:pPr>
        <w:ind w:firstLine="709"/>
        <w:jc w:val="both"/>
        <w:rPr>
          <w:sz w:val="28"/>
          <w:szCs w:val="28"/>
          <w:lang w:val="kk-KZ"/>
        </w:rPr>
      </w:pPr>
      <w:r w:rsidRPr="00DC236A">
        <w:rPr>
          <w:sz w:val="28"/>
          <w:szCs w:val="28"/>
          <w:lang w:val="kk-KZ"/>
        </w:rPr>
        <w:t>Шекарасы: М. Жұмабаев даңғылынан Р. Қошқарбаев даңғылының жұп сандар жағымен Т. Жүргенов көшесіне дейін, Т. Жүргенов көшесінің тақ сандар жағымен Х. Доспанова көшесіне дейін, Х. Доспанова көшесімен М. Жұмабаев даңғылына дейін, М. Жұмабаев даңғылының жұп сандар жағымен, К. Әзірбаев көшесіндегі № 4/1 үйді қоспағанда, Р. Қошқарбаев даңғылына дейін.</w:t>
      </w:r>
    </w:p>
    <w:p w14:paraId="7B1FE6C5" w14:textId="77777777" w:rsidR="00634B77" w:rsidRPr="00DC236A" w:rsidRDefault="00634B77" w:rsidP="00634B77">
      <w:pPr>
        <w:ind w:firstLine="709"/>
        <w:jc w:val="both"/>
        <w:rPr>
          <w:b/>
          <w:sz w:val="28"/>
          <w:szCs w:val="28"/>
          <w:lang w:val="kk-KZ"/>
        </w:rPr>
      </w:pPr>
    </w:p>
    <w:p w14:paraId="11E4FD4C" w14:textId="77777777" w:rsidR="00634B77" w:rsidRPr="00DC236A" w:rsidRDefault="00634B77" w:rsidP="00634B77">
      <w:pPr>
        <w:keepNext/>
        <w:keepLines/>
        <w:ind w:firstLine="709"/>
        <w:jc w:val="center"/>
        <w:rPr>
          <w:sz w:val="28"/>
          <w:szCs w:val="28"/>
          <w:lang w:val="kk-KZ"/>
        </w:rPr>
      </w:pPr>
      <w:r w:rsidRPr="00DC236A">
        <w:rPr>
          <w:sz w:val="28"/>
          <w:szCs w:val="28"/>
          <w:lang w:val="kk-KZ"/>
        </w:rPr>
        <w:t>№ 291 сайлау учаскесі</w:t>
      </w:r>
    </w:p>
    <w:p w14:paraId="18D5FC0B"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«Ыбырай Алтынсарин атындағы № 83 мектеп-гимназия» шаруашылық жүргізу құқығындағы мемлекеттік коммуналдық кәсіпорны, А. Байтұрсынұлы көшесі, № 35)</w:t>
      </w:r>
    </w:p>
    <w:p w14:paraId="6432E4A5" w14:textId="77777777" w:rsidR="00634B77" w:rsidRPr="00DC236A" w:rsidRDefault="00634B77" w:rsidP="00634B77">
      <w:pPr>
        <w:keepNext/>
        <w:keepLines/>
        <w:ind w:firstLine="709"/>
        <w:jc w:val="center"/>
        <w:rPr>
          <w:sz w:val="28"/>
          <w:szCs w:val="28"/>
          <w:lang w:val="kk-KZ"/>
        </w:rPr>
      </w:pPr>
    </w:p>
    <w:p w14:paraId="0F7A860E" w14:textId="77777777" w:rsidR="00634B77" w:rsidRPr="00DC236A" w:rsidRDefault="00634B77" w:rsidP="00634B77">
      <w:pPr>
        <w:ind w:firstLine="709"/>
        <w:jc w:val="both"/>
        <w:rPr>
          <w:b/>
          <w:sz w:val="28"/>
          <w:szCs w:val="28"/>
          <w:lang w:val="kk-KZ"/>
        </w:rPr>
      </w:pPr>
      <w:r w:rsidRPr="00DC236A">
        <w:rPr>
          <w:sz w:val="28"/>
          <w:szCs w:val="28"/>
          <w:lang w:val="kk-KZ"/>
        </w:rPr>
        <w:t>Шекарасы: М. Жұмабаев даңғылынан бастап, А. </w:t>
      </w:r>
      <w:proofErr w:type="spellStart"/>
      <w:r w:rsidRPr="00DC236A">
        <w:rPr>
          <w:sz w:val="28"/>
          <w:szCs w:val="28"/>
          <w:lang w:val="kk-KZ"/>
        </w:rPr>
        <w:t>Бөлекпаев</w:t>
      </w:r>
      <w:proofErr w:type="spellEnd"/>
      <w:r w:rsidRPr="00DC236A">
        <w:rPr>
          <w:sz w:val="28"/>
          <w:szCs w:val="28"/>
          <w:lang w:val="kk-KZ"/>
        </w:rPr>
        <w:t xml:space="preserve"> көшесінің жұп сандар жағымен К. Әзірбаев көшесіне дейін, К. Әзірбаев көшесінің жұп сандар жағымен А. Байтұрсынұлы көшесіне дейін, А. Байтұрсынұлы көшесінің тақ сандар жағымен М. Жұмабаев даңғылына дейін, М. Жұмабаев даңғылының тақ сандар жағымен А. </w:t>
      </w:r>
      <w:proofErr w:type="spellStart"/>
      <w:r w:rsidRPr="00DC236A">
        <w:rPr>
          <w:sz w:val="28"/>
          <w:szCs w:val="28"/>
          <w:lang w:val="kk-KZ"/>
        </w:rPr>
        <w:t>Бөлекпаев</w:t>
      </w:r>
      <w:proofErr w:type="spellEnd"/>
      <w:r w:rsidRPr="00DC236A">
        <w:rPr>
          <w:sz w:val="28"/>
          <w:szCs w:val="28"/>
          <w:lang w:val="kk-KZ"/>
        </w:rPr>
        <w:t xml:space="preserve"> көшесіндегі № 12 үйді </w:t>
      </w:r>
      <w:r w:rsidRPr="00361D60">
        <w:rPr>
          <w:rStyle w:val="ae"/>
          <w:color w:val="000000" w:themeColor="text1"/>
          <w:sz w:val="28"/>
          <w:szCs w:val="28"/>
          <w:u w:val="none"/>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қоспағанда,</w:t>
      </w:r>
      <w:r w:rsidRPr="00DC236A">
        <w:rPr>
          <w:sz w:val="28"/>
          <w:szCs w:val="28"/>
          <w:lang w:val="kk-KZ"/>
        </w:rPr>
        <w:t xml:space="preserve"> А. </w:t>
      </w:r>
      <w:proofErr w:type="spellStart"/>
      <w:r w:rsidRPr="00DC236A">
        <w:rPr>
          <w:sz w:val="28"/>
          <w:szCs w:val="28"/>
          <w:lang w:val="kk-KZ"/>
        </w:rPr>
        <w:t>Бөлекпаев</w:t>
      </w:r>
      <w:proofErr w:type="spellEnd"/>
      <w:r w:rsidRPr="00DC236A">
        <w:rPr>
          <w:sz w:val="28"/>
          <w:szCs w:val="28"/>
          <w:lang w:val="kk-KZ"/>
        </w:rPr>
        <w:t xml:space="preserve"> көшесіне дейін.</w:t>
      </w:r>
    </w:p>
    <w:p w14:paraId="6A758114" w14:textId="77777777" w:rsidR="00634B77" w:rsidRPr="00DC236A" w:rsidRDefault="00634B77" w:rsidP="00634B77">
      <w:pPr>
        <w:ind w:firstLine="709"/>
        <w:jc w:val="both"/>
        <w:rPr>
          <w:sz w:val="28"/>
          <w:szCs w:val="28"/>
          <w:lang w:val="kk-KZ"/>
        </w:rPr>
      </w:pPr>
    </w:p>
    <w:p w14:paraId="38E5CCBC" w14:textId="77777777" w:rsidR="00634B77" w:rsidRPr="00DC236A" w:rsidRDefault="00634B77" w:rsidP="00634B77">
      <w:pPr>
        <w:keepNext/>
        <w:keepLines/>
        <w:ind w:firstLine="709"/>
        <w:jc w:val="center"/>
        <w:rPr>
          <w:sz w:val="28"/>
          <w:lang w:val="kk-KZ"/>
        </w:rPr>
      </w:pPr>
      <w:r w:rsidRPr="00DC236A">
        <w:rPr>
          <w:sz w:val="28"/>
          <w:lang w:val="kk-KZ"/>
        </w:rPr>
        <w:t>№ 292 сайлау учаскесі</w:t>
      </w:r>
    </w:p>
    <w:p w14:paraId="62EC146C"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13 жалпы орта білім беретін мектеп» шаруашылық жүргізу құқығындағы мемлекеттік коммуналдық кәсіпорны, «</w:t>
      </w:r>
      <w:proofErr w:type="spellStart"/>
      <w:r w:rsidRPr="00DC236A">
        <w:rPr>
          <w:sz w:val="28"/>
          <w:szCs w:val="28"/>
          <w:lang w:val="kk-KZ"/>
        </w:rPr>
        <w:t>Промышленный</w:t>
      </w:r>
      <w:proofErr w:type="spellEnd"/>
      <w:r w:rsidRPr="00DC236A">
        <w:rPr>
          <w:sz w:val="28"/>
          <w:szCs w:val="28"/>
          <w:lang w:val="kk-KZ"/>
        </w:rPr>
        <w:t xml:space="preserve">» тұрғын алабы, </w:t>
      </w:r>
      <w:proofErr w:type="spellStart"/>
      <w:r w:rsidRPr="00DC236A">
        <w:rPr>
          <w:sz w:val="28"/>
          <w:szCs w:val="28"/>
          <w:lang w:val="kk-KZ"/>
        </w:rPr>
        <w:t>Шалкөде</w:t>
      </w:r>
      <w:proofErr w:type="spellEnd"/>
      <w:r w:rsidRPr="00DC236A">
        <w:rPr>
          <w:sz w:val="28"/>
          <w:szCs w:val="28"/>
          <w:lang w:val="kk-KZ"/>
        </w:rPr>
        <w:t xml:space="preserve"> көшесі, № 5)</w:t>
      </w:r>
    </w:p>
    <w:p w14:paraId="15D8620E" w14:textId="77777777" w:rsidR="00634B77" w:rsidRPr="00DC236A" w:rsidRDefault="00634B77" w:rsidP="00634B77">
      <w:pPr>
        <w:keepNext/>
        <w:keepLines/>
        <w:ind w:firstLine="709"/>
        <w:jc w:val="center"/>
        <w:rPr>
          <w:sz w:val="24"/>
          <w:lang w:val="kk-KZ"/>
        </w:rPr>
      </w:pPr>
    </w:p>
    <w:p w14:paraId="29367F5D" w14:textId="77777777" w:rsidR="00634B77" w:rsidRPr="00DC236A" w:rsidRDefault="00634B77" w:rsidP="00634B77">
      <w:pPr>
        <w:ind w:firstLine="709"/>
        <w:jc w:val="both"/>
        <w:rPr>
          <w:sz w:val="36"/>
          <w:szCs w:val="28"/>
          <w:lang w:val="kk-KZ"/>
        </w:rPr>
      </w:pPr>
      <w:r w:rsidRPr="00DC236A">
        <w:rPr>
          <w:sz w:val="28"/>
          <w:lang w:val="kk-KZ"/>
        </w:rPr>
        <w:t xml:space="preserve">Шекарасы: Ө. Жәнібек көшесінен Көкжелек көшесінің тақ сандар жағымен М. Төлебаев көшесіне дейін, М. Төлебаев көшесінің тақ сандар жағымен Шарбақты көшесіне дейін, Шарбақты көшесінің жұп сандар жағымен Атамұра орамына дейін, Атамұра орамымен Атамұра көшесіне дейін, Атамұра көшесінің жұп сандар жағымен Құлагер көшесіне дейін, Құлагер көшесімен Шарбақты көшесіне дейін, Шарбақты көшесінің жұп сандар жағымен </w:t>
      </w:r>
      <w:proofErr w:type="spellStart"/>
      <w:r w:rsidRPr="00DC236A">
        <w:rPr>
          <w:sz w:val="28"/>
          <w:lang w:val="kk-KZ"/>
        </w:rPr>
        <w:t>Шалкөде</w:t>
      </w:r>
      <w:proofErr w:type="spellEnd"/>
      <w:r w:rsidRPr="00DC236A">
        <w:rPr>
          <w:sz w:val="28"/>
          <w:lang w:val="kk-KZ"/>
        </w:rPr>
        <w:t xml:space="preserve"> көшесіне дейін, </w:t>
      </w:r>
      <w:proofErr w:type="spellStart"/>
      <w:r w:rsidRPr="00DC236A">
        <w:rPr>
          <w:sz w:val="28"/>
          <w:lang w:val="kk-KZ"/>
        </w:rPr>
        <w:t>Шалкөде</w:t>
      </w:r>
      <w:proofErr w:type="spellEnd"/>
      <w:r w:rsidRPr="00DC236A">
        <w:rPr>
          <w:sz w:val="28"/>
          <w:lang w:val="kk-KZ"/>
        </w:rPr>
        <w:t xml:space="preserve"> көшесінің жұп сандар жағымен Құлагер көшесіне дейін, Құлагер көшесінің жұп сандар жағымен Б. Серікбаев көшесіне дейін, Б. Серікбаев көшесінің тақ сандар жағымен Ө. Жәнібек көшесіне дейін, Ө. Жәнібек көшесінің тақ сандар жағымен Көкжелек көшесіне дейін.</w:t>
      </w:r>
    </w:p>
    <w:p w14:paraId="2AC0E92E" w14:textId="77777777" w:rsidR="00634B77" w:rsidRPr="00DC236A" w:rsidRDefault="00634B77" w:rsidP="00634B77">
      <w:pPr>
        <w:rPr>
          <w:sz w:val="28"/>
          <w:lang w:val="kk-KZ"/>
        </w:rPr>
      </w:pPr>
    </w:p>
    <w:p w14:paraId="45BE4DBF" w14:textId="77777777" w:rsidR="00634B77" w:rsidRPr="00DC236A" w:rsidRDefault="00634B77" w:rsidP="00634B77">
      <w:pPr>
        <w:keepNext/>
        <w:keepLines/>
        <w:ind w:firstLine="709"/>
        <w:jc w:val="center"/>
        <w:rPr>
          <w:sz w:val="28"/>
          <w:lang w:val="kk-KZ"/>
        </w:rPr>
      </w:pPr>
      <w:r w:rsidRPr="00DC236A">
        <w:rPr>
          <w:sz w:val="28"/>
          <w:lang w:val="kk-KZ"/>
        </w:rPr>
        <w:t>№ 293 сайлау учаскесі</w:t>
      </w:r>
    </w:p>
    <w:p w14:paraId="30B96F88" w14:textId="77777777" w:rsidR="00634B77" w:rsidRPr="00DC236A" w:rsidRDefault="00634B77" w:rsidP="00634B77">
      <w:pPr>
        <w:keepNext/>
        <w:keepLines/>
        <w:ind w:firstLine="709"/>
        <w:jc w:val="center"/>
        <w:rPr>
          <w:sz w:val="28"/>
          <w:lang w:val="kk-KZ"/>
        </w:rPr>
      </w:pPr>
      <w:r w:rsidRPr="00DC236A">
        <w:rPr>
          <w:sz w:val="28"/>
          <w:lang w:val="kk-KZ"/>
        </w:rPr>
        <w:t>(</w:t>
      </w:r>
      <w:r w:rsidRPr="00DC236A">
        <w:rPr>
          <w:sz w:val="28"/>
          <w:szCs w:val="28"/>
          <w:lang w:val="kk-KZ"/>
        </w:rPr>
        <w:t xml:space="preserve">орталығы – </w:t>
      </w:r>
      <w:r w:rsidRPr="00DC236A">
        <w:rPr>
          <w:sz w:val="28"/>
          <w:lang w:val="kk-KZ"/>
        </w:rPr>
        <w:t xml:space="preserve">«Нұрлы жол» теміржол вокзалы, </w:t>
      </w:r>
    </w:p>
    <w:p w14:paraId="54F87166" w14:textId="77777777" w:rsidR="00634B77" w:rsidRPr="00DC236A" w:rsidRDefault="00634B77" w:rsidP="00634B77">
      <w:pPr>
        <w:keepNext/>
        <w:keepLines/>
        <w:ind w:firstLine="709"/>
        <w:jc w:val="center"/>
        <w:rPr>
          <w:sz w:val="28"/>
          <w:lang w:val="kk-KZ"/>
        </w:rPr>
      </w:pPr>
      <w:r w:rsidRPr="00DC236A">
        <w:rPr>
          <w:sz w:val="28"/>
          <w:lang w:val="kk-KZ"/>
        </w:rPr>
        <w:t>М. </w:t>
      </w:r>
      <w:proofErr w:type="spellStart"/>
      <w:r w:rsidRPr="00DC236A">
        <w:rPr>
          <w:sz w:val="28"/>
          <w:lang w:val="kk-KZ"/>
        </w:rPr>
        <w:t>Тынышбайұлы</w:t>
      </w:r>
      <w:proofErr w:type="spellEnd"/>
      <w:r w:rsidRPr="00DC236A">
        <w:rPr>
          <w:sz w:val="28"/>
          <w:lang w:val="kk-KZ"/>
        </w:rPr>
        <w:t xml:space="preserve"> көшесі, № 8)</w:t>
      </w:r>
    </w:p>
    <w:p w14:paraId="5A232A59" w14:textId="77777777" w:rsidR="00634B77" w:rsidRPr="00DC236A" w:rsidRDefault="00634B77" w:rsidP="00634B77">
      <w:pPr>
        <w:keepNext/>
        <w:keepLines/>
        <w:ind w:firstLine="709"/>
        <w:jc w:val="center"/>
        <w:rPr>
          <w:sz w:val="28"/>
          <w:lang w:val="kk-KZ"/>
        </w:rPr>
      </w:pPr>
    </w:p>
    <w:p w14:paraId="121C7F70" w14:textId="77777777" w:rsidR="00634B77" w:rsidRPr="00DC236A" w:rsidRDefault="00634B77" w:rsidP="00634B77">
      <w:pPr>
        <w:ind w:firstLine="709"/>
        <w:jc w:val="both"/>
        <w:rPr>
          <w:sz w:val="28"/>
          <w:lang w:val="kk-KZ"/>
        </w:rPr>
      </w:pPr>
      <w:r w:rsidRPr="00DC236A">
        <w:rPr>
          <w:sz w:val="28"/>
          <w:lang w:val="kk-KZ"/>
        </w:rPr>
        <w:t xml:space="preserve">Шекарасы: Ж. Нәжімеденов көшесінен С. Шаймерденов көшесінің жұп сандар жағымен А. Байтұрсынұлы көшесіне дейін, А. Байтұрсынұлы </w:t>
      </w:r>
      <w:r w:rsidRPr="00DC236A">
        <w:rPr>
          <w:sz w:val="28"/>
          <w:lang w:val="kk-KZ"/>
        </w:rPr>
        <w:lastRenderedPageBreak/>
        <w:t>көшесіндегі № 36, 36А, 36/1, 38, 38/1, 40, 40/1 үйлерді, С. Шаймерденов көшесінд</w:t>
      </w:r>
      <w:r>
        <w:rPr>
          <w:sz w:val="28"/>
          <w:lang w:val="kk-KZ"/>
        </w:rPr>
        <w:t>егі № 8, 8Б үйлерді, А83 көше</w:t>
      </w:r>
      <w:r w:rsidRPr="00DC236A">
        <w:rPr>
          <w:sz w:val="28"/>
          <w:lang w:val="kk-KZ"/>
        </w:rPr>
        <w:t>дегі № 11 үйді қоса алғанда, Ж. Нәжімеденов көшесіндегі № 37, 39 үйлерді қоспағанда, А. Байтұрсынұлы көшесіне дейін.</w:t>
      </w:r>
    </w:p>
    <w:p w14:paraId="6A519CC3" w14:textId="77777777" w:rsidR="00634B77" w:rsidRPr="00DC236A" w:rsidRDefault="00634B77" w:rsidP="00634B77">
      <w:pPr>
        <w:ind w:firstLine="709"/>
        <w:jc w:val="center"/>
        <w:rPr>
          <w:sz w:val="28"/>
          <w:szCs w:val="28"/>
          <w:lang w:val="kk-KZ"/>
        </w:rPr>
      </w:pPr>
    </w:p>
    <w:p w14:paraId="57F7E411" w14:textId="77777777" w:rsidR="00634B77" w:rsidRPr="00DC236A" w:rsidRDefault="00634B77" w:rsidP="00634B77">
      <w:pPr>
        <w:keepNext/>
        <w:keepLines/>
        <w:ind w:firstLine="709"/>
        <w:jc w:val="center"/>
        <w:rPr>
          <w:sz w:val="28"/>
          <w:szCs w:val="28"/>
          <w:lang w:val="kk-KZ"/>
        </w:rPr>
      </w:pPr>
      <w:r w:rsidRPr="00DC236A">
        <w:rPr>
          <w:sz w:val="28"/>
          <w:szCs w:val="28"/>
          <w:lang w:val="kk-KZ"/>
        </w:rPr>
        <w:t>№ 294 сайлау учаскесі</w:t>
      </w:r>
    </w:p>
    <w:p w14:paraId="5BF54A59"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112 жалпы орта білім беретін мектеп» коммуналдық мемлекеттік мекемесі, А102 көше, № 39)</w:t>
      </w:r>
    </w:p>
    <w:p w14:paraId="6C3220EE" w14:textId="77777777" w:rsidR="00634B77" w:rsidRPr="00DC236A" w:rsidRDefault="00634B77" w:rsidP="00634B77">
      <w:pPr>
        <w:keepNext/>
        <w:keepLines/>
        <w:ind w:firstLine="709"/>
        <w:jc w:val="center"/>
        <w:rPr>
          <w:sz w:val="28"/>
          <w:szCs w:val="28"/>
          <w:lang w:val="kk-KZ"/>
        </w:rPr>
      </w:pPr>
    </w:p>
    <w:p w14:paraId="5A263A2E" w14:textId="77777777" w:rsidR="00634B77" w:rsidRPr="00DC236A" w:rsidRDefault="00634B77" w:rsidP="00634B77">
      <w:pPr>
        <w:ind w:firstLine="709"/>
        <w:jc w:val="both"/>
        <w:rPr>
          <w:sz w:val="28"/>
          <w:szCs w:val="28"/>
        </w:rPr>
      </w:pPr>
      <w:r w:rsidRPr="00DC236A">
        <w:rPr>
          <w:sz w:val="28"/>
          <w:szCs w:val="28"/>
          <w:lang w:val="kk-KZ"/>
        </w:rPr>
        <w:t>Шекарасы: А108 көше, № 20, 22, 24, 26, 28, 30,</w:t>
      </w:r>
      <w:r>
        <w:rPr>
          <w:sz w:val="28"/>
          <w:szCs w:val="28"/>
          <w:lang w:val="kk-KZ"/>
        </w:rPr>
        <w:t xml:space="preserve"> 32, 34 үйлер, А130 көше</w:t>
      </w:r>
      <w:r w:rsidRPr="00DC236A">
        <w:rPr>
          <w:sz w:val="28"/>
          <w:szCs w:val="28"/>
          <w:lang w:val="kk-KZ"/>
        </w:rPr>
        <w:t>, № 5 үй</w:t>
      </w:r>
      <w:r w:rsidRPr="00DC236A">
        <w:rPr>
          <w:sz w:val="28"/>
          <w:szCs w:val="28"/>
        </w:rPr>
        <w:t>.</w:t>
      </w:r>
    </w:p>
    <w:p w14:paraId="0792C9F6" w14:textId="77777777" w:rsidR="00634B77" w:rsidRPr="00DC236A" w:rsidRDefault="00634B77" w:rsidP="00634B77">
      <w:pPr>
        <w:ind w:firstLine="709"/>
        <w:jc w:val="center"/>
        <w:rPr>
          <w:sz w:val="28"/>
          <w:szCs w:val="28"/>
          <w:lang w:val="kk-KZ"/>
        </w:rPr>
      </w:pPr>
    </w:p>
    <w:p w14:paraId="255A8E47" w14:textId="77777777" w:rsidR="00634B77" w:rsidRPr="00DC236A" w:rsidRDefault="00634B77" w:rsidP="00634B77">
      <w:pPr>
        <w:keepNext/>
        <w:keepLines/>
        <w:ind w:firstLine="709"/>
        <w:jc w:val="center"/>
        <w:rPr>
          <w:sz w:val="28"/>
          <w:szCs w:val="28"/>
          <w:lang w:val="kk-KZ"/>
        </w:rPr>
      </w:pPr>
      <w:r w:rsidRPr="00DC236A">
        <w:rPr>
          <w:sz w:val="28"/>
          <w:szCs w:val="28"/>
          <w:lang w:val="kk-KZ"/>
        </w:rPr>
        <w:t>№ 295 сайлау учаскесі</w:t>
      </w:r>
    </w:p>
    <w:p w14:paraId="1E10FE34"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112 жалпы орта білім беретін мектеп» коммуналдық м</w:t>
      </w:r>
      <w:r>
        <w:rPr>
          <w:sz w:val="28"/>
          <w:szCs w:val="28"/>
          <w:lang w:val="kk-KZ"/>
        </w:rPr>
        <w:t>емлекеттік мекемесі, А102 көше</w:t>
      </w:r>
      <w:r w:rsidRPr="00DC236A">
        <w:rPr>
          <w:sz w:val="28"/>
          <w:szCs w:val="28"/>
          <w:lang w:val="kk-KZ"/>
        </w:rPr>
        <w:t>, № 39)</w:t>
      </w:r>
    </w:p>
    <w:p w14:paraId="0CF4E484" w14:textId="77777777" w:rsidR="00634B77" w:rsidRPr="00DC236A" w:rsidRDefault="00634B77" w:rsidP="00634B77">
      <w:pPr>
        <w:keepNext/>
        <w:keepLines/>
        <w:ind w:firstLine="709"/>
        <w:jc w:val="center"/>
        <w:rPr>
          <w:sz w:val="28"/>
          <w:szCs w:val="28"/>
          <w:lang w:val="kk-KZ"/>
        </w:rPr>
      </w:pPr>
    </w:p>
    <w:p w14:paraId="29EF4457" w14:textId="77777777" w:rsidR="00634B77" w:rsidRPr="00DC236A" w:rsidRDefault="00634B77" w:rsidP="00634B77">
      <w:pPr>
        <w:spacing w:line="259" w:lineRule="auto"/>
        <w:ind w:firstLine="709"/>
        <w:jc w:val="both"/>
        <w:rPr>
          <w:sz w:val="28"/>
          <w:szCs w:val="28"/>
          <w:lang w:val="kk-KZ"/>
        </w:rPr>
      </w:pPr>
      <w:r w:rsidRPr="00DC236A">
        <w:rPr>
          <w:sz w:val="28"/>
          <w:szCs w:val="28"/>
          <w:lang w:val="kk-KZ"/>
        </w:rPr>
        <w:t xml:space="preserve">Шекарасы: </w:t>
      </w:r>
      <w:r>
        <w:rPr>
          <w:sz w:val="28"/>
          <w:szCs w:val="28"/>
          <w:lang w:val="kk-KZ"/>
        </w:rPr>
        <w:t>А105 көшед</w:t>
      </w:r>
      <w:r w:rsidRPr="00DC236A">
        <w:rPr>
          <w:sz w:val="28"/>
          <w:szCs w:val="28"/>
          <w:lang w:val="kk-KZ"/>
        </w:rPr>
        <w:t>ен «Астана – Қарағанды» тас жолының бойымен Х. Болғанбаев көшесіне дейін, Х. Б</w:t>
      </w:r>
      <w:r>
        <w:rPr>
          <w:sz w:val="28"/>
          <w:szCs w:val="28"/>
          <w:lang w:val="kk-KZ"/>
        </w:rPr>
        <w:t>олғанбаев көшесімен А68 көшеге дейін, А68 көше</w:t>
      </w:r>
      <w:r w:rsidRPr="00DC236A">
        <w:rPr>
          <w:sz w:val="28"/>
          <w:szCs w:val="28"/>
          <w:lang w:val="kk-KZ"/>
        </w:rPr>
        <w:t>мен Есіл өзенінің жағалауына дейін, Есіл өзенін</w:t>
      </w:r>
      <w:r>
        <w:rPr>
          <w:sz w:val="28"/>
          <w:szCs w:val="28"/>
          <w:lang w:val="kk-KZ"/>
        </w:rPr>
        <w:t>ің жағалауы бойымен А86 көшеге дейін, А86 көше</w:t>
      </w:r>
      <w:r w:rsidRPr="00DC236A">
        <w:rPr>
          <w:sz w:val="28"/>
          <w:szCs w:val="28"/>
          <w:lang w:val="kk-KZ"/>
        </w:rPr>
        <w:t xml:space="preserve">мен А. Байтұрсынұлы көшесіне дейін, А. Байтұрсынұлы көшесінің </w:t>
      </w:r>
      <w:r>
        <w:rPr>
          <w:sz w:val="28"/>
          <w:szCs w:val="28"/>
          <w:lang w:val="kk-KZ"/>
        </w:rPr>
        <w:t>тақ сандар жағымен А431 көшеге дейін, А431 көшемен А102 көшеге дейін, А102 көше</w:t>
      </w:r>
      <w:r w:rsidRPr="00DC236A">
        <w:rPr>
          <w:sz w:val="28"/>
          <w:szCs w:val="28"/>
          <w:lang w:val="kk-KZ"/>
        </w:rPr>
        <w:t>нің</w:t>
      </w:r>
      <w:r>
        <w:rPr>
          <w:sz w:val="28"/>
          <w:szCs w:val="28"/>
          <w:lang w:val="kk-KZ"/>
        </w:rPr>
        <w:t xml:space="preserve"> тақ сандар жағымен А105 көшеге дейін, А105 көше</w:t>
      </w:r>
      <w:r w:rsidRPr="00DC236A">
        <w:rPr>
          <w:sz w:val="28"/>
          <w:szCs w:val="28"/>
          <w:lang w:val="kk-KZ"/>
        </w:rPr>
        <w:t>нің жұп сандар жағымен, «</w:t>
      </w:r>
      <w:proofErr w:type="spellStart"/>
      <w:r w:rsidRPr="00DC236A">
        <w:rPr>
          <w:sz w:val="28"/>
          <w:szCs w:val="28"/>
          <w:lang w:val="kk-KZ"/>
        </w:rPr>
        <w:t>Village</w:t>
      </w:r>
      <w:proofErr w:type="spellEnd"/>
      <w:r w:rsidRPr="00DC236A">
        <w:rPr>
          <w:sz w:val="28"/>
          <w:szCs w:val="28"/>
          <w:lang w:val="kk-KZ"/>
        </w:rPr>
        <w:t>-BAY» коттедж қалашығын, «</w:t>
      </w:r>
      <w:proofErr w:type="spellStart"/>
      <w:r w:rsidRPr="00DC236A">
        <w:rPr>
          <w:sz w:val="28"/>
          <w:szCs w:val="28"/>
          <w:lang w:val="kk-KZ"/>
        </w:rPr>
        <w:t>Интернациональный</w:t>
      </w:r>
      <w:proofErr w:type="spellEnd"/>
      <w:r w:rsidRPr="00DC236A">
        <w:rPr>
          <w:sz w:val="28"/>
          <w:szCs w:val="28"/>
          <w:lang w:val="kk-KZ"/>
        </w:rPr>
        <w:t>» тұрғын алабының бау-бақша қоғамдар</w:t>
      </w:r>
      <w:r>
        <w:rPr>
          <w:sz w:val="28"/>
          <w:szCs w:val="28"/>
          <w:lang w:val="kk-KZ"/>
        </w:rPr>
        <w:t>ы мен гольф-клубын, А108 көше</w:t>
      </w:r>
      <w:r w:rsidRPr="00DC236A">
        <w:rPr>
          <w:sz w:val="28"/>
          <w:szCs w:val="28"/>
          <w:lang w:val="kk-KZ"/>
        </w:rPr>
        <w:t xml:space="preserve">дегі № 26, 28, </w:t>
      </w:r>
      <w:r>
        <w:rPr>
          <w:sz w:val="28"/>
          <w:szCs w:val="28"/>
          <w:lang w:val="kk-KZ"/>
        </w:rPr>
        <w:t>30, 32, 34 үйлерді, А130 көше</w:t>
      </w:r>
      <w:r w:rsidRPr="00DC236A">
        <w:rPr>
          <w:sz w:val="28"/>
          <w:szCs w:val="28"/>
          <w:lang w:val="kk-KZ"/>
        </w:rPr>
        <w:t>дегі № 5 үйді қоспағанда, «Астана – Қарағанды» тас жолына дейін.</w:t>
      </w:r>
    </w:p>
    <w:p w14:paraId="5B1D93C6" w14:textId="77777777" w:rsidR="00634B77" w:rsidRPr="00DC236A" w:rsidRDefault="00634B77" w:rsidP="00634B77">
      <w:pPr>
        <w:ind w:firstLine="709"/>
        <w:jc w:val="center"/>
        <w:rPr>
          <w:sz w:val="28"/>
          <w:szCs w:val="28"/>
          <w:lang w:val="kk-KZ"/>
        </w:rPr>
      </w:pPr>
    </w:p>
    <w:p w14:paraId="18BAE86D" w14:textId="77777777" w:rsidR="00634B77" w:rsidRPr="00DC236A" w:rsidRDefault="00634B77" w:rsidP="00634B77">
      <w:pPr>
        <w:keepNext/>
        <w:keepLines/>
        <w:ind w:firstLine="709"/>
        <w:jc w:val="center"/>
        <w:rPr>
          <w:sz w:val="28"/>
          <w:szCs w:val="28"/>
          <w:lang w:val="kk-KZ"/>
        </w:rPr>
      </w:pPr>
      <w:r w:rsidRPr="00DC236A">
        <w:rPr>
          <w:sz w:val="28"/>
          <w:szCs w:val="28"/>
          <w:lang w:val="kk-KZ"/>
        </w:rPr>
        <w:t>№ 296 сайлау учаскесі</w:t>
      </w:r>
    </w:p>
    <w:p w14:paraId="55735ABD"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 72 мектеп-лицей» шаруашылық жүргізу құқығындағы мемлекеттік коммуналдық кәсіпорны, </w:t>
      </w:r>
    </w:p>
    <w:p w14:paraId="456CE6E4" w14:textId="77777777" w:rsidR="00634B77" w:rsidRPr="00DC236A" w:rsidRDefault="00634B77" w:rsidP="00634B77">
      <w:pPr>
        <w:keepNext/>
        <w:keepLines/>
        <w:ind w:firstLine="709"/>
        <w:jc w:val="center"/>
        <w:rPr>
          <w:sz w:val="28"/>
          <w:szCs w:val="28"/>
          <w:lang w:val="kk-KZ"/>
        </w:rPr>
      </w:pPr>
      <w:r w:rsidRPr="00DC236A">
        <w:rPr>
          <w:sz w:val="28"/>
          <w:szCs w:val="28"/>
          <w:lang w:val="kk-KZ"/>
        </w:rPr>
        <w:t>А. Байтұрсынұлы көшесі, № 25)</w:t>
      </w:r>
    </w:p>
    <w:p w14:paraId="7DE297AF" w14:textId="77777777" w:rsidR="00634B77" w:rsidRPr="00DC236A" w:rsidRDefault="00634B77" w:rsidP="00634B77">
      <w:pPr>
        <w:keepNext/>
        <w:keepLines/>
        <w:ind w:firstLine="709"/>
        <w:jc w:val="center"/>
        <w:rPr>
          <w:sz w:val="28"/>
          <w:szCs w:val="28"/>
          <w:lang w:val="kk-KZ"/>
        </w:rPr>
      </w:pPr>
    </w:p>
    <w:p w14:paraId="78E21320" w14:textId="77777777" w:rsidR="00634B77" w:rsidRPr="00DC236A" w:rsidRDefault="00634B77" w:rsidP="00634B77">
      <w:pPr>
        <w:ind w:firstLine="709"/>
        <w:jc w:val="both"/>
        <w:rPr>
          <w:sz w:val="28"/>
          <w:szCs w:val="28"/>
          <w:lang w:val="kk-KZ"/>
        </w:rPr>
      </w:pPr>
      <w:r w:rsidRPr="00DC236A">
        <w:rPr>
          <w:sz w:val="28"/>
          <w:szCs w:val="28"/>
          <w:lang w:val="kk-KZ"/>
        </w:rPr>
        <w:t>Шекарасы: А. Байтұрсынұлы көшесінен Қ. Қуанышбаев көшесінің жұп сандар жағымен Р. Қошқарбаев даңғылына дейін, Р. Қошқарбаев даңғылының жұп сандар жағымен С. Нұрмағамбетов көшесіне дейін, С. Нұрмағамбетов көшесінің тақ сандар жағымен А. Байтұрсынұлы көшесіне дейін, А. Байтұрсынұлы көшесінің тақ сандар жағымен, Қ. Қуанышбаев көшесіндегі № 12, 12/1, 14 үйлерді, Р. Қошқарбаев даңғылындағы № 30, 32, 32/1, 32/2, 32/3 үйлерді, А. Байтұрсынұлы көшесіндегі № 23, 23/1, 23/2 үйлерді қоспағанда, Қ. Қуанышбаев көшесіне дейін.</w:t>
      </w:r>
    </w:p>
    <w:p w14:paraId="1404AAE3" w14:textId="77777777" w:rsidR="00634B77" w:rsidRPr="00DC236A" w:rsidRDefault="00634B77" w:rsidP="00634B77">
      <w:pPr>
        <w:spacing w:after="160" w:line="259" w:lineRule="auto"/>
        <w:rPr>
          <w:sz w:val="28"/>
          <w:szCs w:val="28"/>
          <w:lang w:val="kk-KZ"/>
        </w:rPr>
      </w:pPr>
    </w:p>
    <w:p w14:paraId="121C8E79"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297 сайлау учаскесі</w:t>
      </w:r>
    </w:p>
    <w:p w14:paraId="6C9280C9"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«Мұқағали Мақатаев атындағы </w:t>
      </w:r>
    </w:p>
    <w:p w14:paraId="4B638E23" w14:textId="77777777" w:rsidR="00634B77" w:rsidRPr="00DC236A" w:rsidRDefault="00634B77" w:rsidP="00634B77">
      <w:pPr>
        <w:keepNext/>
        <w:keepLines/>
        <w:ind w:firstLine="709"/>
        <w:jc w:val="center"/>
        <w:rPr>
          <w:sz w:val="28"/>
          <w:szCs w:val="28"/>
          <w:lang w:val="kk-KZ"/>
        </w:rPr>
      </w:pPr>
      <w:r w:rsidRPr="00DC236A">
        <w:rPr>
          <w:sz w:val="28"/>
          <w:szCs w:val="28"/>
          <w:lang w:val="kk-KZ"/>
        </w:rPr>
        <w:t>№ 74 мектеп-гимназия» шаруашылық жүргізу құқығындағы мемлекеттік коммуналдық кәсіпорны, Т. Жүргенов көшесі, № 29)</w:t>
      </w:r>
    </w:p>
    <w:p w14:paraId="4550BCF1" w14:textId="77777777" w:rsidR="00634B77" w:rsidRPr="00DC236A" w:rsidRDefault="00634B77" w:rsidP="00634B77">
      <w:pPr>
        <w:keepNext/>
        <w:keepLines/>
        <w:ind w:firstLine="709"/>
        <w:jc w:val="center"/>
        <w:rPr>
          <w:sz w:val="28"/>
          <w:szCs w:val="28"/>
          <w:lang w:val="kk-KZ"/>
        </w:rPr>
      </w:pPr>
    </w:p>
    <w:p w14:paraId="456D366D" w14:textId="77777777" w:rsidR="00634B77" w:rsidRPr="00DC236A" w:rsidRDefault="00634B77" w:rsidP="00634B77">
      <w:pPr>
        <w:ind w:firstLine="709"/>
        <w:jc w:val="both"/>
        <w:rPr>
          <w:sz w:val="28"/>
          <w:szCs w:val="28"/>
          <w:lang w:val="kk-KZ"/>
        </w:rPr>
      </w:pPr>
      <w:r w:rsidRPr="00DC236A">
        <w:rPr>
          <w:sz w:val="28"/>
          <w:szCs w:val="28"/>
          <w:lang w:val="kk-KZ"/>
        </w:rPr>
        <w:t>Шекарасы: Х. Доспанова көшесінен Т. Жүргенов көшесінің жұп сандар жағымен К. Әзірбаев көшесіне дейін, К. Әзірбаев көшесінің жұп сандар жағымен Қордай көшесіне дейін, Қордай көшесінің тақ сандар жағымен Х. Доспанова көшесіне дейін, Х. Доспанова көшесінің жұп сандар жағымен, К. Әзірбаев көшесіндегі № 4/1 үйді қоса алғанда, Т. Жүргенов көшесіне дейін.</w:t>
      </w:r>
    </w:p>
    <w:p w14:paraId="09CDDB61" w14:textId="77777777" w:rsidR="00634B77" w:rsidRPr="00DC236A" w:rsidRDefault="00634B77" w:rsidP="00634B77">
      <w:pPr>
        <w:ind w:firstLine="709"/>
        <w:jc w:val="both"/>
        <w:rPr>
          <w:sz w:val="28"/>
          <w:szCs w:val="28"/>
          <w:lang w:val="kk-KZ"/>
        </w:rPr>
      </w:pPr>
    </w:p>
    <w:p w14:paraId="3965BB4E" w14:textId="77777777" w:rsidR="00634B77" w:rsidRPr="00DC236A" w:rsidRDefault="00634B77" w:rsidP="00634B77">
      <w:pPr>
        <w:keepNext/>
        <w:keepLines/>
        <w:ind w:firstLine="709"/>
        <w:jc w:val="center"/>
        <w:rPr>
          <w:sz w:val="28"/>
          <w:szCs w:val="28"/>
          <w:lang w:val="kk-KZ"/>
        </w:rPr>
      </w:pPr>
      <w:r w:rsidRPr="00DC236A">
        <w:rPr>
          <w:sz w:val="28"/>
          <w:szCs w:val="28"/>
          <w:lang w:val="kk-KZ"/>
        </w:rPr>
        <w:t>№ 298 сайлау учаскесі</w:t>
      </w:r>
    </w:p>
    <w:p w14:paraId="0ECF797A"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 93 мектеп-лицей» </w:t>
      </w:r>
    </w:p>
    <w:p w14:paraId="48740481"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шаруашылық жүргізу құқығындағы мемлекеттік коммуналдық кәсіпорны, </w:t>
      </w:r>
    </w:p>
    <w:p w14:paraId="25DD91C5" w14:textId="77777777" w:rsidR="00634B77" w:rsidRPr="00DC236A" w:rsidRDefault="00634B77" w:rsidP="00634B77">
      <w:pPr>
        <w:keepNext/>
        <w:keepLines/>
        <w:ind w:firstLine="709"/>
        <w:jc w:val="center"/>
        <w:rPr>
          <w:sz w:val="28"/>
          <w:szCs w:val="28"/>
          <w:lang w:val="kk-KZ"/>
        </w:rPr>
      </w:pPr>
      <w:r w:rsidRPr="00DC236A">
        <w:rPr>
          <w:sz w:val="28"/>
          <w:szCs w:val="28"/>
          <w:lang w:val="kk-KZ"/>
        </w:rPr>
        <w:t>Ж. Нәжімеденов көшесі, № 24)</w:t>
      </w:r>
    </w:p>
    <w:p w14:paraId="402E024A" w14:textId="77777777" w:rsidR="00634B77" w:rsidRPr="00DC236A" w:rsidRDefault="00634B77" w:rsidP="00634B77">
      <w:pPr>
        <w:keepNext/>
        <w:keepLines/>
        <w:ind w:firstLine="709"/>
        <w:jc w:val="center"/>
        <w:rPr>
          <w:sz w:val="28"/>
          <w:szCs w:val="28"/>
          <w:lang w:val="kk-KZ"/>
        </w:rPr>
      </w:pPr>
    </w:p>
    <w:p w14:paraId="401AB4EA" w14:textId="77777777" w:rsidR="00634B77" w:rsidRPr="00DC236A" w:rsidRDefault="00634B77" w:rsidP="00634B77">
      <w:pPr>
        <w:ind w:firstLine="709"/>
        <w:jc w:val="both"/>
        <w:rPr>
          <w:sz w:val="28"/>
          <w:szCs w:val="28"/>
          <w:lang w:val="kk-KZ"/>
        </w:rPr>
      </w:pPr>
      <w:r w:rsidRPr="00DC236A">
        <w:rPr>
          <w:sz w:val="28"/>
          <w:szCs w:val="28"/>
          <w:lang w:val="kk-KZ"/>
        </w:rPr>
        <w:t>Шекарасы: К. Әзірбаев көшесінен А. Байтұрсынұлы көшесінің жұп сандар жағымен Т. Жүргенов көшесіне дейін, Т. Жүргенов көшесінің жұп сандар жағымен Ш. Қалдаяқов көшесіне дейін, Ш. Қалдаяқов көшесінің тақ сандар жағымен М. Жұмабаев даңғылына дейін, М. Жұмабаев даңғылының жұп сандар жағымен Ж. Нәжімеденов көшесіне дейін, Ж. Нәжімеденов көшесінің тақ сандар жағымен К. Әзірбаев көшесіне дейін, К. Әзірбаев көшесінің жұп сандар жағымен А. Байтұрсынұлы көшесіне дейін.</w:t>
      </w:r>
    </w:p>
    <w:p w14:paraId="5B9B3B4A" w14:textId="77777777" w:rsidR="00634B77" w:rsidRPr="00DC236A" w:rsidRDefault="00634B77" w:rsidP="00634B77">
      <w:pPr>
        <w:ind w:firstLine="709"/>
        <w:jc w:val="both"/>
        <w:rPr>
          <w:sz w:val="28"/>
          <w:lang w:val="kk-KZ"/>
        </w:rPr>
      </w:pPr>
    </w:p>
    <w:p w14:paraId="6D3E6E41" w14:textId="77777777" w:rsidR="00634B77" w:rsidRPr="00DC236A" w:rsidRDefault="00634B77" w:rsidP="00634B77">
      <w:pPr>
        <w:keepNext/>
        <w:keepLines/>
        <w:ind w:firstLine="709"/>
        <w:jc w:val="center"/>
        <w:rPr>
          <w:sz w:val="28"/>
          <w:lang w:val="kk-KZ"/>
        </w:rPr>
      </w:pPr>
      <w:r w:rsidRPr="00DC236A">
        <w:rPr>
          <w:sz w:val="28"/>
          <w:lang w:val="kk-KZ"/>
        </w:rPr>
        <w:t xml:space="preserve">№ 299 сайлау учаскесі </w:t>
      </w:r>
    </w:p>
    <w:p w14:paraId="0F18B4CB" w14:textId="77777777" w:rsidR="00634B77" w:rsidRPr="00DC236A" w:rsidRDefault="00634B77" w:rsidP="00634B77">
      <w:pPr>
        <w:keepNext/>
        <w:keepLines/>
        <w:ind w:firstLine="709"/>
        <w:jc w:val="center"/>
        <w:rPr>
          <w:sz w:val="28"/>
          <w:lang w:val="kk-KZ"/>
        </w:rPr>
      </w:pPr>
      <w:r w:rsidRPr="00DC236A">
        <w:rPr>
          <w:sz w:val="28"/>
          <w:lang w:val="kk-KZ"/>
        </w:rPr>
        <w:t xml:space="preserve">(орталығы – Астана қаласы әкімдігінің «№ 93 мектеп-лицей» шаруашылық жүргізу құқығындағы мемлекеттік коммуналдық кәсіпорны, </w:t>
      </w:r>
    </w:p>
    <w:p w14:paraId="41DC88EB" w14:textId="77777777" w:rsidR="00634B77" w:rsidRPr="00DC236A" w:rsidRDefault="00634B77" w:rsidP="00634B77">
      <w:pPr>
        <w:keepNext/>
        <w:keepLines/>
        <w:ind w:firstLine="709"/>
        <w:jc w:val="center"/>
        <w:rPr>
          <w:sz w:val="28"/>
          <w:lang w:val="kk-KZ"/>
        </w:rPr>
      </w:pPr>
      <w:r w:rsidRPr="00DC236A">
        <w:rPr>
          <w:sz w:val="28"/>
          <w:lang w:val="kk-KZ"/>
        </w:rPr>
        <w:t>Ж. Нәжімеденов көшесі, № 24)</w:t>
      </w:r>
    </w:p>
    <w:p w14:paraId="447D698D" w14:textId="77777777" w:rsidR="00634B77" w:rsidRPr="00DC236A" w:rsidRDefault="00634B77" w:rsidP="00634B77">
      <w:pPr>
        <w:keepNext/>
        <w:keepLines/>
        <w:ind w:firstLine="709"/>
        <w:jc w:val="center"/>
        <w:rPr>
          <w:sz w:val="28"/>
          <w:lang w:val="kk-KZ"/>
        </w:rPr>
      </w:pPr>
    </w:p>
    <w:p w14:paraId="1A471952" w14:textId="77777777" w:rsidR="00634B77" w:rsidRPr="00DC236A" w:rsidRDefault="00634B77" w:rsidP="00634B77">
      <w:pPr>
        <w:ind w:firstLine="709"/>
        <w:jc w:val="both"/>
        <w:rPr>
          <w:lang w:val="kk-KZ"/>
        </w:rPr>
      </w:pPr>
      <w:r w:rsidRPr="00DC236A">
        <w:rPr>
          <w:sz w:val="28"/>
          <w:lang w:val="kk-KZ"/>
        </w:rPr>
        <w:t>Шекарасы:</w:t>
      </w:r>
      <w:r w:rsidRPr="00DC236A">
        <w:rPr>
          <w:lang w:val="kk-KZ"/>
        </w:rPr>
        <w:t xml:space="preserve"> </w:t>
      </w:r>
      <w:r w:rsidRPr="00DC236A">
        <w:rPr>
          <w:sz w:val="28"/>
          <w:szCs w:val="28"/>
          <w:lang w:val="kk-KZ"/>
        </w:rPr>
        <w:t>К. Әзірбаев көшесінен Ж. Нәжімеденов көшесінің жұп сандар жағымен М. Жұмабаев даңғылына дейін, М. Жұмабаев даңғылының тақ сандар жағымен Ш. Қалдаяқов көшесіне дейін, Ш. Қалдаяқов көшесінің тақ сандар жағымен К. Әзірбаев көшесіне дейін, К. Әзірбаев көшесінің жұп сандар жағымен, Ш. Қалдаяқов көшесіндегі № 23/2 үйді қоса алғанда, Ж. Нәжімеденов көшесіне дейін.</w:t>
      </w:r>
    </w:p>
    <w:p w14:paraId="34A32320" w14:textId="77777777" w:rsidR="00634B77" w:rsidRPr="00DC236A" w:rsidRDefault="00634B77" w:rsidP="00634B77">
      <w:pPr>
        <w:ind w:firstLine="709"/>
        <w:jc w:val="both"/>
        <w:rPr>
          <w:sz w:val="28"/>
          <w:szCs w:val="28"/>
          <w:lang w:val="kk-KZ"/>
        </w:rPr>
      </w:pPr>
    </w:p>
    <w:p w14:paraId="71874F46" w14:textId="77777777" w:rsidR="00634B77" w:rsidRPr="00DC236A" w:rsidRDefault="00634B77" w:rsidP="00634B77">
      <w:pPr>
        <w:keepNext/>
        <w:keepLines/>
        <w:ind w:firstLine="709"/>
        <w:jc w:val="center"/>
        <w:rPr>
          <w:sz w:val="28"/>
          <w:szCs w:val="28"/>
          <w:lang w:val="kk-KZ"/>
        </w:rPr>
      </w:pPr>
      <w:r w:rsidRPr="00DC236A">
        <w:rPr>
          <w:sz w:val="28"/>
          <w:szCs w:val="28"/>
          <w:lang w:val="kk-KZ"/>
        </w:rPr>
        <w:t>№ 300 сайлау учаскесі</w:t>
      </w:r>
    </w:p>
    <w:p w14:paraId="6EF929A9"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Қазақстан Республикасы Мәдениет және ақпарат министрлігі </w:t>
      </w:r>
    </w:p>
    <w:p w14:paraId="67C034B3"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Мәдениет комитетінің «Қазақстан Республикасының Ұлттық мұражайы» </w:t>
      </w:r>
    </w:p>
    <w:p w14:paraId="53B29E0E"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республикалық мемлекеттік қазыналық кәсіпорны, </w:t>
      </w:r>
      <w:r w:rsidRPr="00DC236A">
        <w:rPr>
          <w:sz w:val="28"/>
          <w:szCs w:val="28"/>
          <w:lang w:val="kk-KZ"/>
        </w:rPr>
        <w:br/>
        <w:t>Тәуелсіздік даңғылы, № 54)</w:t>
      </w:r>
    </w:p>
    <w:p w14:paraId="06664F90" w14:textId="77777777" w:rsidR="00634B77" w:rsidRPr="00DC236A" w:rsidRDefault="00634B77" w:rsidP="00634B77">
      <w:pPr>
        <w:keepNext/>
        <w:keepLines/>
        <w:ind w:firstLine="709"/>
        <w:jc w:val="center"/>
        <w:rPr>
          <w:sz w:val="28"/>
          <w:szCs w:val="28"/>
          <w:lang w:val="kk-KZ"/>
        </w:rPr>
      </w:pPr>
    </w:p>
    <w:p w14:paraId="1E06FDF0" w14:textId="77777777" w:rsidR="00634B77" w:rsidRPr="00DC236A" w:rsidRDefault="00634B77" w:rsidP="00634B77">
      <w:pPr>
        <w:ind w:firstLine="709"/>
        <w:jc w:val="both"/>
        <w:rPr>
          <w:sz w:val="28"/>
          <w:szCs w:val="28"/>
          <w:lang w:val="kk-KZ"/>
        </w:rPr>
      </w:pPr>
      <w:r w:rsidRPr="00DC236A">
        <w:rPr>
          <w:sz w:val="28"/>
          <w:szCs w:val="28"/>
          <w:lang w:val="kk-KZ"/>
        </w:rPr>
        <w:t>Шекарасы: Тәуелсіздік даңғылы, № 54 үй, Ж. Нәжімеденов көшесі, № 14, 14/1, 16А, 16Б, 16Е үйлер, Ш. Қалдаяқов көшесі, № 15, 15/1, 17 үйлер, Қ. Аманжолов көшесі, № 24 үй.</w:t>
      </w:r>
    </w:p>
    <w:p w14:paraId="0D48A3A0" w14:textId="77777777" w:rsidR="00634B77" w:rsidRPr="00DC236A" w:rsidRDefault="00634B77" w:rsidP="00634B77">
      <w:pPr>
        <w:ind w:firstLine="709"/>
        <w:jc w:val="both"/>
        <w:rPr>
          <w:sz w:val="28"/>
          <w:szCs w:val="28"/>
          <w:lang w:val="kk-KZ"/>
        </w:rPr>
      </w:pPr>
    </w:p>
    <w:p w14:paraId="36B9F6E2" w14:textId="77777777" w:rsidR="00634B77" w:rsidRPr="00DC236A" w:rsidRDefault="00634B77" w:rsidP="00634B77">
      <w:pPr>
        <w:keepNext/>
        <w:keepLines/>
        <w:ind w:firstLine="709"/>
        <w:jc w:val="center"/>
        <w:rPr>
          <w:sz w:val="28"/>
          <w:szCs w:val="28"/>
          <w:lang w:val="kk-KZ"/>
        </w:rPr>
      </w:pPr>
      <w:r w:rsidRPr="00DC236A">
        <w:rPr>
          <w:sz w:val="28"/>
          <w:szCs w:val="28"/>
          <w:lang w:val="kk-KZ"/>
        </w:rPr>
        <w:t>№ 301 сайлау учаскесі</w:t>
      </w:r>
    </w:p>
    <w:p w14:paraId="17411A10"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«Ыбырай Алтынсарин атындағы № 83 мектеп-гимназия» шаруашылық жүргізу құқығындағы мемлекеттік коммуналдық кәсіпорны, А. Байтұрсынұлы көшесі, № 35)</w:t>
      </w:r>
    </w:p>
    <w:p w14:paraId="3791A91C" w14:textId="77777777" w:rsidR="00634B77" w:rsidRPr="00DC236A" w:rsidRDefault="00634B77" w:rsidP="00634B77">
      <w:pPr>
        <w:keepNext/>
        <w:keepLines/>
        <w:ind w:firstLine="709"/>
        <w:jc w:val="center"/>
        <w:rPr>
          <w:sz w:val="28"/>
          <w:szCs w:val="28"/>
          <w:lang w:val="kk-KZ"/>
        </w:rPr>
      </w:pPr>
    </w:p>
    <w:p w14:paraId="6A117415" w14:textId="77777777" w:rsidR="00634B77" w:rsidRPr="00DC236A" w:rsidRDefault="00634B77" w:rsidP="00634B77">
      <w:pPr>
        <w:ind w:firstLine="709"/>
        <w:jc w:val="both"/>
        <w:rPr>
          <w:sz w:val="28"/>
          <w:szCs w:val="28"/>
          <w:lang w:val="kk-KZ"/>
        </w:rPr>
      </w:pPr>
      <w:r w:rsidRPr="00DC236A">
        <w:rPr>
          <w:sz w:val="28"/>
          <w:szCs w:val="28"/>
          <w:lang w:val="kk-KZ"/>
        </w:rPr>
        <w:t>Шекарасы: А. </w:t>
      </w:r>
      <w:proofErr w:type="spellStart"/>
      <w:r w:rsidRPr="00DC236A">
        <w:rPr>
          <w:sz w:val="28"/>
          <w:szCs w:val="28"/>
          <w:lang w:val="kk-KZ"/>
        </w:rPr>
        <w:t>Бөлекпаев</w:t>
      </w:r>
      <w:proofErr w:type="spellEnd"/>
      <w:r w:rsidRPr="00DC236A">
        <w:rPr>
          <w:sz w:val="28"/>
          <w:szCs w:val="28"/>
          <w:lang w:val="kk-KZ"/>
        </w:rPr>
        <w:t xml:space="preserve"> көшесінен Т. Жүргенов көшесінің тақ сандар жағымен А. Байтұрсынұлы көшесіне дейін, А. Байтұрсынұлы көшесінің тақ сандар жағымен М. Жұмабаев даңғылына дейін, М. Жұмабаев даңғылының жұп сандар жағымен А. </w:t>
      </w:r>
      <w:proofErr w:type="spellStart"/>
      <w:r w:rsidRPr="00DC236A">
        <w:rPr>
          <w:sz w:val="28"/>
          <w:szCs w:val="28"/>
          <w:lang w:val="kk-KZ"/>
        </w:rPr>
        <w:t>Бөлекпаев</w:t>
      </w:r>
      <w:proofErr w:type="spellEnd"/>
      <w:r w:rsidRPr="00DC236A">
        <w:rPr>
          <w:sz w:val="28"/>
          <w:szCs w:val="28"/>
          <w:lang w:val="kk-KZ"/>
        </w:rPr>
        <w:t xml:space="preserve"> көшесіне дейін, А. </w:t>
      </w:r>
      <w:proofErr w:type="spellStart"/>
      <w:r w:rsidRPr="00DC236A">
        <w:rPr>
          <w:sz w:val="28"/>
          <w:szCs w:val="28"/>
          <w:lang w:val="kk-KZ"/>
        </w:rPr>
        <w:t>Бөлекпаев</w:t>
      </w:r>
      <w:proofErr w:type="spellEnd"/>
      <w:r w:rsidRPr="00DC236A">
        <w:rPr>
          <w:sz w:val="28"/>
          <w:szCs w:val="28"/>
          <w:lang w:val="kk-KZ"/>
        </w:rPr>
        <w:t xml:space="preserve"> көшесінің жұп сандар жағымен Т. Жүргенов көшесіне дейін.</w:t>
      </w:r>
    </w:p>
    <w:p w14:paraId="3A9F2C76" w14:textId="77777777" w:rsidR="00634B77" w:rsidRPr="00DC236A" w:rsidRDefault="00634B77" w:rsidP="00634B77">
      <w:pPr>
        <w:ind w:firstLine="709"/>
        <w:jc w:val="both"/>
        <w:rPr>
          <w:sz w:val="28"/>
          <w:szCs w:val="28"/>
          <w:lang w:val="kk-KZ"/>
        </w:rPr>
      </w:pPr>
    </w:p>
    <w:p w14:paraId="077974C0" w14:textId="77777777" w:rsidR="00634B77" w:rsidRPr="00DC236A" w:rsidRDefault="00634B77" w:rsidP="00634B77">
      <w:pPr>
        <w:keepNext/>
        <w:keepLines/>
        <w:ind w:firstLine="709"/>
        <w:jc w:val="center"/>
        <w:rPr>
          <w:sz w:val="28"/>
          <w:lang w:val="kk-KZ"/>
        </w:rPr>
      </w:pPr>
      <w:r w:rsidRPr="00DC236A">
        <w:rPr>
          <w:sz w:val="28"/>
          <w:lang w:val="kk-KZ"/>
        </w:rPr>
        <w:t xml:space="preserve">№ 302 сайлау учаскесі </w:t>
      </w:r>
    </w:p>
    <w:p w14:paraId="5980A0F9" w14:textId="77777777" w:rsidR="00634B77" w:rsidRPr="00DC236A" w:rsidRDefault="00634B77" w:rsidP="00634B77">
      <w:pPr>
        <w:keepNext/>
        <w:keepLines/>
        <w:ind w:firstLine="709"/>
        <w:jc w:val="center"/>
        <w:rPr>
          <w:sz w:val="28"/>
          <w:lang w:val="kk-KZ"/>
        </w:rPr>
      </w:pPr>
      <w:r w:rsidRPr="00DC236A">
        <w:rPr>
          <w:sz w:val="28"/>
          <w:lang w:val="kk-KZ"/>
        </w:rPr>
        <w:t xml:space="preserve">(орталығы – Астана қаласы әкімдігінің «№ 91 мектеп-гимназия» шаруашылық жүргізу құқығындағы мемлекеттік коммуналдық кәсіпорны, </w:t>
      </w:r>
    </w:p>
    <w:p w14:paraId="36AC4547" w14:textId="77777777" w:rsidR="00634B77" w:rsidRPr="00DC236A" w:rsidRDefault="00634B77" w:rsidP="00634B77">
      <w:pPr>
        <w:keepNext/>
        <w:keepLines/>
        <w:ind w:firstLine="709"/>
        <w:jc w:val="center"/>
        <w:rPr>
          <w:sz w:val="28"/>
          <w:lang w:val="kk-KZ"/>
        </w:rPr>
      </w:pPr>
      <w:r w:rsidRPr="00DC236A">
        <w:rPr>
          <w:sz w:val="28"/>
          <w:lang w:val="kk-KZ"/>
        </w:rPr>
        <w:t>А. Храпатый көшесі, № 10)</w:t>
      </w:r>
    </w:p>
    <w:p w14:paraId="09EA7FF3" w14:textId="77777777" w:rsidR="00634B77" w:rsidRPr="00DC236A" w:rsidRDefault="00634B77" w:rsidP="00634B77">
      <w:pPr>
        <w:keepNext/>
        <w:keepLines/>
        <w:ind w:firstLine="709"/>
        <w:jc w:val="center"/>
        <w:rPr>
          <w:sz w:val="28"/>
          <w:lang w:val="kk-KZ"/>
        </w:rPr>
      </w:pPr>
    </w:p>
    <w:p w14:paraId="043B47E0" w14:textId="77777777" w:rsidR="00634B77" w:rsidRPr="00DC236A" w:rsidRDefault="00634B77" w:rsidP="00634B77">
      <w:pPr>
        <w:ind w:firstLine="709"/>
        <w:jc w:val="both"/>
        <w:rPr>
          <w:sz w:val="28"/>
          <w:lang w:val="kk-KZ"/>
        </w:rPr>
      </w:pPr>
      <w:r w:rsidRPr="00DC236A">
        <w:rPr>
          <w:sz w:val="28"/>
          <w:lang w:val="kk-KZ"/>
        </w:rPr>
        <w:t>Шекарасы: А. Храпатый көшесі, № 3, 5, 5/1, 5/2, 7, 7/1, 9, 11, 11/1, 13, 15, 15/1, 17, 17/1, 19, 21, 21/1, 21/2, 23, 25, 25/1, 25/2 үйлер, И. Панфилов көшесі, № 1, 1/2, 3/1, 6, 8, 10, 12, 14, 16, 18 үйлер.</w:t>
      </w:r>
    </w:p>
    <w:p w14:paraId="7141117F" w14:textId="77777777" w:rsidR="00634B77" w:rsidRPr="00DC236A" w:rsidRDefault="00634B77" w:rsidP="00634B77">
      <w:pPr>
        <w:ind w:firstLine="709"/>
        <w:jc w:val="both"/>
        <w:rPr>
          <w:sz w:val="28"/>
          <w:lang w:val="kk-KZ"/>
        </w:rPr>
      </w:pPr>
    </w:p>
    <w:p w14:paraId="68492D05" w14:textId="77777777" w:rsidR="00634B77" w:rsidRPr="00DC236A" w:rsidRDefault="00634B77" w:rsidP="00634B77">
      <w:pPr>
        <w:keepNext/>
        <w:keepLines/>
        <w:ind w:firstLine="709"/>
        <w:jc w:val="center"/>
        <w:rPr>
          <w:sz w:val="28"/>
          <w:szCs w:val="28"/>
          <w:lang w:val="kk-KZ"/>
        </w:rPr>
      </w:pPr>
      <w:r w:rsidRPr="00DC236A">
        <w:rPr>
          <w:sz w:val="28"/>
          <w:szCs w:val="28"/>
          <w:lang w:val="kk-KZ"/>
        </w:rPr>
        <w:t>№ 303 сайлау учаскесі</w:t>
      </w:r>
    </w:p>
    <w:p w14:paraId="5A510AA2"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 93 мектеп-лицей» шаруашылық жүргізу құқығындағы мемлекеттік коммуналдық кәсіпорны, </w:t>
      </w:r>
    </w:p>
    <w:p w14:paraId="7211BF51" w14:textId="77777777" w:rsidR="00634B77" w:rsidRPr="00DC236A" w:rsidRDefault="00634B77" w:rsidP="00634B77">
      <w:pPr>
        <w:keepNext/>
        <w:keepLines/>
        <w:ind w:firstLine="709"/>
        <w:jc w:val="center"/>
        <w:rPr>
          <w:sz w:val="28"/>
          <w:szCs w:val="28"/>
          <w:lang w:val="kk-KZ"/>
        </w:rPr>
      </w:pPr>
      <w:r w:rsidRPr="00DC236A">
        <w:rPr>
          <w:sz w:val="28"/>
          <w:szCs w:val="28"/>
          <w:lang w:val="kk-KZ"/>
        </w:rPr>
        <w:t>Ж. Нәжімеденов көшесі, № 24)</w:t>
      </w:r>
    </w:p>
    <w:p w14:paraId="2DE577CB" w14:textId="77777777" w:rsidR="00634B77" w:rsidRPr="00DC236A" w:rsidRDefault="00634B77" w:rsidP="00634B77">
      <w:pPr>
        <w:keepNext/>
        <w:keepLines/>
        <w:ind w:firstLine="709"/>
        <w:jc w:val="center"/>
        <w:rPr>
          <w:sz w:val="28"/>
          <w:szCs w:val="28"/>
          <w:lang w:val="kk-KZ"/>
        </w:rPr>
      </w:pPr>
    </w:p>
    <w:p w14:paraId="573179D7" w14:textId="77777777" w:rsidR="00634B77" w:rsidRPr="00DC236A" w:rsidRDefault="00634B77" w:rsidP="00634B77">
      <w:pPr>
        <w:ind w:firstLine="709"/>
        <w:jc w:val="both"/>
        <w:rPr>
          <w:sz w:val="28"/>
          <w:szCs w:val="28"/>
          <w:lang w:val="kk-KZ"/>
        </w:rPr>
      </w:pPr>
      <w:r w:rsidRPr="00DC236A">
        <w:rPr>
          <w:sz w:val="28"/>
          <w:szCs w:val="28"/>
          <w:lang w:val="kk-KZ"/>
        </w:rPr>
        <w:t>Шекарасы: С. Нұрмағамбетов көшесінен Ж. Нәжімеденов көшесінің жұп сандар жағымен К. Әзірбаев көшесіне дейін, К. Әзірбаев көшесінің тақ сандар жағымен Ш. Қалдаяқов көшесіне дейін, Ш. Қалдаяқов көшесінің тақ сандар жағымен С. Нұрмағамбетов көшесіне дейін, С. Нұрмағамбетов көшесінің жұп сандар жағымен, Ш. Қалдаяқов көшесіндегі № 23/2 үйді қоспағанда, Ж. Нәжімеденов көшесіне дейін.</w:t>
      </w:r>
    </w:p>
    <w:p w14:paraId="201C17CE" w14:textId="77777777" w:rsidR="00634B77" w:rsidRPr="00DC236A" w:rsidRDefault="00634B77" w:rsidP="00634B77">
      <w:pPr>
        <w:ind w:firstLine="709"/>
        <w:jc w:val="both"/>
        <w:rPr>
          <w:sz w:val="28"/>
          <w:szCs w:val="28"/>
          <w:lang w:val="kk-KZ"/>
        </w:rPr>
      </w:pPr>
    </w:p>
    <w:p w14:paraId="70CA067C" w14:textId="77777777" w:rsidR="00634B77" w:rsidRPr="00DC236A" w:rsidRDefault="00634B77" w:rsidP="00634B77">
      <w:pPr>
        <w:keepNext/>
        <w:keepLines/>
        <w:ind w:firstLine="709"/>
        <w:jc w:val="center"/>
        <w:rPr>
          <w:sz w:val="28"/>
          <w:szCs w:val="28"/>
          <w:lang w:val="kk-KZ"/>
        </w:rPr>
      </w:pPr>
      <w:r w:rsidRPr="00DC236A">
        <w:rPr>
          <w:sz w:val="28"/>
          <w:szCs w:val="28"/>
          <w:lang w:val="kk-KZ"/>
        </w:rPr>
        <w:t>№ 304 сайлау учаскесі</w:t>
      </w:r>
      <w:r w:rsidRPr="00DC236A">
        <w:rPr>
          <w:sz w:val="28"/>
          <w:szCs w:val="28"/>
          <w:lang w:val="kk-KZ"/>
        </w:rPr>
        <w:br/>
        <w:t>(орталығы – Астана қаласы әкімдігінің «№ 72 мектеп-лицей» шаруашылық жүргізу құқығындағы мемлекеттік коммуналдық кәсіпорны, А. Байтұрсынұлы көшесі, № 25)</w:t>
      </w:r>
    </w:p>
    <w:p w14:paraId="1167BC49" w14:textId="77777777" w:rsidR="00634B77" w:rsidRPr="00DC236A" w:rsidRDefault="00634B77" w:rsidP="00634B77">
      <w:pPr>
        <w:keepNext/>
        <w:keepLines/>
        <w:rPr>
          <w:sz w:val="28"/>
          <w:szCs w:val="28"/>
          <w:lang w:val="kk-KZ"/>
        </w:rPr>
      </w:pPr>
    </w:p>
    <w:p w14:paraId="53AEEC19" w14:textId="77777777" w:rsidR="00634B77" w:rsidRPr="00634B77" w:rsidRDefault="00634B77" w:rsidP="00634B77">
      <w:pPr>
        <w:ind w:firstLine="709"/>
        <w:jc w:val="both"/>
        <w:rPr>
          <w:sz w:val="28"/>
          <w:szCs w:val="28"/>
          <w:lang w:val="kk-KZ"/>
        </w:rPr>
      </w:pPr>
      <w:r w:rsidRPr="00DC236A">
        <w:rPr>
          <w:sz w:val="28"/>
          <w:szCs w:val="28"/>
          <w:lang w:val="kk-KZ"/>
        </w:rPr>
        <w:t>Шекарасы: С. Нұрмағамбетов көшесінен бастап, Р. Қошқарбаев даңғылының жұп сандар жағымен М. Жұмабаев даңғылына дейін, М. Жұмабаев даңғылының тақ сандар жағымен К. Әзірбаев көшесіне дейін, К. Әзірбаев көшесінің тақ сандар жағымен А. Байтұрсынұлы көшесіне дейін, А. Байтұрсынұлы көшесінің тақ сандар жағымен С. Нұрмағамбетов көшесіне дейін, С. Нұрмағамбетов көшесінің жұп сандар жағымен</w:t>
      </w:r>
      <w:r w:rsidRPr="00DC236A">
        <w:rPr>
          <w:b/>
          <w:sz w:val="28"/>
          <w:szCs w:val="28"/>
          <w:lang w:val="kk-KZ"/>
        </w:rPr>
        <w:t xml:space="preserve"> </w:t>
      </w:r>
      <w:r w:rsidRPr="00361D60">
        <w:rPr>
          <w:rStyle w:val="ae"/>
          <w:color w:val="000000" w:themeColor="text1"/>
          <w:sz w:val="28"/>
          <w:szCs w:val="28"/>
          <w:u w:val="none"/>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 Қошқарбаев даңғылы </w:t>
      </w:r>
      <w:r w:rsidRPr="00361D60">
        <w:rPr>
          <w:rStyle w:val="ae"/>
          <w:color w:val="000000" w:themeColor="text1"/>
          <w:sz w:val="28"/>
          <w:szCs w:val="28"/>
          <w:u w:val="none"/>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бойындағы № 44, 46, 46/1, 46/2, 48, 50, 50/1 үйлерді және К. Әзірбаев көшесіндегі № 37/1, 39, 41 үйлерді қоспағанда,</w:t>
      </w:r>
      <w:r w:rsidRPr="00361D60">
        <w:rPr>
          <w:color w:val="000000" w:themeColor="text1"/>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 Қошқарбаев даңғылын</w:t>
      </w:r>
      <w:r w:rsidRPr="00634B77">
        <w:rPr>
          <w:sz w:val="28"/>
          <w:szCs w:val="28"/>
          <w:lang w:val="kk-KZ"/>
        </w:rPr>
        <w:t>а дейін.</w:t>
      </w:r>
    </w:p>
    <w:p w14:paraId="78A46208" w14:textId="77777777" w:rsidR="00634B77" w:rsidRPr="00DC236A" w:rsidRDefault="00634B77" w:rsidP="00634B77">
      <w:pPr>
        <w:ind w:firstLine="709"/>
        <w:jc w:val="both"/>
        <w:rPr>
          <w:b/>
          <w:sz w:val="28"/>
          <w:szCs w:val="28"/>
          <w:lang w:val="kk-KZ"/>
        </w:rPr>
      </w:pPr>
    </w:p>
    <w:p w14:paraId="5551BCC6" w14:textId="77777777" w:rsidR="00634B77" w:rsidRPr="00DC236A" w:rsidRDefault="00634B77" w:rsidP="00634B77">
      <w:pPr>
        <w:keepNext/>
        <w:keepLines/>
        <w:ind w:firstLine="709"/>
        <w:jc w:val="center"/>
        <w:rPr>
          <w:sz w:val="28"/>
          <w:szCs w:val="28"/>
          <w:lang w:val="kk-KZ"/>
        </w:rPr>
      </w:pPr>
      <w:r w:rsidRPr="00DC236A">
        <w:rPr>
          <w:sz w:val="28"/>
          <w:szCs w:val="28"/>
          <w:lang w:val="kk-KZ"/>
        </w:rPr>
        <w:t>№ 305 сайлау учаскесі</w:t>
      </w:r>
    </w:p>
    <w:p w14:paraId="3BC3D91D"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102 жалпы орта білім беретін мектеп» коммуналдық мемлекеттік мекемесі, А. Байтұрсынұлы көшесі, № 7)</w:t>
      </w:r>
    </w:p>
    <w:p w14:paraId="636CF790" w14:textId="77777777" w:rsidR="00634B77" w:rsidRPr="00DC236A" w:rsidRDefault="00634B77" w:rsidP="00634B77">
      <w:pPr>
        <w:keepNext/>
        <w:keepLines/>
        <w:ind w:firstLine="709"/>
        <w:jc w:val="center"/>
        <w:rPr>
          <w:sz w:val="28"/>
          <w:szCs w:val="28"/>
          <w:lang w:val="kk-KZ"/>
        </w:rPr>
      </w:pPr>
    </w:p>
    <w:p w14:paraId="66623AD5" w14:textId="77777777" w:rsidR="00634B77" w:rsidRPr="00DC236A" w:rsidRDefault="00634B77" w:rsidP="00634B77">
      <w:pPr>
        <w:ind w:firstLine="709"/>
        <w:jc w:val="both"/>
        <w:rPr>
          <w:sz w:val="28"/>
          <w:szCs w:val="28"/>
          <w:lang w:val="kk-KZ"/>
        </w:rPr>
      </w:pPr>
      <w:r w:rsidRPr="00DC236A">
        <w:rPr>
          <w:sz w:val="28"/>
          <w:szCs w:val="28"/>
          <w:lang w:val="kk-KZ"/>
        </w:rPr>
        <w:t>Шекарасы: Р. Қошқарбаев даңғылы, № 8, 10, 10/1 үйлер, А. Байтұрсынұлы көшесі, № 7, 9 үйлер, Тәуелсіздік даңғылы, № 48 үй.</w:t>
      </w:r>
    </w:p>
    <w:p w14:paraId="6177F051" w14:textId="77777777" w:rsidR="00634B77" w:rsidRPr="00DC236A" w:rsidRDefault="00634B77" w:rsidP="00634B77">
      <w:pPr>
        <w:ind w:firstLine="709"/>
        <w:jc w:val="center"/>
        <w:rPr>
          <w:sz w:val="28"/>
          <w:szCs w:val="28"/>
          <w:lang w:val="kk-KZ"/>
        </w:rPr>
      </w:pPr>
    </w:p>
    <w:p w14:paraId="514B45B1" w14:textId="77777777" w:rsidR="00634B77" w:rsidRPr="00DC236A" w:rsidRDefault="00634B77" w:rsidP="00634B77">
      <w:pPr>
        <w:keepNext/>
        <w:keepLines/>
        <w:ind w:firstLine="709"/>
        <w:jc w:val="center"/>
        <w:rPr>
          <w:sz w:val="28"/>
          <w:szCs w:val="28"/>
          <w:lang w:val="kk-KZ"/>
        </w:rPr>
      </w:pPr>
      <w:r w:rsidRPr="00DC236A">
        <w:rPr>
          <w:sz w:val="28"/>
          <w:szCs w:val="28"/>
          <w:lang w:val="kk-KZ"/>
        </w:rPr>
        <w:t>№ 306 сайлау учаскесі</w:t>
      </w:r>
      <w:r w:rsidRPr="00DC236A">
        <w:rPr>
          <w:lang w:val="kk-KZ"/>
        </w:rPr>
        <w:br/>
      </w:r>
      <w:r w:rsidRPr="00DC236A">
        <w:rPr>
          <w:sz w:val="28"/>
          <w:szCs w:val="28"/>
          <w:lang w:val="kk-KZ"/>
        </w:rPr>
        <w:t xml:space="preserve">(орталығы – Астана қаласы әкімдігінің «№ 98 мектеп-лицей» шаруашылық жүргізу құқығындағы мемлекеттік коммуналдық кәсіпорны, </w:t>
      </w:r>
    </w:p>
    <w:p w14:paraId="4FBD7137" w14:textId="77777777" w:rsidR="00634B77" w:rsidRPr="00DC236A" w:rsidRDefault="00634B77" w:rsidP="00634B77">
      <w:pPr>
        <w:keepNext/>
        <w:keepLines/>
        <w:ind w:firstLine="709"/>
        <w:jc w:val="center"/>
        <w:rPr>
          <w:sz w:val="28"/>
          <w:szCs w:val="28"/>
          <w:lang w:val="kk-KZ"/>
        </w:rPr>
      </w:pPr>
      <w:r w:rsidRPr="00DC236A">
        <w:rPr>
          <w:sz w:val="28"/>
          <w:szCs w:val="28"/>
          <w:lang w:val="kk-KZ"/>
        </w:rPr>
        <w:t>Ж. Нәжімеденов көшесі, № 8)</w:t>
      </w:r>
    </w:p>
    <w:p w14:paraId="31AD239F" w14:textId="77777777" w:rsidR="00634B77" w:rsidRPr="00DC236A" w:rsidRDefault="00634B77" w:rsidP="00634B77">
      <w:pPr>
        <w:keepNext/>
        <w:keepLines/>
        <w:ind w:firstLine="709"/>
        <w:jc w:val="center"/>
        <w:rPr>
          <w:sz w:val="28"/>
          <w:szCs w:val="28"/>
          <w:lang w:val="kk-KZ"/>
        </w:rPr>
      </w:pPr>
    </w:p>
    <w:p w14:paraId="5A3C6007" w14:textId="77777777" w:rsidR="00634B77" w:rsidRPr="00DC236A" w:rsidRDefault="00634B77" w:rsidP="00634B77">
      <w:pPr>
        <w:ind w:firstLine="709"/>
        <w:jc w:val="both"/>
        <w:rPr>
          <w:sz w:val="28"/>
          <w:szCs w:val="28"/>
          <w:lang w:val="kk-KZ"/>
        </w:rPr>
      </w:pPr>
      <w:r w:rsidRPr="00DC236A">
        <w:rPr>
          <w:sz w:val="28"/>
          <w:szCs w:val="28"/>
          <w:lang w:val="kk-KZ"/>
        </w:rPr>
        <w:t>Шекарасы:</w:t>
      </w:r>
      <w:r w:rsidRPr="00DC236A">
        <w:rPr>
          <w:lang w:val="kk-KZ"/>
        </w:rPr>
        <w:t xml:space="preserve"> </w:t>
      </w:r>
      <w:r w:rsidRPr="00DC236A">
        <w:rPr>
          <w:sz w:val="28"/>
          <w:szCs w:val="28"/>
          <w:lang w:val="kk-KZ"/>
        </w:rPr>
        <w:t>Ж. Нәжімеденов көшесі, № 2, 4, 4/1, 8, 10, 10/1, 10/2, 10/3, 10/4 үйлер, Ш. Қалдаяқов көшесі, № 13 үй.</w:t>
      </w:r>
    </w:p>
    <w:p w14:paraId="593CE181" w14:textId="77777777" w:rsidR="00634B77" w:rsidRPr="00DC236A" w:rsidRDefault="00634B77" w:rsidP="00634B77">
      <w:pPr>
        <w:ind w:firstLine="709"/>
        <w:jc w:val="both"/>
        <w:rPr>
          <w:sz w:val="28"/>
          <w:szCs w:val="28"/>
          <w:lang w:val="kk-KZ"/>
        </w:rPr>
      </w:pPr>
    </w:p>
    <w:p w14:paraId="0FA40076" w14:textId="77777777" w:rsidR="00634B77" w:rsidRPr="00DC236A" w:rsidRDefault="00634B77" w:rsidP="00634B77">
      <w:pPr>
        <w:keepNext/>
        <w:keepLines/>
        <w:ind w:firstLine="709"/>
        <w:jc w:val="center"/>
        <w:rPr>
          <w:sz w:val="28"/>
          <w:szCs w:val="28"/>
          <w:lang w:val="kk-KZ"/>
        </w:rPr>
      </w:pPr>
      <w:r w:rsidRPr="00DC236A">
        <w:rPr>
          <w:sz w:val="28"/>
          <w:szCs w:val="28"/>
          <w:lang w:val="kk-KZ"/>
        </w:rPr>
        <w:t>№ 307 сайлау учаскесі</w:t>
      </w:r>
    </w:p>
    <w:p w14:paraId="21B2663E"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«Мұхтар Әуезов атындағы </w:t>
      </w:r>
    </w:p>
    <w:p w14:paraId="540914EA" w14:textId="77777777" w:rsidR="00634B77" w:rsidRPr="00DC236A" w:rsidRDefault="00634B77" w:rsidP="00634B77">
      <w:pPr>
        <w:keepNext/>
        <w:keepLines/>
        <w:ind w:firstLine="709"/>
        <w:jc w:val="center"/>
        <w:rPr>
          <w:sz w:val="28"/>
          <w:szCs w:val="28"/>
          <w:lang w:val="kk-KZ"/>
        </w:rPr>
      </w:pPr>
      <w:r w:rsidRPr="00DC236A">
        <w:rPr>
          <w:sz w:val="28"/>
          <w:szCs w:val="28"/>
          <w:lang w:val="kk-KZ"/>
        </w:rPr>
        <w:t>№ 86 мектеп-гимназия» шаруашылық жүргізу құқығындағы мемлекеттік коммуналдық кәсіпорны, А. </w:t>
      </w:r>
      <w:proofErr w:type="spellStart"/>
      <w:r w:rsidRPr="00DC236A">
        <w:rPr>
          <w:sz w:val="28"/>
          <w:szCs w:val="28"/>
          <w:lang w:val="kk-KZ"/>
        </w:rPr>
        <w:t>Бөлекпаев</w:t>
      </w:r>
      <w:proofErr w:type="spellEnd"/>
      <w:r w:rsidRPr="00DC236A">
        <w:rPr>
          <w:sz w:val="28"/>
          <w:szCs w:val="28"/>
          <w:lang w:val="kk-KZ"/>
        </w:rPr>
        <w:t xml:space="preserve"> көшесі, № 20)</w:t>
      </w:r>
    </w:p>
    <w:p w14:paraId="7B743E47" w14:textId="77777777" w:rsidR="00634B77" w:rsidRPr="00DC236A" w:rsidRDefault="00634B77" w:rsidP="00634B77">
      <w:pPr>
        <w:keepNext/>
        <w:keepLines/>
        <w:ind w:firstLine="709"/>
        <w:jc w:val="center"/>
        <w:rPr>
          <w:sz w:val="28"/>
          <w:szCs w:val="28"/>
          <w:lang w:val="kk-KZ"/>
        </w:rPr>
      </w:pPr>
    </w:p>
    <w:p w14:paraId="358631DD" w14:textId="77777777" w:rsidR="00634B77" w:rsidRDefault="00634B77" w:rsidP="00634B77">
      <w:pPr>
        <w:ind w:firstLine="709"/>
        <w:jc w:val="both"/>
        <w:rPr>
          <w:sz w:val="28"/>
          <w:szCs w:val="28"/>
          <w:lang w:val="kk-KZ"/>
        </w:rPr>
      </w:pPr>
      <w:r w:rsidRPr="00DC236A">
        <w:rPr>
          <w:sz w:val="28"/>
          <w:szCs w:val="28"/>
          <w:lang w:val="kk-KZ"/>
        </w:rPr>
        <w:t>Шекарасы:</w:t>
      </w:r>
      <w:r w:rsidRPr="00DC236A">
        <w:rPr>
          <w:lang w:val="kk-KZ"/>
        </w:rPr>
        <w:t xml:space="preserve"> </w:t>
      </w:r>
      <w:r w:rsidRPr="00DC236A">
        <w:rPr>
          <w:sz w:val="28"/>
          <w:szCs w:val="28"/>
          <w:lang w:val="kk-KZ"/>
        </w:rPr>
        <w:t>Т. Жүргенов көшесі, № 28/1, 30, 30А, 30/1, 32 үйлер, Х. Доспанова көшесі, № 1, 1/1, 2, 2/1, 2/2, 2/3, 2П үйлер.</w:t>
      </w:r>
    </w:p>
    <w:p w14:paraId="7833BFBA" w14:textId="77777777" w:rsidR="00634B77" w:rsidRPr="0079478D" w:rsidRDefault="00634B77" w:rsidP="00634B77">
      <w:pPr>
        <w:ind w:firstLine="709"/>
        <w:jc w:val="both"/>
        <w:rPr>
          <w:sz w:val="28"/>
          <w:szCs w:val="28"/>
          <w:lang w:val="kk-KZ"/>
        </w:rPr>
      </w:pPr>
    </w:p>
    <w:p w14:paraId="744F379B" w14:textId="77777777" w:rsidR="00634B77" w:rsidRPr="00DC236A" w:rsidRDefault="00634B77" w:rsidP="00634B77">
      <w:pPr>
        <w:keepNext/>
        <w:keepLines/>
        <w:ind w:firstLine="709"/>
        <w:jc w:val="center"/>
        <w:rPr>
          <w:sz w:val="28"/>
          <w:lang w:val="kk-KZ"/>
        </w:rPr>
      </w:pPr>
      <w:r w:rsidRPr="00DC236A">
        <w:rPr>
          <w:sz w:val="28"/>
          <w:lang w:val="kk-KZ"/>
        </w:rPr>
        <w:t>№ 308 сайлау учаскесі</w:t>
      </w:r>
    </w:p>
    <w:p w14:paraId="1E152B06" w14:textId="77777777" w:rsidR="00634B77" w:rsidRPr="00DC236A" w:rsidRDefault="00634B77" w:rsidP="00634B77">
      <w:pPr>
        <w:keepNext/>
        <w:keepLines/>
        <w:ind w:firstLine="709"/>
        <w:jc w:val="center"/>
        <w:rPr>
          <w:sz w:val="28"/>
          <w:lang w:val="kk-KZ"/>
        </w:rPr>
      </w:pPr>
      <w:r w:rsidRPr="00DC236A">
        <w:rPr>
          <w:sz w:val="28"/>
          <w:lang w:val="kk-KZ"/>
        </w:rPr>
        <w:t xml:space="preserve">(орталығы – Астана қаласы әкімдігінің «Мұхтар Әуезов атындағы </w:t>
      </w:r>
    </w:p>
    <w:p w14:paraId="2D204672" w14:textId="77777777" w:rsidR="00634B77" w:rsidRPr="00DC236A" w:rsidRDefault="00634B77" w:rsidP="00634B77">
      <w:pPr>
        <w:keepNext/>
        <w:keepLines/>
        <w:ind w:firstLine="709"/>
        <w:jc w:val="center"/>
        <w:rPr>
          <w:sz w:val="28"/>
          <w:lang w:val="kk-KZ"/>
        </w:rPr>
      </w:pPr>
      <w:r w:rsidRPr="00DC236A">
        <w:rPr>
          <w:sz w:val="28"/>
          <w:lang w:val="kk-KZ"/>
        </w:rPr>
        <w:t xml:space="preserve">№ 86 мектеп-гимназия» шаруашылық жүргізу құқығындағы мемлекеттік </w:t>
      </w:r>
    </w:p>
    <w:p w14:paraId="4A3B3EE8" w14:textId="77777777" w:rsidR="00634B77" w:rsidRPr="00DC236A" w:rsidRDefault="00634B77" w:rsidP="00634B77">
      <w:pPr>
        <w:keepNext/>
        <w:keepLines/>
        <w:ind w:firstLine="709"/>
        <w:jc w:val="center"/>
        <w:rPr>
          <w:sz w:val="28"/>
          <w:lang w:val="kk-KZ"/>
        </w:rPr>
      </w:pPr>
      <w:r w:rsidRPr="00DC236A">
        <w:rPr>
          <w:sz w:val="28"/>
          <w:lang w:val="kk-KZ"/>
        </w:rPr>
        <w:t>коммуналдық кәсіпорны, А. </w:t>
      </w:r>
      <w:proofErr w:type="spellStart"/>
      <w:r w:rsidRPr="00DC236A">
        <w:rPr>
          <w:sz w:val="28"/>
          <w:lang w:val="kk-KZ"/>
        </w:rPr>
        <w:t>Бөлекпаев</w:t>
      </w:r>
      <w:proofErr w:type="spellEnd"/>
      <w:r w:rsidRPr="00DC236A">
        <w:rPr>
          <w:sz w:val="28"/>
          <w:lang w:val="kk-KZ"/>
        </w:rPr>
        <w:t xml:space="preserve"> көшесі, № 20)</w:t>
      </w:r>
    </w:p>
    <w:p w14:paraId="5DE92CA9" w14:textId="77777777" w:rsidR="00634B77" w:rsidRPr="00DC236A" w:rsidRDefault="00634B77" w:rsidP="00634B77">
      <w:pPr>
        <w:keepNext/>
        <w:keepLines/>
        <w:ind w:firstLine="709"/>
        <w:jc w:val="center"/>
        <w:rPr>
          <w:sz w:val="28"/>
          <w:szCs w:val="28"/>
          <w:lang w:val="kk-KZ"/>
        </w:rPr>
      </w:pPr>
    </w:p>
    <w:p w14:paraId="55633C30" w14:textId="77777777" w:rsidR="00634B77" w:rsidRPr="00DC236A" w:rsidRDefault="00634B77" w:rsidP="00634B77">
      <w:pPr>
        <w:ind w:firstLine="709"/>
        <w:jc w:val="both"/>
        <w:rPr>
          <w:b/>
          <w:sz w:val="28"/>
          <w:szCs w:val="28"/>
          <w:lang w:val="kk-KZ"/>
        </w:rPr>
      </w:pPr>
      <w:r w:rsidRPr="00DC236A">
        <w:rPr>
          <w:sz w:val="28"/>
          <w:szCs w:val="28"/>
          <w:lang w:val="kk-KZ"/>
        </w:rPr>
        <w:t>Шекарасы: А. Байтұрсынұлы көшесінен Т. Жүргенов көшесінің жұп сандар жағымен А. </w:t>
      </w:r>
      <w:proofErr w:type="spellStart"/>
      <w:r w:rsidRPr="00DC236A">
        <w:rPr>
          <w:sz w:val="28"/>
          <w:szCs w:val="28"/>
          <w:lang w:val="kk-KZ"/>
        </w:rPr>
        <w:t>Бөлекпаев</w:t>
      </w:r>
      <w:proofErr w:type="spellEnd"/>
      <w:r w:rsidRPr="00DC236A">
        <w:rPr>
          <w:sz w:val="28"/>
          <w:szCs w:val="28"/>
          <w:lang w:val="kk-KZ"/>
        </w:rPr>
        <w:t xml:space="preserve"> көшесіне дейін, А. </w:t>
      </w:r>
      <w:proofErr w:type="spellStart"/>
      <w:r w:rsidRPr="00DC236A">
        <w:rPr>
          <w:sz w:val="28"/>
          <w:szCs w:val="28"/>
          <w:lang w:val="kk-KZ"/>
        </w:rPr>
        <w:t>Бөлекпаев</w:t>
      </w:r>
      <w:proofErr w:type="spellEnd"/>
      <w:r w:rsidRPr="00DC236A">
        <w:rPr>
          <w:sz w:val="28"/>
          <w:szCs w:val="28"/>
          <w:lang w:val="kk-KZ"/>
        </w:rPr>
        <w:t xml:space="preserve"> көшесінің</w:t>
      </w:r>
      <w:r>
        <w:rPr>
          <w:sz w:val="28"/>
          <w:szCs w:val="28"/>
          <w:lang w:val="kk-KZ"/>
        </w:rPr>
        <w:t xml:space="preserve"> жұп сандар жағымен А75 көшеге дейін, А75 көше</w:t>
      </w:r>
      <w:r w:rsidRPr="00DC236A">
        <w:rPr>
          <w:sz w:val="28"/>
          <w:szCs w:val="28"/>
          <w:lang w:val="kk-KZ"/>
        </w:rPr>
        <w:t>нің жұп сандар жағымен А. Байтұрсынұлы көшесіне дейін, А. Байтұрсынұлы көшесінің тақ сандар жағымен Т. Жүргенов көшесіне дейін.</w:t>
      </w:r>
    </w:p>
    <w:p w14:paraId="5B08F3BF" w14:textId="77777777" w:rsidR="00634B77" w:rsidRPr="00DC236A" w:rsidRDefault="00634B77" w:rsidP="00634B77">
      <w:pPr>
        <w:rPr>
          <w:sz w:val="28"/>
          <w:lang w:val="kk-KZ"/>
        </w:rPr>
      </w:pPr>
    </w:p>
    <w:p w14:paraId="017BDF53" w14:textId="77777777" w:rsidR="00634B77" w:rsidRPr="00DC236A" w:rsidRDefault="00634B77" w:rsidP="00634B77">
      <w:pPr>
        <w:keepNext/>
        <w:keepLines/>
        <w:ind w:firstLine="709"/>
        <w:jc w:val="center"/>
        <w:rPr>
          <w:sz w:val="28"/>
          <w:lang w:val="kk-KZ"/>
        </w:rPr>
      </w:pPr>
      <w:r w:rsidRPr="00DC236A">
        <w:rPr>
          <w:sz w:val="28"/>
          <w:lang w:val="kk-KZ"/>
        </w:rPr>
        <w:t>№ 309 сайлау учаскесі</w:t>
      </w:r>
    </w:p>
    <w:p w14:paraId="08332D13" w14:textId="77777777" w:rsidR="00634B77" w:rsidRPr="00DC236A" w:rsidRDefault="00634B77" w:rsidP="00634B77">
      <w:pPr>
        <w:keepNext/>
        <w:keepLines/>
        <w:ind w:firstLine="709"/>
        <w:jc w:val="center"/>
        <w:rPr>
          <w:sz w:val="28"/>
          <w:lang w:val="kk-KZ"/>
        </w:rPr>
      </w:pPr>
      <w:r w:rsidRPr="00DC236A">
        <w:rPr>
          <w:sz w:val="28"/>
          <w:lang w:val="kk-KZ"/>
        </w:rPr>
        <w:t xml:space="preserve">(орталығы – «Нұрлы жол» теміржол вокзалы, </w:t>
      </w:r>
    </w:p>
    <w:p w14:paraId="2E54F50A" w14:textId="77777777" w:rsidR="00634B77" w:rsidRPr="00DC236A" w:rsidRDefault="00634B77" w:rsidP="00634B77">
      <w:pPr>
        <w:keepNext/>
        <w:keepLines/>
        <w:ind w:firstLine="709"/>
        <w:jc w:val="center"/>
        <w:rPr>
          <w:sz w:val="28"/>
          <w:lang w:val="kk-KZ"/>
        </w:rPr>
      </w:pPr>
      <w:r w:rsidRPr="00DC236A">
        <w:rPr>
          <w:sz w:val="28"/>
          <w:lang w:val="kk-KZ"/>
        </w:rPr>
        <w:t>М. </w:t>
      </w:r>
      <w:proofErr w:type="spellStart"/>
      <w:r w:rsidRPr="00DC236A">
        <w:rPr>
          <w:sz w:val="28"/>
          <w:lang w:val="kk-KZ"/>
        </w:rPr>
        <w:t>Тынышбайұлы</w:t>
      </w:r>
      <w:proofErr w:type="spellEnd"/>
      <w:r w:rsidRPr="00DC236A">
        <w:rPr>
          <w:sz w:val="28"/>
          <w:lang w:val="kk-KZ"/>
        </w:rPr>
        <w:t xml:space="preserve"> көшесі, № 8)</w:t>
      </w:r>
    </w:p>
    <w:p w14:paraId="0C495C63" w14:textId="77777777" w:rsidR="00634B77" w:rsidRPr="00DC236A" w:rsidRDefault="00634B77" w:rsidP="00634B77">
      <w:pPr>
        <w:keepNext/>
        <w:keepLines/>
        <w:ind w:firstLine="709"/>
        <w:jc w:val="center"/>
        <w:rPr>
          <w:sz w:val="28"/>
          <w:lang w:val="kk-KZ"/>
        </w:rPr>
      </w:pPr>
    </w:p>
    <w:p w14:paraId="7569F254" w14:textId="77777777" w:rsidR="00634B77" w:rsidRPr="00DC236A" w:rsidRDefault="00634B77" w:rsidP="00634B77">
      <w:pPr>
        <w:ind w:firstLine="709"/>
        <w:jc w:val="both"/>
        <w:rPr>
          <w:sz w:val="28"/>
          <w:szCs w:val="28"/>
          <w:lang w:val="kk-KZ"/>
        </w:rPr>
      </w:pPr>
      <w:r w:rsidRPr="00361D60">
        <w:rPr>
          <w:rStyle w:val="ae"/>
          <w:bCs/>
          <w:color w:val="000000" w:themeColor="text1"/>
          <w:sz w:val="28"/>
          <w:szCs w:val="28"/>
          <w:u w:val="none"/>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Шекарасы:</w:t>
      </w:r>
      <w:r w:rsidRPr="00DC236A">
        <w:rPr>
          <w:sz w:val="28"/>
          <w:szCs w:val="28"/>
          <w:lang w:val="kk-KZ"/>
        </w:rPr>
        <w:t xml:space="preserve"> Ж. Нәжімеденов көшесі, № 46, 52А, 54, 54/1 үйлер, Ш. Қалдаяқов көшесі, № 51, 55А үйлер.</w:t>
      </w:r>
    </w:p>
    <w:p w14:paraId="7C827716" w14:textId="77777777" w:rsidR="00634B77" w:rsidRPr="00DC236A" w:rsidRDefault="00634B77" w:rsidP="00634B77">
      <w:pPr>
        <w:ind w:firstLine="709"/>
        <w:jc w:val="both"/>
        <w:rPr>
          <w:sz w:val="28"/>
          <w:szCs w:val="28"/>
          <w:lang w:val="kk-KZ"/>
        </w:rPr>
      </w:pPr>
    </w:p>
    <w:p w14:paraId="341F853F"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310 сайлау учаскесі</w:t>
      </w:r>
    </w:p>
    <w:p w14:paraId="38479E46"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«Томирис» медициналық колледжі» жауапкершілігі шектеулі серіктестігі, Р. Қошқарбаев даңғылы, № 68)</w:t>
      </w:r>
    </w:p>
    <w:p w14:paraId="2E8FBBD9" w14:textId="77777777" w:rsidR="00634B77" w:rsidRPr="00DC236A" w:rsidRDefault="00634B77" w:rsidP="00634B77">
      <w:pPr>
        <w:keepNext/>
        <w:keepLines/>
        <w:ind w:firstLine="709"/>
        <w:jc w:val="center"/>
        <w:rPr>
          <w:lang w:val="kk-KZ"/>
        </w:rPr>
      </w:pPr>
    </w:p>
    <w:p w14:paraId="5B263432" w14:textId="77777777" w:rsidR="00634B77" w:rsidRPr="00DC236A" w:rsidRDefault="00634B77" w:rsidP="00634B77">
      <w:pPr>
        <w:ind w:firstLine="709"/>
        <w:jc w:val="both"/>
        <w:rPr>
          <w:sz w:val="28"/>
          <w:szCs w:val="28"/>
          <w:lang w:val="kk-KZ"/>
        </w:rPr>
      </w:pPr>
      <w:r w:rsidRPr="00DC236A">
        <w:rPr>
          <w:sz w:val="28"/>
          <w:szCs w:val="28"/>
          <w:lang w:val="kk-KZ"/>
        </w:rPr>
        <w:t>Шекарасы: теміржолдан Р. Қошқарбаев даңғылына дейін, Р. Қошқарбаев даңғылының жұп сандар жағымен М. Төлебаев көшесіне дейін, М. Төлебаев көшесінің тақ сандар жағымен «Астана – Қарағанды» тас жолына дейін, «Астана – Қарағанды» тас жолының жұп сандар жағымен айналма жолға дейін, айналма жолмен теміржолға дейін, теміржолмен Р. Қошқарбаев даңғылына дейін.</w:t>
      </w:r>
    </w:p>
    <w:p w14:paraId="63AD3D20" w14:textId="77777777" w:rsidR="00634B77" w:rsidRPr="00DC236A" w:rsidRDefault="00634B77" w:rsidP="00634B77">
      <w:pPr>
        <w:ind w:firstLine="709"/>
        <w:jc w:val="both"/>
        <w:rPr>
          <w:sz w:val="28"/>
          <w:szCs w:val="28"/>
          <w:lang w:val="kk-KZ"/>
        </w:rPr>
      </w:pPr>
    </w:p>
    <w:p w14:paraId="080EE219" w14:textId="77777777" w:rsidR="00634B77" w:rsidRPr="00DC236A" w:rsidRDefault="00634B77" w:rsidP="00634B77">
      <w:pPr>
        <w:keepNext/>
        <w:keepLines/>
        <w:ind w:firstLine="709"/>
        <w:jc w:val="center"/>
        <w:rPr>
          <w:sz w:val="28"/>
          <w:lang w:val="kk-KZ"/>
        </w:rPr>
      </w:pPr>
      <w:r w:rsidRPr="00DC236A">
        <w:rPr>
          <w:sz w:val="28"/>
          <w:lang w:val="kk-KZ"/>
        </w:rPr>
        <w:t>№ 311 сайлау учаскесі</w:t>
      </w:r>
    </w:p>
    <w:p w14:paraId="3E049B05" w14:textId="77777777" w:rsidR="00634B77" w:rsidRPr="00DC236A" w:rsidRDefault="00634B77" w:rsidP="00634B77">
      <w:pPr>
        <w:keepNext/>
        <w:keepLines/>
        <w:jc w:val="center"/>
        <w:rPr>
          <w:sz w:val="28"/>
          <w:lang w:val="kk-KZ"/>
        </w:rPr>
      </w:pPr>
      <w:r w:rsidRPr="00DC236A">
        <w:rPr>
          <w:sz w:val="28"/>
          <w:lang w:val="kk-KZ"/>
        </w:rPr>
        <w:t xml:space="preserve">(орталығы – «BINOM EDUCATION» жауапкершілігі шектеулі серіктестігінің </w:t>
      </w:r>
    </w:p>
    <w:p w14:paraId="51BBE2A9" w14:textId="77777777" w:rsidR="00634B77" w:rsidRPr="00DC236A" w:rsidRDefault="00634B77" w:rsidP="00634B77">
      <w:pPr>
        <w:keepNext/>
        <w:keepLines/>
        <w:ind w:firstLine="709"/>
        <w:jc w:val="center"/>
        <w:rPr>
          <w:sz w:val="28"/>
          <w:lang w:val="kk-KZ"/>
        </w:rPr>
      </w:pPr>
      <w:r w:rsidRPr="00DC236A">
        <w:rPr>
          <w:sz w:val="28"/>
          <w:lang w:val="kk-KZ"/>
        </w:rPr>
        <w:t>А. Байтұрсынұлы атындағы «</w:t>
      </w:r>
      <w:proofErr w:type="spellStart"/>
      <w:r w:rsidRPr="00DC236A">
        <w:rPr>
          <w:sz w:val="28"/>
          <w:lang w:val="kk-KZ"/>
        </w:rPr>
        <w:t>Binom</w:t>
      </w:r>
      <w:proofErr w:type="spellEnd"/>
      <w:r w:rsidRPr="00DC236A">
        <w:rPr>
          <w:sz w:val="28"/>
          <w:lang w:val="kk-KZ"/>
        </w:rPr>
        <w:t xml:space="preserve"> </w:t>
      </w:r>
      <w:proofErr w:type="spellStart"/>
      <w:r w:rsidRPr="00DC236A">
        <w:rPr>
          <w:sz w:val="28"/>
          <w:lang w:val="kk-KZ"/>
        </w:rPr>
        <w:t>school</w:t>
      </w:r>
      <w:proofErr w:type="spellEnd"/>
      <w:r w:rsidRPr="00DC236A">
        <w:rPr>
          <w:sz w:val="28"/>
          <w:lang w:val="kk-KZ"/>
        </w:rPr>
        <w:t>» мектеп-лицейі,</w:t>
      </w:r>
    </w:p>
    <w:p w14:paraId="2FF3510D" w14:textId="77777777" w:rsidR="00634B77" w:rsidRPr="00DC236A" w:rsidRDefault="00634B77" w:rsidP="00634B77">
      <w:pPr>
        <w:keepNext/>
        <w:keepLines/>
        <w:jc w:val="center"/>
        <w:rPr>
          <w:sz w:val="28"/>
          <w:lang w:val="kk-KZ"/>
        </w:rPr>
      </w:pPr>
      <w:r w:rsidRPr="00DC236A">
        <w:rPr>
          <w:sz w:val="28"/>
          <w:lang w:val="kk-KZ"/>
        </w:rPr>
        <w:t>А. Байтұрсынұлы көшесі, № 49А)</w:t>
      </w:r>
    </w:p>
    <w:p w14:paraId="24792987" w14:textId="77777777" w:rsidR="00634B77" w:rsidRPr="00DC236A" w:rsidRDefault="00634B77" w:rsidP="00634B77">
      <w:pPr>
        <w:keepNext/>
        <w:keepLines/>
        <w:jc w:val="both"/>
        <w:rPr>
          <w:sz w:val="28"/>
          <w:lang w:val="kk-KZ"/>
        </w:rPr>
      </w:pPr>
    </w:p>
    <w:p w14:paraId="573AF6A9" w14:textId="77777777" w:rsidR="00634B77" w:rsidRPr="00DC236A" w:rsidRDefault="00634B77" w:rsidP="00634B77">
      <w:pPr>
        <w:ind w:firstLine="709"/>
        <w:jc w:val="both"/>
        <w:rPr>
          <w:sz w:val="28"/>
          <w:szCs w:val="28"/>
          <w:lang w:val="kk-KZ"/>
        </w:rPr>
      </w:pPr>
      <w:r w:rsidRPr="00361D60">
        <w:rPr>
          <w:rStyle w:val="ae"/>
          <w:rFonts w:eastAsiaTheme="majorEastAsia"/>
          <w:color w:val="000000" w:themeColor="text1"/>
          <w:sz w:val="28"/>
          <w:szCs w:val="28"/>
          <w:u w:val="none"/>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Шекарасы:</w:t>
      </w:r>
      <w:r w:rsidRPr="00DC236A">
        <w:rPr>
          <w:b/>
          <w:sz w:val="28"/>
          <w:szCs w:val="28"/>
          <w:lang w:val="kk-KZ"/>
        </w:rPr>
        <w:t xml:space="preserve"> </w:t>
      </w:r>
      <w:r w:rsidRPr="00DC236A">
        <w:rPr>
          <w:sz w:val="28"/>
          <w:szCs w:val="28"/>
          <w:lang w:val="kk-KZ"/>
        </w:rPr>
        <w:t>А. Байтұрсынұлы көшесі, № 20, 20А, 20/2, 22, 47 үйлер, А. </w:t>
      </w:r>
      <w:proofErr w:type="spellStart"/>
      <w:r w:rsidRPr="00DC236A">
        <w:rPr>
          <w:sz w:val="28"/>
          <w:szCs w:val="28"/>
          <w:lang w:val="kk-KZ"/>
        </w:rPr>
        <w:t>Бөлекпаев</w:t>
      </w:r>
      <w:proofErr w:type="spellEnd"/>
      <w:r w:rsidRPr="00DC236A">
        <w:rPr>
          <w:sz w:val="28"/>
          <w:szCs w:val="28"/>
          <w:lang w:val="kk-KZ"/>
        </w:rPr>
        <w:t xml:space="preserve"> көшесі, № 22 үй, Ж. Нәжімеденов көшесі, № 17, 19 үйлер.</w:t>
      </w:r>
    </w:p>
    <w:p w14:paraId="0C158A57" w14:textId="77777777" w:rsidR="00634B77" w:rsidRPr="00DC236A" w:rsidRDefault="00634B77" w:rsidP="00634B77">
      <w:pPr>
        <w:ind w:firstLine="709"/>
        <w:jc w:val="both"/>
        <w:rPr>
          <w:sz w:val="28"/>
          <w:szCs w:val="28"/>
          <w:lang w:val="kk-KZ"/>
        </w:rPr>
      </w:pPr>
    </w:p>
    <w:p w14:paraId="3168D006" w14:textId="77777777" w:rsidR="00634B77" w:rsidRPr="00DC236A" w:rsidRDefault="00634B77" w:rsidP="00634B77">
      <w:pPr>
        <w:keepNext/>
        <w:keepLines/>
        <w:ind w:firstLine="709"/>
        <w:jc w:val="center"/>
        <w:rPr>
          <w:sz w:val="28"/>
          <w:lang w:val="kk-KZ"/>
        </w:rPr>
      </w:pPr>
      <w:r w:rsidRPr="00DC236A">
        <w:rPr>
          <w:sz w:val="28"/>
          <w:szCs w:val="28"/>
          <w:lang w:val="kk-KZ"/>
        </w:rPr>
        <w:t>№ 312 сайлау учаскесі</w:t>
      </w:r>
    </w:p>
    <w:p w14:paraId="1D01344C"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«Ыбырай Алтынсарин атындағы № 83 мектеп-гимназия» шаруашылық жүргізу құқығындағы мемлекеттік коммуналдық кәсіпорны, А. Байтұрсынұлы көшесі, № 35)</w:t>
      </w:r>
    </w:p>
    <w:p w14:paraId="52401157" w14:textId="77777777" w:rsidR="00634B77" w:rsidRPr="00DC236A" w:rsidRDefault="00634B77" w:rsidP="00634B77">
      <w:pPr>
        <w:keepNext/>
        <w:keepLines/>
        <w:ind w:firstLine="709"/>
        <w:jc w:val="center"/>
        <w:rPr>
          <w:sz w:val="28"/>
          <w:szCs w:val="28"/>
          <w:lang w:val="kk-KZ"/>
        </w:rPr>
      </w:pPr>
    </w:p>
    <w:p w14:paraId="7EE60640" w14:textId="77777777" w:rsidR="00634B77" w:rsidRPr="00DC236A" w:rsidRDefault="00634B77" w:rsidP="00634B77">
      <w:pPr>
        <w:ind w:firstLine="709"/>
        <w:jc w:val="both"/>
        <w:rPr>
          <w:sz w:val="28"/>
          <w:szCs w:val="28"/>
          <w:lang w:val="kk-KZ"/>
        </w:rPr>
      </w:pPr>
      <w:r w:rsidRPr="00DC236A">
        <w:rPr>
          <w:sz w:val="28"/>
          <w:lang w:val="kk-KZ"/>
        </w:rPr>
        <w:t>Шекарасы:</w:t>
      </w:r>
      <w:r w:rsidRPr="00DC236A">
        <w:rPr>
          <w:lang w:val="kk-KZ"/>
        </w:rPr>
        <w:t xml:space="preserve"> </w:t>
      </w:r>
      <w:r w:rsidRPr="00DC236A">
        <w:rPr>
          <w:sz w:val="28"/>
          <w:szCs w:val="28"/>
          <w:lang w:val="kk-KZ"/>
        </w:rPr>
        <w:t>Х. Доспанова көшесінен Т. Жүргенов көшесінің тақ сандар жағымен А. </w:t>
      </w:r>
      <w:proofErr w:type="spellStart"/>
      <w:r w:rsidRPr="00DC236A">
        <w:rPr>
          <w:sz w:val="28"/>
          <w:szCs w:val="28"/>
          <w:lang w:val="kk-KZ"/>
        </w:rPr>
        <w:t>Бөлекпаев</w:t>
      </w:r>
      <w:proofErr w:type="spellEnd"/>
      <w:r w:rsidRPr="00DC236A">
        <w:rPr>
          <w:sz w:val="28"/>
          <w:szCs w:val="28"/>
          <w:lang w:val="kk-KZ"/>
        </w:rPr>
        <w:t xml:space="preserve"> көшесіне дейін, А. </w:t>
      </w:r>
      <w:proofErr w:type="spellStart"/>
      <w:r w:rsidRPr="00DC236A">
        <w:rPr>
          <w:sz w:val="28"/>
          <w:szCs w:val="28"/>
          <w:lang w:val="kk-KZ"/>
        </w:rPr>
        <w:t>Бөлекпаев</w:t>
      </w:r>
      <w:proofErr w:type="spellEnd"/>
      <w:r w:rsidRPr="00DC236A">
        <w:rPr>
          <w:sz w:val="28"/>
          <w:szCs w:val="28"/>
          <w:lang w:val="kk-KZ"/>
        </w:rPr>
        <w:t xml:space="preserve"> көшесінің тақ сандар жағымен М. Жұмабаев даңғылына дейін, М. Жұмабаев даңғылының жұп сандар жағымен Х. Доспанова көшесіне дейін, Х. Доспанова көшесімен, А. </w:t>
      </w:r>
      <w:proofErr w:type="spellStart"/>
      <w:r w:rsidRPr="00DC236A">
        <w:rPr>
          <w:sz w:val="28"/>
          <w:szCs w:val="28"/>
          <w:lang w:val="kk-KZ"/>
        </w:rPr>
        <w:t>Бөлекпаев</w:t>
      </w:r>
      <w:proofErr w:type="spellEnd"/>
      <w:r w:rsidRPr="00DC236A">
        <w:rPr>
          <w:sz w:val="28"/>
          <w:szCs w:val="28"/>
          <w:lang w:val="kk-KZ"/>
        </w:rPr>
        <w:t xml:space="preserve"> көшесіндегі № 12, 13 үйлерді қоса алғанда, Т. Жүргенов көшесіне дейін.</w:t>
      </w:r>
    </w:p>
    <w:p w14:paraId="598AC8AC" w14:textId="77777777" w:rsidR="00634B77" w:rsidRPr="00DC236A" w:rsidRDefault="00634B77" w:rsidP="00634B77">
      <w:pPr>
        <w:jc w:val="center"/>
        <w:rPr>
          <w:sz w:val="28"/>
          <w:szCs w:val="28"/>
          <w:lang w:val="kk-KZ"/>
        </w:rPr>
      </w:pPr>
    </w:p>
    <w:p w14:paraId="3C415F67" w14:textId="77777777" w:rsidR="00634B77" w:rsidRPr="00DC236A" w:rsidRDefault="00634B77" w:rsidP="00634B77">
      <w:pPr>
        <w:keepNext/>
        <w:keepLines/>
        <w:jc w:val="center"/>
        <w:rPr>
          <w:sz w:val="28"/>
          <w:szCs w:val="28"/>
          <w:lang w:val="kk-KZ"/>
        </w:rPr>
      </w:pPr>
      <w:r w:rsidRPr="00DC236A">
        <w:rPr>
          <w:sz w:val="28"/>
          <w:szCs w:val="28"/>
          <w:lang w:val="kk-KZ"/>
        </w:rPr>
        <w:t>№ 502 сайлау учаскесі</w:t>
      </w:r>
    </w:p>
    <w:p w14:paraId="32F5C1FE" w14:textId="77777777" w:rsidR="00634B77" w:rsidRPr="00DC236A" w:rsidRDefault="00634B77" w:rsidP="00634B77">
      <w:pPr>
        <w:keepNext/>
        <w:keepLines/>
        <w:jc w:val="center"/>
        <w:rPr>
          <w:sz w:val="28"/>
          <w:szCs w:val="28"/>
          <w:lang w:val="kk-KZ"/>
        </w:rPr>
      </w:pPr>
      <w:r w:rsidRPr="00DC236A">
        <w:rPr>
          <w:sz w:val="28"/>
          <w:szCs w:val="28"/>
          <w:lang w:val="kk-KZ"/>
        </w:rPr>
        <w:t>(орталығы – Астана қаласы әкімдігінің «№ 112 жалпы орта білім беретін мектеп» коммуналдық мемлекеттік мекемесі</w:t>
      </w:r>
      <w:r>
        <w:rPr>
          <w:sz w:val="28"/>
          <w:szCs w:val="28"/>
          <w:lang w:val="kk-KZ"/>
        </w:rPr>
        <w:t>, А102 көше</w:t>
      </w:r>
      <w:r w:rsidRPr="00DC236A">
        <w:rPr>
          <w:sz w:val="28"/>
          <w:szCs w:val="28"/>
          <w:lang w:val="kk-KZ"/>
        </w:rPr>
        <w:t>, № 39)</w:t>
      </w:r>
    </w:p>
    <w:p w14:paraId="1920035E" w14:textId="77777777" w:rsidR="00634B77" w:rsidRPr="00DC236A" w:rsidRDefault="00634B77" w:rsidP="00634B77">
      <w:pPr>
        <w:keepNext/>
        <w:keepLines/>
        <w:jc w:val="center"/>
        <w:rPr>
          <w:sz w:val="28"/>
          <w:szCs w:val="28"/>
          <w:lang w:val="kk-KZ"/>
        </w:rPr>
      </w:pPr>
    </w:p>
    <w:p w14:paraId="7C2DFBAC" w14:textId="77777777" w:rsidR="00634B77" w:rsidRPr="00DC236A" w:rsidRDefault="00634B77" w:rsidP="00634B77">
      <w:pPr>
        <w:ind w:firstLine="720"/>
        <w:jc w:val="both"/>
        <w:rPr>
          <w:sz w:val="28"/>
          <w:szCs w:val="28"/>
          <w:lang w:val="kk-KZ"/>
        </w:rPr>
      </w:pPr>
      <w:r w:rsidRPr="00DC236A">
        <w:rPr>
          <w:sz w:val="28"/>
          <w:lang w:val="kk-KZ"/>
        </w:rPr>
        <w:t>Шекарасы</w:t>
      </w:r>
      <w:r w:rsidRPr="00DC236A">
        <w:rPr>
          <w:sz w:val="28"/>
          <w:szCs w:val="28"/>
          <w:lang w:val="kk-KZ"/>
        </w:rPr>
        <w:t xml:space="preserve">: </w:t>
      </w:r>
      <w:r>
        <w:rPr>
          <w:sz w:val="28"/>
          <w:szCs w:val="28"/>
          <w:lang w:val="kk-KZ"/>
        </w:rPr>
        <w:t>А102 көше</w:t>
      </w:r>
      <w:r w:rsidRPr="00DC236A">
        <w:rPr>
          <w:sz w:val="28"/>
          <w:szCs w:val="28"/>
          <w:lang w:val="kk-KZ"/>
        </w:rPr>
        <w:t>, № 11, 11/1,</w:t>
      </w:r>
      <w:r>
        <w:rPr>
          <w:sz w:val="28"/>
          <w:szCs w:val="28"/>
          <w:lang w:val="kk-KZ"/>
        </w:rPr>
        <w:t xml:space="preserve"> 11/2, 17, 21 үйлер, А129 көше</w:t>
      </w:r>
      <w:r w:rsidRPr="00DC236A">
        <w:rPr>
          <w:sz w:val="28"/>
          <w:szCs w:val="28"/>
          <w:lang w:val="kk-KZ"/>
        </w:rPr>
        <w:t>, № 1</w:t>
      </w:r>
      <w:r>
        <w:rPr>
          <w:sz w:val="28"/>
          <w:szCs w:val="28"/>
          <w:lang w:val="kk-KZ"/>
        </w:rPr>
        <w:t>4, 14/1 үйлер, А105 көше</w:t>
      </w:r>
      <w:r w:rsidRPr="00DC236A">
        <w:rPr>
          <w:sz w:val="28"/>
          <w:szCs w:val="28"/>
          <w:lang w:val="kk-KZ"/>
        </w:rPr>
        <w:t>, № 11 үй, «Астана – Қарағанды» тас жолы, № 4/1 үй.</w:t>
      </w:r>
    </w:p>
    <w:p w14:paraId="0B1CDD1D" w14:textId="77777777" w:rsidR="00634B77" w:rsidRPr="00DC236A" w:rsidRDefault="00634B77" w:rsidP="00634B77">
      <w:pPr>
        <w:ind w:firstLine="720"/>
        <w:jc w:val="both"/>
        <w:rPr>
          <w:sz w:val="28"/>
          <w:szCs w:val="28"/>
          <w:lang w:val="kk-KZ"/>
        </w:rPr>
      </w:pPr>
    </w:p>
    <w:p w14:paraId="6D5B5D1A" w14:textId="77777777" w:rsidR="00634B77" w:rsidRPr="00DC236A" w:rsidRDefault="00634B77" w:rsidP="00634B77">
      <w:pPr>
        <w:keepNext/>
        <w:keepLines/>
        <w:ind w:firstLine="709"/>
        <w:jc w:val="center"/>
        <w:rPr>
          <w:sz w:val="28"/>
          <w:szCs w:val="28"/>
          <w:lang w:val="kk-KZ"/>
        </w:rPr>
      </w:pPr>
      <w:r w:rsidRPr="00DC236A">
        <w:rPr>
          <w:sz w:val="28"/>
          <w:szCs w:val="28"/>
          <w:lang w:val="kk-KZ"/>
        </w:rPr>
        <w:t>№ 503 сайлау учаскесі</w:t>
      </w:r>
      <w:r w:rsidRPr="00DC236A">
        <w:rPr>
          <w:sz w:val="28"/>
          <w:szCs w:val="28"/>
          <w:lang w:val="kk-KZ"/>
        </w:rPr>
        <w:br/>
        <w:t>(орталығы – Қазақстан Республикасы Мәдениет және ақпарат министрлігі</w:t>
      </w:r>
    </w:p>
    <w:p w14:paraId="650F97CB" w14:textId="77777777" w:rsidR="00634B77" w:rsidRPr="00DC236A" w:rsidRDefault="00634B77" w:rsidP="00634B77">
      <w:pPr>
        <w:keepNext/>
        <w:keepLines/>
        <w:ind w:firstLine="709"/>
        <w:jc w:val="center"/>
        <w:rPr>
          <w:sz w:val="28"/>
          <w:szCs w:val="28"/>
          <w:lang w:val="kk-KZ"/>
        </w:rPr>
      </w:pPr>
      <w:r w:rsidRPr="00DC236A">
        <w:rPr>
          <w:sz w:val="28"/>
          <w:szCs w:val="28"/>
          <w:lang w:val="kk-KZ"/>
        </w:rPr>
        <w:t>Мәдениет комитетінің «Қалибек Қуанышбаев атындағы Мемлекеттік</w:t>
      </w:r>
    </w:p>
    <w:p w14:paraId="223F2F93" w14:textId="77777777" w:rsidR="00634B77" w:rsidRPr="00DC236A" w:rsidRDefault="00634B77" w:rsidP="00634B77">
      <w:pPr>
        <w:keepNext/>
        <w:keepLines/>
        <w:ind w:firstLine="709"/>
        <w:jc w:val="center"/>
        <w:rPr>
          <w:sz w:val="28"/>
          <w:szCs w:val="28"/>
          <w:lang w:val="kk-KZ"/>
        </w:rPr>
      </w:pPr>
      <w:r w:rsidRPr="00DC236A">
        <w:rPr>
          <w:sz w:val="28"/>
          <w:szCs w:val="28"/>
          <w:lang w:val="kk-KZ"/>
        </w:rPr>
        <w:t>академиялық қазақ музыкалық-драма театры» республикалық</w:t>
      </w:r>
    </w:p>
    <w:p w14:paraId="6D10D24C" w14:textId="77777777" w:rsidR="00634B77" w:rsidRPr="00DC236A" w:rsidRDefault="00634B77" w:rsidP="00634B77">
      <w:pPr>
        <w:keepNext/>
        <w:keepLines/>
        <w:ind w:firstLine="720"/>
        <w:jc w:val="center"/>
        <w:rPr>
          <w:sz w:val="28"/>
          <w:szCs w:val="28"/>
          <w:lang w:val="kk-KZ"/>
        </w:rPr>
      </w:pPr>
      <w:r w:rsidRPr="00DC236A">
        <w:rPr>
          <w:sz w:val="28"/>
          <w:szCs w:val="28"/>
          <w:lang w:val="kk-KZ"/>
        </w:rPr>
        <w:t>мемлекеттік қазыналық кәсіпорны, Қ. Қуанышбаев көшесі, № 8/1)</w:t>
      </w:r>
    </w:p>
    <w:p w14:paraId="39609AC8" w14:textId="77777777" w:rsidR="00634B77" w:rsidRPr="00DC236A" w:rsidRDefault="00634B77" w:rsidP="00634B77">
      <w:pPr>
        <w:keepNext/>
        <w:keepLines/>
        <w:ind w:firstLine="720"/>
        <w:jc w:val="center"/>
        <w:rPr>
          <w:sz w:val="28"/>
          <w:szCs w:val="28"/>
          <w:lang w:val="kk-KZ"/>
        </w:rPr>
      </w:pPr>
    </w:p>
    <w:p w14:paraId="4A1EB728" w14:textId="77777777" w:rsidR="00634B77" w:rsidRPr="00DC236A" w:rsidRDefault="00634B77" w:rsidP="00634B77">
      <w:pPr>
        <w:ind w:firstLine="720"/>
        <w:jc w:val="both"/>
        <w:rPr>
          <w:sz w:val="28"/>
          <w:szCs w:val="28"/>
          <w:lang w:val="kk-KZ"/>
        </w:rPr>
      </w:pPr>
      <w:r w:rsidRPr="00DC236A">
        <w:rPr>
          <w:sz w:val="28"/>
          <w:szCs w:val="28"/>
          <w:lang w:val="kk-KZ"/>
        </w:rPr>
        <w:t xml:space="preserve">Шекарасы: А. Байтұрсынұлы көшесінен К. Әзірбаев көшесінің тақ сандар жағымен Ж. Нәжімеденов көшесіне дейін, Ж. Нәжімеденов көшесінің тақ сандар </w:t>
      </w:r>
      <w:r w:rsidRPr="00DC236A">
        <w:rPr>
          <w:sz w:val="28"/>
          <w:szCs w:val="28"/>
          <w:lang w:val="kk-KZ"/>
        </w:rPr>
        <w:lastRenderedPageBreak/>
        <w:t>жағымен С. Нұрмағамбетов көшесіне дейін, С. Нұрмағамбетов көшесінің тақ сандар жағымен А. Байтұрсынұлы көшесіне дейін, А. Байтұрсынұлы көшесінің тақ сандар жағымен, С. Нұрмағамбетов көшесіндегі № 29 үйді, А. Байтұрсынұлы көшесіндегі № 2 үйді қоса алғанда, К. Әзірбаев көшесіне дейін.</w:t>
      </w:r>
    </w:p>
    <w:p w14:paraId="176564D5" w14:textId="77777777" w:rsidR="00634B77" w:rsidRPr="00DC236A" w:rsidRDefault="00634B77" w:rsidP="00634B77">
      <w:pPr>
        <w:ind w:firstLine="720"/>
        <w:jc w:val="both"/>
        <w:rPr>
          <w:sz w:val="28"/>
          <w:szCs w:val="28"/>
          <w:lang w:val="kk-KZ"/>
        </w:rPr>
      </w:pPr>
    </w:p>
    <w:p w14:paraId="27D9F70D" w14:textId="77777777" w:rsidR="00634B77" w:rsidRPr="00DC236A" w:rsidRDefault="00634B77" w:rsidP="00634B77">
      <w:pPr>
        <w:keepNext/>
        <w:keepLines/>
        <w:jc w:val="center"/>
        <w:rPr>
          <w:sz w:val="28"/>
          <w:szCs w:val="28"/>
          <w:lang w:val="kk-KZ"/>
        </w:rPr>
      </w:pPr>
      <w:r w:rsidRPr="00DC236A">
        <w:rPr>
          <w:sz w:val="28"/>
          <w:szCs w:val="28"/>
          <w:lang w:val="kk-KZ"/>
        </w:rPr>
        <w:t>№ 504 сайлау учаскесі</w:t>
      </w:r>
      <w:r w:rsidRPr="00DC236A">
        <w:rPr>
          <w:sz w:val="28"/>
          <w:szCs w:val="28"/>
          <w:lang w:val="kk-KZ"/>
        </w:rPr>
        <w:br/>
        <w:t>(орталығы – «Нұрлы жол» теміржол вокзалы, М. </w:t>
      </w:r>
      <w:proofErr w:type="spellStart"/>
      <w:r w:rsidRPr="00DC236A">
        <w:rPr>
          <w:sz w:val="28"/>
          <w:szCs w:val="28"/>
          <w:lang w:val="kk-KZ"/>
        </w:rPr>
        <w:t>Тынышбайұлы</w:t>
      </w:r>
      <w:proofErr w:type="spellEnd"/>
      <w:r w:rsidRPr="00DC236A">
        <w:rPr>
          <w:sz w:val="28"/>
          <w:szCs w:val="28"/>
          <w:lang w:val="kk-KZ"/>
        </w:rPr>
        <w:t xml:space="preserve"> көшесі, № 8)</w:t>
      </w:r>
    </w:p>
    <w:p w14:paraId="6FE785FC" w14:textId="77777777" w:rsidR="00634B77" w:rsidRPr="00DC236A" w:rsidRDefault="00634B77" w:rsidP="00634B77">
      <w:pPr>
        <w:keepNext/>
        <w:keepLines/>
        <w:jc w:val="center"/>
        <w:rPr>
          <w:sz w:val="28"/>
          <w:szCs w:val="28"/>
          <w:lang w:val="kk-KZ"/>
        </w:rPr>
      </w:pPr>
    </w:p>
    <w:p w14:paraId="200C13B4" w14:textId="77777777" w:rsidR="00634B77" w:rsidRPr="00DC236A" w:rsidRDefault="00634B77" w:rsidP="00634B77">
      <w:pPr>
        <w:ind w:firstLine="720"/>
        <w:jc w:val="both"/>
        <w:rPr>
          <w:sz w:val="28"/>
          <w:szCs w:val="28"/>
          <w:lang w:val="kk-KZ"/>
        </w:rPr>
      </w:pPr>
      <w:r w:rsidRPr="00DC236A">
        <w:rPr>
          <w:sz w:val="28"/>
          <w:szCs w:val="28"/>
          <w:lang w:val="kk-KZ"/>
        </w:rPr>
        <w:t>Шекарасы: Ж. Нәжімеденов көшесі, № 27, 29, 31 үйлер, М. </w:t>
      </w:r>
      <w:proofErr w:type="spellStart"/>
      <w:r w:rsidRPr="00DC236A">
        <w:rPr>
          <w:sz w:val="28"/>
          <w:szCs w:val="28"/>
          <w:lang w:val="kk-KZ"/>
        </w:rPr>
        <w:t>Тынышбайұлы</w:t>
      </w:r>
      <w:proofErr w:type="spellEnd"/>
      <w:r w:rsidRPr="00DC236A">
        <w:rPr>
          <w:sz w:val="28"/>
          <w:szCs w:val="28"/>
          <w:lang w:val="kk-KZ"/>
        </w:rPr>
        <w:t xml:space="preserve"> көшесі, № 2, 8 үйлер, А. Байтұрсынұлы көшесі, № 59, 59/1, 61 үйлер.</w:t>
      </w:r>
    </w:p>
    <w:p w14:paraId="0A5C9D50" w14:textId="77777777" w:rsidR="00634B77" w:rsidRPr="00DC236A" w:rsidRDefault="00634B77" w:rsidP="00634B77">
      <w:pPr>
        <w:ind w:firstLine="720"/>
        <w:jc w:val="both"/>
        <w:rPr>
          <w:sz w:val="28"/>
          <w:szCs w:val="28"/>
          <w:lang w:val="kk-KZ"/>
        </w:rPr>
      </w:pPr>
    </w:p>
    <w:p w14:paraId="1E0BAD07" w14:textId="77777777" w:rsidR="00634B77" w:rsidRPr="00DC236A" w:rsidRDefault="00634B77" w:rsidP="00634B77">
      <w:pPr>
        <w:keepNext/>
        <w:keepLines/>
        <w:jc w:val="center"/>
        <w:rPr>
          <w:sz w:val="28"/>
          <w:szCs w:val="28"/>
          <w:lang w:val="kk-KZ"/>
        </w:rPr>
      </w:pPr>
      <w:r w:rsidRPr="00DC236A">
        <w:rPr>
          <w:sz w:val="28"/>
          <w:szCs w:val="28"/>
          <w:lang w:val="kk-KZ"/>
        </w:rPr>
        <w:t>№ 505 сайлау учаскесі</w:t>
      </w:r>
      <w:r w:rsidRPr="00DC236A">
        <w:rPr>
          <w:sz w:val="28"/>
          <w:szCs w:val="28"/>
          <w:lang w:val="kk-KZ"/>
        </w:rPr>
        <w:br/>
        <w:t>(орталығы – Астана қаласы әкімдігінің «№ 113 жалпы орта білім беретін мектеп» коммуналдық мемлекеттік мекемесі, Ш. Қалдаяқов көшесі, № 38)</w:t>
      </w:r>
    </w:p>
    <w:p w14:paraId="40F9AA67" w14:textId="77777777" w:rsidR="00634B77" w:rsidRPr="00DC236A" w:rsidRDefault="00634B77" w:rsidP="00634B77">
      <w:pPr>
        <w:keepNext/>
        <w:keepLines/>
        <w:jc w:val="center"/>
        <w:rPr>
          <w:sz w:val="28"/>
          <w:szCs w:val="28"/>
          <w:lang w:val="kk-KZ"/>
        </w:rPr>
      </w:pPr>
    </w:p>
    <w:p w14:paraId="450B087C" w14:textId="77777777" w:rsidR="00634B77" w:rsidRPr="00DC236A" w:rsidRDefault="00634B77" w:rsidP="00634B77">
      <w:pPr>
        <w:ind w:firstLine="720"/>
        <w:jc w:val="both"/>
        <w:rPr>
          <w:sz w:val="28"/>
          <w:szCs w:val="28"/>
          <w:lang w:val="kk-KZ"/>
        </w:rPr>
      </w:pPr>
      <w:r w:rsidRPr="00DC236A">
        <w:rPr>
          <w:sz w:val="28"/>
          <w:szCs w:val="28"/>
          <w:lang w:val="kk-KZ"/>
        </w:rPr>
        <w:t>Шекарасы: Т. Жүргенов көшесінен Қ. Ахмедияров көшесінің</w:t>
      </w:r>
      <w:r>
        <w:rPr>
          <w:sz w:val="28"/>
          <w:szCs w:val="28"/>
          <w:lang w:val="kk-KZ"/>
        </w:rPr>
        <w:t xml:space="preserve"> жұп сандар жағымен А52 көшеге</w:t>
      </w:r>
      <w:r w:rsidRPr="00DC236A">
        <w:rPr>
          <w:sz w:val="28"/>
          <w:szCs w:val="28"/>
          <w:lang w:val="kk-KZ"/>
        </w:rPr>
        <w:t xml:space="preserve"> дейін, А52 к</w:t>
      </w:r>
      <w:r>
        <w:rPr>
          <w:sz w:val="28"/>
          <w:szCs w:val="28"/>
          <w:lang w:val="kk-KZ"/>
        </w:rPr>
        <w:t>өше</w:t>
      </w:r>
      <w:r w:rsidRPr="00DC236A">
        <w:rPr>
          <w:sz w:val="28"/>
          <w:szCs w:val="28"/>
          <w:lang w:val="kk-KZ"/>
        </w:rPr>
        <w:t>мен Ш. Қалдаяқов көшесіне дейін, Ш. Қалдаяқов көшесінің жұп сандар жағымен Есіл өзенінің жағалауына дейін, Есіл өзенінің жағалауы бойымен Т. Жүргенов көшесіне дейін, Т. Жүргенов көшесінің жұп сандар жағымен Қ. Ахмедияров көшесіне дейін.</w:t>
      </w:r>
    </w:p>
    <w:p w14:paraId="5351596F" w14:textId="77777777" w:rsidR="00634B77" w:rsidRPr="00DC236A" w:rsidRDefault="00634B77" w:rsidP="00634B77">
      <w:pPr>
        <w:rPr>
          <w:sz w:val="28"/>
          <w:szCs w:val="28"/>
          <w:lang w:val="kk-KZ"/>
        </w:rPr>
      </w:pPr>
    </w:p>
    <w:p w14:paraId="72E0CFBD" w14:textId="77777777" w:rsidR="00634B77" w:rsidRPr="00DC236A" w:rsidRDefault="00634B77" w:rsidP="00634B77">
      <w:pPr>
        <w:keepNext/>
        <w:keepLines/>
        <w:jc w:val="center"/>
        <w:rPr>
          <w:sz w:val="28"/>
          <w:szCs w:val="28"/>
          <w:lang w:val="kk-KZ"/>
        </w:rPr>
      </w:pPr>
      <w:r w:rsidRPr="00DC236A">
        <w:rPr>
          <w:sz w:val="28"/>
          <w:szCs w:val="28"/>
          <w:lang w:val="kk-KZ"/>
        </w:rPr>
        <w:t>№ 506 сайлау учаскесі</w:t>
      </w:r>
      <w:r w:rsidRPr="00DC236A">
        <w:rPr>
          <w:sz w:val="28"/>
          <w:szCs w:val="28"/>
          <w:lang w:val="kk-KZ"/>
        </w:rPr>
        <w:br/>
        <w:t>(орталығы – Астана қаласы әкімдігінің «№ 113 жалпы орта білім беретін мектеп» коммуналдық мемлекеттік мекемесі, Ш. Қалдаяқов көшесі, № 38)</w:t>
      </w:r>
    </w:p>
    <w:p w14:paraId="358E6C63" w14:textId="77777777" w:rsidR="00634B77" w:rsidRPr="00DC236A" w:rsidRDefault="00634B77" w:rsidP="00634B77">
      <w:pPr>
        <w:keepNext/>
        <w:keepLines/>
        <w:jc w:val="center"/>
        <w:rPr>
          <w:sz w:val="28"/>
          <w:szCs w:val="28"/>
          <w:lang w:val="kk-KZ"/>
        </w:rPr>
      </w:pPr>
    </w:p>
    <w:p w14:paraId="33E0ED01" w14:textId="77777777" w:rsidR="00634B77" w:rsidRPr="00DC236A" w:rsidRDefault="00634B77" w:rsidP="00634B77">
      <w:pPr>
        <w:ind w:firstLine="720"/>
        <w:jc w:val="both"/>
        <w:rPr>
          <w:sz w:val="28"/>
          <w:szCs w:val="28"/>
          <w:lang w:val="kk-KZ"/>
        </w:rPr>
      </w:pPr>
      <w:r w:rsidRPr="00DC236A">
        <w:rPr>
          <w:sz w:val="28"/>
          <w:szCs w:val="28"/>
          <w:lang w:val="kk-KZ"/>
        </w:rPr>
        <w:t>Шекарасы: Қ. Ахмедияров көшесінен Т. Жүргенов көшесінің тақ сандар жағымен Ж. Нәжімеденов көшесіне дейін, Ж. Нәжімеденов көшесінің</w:t>
      </w:r>
      <w:r>
        <w:rPr>
          <w:sz w:val="28"/>
          <w:szCs w:val="28"/>
          <w:lang w:val="kk-KZ"/>
        </w:rPr>
        <w:t xml:space="preserve"> жұп сандар жағымен А52 көшеге дейін, А52 көше</w:t>
      </w:r>
      <w:r w:rsidRPr="00DC236A">
        <w:rPr>
          <w:sz w:val="28"/>
          <w:szCs w:val="28"/>
          <w:lang w:val="kk-KZ"/>
        </w:rPr>
        <w:t>нің жұп сандар жағымен Қ. Ахмедияров көшесіне дейін, Қ. Ахмедияров көшесінің тақ сандар жағымен, Ж. Нәжімеденов көшесіндегі № 15 үйді қоса алғанда, Т. Жүргенов көшесіне дейін.</w:t>
      </w:r>
    </w:p>
    <w:p w14:paraId="56F10D70" w14:textId="77777777" w:rsidR="00634B77" w:rsidRPr="00DC236A" w:rsidRDefault="00634B77" w:rsidP="00634B77">
      <w:pPr>
        <w:jc w:val="center"/>
        <w:rPr>
          <w:sz w:val="28"/>
          <w:szCs w:val="28"/>
          <w:lang w:val="kk-KZ"/>
        </w:rPr>
      </w:pPr>
    </w:p>
    <w:p w14:paraId="789D65DD"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 517 сайлау учаскесі </w:t>
      </w:r>
    </w:p>
    <w:p w14:paraId="4959C9DE"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«Нұрлы жол» теміржол вокзалы, </w:t>
      </w:r>
    </w:p>
    <w:p w14:paraId="14A229C9" w14:textId="77777777" w:rsidR="00634B77" w:rsidRPr="00DC236A" w:rsidRDefault="00634B77" w:rsidP="00634B77">
      <w:pPr>
        <w:keepNext/>
        <w:keepLines/>
        <w:ind w:firstLine="709"/>
        <w:jc w:val="center"/>
        <w:rPr>
          <w:sz w:val="28"/>
          <w:szCs w:val="28"/>
          <w:lang w:val="kk-KZ"/>
        </w:rPr>
      </w:pPr>
      <w:r w:rsidRPr="00DC236A">
        <w:rPr>
          <w:sz w:val="28"/>
          <w:szCs w:val="28"/>
          <w:lang w:val="kk-KZ"/>
        </w:rPr>
        <w:t>М. </w:t>
      </w:r>
      <w:proofErr w:type="spellStart"/>
      <w:r w:rsidRPr="00DC236A">
        <w:rPr>
          <w:sz w:val="28"/>
          <w:szCs w:val="28"/>
          <w:lang w:val="kk-KZ"/>
        </w:rPr>
        <w:t>Тынышбайұлы</w:t>
      </w:r>
      <w:proofErr w:type="spellEnd"/>
      <w:r w:rsidRPr="00DC236A">
        <w:rPr>
          <w:sz w:val="28"/>
          <w:szCs w:val="28"/>
          <w:lang w:val="kk-KZ"/>
        </w:rPr>
        <w:t xml:space="preserve"> көшесі, № 8)</w:t>
      </w:r>
    </w:p>
    <w:p w14:paraId="2C29B938" w14:textId="77777777" w:rsidR="00634B77" w:rsidRPr="00DC236A" w:rsidRDefault="00634B77" w:rsidP="00634B77">
      <w:pPr>
        <w:keepNext/>
        <w:keepLines/>
        <w:ind w:firstLine="709"/>
        <w:jc w:val="both"/>
        <w:rPr>
          <w:sz w:val="28"/>
          <w:szCs w:val="28"/>
          <w:lang w:val="kk-KZ"/>
        </w:rPr>
      </w:pPr>
    </w:p>
    <w:p w14:paraId="57B371D5" w14:textId="77777777" w:rsidR="00634B77" w:rsidRPr="00DC236A" w:rsidRDefault="00634B77" w:rsidP="00634B77">
      <w:pPr>
        <w:ind w:firstLine="709"/>
        <w:jc w:val="both"/>
        <w:rPr>
          <w:sz w:val="28"/>
          <w:szCs w:val="28"/>
          <w:lang w:val="kk-KZ"/>
        </w:rPr>
      </w:pPr>
      <w:r w:rsidRPr="00DC236A">
        <w:rPr>
          <w:sz w:val="28"/>
          <w:szCs w:val="28"/>
          <w:lang w:val="kk-KZ"/>
        </w:rPr>
        <w:t>Шекарасы: Ж. Нәжімеденов көшесі, № 36, 37, 39, 62, 62к1, 62к3, 64 үйлер, Ш. Қалдаяқов көшесі, № 61 үй.</w:t>
      </w:r>
    </w:p>
    <w:p w14:paraId="1A22E614" w14:textId="77777777" w:rsidR="00634B77" w:rsidRPr="00DC236A" w:rsidRDefault="00634B77" w:rsidP="00634B77">
      <w:pPr>
        <w:ind w:firstLine="709"/>
        <w:jc w:val="center"/>
        <w:rPr>
          <w:sz w:val="28"/>
          <w:szCs w:val="28"/>
          <w:lang w:val="kk-KZ"/>
        </w:rPr>
      </w:pPr>
    </w:p>
    <w:p w14:paraId="47E13DBE"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xml:space="preserve">№ 518 сайлау учаскесі </w:t>
      </w:r>
    </w:p>
    <w:p w14:paraId="270A8FDF"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 73 мектеп-лицей» шаруашылық жүргізу құқығындағы мемлекеттік коммуналдық кәсіпорны, </w:t>
      </w:r>
    </w:p>
    <w:p w14:paraId="5B3E1C6D" w14:textId="77777777" w:rsidR="00634B77" w:rsidRPr="00DC236A" w:rsidRDefault="00634B77" w:rsidP="00634B77">
      <w:pPr>
        <w:keepNext/>
        <w:keepLines/>
        <w:ind w:firstLine="709"/>
        <w:jc w:val="center"/>
        <w:rPr>
          <w:sz w:val="28"/>
          <w:szCs w:val="28"/>
          <w:lang w:val="kk-KZ"/>
        </w:rPr>
      </w:pPr>
      <w:r>
        <w:rPr>
          <w:sz w:val="28"/>
          <w:szCs w:val="28"/>
          <w:lang w:val="kk-KZ"/>
        </w:rPr>
        <w:t>А191 көше</w:t>
      </w:r>
      <w:r w:rsidRPr="00DC236A">
        <w:rPr>
          <w:sz w:val="28"/>
          <w:szCs w:val="28"/>
          <w:lang w:val="kk-KZ"/>
        </w:rPr>
        <w:t>, № 2)</w:t>
      </w:r>
    </w:p>
    <w:p w14:paraId="78D56733" w14:textId="77777777" w:rsidR="00634B77" w:rsidRPr="00DC236A" w:rsidRDefault="00634B77" w:rsidP="00634B77">
      <w:pPr>
        <w:keepNext/>
        <w:keepLines/>
        <w:ind w:firstLine="709"/>
        <w:jc w:val="center"/>
        <w:rPr>
          <w:sz w:val="28"/>
          <w:szCs w:val="28"/>
          <w:lang w:val="kk-KZ"/>
        </w:rPr>
      </w:pPr>
    </w:p>
    <w:p w14:paraId="2DE4F50E" w14:textId="77777777" w:rsidR="00634B77" w:rsidRPr="00DC236A" w:rsidRDefault="00634B77" w:rsidP="00634B77">
      <w:pPr>
        <w:ind w:firstLine="709"/>
        <w:jc w:val="both"/>
        <w:rPr>
          <w:sz w:val="28"/>
          <w:lang w:val="kk-KZ"/>
        </w:rPr>
      </w:pPr>
      <w:r w:rsidRPr="00DC236A">
        <w:rPr>
          <w:sz w:val="28"/>
          <w:szCs w:val="28"/>
          <w:lang w:val="kk-KZ"/>
        </w:rPr>
        <w:t>Шекарасы: К. Әзірбаев көшесінен Ш. Қалдаяқов көшесінің жұп сандар жағымен Т. Жүргенов көшесіне дейін, Т. Жүргенов көшесімен Есіл өзенінің жағалауына дейін, Есіл өзенінің жағалауы бойымен К. Әзірбаев көшесіне дейін, К. Әзірбаев көшесінің жұп сандар жағымен Ш. Қалдаяқов көшесіне дейін.</w:t>
      </w:r>
    </w:p>
    <w:p w14:paraId="4399F8B8" w14:textId="77777777" w:rsidR="00634B77" w:rsidRPr="00DC236A" w:rsidRDefault="00634B77" w:rsidP="00634B77">
      <w:pPr>
        <w:ind w:firstLine="709"/>
        <w:rPr>
          <w:sz w:val="28"/>
          <w:szCs w:val="28"/>
          <w:lang w:val="kk-KZ"/>
        </w:rPr>
      </w:pPr>
    </w:p>
    <w:p w14:paraId="04E7947F" w14:textId="77777777" w:rsidR="00634B77" w:rsidRPr="00DC236A" w:rsidRDefault="00634B77" w:rsidP="00634B77">
      <w:pPr>
        <w:keepNext/>
        <w:keepLines/>
        <w:ind w:firstLine="709"/>
        <w:jc w:val="center"/>
        <w:rPr>
          <w:sz w:val="28"/>
          <w:szCs w:val="28"/>
          <w:lang w:val="kk-KZ"/>
        </w:rPr>
      </w:pPr>
      <w:r w:rsidRPr="00DC236A">
        <w:rPr>
          <w:sz w:val="28"/>
          <w:szCs w:val="28"/>
          <w:lang w:val="kk-KZ"/>
        </w:rPr>
        <w:t>№ 519 сайлау учаскесі</w:t>
      </w:r>
    </w:p>
    <w:p w14:paraId="433883F5"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113 жалпы орта білім беретін мектеп» коммуналдық мемлекеттік мекемесі, Ш. Қалдаяқов көшесі, № 38)</w:t>
      </w:r>
    </w:p>
    <w:p w14:paraId="6A2B3434" w14:textId="77777777" w:rsidR="00634B77" w:rsidRPr="00DC236A" w:rsidRDefault="00634B77" w:rsidP="00634B77">
      <w:pPr>
        <w:keepNext/>
        <w:keepLines/>
        <w:ind w:firstLine="709"/>
        <w:jc w:val="center"/>
        <w:rPr>
          <w:sz w:val="28"/>
          <w:szCs w:val="28"/>
          <w:lang w:val="kk-KZ"/>
        </w:rPr>
      </w:pPr>
    </w:p>
    <w:p w14:paraId="167EA5CE" w14:textId="77777777" w:rsidR="00634B77" w:rsidRPr="00DC236A" w:rsidRDefault="00634B77" w:rsidP="00634B77">
      <w:pPr>
        <w:ind w:firstLine="709"/>
        <w:jc w:val="both"/>
        <w:rPr>
          <w:sz w:val="28"/>
          <w:szCs w:val="28"/>
          <w:lang w:val="kk-KZ"/>
        </w:rPr>
      </w:pPr>
      <w:r w:rsidRPr="00DC236A">
        <w:rPr>
          <w:sz w:val="28"/>
          <w:szCs w:val="28"/>
          <w:lang w:val="kk-KZ"/>
        </w:rPr>
        <w:t>Шекарасы: Ж. Нәжімеденов көшесі, № 7, 7А үйлер, Т. Жүргенов көшесі, № 20, 22 үйлер, А. Байтұрсынұлы көшесі, № 14, 14А, 14/1, 14/2, 14/3 үйлер.</w:t>
      </w:r>
    </w:p>
    <w:p w14:paraId="13AB8D6E" w14:textId="77777777" w:rsidR="00634B77" w:rsidRPr="00DC236A" w:rsidRDefault="00634B77" w:rsidP="00634B77">
      <w:pPr>
        <w:ind w:firstLine="709"/>
        <w:jc w:val="both"/>
        <w:rPr>
          <w:sz w:val="28"/>
          <w:szCs w:val="28"/>
          <w:lang w:val="kk-KZ"/>
        </w:rPr>
      </w:pPr>
    </w:p>
    <w:p w14:paraId="375D7447" w14:textId="77777777" w:rsidR="00634B77" w:rsidRPr="00DC236A" w:rsidRDefault="00634B77" w:rsidP="00634B77">
      <w:pPr>
        <w:keepNext/>
        <w:keepLines/>
        <w:ind w:firstLine="709"/>
        <w:jc w:val="center"/>
        <w:rPr>
          <w:sz w:val="28"/>
          <w:szCs w:val="28"/>
          <w:lang w:val="kk-KZ"/>
        </w:rPr>
      </w:pPr>
      <w:r w:rsidRPr="00DC236A">
        <w:rPr>
          <w:sz w:val="28"/>
          <w:szCs w:val="28"/>
          <w:lang w:val="kk-KZ"/>
        </w:rPr>
        <w:t>№ 520 сайлау учаскесі</w:t>
      </w:r>
    </w:p>
    <w:p w14:paraId="17428DEE"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Тәуелсіздік сарайы, Тәуелсіздік даңғылы, № 52)</w:t>
      </w:r>
    </w:p>
    <w:p w14:paraId="6F4B9789" w14:textId="77777777" w:rsidR="00634B77" w:rsidRPr="00DC236A" w:rsidRDefault="00634B77" w:rsidP="00634B77">
      <w:pPr>
        <w:keepNext/>
        <w:keepLines/>
        <w:ind w:firstLine="709"/>
        <w:jc w:val="center"/>
        <w:rPr>
          <w:sz w:val="28"/>
          <w:szCs w:val="28"/>
          <w:lang w:val="kk-KZ"/>
        </w:rPr>
      </w:pPr>
    </w:p>
    <w:p w14:paraId="420145D3" w14:textId="77777777" w:rsidR="00634B77" w:rsidRPr="00DC236A" w:rsidRDefault="00634B77" w:rsidP="00634B77">
      <w:pPr>
        <w:ind w:firstLine="709"/>
        <w:jc w:val="both"/>
        <w:rPr>
          <w:sz w:val="28"/>
          <w:szCs w:val="28"/>
          <w:lang w:val="kk-KZ"/>
        </w:rPr>
      </w:pPr>
      <w:r w:rsidRPr="00DC236A">
        <w:rPr>
          <w:sz w:val="28"/>
          <w:szCs w:val="28"/>
          <w:lang w:val="kk-KZ"/>
        </w:rPr>
        <w:t>Шекарасы:</w:t>
      </w:r>
      <w:r w:rsidRPr="00DC236A">
        <w:rPr>
          <w:lang w:val="kk-KZ"/>
        </w:rPr>
        <w:t xml:space="preserve"> </w:t>
      </w:r>
      <w:r w:rsidRPr="00DC236A">
        <w:rPr>
          <w:sz w:val="28"/>
          <w:szCs w:val="28"/>
          <w:lang w:val="kk-KZ"/>
        </w:rPr>
        <w:t>Тәуелсіздік даңғылынан А. Байтұрсынұлы көшесінің жұп сандар жағымен Қ. Аманжолов көшесіне дейін, Қ. Аманжолов көшесінің тақ сандар жағымен Ж. Нәжімеденов көшесіне дейін, Ж. Нәжімеденов көшесінің тақ сандар жағымен Тәуелсіздік даңғылына дейін, Тәуелсіздік даңғылының жұп сандар жағымен, Ж. Нәжімеденов көшесіндегі № 12 үйді қоса алғанда, А. Байтұрсынұлы көшесіне дейін.</w:t>
      </w:r>
    </w:p>
    <w:p w14:paraId="45E08E96" w14:textId="77777777" w:rsidR="00634B77" w:rsidRPr="00DC236A" w:rsidRDefault="00634B77" w:rsidP="00634B77">
      <w:pPr>
        <w:jc w:val="both"/>
        <w:rPr>
          <w:sz w:val="28"/>
          <w:szCs w:val="28"/>
          <w:lang w:val="kk-KZ"/>
        </w:rPr>
      </w:pPr>
    </w:p>
    <w:p w14:paraId="52CAEFA6" w14:textId="77777777" w:rsidR="00634B77" w:rsidRPr="00DC236A" w:rsidRDefault="00634B77" w:rsidP="00634B77">
      <w:pPr>
        <w:keepNext/>
        <w:keepLines/>
        <w:ind w:firstLine="709"/>
        <w:jc w:val="center"/>
        <w:rPr>
          <w:sz w:val="28"/>
          <w:szCs w:val="28"/>
          <w:lang w:val="kk-KZ"/>
        </w:rPr>
      </w:pPr>
      <w:r w:rsidRPr="00DC236A">
        <w:rPr>
          <w:sz w:val="28"/>
          <w:szCs w:val="28"/>
          <w:lang w:val="kk-KZ"/>
        </w:rPr>
        <w:t>№ 526 сайлау учаскесі</w:t>
      </w:r>
    </w:p>
    <w:p w14:paraId="4E58A75E"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13 жалпы орта білім беретін мектеп» шаруашылық жүргізу құқығындағы мемлекеттік коммуналдық кәсіпорны, «</w:t>
      </w:r>
      <w:proofErr w:type="spellStart"/>
      <w:r w:rsidRPr="00DC236A">
        <w:rPr>
          <w:sz w:val="28"/>
          <w:szCs w:val="28"/>
          <w:lang w:val="kk-KZ"/>
        </w:rPr>
        <w:t>Промышленный</w:t>
      </w:r>
      <w:proofErr w:type="spellEnd"/>
      <w:r w:rsidRPr="00DC236A">
        <w:rPr>
          <w:sz w:val="28"/>
          <w:szCs w:val="28"/>
          <w:lang w:val="kk-KZ"/>
        </w:rPr>
        <w:t xml:space="preserve">» тұрғын алабы, </w:t>
      </w:r>
      <w:proofErr w:type="spellStart"/>
      <w:r w:rsidRPr="00DC236A">
        <w:rPr>
          <w:sz w:val="28"/>
          <w:szCs w:val="28"/>
          <w:lang w:val="kk-KZ"/>
        </w:rPr>
        <w:t>Шалкөде</w:t>
      </w:r>
      <w:proofErr w:type="spellEnd"/>
      <w:r w:rsidRPr="00DC236A">
        <w:rPr>
          <w:sz w:val="28"/>
          <w:szCs w:val="28"/>
          <w:lang w:val="kk-KZ"/>
        </w:rPr>
        <w:t xml:space="preserve"> көшесі, № 5)</w:t>
      </w:r>
    </w:p>
    <w:p w14:paraId="3A19A8DA" w14:textId="77777777" w:rsidR="00634B77" w:rsidRPr="00DC236A" w:rsidRDefault="00634B77" w:rsidP="00634B77">
      <w:pPr>
        <w:keepNext/>
        <w:keepLines/>
        <w:ind w:firstLine="709"/>
        <w:jc w:val="center"/>
        <w:rPr>
          <w:sz w:val="28"/>
          <w:szCs w:val="28"/>
          <w:lang w:val="kk-KZ"/>
        </w:rPr>
      </w:pPr>
    </w:p>
    <w:p w14:paraId="056F75A9" w14:textId="77777777" w:rsidR="00634B77" w:rsidRPr="00DC236A" w:rsidRDefault="00634B77" w:rsidP="00634B77">
      <w:pPr>
        <w:ind w:firstLine="709"/>
        <w:jc w:val="both"/>
        <w:rPr>
          <w:sz w:val="28"/>
          <w:szCs w:val="28"/>
          <w:lang w:val="kk-KZ"/>
        </w:rPr>
      </w:pPr>
      <w:r w:rsidRPr="00DC236A">
        <w:rPr>
          <w:sz w:val="28"/>
          <w:szCs w:val="28"/>
          <w:lang w:val="kk-KZ"/>
        </w:rPr>
        <w:t>Шекарасы: М. Төлебаев көшесінен «Астана – Қарағанды» тас жолының бойымен С. Шаймерденов көшесіне дейін, С. Ша</w:t>
      </w:r>
      <w:r>
        <w:rPr>
          <w:sz w:val="28"/>
          <w:szCs w:val="28"/>
          <w:lang w:val="kk-KZ"/>
        </w:rPr>
        <w:t>ймерденов көшесінен А91 көшеге дейін, А91 көше</w:t>
      </w:r>
      <w:r w:rsidRPr="00DC236A">
        <w:rPr>
          <w:sz w:val="28"/>
          <w:szCs w:val="28"/>
          <w:lang w:val="kk-KZ"/>
        </w:rPr>
        <w:t>мен Құлагер көшесіне дейін, Құлагер көшесінен Атамұра көшесіне дейін, Атамұра көшесінің тақ сандар жағымен Шарбақты көшесіне дейін, Шарбақты көшесінің жұп сандар жағымен, С. Шаймерденов көшесіндегі № 4/2, 4/3 үйлерді, М. Төлебаев көшесіндегі</w:t>
      </w:r>
      <w:r>
        <w:rPr>
          <w:sz w:val="28"/>
          <w:szCs w:val="28"/>
          <w:lang w:val="kk-KZ"/>
        </w:rPr>
        <w:t xml:space="preserve"> № 1 үйді, А91 көшедегі № 17 үйді, А123 көше</w:t>
      </w:r>
      <w:r w:rsidRPr="00DC236A">
        <w:rPr>
          <w:sz w:val="28"/>
          <w:szCs w:val="28"/>
          <w:lang w:val="kk-KZ"/>
        </w:rPr>
        <w:t>дегі № 7, 8 үйлерді қоса алғанда, М. Төлебаев көшесіне дейін.</w:t>
      </w:r>
    </w:p>
    <w:p w14:paraId="20018C4B" w14:textId="77777777" w:rsidR="00634B77" w:rsidRPr="00DC236A" w:rsidRDefault="00634B77" w:rsidP="00634B77">
      <w:pPr>
        <w:ind w:firstLine="709"/>
        <w:jc w:val="both"/>
        <w:rPr>
          <w:sz w:val="28"/>
          <w:szCs w:val="28"/>
          <w:lang w:val="kk-KZ"/>
        </w:rPr>
      </w:pPr>
    </w:p>
    <w:p w14:paraId="766FE00D" w14:textId="77777777" w:rsidR="00634B77" w:rsidRPr="00DC236A" w:rsidRDefault="00634B77" w:rsidP="00634B77">
      <w:pPr>
        <w:keepNext/>
        <w:keepLines/>
        <w:ind w:firstLine="709"/>
        <w:jc w:val="center"/>
        <w:rPr>
          <w:sz w:val="28"/>
          <w:lang w:val="kk-KZ"/>
        </w:rPr>
      </w:pPr>
      <w:r w:rsidRPr="00DC236A">
        <w:rPr>
          <w:sz w:val="28"/>
          <w:lang w:val="kk-KZ"/>
        </w:rPr>
        <w:lastRenderedPageBreak/>
        <w:t>№ 527 сайлау учаскесі</w:t>
      </w:r>
    </w:p>
    <w:p w14:paraId="3CF34583" w14:textId="77777777" w:rsidR="00634B77" w:rsidRPr="00DC236A" w:rsidRDefault="00634B77" w:rsidP="00634B77">
      <w:pPr>
        <w:keepNext/>
        <w:keepLines/>
        <w:jc w:val="center"/>
        <w:rPr>
          <w:sz w:val="28"/>
          <w:lang w:val="kk-KZ"/>
        </w:rPr>
      </w:pPr>
      <w:r w:rsidRPr="00DC236A">
        <w:rPr>
          <w:sz w:val="28"/>
          <w:lang w:val="kk-KZ"/>
        </w:rPr>
        <w:t xml:space="preserve">(орталығы – «BINOM EDUCATION» жауапкершілігі шектеулі серіктестігінің </w:t>
      </w:r>
    </w:p>
    <w:p w14:paraId="5BBE96EB" w14:textId="77777777" w:rsidR="00634B77" w:rsidRPr="00DC236A" w:rsidRDefault="00634B77" w:rsidP="00634B77">
      <w:pPr>
        <w:keepNext/>
        <w:keepLines/>
        <w:ind w:firstLine="709"/>
        <w:jc w:val="center"/>
        <w:rPr>
          <w:sz w:val="28"/>
          <w:lang w:val="kk-KZ"/>
        </w:rPr>
      </w:pPr>
      <w:r w:rsidRPr="00DC236A">
        <w:rPr>
          <w:sz w:val="28"/>
          <w:lang w:val="kk-KZ"/>
        </w:rPr>
        <w:t>А. Байтұрсынұлы атындағы «</w:t>
      </w:r>
      <w:proofErr w:type="spellStart"/>
      <w:r w:rsidRPr="00DC236A">
        <w:rPr>
          <w:sz w:val="28"/>
          <w:lang w:val="kk-KZ"/>
        </w:rPr>
        <w:t>Binom</w:t>
      </w:r>
      <w:proofErr w:type="spellEnd"/>
      <w:r w:rsidRPr="00DC236A">
        <w:rPr>
          <w:sz w:val="28"/>
          <w:lang w:val="kk-KZ"/>
        </w:rPr>
        <w:t xml:space="preserve"> </w:t>
      </w:r>
      <w:proofErr w:type="spellStart"/>
      <w:r w:rsidRPr="00DC236A">
        <w:rPr>
          <w:sz w:val="28"/>
          <w:lang w:val="kk-KZ"/>
        </w:rPr>
        <w:t>school</w:t>
      </w:r>
      <w:proofErr w:type="spellEnd"/>
      <w:r w:rsidRPr="00DC236A">
        <w:rPr>
          <w:sz w:val="28"/>
          <w:lang w:val="kk-KZ"/>
        </w:rPr>
        <w:t>» мектеп-лицейі,</w:t>
      </w:r>
    </w:p>
    <w:p w14:paraId="39B09787" w14:textId="77777777" w:rsidR="00634B77" w:rsidRPr="00DC236A" w:rsidRDefault="00634B77" w:rsidP="00634B77">
      <w:pPr>
        <w:keepNext/>
        <w:keepLines/>
        <w:jc w:val="center"/>
        <w:rPr>
          <w:sz w:val="28"/>
          <w:lang w:val="kk-KZ"/>
        </w:rPr>
      </w:pPr>
      <w:r w:rsidRPr="00DC236A">
        <w:rPr>
          <w:sz w:val="28"/>
          <w:lang w:val="kk-KZ"/>
        </w:rPr>
        <w:t>А. Байтұрсынұлы көшесі, № 49А)</w:t>
      </w:r>
    </w:p>
    <w:p w14:paraId="46B1EDEF" w14:textId="77777777" w:rsidR="00634B77" w:rsidRPr="00DC236A" w:rsidRDefault="00634B77" w:rsidP="00634B77">
      <w:pPr>
        <w:keepNext/>
        <w:keepLines/>
        <w:jc w:val="center"/>
        <w:rPr>
          <w:sz w:val="28"/>
          <w:lang w:val="kk-KZ"/>
        </w:rPr>
      </w:pPr>
    </w:p>
    <w:p w14:paraId="3301C623" w14:textId="77777777" w:rsidR="00634B77" w:rsidRPr="00DC236A" w:rsidRDefault="00634B77" w:rsidP="00634B77">
      <w:pPr>
        <w:ind w:firstLine="709"/>
        <w:jc w:val="both"/>
        <w:rPr>
          <w:sz w:val="28"/>
          <w:szCs w:val="28"/>
          <w:lang w:val="kk-KZ"/>
        </w:rPr>
      </w:pPr>
      <w:r w:rsidRPr="00DC236A">
        <w:rPr>
          <w:sz w:val="28"/>
          <w:szCs w:val="28"/>
          <w:lang w:val="kk-KZ"/>
        </w:rPr>
        <w:t>Шекарасы: А. </w:t>
      </w:r>
      <w:r w:rsidRPr="00DC236A">
        <w:rPr>
          <w:sz w:val="28"/>
          <w:lang w:val="kk-KZ"/>
        </w:rPr>
        <w:t>Байтұрсынұлы</w:t>
      </w:r>
      <w:r w:rsidRPr="00DC236A">
        <w:rPr>
          <w:sz w:val="28"/>
          <w:szCs w:val="28"/>
          <w:lang w:val="kk-KZ"/>
        </w:rPr>
        <w:t xml:space="preserve"> көшесі, № 16, 16/1, 16/2, 16/3, 18, 18А үйлер, Ж. Нәжімеденов көшесі, № 13/1 үй.</w:t>
      </w:r>
    </w:p>
    <w:p w14:paraId="661AFE29" w14:textId="77777777" w:rsidR="00634B77" w:rsidRPr="00DC236A" w:rsidRDefault="00634B77" w:rsidP="00634B77">
      <w:pPr>
        <w:ind w:firstLine="709"/>
        <w:jc w:val="both"/>
        <w:rPr>
          <w:sz w:val="28"/>
          <w:szCs w:val="28"/>
          <w:lang w:val="kk-KZ"/>
        </w:rPr>
      </w:pPr>
    </w:p>
    <w:p w14:paraId="349555BE"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 528 сайлау учаскесі </w:t>
      </w:r>
    </w:p>
    <w:p w14:paraId="6007349C"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«Нұрлы жол» теміржол вокзалы, </w:t>
      </w:r>
    </w:p>
    <w:p w14:paraId="0F7A35AB" w14:textId="77777777" w:rsidR="00634B77" w:rsidRPr="00DC236A" w:rsidRDefault="00634B77" w:rsidP="00634B77">
      <w:pPr>
        <w:keepNext/>
        <w:keepLines/>
        <w:ind w:firstLine="709"/>
        <w:jc w:val="center"/>
        <w:rPr>
          <w:sz w:val="28"/>
          <w:szCs w:val="28"/>
          <w:lang w:val="kk-KZ"/>
        </w:rPr>
      </w:pPr>
      <w:r w:rsidRPr="00DC236A">
        <w:rPr>
          <w:sz w:val="28"/>
          <w:szCs w:val="28"/>
          <w:lang w:val="kk-KZ"/>
        </w:rPr>
        <w:t>М. </w:t>
      </w:r>
      <w:proofErr w:type="spellStart"/>
      <w:r w:rsidRPr="00DC236A">
        <w:rPr>
          <w:sz w:val="28"/>
          <w:szCs w:val="28"/>
          <w:lang w:val="kk-KZ"/>
        </w:rPr>
        <w:t>Тынышбайұлы</w:t>
      </w:r>
      <w:proofErr w:type="spellEnd"/>
      <w:r w:rsidRPr="00DC236A">
        <w:rPr>
          <w:sz w:val="28"/>
          <w:szCs w:val="28"/>
          <w:lang w:val="kk-KZ"/>
        </w:rPr>
        <w:t xml:space="preserve"> көшесі, № 8)</w:t>
      </w:r>
    </w:p>
    <w:p w14:paraId="5E69914C" w14:textId="77777777" w:rsidR="00634B77" w:rsidRPr="00DC236A" w:rsidRDefault="00634B77" w:rsidP="00634B77">
      <w:pPr>
        <w:keepNext/>
        <w:keepLines/>
        <w:ind w:firstLine="709"/>
        <w:jc w:val="both"/>
        <w:rPr>
          <w:sz w:val="28"/>
          <w:szCs w:val="28"/>
          <w:lang w:val="kk-KZ"/>
        </w:rPr>
      </w:pPr>
    </w:p>
    <w:p w14:paraId="12F808F3" w14:textId="77777777" w:rsidR="00634B77" w:rsidRPr="00DC236A" w:rsidRDefault="00634B77" w:rsidP="00634B77">
      <w:pPr>
        <w:ind w:firstLine="709"/>
        <w:jc w:val="both"/>
        <w:rPr>
          <w:sz w:val="28"/>
          <w:szCs w:val="28"/>
          <w:lang w:val="kk-KZ"/>
        </w:rPr>
      </w:pPr>
      <w:r w:rsidRPr="00DC236A">
        <w:rPr>
          <w:sz w:val="28"/>
          <w:szCs w:val="28"/>
          <w:lang w:val="kk-KZ"/>
        </w:rPr>
        <w:t>Шекарасы: Есіл өзенінің жағалауымен М. </w:t>
      </w:r>
      <w:proofErr w:type="spellStart"/>
      <w:r w:rsidRPr="00DC236A">
        <w:rPr>
          <w:sz w:val="28"/>
          <w:szCs w:val="28"/>
          <w:lang w:val="kk-KZ"/>
        </w:rPr>
        <w:t>Тынышбайұлы</w:t>
      </w:r>
      <w:proofErr w:type="spellEnd"/>
      <w:r w:rsidRPr="00DC236A">
        <w:rPr>
          <w:sz w:val="28"/>
          <w:szCs w:val="28"/>
          <w:lang w:val="kk-KZ"/>
        </w:rPr>
        <w:t xml:space="preserve"> көшесіне дейін, М. </w:t>
      </w:r>
      <w:proofErr w:type="spellStart"/>
      <w:r w:rsidRPr="00DC236A">
        <w:rPr>
          <w:sz w:val="28"/>
          <w:szCs w:val="28"/>
          <w:lang w:val="kk-KZ"/>
        </w:rPr>
        <w:t>Тынышбайұлы</w:t>
      </w:r>
      <w:proofErr w:type="spellEnd"/>
      <w:r w:rsidRPr="00DC236A">
        <w:rPr>
          <w:sz w:val="28"/>
          <w:szCs w:val="28"/>
          <w:lang w:val="kk-KZ"/>
        </w:rPr>
        <w:t xml:space="preserve"> көшесінің жұп сандар жағымен Ж. Нәжімеденов көшесіне дейін, Ж. Нәжімеденов көшесінің жұп сандар жағымен С. Шаймерденов көшесіне дейін, С. Шаймерденов көшесінің жұп сандар жағымен Есіл өзенінің жағалауына дейін.</w:t>
      </w:r>
    </w:p>
    <w:p w14:paraId="507BFAD0" w14:textId="77777777" w:rsidR="00634B77" w:rsidRPr="00DC236A" w:rsidRDefault="00634B77" w:rsidP="00634B77">
      <w:pPr>
        <w:jc w:val="both"/>
        <w:rPr>
          <w:sz w:val="28"/>
          <w:szCs w:val="28"/>
          <w:lang w:val="kk-KZ"/>
        </w:rPr>
      </w:pPr>
    </w:p>
    <w:p w14:paraId="3F51E1AB" w14:textId="77777777" w:rsidR="00634B77" w:rsidRPr="00DC236A" w:rsidRDefault="00634B77" w:rsidP="00634B77">
      <w:pPr>
        <w:keepNext/>
        <w:keepLines/>
        <w:ind w:firstLine="709"/>
        <w:jc w:val="center"/>
        <w:rPr>
          <w:sz w:val="28"/>
          <w:szCs w:val="28"/>
          <w:lang w:val="kk-KZ"/>
        </w:rPr>
      </w:pPr>
      <w:r w:rsidRPr="00DC236A">
        <w:rPr>
          <w:sz w:val="28"/>
          <w:szCs w:val="28"/>
          <w:lang w:val="kk-KZ"/>
        </w:rPr>
        <w:t>№ 313 сайлау учаскесі</w:t>
      </w:r>
    </w:p>
    <w:p w14:paraId="434B2A5F"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 1 </w:t>
      </w:r>
      <w:proofErr w:type="spellStart"/>
      <w:r w:rsidRPr="00DC236A">
        <w:rPr>
          <w:sz w:val="28"/>
          <w:szCs w:val="28"/>
          <w:lang w:val="kk-KZ"/>
        </w:rPr>
        <w:t>көпбейінді</w:t>
      </w:r>
      <w:proofErr w:type="spellEnd"/>
      <w:r w:rsidRPr="00DC236A">
        <w:rPr>
          <w:sz w:val="28"/>
          <w:szCs w:val="28"/>
          <w:lang w:val="kk-KZ"/>
        </w:rPr>
        <w:t xml:space="preserve"> қалалық аурухана» шаруашылық жүргізу құқығындағы мемлекеттік коммуналдық кәсіпорны, Р. Қошқарбаев даңғылы, № 66)</w:t>
      </w:r>
    </w:p>
    <w:p w14:paraId="35A562C4" w14:textId="77777777" w:rsidR="00634B77" w:rsidRPr="00DC236A" w:rsidRDefault="00634B77" w:rsidP="00634B77">
      <w:pPr>
        <w:keepNext/>
        <w:keepLines/>
        <w:ind w:firstLine="709"/>
        <w:jc w:val="both"/>
        <w:rPr>
          <w:sz w:val="28"/>
          <w:szCs w:val="28"/>
          <w:lang w:val="kk-KZ"/>
        </w:rPr>
      </w:pPr>
    </w:p>
    <w:p w14:paraId="24CAD465" w14:textId="77777777" w:rsidR="00634B77" w:rsidRPr="00DC236A" w:rsidRDefault="00634B77" w:rsidP="00634B77">
      <w:pPr>
        <w:ind w:firstLine="709"/>
        <w:jc w:val="both"/>
        <w:rPr>
          <w:sz w:val="28"/>
          <w:szCs w:val="28"/>
          <w:lang w:val="kk-KZ"/>
        </w:rPr>
      </w:pPr>
      <w:r w:rsidRPr="00DC236A">
        <w:rPr>
          <w:sz w:val="28"/>
          <w:szCs w:val="28"/>
          <w:lang w:val="kk-KZ"/>
        </w:rPr>
        <w:t>Шекарасы: Р. Қошқарбаев даңғылы, № 66 үй.</w:t>
      </w:r>
    </w:p>
    <w:p w14:paraId="1442DC58" w14:textId="77777777" w:rsidR="00634B77" w:rsidRPr="00DC236A" w:rsidRDefault="00634B77" w:rsidP="00634B77">
      <w:pPr>
        <w:ind w:firstLine="709"/>
        <w:jc w:val="center"/>
        <w:rPr>
          <w:sz w:val="28"/>
          <w:szCs w:val="28"/>
          <w:lang w:val="kk-KZ"/>
        </w:rPr>
      </w:pPr>
    </w:p>
    <w:p w14:paraId="640BD18A" w14:textId="77777777" w:rsidR="00634B77" w:rsidRPr="00DC236A" w:rsidRDefault="00634B77" w:rsidP="00634B77">
      <w:pPr>
        <w:keepNext/>
        <w:keepLines/>
        <w:ind w:firstLine="709"/>
        <w:jc w:val="center"/>
        <w:rPr>
          <w:sz w:val="28"/>
          <w:szCs w:val="28"/>
          <w:lang w:val="kk-KZ"/>
        </w:rPr>
      </w:pPr>
      <w:r w:rsidRPr="00DC236A">
        <w:rPr>
          <w:sz w:val="28"/>
          <w:szCs w:val="28"/>
          <w:lang w:val="kk-KZ"/>
        </w:rPr>
        <w:t>№ 314 сайлау учаскесі</w:t>
      </w:r>
    </w:p>
    <w:p w14:paraId="34729677"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 2 </w:t>
      </w:r>
      <w:proofErr w:type="spellStart"/>
      <w:r w:rsidRPr="00DC236A">
        <w:rPr>
          <w:sz w:val="28"/>
          <w:szCs w:val="28"/>
          <w:lang w:val="kk-KZ"/>
        </w:rPr>
        <w:t>көпбейінді</w:t>
      </w:r>
      <w:proofErr w:type="spellEnd"/>
      <w:r w:rsidRPr="00DC236A">
        <w:rPr>
          <w:sz w:val="28"/>
          <w:szCs w:val="28"/>
          <w:lang w:val="kk-KZ"/>
        </w:rPr>
        <w:t xml:space="preserve"> қалалық балалар ауруханасы» шаруашылық жүргізу құқығындағы мемлекеттік коммуналдық кәсіпорны, Р. Қошқарбаев даңғылы, № 64)</w:t>
      </w:r>
    </w:p>
    <w:p w14:paraId="2B032C52" w14:textId="77777777" w:rsidR="00634B77" w:rsidRPr="00DC236A" w:rsidRDefault="00634B77" w:rsidP="00634B77">
      <w:pPr>
        <w:keepNext/>
        <w:keepLines/>
        <w:ind w:firstLine="709"/>
        <w:jc w:val="center"/>
        <w:rPr>
          <w:sz w:val="28"/>
          <w:szCs w:val="28"/>
          <w:lang w:val="kk-KZ"/>
        </w:rPr>
      </w:pPr>
    </w:p>
    <w:p w14:paraId="33C81E81" w14:textId="77777777" w:rsidR="00634B77" w:rsidRPr="00DC236A" w:rsidRDefault="00634B77" w:rsidP="00634B77">
      <w:pPr>
        <w:ind w:firstLine="709"/>
        <w:jc w:val="both"/>
        <w:rPr>
          <w:sz w:val="28"/>
          <w:szCs w:val="28"/>
          <w:lang w:val="kk-KZ"/>
        </w:rPr>
      </w:pPr>
      <w:r w:rsidRPr="00DC236A">
        <w:rPr>
          <w:sz w:val="28"/>
          <w:szCs w:val="28"/>
          <w:lang w:val="kk-KZ"/>
        </w:rPr>
        <w:t>Шекарасы: Р. Қошқарбаев даңғылы, № 64 үй.</w:t>
      </w:r>
    </w:p>
    <w:p w14:paraId="1F47171A" w14:textId="77777777" w:rsidR="00634B77" w:rsidRPr="007C46B4" w:rsidRDefault="00634B77" w:rsidP="00634B77">
      <w:pPr>
        <w:ind w:firstLine="709"/>
        <w:jc w:val="center"/>
        <w:rPr>
          <w:sz w:val="28"/>
          <w:szCs w:val="28"/>
        </w:rPr>
      </w:pPr>
      <w:r w:rsidRPr="00DC236A">
        <w:rPr>
          <w:sz w:val="28"/>
          <w:szCs w:val="28"/>
        </w:rPr>
        <w:t>____________________________</w:t>
      </w:r>
    </w:p>
    <w:p w14:paraId="054E0AEE" w14:textId="77777777" w:rsidR="00634B77" w:rsidRPr="007C46B4" w:rsidRDefault="00634B77" w:rsidP="00634B77">
      <w:pPr>
        <w:ind w:firstLine="709"/>
        <w:jc w:val="both"/>
        <w:rPr>
          <w:sz w:val="28"/>
          <w:szCs w:val="28"/>
          <w:lang w:val="kk-KZ"/>
        </w:rPr>
      </w:pPr>
    </w:p>
    <w:p w14:paraId="419E8000" w14:textId="408F26E5" w:rsidR="00BE72FA" w:rsidRDefault="00BE72FA" w:rsidP="000D023A">
      <w:pPr>
        <w:jc w:val="center"/>
        <w:rPr>
          <w:lang w:val="kk-KZ"/>
        </w:rPr>
      </w:pPr>
    </w:p>
    <w:p w14:paraId="4ED3F5BC" w14:textId="3486FF45" w:rsidR="005B42CB" w:rsidRDefault="005B42CB" w:rsidP="000D023A">
      <w:pPr>
        <w:jc w:val="center"/>
        <w:rPr>
          <w:lang w:val="kk-KZ"/>
        </w:rPr>
      </w:pPr>
    </w:p>
    <w:p w14:paraId="39FBC8F7" w14:textId="0B598FD7" w:rsidR="005B42CB" w:rsidRDefault="005B42CB" w:rsidP="000D023A">
      <w:pPr>
        <w:jc w:val="center"/>
        <w:rPr>
          <w:lang w:val="kk-KZ"/>
        </w:rPr>
      </w:pPr>
    </w:p>
    <w:p w14:paraId="05EFD1FF" w14:textId="5C57E187" w:rsidR="005B42CB" w:rsidRDefault="005B42CB" w:rsidP="000D023A">
      <w:pPr>
        <w:jc w:val="center"/>
        <w:rPr>
          <w:lang w:val="kk-KZ"/>
        </w:rPr>
      </w:pPr>
    </w:p>
    <w:p w14:paraId="3273D33B" w14:textId="207B5A73" w:rsidR="005B42CB" w:rsidRDefault="005B42CB" w:rsidP="000D023A">
      <w:pPr>
        <w:jc w:val="center"/>
        <w:rPr>
          <w:lang w:val="kk-KZ"/>
        </w:rPr>
      </w:pPr>
    </w:p>
    <w:p w14:paraId="3749A35A" w14:textId="1F0C88AB" w:rsidR="005B42CB" w:rsidRDefault="005B42CB" w:rsidP="000D023A">
      <w:pPr>
        <w:jc w:val="center"/>
        <w:rPr>
          <w:lang w:val="kk-KZ"/>
        </w:rPr>
      </w:pPr>
    </w:p>
    <w:p w14:paraId="3EE3BAD9" w14:textId="4183EF8C" w:rsidR="005B42CB" w:rsidRDefault="005B42CB" w:rsidP="000D023A">
      <w:pPr>
        <w:jc w:val="center"/>
        <w:rPr>
          <w:lang w:val="kk-KZ"/>
        </w:rPr>
      </w:pPr>
    </w:p>
    <w:p w14:paraId="7D89AA18" w14:textId="254F4B90" w:rsidR="005B42CB" w:rsidRDefault="005B42CB" w:rsidP="000D023A">
      <w:pPr>
        <w:jc w:val="center"/>
        <w:rPr>
          <w:lang w:val="kk-KZ"/>
        </w:rPr>
      </w:pPr>
    </w:p>
    <w:p w14:paraId="6E129C11" w14:textId="5AFA2053" w:rsidR="005B42CB" w:rsidRDefault="005B42CB" w:rsidP="000D023A">
      <w:pPr>
        <w:jc w:val="center"/>
        <w:rPr>
          <w:lang w:val="kk-KZ"/>
        </w:rPr>
      </w:pPr>
    </w:p>
    <w:p w14:paraId="48B6FC93" w14:textId="2F0466E0" w:rsidR="005B42CB" w:rsidRDefault="005B42CB" w:rsidP="000D023A">
      <w:pPr>
        <w:jc w:val="center"/>
        <w:rPr>
          <w:lang w:val="kk-KZ"/>
        </w:rPr>
      </w:pPr>
    </w:p>
    <w:p w14:paraId="56EB6030" w14:textId="1ED5EFD9" w:rsidR="005B42CB" w:rsidRDefault="005B42CB" w:rsidP="000D023A">
      <w:pPr>
        <w:jc w:val="center"/>
        <w:rPr>
          <w:lang w:val="kk-KZ"/>
        </w:rPr>
      </w:pPr>
    </w:p>
    <w:p w14:paraId="105F2C94" w14:textId="2E3DEDF4" w:rsidR="005B42CB" w:rsidRDefault="005B42CB" w:rsidP="000D023A">
      <w:pPr>
        <w:jc w:val="center"/>
        <w:rPr>
          <w:lang w:val="kk-KZ"/>
        </w:rPr>
      </w:pPr>
    </w:p>
    <w:p w14:paraId="18DE685C" w14:textId="2756462C" w:rsidR="005B42CB" w:rsidRDefault="005B42CB" w:rsidP="000D023A">
      <w:pPr>
        <w:jc w:val="center"/>
        <w:rPr>
          <w:lang w:val="kk-KZ"/>
        </w:rPr>
      </w:pPr>
    </w:p>
    <w:p w14:paraId="33CEDB07" w14:textId="21B57B9A" w:rsidR="005B42CB" w:rsidRDefault="005B42CB" w:rsidP="000D023A">
      <w:pPr>
        <w:jc w:val="center"/>
        <w:rPr>
          <w:lang w:val="kk-KZ"/>
        </w:rPr>
      </w:pPr>
    </w:p>
    <w:p w14:paraId="4A53978A" w14:textId="03E965C0" w:rsidR="005B42CB" w:rsidRDefault="005B42CB" w:rsidP="000D023A">
      <w:pPr>
        <w:jc w:val="center"/>
        <w:rPr>
          <w:lang w:val="kk-KZ"/>
        </w:rPr>
      </w:pPr>
    </w:p>
    <w:p w14:paraId="2BF11758" w14:textId="5B196555" w:rsidR="005B42CB" w:rsidRDefault="005B42CB" w:rsidP="000D023A">
      <w:pPr>
        <w:jc w:val="center"/>
        <w:rPr>
          <w:lang w:val="kk-KZ"/>
        </w:rPr>
      </w:pPr>
    </w:p>
    <w:tbl>
      <w:tblPr>
        <w:tblStyle w:val="ab"/>
        <w:tblW w:w="4111" w:type="dxa"/>
        <w:tblInd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tblGrid>
      <w:tr w:rsidR="005B42CB" w:rsidRPr="00D2356F" w14:paraId="1CD54509" w14:textId="77777777" w:rsidTr="009720AC">
        <w:tc>
          <w:tcPr>
            <w:tcW w:w="4111" w:type="dxa"/>
            <w:hideMark/>
          </w:tcPr>
          <w:p w14:paraId="3A5A819F" w14:textId="77777777" w:rsidR="005B42CB" w:rsidRPr="005B42CB" w:rsidRDefault="005B42CB" w:rsidP="005B42CB">
            <w:pPr>
              <w:ind w:left="250" w:hanging="250"/>
              <w:rPr>
                <w:lang w:val="kk-KZ"/>
              </w:rPr>
            </w:pPr>
            <w:r w:rsidRPr="005B42CB">
              <w:rPr>
                <w:sz w:val="28"/>
                <w:lang w:val="kk-KZ"/>
              </w:rPr>
              <w:lastRenderedPageBreak/>
              <w:t>Астана қаласы әкімінің</w:t>
            </w:r>
          </w:p>
          <w:p w14:paraId="3D2B7D6A" w14:textId="11F0B02A" w:rsidR="005B42CB" w:rsidRPr="006F7332" w:rsidRDefault="005B42CB" w:rsidP="005B42CB">
            <w:pPr>
              <w:ind w:left="250" w:hanging="250"/>
              <w:rPr>
                <w:lang w:val="kk-KZ"/>
              </w:rPr>
            </w:pPr>
            <w:r w:rsidRPr="005B42CB">
              <w:rPr>
                <w:sz w:val="28"/>
                <w:lang w:val="kk-KZ"/>
              </w:rPr>
              <w:t>2026 жылғы «</w:t>
            </w:r>
            <w:r>
              <w:rPr>
                <w:sz w:val="28"/>
                <w:lang w:val="kk-KZ"/>
              </w:rPr>
              <w:t>30</w:t>
            </w:r>
            <w:r w:rsidRPr="005B42CB">
              <w:rPr>
                <w:sz w:val="28"/>
                <w:lang w:val="kk-KZ"/>
              </w:rPr>
              <w:t xml:space="preserve">» </w:t>
            </w:r>
            <w:r>
              <w:rPr>
                <w:sz w:val="28"/>
                <w:lang w:val="kk-KZ"/>
              </w:rPr>
              <w:t>қыркүйектегі</w:t>
            </w:r>
          </w:p>
          <w:p w14:paraId="48771E61" w14:textId="101BE56D" w:rsidR="005B42CB" w:rsidRPr="005B42CB" w:rsidRDefault="005B42CB" w:rsidP="005B42CB">
            <w:pPr>
              <w:ind w:left="250" w:hanging="250"/>
              <w:rPr>
                <w:lang w:val="kk-KZ"/>
              </w:rPr>
            </w:pPr>
            <w:r w:rsidRPr="005B42CB">
              <w:rPr>
                <w:sz w:val="28"/>
                <w:lang w:val="kk-KZ"/>
              </w:rPr>
              <w:t xml:space="preserve">№ </w:t>
            </w:r>
            <w:r>
              <w:rPr>
                <w:sz w:val="28"/>
                <w:lang w:val="kk-KZ"/>
              </w:rPr>
              <w:t>01-21</w:t>
            </w:r>
            <w:r w:rsidRPr="005B42CB">
              <w:rPr>
                <w:sz w:val="28"/>
                <w:lang w:val="kk-KZ"/>
              </w:rPr>
              <w:t xml:space="preserve"> шешіміне</w:t>
            </w:r>
          </w:p>
        </w:tc>
      </w:tr>
      <w:tr w:rsidR="005B42CB" w:rsidRPr="006F7332" w14:paraId="00D25E0C" w14:textId="77777777" w:rsidTr="009720AC">
        <w:tc>
          <w:tcPr>
            <w:tcW w:w="4111" w:type="dxa"/>
          </w:tcPr>
          <w:p w14:paraId="3CC61CEC" w14:textId="77777777" w:rsidR="005B42CB" w:rsidRPr="006F7332" w:rsidRDefault="005B42CB" w:rsidP="005B42CB">
            <w:pPr>
              <w:ind w:left="250" w:hanging="250"/>
              <w:rPr>
                <w:sz w:val="28"/>
                <w:lang w:val="en-US"/>
              </w:rPr>
            </w:pPr>
            <w:r w:rsidRPr="006F7332">
              <w:rPr>
                <w:sz w:val="28"/>
                <w:lang w:val="en-US"/>
              </w:rPr>
              <w:t>6-қосымша</w:t>
            </w:r>
          </w:p>
          <w:p w14:paraId="17505B7C" w14:textId="77777777" w:rsidR="005B42CB" w:rsidRPr="006F7332" w:rsidRDefault="005B42CB" w:rsidP="005B42CB">
            <w:pPr>
              <w:ind w:hanging="250"/>
              <w:rPr>
                <w:i/>
                <w:sz w:val="28"/>
                <w:szCs w:val="28"/>
                <w:lang w:val="kk-KZ"/>
              </w:rPr>
            </w:pPr>
          </w:p>
        </w:tc>
      </w:tr>
      <w:tr w:rsidR="005B42CB" w:rsidRPr="006F7332" w14:paraId="73671A58" w14:textId="77777777" w:rsidTr="009720AC">
        <w:tc>
          <w:tcPr>
            <w:tcW w:w="4111" w:type="dxa"/>
            <w:hideMark/>
          </w:tcPr>
          <w:p w14:paraId="216E961A" w14:textId="77777777" w:rsidR="005B42CB" w:rsidRPr="006F7332" w:rsidRDefault="005B42CB" w:rsidP="005B42CB">
            <w:pPr>
              <w:ind w:left="250" w:hanging="250"/>
              <w:rPr>
                <w:lang w:val="ru-KZ"/>
              </w:rPr>
            </w:pPr>
            <w:r w:rsidRPr="006F7332">
              <w:rPr>
                <w:sz w:val="28"/>
                <w:lang w:val="ru-KZ"/>
              </w:rPr>
              <w:t xml:space="preserve">Астана </w:t>
            </w:r>
            <w:proofErr w:type="spellStart"/>
            <w:r w:rsidRPr="006F7332">
              <w:rPr>
                <w:sz w:val="28"/>
                <w:lang w:val="ru-KZ"/>
              </w:rPr>
              <w:t>қаласы</w:t>
            </w:r>
            <w:proofErr w:type="spellEnd"/>
            <w:r w:rsidRPr="006F7332">
              <w:rPr>
                <w:sz w:val="28"/>
                <w:lang w:val="ru-KZ"/>
              </w:rPr>
              <w:t xml:space="preserve"> </w:t>
            </w:r>
            <w:proofErr w:type="spellStart"/>
            <w:r w:rsidRPr="006F7332">
              <w:rPr>
                <w:sz w:val="28"/>
                <w:lang w:val="ru-KZ"/>
              </w:rPr>
              <w:t>әкімінің</w:t>
            </w:r>
            <w:proofErr w:type="spellEnd"/>
          </w:p>
          <w:p w14:paraId="2A812F93" w14:textId="77777777" w:rsidR="005B42CB" w:rsidRPr="006F7332" w:rsidRDefault="005B42CB" w:rsidP="005B42CB">
            <w:pPr>
              <w:ind w:left="250" w:hanging="250"/>
              <w:rPr>
                <w:lang w:val="kk-KZ"/>
              </w:rPr>
            </w:pPr>
            <w:r w:rsidRPr="006F7332">
              <w:rPr>
                <w:sz w:val="28"/>
                <w:lang w:val="ru-KZ"/>
              </w:rPr>
              <w:t xml:space="preserve">2025 </w:t>
            </w:r>
            <w:proofErr w:type="spellStart"/>
            <w:r w:rsidRPr="006F7332">
              <w:rPr>
                <w:sz w:val="28"/>
                <w:lang w:val="ru-KZ"/>
              </w:rPr>
              <w:t>жылғы</w:t>
            </w:r>
            <w:proofErr w:type="spellEnd"/>
            <w:r w:rsidRPr="006F7332">
              <w:rPr>
                <w:sz w:val="28"/>
                <w:lang w:val="ru-KZ"/>
              </w:rPr>
              <w:t xml:space="preserve"> 8 </w:t>
            </w:r>
            <w:proofErr w:type="spellStart"/>
            <w:r w:rsidRPr="006F7332">
              <w:rPr>
                <w:sz w:val="28"/>
                <w:lang w:val="ru-KZ"/>
              </w:rPr>
              <w:t>сәуірдегі</w:t>
            </w:r>
            <w:proofErr w:type="spellEnd"/>
          </w:p>
          <w:p w14:paraId="390AEE5C" w14:textId="77777777" w:rsidR="005B42CB" w:rsidRPr="006F7332" w:rsidRDefault="005B42CB" w:rsidP="005B42CB">
            <w:pPr>
              <w:ind w:left="250" w:hanging="250"/>
              <w:rPr>
                <w:sz w:val="28"/>
                <w:szCs w:val="28"/>
                <w:lang w:val="kk-KZ"/>
              </w:rPr>
            </w:pPr>
            <w:r w:rsidRPr="006F7332">
              <w:rPr>
                <w:sz w:val="28"/>
                <w:lang w:val="ru-KZ"/>
              </w:rPr>
              <w:t xml:space="preserve">№ 01-7 </w:t>
            </w:r>
            <w:proofErr w:type="spellStart"/>
            <w:r w:rsidRPr="006F7332">
              <w:rPr>
                <w:sz w:val="28"/>
                <w:lang w:val="ru-KZ"/>
              </w:rPr>
              <w:t>шешіміне</w:t>
            </w:r>
            <w:proofErr w:type="spellEnd"/>
          </w:p>
        </w:tc>
      </w:tr>
      <w:tr w:rsidR="005B42CB" w:rsidRPr="006F7332" w14:paraId="7666691B" w14:textId="77777777" w:rsidTr="009720AC">
        <w:tc>
          <w:tcPr>
            <w:tcW w:w="4111" w:type="dxa"/>
            <w:hideMark/>
          </w:tcPr>
          <w:p w14:paraId="556A9F19" w14:textId="77777777" w:rsidR="005B42CB" w:rsidRPr="006F7332" w:rsidRDefault="005B42CB" w:rsidP="005B42CB">
            <w:pPr>
              <w:ind w:left="250" w:hanging="250"/>
              <w:rPr>
                <w:sz w:val="28"/>
                <w:szCs w:val="28"/>
                <w:lang w:val="kk-KZ"/>
              </w:rPr>
            </w:pPr>
            <w:r w:rsidRPr="006F7332">
              <w:rPr>
                <w:sz w:val="28"/>
                <w:lang w:val="en-US"/>
              </w:rPr>
              <w:t>6</w:t>
            </w:r>
            <w:r w:rsidRPr="006F7332">
              <w:rPr>
                <w:sz w:val="28"/>
              </w:rPr>
              <w:t>-</w:t>
            </w:r>
            <w:proofErr w:type="spellStart"/>
            <w:r w:rsidRPr="006F7332">
              <w:rPr>
                <w:sz w:val="28"/>
                <w:lang w:val="en-US"/>
              </w:rPr>
              <w:t>қосымша</w:t>
            </w:r>
            <w:proofErr w:type="spellEnd"/>
          </w:p>
        </w:tc>
      </w:tr>
    </w:tbl>
    <w:p w14:paraId="51DB27A5" w14:textId="77777777" w:rsidR="005B42CB" w:rsidRPr="006F7332" w:rsidRDefault="005B42CB" w:rsidP="005B42CB">
      <w:pPr>
        <w:ind w:firstLine="709"/>
        <w:jc w:val="center"/>
        <w:rPr>
          <w:sz w:val="28"/>
          <w:szCs w:val="28"/>
          <w:lang w:val="kk-KZ"/>
        </w:rPr>
      </w:pPr>
    </w:p>
    <w:p w14:paraId="5F8CC213" w14:textId="77777777" w:rsidR="005B42CB" w:rsidRPr="006F7332" w:rsidRDefault="005B42CB" w:rsidP="005B42CB">
      <w:pPr>
        <w:ind w:firstLine="709"/>
        <w:jc w:val="center"/>
        <w:rPr>
          <w:sz w:val="28"/>
          <w:szCs w:val="28"/>
          <w:lang w:val="kk-KZ"/>
        </w:rPr>
      </w:pPr>
    </w:p>
    <w:p w14:paraId="35FE4AA4" w14:textId="77777777" w:rsidR="005B42CB" w:rsidRPr="006F7332" w:rsidRDefault="005B42CB" w:rsidP="005B42CB">
      <w:pPr>
        <w:jc w:val="center"/>
        <w:rPr>
          <w:sz w:val="28"/>
          <w:szCs w:val="28"/>
          <w:lang w:val="kk-KZ"/>
        </w:rPr>
      </w:pPr>
      <w:r w:rsidRPr="006F7332">
        <w:rPr>
          <w:sz w:val="28"/>
          <w:szCs w:val="28"/>
          <w:lang w:val="kk-KZ"/>
        </w:rPr>
        <w:t>Астана қаласы «Сарыарқа» ауданының сайлау учаскелері</w:t>
      </w:r>
    </w:p>
    <w:p w14:paraId="77823317" w14:textId="77777777" w:rsidR="005B42CB" w:rsidRPr="006F7332" w:rsidRDefault="005B42CB" w:rsidP="005B42CB">
      <w:pPr>
        <w:ind w:firstLine="709"/>
        <w:jc w:val="center"/>
        <w:rPr>
          <w:sz w:val="28"/>
          <w:szCs w:val="28"/>
          <w:lang w:val="kk-KZ"/>
        </w:rPr>
      </w:pPr>
    </w:p>
    <w:p w14:paraId="58EEFE6D" w14:textId="77777777" w:rsidR="005B42CB" w:rsidRPr="006F7332" w:rsidRDefault="005B42CB" w:rsidP="005B42CB">
      <w:pPr>
        <w:keepNext/>
        <w:keepLines/>
        <w:jc w:val="center"/>
        <w:rPr>
          <w:sz w:val="28"/>
          <w:szCs w:val="28"/>
          <w:lang w:val="kk-KZ"/>
        </w:rPr>
      </w:pPr>
      <w:r w:rsidRPr="006F7332">
        <w:rPr>
          <w:sz w:val="28"/>
          <w:szCs w:val="28"/>
          <w:lang w:val="kk-KZ"/>
        </w:rPr>
        <w:t>№ 315 сайлау учаскесі</w:t>
      </w:r>
    </w:p>
    <w:p w14:paraId="63A38C37"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«Махамбет Өтемісұлы атындағы оқушылар сарайы» шаруашылық жүргізу құқығындағы мемлекеттік коммуналдық кәсіпорны, Ә. Мәмбетов көшесі, № 1)</w:t>
      </w:r>
    </w:p>
    <w:p w14:paraId="1446F40C" w14:textId="77777777" w:rsidR="005B42CB" w:rsidRPr="006F7332" w:rsidRDefault="005B42CB" w:rsidP="005B42CB">
      <w:pPr>
        <w:keepNext/>
        <w:jc w:val="both"/>
        <w:rPr>
          <w:lang w:val="kk-KZ"/>
        </w:rPr>
      </w:pPr>
    </w:p>
    <w:p w14:paraId="010D3094" w14:textId="77777777" w:rsidR="005B42CB" w:rsidRPr="006F7332" w:rsidRDefault="005B42CB" w:rsidP="005B42CB">
      <w:pPr>
        <w:ind w:firstLine="709"/>
        <w:jc w:val="both"/>
        <w:rPr>
          <w:sz w:val="28"/>
          <w:szCs w:val="28"/>
          <w:lang w:val="kk-KZ"/>
        </w:rPr>
      </w:pPr>
      <w:r w:rsidRPr="006F7332">
        <w:rPr>
          <w:sz w:val="28"/>
          <w:szCs w:val="28"/>
          <w:lang w:val="kk-KZ"/>
        </w:rPr>
        <w:t>Шекарасы: А. Бараев көшесінен Республика даңғылының тақ сандар жағымен Ғ. Қараш көшесіне дейін, Ғ. Қараш көшесінің жұп сандар жағымен</w:t>
      </w:r>
      <w:r w:rsidRPr="006F7332">
        <w:rPr>
          <w:sz w:val="28"/>
          <w:szCs w:val="28"/>
          <w:lang w:val="kk-KZ"/>
        </w:rPr>
        <w:br/>
        <w:t>Ә. Мәмбетов көшесіне дейін, Ә. Мәмбетов көшесінен Есіл өзенінің жағалауымен, Самал шағын ауданын қоса алғанда, А. Бараев көшесіне дейін.</w:t>
      </w:r>
    </w:p>
    <w:p w14:paraId="720D446D" w14:textId="77777777" w:rsidR="005B42CB" w:rsidRPr="006F7332" w:rsidRDefault="005B42CB" w:rsidP="005B42CB">
      <w:pPr>
        <w:jc w:val="both"/>
        <w:rPr>
          <w:lang w:val="kk-KZ"/>
        </w:rPr>
      </w:pPr>
    </w:p>
    <w:p w14:paraId="0206FF51" w14:textId="77777777" w:rsidR="005B42CB" w:rsidRPr="006F7332" w:rsidRDefault="005B42CB" w:rsidP="005B42CB">
      <w:pPr>
        <w:keepNext/>
        <w:keepLines/>
        <w:jc w:val="center"/>
        <w:rPr>
          <w:sz w:val="28"/>
          <w:szCs w:val="28"/>
          <w:lang w:val="kk-KZ"/>
        </w:rPr>
      </w:pPr>
      <w:r w:rsidRPr="006F7332">
        <w:rPr>
          <w:sz w:val="28"/>
          <w:szCs w:val="28"/>
          <w:lang w:val="kk-KZ"/>
        </w:rPr>
        <w:t>№ 316 сайлау учаскесі</w:t>
      </w:r>
    </w:p>
    <w:p w14:paraId="617D6CDD" w14:textId="77777777" w:rsidR="005B42CB" w:rsidRPr="006F7332" w:rsidRDefault="005B42CB" w:rsidP="005B42CB">
      <w:pPr>
        <w:keepNext/>
        <w:keepLines/>
        <w:jc w:val="center"/>
        <w:rPr>
          <w:sz w:val="28"/>
          <w:szCs w:val="28"/>
          <w:lang w:val="kk-KZ"/>
        </w:rPr>
      </w:pPr>
      <w:r w:rsidRPr="006F7332">
        <w:rPr>
          <w:sz w:val="28"/>
          <w:szCs w:val="28"/>
          <w:lang w:val="kk-KZ"/>
        </w:rPr>
        <w:t>(орталығы – Е. Рахмадиев атындағы Мемлекеттік академиялық филармонияның концерт залы, Кенесары көшесі, № 32)</w:t>
      </w:r>
    </w:p>
    <w:p w14:paraId="23C63B19" w14:textId="77777777" w:rsidR="005B42CB" w:rsidRPr="006F7332" w:rsidRDefault="005B42CB" w:rsidP="005B42CB">
      <w:pPr>
        <w:keepNext/>
        <w:jc w:val="both"/>
        <w:rPr>
          <w:lang w:val="kk-KZ"/>
        </w:rPr>
      </w:pPr>
    </w:p>
    <w:p w14:paraId="06D5EC47" w14:textId="77777777" w:rsidR="005B42CB" w:rsidRPr="006F7332" w:rsidRDefault="005B42CB" w:rsidP="005B42CB">
      <w:pPr>
        <w:ind w:firstLine="709"/>
        <w:jc w:val="both"/>
        <w:rPr>
          <w:sz w:val="28"/>
          <w:szCs w:val="28"/>
          <w:lang w:val="kk-KZ"/>
        </w:rPr>
      </w:pPr>
      <w:r w:rsidRPr="006F7332">
        <w:rPr>
          <w:sz w:val="28"/>
          <w:szCs w:val="28"/>
          <w:lang w:val="kk-KZ"/>
        </w:rPr>
        <w:t>Шекарасы: Ә. Мәмбетов көшесінен Кенесары көшесінің жұп сандар жағымен Сарыарқа даңғылына дейін, Сарыарқа даңғылынан Есіл өзенінің жағалауына дейін, Есіл өзенінің жағалауымен Ә. Мәмбетов көшесіне дейін,</w:t>
      </w:r>
      <w:r w:rsidRPr="006F7332">
        <w:rPr>
          <w:sz w:val="28"/>
          <w:szCs w:val="28"/>
          <w:lang w:val="kk-KZ"/>
        </w:rPr>
        <w:br/>
        <w:t>Ә. Мәмбетов көшесінің тақ сандар жағымен Кенесары көшесіне дейін.</w:t>
      </w:r>
    </w:p>
    <w:p w14:paraId="57D60A20" w14:textId="77777777" w:rsidR="005B42CB" w:rsidRPr="006F7332" w:rsidRDefault="005B42CB" w:rsidP="005B42CB">
      <w:pPr>
        <w:jc w:val="both"/>
        <w:rPr>
          <w:lang w:val="kk-KZ"/>
        </w:rPr>
      </w:pPr>
    </w:p>
    <w:p w14:paraId="494F5F84" w14:textId="77777777" w:rsidR="005B42CB" w:rsidRPr="006F7332" w:rsidRDefault="005B42CB" w:rsidP="005B42CB">
      <w:pPr>
        <w:keepNext/>
        <w:keepLines/>
        <w:jc w:val="center"/>
        <w:rPr>
          <w:sz w:val="28"/>
          <w:szCs w:val="28"/>
          <w:lang w:val="kk-KZ"/>
        </w:rPr>
      </w:pPr>
      <w:r w:rsidRPr="006F7332">
        <w:rPr>
          <w:sz w:val="28"/>
          <w:szCs w:val="28"/>
          <w:lang w:val="kk-KZ"/>
        </w:rPr>
        <w:t>№ 317 сайлау учаскесі</w:t>
      </w:r>
    </w:p>
    <w:p w14:paraId="05102865" w14:textId="77777777" w:rsidR="005B42CB" w:rsidRPr="006F7332" w:rsidRDefault="005B42CB" w:rsidP="005B42CB">
      <w:pPr>
        <w:keepNext/>
        <w:keepLines/>
        <w:jc w:val="center"/>
        <w:rPr>
          <w:sz w:val="28"/>
          <w:szCs w:val="28"/>
          <w:lang w:val="kk-KZ"/>
        </w:rPr>
      </w:pPr>
      <w:r w:rsidRPr="006F7332">
        <w:rPr>
          <w:sz w:val="28"/>
          <w:szCs w:val="28"/>
          <w:lang w:val="kk-KZ"/>
        </w:rPr>
        <w:t>(орталығы – Е. Рахмадиев атындағы Мемлекеттік академиялық филармонияның концерт залы, Кенесары көшесі, № 32)</w:t>
      </w:r>
    </w:p>
    <w:p w14:paraId="57EA4B36" w14:textId="77777777" w:rsidR="005B42CB" w:rsidRPr="006F7332" w:rsidRDefault="005B42CB" w:rsidP="005B42CB">
      <w:pPr>
        <w:keepNext/>
        <w:jc w:val="both"/>
        <w:rPr>
          <w:lang w:val="kk-KZ"/>
        </w:rPr>
      </w:pPr>
    </w:p>
    <w:p w14:paraId="52542A03" w14:textId="77777777" w:rsidR="005B42CB" w:rsidRPr="006F7332" w:rsidRDefault="005B42CB" w:rsidP="005B42CB">
      <w:pPr>
        <w:ind w:firstLine="709"/>
        <w:jc w:val="both"/>
        <w:rPr>
          <w:sz w:val="28"/>
          <w:szCs w:val="28"/>
          <w:lang w:val="kk-KZ"/>
        </w:rPr>
      </w:pPr>
      <w:r w:rsidRPr="006F7332">
        <w:rPr>
          <w:sz w:val="28"/>
          <w:szCs w:val="28"/>
          <w:lang w:val="kk-KZ"/>
        </w:rPr>
        <w:t>Шекарасы: Бейбітшілік көшесінен Абай даңғылының жұп сандар жағымен Республика даңғылына дейін, Республика даңғылының тақ сандар жағымен</w:t>
      </w:r>
      <w:r w:rsidRPr="006F7332">
        <w:rPr>
          <w:sz w:val="28"/>
          <w:szCs w:val="28"/>
          <w:lang w:val="kk-KZ"/>
        </w:rPr>
        <w:br/>
        <w:t>Ғ. Қараш көшесіне дейін, Ғ. Қараш көшесінің тақ сандар жағымен Ә. Мәмбетов көшесіне дейін, Ә. Мәмбетов көшесінің жұп сандар жағымен Кенесары көшесіне дейін, Кенесары көшесінің тақ сандар жағымен Бейбітшілік көшесіне дейін, Бейбітшілік көшесінің жұп сандар жағымен Абай даңғылына дейін.</w:t>
      </w:r>
    </w:p>
    <w:p w14:paraId="01DC954D" w14:textId="77777777" w:rsidR="005B42CB" w:rsidRPr="006F7332" w:rsidRDefault="005B42CB" w:rsidP="005B42CB">
      <w:pPr>
        <w:jc w:val="both"/>
        <w:rPr>
          <w:lang w:val="kk-KZ"/>
        </w:rPr>
      </w:pPr>
    </w:p>
    <w:p w14:paraId="06586725" w14:textId="77777777" w:rsidR="005B42CB" w:rsidRPr="006F7332" w:rsidRDefault="005B42CB" w:rsidP="005B42CB">
      <w:pPr>
        <w:keepNext/>
        <w:keepLines/>
        <w:jc w:val="center"/>
        <w:rPr>
          <w:sz w:val="28"/>
          <w:szCs w:val="28"/>
          <w:lang w:val="kk-KZ"/>
        </w:rPr>
      </w:pPr>
      <w:r w:rsidRPr="006F7332">
        <w:rPr>
          <w:sz w:val="28"/>
          <w:szCs w:val="28"/>
          <w:lang w:val="kk-KZ"/>
        </w:rPr>
        <w:lastRenderedPageBreak/>
        <w:t>№ 318 сайлау учаскесі</w:t>
      </w:r>
    </w:p>
    <w:p w14:paraId="0879A474"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«Өзбекәлі Жәнібеков атындағы № 11 мектеп-лицей» шаруашылық жүргізу құқығындағы мемлекеттік коммуналдық кәсіпорны, Абай даңғылы, № 6)</w:t>
      </w:r>
    </w:p>
    <w:p w14:paraId="3DA6AE7A" w14:textId="77777777" w:rsidR="005B42CB" w:rsidRPr="006F7332" w:rsidRDefault="005B42CB" w:rsidP="005B42CB">
      <w:pPr>
        <w:keepNext/>
        <w:jc w:val="both"/>
        <w:rPr>
          <w:lang w:val="kk-KZ"/>
        </w:rPr>
      </w:pPr>
    </w:p>
    <w:p w14:paraId="3E805FAE" w14:textId="77777777" w:rsidR="005B42CB" w:rsidRPr="006F7332" w:rsidRDefault="005B42CB" w:rsidP="005B42CB">
      <w:pPr>
        <w:ind w:firstLine="709"/>
        <w:jc w:val="both"/>
        <w:rPr>
          <w:sz w:val="28"/>
          <w:szCs w:val="28"/>
          <w:lang w:val="kk-KZ"/>
        </w:rPr>
      </w:pPr>
      <w:r w:rsidRPr="006F7332">
        <w:rPr>
          <w:sz w:val="28"/>
          <w:szCs w:val="28"/>
          <w:lang w:val="kk-KZ"/>
        </w:rPr>
        <w:t>Шекарасы: Абай даңғылынан, Абай даңғылындағы № 10, 10/1, 10/2 және Сарыарқа даңғылындағы № 13, 13г үйлерді қоспағанда, Сарыарқа даңғылына дейін, Сарыарқа даңғылының тақ сандар жағымен Кенесары көшесіне дейін, Кенесары көшесінен К. Күмісбеков көшесіне дейін, К. Күмісбеков көшесінен,</w:t>
      </w:r>
      <w:r w:rsidRPr="006F7332">
        <w:rPr>
          <w:sz w:val="28"/>
          <w:szCs w:val="28"/>
          <w:lang w:val="kk-KZ"/>
        </w:rPr>
        <w:br/>
        <w:t>К. Күмісбеков көшесіндегі № 4 үйді қоспағанда, Абай даңғылына дейін.</w:t>
      </w:r>
    </w:p>
    <w:p w14:paraId="5DE37598" w14:textId="77777777" w:rsidR="005B42CB" w:rsidRPr="006F7332" w:rsidRDefault="005B42CB" w:rsidP="005B42CB">
      <w:pPr>
        <w:jc w:val="both"/>
        <w:rPr>
          <w:lang w:val="kk-KZ"/>
        </w:rPr>
      </w:pPr>
    </w:p>
    <w:p w14:paraId="7A232AD2" w14:textId="77777777" w:rsidR="005B42CB" w:rsidRPr="006F7332" w:rsidRDefault="005B42CB" w:rsidP="005B42CB">
      <w:pPr>
        <w:keepNext/>
        <w:keepLines/>
        <w:jc w:val="center"/>
        <w:rPr>
          <w:sz w:val="28"/>
          <w:szCs w:val="28"/>
          <w:lang w:val="kk-KZ"/>
        </w:rPr>
      </w:pPr>
      <w:r w:rsidRPr="006F7332">
        <w:rPr>
          <w:sz w:val="28"/>
          <w:szCs w:val="28"/>
          <w:lang w:val="kk-KZ"/>
        </w:rPr>
        <w:t>№ 319 сайлау учаскесі</w:t>
      </w:r>
    </w:p>
    <w:p w14:paraId="322EBBFE" w14:textId="02DF5453"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«Шәкәрім атындағы № 56 мектеп-лицей» шаруашылық жүргізу құқығындағы мемлекеттік коммуналдық </w:t>
      </w:r>
      <w:proofErr w:type="spellStart"/>
      <w:r w:rsidRPr="006F7332">
        <w:rPr>
          <w:sz w:val="28"/>
          <w:szCs w:val="28"/>
          <w:lang w:val="kk-KZ"/>
        </w:rPr>
        <w:t>кәсіпорны,Т</w:t>
      </w:r>
      <w:proofErr w:type="spellEnd"/>
      <w:r w:rsidRPr="006F7332">
        <w:rPr>
          <w:sz w:val="28"/>
          <w:szCs w:val="28"/>
          <w:lang w:val="kk-KZ"/>
        </w:rPr>
        <w:t>. Шевченко көшесі, № 3)</w:t>
      </w:r>
    </w:p>
    <w:p w14:paraId="45EEC2EF" w14:textId="77777777" w:rsidR="005B42CB" w:rsidRPr="006F7332" w:rsidRDefault="005B42CB" w:rsidP="005B42CB">
      <w:pPr>
        <w:keepNext/>
        <w:jc w:val="both"/>
        <w:rPr>
          <w:lang w:val="kk-KZ"/>
        </w:rPr>
      </w:pPr>
    </w:p>
    <w:p w14:paraId="73B9257C" w14:textId="77777777" w:rsidR="005B42CB" w:rsidRPr="006F7332" w:rsidRDefault="005B42CB" w:rsidP="005B42CB">
      <w:pPr>
        <w:ind w:firstLine="709"/>
        <w:jc w:val="both"/>
        <w:rPr>
          <w:sz w:val="28"/>
          <w:szCs w:val="28"/>
          <w:lang w:val="kk-KZ"/>
        </w:rPr>
      </w:pPr>
      <w:r w:rsidRPr="006F7332">
        <w:rPr>
          <w:sz w:val="28"/>
          <w:szCs w:val="28"/>
          <w:lang w:val="kk-KZ"/>
        </w:rPr>
        <w:t>Шекарасы: Есіл өзенінің жағалауынан Кенесары көшесіне дейін, Кенесары көшесінен Т. Шевченко көшесіне дейін, Т. Шевченко көшесінің жұп сандар жағымен, Кенесары көшесіндегі № 4Б үйді қоспағанда, А. Косыгин көшесіне дейін, А. Косыгин көшесінен Есіл өзенінің жағалауына дейін.</w:t>
      </w:r>
    </w:p>
    <w:p w14:paraId="20DFFE02" w14:textId="77777777" w:rsidR="005B42CB" w:rsidRPr="006F7332" w:rsidRDefault="005B42CB" w:rsidP="005B42CB">
      <w:pPr>
        <w:jc w:val="both"/>
        <w:rPr>
          <w:lang w:val="kk-KZ"/>
        </w:rPr>
      </w:pPr>
    </w:p>
    <w:p w14:paraId="4C206539" w14:textId="77777777" w:rsidR="005B42CB" w:rsidRPr="006F7332" w:rsidRDefault="005B42CB" w:rsidP="005B42CB">
      <w:pPr>
        <w:keepNext/>
        <w:keepLines/>
        <w:jc w:val="center"/>
        <w:rPr>
          <w:sz w:val="28"/>
          <w:szCs w:val="28"/>
          <w:lang w:val="kk-KZ"/>
        </w:rPr>
      </w:pPr>
      <w:r w:rsidRPr="006F7332">
        <w:rPr>
          <w:sz w:val="28"/>
          <w:szCs w:val="28"/>
          <w:lang w:val="kk-KZ"/>
        </w:rPr>
        <w:t>№ 320 сайлау учаскесі</w:t>
      </w:r>
    </w:p>
    <w:p w14:paraId="11D81506"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«Нәзір Төреқұлов атындағы </w:t>
      </w:r>
      <w:r>
        <w:rPr>
          <w:sz w:val="28"/>
          <w:szCs w:val="28"/>
          <w:lang w:val="kk-KZ"/>
        </w:rPr>
        <w:br/>
      </w:r>
      <w:r w:rsidRPr="006F7332">
        <w:rPr>
          <w:sz w:val="28"/>
          <w:szCs w:val="28"/>
          <w:lang w:val="kk-KZ"/>
        </w:rPr>
        <w:t>№ 35 мектеп-лицей» шаруашылық жүргізу құқығындағы мемлекеттік коммуналдық кәсіпорны, Абай даңғылы, № 9/1)</w:t>
      </w:r>
    </w:p>
    <w:p w14:paraId="29AB4E70" w14:textId="77777777" w:rsidR="005B42CB" w:rsidRPr="006F7332" w:rsidRDefault="005B42CB" w:rsidP="005B42CB">
      <w:pPr>
        <w:keepNext/>
        <w:jc w:val="both"/>
        <w:rPr>
          <w:lang w:val="kk-KZ"/>
        </w:rPr>
      </w:pPr>
    </w:p>
    <w:p w14:paraId="2BECEE90" w14:textId="77777777" w:rsidR="005B42CB" w:rsidRPr="006F7332" w:rsidRDefault="005B42CB" w:rsidP="005B42CB">
      <w:pPr>
        <w:ind w:firstLine="709"/>
        <w:jc w:val="both"/>
        <w:rPr>
          <w:sz w:val="28"/>
          <w:szCs w:val="28"/>
          <w:lang w:val="kk-KZ"/>
        </w:rPr>
      </w:pPr>
      <w:r w:rsidRPr="006F7332">
        <w:rPr>
          <w:sz w:val="28"/>
          <w:szCs w:val="28"/>
          <w:lang w:val="kk-KZ"/>
        </w:rPr>
        <w:t>Шекарасы: С. Кубрин көшесінен М. Әуезов орамына дейін, М. Әуезов орамынан С. Сейфуллин көшесіне дейін, С. Сейфуллин көшесінен С. Сейфуллин көшесіндегі № 8 үйге дейін, С. Сейфуллин көшесіндегі № 8 үйдің бойымен Абай даңғылындағы № 5/1 үйге дейін, Абай даңғылындағы № 5/1 үйден С. Сейфуллин көшесіндегі № 4/1 және К. Күмісбеков көшесіндегі № 8 үйлердің бойымен</w:t>
      </w:r>
      <w:r w:rsidRPr="006F7332">
        <w:rPr>
          <w:sz w:val="28"/>
          <w:szCs w:val="28"/>
          <w:lang w:val="kk-KZ"/>
        </w:rPr>
        <w:br/>
        <w:t>К. Күмісбеков көшесіне дейін, К. Күмісбеков көшесінен, К. Күмісбеков көшесіндегі № 7/1, 7/2 үйлерді қоса алғанда, С. Кубрин көшесіне дейін.</w:t>
      </w:r>
    </w:p>
    <w:p w14:paraId="3B88D5EA" w14:textId="77777777" w:rsidR="005B42CB" w:rsidRPr="006F7332" w:rsidRDefault="005B42CB" w:rsidP="005B42CB">
      <w:pPr>
        <w:jc w:val="both"/>
        <w:rPr>
          <w:lang w:val="kk-KZ"/>
        </w:rPr>
      </w:pPr>
    </w:p>
    <w:p w14:paraId="0B83566A" w14:textId="77777777" w:rsidR="005B42CB" w:rsidRPr="006F7332" w:rsidRDefault="005B42CB" w:rsidP="005B42CB">
      <w:pPr>
        <w:keepNext/>
        <w:keepLines/>
        <w:jc w:val="center"/>
        <w:rPr>
          <w:sz w:val="28"/>
          <w:szCs w:val="28"/>
          <w:lang w:val="kk-KZ"/>
        </w:rPr>
      </w:pPr>
      <w:r w:rsidRPr="006F7332">
        <w:rPr>
          <w:sz w:val="28"/>
          <w:szCs w:val="28"/>
          <w:lang w:val="kk-KZ"/>
        </w:rPr>
        <w:t>№ 321 сайлау учаскесі</w:t>
      </w:r>
    </w:p>
    <w:p w14:paraId="4896E345"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15 мектеп-лицей» шаруашылық жүргізу құқығындағы мемлекеттік коммуналдық кәсіпорны, </w:t>
      </w:r>
      <w:r>
        <w:rPr>
          <w:sz w:val="28"/>
          <w:szCs w:val="28"/>
          <w:lang w:val="kk-KZ"/>
        </w:rPr>
        <w:br/>
      </w:r>
      <w:r w:rsidRPr="006F7332">
        <w:rPr>
          <w:sz w:val="28"/>
          <w:szCs w:val="28"/>
          <w:lang w:val="kk-KZ"/>
        </w:rPr>
        <w:t>Сарыарқа даңғылы, № 20)</w:t>
      </w:r>
    </w:p>
    <w:p w14:paraId="5F99A1D6" w14:textId="77777777" w:rsidR="005B42CB" w:rsidRPr="006F7332" w:rsidRDefault="005B42CB" w:rsidP="005B42CB">
      <w:pPr>
        <w:keepNext/>
        <w:jc w:val="both"/>
        <w:rPr>
          <w:lang w:val="kk-KZ"/>
        </w:rPr>
      </w:pPr>
    </w:p>
    <w:p w14:paraId="23E26B6E"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Сарыарқа даңғылынан, Абай даңғылындағы № 10, 10/1, </w:t>
      </w:r>
      <w:r>
        <w:rPr>
          <w:sz w:val="28"/>
          <w:szCs w:val="28"/>
          <w:lang w:val="kk-KZ"/>
        </w:rPr>
        <w:br/>
      </w:r>
      <w:r w:rsidRPr="006F7332">
        <w:rPr>
          <w:sz w:val="28"/>
          <w:szCs w:val="28"/>
          <w:lang w:val="kk-KZ"/>
        </w:rPr>
        <w:t xml:space="preserve">10/2 үйлерді және Сарыарқа даңғылындағы № 13, 13г үйлерді қоса алғанда, </w:t>
      </w:r>
      <w:r>
        <w:rPr>
          <w:sz w:val="28"/>
          <w:szCs w:val="28"/>
          <w:lang w:val="kk-KZ"/>
        </w:rPr>
        <w:br/>
      </w:r>
      <w:r w:rsidRPr="006F7332">
        <w:rPr>
          <w:sz w:val="28"/>
          <w:szCs w:val="28"/>
          <w:lang w:val="kk-KZ"/>
        </w:rPr>
        <w:t>Ж. Омаров көшесіне дейін, Ж. Омаров көшесінен Жеңіс даңғылына дейін, Жеңіс даңғылынан Абай даңғылына дейін, Абай даңғылынан Бейбітшілік көшесіне дейін, Бейбітшілік көшесінен Кенесары көшесіне дейін, Кенесары көшесінен Сарыарқа даңғылына дейін.</w:t>
      </w:r>
    </w:p>
    <w:p w14:paraId="404028E3" w14:textId="77777777" w:rsidR="005B42CB" w:rsidRPr="006F7332" w:rsidRDefault="005B42CB" w:rsidP="005B42CB">
      <w:pPr>
        <w:jc w:val="both"/>
        <w:rPr>
          <w:lang w:val="kk-KZ"/>
        </w:rPr>
      </w:pPr>
    </w:p>
    <w:p w14:paraId="786D62B4" w14:textId="77777777" w:rsidR="005B42CB" w:rsidRPr="006F7332" w:rsidRDefault="005B42CB" w:rsidP="005B42CB">
      <w:pPr>
        <w:keepNext/>
        <w:keepLines/>
        <w:jc w:val="center"/>
        <w:rPr>
          <w:sz w:val="28"/>
          <w:szCs w:val="28"/>
          <w:lang w:val="kk-KZ"/>
        </w:rPr>
      </w:pPr>
      <w:r w:rsidRPr="006F7332">
        <w:rPr>
          <w:sz w:val="28"/>
          <w:szCs w:val="28"/>
          <w:lang w:val="kk-KZ"/>
        </w:rPr>
        <w:lastRenderedPageBreak/>
        <w:t>№ 322 сайлау учаскесі</w:t>
      </w:r>
    </w:p>
    <w:p w14:paraId="17709638"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«Музыкалық жас көрермен театры» мемлекеттік коммуналдық қазыналық кәсіпорны, Ж. Омаров көшесі, № 47б)</w:t>
      </w:r>
    </w:p>
    <w:p w14:paraId="553F9B83" w14:textId="77777777" w:rsidR="005B42CB" w:rsidRPr="006F7332" w:rsidRDefault="005B42CB" w:rsidP="005B42CB">
      <w:pPr>
        <w:keepNext/>
        <w:jc w:val="both"/>
        <w:rPr>
          <w:lang w:val="kk-KZ"/>
        </w:rPr>
      </w:pPr>
    </w:p>
    <w:p w14:paraId="043DE123" w14:textId="77777777" w:rsidR="005B42CB" w:rsidRPr="006F7332" w:rsidRDefault="005B42CB" w:rsidP="005B42CB">
      <w:pPr>
        <w:ind w:firstLine="709"/>
        <w:jc w:val="both"/>
        <w:rPr>
          <w:sz w:val="28"/>
          <w:szCs w:val="28"/>
          <w:lang w:val="kk-KZ"/>
        </w:rPr>
      </w:pPr>
      <w:r w:rsidRPr="006F7332">
        <w:rPr>
          <w:sz w:val="28"/>
          <w:szCs w:val="28"/>
          <w:lang w:val="kk-KZ"/>
        </w:rPr>
        <w:t>Шекарасы: Желтоқсан көшесінен Ә. Жангелдин көшесінің жұп сандар жағымен М. Әуезов көшесіне дейін, М. Әуезов көшесінің тақ сандар жағымен</w:t>
      </w:r>
      <w:r w:rsidRPr="006F7332">
        <w:rPr>
          <w:sz w:val="28"/>
          <w:szCs w:val="28"/>
          <w:lang w:val="kk-KZ"/>
        </w:rPr>
        <w:br/>
        <w:t>С. Сейфуллин көшесіне дейін, С. Сейфуллин көшесінің тақ сандар жағымен Желтоқсан көшесіне дейін.</w:t>
      </w:r>
    </w:p>
    <w:p w14:paraId="54F2A872" w14:textId="77777777" w:rsidR="005B42CB" w:rsidRPr="006F7332" w:rsidRDefault="005B42CB" w:rsidP="005B42CB">
      <w:pPr>
        <w:jc w:val="both"/>
        <w:rPr>
          <w:lang w:val="kk-KZ"/>
        </w:rPr>
      </w:pPr>
    </w:p>
    <w:p w14:paraId="7C35081C" w14:textId="77777777" w:rsidR="005B42CB" w:rsidRPr="006F7332" w:rsidRDefault="005B42CB" w:rsidP="005B42CB">
      <w:pPr>
        <w:keepNext/>
        <w:keepLines/>
        <w:jc w:val="center"/>
        <w:rPr>
          <w:sz w:val="28"/>
          <w:szCs w:val="28"/>
          <w:lang w:val="kk-KZ"/>
        </w:rPr>
      </w:pPr>
      <w:r w:rsidRPr="006F7332">
        <w:rPr>
          <w:sz w:val="28"/>
          <w:szCs w:val="28"/>
          <w:lang w:val="kk-KZ"/>
        </w:rPr>
        <w:t>№ 323 сайлау учаскесі</w:t>
      </w:r>
    </w:p>
    <w:p w14:paraId="19850D31"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3 мектеп-гимназия» шаруашылық жүргізу құқығындағы мемлекеттік коммуналдық кәсіпорны, </w:t>
      </w:r>
      <w:r>
        <w:rPr>
          <w:sz w:val="28"/>
          <w:szCs w:val="28"/>
          <w:lang w:val="kk-KZ"/>
        </w:rPr>
        <w:br/>
      </w:r>
      <w:r w:rsidRPr="006F7332">
        <w:rPr>
          <w:sz w:val="28"/>
          <w:szCs w:val="28"/>
          <w:lang w:val="kk-KZ"/>
        </w:rPr>
        <w:t>Республика даңғылы, № 35)</w:t>
      </w:r>
    </w:p>
    <w:p w14:paraId="2057BD63" w14:textId="77777777" w:rsidR="005B42CB" w:rsidRPr="006F7332" w:rsidRDefault="005B42CB" w:rsidP="005B42CB">
      <w:pPr>
        <w:keepNext/>
        <w:jc w:val="both"/>
        <w:rPr>
          <w:lang w:val="kk-KZ"/>
        </w:rPr>
      </w:pPr>
    </w:p>
    <w:p w14:paraId="6109355C" w14:textId="77777777" w:rsidR="005B42CB" w:rsidRPr="006F7332" w:rsidRDefault="005B42CB" w:rsidP="005B42CB">
      <w:pPr>
        <w:ind w:firstLine="709"/>
        <w:jc w:val="both"/>
        <w:rPr>
          <w:sz w:val="28"/>
          <w:szCs w:val="28"/>
          <w:lang w:val="kk-KZ"/>
        </w:rPr>
      </w:pPr>
      <w:r w:rsidRPr="006F7332">
        <w:rPr>
          <w:sz w:val="28"/>
          <w:szCs w:val="28"/>
          <w:lang w:val="kk-KZ"/>
        </w:rPr>
        <w:t>Шекарасы: С. Сейфуллин көшесінен Республика даңғылының тақ сандар жағымен Абай даңғылына дейін, Абай даңғылынан Жеңіс даңғылына дейін, Жеңіс даңғылынан Ж. Омаров көшесіне дейін, Ж. Омаров көшесінің тақ сандар жағымен Сарыарқа даңғылына дейін, Сарыарқа даңғылынан С. Сейфуллин көшесіне дейін.</w:t>
      </w:r>
    </w:p>
    <w:p w14:paraId="395105AE" w14:textId="77777777" w:rsidR="005B42CB" w:rsidRPr="006F7332" w:rsidRDefault="005B42CB" w:rsidP="005B42CB">
      <w:pPr>
        <w:jc w:val="both"/>
        <w:rPr>
          <w:lang w:val="kk-KZ"/>
        </w:rPr>
      </w:pPr>
    </w:p>
    <w:p w14:paraId="7453B654" w14:textId="77777777" w:rsidR="005B42CB" w:rsidRPr="006F7332" w:rsidRDefault="005B42CB" w:rsidP="005B42CB">
      <w:pPr>
        <w:keepNext/>
        <w:keepLines/>
        <w:jc w:val="center"/>
        <w:rPr>
          <w:sz w:val="28"/>
          <w:szCs w:val="28"/>
          <w:lang w:val="kk-KZ"/>
        </w:rPr>
      </w:pPr>
      <w:r w:rsidRPr="006F7332">
        <w:rPr>
          <w:sz w:val="28"/>
          <w:szCs w:val="28"/>
          <w:lang w:val="kk-KZ"/>
        </w:rPr>
        <w:t>№ 324 сайлау учаскесі</w:t>
      </w:r>
    </w:p>
    <w:p w14:paraId="4A86B7B7"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«Ғафу Қайырбеков атындағы </w:t>
      </w:r>
      <w:r>
        <w:rPr>
          <w:sz w:val="28"/>
          <w:szCs w:val="28"/>
          <w:lang w:val="kk-KZ"/>
        </w:rPr>
        <w:br/>
      </w:r>
      <w:r w:rsidRPr="006F7332">
        <w:rPr>
          <w:sz w:val="28"/>
          <w:szCs w:val="28"/>
          <w:lang w:val="kk-KZ"/>
        </w:rPr>
        <w:t>№ 2 мектеп-гимназия» шаруашылық жүргізу құқығындағы мемлекеттік коммуналдық кәсіпорны, С. Сейфуллин көшесі, № 19)</w:t>
      </w:r>
    </w:p>
    <w:p w14:paraId="2D42C36B" w14:textId="77777777" w:rsidR="005B42CB" w:rsidRPr="006F7332" w:rsidRDefault="005B42CB" w:rsidP="005B42CB">
      <w:pPr>
        <w:keepNext/>
        <w:jc w:val="both"/>
        <w:rPr>
          <w:lang w:val="kk-KZ"/>
        </w:rPr>
      </w:pPr>
    </w:p>
    <w:p w14:paraId="754FB4D6" w14:textId="77777777" w:rsidR="005B42CB" w:rsidRPr="006F7332" w:rsidRDefault="005B42CB" w:rsidP="005B42CB">
      <w:pPr>
        <w:ind w:firstLine="709"/>
        <w:jc w:val="both"/>
        <w:rPr>
          <w:sz w:val="28"/>
          <w:szCs w:val="28"/>
          <w:lang w:val="kk-KZ"/>
        </w:rPr>
      </w:pPr>
      <w:r w:rsidRPr="006F7332">
        <w:rPr>
          <w:sz w:val="28"/>
          <w:szCs w:val="28"/>
          <w:lang w:val="kk-KZ"/>
        </w:rPr>
        <w:t>Шекарасы: Ә. Жангелдин көшесінен Желтоқсан көшесінің тақ сандар жағымен С. Сейфуллин көшесіне дейін, С. Сейфуллин көшесінің тақ сандар жағымен, С. Сейфуллин көшесіндегі № 11 және Сарыарқа даңғылындағы № 30, 30/1, 30/2, 30/2а үйлерді және Ә. Жангелдин көшесіндегі № 2 үйді қоспағанда,</w:t>
      </w:r>
      <w:r w:rsidRPr="006F7332">
        <w:rPr>
          <w:sz w:val="28"/>
          <w:szCs w:val="28"/>
          <w:lang w:val="kk-KZ"/>
        </w:rPr>
        <w:br/>
        <w:t>Ә. Жангелдин көшесіне дейін.</w:t>
      </w:r>
    </w:p>
    <w:p w14:paraId="0DD97533" w14:textId="77777777" w:rsidR="005B42CB" w:rsidRPr="006F7332" w:rsidRDefault="005B42CB" w:rsidP="005B42CB">
      <w:pPr>
        <w:jc w:val="both"/>
        <w:rPr>
          <w:lang w:val="kk-KZ"/>
        </w:rPr>
      </w:pPr>
    </w:p>
    <w:p w14:paraId="6A71D7F4" w14:textId="77777777" w:rsidR="005B42CB" w:rsidRPr="006F7332" w:rsidRDefault="005B42CB" w:rsidP="005B42CB">
      <w:pPr>
        <w:keepNext/>
        <w:keepLines/>
        <w:jc w:val="center"/>
        <w:rPr>
          <w:sz w:val="28"/>
          <w:szCs w:val="28"/>
          <w:lang w:val="kk-KZ"/>
        </w:rPr>
      </w:pPr>
      <w:r w:rsidRPr="006F7332">
        <w:rPr>
          <w:sz w:val="28"/>
          <w:szCs w:val="28"/>
          <w:lang w:val="kk-KZ"/>
        </w:rPr>
        <w:t>№ 325 сайлау учаскесі</w:t>
      </w:r>
    </w:p>
    <w:p w14:paraId="2C768ED9"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Медицина университеті» коммерциялық емес акционерлік қоғамы, Сарыарқа даңғылы, № 33)</w:t>
      </w:r>
    </w:p>
    <w:p w14:paraId="5B52E130" w14:textId="77777777" w:rsidR="005B42CB" w:rsidRPr="006F7332" w:rsidRDefault="005B42CB" w:rsidP="005B42CB">
      <w:pPr>
        <w:keepNext/>
        <w:jc w:val="both"/>
        <w:rPr>
          <w:lang w:val="kk-KZ"/>
        </w:rPr>
      </w:pPr>
    </w:p>
    <w:p w14:paraId="1595DDC9" w14:textId="77777777" w:rsidR="005B42CB" w:rsidRPr="006F7332" w:rsidRDefault="005B42CB" w:rsidP="005B42CB">
      <w:pPr>
        <w:ind w:firstLine="709"/>
        <w:jc w:val="both"/>
        <w:rPr>
          <w:sz w:val="28"/>
          <w:szCs w:val="28"/>
          <w:lang w:val="kk-KZ"/>
        </w:rPr>
      </w:pPr>
      <w:r w:rsidRPr="006F7332">
        <w:rPr>
          <w:sz w:val="28"/>
          <w:szCs w:val="28"/>
          <w:lang w:val="kk-KZ"/>
        </w:rPr>
        <w:t>Шекарасы: Бөгенбай батыр даңғылынан Сарыарқа даңғылына дейін, Сарыарқа даңғылынан Ә. Жангелдин көшесіне дейін, Ә. Жангелдин көшесінен</w:t>
      </w:r>
      <w:r w:rsidRPr="006F7332">
        <w:rPr>
          <w:sz w:val="28"/>
          <w:szCs w:val="28"/>
          <w:lang w:val="kk-KZ"/>
        </w:rPr>
        <w:br/>
        <w:t>Н. Щорс көшесіндегі № 12/2 үйге дейін, Н. Щорс көшесіндегі № 12/2 үйден</w:t>
      </w:r>
      <w:r w:rsidRPr="006F7332">
        <w:rPr>
          <w:sz w:val="28"/>
          <w:szCs w:val="28"/>
          <w:lang w:val="kk-KZ"/>
        </w:rPr>
        <w:br/>
        <w:t>Н. Щорс көшесінің жұп сандар жағымен Бөгенбай батыр даңғылына дейін.</w:t>
      </w:r>
    </w:p>
    <w:p w14:paraId="316A1859" w14:textId="77777777" w:rsidR="005B42CB" w:rsidRPr="006F7332" w:rsidRDefault="005B42CB" w:rsidP="005B42CB">
      <w:pPr>
        <w:jc w:val="both"/>
        <w:rPr>
          <w:lang w:val="kk-KZ"/>
        </w:rPr>
      </w:pPr>
    </w:p>
    <w:p w14:paraId="4E34EE3D" w14:textId="77777777" w:rsidR="005B42CB" w:rsidRPr="006F7332" w:rsidRDefault="005B42CB" w:rsidP="005B42CB">
      <w:pPr>
        <w:keepNext/>
        <w:keepLines/>
        <w:jc w:val="center"/>
        <w:rPr>
          <w:sz w:val="28"/>
          <w:szCs w:val="28"/>
          <w:lang w:val="kk-KZ"/>
        </w:rPr>
      </w:pPr>
      <w:r w:rsidRPr="006F7332">
        <w:rPr>
          <w:sz w:val="28"/>
          <w:szCs w:val="28"/>
          <w:lang w:val="kk-KZ"/>
        </w:rPr>
        <w:t>№ 326 сайлау учаскесі</w:t>
      </w:r>
    </w:p>
    <w:p w14:paraId="5FA4872E"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«Ғали Орманов атындағы </w:t>
      </w:r>
      <w:r>
        <w:rPr>
          <w:sz w:val="28"/>
          <w:szCs w:val="28"/>
          <w:lang w:val="kk-KZ"/>
        </w:rPr>
        <w:br/>
      </w:r>
      <w:r w:rsidRPr="006F7332">
        <w:rPr>
          <w:sz w:val="28"/>
          <w:szCs w:val="28"/>
          <w:lang w:val="kk-KZ"/>
        </w:rPr>
        <w:t>№ 7 мектеп-гимназия» шаруашылық жүргізу құқығындағы мемлекеттік коммуналдық кәсіпорны, Бөгенбай батыр даңғылы, № 57)</w:t>
      </w:r>
    </w:p>
    <w:p w14:paraId="45E2D490" w14:textId="77777777" w:rsidR="005B42CB" w:rsidRPr="006F7332" w:rsidRDefault="005B42CB" w:rsidP="005B42CB">
      <w:pPr>
        <w:keepNext/>
        <w:jc w:val="both"/>
        <w:rPr>
          <w:lang w:val="kk-KZ"/>
        </w:rPr>
      </w:pPr>
    </w:p>
    <w:p w14:paraId="2A0184E3"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Ы. Дүкенұлы көшесінен Ы. Дүкенұлы көшесіндегі № 32 үйге дейін, Ы. Дүкенұлы көшесіндегі № 32 үйден, Ы. Дүкенұлы көшесіндегі </w:t>
      </w:r>
      <w:r w:rsidRPr="006F7332">
        <w:rPr>
          <w:sz w:val="28"/>
          <w:szCs w:val="28"/>
          <w:lang w:val="kk-KZ"/>
        </w:rPr>
        <w:br/>
      </w:r>
      <w:r w:rsidRPr="006F7332">
        <w:rPr>
          <w:sz w:val="28"/>
          <w:szCs w:val="28"/>
          <w:lang w:val="kk-KZ"/>
        </w:rPr>
        <w:lastRenderedPageBreak/>
        <w:t xml:space="preserve">№ 32/1 үйді, Бөгенбай батыр даңғылындағы № 63 үйді қоспағанда, </w:t>
      </w:r>
      <w:r w:rsidRPr="006F7332">
        <w:rPr>
          <w:sz w:val="28"/>
          <w:szCs w:val="28"/>
          <w:lang w:val="kk-KZ"/>
        </w:rPr>
        <w:br/>
        <w:t>Бөгенбай батыр даңғылына дейін, Бөгенбай батыр даңғылынан М. Әуезов көшесіне дейін, М. Әуезов көшесінен Ы. Дүкенұлы көшесіне дейін.</w:t>
      </w:r>
    </w:p>
    <w:p w14:paraId="1753B383" w14:textId="77777777" w:rsidR="005B42CB" w:rsidRPr="006F7332" w:rsidRDefault="005B42CB" w:rsidP="005B42CB">
      <w:pPr>
        <w:jc w:val="both"/>
        <w:rPr>
          <w:lang w:val="kk-KZ"/>
        </w:rPr>
      </w:pPr>
    </w:p>
    <w:p w14:paraId="011A612A" w14:textId="77777777" w:rsidR="005B42CB" w:rsidRPr="006F7332" w:rsidRDefault="005B42CB" w:rsidP="005B42CB">
      <w:pPr>
        <w:keepNext/>
        <w:keepLines/>
        <w:jc w:val="center"/>
        <w:rPr>
          <w:sz w:val="28"/>
          <w:szCs w:val="28"/>
          <w:lang w:val="kk-KZ"/>
        </w:rPr>
      </w:pPr>
      <w:r w:rsidRPr="006F7332">
        <w:rPr>
          <w:sz w:val="28"/>
          <w:szCs w:val="28"/>
          <w:lang w:val="kk-KZ"/>
        </w:rPr>
        <w:t>№ 327 сайлау учаскесі</w:t>
      </w:r>
    </w:p>
    <w:p w14:paraId="6C0E410D"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«ASTANA POLYTECHNIC» жоғары колледжі» шаруашылық жүргізу құқығындағы мемлекеттік коммуналдық кәсіпорны, Бейбітшілік көшесі, № 39)</w:t>
      </w:r>
    </w:p>
    <w:p w14:paraId="79E283C9" w14:textId="77777777" w:rsidR="005B42CB" w:rsidRPr="006F7332" w:rsidRDefault="005B42CB" w:rsidP="005B42CB">
      <w:pPr>
        <w:keepNext/>
        <w:jc w:val="both"/>
        <w:rPr>
          <w:lang w:val="kk-KZ"/>
        </w:rPr>
      </w:pPr>
    </w:p>
    <w:p w14:paraId="01E6A957" w14:textId="77777777" w:rsidR="005B42CB" w:rsidRPr="006F7332" w:rsidRDefault="005B42CB" w:rsidP="005B42CB">
      <w:pPr>
        <w:ind w:firstLine="709"/>
        <w:jc w:val="both"/>
        <w:rPr>
          <w:sz w:val="28"/>
          <w:szCs w:val="28"/>
          <w:lang w:val="kk-KZ"/>
        </w:rPr>
      </w:pPr>
      <w:r w:rsidRPr="006F7332">
        <w:rPr>
          <w:sz w:val="28"/>
          <w:szCs w:val="28"/>
          <w:lang w:val="kk-KZ"/>
        </w:rPr>
        <w:t>Шекарасы: Ә. Жангелдин көшесінен Желтоқсан көшесінің жұп сандар жағымен Бөгенбай батыр даңғылына дейін, Бөгенбай батыр даңғылының жұп сандар жағымен Бейбітшілік көшесіне дейін, Бейбітшілік көшесінің тақ сандар жағымен Ә. Жангелдин көшесіне дейін, Ә. Жангелдин көшесінің тақ сандар жағымен Желтоқсан көшесіне дейін.</w:t>
      </w:r>
    </w:p>
    <w:p w14:paraId="08FB10B4" w14:textId="77777777" w:rsidR="005B42CB" w:rsidRPr="006F7332" w:rsidRDefault="005B42CB" w:rsidP="005B42CB">
      <w:pPr>
        <w:jc w:val="both"/>
        <w:rPr>
          <w:lang w:val="kk-KZ"/>
        </w:rPr>
      </w:pPr>
    </w:p>
    <w:p w14:paraId="22BC6F4F" w14:textId="77777777" w:rsidR="005B42CB" w:rsidRPr="006F7332" w:rsidRDefault="005B42CB" w:rsidP="005B42CB">
      <w:pPr>
        <w:keepNext/>
        <w:keepLines/>
        <w:jc w:val="center"/>
        <w:rPr>
          <w:sz w:val="28"/>
          <w:szCs w:val="28"/>
          <w:lang w:val="kk-KZ"/>
        </w:rPr>
      </w:pPr>
      <w:r w:rsidRPr="006F7332">
        <w:rPr>
          <w:sz w:val="28"/>
          <w:szCs w:val="28"/>
          <w:lang w:val="kk-KZ"/>
        </w:rPr>
        <w:t>№ 328 сайлау учаскесі</w:t>
      </w:r>
    </w:p>
    <w:p w14:paraId="3206F0B9" w14:textId="77777777" w:rsidR="005B42CB" w:rsidRPr="006F7332" w:rsidRDefault="005B42CB" w:rsidP="005B42CB">
      <w:pPr>
        <w:keepNext/>
        <w:keepLines/>
        <w:jc w:val="center"/>
        <w:rPr>
          <w:sz w:val="28"/>
          <w:szCs w:val="28"/>
          <w:lang w:val="kk-KZ"/>
        </w:rPr>
      </w:pPr>
      <w:r w:rsidRPr="006F7332">
        <w:rPr>
          <w:sz w:val="28"/>
          <w:szCs w:val="28"/>
          <w:lang w:val="kk-KZ"/>
        </w:rPr>
        <w:t>(орталығы – Қазақстан Республикасы Мәдениет және ақпарат министрлігінің «Күләш Байсейітова атындағы Қазақ ұлттық өнер университеті» республикалық мемлекеттік мекемесі, Жеңіс даңғылы, № 33)</w:t>
      </w:r>
    </w:p>
    <w:p w14:paraId="4F4DBB4A" w14:textId="77777777" w:rsidR="005B42CB" w:rsidRPr="006F7332" w:rsidRDefault="005B42CB" w:rsidP="005B42CB">
      <w:pPr>
        <w:keepNext/>
        <w:jc w:val="both"/>
        <w:rPr>
          <w:lang w:val="kk-KZ"/>
        </w:rPr>
      </w:pPr>
    </w:p>
    <w:p w14:paraId="7416F26A" w14:textId="77777777" w:rsidR="005B42CB" w:rsidRPr="006F7332" w:rsidRDefault="005B42CB" w:rsidP="005B42CB">
      <w:pPr>
        <w:ind w:firstLine="709"/>
        <w:jc w:val="both"/>
        <w:rPr>
          <w:sz w:val="28"/>
          <w:szCs w:val="28"/>
          <w:lang w:val="kk-KZ"/>
        </w:rPr>
      </w:pPr>
      <w:r w:rsidRPr="006F7332">
        <w:rPr>
          <w:sz w:val="28"/>
          <w:szCs w:val="28"/>
          <w:lang w:val="kk-KZ"/>
        </w:rPr>
        <w:t>Шекарасы: Сарыарқа даңғылынан Ә. Жангелдин көшесінің тақ сандар жағымен Желтоқсан көшесіне дейін, Желтоқсан көшесінің тақ сандар жағымен Бөгенбай батыр даңғылына дейін, Бөгенбай батыр даңғылының жұп сандар жағымен Сарыарқа даңғылына дейін, Сарыарқа даңғылының жұп сандар жағымен Ә. Жангелдин көшесіне дейін.</w:t>
      </w:r>
    </w:p>
    <w:p w14:paraId="2F5EBDA7" w14:textId="77777777" w:rsidR="005B42CB" w:rsidRPr="006F7332" w:rsidRDefault="005B42CB" w:rsidP="005B42CB">
      <w:pPr>
        <w:jc w:val="both"/>
        <w:rPr>
          <w:lang w:val="kk-KZ"/>
        </w:rPr>
      </w:pPr>
    </w:p>
    <w:p w14:paraId="609E6DEF" w14:textId="77777777" w:rsidR="005B42CB" w:rsidRPr="006F7332" w:rsidRDefault="005B42CB" w:rsidP="005B42CB">
      <w:pPr>
        <w:keepNext/>
        <w:keepLines/>
        <w:jc w:val="center"/>
        <w:rPr>
          <w:sz w:val="28"/>
          <w:szCs w:val="28"/>
          <w:lang w:val="kk-KZ"/>
        </w:rPr>
      </w:pPr>
      <w:r w:rsidRPr="006F7332">
        <w:rPr>
          <w:sz w:val="28"/>
          <w:szCs w:val="28"/>
          <w:lang w:val="kk-KZ"/>
        </w:rPr>
        <w:t>№ 329 сайлау учаскесі</w:t>
      </w:r>
    </w:p>
    <w:p w14:paraId="38EC417E"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18 орта мектеп» шаруашылық жүргізу құқығындағы мемлекеттік коммуналдық кәсіпорны, Бөгенбай батыр даңғылы, № 17)</w:t>
      </w:r>
    </w:p>
    <w:p w14:paraId="5A99462E" w14:textId="77777777" w:rsidR="005B42CB" w:rsidRPr="006F7332" w:rsidRDefault="005B42CB" w:rsidP="005B42CB">
      <w:pPr>
        <w:keepNext/>
        <w:jc w:val="both"/>
        <w:rPr>
          <w:lang w:val="kk-KZ"/>
        </w:rPr>
      </w:pPr>
    </w:p>
    <w:p w14:paraId="45263085"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Мәскеу көшесінен бастап, Мәскеу көшесіндегі № 20, 20/1, </w:t>
      </w:r>
      <w:r>
        <w:rPr>
          <w:sz w:val="28"/>
          <w:szCs w:val="28"/>
          <w:lang w:val="kk-KZ"/>
        </w:rPr>
        <w:br/>
      </w:r>
      <w:r w:rsidRPr="006F7332">
        <w:rPr>
          <w:sz w:val="28"/>
          <w:szCs w:val="28"/>
          <w:lang w:val="kk-KZ"/>
        </w:rPr>
        <w:t>20/2 үйлерді және Домбыралы көшесіндегі № 24, 24/1, 26 үйлерді қоса алғанда,</w:t>
      </w:r>
      <w:r w:rsidRPr="006F7332">
        <w:rPr>
          <w:sz w:val="28"/>
          <w:szCs w:val="28"/>
          <w:lang w:val="kk-KZ"/>
        </w:rPr>
        <w:br/>
        <w:t>С. Разин көшесіне дейін, С. Разин көшесінен Жамбыл көшесіне дейін, Жамбыл көшесінен Сарыарқа даңғылына дейін, Сарыарқа даңғылынан бастап Бөгенбай батыр даңғылына дейін, Бөгенбай батыр даңғылынан, Бөгенбай батыр даңғылындағы № 17 үйді қоспағанда, С. Разин орамына дейін, С. Разин орамынан Мәскеу көшесіне дейін.</w:t>
      </w:r>
    </w:p>
    <w:p w14:paraId="6520480A" w14:textId="77777777" w:rsidR="005B42CB" w:rsidRPr="006F7332" w:rsidRDefault="005B42CB" w:rsidP="005B42CB">
      <w:pPr>
        <w:jc w:val="both"/>
        <w:rPr>
          <w:lang w:val="kk-KZ"/>
        </w:rPr>
      </w:pPr>
    </w:p>
    <w:p w14:paraId="22788CCA" w14:textId="77777777" w:rsidR="005B42CB" w:rsidRPr="006F7332" w:rsidRDefault="005B42CB" w:rsidP="005B42CB">
      <w:pPr>
        <w:keepNext/>
        <w:keepLines/>
        <w:jc w:val="center"/>
        <w:rPr>
          <w:sz w:val="28"/>
          <w:szCs w:val="28"/>
          <w:lang w:val="kk-KZ"/>
        </w:rPr>
      </w:pPr>
      <w:r w:rsidRPr="006F7332">
        <w:rPr>
          <w:sz w:val="28"/>
          <w:szCs w:val="28"/>
          <w:lang w:val="kk-KZ"/>
        </w:rPr>
        <w:t>№ 330 сайлау учаскесі</w:t>
      </w:r>
    </w:p>
    <w:p w14:paraId="05BDDD1B"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18 орта мектеп» шаруашылық жүргізу құқығындағы мемлекеттік коммуналдық кәсіпорны, </w:t>
      </w:r>
      <w:r>
        <w:rPr>
          <w:sz w:val="28"/>
          <w:szCs w:val="28"/>
          <w:lang w:val="kk-KZ"/>
        </w:rPr>
        <w:br/>
      </w:r>
      <w:r w:rsidRPr="006F7332">
        <w:rPr>
          <w:sz w:val="28"/>
          <w:szCs w:val="28"/>
          <w:lang w:val="kk-KZ"/>
        </w:rPr>
        <w:t>Бөгенбай батыр даңғылы, № 17)</w:t>
      </w:r>
    </w:p>
    <w:p w14:paraId="5FD7FF5E" w14:textId="77777777" w:rsidR="005B42CB" w:rsidRPr="006F7332" w:rsidRDefault="005B42CB" w:rsidP="005B42CB">
      <w:pPr>
        <w:keepNext/>
        <w:jc w:val="both"/>
        <w:rPr>
          <w:lang w:val="kk-KZ"/>
        </w:rPr>
      </w:pPr>
    </w:p>
    <w:p w14:paraId="7C6C9994" w14:textId="77777777" w:rsidR="005B42CB" w:rsidRPr="006F7332" w:rsidRDefault="005B42CB" w:rsidP="005B42CB">
      <w:pPr>
        <w:ind w:firstLine="709"/>
        <w:jc w:val="both"/>
        <w:rPr>
          <w:sz w:val="28"/>
          <w:szCs w:val="28"/>
          <w:lang w:val="kk-KZ"/>
        </w:rPr>
      </w:pPr>
      <w:r w:rsidRPr="006F7332">
        <w:rPr>
          <w:sz w:val="28"/>
          <w:szCs w:val="28"/>
          <w:lang w:val="kk-KZ"/>
        </w:rPr>
        <w:t>Шекарасы: Мәскеу көшесінен С. Разин орамына дейін, С. Разин орамынан, Бөгенбай батыр даңғылындағы № 17 үйді қоса алғанда, Бөгенбай батыр даңғылына дейін, Бөгенбай батыр даңғылынан Мәскеу көшесіне дейін.</w:t>
      </w:r>
    </w:p>
    <w:p w14:paraId="6D4CBA33" w14:textId="77777777" w:rsidR="005B42CB" w:rsidRPr="006F7332" w:rsidRDefault="005B42CB" w:rsidP="005B42CB">
      <w:pPr>
        <w:jc w:val="both"/>
        <w:rPr>
          <w:lang w:val="kk-KZ"/>
        </w:rPr>
      </w:pPr>
    </w:p>
    <w:p w14:paraId="3390250C" w14:textId="77777777" w:rsidR="005B42CB" w:rsidRPr="006F7332" w:rsidRDefault="005B42CB" w:rsidP="005B42CB">
      <w:pPr>
        <w:keepNext/>
        <w:keepLines/>
        <w:jc w:val="center"/>
        <w:rPr>
          <w:sz w:val="28"/>
          <w:szCs w:val="28"/>
          <w:lang w:val="kk-KZ"/>
        </w:rPr>
      </w:pPr>
      <w:r w:rsidRPr="006F7332">
        <w:rPr>
          <w:sz w:val="28"/>
          <w:szCs w:val="28"/>
          <w:lang w:val="kk-KZ"/>
        </w:rPr>
        <w:t>№ 331 сайлау учаскесі</w:t>
      </w:r>
    </w:p>
    <w:p w14:paraId="3BEA1434"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«Мағжан Жұмабаев атындағы </w:t>
      </w:r>
      <w:r>
        <w:rPr>
          <w:sz w:val="28"/>
          <w:szCs w:val="28"/>
          <w:lang w:val="kk-KZ"/>
        </w:rPr>
        <w:br/>
      </w:r>
      <w:r w:rsidRPr="006F7332">
        <w:rPr>
          <w:sz w:val="28"/>
          <w:szCs w:val="28"/>
          <w:lang w:val="kk-KZ"/>
        </w:rPr>
        <w:t xml:space="preserve">№ 65 мектеп-гимназия» шаруашылық жүргізу құқығындағы мемлекеттік коммуналдық кәсіпорны, Б. </w:t>
      </w:r>
      <w:proofErr w:type="spellStart"/>
      <w:r w:rsidRPr="006F7332">
        <w:rPr>
          <w:sz w:val="28"/>
          <w:szCs w:val="28"/>
          <w:lang w:val="kk-KZ"/>
        </w:rPr>
        <w:t>Соқпақбаев</w:t>
      </w:r>
      <w:proofErr w:type="spellEnd"/>
      <w:r w:rsidRPr="006F7332">
        <w:rPr>
          <w:sz w:val="28"/>
          <w:szCs w:val="28"/>
          <w:lang w:val="kk-KZ"/>
        </w:rPr>
        <w:t xml:space="preserve"> көшесі, № 18/4)</w:t>
      </w:r>
    </w:p>
    <w:p w14:paraId="1E15D660" w14:textId="77777777" w:rsidR="005B42CB" w:rsidRPr="006F7332" w:rsidRDefault="005B42CB" w:rsidP="005B42CB">
      <w:pPr>
        <w:keepNext/>
        <w:jc w:val="both"/>
        <w:rPr>
          <w:lang w:val="kk-KZ"/>
        </w:rPr>
      </w:pPr>
    </w:p>
    <w:p w14:paraId="46CDDF4A"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Сарыбұлақ бұлағынан, Б. </w:t>
      </w:r>
      <w:proofErr w:type="spellStart"/>
      <w:r w:rsidRPr="006F7332">
        <w:rPr>
          <w:sz w:val="28"/>
          <w:szCs w:val="28"/>
          <w:lang w:val="kk-KZ"/>
        </w:rPr>
        <w:t>Соқпақбаев</w:t>
      </w:r>
      <w:proofErr w:type="spellEnd"/>
      <w:r w:rsidRPr="006F7332">
        <w:rPr>
          <w:sz w:val="28"/>
          <w:szCs w:val="28"/>
          <w:lang w:val="kk-KZ"/>
        </w:rPr>
        <w:t xml:space="preserve"> көшесіндегі № 14/3, 14/4, 16/3, 16/4, 18/4 және Бірінші Алматы көшесіндегі № 11/1 үйлерді қоса алғанда,</w:t>
      </w:r>
      <w:r w:rsidRPr="006F7332">
        <w:rPr>
          <w:sz w:val="28"/>
          <w:szCs w:val="28"/>
          <w:lang w:val="kk-KZ"/>
        </w:rPr>
        <w:br/>
        <w:t xml:space="preserve">Б. </w:t>
      </w:r>
      <w:proofErr w:type="spellStart"/>
      <w:r w:rsidRPr="006F7332">
        <w:rPr>
          <w:sz w:val="28"/>
          <w:szCs w:val="28"/>
          <w:lang w:val="kk-KZ"/>
        </w:rPr>
        <w:t>Соқпақбаев</w:t>
      </w:r>
      <w:proofErr w:type="spellEnd"/>
      <w:r w:rsidRPr="006F7332">
        <w:rPr>
          <w:sz w:val="28"/>
          <w:szCs w:val="28"/>
          <w:lang w:val="kk-KZ"/>
        </w:rPr>
        <w:t xml:space="preserve"> көшесіне дейін, Б. </w:t>
      </w:r>
      <w:proofErr w:type="spellStart"/>
      <w:r w:rsidRPr="006F7332">
        <w:rPr>
          <w:sz w:val="28"/>
          <w:szCs w:val="28"/>
          <w:lang w:val="kk-KZ"/>
        </w:rPr>
        <w:t>Соқпақбаев</w:t>
      </w:r>
      <w:proofErr w:type="spellEnd"/>
      <w:r w:rsidRPr="006F7332">
        <w:rPr>
          <w:sz w:val="28"/>
          <w:szCs w:val="28"/>
          <w:lang w:val="kk-KZ"/>
        </w:rPr>
        <w:t xml:space="preserve"> көшесінен Бірінші Алматы көшесіне дейін, Бірінші Алматы көшесінен Ш. </w:t>
      </w:r>
      <w:proofErr w:type="spellStart"/>
      <w:r w:rsidRPr="006F7332">
        <w:rPr>
          <w:sz w:val="28"/>
          <w:szCs w:val="28"/>
          <w:lang w:val="kk-KZ"/>
        </w:rPr>
        <w:t>Қосшығұлұлы</w:t>
      </w:r>
      <w:proofErr w:type="spellEnd"/>
      <w:r w:rsidRPr="006F7332">
        <w:rPr>
          <w:sz w:val="28"/>
          <w:szCs w:val="28"/>
          <w:lang w:val="kk-KZ"/>
        </w:rPr>
        <w:t xml:space="preserve"> көшесіне дейін,</w:t>
      </w:r>
      <w:r w:rsidRPr="006F7332">
        <w:rPr>
          <w:sz w:val="28"/>
          <w:szCs w:val="28"/>
          <w:lang w:val="kk-KZ"/>
        </w:rPr>
        <w:br/>
        <w:t xml:space="preserve">Ш. </w:t>
      </w:r>
      <w:proofErr w:type="spellStart"/>
      <w:r w:rsidRPr="006F7332">
        <w:rPr>
          <w:sz w:val="28"/>
          <w:szCs w:val="28"/>
          <w:lang w:val="kk-KZ"/>
        </w:rPr>
        <w:t>Қосшығұлұлы</w:t>
      </w:r>
      <w:proofErr w:type="spellEnd"/>
      <w:r w:rsidRPr="006F7332">
        <w:rPr>
          <w:sz w:val="28"/>
          <w:szCs w:val="28"/>
          <w:lang w:val="kk-KZ"/>
        </w:rPr>
        <w:t xml:space="preserve"> көшесінен Сарыбұлақ бұлағына дейін.</w:t>
      </w:r>
    </w:p>
    <w:p w14:paraId="62FBFF7C" w14:textId="77777777" w:rsidR="005B42CB" w:rsidRPr="006F7332" w:rsidRDefault="005B42CB" w:rsidP="005B42CB">
      <w:pPr>
        <w:jc w:val="both"/>
        <w:rPr>
          <w:lang w:val="kk-KZ"/>
        </w:rPr>
      </w:pPr>
    </w:p>
    <w:p w14:paraId="78851D92" w14:textId="77777777" w:rsidR="005B42CB" w:rsidRPr="006F7332" w:rsidRDefault="005B42CB" w:rsidP="005B42CB">
      <w:pPr>
        <w:keepNext/>
        <w:keepLines/>
        <w:jc w:val="center"/>
        <w:rPr>
          <w:sz w:val="28"/>
          <w:szCs w:val="28"/>
          <w:lang w:val="kk-KZ"/>
        </w:rPr>
      </w:pPr>
      <w:r w:rsidRPr="006F7332">
        <w:rPr>
          <w:sz w:val="28"/>
          <w:szCs w:val="28"/>
          <w:lang w:val="kk-KZ"/>
        </w:rPr>
        <w:t>№ 332 сайлау учаскесі</w:t>
      </w:r>
    </w:p>
    <w:p w14:paraId="25CC6EF7"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«Сәкен Сейфуллин атындағы </w:t>
      </w:r>
      <w:r>
        <w:rPr>
          <w:sz w:val="28"/>
          <w:szCs w:val="28"/>
          <w:lang w:val="kk-KZ"/>
        </w:rPr>
        <w:br/>
      </w:r>
      <w:r w:rsidRPr="006F7332">
        <w:rPr>
          <w:sz w:val="28"/>
          <w:szCs w:val="28"/>
          <w:lang w:val="kk-KZ"/>
        </w:rPr>
        <w:t xml:space="preserve">№ 80 мектеп-гимназия» шаруашылық жүргізу құқығындағы мемлекеттік коммуналдық кәсіпорны, Ш. </w:t>
      </w:r>
      <w:proofErr w:type="spellStart"/>
      <w:r w:rsidRPr="006F7332">
        <w:rPr>
          <w:sz w:val="28"/>
          <w:szCs w:val="28"/>
          <w:lang w:val="kk-KZ"/>
        </w:rPr>
        <w:t>Қосшығұлұлы</w:t>
      </w:r>
      <w:proofErr w:type="spellEnd"/>
      <w:r w:rsidRPr="006F7332">
        <w:rPr>
          <w:sz w:val="28"/>
          <w:szCs w:val="28"/>
          <w:lang w:val="kk-KZ"/>
        </w:rPr>
        <w:t xml:space="preserve"> көшесі, № 17/2)</w:t>
      </w:r>
    </w:p>
    <w:p w14:paraId="2EC9B633" w14:textId="77777777" w:rsidR="005B42CB" w:rsidRPr="006F7332" w:rsidRDefault="005B42CB" w:rsidP="005B42CB">
      <w:pPr>
        <w:keepNext/>
        <w:jc w:val="both"/>
        <w:rPr>
          <w:lang w:val="kk-KZ"/>
        </w:rPr>
      </w:pPr>
    </w:p>
    <w:p w14:paraId="0B5F8C69"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Есіл өзенінің жағалауынан Сарыбұлақ бұлағына дейін, Сарыбұлақ бұлағынан Ш. </w:t>
      </w:r>
      <w:proofErr w:type="spellStart"/>
      <w:r w:rsidRPr="006F7332">
        <w:rPr>
          <w:sz w:val="28"/>
          <w:szCs w:val="28"/>
          <w:lang w:val="kk-KZ"/>
        </w:rPr>
        <w:t>Қосшығұлұлы</w:t>
      </w:r>
      <w:proofErr w:type="spellEnd"/>
      <w:r w:rsidRPr="006F7332">
        <w:rPr>
          <w:sz w:val="28"/>
          <w:szCs w:val="28"/>
          <w:lang w:val="kk-KZ"/>
        </w:rPr>
        <w:t xml:space="preserve"> көшесіндегі № 19/2 үйге дейін,</w:t>
      </w:r>
      <w:r w:rsidRPr="006F7332">
        <w:rPr>
          <w:sz w:val="28"/>
          <w:szCs w:val="28"/>
          <w:lang w:val="kk-KZ"/>
        </w:rPr>
        <w:br/>
        <w:t xml:space="preserve">Ш. </w:t>
      </w:r>
      <w:proofErr w:type="spellStart"/>
      <w:r w:rsidRPr="006F7332">
        <w:rPr>
          <w:sz w:val="28"/>
          <w:szCs w:val="28"/>
          <w:lang w:val="kk-KZ"/>
        </w:rPr>
        <w:t>Қосшығұлұлы</w:t>
      </w:r>
      <w:proofErr w:type="spellEnd"/>
      <w:r w:rsidRPr="006F7332">
        <w:rPr>
          <w:sz w:val="28"/>
          <w:szCs w:val="28"/>
          <w:lang w:val="kk-KZ"/>
        </w:rPr>
        <w:t xml:space="preserve"> көшесіндегі № 19/2 үйден, Ш. </w:t>
      </w:r>
      <w:proofErr w:type="spellStart"/>
      <w:r w:rsidRPr="006F7332">
        <w:rPr>
          <w:sz w:val="28"/>
          <w:szCs w:val="28"/>
          <w:lang w:val="kk-KZ"/>
        </w:rPr>
        <w:t>Қосшығұлұлы</w:t>
      </w:r>
      <w:proofErr w:type="spellEnd"/>
      <w:r w:rsidRPr="006F7332">
        <w:rPr>
          <w:sz w:val="28"/>
          <w:szCs w:val="28"/>
          <w:lang w:val="kk-KZ"/>
        </w:rPr>
        <w:t xml:space="preserve"> көшесіндегі</w:t>
      </w:r>
      <w:r w:rsidRPr="006F7332">
        <w:rPr>
          <w:sz w:val="28"/>
          <w:szCs w:val="28"/>
          <w:lang w:val="kk-KZ"/>
        </w:rPr>
        <w:br/>
        <w:t xml:space="preserve">№ 13/3, 17/2 үйлерді қоса алғанда, Ш. </w:t>
      </w:r>
      <w:proofErr w:type="spellStart"/>
      <w:r w:rsidRPr="006F7332">
        <w:rPr>
          <w:sz w:val="28"/>
          <w:szCs w:val="28"/>
          <w:lang w:val="kk-KZ"/>
        </w:rPr>
        <w:t>Қосшығұлұлы</w:t>
      </w:r>
      <w:proofErr w:type="spellEnd"/>
      <w:r w:rsidRPr="006F7332">
        <w:rPr>
          <w:sz w:val="28"/>
          <w:szCs w:val="28"/>
          <w:lang w:val="kk-KZ"/>
        </w:rPr>
        <w:t xml:space="preserve"> көшесіндегі № 11/1, </w:t>
      </w:r>
      <w:r>
        <w:rPr>
          <w:sz w:val="28"/>
          <w:szCs w:val="28"/>
          <w:lang w:val="kk-KZ"/>
        </w:rPr>
        <w:br/>
      </w:r>
      <w:r w:rsidRPr="006F7332">
        <w:rPr>
          <w:sz w:val="28"/>
          <w:szCs w:val="28"/>
          <w:lang w:val="kk-KZ"/>
        </w:rPr>
        <w:t xml:space="preserve">11/2 үйлерге дейін, Ш. </w:t>
      </w:r>
      <w:proofErr w:type="spellStart"/>
      <w:r w:rsidRPr="006F7332">
        <w:rPr>
          <w:sz w:val="28"/>
          <w:szCs w:val="28"/>
          <w:lang w:val="kk-KZ"/>
        </w:rPr>
        <w:t>Қосшығұлұлы</w:t>
      </w:r>
      <w:proofErr w:type="spellEnd"/>
      <w:r w:rsidRPr="006F7332">
        <w:rPr>
          <w:sz w:val="28"/>
          <w:szCs w:val="28"/>
          <w:lang w:val="kk-KZ"/>
        </w:rPr>
        <w:t xml:space="preserve"> көшесіндегі № 11/1, 11/2 үйлердің бойымен,</w:t>
      </w:r>
      <w:r w:rsidRPr="006F7332">
        <w:rPr>
          <w:sz w:val="28"/>
          <w:szCs w:val="28"/>
          <w:lang w:val="kk-KZ"/>
        </w:rPr>
        <w:br/>
        <w:t xml:space="preserve">Ш. </w:t>
      </w:r>
      <w:proofErr w:type="spellStart"/>
      <w:r w:rsidRPr="006F7332">
        <w:rPr>
          <w:sz w:val="28"/>
          <w:szCs w:val="28"/>
          <w:lang w:val="kk-KZ"/>
        </w:rPr>
        <w:t>Қосшығұлұлы</w:t>
      </w:r>
      <w:proofErr w:type="spellEnd"/>
      <w:r w:rsidRPr="006F7332">
        <w:rPr>
          <w:sz w:val="28"/>
          <w:szCs w:val="28"/>
          <w:lang w:val="kk-KZ"/>
        </w:rPr>
        <w:t xml:space="preserve"> көшесіндегі № 9/1 үйді қоса алғанда, Е. Серкебаев көшесіне дейін, Е. Серкебаев көшесінен, Е882 көшедегі № 3а, 5 үйлерді қоса алғанда, </w:t>
      </w:r>
      <w:r>
        <w:rPr>
          <w:sz w:val="28"/>
          <w:szCs w:val="28"/>
          <w:lang w:val="kk-KZ"/>
        </w:rPr>
        <w:br/>
      </w:r>
      <w:r w:rsidRPr="006F7332">
        <w:rPr>
          <w:sz w:val="28"/>
          <w:szCs w:val="28"/>
          <w:lang w:val="kk-KZ"/>
        </w:rPr>
        <w:t>Есіл өзенінің жағалауына дейін.</w:t>
      </w:r>
    </w:p>
    <w:p w14:paraId="6B9A4F5D" w14:textId="77777777" w:rsidR="005B42CB" w:rsidRPr="006F7332" w:rsidRDefault="005B42CB" w:rsidP="005B42CB">
      <w:pPr>
        <w:jc w:val="both"/>
        <w:rPr>
          <w:lang w:val="kk-KZ"/>
        </w:rPr>
      </w:pPr>
    </w:p>
    <w:p w14:paraId="19E39DF8" w14:textId="77777777" w:rsidR="005B42CB" w:rsidRPr="006F7332" w:rsidRDefault="005B42CB" w:rsidP="005B42CB">
      <w:pPr>
        <w:keepNext/>
        <w:keepLines/>
        <w:jc w:val="center"/>
        <w:rPr>
          <w:sz w:val="28"/>
          <w:szCs w:val="28"/>
          <w:lang w:val="kk-KZ"/>
        </w:rPr>
      </w:pPr>
      <w:r w:rsidRPr="006F7332">
        <w:rPr>
          <w:sz w:val="28"/>
          <w:szCs w:val="28"/>
          <w:lang w:val="kk-KZ"/>
        </w:rPr>
        <w:t>№ 333 сайлау учаскесі</w:t>
      </w:r>
    </w:p>
    <w:p w14:paraId="4C2FFE3F"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«Мағжан Жұмабаев атындағы </w:t>
      </w:r>
      <w:r>
        <w:rPr>
          <w:sz w:val="28"/>
          <w:szCs w:val="28"/>
          <w:lang w:val="kk-KZ"/>
        </w:rPr>
        <w:br/>
      </w:r>
      <w:r w:rsidRPr="006F7332">
        <w:rPr>
          <w:sz w:val="28"/>
          <w:szCs w:val="28"/>
          <w:lang w:val="kk-KZ"/>
        </w:rPr>
        <w:t xml:space="preserve">№ 65 мектеп-гимназия» шаруашылық жүргізу құқығындағы мемлекеттік коммуналдық кәсіпорны, Б. </w:t>
      </w:r>
      <w:proofErr w:type="spellStart"/>
      <w:r w:rsidRPr="006F7332">
        <w:rPr>
          <w:sz w:val="28"/>
          <w:szCs w:val="28"/>
          <w:lang w:val="kk-KZ"/>
        </w:rPr>
        <w:t>Соқпақбаев</w:t>
      </w:r>
      <w:proofErr w:type="spellEnd"/>
      <w:r w:rsidRPr="006F7332">
        <w:rPr>
          <w:sz w:val="28"/>
          <w:szCs w:val="28"/>
          <w:lang w:val="kk-KZ"/>
        </w:rPr>
        <w:t xml:space="preserve"> көшесі, № 18/4)</w:t>
      </w:r>
    </w:p>
    <w:p w14:paraId="683997D8" w14:textId="77777777" w:rsidR="005B42CB" w:rsidRPr="006F7332" w:rsidRDefault="005B42CB" w:rsidP="005B42CB">
      <w:pPr>
        <w:keepNext/>
        <w:jc w:val="both"/>
        <w:rPr>
          <w:lang w:val="kk-KZ"/>
        </w:rPr>
      </w:pPr>
    </w:p>
    <w:p w14:paraId="048314F6"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Сарыбұлақ бұлағынан Бөгенбай батыр даңғылына дейін, Бөгенбай батыр даңғылынан Бөгенбай батыр даңғылындағы № 10 үйге дейін, Бөгенбай батыр даңғылындағы № 10 үйден Бөгенбай батыр даңғылындағы № 6/5, 6/6 үйлердің бойымен Бірінші Алматы көшесіне дейін, Бірінші Алматы көшесінің тақ сандар жағымен, Б. </w:t>
      </w:r>
      <w:proofErr w:type="spellStart"/>
      <w:r w:rsidRPr="006F7332">
        <w:rPr>
          <w:sz w:val="28"/>
          <w:szCs w:val="28"/>
          <w:lang w:val="kk-KZ"/>
        </w:rPr>
        <w:t>Соқпақбаев</w:t>
      </w:r>
      <w:proofErr w:type="spellEnd"/>
      <w:r w:rsidRPr="006F7332">
        <w:rPr>
          <w:sz w:val="28"/>
          <w:szCs w:val="28"/>
          <w:lang w:val="kk-KZ"/>
        </w:rPr>
        <w:t xml:space="preserve"> көшесіндегі № 14/1, 14/2, 16/1, 16/2, 18/1, 18/2, 18/3, 18а үйлерді қоса алғанда, Б. </w:t>
      </w:r>
      <w:proofErr w:type="spellStart"/>
      <w:r w:rsidRPr="006F7332">
        <w:rPr>
          <w:sz w:val="28"/>
          <w:szCs w:val="28"/>
          <w:lang w:val="kk-KZ"/>
        </w:rPr>
        <w:t>Соқпақбаев</w:t>
      </w:r>
      <w:proofErr w:type="spellEnd"/>
      <w:r w:rsidRPr="006F7332">
        <w:rPr>
          <w:sz w:val="28"/>
          <w:szCs w:val="28"/>
          <w:lang w:val="kk-KZ"/>
        </w:rPr>
        <w:t xml:space="preserve"> көшесіне дейін, Б. </w:t>
      </w:r>
      <w:proofErr w:type="spellStart"/>
      <w:r w:rsidRPr="006F7332">
        <w:rPr>
          <w:sz w:val="28"/>
          <w:szCs w:val="28"/>
          <w:lang w:val="kk-KZ"/>
        </w:rPr>
        <w:t>Соқпақбаев</w:t>
      </w:r>
      <w:proofErr w:type="spellEnd"/>
      <w:r w:rsidRPr="006F7332">
        <w:rPr>
          <w:sz w:val="28"/>
          <w:szCs w:val="28"/>
          <w:lang w:val="kk-KZ"/>
        </w:rPr>
        <w:t xml:space="preserve"> көшесінен Сарыбұлақ бұлағына дейін.</w:t>
      </w:r>
    </w:p>
    <w:p w14:paraId="33C7CC87" w14:textId="77777777" w:rsidR="005B42CB" w:rsidRPr="006F7332" w:rsidRDefault="005B42CB" w:rsidP="005B42CB">
      <w:pPr>
        <w:jc w:val="both"/>
        <w:rPr>
          <w:lang w:val="kk-KZ"/>
        </w:rPr>
      </w:pPr>
    </w:p>
    <w:p w14:paraId="12FE2280" w14:textId="77777777" w:rsidR="005B42CB" w:rsidRPr="006F7332" w:rsidRDefault="005B42CB" w:rsidP="005B42CB">
      <w:pPr>
        <w:keepNext/>
        <w:keepLines/>
        <w:jc w:val="center"/>
        <w:rPr>
          <w:sz w:val="28"/>
          <w:szCs w:val="28"/>
          <w:lang w:val="kk-KZ"/>
        </w:rPr>
      </w:pPr>
      <w:r w:rsidRPr="006F7332">
        <w:rPr>
          <w:sz w:val="28"/>
          <w:szCs w:val="28"/>
          <w:lang w:val="kk-KZ"/>
        </w:rPr>
        <w:t>№ 334 сайлау учаскесі</w:t>
      </w:r>
    </w:p>
    <w:p w14:paraId="14D737B4" w14:textId="77777777" w:rsidR="005B42CB"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58 «Өркен» балабақшасы» мемлекеттік коммуналдық қазыналық кәсіпорны, </w:t>
      </w:r>
    </w:p>
    <w:p w14:paraId="3A7E389B" w14:textId="1F80C3F7" w:rsidR="005B42CB" w:rsidRPr="006F7332" w:rsidRDefault="005B42CB" w:rsidP="005B42CB">
      <w:pPr>
        <w:keepNext/>
        <w:keepLines/>
        <w:jc w:val="center"/>
        <w:rPr>
          <w:sz w:val="28"/>
          <w:szCs w:val="28"/>
          <w:lang w:val="kk-KZ"/>
        </w:rPr>
      </w:pPr>
      <w:r w:rsidRPr="006F7332">
        <w:rPr>
          <w:sz w:val="28"/>
          <w:szCs w:val="28"/>
          <w:lang w:val="kk-KZ"/>
        </w:rPr>
        <w:t xml:space="preserve">Б. </w:t>
      </w:r>
      <w:proofErr w:type="spellStart"/>
      <w:r w:rsidRPr="006F7332">
        <w:rPr>
          <w:sz w:val="28"/>
          <w:szCs w:val="28"/>
          <w:lang w:val="kk-KZ"/>
        </w:rPr>
        <w:t>Соқпақбаев</w:t>
      </w:r>
      <w:proofErr w:type="spellEnd"/>
      <w:r w:rsidRPr="006F7332">
        <w:rPr>
          <w:sz w:val="28"/>
          <w:szCs w:val="28"/>
          <w:lang w:val="kk-KZ"/>
        </w:rPr>
        <w:t xml:space="preserve"> көшесі, № 20/6)</w:t>
      </w:r>
    </w:p>
    <w:p w14:paraId="174E5D51" w14:textId="77777777" w:rsidR="005B42CB" w:rsidRPr="006F7332" w:rsidRDefault="005B42CB" w:rsidP="005B42CB">
      <w:pPr>
        <w:keepNext/>
        <w:jc w:val="both"/>
        <w:rPr>
          <w:lang w:val="kk-KZ"/>
        </w:rPr>
      </w:pPr>
    </w:p>
    <w:p w14:paraId="345E9916"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Ш. </w:t>
      </w:r>
      <w:proofErr w:type="spellStart"/>
      <w:r w:rsidRPr="006F7332">
        <w:rPr>
          <w:sz w:val="28"/>
          <w:szCs w:val="28"/>
          <w:lang w:val="kk-KZ"/>
        </w:rPr>
        <w:t>Қосшығұлұлы</w:t>
      </w:r>
      <w:proofErr w:type="spellEnd"/>
      <w:r w:rsidRPr="006F7332">
        <w:rPr>
          <w:sz w:val="28"/>
          <w:szCs w:val="28"/>
          <w:lang w:val="kk-KZ"/>
        </w:rPr>
        <w:t xml:space="preserve"> көшесінен Ш. Бейсекова көшесіне дейін,</w:t>
      </w:r>
      <w:r w:rsidRPr="006F7332">
        <w:rPr>
          <w:sz w:val="28"/>
          <w:szCs w:val="28"/>
          <w:lang w:val="kk-KZ"/>
        </w:rPr>
        <w:br/>
        <w:t xml:space="preserve">Ш. Бейсекова көшесінен, Ш. </w:t>
      </w:r>
      <w:proofErr w:type="spellStart"/>
      <w:r w:rsidRPr="006F7332">
        <w:rPr>
          <w:sz w:val="28"/>
          <w:szCs w:val="28"/>
          <w:lang w:val="kk-KZ"/>
        </w:rPr>
        <w:t>Қосшығұлұлы</w:t>
      </w:r>
      <w:proofErr w:type="spellEnd"/>
      <w:r w:rsidRPr="006F7332">
        <w:rPr>
          <w:sz w:val="28"/>
          <w:szCs w:val="28"/>
          <w:lang w:val="kk-KZ"/>
        </w:rPr>
        <w:t xml:space="preserve"> көшесіндегі № 20, 20/1, 24/1 үйлерді </w:t>
      </w:r>
      <w:r w:rsidRPr="006F7332">
        <w:rPr>
          <w:sz w:val="28"/>
          <w:szCs w:val="28"/>
          <w:lang w:val="kk-KZ"/>
        </w:rPr>
        <w:lastRenderedPageBreak/>
        <w:t xml:space="preserve">және Б. </w:t>
      </w:r>
      <w:proofErr w:type="spellStart"/>
      <w:r w:rsidRPr="006F7332">
        <w:rPr>
          <w:sz w:val="28"/>
          <w:szCs w:val="28"/>
          <w:lang w:val="kk-KZ"/>
        </w:rPr>
        <w:t>Соқпақбаев</w:t>
      </w:r>
      <w:proofErr w:type="spellEnd"/>
      <w:r w:rsidRPr="006F7332">
        <w:rPr>
          <w:sz w:val="28"/>
          <w:szCs w:val="28"/>
          <w:lang w:val="kk-KZ"/>
        </w:rPr>
        <w:t xml:space="preserve"> көшесіндегі № 20/6 үйді қоса алғанда, Сарыбұлақ бұлағына дейін, Сарыбұлақ бұлағынан, Ш. </w:t>
      </w:r>
      <w:proofErr w:type="spellStart"/>
      <w:r w:rsidRPr="006F7332">
        <w:rPr>
          <w:sz w:val="28"/>
          <w:szCs w:val="28"/>
          <w:lang w:val="kk-KZ"/>
        </w:rPr>
        <w:t>Қосшығұлұлы</w:t>
      </w:r>
      <w:proofErr w:type="spellEnd"/>
      <w:r w:rsidRPr="006F7332">
        <w:rPr>
          <w:sz w:val="28"/>
          <w:szCs w:val="28"/>
          <w:lang w:val="kk-KZ"/>
        </w:rPr>
        <w:t xml:space="preserve"> көшесіндегі № 21, 21/1,</w:t>
      </w:r>
      <w:r>
        <w:rPr>
          <w:sz w:val="28"/>
          <w:szCs w:val="28"/>
          <w:lang w:val="kk-KZ"/>
        </w:rPr>
        <w:t xml:space="preserve"> </w:t>
      </w:r>
      <w:r>
        <w:rPr>
          <w:sz w:val="28"/>
          <w:szCs w:val="28"/>
          <w:lang w:val="kk-KZ"/>
        </w:rPr>
        <w:br/>
      </w:r>
      <w:r w:rsidRPr="006F7332">
        <w:rPr>
          <w:sz w:val="28"/>
          <w:szCs w:val="28"/>
          <w:lang w:val="kk-KZ"/>
        </w:rPr>
        <w:t xml:space="preserve">21/2 үйлерді қоса алғанда, Ш. </w:t>
      </w:r>
      <w:proofErr w:type="spellStart"/>
      <w:r w:rsidRPr="006F7332">
        <w:rPr>
          <w:sz w:val="28"/>
          <w:szCs w:val="28"/>
          <w:lang w:val="kk-KZ"/>
        </w:rPr>
        <w:t>Қосшығұлұлы</w:t>
      </w:r>
      <w:proofErr w:type="spellEnd"/>
      <w:r w:rsidRPr="006F7332">
        <w:rPr>
          <w:sz w:val="28"/>
          <w:szCs w:val="28"/>
          <w:lang w:val="kk-KZ"/>
        </w:rPr>
        <w:t xml:space="preserve"> көшесіне дейін.</w:t>
      </w:r>
    </w:p>
    <w:p w14:paraId="2C239E5C" w14:textId="77777777" w:rsidR="005B42CB" w:rsidRPr="006F7332" w:rsidRDefault="005B42CB" w:rsidP="005B42CB">
      <w:pPr>
        <w:jc w:val="both"/>
        <w:rPr>
          <w:lang w:val="kk-KZ"/>
        </w:rPr>
      </w:pPr>
    </w:p>
    <w:p w14:paraId="6D7F0031" w14:textId="77777777" w:rsidR="005B42CB" w:rsidRPr="006F7332" w:rsidRDefault="005B42CB" w:rsidP="005B42CB">
      <w:pPr>
        <w:keepNext/>
        <w:keepLines/>
        <w:jc w:val="center"/>
        <w:rPr>
          <w:sz w:val="28"/>
          <w:szCs w:val="28"/>
          <w:lang w:val="kk-KZ"/>
        </w:rPr>
      </w:pPr>
      <w:r w:rsidRPr="006F7332">
        <w:rPr>
          <w:sz w:val="28"/>
          <w:szCs w:val="28"/>
          <w:lang w:val="kk-KZ"/>
        </w:rPr>
        <w:t>№ 335 сайлау учаскесі</w:t>
      </w:r>
    </w:p>
    <w:p w14:paraId="3C3750A9"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«Ілияс Есенберлин атындағы </w:t>
      </w:r>
      <w:r>
        <w:rPr>
          <w:sz w:val="28"/>
          <w:szCs w:val="28"/>
          <w:lang w:val="kk-KZ"/>
        </w:rPr>
        <w:br/>
      </w:r>
      <w:r w:rsidRPr="006F7332">
        <w:rPr>
          <w:sz w:val="28"/>
          <w:szCs w:val="28"/>
          <w:lang w:val="kk-KZ"/>
        </w:rPr>
        <w:t xml:space="preserve">№ 67 гимназия» шаруашылық жүргізу құқығындағы мемлекеттік коммуналдық кәсіпорны, Ш. </w:t>
      </w:r>
      <w:proofErr w:type="spellStart"/>
      <w:r w:rsidRPr="006F7332">
        <w:rPr>
          <w:sz w:val="28"/>
          <w:szCs w:val="28"/>
          <w:lang w:val="kk-KZ"/>
        </w:rPr>
        <w:t>Қосшығұлұлы</w:t>
      </w:r>
      <w:proofErr w:type="spellEnd"/>
      <w:r w:rsidRPr="006F7332">
        <w:rPr>
          <w:sz w:val="28"/>
          <w:szCs w:val="28"/>
          <w:lang w:val="kk-KZ"/>
        </w:rPr>
        <w:t xml:space="preserve"> көшесі, № 23/1)</w:t>
      </w:r>
    </w:p>
    <w:p w14:paraId="311E3CC9" w14:textId="77777777" w:rsidR="005B42CB" w:rsidRPr="006F7332" w:rsidRDefault="005B42CB" w:rsidP="005B42CB">
      <w:pPr>
        <w:keepNext/>
        <w:jc w:val="both"/>
        <w:rPr>
          <w:lang w:val="kk-KZ"/>
        </w:rPr>
      </w:pPr>
    </w:p>
    <w:p w14:paraId="700EB93E" w14:textId="77777777" w:rsidR="005B42CB" w:rsidRPr="006F7332" w:rsidRDefault="005B42CB" w:rsidP="005B42CB">
      <w:pPr>
        <w:ind w:firstLine="709"/>
        <w:jc w:val="both"/>
        <w:rPr>
          <w:sz w:val="28"/>
          <w:szCs w:val="28"/>
          <w:lang w:val="kk-KZ"/>
        </w:rPr>
      </w:pPr>
      <w:r w:rsidRPr="006F7332">
        <w:rPr>
          <w:sz w:val="28"/>
          <w:szCs w:val="28"/>
          <w:lang w:val="kk-KZ"/>
        </w:rPr>
        <w:t>Шекарасы: Есіл өзенінің жағалауынан Ш. Бейсекова көшесіне дейін,</w:t>
      </w:r>
      <w:r w:rsidRPr="006F7332">
        <w:rPr>
          <w:sz w:val="28"/>
          <w:szCs w:val="28"/>
          <w:lang w:val="kk-KZ"/>
        </w:rPr>
        <w:br/>
        <w:t xml:space="preserve">Ш. Бейсекова көшесінен Ш. </w:t>
      </w:r>
      <w:proofErr w:type="spellStart"/>
      <w:r w:rsidRPr="006F7332">
        <w:rPr>
          <w:sz w:val="28"/>
          <w:szCs w:val="28"/>
          <w:lang w:val="kk-KZ"/>
        </w:rPr>
        <w:t>Қосшығұлұлы</w:t>
      </w:r>
      <w:proofErr w:type="spellEnd"/>
      <w:r w:rsidRPr="006F7332">
        <w:rPr>
          <w:sz w:val="28"/>
          <w:szCs w:val="28"/>
          <w:lang w:val="kk-KZ"/>
        </w:rPr>
        <w:t xml:space="preserve"> көшесіне дейін, Ш. </w:t>
      </w:r>
      <w:proofErr w:type="spellStart"/>
      <w:r w:rsidRPr="006F7332">
        <w:rPr>
          <w:sz w:val="28"/>
          <w:szCs w:val="28"/>
          <w:lang w:val="kk-KZ"/>
        </w:rPr>
        <w:t>Қосшығұлұлы</w:t>
      </w:r>
      <w:proofErr w:type="spellEnd"/>
      <w:r w:rsidRPr="006F7332">
        <w:rPr>
          <w:sz w:val="28"/>
          <w:szCs w:val="28"/>
          <w:lang w:val="kk-KZ"/>
        </w:rPr>
        <w:t xml:space="preserve"> көшесінен, Ш. </w:t>
      </w:r>
      <w:proofErr w:type="spellStart"/>
      <w:r w:rsidRPr="006F7332">
        <w:rPr>
          <w:sz w:val="28"/>
          <w:szCs w:val="28"/>
          <w:lang w:val="kk-KZ"/>
        </w:rPr>
        <w:t>Қосшығұлұлы</w:t>
      </w:r>
      <w:proofErr w:type="spellEnd"/>
      <w:r w:rsidRPr="006F7332">
        <w:rPr>
          <w:sz w:val="28"/>
          <w:szCs w:val="28"/>
          <w:lang w:val="kk-KZ"/>
        </w:rPr>
        <w:t xml:space="preserve"> көшесіндегі № 21, 21/1, 21/2 үйлерді қоспағанда, Сарыбұлақ бұлағына дейін, Сарыбұлақ бұлағынан, Ш. </w:t>
      </w:r>
      <w:proofErr w:type="spellStart"/>
      <w:r w:rsidRPr="006F7332">
        <w:rPr>
          <w:sz w:val="28"/>
          <w:szCs w:val="28"/>
          <w:lang w:val="kk-KZ"/>
        </w:rPr>
        <w:t>Қосшығұлұлы</w:t>
      </w:r>
      <w:proofErr w:type="spellEnd"/>
      <w:r w:rsidRPr="006F7332">
        <w:rPr>
          <w:sz w:val="28"/>
          <w:szCs w:val="28"/>
          <w:lang w:val="kk-KZ"/>
        </w:rPr>
        <w:t xml:space="preserve"> көшесіндегі № 19/1, 19/2, 19/3, 19/4 үйлерді қоса алғанда, Есіл өзенінің жағалауына дейін.</w:t>
      </w:r>
    </w:p>
    <w:p w14:paraId="7FE571A3" w14:textId="77777777" w:rsidR="005B42CB" w:rsidRPr="006F7332" w:rsidRDefault="005B42CB" w:rsidP="005B42CB">
      <w:pPr>
        <w:jc w:val="both"/>
        <w:rPr>
          <w:lang w:val="kk-KZ"/>
        </w:rPr>
      </w:pPr>
    </w:p>
    <w:p w14:paraId="20456CA2" w14:textId="77777777" w:rsidR="005B42CB" w:rsidRPr="006F7332" w:rsidRDefault="005B42CB" w:rsidP="005B42CB">
      <w:pPr>
        <w:keepNext/>
        <w:keepLines/>
        <w:jc w:val="center"/>
        <w:rPr>
          <w:sz w:val="28"/>
          <w:szCs w:val="28"/>
          <w:lang w:val="kk-KZ"/>
        </w:rPr>
      </w:pPr>
      <w:r w:rsidRPr="006F7332">
        <w:rPr>
          <w:sz w:val="28"/>
          <w:szCs w:val="28"/>
          <w:lang w:val="kk-KZ"/>
        </w:rPr>
        <w:t>№ 336 сайлау учаскесі</w:t>
      </w:r>
    </w:p>
    <w:p w14:paraId="2265446A"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«Дарынды қыз балаларға арналған «Білім-инновация» лицей-интернаты» коммуналдық мемлекеттік мекемесі,</w:t>
      </w:r>
      <w:r w:rsidRPr="006F7332">
        <w:rPr>
          <w:sz w:val="28"/>
          <w:szCs w:val="28"/>
          <w:lang w:val="kk-KZ"/>
        </w:rPr>
        <w:br/>
        <w:t xml:space="preserve">Б. </w:t>
      </w:r>
      <w:proofErr w:type="spellStart"/>
      <w:r w:rsidRPr="006F7332">
        <w:rPr>
          <w:sz w:val="28"/>
          <w:szCs w:val="28"/>
          <w:lang w:val="kk-KZ"/>
        </w:rPr>
        <w:t>Соқпақбаев</w:t>
      </w:r>
      <w:proofErr w:type="spellEnd"/>
      <w:r w:rsidRPr="006F7332">
        <w:rPr>
          <w:sz w:val="28"/>
          <w:szCs w:val="28"/>
          <w:lang w:val="kk-KZ"/>
        </w:rPr>
        <w:t xml:space="preserve"> көшесі, № 17)</w:t>
      </w:r>
    </w:p>
    <w:p w14:paraId="21FE6DE0" w14:textId="77777777" w:rsidR="005B42CB" w:rsidRPr="006F7332" w:rsidRDefault="005B42CB" w:rsidP="005B42CB">
      <w:pPr>
        <w:keepNext/>
        <w:jc w:val="both"/>
        <w:rPr>
          <w:lang w:val="kk-KZ"/>
        </w:rPr>
      </w:pPr>
    </w:p>
    <w:p w14:paraId="38C9FC46" w14:textId="77777777" w:rsidR="005B42CB" w:rsidRPr="006F7332" w:rsidRDefault="005B42CB" w:rsidP="005B42CB">
      <w:pPr>
        <w:ind w:firstLine="709"/>
        <w:jc w:val="both"/>
        <w:rPr>
          <w:sz w:val="28"/>
          <w:szCs w:val="28"/>
          <w:lang w:val="kk-KZ"/>
        </w:rPr>
      </w:pPr>
      <w:r w:rsidRPr="006F7332">
        <w:rPr>
          <w:sz w:val="28"/>
          <w:szCs w:val="28"/>
          <w:lang w:val="kk-KZ"/>
        </w:rPr>
        <w:t>Шекарасы: Ақан сері көшесінен Н. Тілендиев даңғылына дейін,</w:t>
      </w:r>
      <w:r w:rsidRPr="006F7332">
        <w:rPr>
          <w:sz w:val="28"/>
          <w:szCs w:val="28"/>
          <w:lang w:val="kk-KZ"/>
        </w:rPr>
        <w:br/>
        <w:t>Н. Тілендиев даңғылының тақ сандар жағымен Ш. Бейсекова көшесіне дейін,</w:t>
      </w:r>
      <w:r w:rsidRPr="006F7332">
        <w:rPr>
          <w:sz w:val="28"/>
          <w:szCs w:val="28"/>
          <w:lang w:val="kk-KZ"/>
        </w:rPr>
        <w:br/>
        <w:t xml:space="preserve">Ш. Бейсекова көшесінің жұп сандар жағымен Ш. </w:t>
      </w:r>
      <w:proofErr w:type="spellStart"/>
      <w:r w:rsidRPr="006F7332">
        <w:rPr>
          <w:sz w:val="28"/>
          <w:szCs w:val="28"/>
          <w:lang w:val="kk-KZ"/>
        </w:rPr>
        <w:t>Қосшығұлұлы</w:t>
      </w:r>
      <w:proofErr w:type="spellEnd"/>
      <w:r w:rsidRPr="006F7332">
        <w:rPr>
          <w:sz w:val="28"/>
          <w:szCs w:val="28"/>
          <w:lang w:val="kk-KZ"/>
        </w:rPr>
        <w:t xml:space="preserve"> көшесіне дейін, Ш. </w:t>
      </w:r>
      <w:proofErr w:type="spellStart"/>
      <w:r w:rsidRPr="006F7332">
        <w:rPr>
          <w:sz w:val="28"/>
          <w:szCs w:val="28"/>
          <w:lang w:val="kk-KZ"/>
        </w:rPr>
        <w:t>Қосшығұлұлы</w:t>
      </w:r>
      <w:proofErr w:type="spellEnd"/>
      <w:r w:rsidRPr="006F7332">
        <w:rPr>
          <w:sz w:val="28"/>
          <w:szCs w:val="28"/>
          <w:lang w:val="kk-KZ"/>
        </w:rPr>
        <w:t xml:space="preserve"> көшесінен </w:t>
      </w:r>
      <w:proofErr w:type="spellStart"/>
      <w:r w:rsidRPr="006F7332">
        <w:rPr>
          <w:sz w:val="28"/>
          <w:szCs w:val="28"/>
          <w:lang w:val="kk-KZ"/>
        </w:rPr>
        <w:t>Қараменде</w:t>
      </w:r>
      <w:proofErr w:type="spellEnd"/>
      <w:r w:rsidRPr="006F7332">
        <w:rPr>
          <w:sz w:val="28"/>
          <w:szCs w:val="28"/>
          <w:lang w:val="kk-KZ"/>
        </w:rPr>
        <w:t xml:space="preserve"> би </w:t>
      </w:r>
      <w:proofErr w:type="spellStart"/>
      <w:r w:rsidRPr="006F7332">
        <w:rPr>
          <w:sz w:val="28"/>
          <w:szCs w:val="28"/>
          <w:lang w:val="kk-KZ"/>
        </w:rPr>
        <w:t>Шақаұлы</w:t>
      </w:r>
      <w:proofErr w:type="spellEnd"/>
      <w:r w:rsidRPr="006F7332">
        <w:rPr>
          <w:sz w:val="28"/>
          <w:szCs w:val="28"/>
          <w:lang w:val="kk-KZ"/>
        </w:rPr>
        <w:t xml:space="preserve"> көшесіне дейін, </w:t>
      </w:r>
      <w:proofErr w:type="spellStart"/>
      <w:r w:rsidRPr="006F7332">
        <w:rPr>
          <w:sz w:val="28"/>
          <w:szCs w:val="28"/>
          <w:lang w:val="kk-KZ"/>
        </w:rPr>
        <w:t>Қараменде</w:t>
      </w:r>
      <w:proofErr w:type="spellEnd"/>
      <w:r w:rsidRPr="006F7332">
        <w:rPr>
          <w:sz w:val="28"/>
          <w:szCs w:val="28"/>
          <w:lang w:val="kk-KZ"/>
        </w:rPr>
        <w:t xml:space="preserve"> би </w:t>
      </w:r>
      <w:proofErr w:type="spellStart"/>
      <w:r w:rsidRPr="006F7332">
        <w:rPr>
          <w:sz w:val="28"/>
          <w:szCs w:val="28"/>
          <w:lang w:val="kk-KZ"/>
        </w:rPr>
        <w:t>Шақаұлы</w:t>
      </w:r>
      <w:proofErr w:type="spellEnd"/>
      <w:r w:rsidRPr="006F7332">
        <w:rPr>
          <w:sz w:val="28"/>
          <w:szCs w:val="28"/>
          <w:lang w:val="kk-KZ"/>
        </w:rPr>
        <w:t xml:space="preserve"> көшесінен </w:t>
      </w:r>
      <w:proofErr w:type="spellStart"/>
      <w:r w:rsidRPr="006F7332">
        <w:rPr>
          <w:sz w:val="28"/>
          <w:szCs w:val="28"/>
          <w:lang w:val="kk-KZ"/>
        </w:rPr>
        <w:t>Байынкөл</w:t>
      </w:r>
      <w:proofErr w:type="spellEnd"/>
      <w:r w:rsidRPr="006F7332">
        <w:rPr>
          <w:sz w:val="28"/>
          <w:szCs w:val="28"/>
          <w:lang w:val="kk-KZ"/>
        </w:rPr>
        <w:t xml:space="preserve"> орамына дейін, </w:t>
      </w:r>
      <w:proofErr w:type="spellStart"/>
      <w:r w:rsidRPr="006F7332">
        <w:rPr>
          <w:sz w:val="28"/>
          <w:szCs w:val="28"/>
          <w:lang w:val="kk-KZ"/>
        </w:rPr>
        <w:t>Байынкөл</w:t>
      </w:r>
      <w:proofErr w:type="spellEnd"/>
      <w:r w:rsidRPr="006F7332">
        <w:rPr>
          <w:sz w:val="28"/>
          <w:szCs w:val="28"/>
          <w:lang w:val="kk-KZ"/>
        </w:rPr>
        <w:t xml:space="preserve"> орамынан Жоламан орамына дейін, Жоламан орамынан Дәулеткерей көшесіне дейін, Дәулеткерей көшесінен Ақан сері көшесіне дейін.</w:t>
      </w:r>
    </w:p>
    <w:p w14:paraId="37DFD15D" w14:textId="77777777" w:rsidR="005B42CB" w:rsidRPr="006F7332" w:rsidRDefault="005B42CB" w:rsidP="005B42CB">
      <w:pPr>
        <w:jc w:val="both"/>
        <w:rPr>
          <w:lang w:val="kk-KZ"/>
        </w:rPr>
      </w:pPr>
    </w:p>
    <w:p w14:paraId="206F9EA6" w14:textId="77777777" w:rsidR="005B42CB" w:rsidRPr="006F7332" w:rsidRDefault="005B42CB" w:rsidP="005B42CB">
      <w:pPr>
        <w:keepNext/>
        <w:keepLines/>
        <w:jc w:val="center"/>
        <w:rPr>
          <w:sz w:val="28"/>
          <w:szCs w:val="28"/>
          <w:lang w:val="kk-KZ"/>
        </w:rPr>
      </w:pPr>
      <w:r w:rsidRPr="006F7332">
        <w:rPr>
          <w:sz w:val="28"/>
          <w:szCs w:val="28"/>
          <w:lang w:val="kk-KZ"/>
        </w:rPr>
        <w:t>№ 337 сайлау учаскесі</w:t>
      </w:r>
    </w:p>
    <w:p w14:paraId="7526132E"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6 гимназия» шаруашылық жүргізу құқығындағы мемлекеттік коммуналдық кәсіпорны, </w:t>
      </w:r>
      <w:r>
        <w:rPr>
          <w:sz w:val="28"/>
          <w:szCs w:val="28"/>
          <w:lang w:val="kk-KZ"/>
        </w:rPr>
        <w:br/>
      </w:r>
      <w:r w:rsidRPr="006F7332">
        <w:rPr>
          <w:sz w:val="28"/>
          <w:szCs w:val="28"/>
          <w:lang w:val="kk-KZ"/>
        </w:rPr>
        <w:t>Бөгенбай батыр даңғылы,</w:t>
      </w:r>
      <w:r>
        <w:rPr>
          <w:sz w:val="28"/>
          <w:szCs w:val="28"/>
          <w:lang w:val="kk-KZ"/>
        </w:rPr>
        <w:t xml:space="preserve"> </w:t>
      </w:r>
      <w:r w:rsidRPr="006F7332">
        <w:rPr>
          <w:sz w:val="28"/>
          <w:szCs w:val="28"/>
          <w:lang w:val="kk-KZ"/>
        </w:rPr>
        <w:t>№ 47/1)</w:t>
      </w:r>
    </w:p>
    <w:p w14:paraId="50BAB37C" w14:textId="77777777" w:rsidR="005B42CB" w:rsidRPr="006F7332" w:rsidRDefault="005B42CB" w:rsidP="005B42CB">
      <w:pPr>
        <w:keepNext/>
        <w:jc w:val="both"/>
        <w:rPr>
          <w:lang w:val="kk-KZ"/>
        </w:rPr>
      </w:pPr>
    </w:p>
    <w:p w14:paraId="25848BEB" w14:textId="77777777" w:rsidR="005B42CB" w:rsidRPr="006F7332" w:rsidRDefault="005B42CB" w:rsidP="005B42CB">
      <w:pPr>
        <w:ind w:firstLine="709"/>
        <w:jc w:val="both"/>
        <w:rPr>
          <w:sz w:val="28"/>
          <w:szCs w:val="28"/>
          <w:lang w:val="kk-KZ"/>
        </w:rPr>
      </w:pPr>
      <w:r w:rsidRPr="006F7332">
        <w:rPr>
          <w:sz w:val="28"/>
          <w:szCs w:val="28"/>
          <w:lang w:val="kk-KZ"/>
        </w:rPr>
        <w:t>Шекарасы: Ә. Жангелдин көшесінен Бейбітшілік көшесінің жұп сандар жағымен Бөгенбай батыр даңғылына дейін, Бөгенбай батыр даңғылының жұп сандар жағымен Республика даңғылына дейін, Республика даңғылының тақ сандар жағымен С. Сейфуллин көшесіне дейін, С. Сейфуллин көшесінен</w:t>
      </w:r>
      <w:r w:rsidRPr="006F7332">
        <w:rPr>
          <w:sz w:val="28"/>
          <w:szCs w:val="28"/>
          <w:lang w:val="kk-KZ"/>
        </w:rPr>
        <w:br/>
        <w:t>М. Әуезов көшесіне дейін, М. Әуезов көшесінің жұп сандар жағымен</w:t>
      </w:r>
      <w:r w:rsidRPr="006F7332">
        <w:rPr>
          <w:sz w:val="28"/>
          <w:szCs w:val="28"/>
          <w:lang w:val="kk-KZ"/>
        </w:rPr>
        <w:br/>
        <w:t>Ә. Жангелдин көшесіне дейін, Ә. Жангелдин көшесінен Бейбітшілік көшесіне дейін.</w:t>
      </w:r>
    </w:p>
    <w:p w14:paraId="68F8711D" w14:textId="77777777" w:rsidR="005B42CB" w:rsidRPr="006F7332" w:rsidRDefault="005B42CB" w:rsidP="005B42CB">
      <w:pPr>
        <w:jc w:val="both"/>
        <w:rPr>
          <w:lang w:val="kk-KZ"/>
        </w:rPr>
      </w:pPr>
    </w:p>
    <w:p w14:paraId="1E184EF6" w14:textId="77777777" w:rsidR="005B42CB" w:rsidRPr="006F7332" w:rsidRDefault="005B42CB" w:rsidP="005B42CB">
      <w:pPr>
        <w:keepNext/>
        <w:keepLines/>
        <w:jc w:val="center"/>
        <w:rPr>
          <w:sz w:val="28"/>
          <w:szCs w:val="28"/>
          <w:lang w:val="kk-KZ"/>
        </w:rPr>
      </w:pPr>
      <w:r w:rsidRPr="006F7332">
        <w:rPr>
          <w:sz w:val="28"/>
          <w:szCs w:val="28"/>
          <w:lang w:val="kk-KZ"/>
        </w:rPr>
        <w:lastRenderedPageBreak/>
        <w:t>№ 338 сайлау учаскесі</w:t>
      </w:r>
    </w:p>
    <w:p w14:paraId="2599FCA6"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«Л.Н. Гумилев атындағы Еуразия ұлттық университеті» коммерциялық емес акционерлік қоғамының спорт кешені, </w:t>
      </w:r>
      <w:r>
        <w:rPr>
          <w:sz w:val="28"/>
          <w:szCs w:val="28"/>
          <w:lang w:val="kk-KZ"/>
        </w:rPr>
        <w:br/>
      </w:r>
      <w:r w:rsidRPr="006F7332">
        <w:rPr>
          <w:sz w:val="28"/>
          <w:szCs w:val="28"/>
          <w:lang w:val="kk-KZ"/>
        </w:rPr>
        <w:t>Ы. Дүкенұлы көшесі, № 23)</w:t>
      </w:r>
    </w:p>
    <w:p w14:paraId="1F7E3882" w14:textId="77777777" w:rsidR="005B42CB" w:rsidRPr="006F7332" w:rsidRDefault="005B42CB" w:rsidP="005B42CB">
      <w:pPr>
        <w:keepNext/>
        <w:jc w:val="both"/>
        <w:rPr>
          <w:lang w:val="kk-KZ"/>
        </w:rPr>
      </w:pPr>
    </w:p>
    <w:p w14:paraId="484AA2A6" w14:textId="77777777" w:rsidR="005B42CB" w:rsidRPr="006F7332" w:rsidRDefault="005B42CB" w:rsidP="005B42CB">
      <w:pPr>
        <w:ind w:firstLine="709"/>
        <w:jc w:val="both"/>
        <w:rPr>
          <w:sz w:val="28"/>
          <w:szCs w:val="28"/>
          <w:lang w:val="kk-KZ"/>
        </w:rPr>
      </w:pPr>
      <w:r w:rsidRPr="006F7332">
        <w:rPr>
          <w:sz w:val="28"/>
          <w:szCs w:val="28"/>
          <w:lang w:val="kk-KZ"/>
        </w:rPr>
        <w:t>Шекарасы: Республика даңғылынан Республика даңғылындағы № 52 үйге дейін, «Астана-Технопарк» акционерлік қоғамының оңтүстік шекарасымен,</w:t>
      </w:r>
      <w:r w:rsidRPr="006F7332">
        <w:rPr>
          <w:sz w:val="28"/>
          <w:szCs w:val="28"/>
          <w:lang w:val="kk-KZ"/>
        </w:rPr>
        <w:br/>
        <w:t>Ш. Айманов көшесіндегі № 20 үйді қоса алғанда, Ш. Айманов көшесіне дейін,</w:t>
      </w:r>
      <w:r w:rsidRPr="006F7332">
        <w:rPr>
          <w:sz w:val="28"/>
          <w:szCs w:val="28"/>
          <w:lang w:val="kk-KZ"/>
        </w:rPr>
        <w:br/>
        <w:t>Ш. Айманов көшесінің тақ сандар жағымен Ы. Дүкенұлы көшесіне дейін,</w:t>
      </w:r>
      <w:r w:rsidRPr="006F7332">
        <w:rPr>
          <w:sz w:val="28"/>
          <w:szCs w:val="28"/>
          <w:lang w:val="kk-KZ"/>
        </w:rPr>
        <w:br/>
        <w:t>Ы. Дүкенұлы көшесінің тақ сандар жағымен Республика даңғылына дейін.</w:t>
      </w:r>
    </w:p>
    <w:p w14:paraId="724EA8D2" w14:textId="77777777" w:rsidR="005B42CB" w:rsidRPr="006F7332" w:rsidRDefault="005B42CB" w:rsidP="005B42CB">
      <w:pPr>
        <w:jc w:val="both"/>
        <w:rPr>
          <w:lang w:val="kk-KZ"/>
        </w:rPr>
      </w:pPr>
    </w:p>
    <w:p w14:paraId="4EAF7D6B" w14:textId="77777777" w:rsidR="005B42CB" w:rsidRPr="006F7332" w:rsidRDefault="005B42CB" w:rsidP="005B42CB">
      <w:pPr>
        <w:keepNext/>
        <w:keepLines/>
        <w:jc w:val="center"/>
        <w:rPr>
          <w:sz w:val="28"/>
          <w:szCs w:val="28"/>
          <w:lang w:val="kk-KZ"/>
        </w:rPr>
      </w:pPr>
      <w:r w:rsidRPr="006F7332">
        <w:rPr>
          <w:sz w:val="28"/>
          <w:szCs w:val="28"/>
          <w:lang w:val="kk-KZ"/>
        </w:rPr>
        <w:t>№ 339 сайлау учаскесі</w:t>
      </w:r>
    </w:p>
    <w:p w14:paraId="3D6B58E6"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6 гимназия» шаруашылық жүргізу құқығындағы мемлекеттік коммуналдық кәсіпорны, </w:t>
      </w:r>
      <w:r>
        <w:rPr>
          <w:sz w:val="28"/>
          <w:szCs w:val="28"/>
          <w:lang w:val="kk-KZ"/>
        </w:rPr>
        <w:br/>
      </w:r>
      <w:r w:rsidRPr="006F7332">
        <w:rPr>
          <w:sz w:val="28"/>
          <w:szCs w:val="28"/>
          <w:lang w:val="kk-KZ"/>
        </w:rPr>
        <w:t>Бөгенбай батыр даңғылы,</w:t>
      </w:r>
      <w:r>
        <w:rPr>
          <w:sz w:val="28"/>
          <w:szCs w:val="28"/>
          <w:lang w:val="kk-KZ"/>
        </w:rPr>
        <w:t xml:space="preserve"> </w:t>
      </w:r>
      <w:r w:rsidRPr="006F7332">
        <w:rPr>
          <w:sz w:val="28"/>
          <w:szCs w:val="28"/>
          <w:lang w:val="kk-KZ"/>
        </w:rPr>
        <w:t>№ 47/1)</w:t>
      </w:r>
    </w:p>
    <w:p w14:paraId="5A3E4007" w14:textId="77777777" w:rsidR="005B42CB" w:rsidRPr="006F7332" w:rsidRDefault="005B42CB" w:rsidP="005B42CB">
      <w:pPr>
        <w:keepNext/>
        <w:jc w:val="both"/>
        <w:rPr>
          <w:lang w:val="kk-KZ"/>
        </w:rPr>
      </w:pPr>
    </w:p>
    <w:p w14:paraId="212B2988" w14:textId="77777777" w:rsidR="005B42CB" w:rsidRPr="006F7332" w:rsidRDefault="005B42CB" w:rsidP="005B42CB">
      <w:pPr>
        <w:ind w:firstLine="709"/>
        <w:jc w:val="both"/>
        <w:rPr>
          <w:sz w:val="28"/>
          <w:szCs w:val="28"/>
          <w:lang w:val="kk-KZ"/>
        </w:rPr>
      </w:pPr>
      <w:r w:rsidRPr="006F7332">
        <w:rPr>
          <w:sz w:val="28"/>
          <w:szCs w:val="28"/>
          <w:lang w:val="kk-KZ"/>
        </w:rPr>
        <w:t>Шекарасы: Ы. Дүкенұлы көшесінен Бейбітшілік көшесінің жұп сандар жағымен Мәскеу көшесіне дейін, Мәскеу көшесінің жұп сандар жағымен Республика даңғылына дейін, Республика даңғылынан Ы. Дүкенұлы көшесіне дейін.</w:t>
      </w:r>
    </w:p>
    <w:p w14:paraId="0FE509D8" w14:textId="77777777" w:rsidR="005B42CB" w:rsidRPr="006F7332" w:rsidRDefault="005B42CB" w:rsidP="005B42CB">
      <w:pPr>
        <w:jc w:val="both"/>
        <w:rPr>
          <w:lang w:val="kk-KZ"/>
        </w:rPr>
      </w:pPr>
    </w:p>
    <w:p w14:paraId="60B7693A" w14:textId="77777777" w:rsidR="005B42CB" w:rsidRPr="006F7332" w:rsidRDefault="005B42CB" w:rsidP="005B42CB">
      <w:pPr>
        <w:keepNext/>
        <w:keepLines/>
        <w:jc w:val="center"/>
        <w:rPr>
          <w:sz w:val="28"/>
          <w:szCs w:val="28"/>
          <w:lang w:val="kk-KZ"/>
        </w:rPr>
      </w:pPr>
      <w:r w:rsidRPr="006F7332">
        <w:rPr>
          <w:sz w:val="28"/>
          <w:szCs w:val="28"/>
          <w:lang w:val="kk-KZ"/>
        </w:rPr>
        <w:t>№ 340 сайлау учаскесі</w:t>
      </w:r>
    </w:p>
    <w:p w14:paraId="774CB407"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«ASTANA POLYTECHNIC» жоғары колледжі» шаруашылық жүргізу құқығындағы мемлекеттік коммуналдық кәсіпорны, Бейбітшілік көшесі, № 39)</w:t>
      </w:r>
    </w:p>
    <w:p w14:paraId="54A36834" w14:textId="77777777" w:rsidR="005B42CB" w:rsidRPr="006F7332" w:rsidRDefault="005B42CB" w:rsidP="005B42CB">
      <w:pPr>
        <w:keepNext/>
        <w:jc w:val="both"/>
        <w:rPr>
          <w:lang w:val="kk-KZ"/>
        </w:rPr>
      </w:pPr>
    </w:p>
    <w:p w14:paraId="1BE16FE1" w14:textId="77777777" w:rsidR="005B42CB" w:rsidRPr="006F7332" w:rsidRDefault="005B42CB" w:rsidP="005B42CB">
      <w:pPr>
        <w:ind w:firstLine="709"/>
        <w:jc w:val="both"/>
        <w:rPr>
          <w:sz w:val="28"/>
          <w:szCs w:val="28"/>
          <w:lang w:val="kk-KZ"/>
        </w:rPr>
      </w:pPr>
      <w:r w:rsidRPr="006F7332">
        <w:rPr>
          <w:sz w:val="28"/>
          <w:szCs w:val="28"/>
          <w:lang w:val="kk-KZ"/>
        </w:rPr>
        <w:t>Шекарасы: Бөгенбай батыр даңғылынан Жеңіс даңғылына дейін, Жеңіс даңғылынан Желтоқсан көшесіндегі № 45 үйге дейін, Желтоқсан көшесіндегі</w:t>
      </w:r>
      <w:r w:rsidRPr="006F7332">
        <w:rPr>
          <w:sz w:val="28"/>
          <w:szCs w:val="28"/>
          <w:lang w:val="kk-KZ"/>
        </w:rPr>
        <w:br/>
        <w:t>№ 45 үйден, Желтоқсан көшесіндегі № 38, 38/1 және Ы. Дүкенұлы көшесіндегі</w:t>
      </w:r>
      <w:r w:rsidRPr="006F7332">
        <w:rPr>
          <w:sz w:val="28"/>
          <w:szCs w:val="28"/>
          <w:lang w:val="kk-KZ"/>
        </w:rPr>
        <w:br/>
        <w:t>№ 1 үйлерді қоспағанда, Ы. Дүкенұлы көшесіне дейін, Ы. Дүкенұлы көшесінен</w:t>
      </w:r>
      <w:r w:rsidRPr="006F7332">
        <w:rPr>
          <w:sz w:val="28"/>
          <w:szCs w:val="28"/>
          <w:lang w:val="kk-KZ"/>
        </w:rPr>
        <w:br/>
        <w:t>М. Әуезов көшесіне дейін, М. Әуезов көшесінен бастап Бөгенбай батыр даңғылына дейін.</w:t>
      </w:r>
    </w:p>
    <w:p w14:paraId="328DCE2D" w14:textId="77777777" w:rsidR="005B42CB" w:rsidRPr="006F7332" w:rsidRDefault="005B42CB" w:rsidP="005B42CB">
      <w:pPr>
        <w:jc w:val="both"/>
        <w:rPr>
          <w:lang w:val="kk-KZ"/>
        </w:rPr>
      </w:pPr>
    </w:p>
    <w:p w14:paraId="052B5A1C" w14:textId="77777777" w:rsidR="005B42CB" w:rsidRPr="006F7332" w:rsidRDefault="005B42CB" w:rsidP="005B42CB">
      <w:pPr>
        <w:keepNext/>
        <w:keepLines/>
        <w:jc w:val="center"/>
        <w:rPr>
          <w:sz w:val="28"/>
          <w:szCs w:val="28"/>
          <w:lang w:val="kk-KZ"/>
        </w:rPr>
      </w:pPr>
      <w:r w:rsidRPr="006F7332">
        <w:rPr>
          <w:sz w:val="28"/>
          <w:szCs w:val="28"/>
          <w:lang w:val="kk-KZ"/>
        </w:rPr>
        <w:t>№ 341 сайлау учаскесі</w:t>
      </w:r>
    </w:p>
    <w:p w14:paraId="6B2C9BC4"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Медицина университеті» коммерциялық емес акционерлік қоғамы, Бейбітшілік көшесі, № 49а)</w:t>
      </w:r>
    </w:p>
    <w:p w14:paraId="2960A5DE" w14:textId="77777777" w:rsidR="005B42CB" w:rsidRPr="006F7332" w:rsidRDefault="005B42CB" w:rsidP="005B42CB">
      <w:pPr>
        <w:keepNext/>
        <w:jc w:val="both"/>
        <w:rPr>
          <w:lang w:val="kk-KZ"/>
        </w:rPr>
      </w:pPr>
    </w:p>
    <w:p w14:paraId="7BC7EC45" w14:textId="77777777" w:rsidR="005B42CB" w:rsidRPr="006F7332" w:rsidRDefault="005B42CB" w:rsidP="005B42CB">
      <w:pPr>
        <w:ind w:firstLine="709"/>
        <w:jc w:val="both"/>
        <w:rPr>
          <w:sz w:val="28"/>
          <w:szCs w:val="28"/>
          <w:lang w:val="kk-KZ"/>
        </w:rPr>
      </w:pPr>
      <w:r w:rsidRPr="006F7332">
        <w:rPr>
          <w:sz w:val="28"/>
          <w:szCs w:val="28"/>
          <w:lang w:val="kk-KZ"/>
        </w:rPr>
        <w:t>Шекарасы: Жеңіс даңғылынан Мәскеу көшесіне дейін, Мәскеу көшесінің жұп сандар жағымен Бейбітшілік көшесіне дейін, Бейбітшілік көшесінің тақ сандар жағымен Ы. Дүкенұлы көшесіне дейін, Ы. Дүкенұлы көшесінің тақ сандар жағымен, Желтоқсан көшесіндегі № 38, 38/1, 45 және Ы. Дүкенұлы көшесіндегі № 1 үйлерді қоса алғанда, Жеңіс даңғылына дейін.</w:t>
      </w:r>
    </w:p>
    <w:p w14:paraId="3FBFFCDE" w14:textId="77777777" w:rsidR="005B42CB" w:rsidRPr="006F7332" w:rsidRDefault="005B42CB" w:rsidP="005B42CB">
      <w:pPr>
        <w:jc w:val="both"/>
        <w:rPr>
          <w:lang w:val="kk-KZ"/>
        </w:rPr>
      </w:pPr>
    </w:p>
    <w:p w14:paraId="43549668" w14:textId="77777777" w:rsidR="005B42CB" w:rsidRPr="006F7332" w:rsidRDefault="005B42CB" w:rsidP="005B42CB">
      <w:pPr>
        <w:keepNext/>
        <w:keepLines/>
        <w:jc w:val="center"/>
        <w:rPr>
          <w:sz w:val="28"/>
          <w:szCs w:val="28"/>
          <w:lang w:val="kk-KZ"/>
        </w:rPr>
      </w:pPr>
      <w:r w:rsidRPr="006F7332">
        <w:rPr>
          <w:sz w:val="28"/>
          <w:szCs w:val="28"/>
          <w:lang w:val="kk-KZ"/>
        </w:rPr>
        <w:lastRenderedPageBreak/>
        <w:t>№ 342 сайлау учаскесі</w:t>
      </w:r>
    </w:p>
    <w:p w14:paraId="1F1AF1BE" w14:textId="77777777" w:rsidR="005B42CB" w:rsidRPr="006F7332" w:rsidRDefault="005B42CB" w:rsidP="005B42CB">
      <w:pPr>
        <w:keepNext/>
        <w:keepLines/>
        <w:jc w:val="center"/>
        <w:rPr>
          <w:sz w:val="28"/>
          <w:szCs w:val="28"/>
          <w:lang w:val="kk-KZ"/>
        </w:rPr>
      </w:pPr>
      <w:r w:rsidRPr="006F7332">
        <w:rPr>
          <w:sz w:val="28"/>
          <w:szCs w:val="28"/>
          <w:lang w:val="kk-KZ"/>
        </w:rPr>
        <w:t>(орталығы – Қазақстан Республикасы Мәдениет және ақпарат министрлігінің «Күләш Байсейітова атындағы Қазақ ұлттық өнер университеті» республикалық мемлекеттік мекемесі, Жеңіс даңғылы, № 33)</w:t>
      </w:r>
    </w:p>
    <w:p w14:paraId="67B8D752" w14:textId="77777777" w:rsidR="005B42CB" w:rsidRPr="006F7332" w:rsidRDefault="005B42CB" w:rsidP="005B42CB">
      <w:pPr>
        <w:keepNext/>
        <w:jc w:val="both"/>
        <w:rPr>
          <w:lang w:val="kk-KZ"/>
        </w:rPr>
      </w:pPr>
    </w:p>
    <w:p w14:paraId="392941B3"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Бөгенбай батыр даңғылынан Жеңіс даңғылына дейін, Жеңіс даңғылынан, Жеңіс даңғылындағы № 53, 53/1 үйлерді қоспағанда, </w:t>
      </w:r>
      <w:proofErr w:type="spellStart"/>
      <w:r w:rsidRPr="006F7332">
        <w:rPr>
          <w:sz w:val="28"/>
          <w:szCs w:val="28"/>
          <w:lang w:val="kk-KZ"/>
        </w:rPr>
        <w:t>Бестерек</w:t>
      </w:r>
      <w:proofErr w:type="spellEnd"/>
      <w:r w:rsidRPr="006F7332">
        <w:rPr>
          <w:sz w:val="28"/>
          <w:szCs w:val="28"/>
          <w:lang w:val="kk-KZ"/>
        </w:rPr>
        <w:t xml:space="preserve"> көшесіне дейін, </w:t>
      </w:r>
      <w:proofErr w:type="spellStart"/>
      <w:r w:rsidRPr="006F7332">
        <w:rPr>
          <w:sz w:val="28"/>
          <w:szCs w:val="28"/>
          <w:lang w:val="kk-KZ"/>
        </w:rPr>
        <w:t>Бестерек</w:t>
      </w:r>
      <w:proofErr w:type="spellEnd"/>
      <w:r w:rsidRPr="006F7332">
        <w:rPr>
          <w:sz w:val="28"/>
          <w:szCs w:val="28"/>
          <w:lang w:val="kk-KZ"/>
        </w:rPr>
        <w:t xml:space="preserve"> көшесінен, Сарыарқа даңғылындағы № 46, 48 үйлерді қоса алғанда, Сарыарқа даңғылына дейін, Сарыарқа даңғылынан Бөгенбай батыр даңғылына дейін.</w:t>
      </w:r>
    </w:p>
    <w:p w14:paraId="7ECA52DB" w14:textId="77777777" w:rsidR="005B42CB" w:rsidRPr="006F7332" w:rsidRDefault="005B42CB" w:rsidP="005B42CB">
      <w:pPr>
        <w:jc w:val="both"/>
        <w:rPr>
          <w:lang w:val="kk-KZ"/>
        </w:rPr>
      </w:pPr>
    </w:p>
    <w:p w14:paraId="32D98BCD" w14:textId="77777777" w:rsidR="005B42CB" w:rsidRPr="006F7332" w:rsidRDefault="005B42CB" w:rsidP="005B42CB">
      <w:pPr>
        <w:keepNext/>
        <w:keepLines/>
        <w:jc w:val="center"/>
        <w:rPr>
          <w:sz w:val="28"/>
          <w:szCs w:val="28"/>
          <w:lang w:val="kk-KZ"/>
        </w:rPr>
      </w:pPr>
      <w:r w:rsidRPr="006F7332">
        <w:rPr>
          <w:sz w:val="28"/>
          <w:szCs w:val="28"/>
          <w:lang w:val="kk-KZ"/>
        </w:rPr>
        <w:t>№ 343 сайлау учаскесі</w:t>
      </w:r>
    </w:p>
    <w:p w14:paraId="5ED51535"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14 «</w:t>
      </w:r>
      <w:proofErr w:type="spellStart"/>
      <w:r w:rsidRPr="006F7332">
        <w:rPr>
          <w:sz w:val="28"/>
          <w:szCs w:val="28"/>
          <w:lang w:val="kk-KZ"/>
        </w:rPr>
        <w:t>Ақбөпе</w:t>
      </w:r>
      <w:proofErr w:type="spellEnd"/>
      <w:r w:rsidRPr="006F7332">
        <w:rPr>
          <w:sz w:val="28"/>
          <w:szCs w:val="28"/>
          <w:lang w:val="kk-KZ"/>
        </w:rPr>
        <w:t>» балабақшасы» мемлекеттік коммуналдық қазыналық кәсіпорны, Мәскеу көшесі, № 29/4)</w:t>
      </w:r>
    </w:p>
    <w:p w14:paraId="2F9B7503" w14:textId="77777777" w:rsidR="005B42CB" w:rsidRPr="006F7332" w:rsidRDefault="005B42CB" w:rsidP="005B42CB">
      <w:pPr>
        <w:keepNext/>
        <w:jc w:val="both"/>
        <w:rPr>
          <w:lang w:val="kk-KZ"/>
        </w:rPr>
      </w:pPr>
    </w:p>
    <w:p w14:paraId="79E4B6FF"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Мәскеу көшесінен Г. </w:t>
      </w:r>
      <w:proofErr w:type="spellStart"/>
      <w:r w:rsidRPr="006F7332">
        <w:rPr>
          <w:sz w:val="28"/>
          <w:szCs w:val="28"/>
          <w:lang w:val="kk-KZ"/>
        </w:rPr>
        <w:t>Потанин</w:t>
      </w:r>
      <w:proofErr w:type="spellEnd"/>
      <w:r w:rsidRPr="006F7332">
        <w:rPr>
          <w:sz w:val="28"/>
          <w:szCs w:val="28"/>
          <w:lang w:val="kk-KZ"/>
        </w:rPr>
        <w:t xml:space="preserve"> көшесіне дейін, Г. </w:t>
      </w:r>
      <w:proofErr w:type="spellStart"/>
      <w:r w:rsidRPr="006F7332">
        <w:rPr>
          <w:sz w:val="28"/>
          <w:szCs w:val="28"/>
          <w:lang w:val="kk-KZ"/>
        </w:rPr>
        <w:t>Потанин</w:t>
      </w:r>
      <w:proofErr w:type="spellEnd"/>
      <w:r w:rsidRPr="006F7332">
        <w:rPr>
          <w:sz w:val="28"/>
          <w:szCs w:val="28"/>
          <w:lang w:val="kk-KZ"/>
        </w:rPr>
        <w:t xml:space="preserve"> көшесінің жұп сандар жағымен, Г. </w:t>
      </w:r>
      <w:proofErr w:type="spellStart"/>
      <w:r w:rsidRPr="006F7332">
        <w:rPr>
          <w:sz w:val="28"/>
          <w:szCs w:val="28"/>
          <w:lang w:val="kk-KZ"/>
        </w:rPr>
        <w:t>Потанин</w:t>
      </w:r>
      <w:proofErr w:type="spellEnd"/>
      <w:r w:rsidRPr="006F7332">
        <w:rPr>
          <w:sz w:val="28"/>
          <w:szCs w:val="28"/>
          <w:lang w:val="kk-KZ"/>
        </w:rPr>
        <w:t xml:space="preserve"> көшесіндегі № 2, 4, 6, 8 үйлерді қоспағанда, Ә. Молдағұлова көшесіне дейін, Ә. Молдағұлова көшесінің жұп сандар жағымен Жеңіс даңғылына дейін, Жеңіс даңғылымен </w:t>
      </w:r>
      <w:proofErr w:type="spellStart"/>
      <w:r w:rsidRPr="006F7332">
        <w:rPr>
          <w:sz w:val="28"/>
          <w:szCs w:val="28"/>
          <w:lang w:val="kk-KZ"/>
        </w:rPr>
        <w:t>Бестерек</w:t>
      </w:r>
      <w:proofErr w:type="spellEnd"/>
      <w:r w:rsidRPr="006F7332">
        <w:rPr>
          <w:sz w:val="28"/>
          <w:szCs w:val="28"/>
          <w:lang w:val="kk-KZ"/>
        </w:rPr>
        <w:t xml:space="preserve"> көшесіне дейін, </w:t>
      </w:r>
      <w:proofErr w:type="spellStart"/>
      <w:r w:rsidRPr="006F7332">
        <w:rPr>
          <w:sz w:val="28"/>
          <w:szCs w:val="28"/>
          <w:lang w:val="kk-KZ"/>
        </w:rPr>
        <w:t>Бестерек</w:t>
      </w:r>
      <w:proofErr w:type="spellEnd"/>
      <w:r w:rsidRPr="006F7332">
        <w:rPr>
          <w:sz w:val="28"/>
          <w:szCs w:val="28"/>
          <w:lang w:val="kk-KZ"/>
        </w:rPr>
        <w:t xml:space="preserve"> көшесінен, Жеңіс даңғылындағы № 51/3, 51/4, 53, 53/1 және Мәскеу көшесіндегі № 26/1 үйлерді қоса алғанда, Мәскеу көшесіне дейін.</w:t>
      </w:r>
    </w:p>
    <w:p w14:paraId="564D5CB5" w14:textId="77777777" w:rsidR="005B42CB" w:rsidRPr="006F7332" w:rsidRDefault="005B42CB" w:rsidP="005B42CB">
      <w:pPr>
        <w:jc w:val="both"/>
        <w:rPr>
          <w:lang w:val="kk-KZ"/>
        </w:rPr>
      </w:pPr>
    </w:p>
    <w:p w14:paraId="70EA6032" w14:textId="77777777" w:rsidR="005B42CB" w:rsidRPr="006F7332" w:rsidRDefault="005B42CB" w:rsidP="005B42CB">
      <w:pPr>
        <w:keepNext/>
        <w:keepLines/>
        <w:jc w:val="center"/>
        <w:rPr>
          <w:sz w:val="28"/>
          <w:szCs w:val="28"/>
          <w:lang w:val="kk-KZ"/>
        </w:rPr>
      </w:pPr>
      <w:r w:rsidRPr="006F7332">
        <w:rPr>
          <w:sz w:val="28"/>
          <w:szCs w:val="28"/>
          <w:lang w:val="kk-KZ"/>
        </w:rPr>
        <w:t>№ 344 сайлау учаскесі</w:t>
      </w:r>
    </w:p>
    <w:p w14:paraId="6A795333"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14 мектеп-гимназия» шаруашылық жүргізу құқығындағы мемлекеттік коммуналдық кәсіпорны, </w:t>
      </w:r>
      <w:r>
        <w:rPr>
          <w:sz w:val="28"/>
          <w:szCs w:val="28"/>
          <w:lang w:val="kk-KZ"/>
        </w:rPr>
        <w:br/>
      </w:r>
      <w:r w:rsidRPr="006F7332">
        <w:rPr>
          <w:sz w:val="28"/>
          <w:szCs w:val="28"/>
          <w:lang w:val="kk-KZ"/>
        </w:rPr>
        <w:t>Мәскеу көшесі,</w:t>
      </w:r>
      <w:r>
        <w:rPr>
          <w:sz w:val="28"/>
          <w:szCs w:val="28"/>
          <w:lang w:val="kk-KZ"/>
        </w:rPr>
        <w:t xml:space="preserve"> </w:t>
      </w:r>
      <w:r w:rsidRPr="006F7332">
        <w:rPr>
          <w:sz w:val="28"/>
          <w:szCs w:val="28"/>
          <w:lang w:val="kk-KZ"/>
        </w:rPr>
        <w:t>№ 23)</w:t>
      </w:r>
    </w:p>
    <w:p w14:paraId="4B79C13D" w14:textId="77777777" w:rsidR="005B42CB" w:rsidRPr="006F7332" w:rsidRDefault="005B42CB" w:rsidP="005B42CB">
      <w:pPr>
        <w:keepNext/>
        <w:jc w:val="both"/>
        <w:rPr>
          <w:lang w:val="kk-KZ"/>
        </w:rPr>
      </w:pPr>
    </w:p>
    <w:p w14:paraId="18F728B7" w14:textId="77777777" w:rsidR="005B42CB" w:rsidRPr="006F7332" w:rsidRDefault="005B42CB" w:rsidP="005B42CB">
      <w:pPr>
        <w:ind w:firstLine="709"/>
        <w:jc w:val="both"/>
        <w:rPr>
          <w:sz w:val="28"/>
          <w:szCs w:val="28"/>
          <w:lang w:val="kk-KZ"/>
        </w:rPr>
      </w:pPr>
      <w:r w:rsidRPr="006F7332">
        <w:rPr>
          <w:sz w:val="28"/>
          <w:szCs w:val="28"/>
          <w:lang w:val="kk-KZ"/>
        </w:rPr>
        <w:t>Шекарасы: Сарыбұлақ бұлағынан Ә. Молдағұлова көшесіне дейін,</w:t>
      </w:r>
      <w:r w:rsidRPr="006F7332">
        <w:rPr>
          <w:sz w:val="28"/>
          <w:szCs w:val="28"/>
          <w:lang w:val="kk-KZ"/>
        </w:rPr>
        <w:br/>
        <w:t>Ә. Молдағұлова көшесінің жұп сандар жағымен Б. Хмельницкий көшесіне дейін, Б. Хмельницкий көшесінің тақ сандар жағымен Мәскеу көшесіне дейін, Мәскеу көшесінің тақ сандар жағымен Н. Тілендиев даңғылына дейін, Н. Тілендиев даңғылының жұп сандар жағымен Сарыбұлақ бұлағына дейін.</w:t>
      </w:r>
    </w:p>
    <w:p w14:paraId="5CE1A901" w14:textId="77777777" w:rsidR="005B42CB" w:rsidRPr="006F7332" w:rsidRDefault="005B42CB" w:rsidP="005B42CB">
      <w:pPr>
        <w:jc w:val="both"/>
        <w:rPr>
          <w:lang w:val="kk-KZ"/>
        </w:rPr>
      </w:pPr>
    </w:p>
    <w:p w14:paraId="581D71DD" w14:textId="77777777" w:rsidR="005B42CB" w:rsidRPr="006F7332" w:rsidRDefault="005B42CB" w:rsidP="005B42CB">
      <w:pPr>
        <w:keepNext/>
        <w:keepLines/>
        <w:jc w:val="center"/>
        <w:rPr>
          <w:sz w:val="28"/>
          <w:szCs w:val="28"/>
          <w:lang w:val="kk-KZ"/>
        </w:rPr>
      </w:pPr>
      <w:r w:rsidRPr="006F7332">
        <w:rPr>
          <w:sz w:val="28"/>
          <w:szCs w:val="28"/>
          <w:lang w:val="kk-KZ"/>
        </w:rPr>
        <w:t>№ 345 сайлау учаскесі</w:t>
      </w:r>
    </w:p>
    <w:p w14:paraId="7CA617B4"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14 мектеп-гимназия» шаруашылық жүргізу құқығындағы мемлекеттік коммуналдық кәсіпорны, </w:t>
      </w:r>
      <w:r>
        <w:rPr>
          <w:sz w:val="28"/>
          <w:szCs w:val="28"/>
          <w:lang w:val="kk-KZ"/>
        </w:rPr>
        <w:br/>
      </w:r>
      <w:r w:rsidRPr="006F7332">
        <w:rPr>
          <w:sz w:val="28"/>
          <w:szCs w:val="28"/>
          <w:lang w:val="kk-KZ"/>
        </w:rPr>
        <w:t>Мәскеу көшесі,</w:t>
      </w:r>
      <w:r>
        <w:rPr>
          <w:sz w:val="28"/>
          <w:szCs w:val="28"/>
          <w:lang w:val="kk-KZ"/>
        </w:rPr>
        <w:t xml:space="preserve"> </w:t>
      </w:r>
      <w:r w:rsidRPr="006F7332">
        <w:rPr>
          <w:sz w:val="28"/>
          <w:szCs w:val="28"/>
          <w:lang w:val="kk-KZ"/>
        </w:rPr>
        <w:t>№ 23)</w:t>
      </w:r>
    </w:p>
    <w:p w14:paraId="0AE84E3A" w14:textId="77777777" w:rsidR="005B42CB" w:rsidRPr="006F7332" w:rsidRDefault="005B42CB" w:rsidP="005B42CB">
      <w:pPr>
        <w:keepNext/>
        <w:jc w:val="both"/>
        <w:rPr>
          <w:lang w:val="kk-KZ"/>
        </w:rPr>
      </w:pPr>
    </w:p>
    <w:p w14:paraId="0D0DC809"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Ә. Молдағұлова көшесінен Г. </w:t>
      </w:r>
      <w:proofErr w:type="spellStart"/>
      <w:r w:rsidRPr="006F7332">
        <w:rPr>
          <w:sz w:val="28"/>
          <w:szCs w:val="28"/>
          <w:lang w:val="kk-KZ"/>
        </w:rPr>
        <w:t>Потанин</w:t>
      </w:r>
      <w:proofErr w:type="spellEnd"/>
      <w:r w:rsidRPr="006F7332">
        <w:rPr>
          <w:sz w:val="28"/>
          <w:szCs w:val="28"/>
          <w:lang w:val="kk-KZ"/>
        </w:rPr>
        <w:t xml:space="preserve"> көшесіне дейін,</w:t>
      </w:r>
      <w:r w:rsidRPr="006F7332">
        <w:rPr>
          <w:sz w:val="28"/>
          <w:szCs w:val="28"/>
          <w:lang w:val="kk-KZ"/>
        </w:rPr>
        <w:br/>
        <w:t xml:space="preserve">Г. </w:t>
      </w:r>
      <w:proofErr w:type="spellStart"/>
      <w:r w:rsidRPr="006F7332">
        <w:rPr>
          <w:sz w:val="28"/>
          <w:szCs w:val="28"/>
          <w:lang w:val="kk-KZ"/>
        </w:rPr>
        <w:t>Потанин</w:t>
      </w:r>
      <w:proofErr w:type="spellEnd"/>
      <w:r w:rsidRPr="006F7332">
        <w:rPr>
          <w:sz w:val="28"/>
          <w:szCs w:val="28"/>
          <w:lang w:val="kk-KZ"/>
        </w:rPr>
        <w:t xml:space="preserve"> көшесінен, Г. </w:t>
      </w:r>
      <w:proofErr w:type="spellStart"/>
      <w:r w:rsidRPr="006F7332">
        <w:rPr>
          <w:sz w:val="28"/>
          <w:szCs w:val="28"/>
          <w:lang w:val="kk-KZ"/>
        </w:rPr>
        <w:t>Потанин</w:t>
      </w:r>
      <w:proofErr w:type="spellEnd"/>
      <w:r w:rsidRPr="006F7332">
        <w:rPr>
          <w:sz w:val="28"/>
          <w:szCs w:val="28"/>
          <w:lang w:val="kk-KZ"/>
        </w:rPr>
        <w:t xml:space="preserve"> көшесіндегі № 2, 4, 6, 8 үйлерді қоса алғанда, Мәскеу көшесіне дейін, Мәскеу көшесінен Б. Хмельницкий көшесіне дейін,</w:t>
      </w:r>
      <w:r w:rsidRPr="006F7332">
        <w:rPr>
          <w:sz w:val="28"/>
          <w:szCs w:val="28"/>
          <w:lang w:val="kk-KZ"/>
        </w:rPr>
        <w:br/>
        <w:t>Б. Хмельницкий көшесінен Ә. Молдағұлова көшесіне дейін.</w:t>
      </w:r>
    </w:p>
    <w:p w14:paraId="64BFC740" w14:textId="77777777" w:rsidR="005B42CB" w:rsidRPr="006F7332" w:rsidRDefault="005B42CB" w:rsidP="005B42CB">
      <w:pPr>
        <w:jc w:val="both"/>
        <w:rPr>
          <w:lang w:val="kk-KZ"/>
        </w:rPr>
      </w:pPr>
    </w:p>
    <w:p w14:paraId="2C4BD51E" w14:textId="77777777" w:rsidR="005B42CB" w:rsidRPr="006F7332" w:rsidRDefault="005B42CB" w:rsidP="005B42CB">
      <w:pPr>
        <w:keepNext/>
        <w:keepLines/>
        <w:jc w:val="center"/>
        <w:rPr>
          <w:sz w:val="28"/>
          <w:szCs w:val="28"/>
          <w:lang w:val="kk-KZ"/>
        </w:rPr>
      </w:pPr>
      <w:r w:rsidRPr="006F7332">
        <w:rPr>
          <w:sz w:val="28"/>
          <w:szCs w:val="28"/>
          <w:lang w:val="kk-KZ"/>
        </w:rPr>
        <w:lastRenderedPageBreak/>
        <w:t>№ 346 сайлау учаскесі</w:t>
      </w:r>
    </w:p>
    <w:p w14:paraId="743BA4D4"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51 «Алтын сандық» балабақшасы» мемлекеттік коммуналдық қазыналық кәсіпорны, Мәскеу көшесі, № 28а)</w:t>
      </w:r>
    </w:p>
    <w:p w14:paraId="2F2F5D6A" w14:textId="77777777" w:rsidR="005B42CB" w:rsidRPr="006F7332" w:rsidRDefault="005B42CB" w:rsidP="005B42CB">
      <w:pPr>
        <w:keepNext/>
        <w:jc w:val="both"/>
        <w:rPr>
          <w:lang w:val="kk-KZ"/>
        </w:rPr>
      </w:pPr>
    </w:p>
    <w:p w14:paraId="471F83D9"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Мәскеу көшесінен, Мәскеу көшесіндегі № 26/1 үйді және Жеңіс даңғылындағы № 51/3, 51/4 үйлерді қоспағанда, </w:t>
      </w:r>
      <w:proofErr w:type="spellStart"/>
      <w:r w:rsidRPr="006F7332">
        <w:rPr>
          <w:sz w:val="28"/>
          <w:szCs w:val="28"/>
          <w:lang w:val="kk-KZ"/>
        </w:rPr>
        <w:t>Бестерек</w:t>
      </w:r>
      <w:proofErr w:type="spellEnd"/>
      <w:r w:rsidRPr="006F7332">
        <w:rPr>
          <w:sz w:val="28"/>
          <w:szCs w:val="28"/>
          <w:lang w:val="kk-KZ"/>
        </w:rPr>
        <w:t xml:space="preserve"> көшесіне дейін, </w:t>
      </w:r>
      <w:proofErr w:type="spellStart"/>
      <w:r w:rsidRPr="006F7332">
        <w:rPr>
          <w:sz w:val="28"/>
          <w:szCs w:val="28"/>
          <w:lang w:val="kk-KZ"/>
        </w:rPr>
        <w:t>Бестерек</w:t>
      </w:r>
      <w:proofErr w:type="spellEnd"/>
      <w:r w:rsidRPr="006F7332">
        <w:rPr>
          <w:sz w:val="28"/>
          <w:szCs w:val="28"/>
          <w:lang w:val="kk-KZ"/>
        </w:rPr>
        <w:t xml:space="preserve"> көшесінен, Сарыарқа даңғылындағы № 48 үйді қоспағанда, Жамбыл көшесіне дейін, Жамбыл көшесінен С. Разин көшесіне дейін, С. Разин көшесінен, Сарыарқа даңғылындағы № 41, 43 үйлерді қоса алғанда, Мәскеу көшесіне дейін.</w:t>
      </w:r>
    </w:p>
    <w:p w14:paraId="1F11FB98" w14:textId="77777777" w:rsidR="005B42CB" w:rsidRPr="006F7332" w:rsidRDefault="005B42CB" w:rsidP="005B42CB">
      <w:pPr>
        <w:jc w:val="both"/>
        <w:rPr>
          <w:lang w:val="kk-KZ"/>
        </w:rPr>
      </w:pPr>
    </w:p>
    <w:p w14:paraId="0FEDAEF1" w14:textId="77777777" w:rsidR="005B42CB" w:rsidRPr="006F7332" w:rsidRDefault="005B42CB" w:rsidP="005B42CB">
      <w:pPr>
        <w:keepNext/>
        <w:keepLines/>
        <w:jc w:val="center"/>
        <w:rPr>
          <w:sz w:val="28"/>
          <w:szCs w:val="28"/>
          <w:lang w:val="kk-KZ"/>
        </w:rPr>
      </w:pPr>
      <w:r w:rsidRPr="006F7332">
        <w:rPr>
          <w:sz w:val="28"/>
          <w:szCs w:val="28"/>
          <w:lang w:val="kk-KZ"/>
        </w:rPr>
        <w:t>№ 347 сайлау учаскесі</w:t>
      </w:r>
    </w:p>
    <w:p w14:paraId="2C5D1A49"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62 мектеп-лицей» шаруашылық жүргізу құқығындағы мемлекеттік коммуналдық кәсіпорны, </w:t>
      </w:r>
      <w:r>
        <w:rPr>
          <w:sz w:val="28"/>
          <w:szCs w:val="28"/>
          <w:lang w:val="kk-KZ"/>
        </w:rPr>
        <w:br/>
      </w:r>
      <w:r w:rsidRPr="006F7332">
        <w:rPr>
          <w:sz w:val="28"/>
          <w:szCs w:val="28"/>
          <w:lang w:val="kk-KZ"/>
        </w:rPr>
        <w:t>Мәскеу көшесі,</w:t>
      </w:r>
      <w:r>
        <w:rPr>
          <w:sz w:val="28"/>
          <w:szCs w:val="28"/>
          <w:lang w:val="kk-KZ"/>
        </w:rPr>
        <w:t xml:space="preserve"> </w:t>
      </w:r>
      <w:r w:rsidRPr="006F7332">
        <w:rPr>
          <w:sz w:val="28"/>
          <w:szCs w:val="28"/>
          <w:lang w:val="kk-KZ"/>
        </w:rPr>
        <w:t>№ 41)</w:t>
      </w:r>
    </w:p>
    <w:p w14:paraId="0AC627FB" w14:textId="77777777" w:rsidR="005B42CB" w:rsidRPr="006F7332" w:rsidRDefault="005B42CB" w:rsidP="005B42CB">
      <w:pPr>
        <w:keepNext/>
        <w:jc w:val="both"/>
        <w:rPr>
          <w:lang w:val="kk-KZ"/>
        </w:rPr>
      </w:pPr>
    </w:p>
    <w:p w14:paraId="6EF88A45" w14:textId="77777777" w:rsidR="005B42CB" w:rsidRPr="006F7332" w:rsidRDefault="005B42CB" w:rsidP="005B42CB">
      <w:pPr>
        <w:ind w:firstLine="709"/>
        <w:jc w:val="both"/>
        <w:rPr>
          <w:sz w:val="28"/>
          <w:szCs w:val="28"/>
          <w:lang w:val="kk-KZ"/>
        </w:rPr>
      </w:pPr>
      <w:r w:rsidRPr="006F7332">
        <w:rPr>
          <w:sz w:val="28"/>
          <w:szCs w:val="28"/>
          <w:lang w:val="kk-KZ"/>
        </w:rPr>
        <w:t>Шекарасы: Жеңіс даңғылынан Ә. Молдағұлова көшесіне дейін,</w:t>
      </w:r>
      <w:r w:rsidRPr="006F7332">
        <w:rPr>
          <w:sz w:val="28"/>
          <w:szCs w:val="28"/>
          <w:lang w:val="kk-KZ"/>
        </w:rPr>
        <w:br/>
        <w:t>Ә. Молдағұлова көшесінің жұп сандар жағымен Республика даңғылына дейін, Республика даңғылының тақ сандар жағымен Мәскеу көшесіне дейін, Мәскеу көшесінің тақ сандар жағымен Жеңіс даңғылына дейін.</w:t>
      </w:r>
    </w:p>
    <w:p w14:paraId="4FDD5AD9" w14:textId="77777777" w:rsidR="005B42CB" w:rsidRPr="006F7332" w:rsidRDefault="005B42CB" w:rsidP="005B42CB">
      <w:pPr>
        <w:jc w:val="both"/>
        <w:rPr>
          <w:lang w:val="kk-KZ"/>
        </w:rPr>
      </w:pPr>
    </w:p>
    <w:p w14:paraId="79F31251" w14:textId="77777777" w:rsidR="005B42CB" w:rsidRPr="006F7332" w:rsidRDefault="005B42CB" w:rsidP="005B42CB">
      <w:pPr>
        <w:keepNext/>
        <w:keepLines/>
        <w:jc w:val="center"/>
        <w:rPr>
          <w:sz w:val="28"/>
          <w:szCs w:val="28"/>
          <w:lang w:val="kk-KZ"/>
        </w:rPr>
      </w:pPr>
      <w:r w:rsidRPr="006F7332">
        <w:rPr>
          <w:sz w:val="28"/>
          <w:szCs w:val="28"/>
          <w:lang w:val="kk-KZ"/>
        </w:rPr>
        <w:t>№ 348 сайлау учаскесі</w:t>
      </w:r>
    </w:p>
    <w:p w14:paraId="7D12A54F"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46 балабақша-мектеп-гимназия» кешені» коммуналдық мемлекеттік мекемесі, Ә. Молдағұлова көшесі, № 35)</w:t>
      </w:r>
    </w:p>
    <w:p w14:paraId="4F5CB984" w14:textId="77777777" w:rsidR="005B42CB" w:rsidRPr="006F7332" w:rsidRDefault="005B42CB" w:rsidP="005B42CB">
      <w:pPr>
        <w:keepNext/>
        <w:jc w:val="both"/>
        <w:rPr>
          <w:lang w:val="kk-KZ"/>
        </w:rPr>
      </w:pPr>
    </w:p>
    <w:p w14:paraId="3345D37F" w14:textId="77777777" w:rsidR="005B42CB" w:rsidRPr="006F7332" w:rsidRDefault="005B42CB" w:rsidP="005B42CB">
      <w:pPr>
        <w:ind w:firstLine="709"/>
        <w:jc w:val="both"/>
        <w:rPr>
          <w:sz w:val="28"/>
          <w:szCs w:val="28"/>
          <w:lang w:val="kk-KZ"/>
        </w:rPr>
      </w:pPr>
      <w:r w:rsidRPr="006F7332">
        <w:rPr>
          <w:sz w:val="28"/>
          <w:szCs w:val="28"/>
          <w:lang w:val="kk-KZ"/>
        </w:rPr>
        <w:t>Шекарасы: Ә. Молдағұлова көшесінен Бейбітшілік көшесінің жұп сандар жағымен І. Есенберлин көшесіне дейін, І. Есенберлин көшесінің жұп сандар жағымен Республика даңғылына дейін, Республика даңғылымен Ә. Молдағұлова көшесіне дейін, Ә. Молдағұлова көшесінің тақ сандар жағымен Бейбітшілік көшесіне дейін.</w:t>
      </w:r>
    </w:p>
    <w:p w14:paraId="18CF811C" w14:textId="77777777" w:rsidR="005B42CB" w:rsidRPr="006F7332" w:rsidRDefault="005B42CB" w:rsidP="005B42CB">
      <w:pPr>
        <w:jc w:val="both"/>
        <w:rPr>
          <w:lang w:val="kk-KZ"/>
        </w:rPr>
      </w:pPr>
    </w:p>
    <w:p w14:paraId="6B98DE12" w14:textId="77777777" w:rsidR="005B42CB" w:rsidRPr="006F7332" w:rsidRDefault="005B42CB" w:rsidP="005B42CB">
      <w:pPr>
        <w:keepNext/>
        <w:keepLines/>
        <w:jc w:val="center"/>
        <w:rPr>
          <w:sz w:val="28"/>
          <w:szCs w:val="28"/>
          <w:lang w:val="kk-KZ"/>
        </w:rPr>
      </w:pPr>
      <w:r w:rsidRPr="006F7332">
        <w:rPr>
          <w:sz w:val="28"/>
          <w:szCs w:val="28"/>
          <w:lang w:val="kk-KZ"/>
        </w:rPr>
        <w:t>№ 349 сайлау учаскесі</w:t>
      </w:r>
    </w:p>
    <w:p w14:paraId="628C3CA4" w14:textId="77777777" w:rsidR="005B42CB" w:rsidRPr="006F7332" w:rsidRDefault="005B42CB" w:rsidP="005B42CB">
      <w:pPr>
        <w:keepNext/>
        <w:keepLines/>
        <w:jc w:val="center"/>
        <w:rPr>
          <w:sz w:val="28"/>
          <w:szCs w:val="28"/>
          <w:lang w:val="kk-KZ"/>
        </w:rPr>
      </w:pPr>
      <w:r w:rsidRPr="006F7332">
        <w:rPr>
          <w:sz w:val="28"/>
          <w:szCs w:val="28"/>
          <w:lang w:val="kk-KZ"/>
        </w:rPr>
        <w:t>(орталығы – «Тұран-Астана» университеті, Ы. Дүкенұлы көшесі, № 29)</w:t>
      </w:r>
    </w:p>
    <w:p w14:paraId="38FF5331" w14:textId="77777777" w:rsidR="005B42CB" w:rsidRPr="006F7332" w:rsidRDefault="005B42CB" w:rsidP="005B42CB">
      <w:pPr>
        <w:keepNext/>
        <w:jc w:val="both"/>
        <w:rPr>
          <w:lang w:val="kk-KZ"/>
        </w:rPr>
      </w:pPr>
    </w:p>
    <w:p w14:paraId="3627630E" w14:textId="77777777" w:rsidR="005B42CB" w:rsidRPr="006F7332" w:rsidRDefault="005B42CB" w:rsidP="005B42CB">
      <w:pPr>
        <w:ind w:firstLine="709"/>
        <w:jc w:val="both"/>
        <w:rPr>
          <w:sz w:val="28"/>
          <w:szCs w:val="28"/>
          <w:lang w:val="kk-KZ"/>
        </w:rPr>
      </w:pPr>
      <w:r w:rsidRPr="006F7332">
        <w:rPr>
          <w:sz w:val="28"/>
          <w:szCs w:val="28"/>
          <w:lang w:val="kk-KZ"/>
        </w:rPr>
        <w:t>Шекарасы: Ы. Дүкенұлы көшесінен, Ш. Айманов көшесіндегі № 20 үйді қоспағанда, Ш. Айманов көшесіне дейін, Ш. Айманов көшесінен, Ш. Айманов көшесіндегі № 11 үйді, Ы. Дүкенұлы көшесіндегі № 21/1, 23/1 және Республика даңғылындағы № 50, 50/1, 50/2 үйлерді қоспағанда, Республика даңғылына дейін, Республика даңғылынан Сарыөзек көшесіне дейін, Сарыөзек көшесінен теміржол жолдарына дейін, теміржол жолдарынан Алаш тас жолына дейін, Алаш тас жолынан Н. Павлов көшесіне дейін, Н. Павлов көшесінен, Бөгенбай батыр даңғылындағы № 81а үйді, Ы. Дүкенұлы көшесіндегі № 32, 34, 36, 38, 38/1 үйлерді қоспағанда, Ы. Дүкенұлы көшесіне дейін.</w:t>
      </w:r>
    </w:p>
    <w:p w14:paraId="200FEB47" w14:textId="77777777" w:rsidR="005B42CB" w:rsidRPr="006F7332" w:rsidRDefault="005B42CB" w:rsidP="005B42CB">
      <w:pPr>
        <w:jc w:val="both"/>
        <w:rPr>
          <w:lang w:val="kk-KZ"/>
        </w:rPr>
      </w:pPr>
    </w:p>
    <w:p w14:paraId="1DC1B872" w14:textId="77777777" w:rsidR="005B42CB" w:rsidRPr="006F7332" w:rsidRDefault="005B42CB" w:rsidP="005B42CB">
      <w:pPr>
        <w:keepNext/>
        <w:keepLines/>
        <w:jc w:val="center"/>
        <w:rPr>
          <w:sz w:val="28"/>
          <w:szCs w:val="28"/>
          <w:lang w:val="kk-KZ"/>
        </w:rPr>
      </w:pPr>
      <w:r w:rsidRPr="006F7332">
        <w:rPr>
          <w:sz w:val="28"/>
          <w:szCs w:val="28"/>
          <w:lang w:val="kk-KZ"/>
        </w:rPr>
        <w:lastRenderedPageBreak/>
        <w:t>№ 350 сайлау учаскесі</w:t>
      </w:r>
    </w:p>
    <w:p w14:paraId="2BCDA2FD" w14:textId="77777777" w:rsidR="005B42CB" w:rsidRPr="006F7332" w:rsidRDefault="005B42CB" w:rsidP="005B42CB">
      <w:pPr>
        <w:keepNext/>
        <w:keepLines/>
        <w:jc w:val="center"/>
        <w:rPr>
          <w:sz w:val="28"/>
          <w:szCs w:val="28"/>
          <w:lang w:val="kk-KZ"/>
        </w:rPr>
      </w:pPr>
      <w:r w:rsidRPr="006F7332">
        <w:rPr>
          <w:sz w:val="28"/>
          <w:szCs w:val="28"/>
          <w:lang w:val="kk-KZ"/>
        </w:rPr>
        <w:t>(орталығы – «Тұран-Астана» университеті, Ы. Дүкенұлы көшесі, № 29)</w:t>
      </w:r>
    </w:p>
    <w:p w14:paraId="0AF298E2" w14:textId="77777777" w:rsidR="005B42CB" w:rsidRPr="006F7332" w:rsidRDefault="005B42CB" w:rsidP="005B42CB">
      <w:pPr>
        <w:keepNext/>
        <w:jc w:val="both"/>
        <w:rPr>
          <w:lang w:val="kk-KZ"/>
        </w:rPr>
      </w:pPr>
    </w:p>
    <w:p w14:paraId="17DFC8D5" w14:textId="77777777" w:rsidR="005B42CB" w:rsidRPr="006F7332" w:rsidRDefault="005B42CB" w:rsidP="005B42CB">
      <w:pPr>
        <w:ind w:firstLine="709"/>
        <w:jc w:val="both"/>
        <w:rPr>
          <w:sz w:val="28"/>
          <w:szCs w:val="28"/>
          <w:lang w:val="kk-KZ"/>
        </w:rPr>
      </w:pPr>
      <w:r w:rsidRPr="006F7332">
        <w:rPr>
          <w:sz w:val="28"/>
          <w:szCs w:val="28"/>
          <w:lang w:val="kk-KZ"/>
        </w:rPr>
        <w:t>Шекарасы: Бөгенбай батыр даңғылынан, Бөгенбай батыр даңғылындағы</w:t>
      </w:r>
      <w:r w:rsidRPr="006F7332">
        <w:rPr>
          <w:sz w:val="28"/>
          <w:szCs w:val="28"/>
          <w:lang w:val="kk-KZ"/>
        </w:rPr>
        <w:br/>
        <w:t>№ 63 үйді және Ы. Дүкенұлы көшесіндегі № 32, 32/1 үйлерді қоса алғанда,</w:t>
      </w:r>
      <w:r w:rsidRPr="006F7332">
        <w:rPr>
          <w:sz w:val="28"/>
          <w:szCs w:val="28"/>
          <w:lang w:val="kk-KZ"/>
        </w:rPr>
        <w:br/>
        <w:t>Ы. Дүкенұлы көшесіне дейін, Ы. Дүкенұлы көшесінен, Ы. Дүкенұлы көшесіндегі № 32, 34, 36, 38, 38/1 үйлерді және Бөгенбай батыр даңғылындағы № 81а үйді қоса алғанда, Н. Павлов көшесіне дейін, Н. Павлов көшесінен Алаш тас жолына дейін, Алаш тас жолынан Бөгенбай батыр даңғылына дейін.</w:t>
      </w:r>
    </w:p>
    <w:p w14:paraId="7F2845BA" w14:textId="77777777" w:rsidR="005B42CB" w:rsidRPr="006F7332" w:rsidRDefault="005B42CB" w:rsidP="005B42CB">
      <w:pPr>
        <w:jc w:val="both"/>
        <w:rPr>
          <w:lang w:val="kk-KZ"/>
        </w:rPr>
      </w:pPr>
    </w:p>
    <w:p w14:paraId="4707F32C" w14:textId="77777777" w:rsidR="005B42CB" w:rsidRPr="006F7332" w:rsidRDefault="005B42CB" w:rsidP="005B42CB">
      <w:pPr>
        <w:keepNext/>
        <w:keepLines/>
        <w:jc w:val="center"/>
        <w:rPr>
          <w:sz w:val="28"/>
          <w:szCs w:val="28"/>
          <w:lang w:val="kk-KZ"/>
        </w:rPr>
      </w:pPr>
      <w:r w:rsidRPr="006F7332">
        <w:rPr>
          <w:sz w:val="28"/>
          <w:szCs w:val="28"/>
          <w:lang w:val="kk-KZ"/>
        </w:rPr>
        <w:t>№ 351 сайлау учаскесі</w:t>
      </w:r>
    </w:p>
    <w:p w14:paraId="1708A98A"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«С. Сейфуллин атындағы Қазақ агротехникалық зерттеу университеті» коммерциялық емес акционерлік қоғамының «Сарыарқа» </w:t>
      </w:r>
      <w:r>
        <w:rPr>
          <w:sz w:val="28"/>
          <w:szCs w:val="28"/>
          <w:lang w:val="kk-KZ"/>
        </w:rPr>
        <w:br/>
      </w:r>
      <w:r w:rsidRPr="006F7332">
        <w:rPr>
          <w:sz w:val="28"/>
          <w:szCs w:val="28"/>
          <w:lang w:val="kk-KZ"/>
        </w:rPr>
        <w:t xml:space="preserve">спорт кешені, Г. </w:t>
      </w:r>
      <w:proofErr w:type="spellStart"/>
      <w:r w:rsidRPr="006F7332">
        <w:rPr>
          <w:sz w:val="28"/>
          <w:szCs w:val="28"/>
          <w:lang w:val="kk-KZ"/>
        </w:rPr>
        <w:t>Потанин</w:t>
      </w:r>
      <w:proofErr w:type="spellEnd"/>
      <w:r w:rsidRPr="006F7332">
        <w:rPr>
          <w:sz w:val="28"/>
          <w:szCs w:val="28"/>
          <w:lang w:val="kk-KZ"/>
        </w:rPr>
        <w:t xml:space="preserve"> көшесі, № 16/1)</w:t>
      </w:r>
    </w:p>
    <w:p w14:paraId="425CE2B5" w14:textId="77777777" w:rsidR="005B42CB" w:rsidRPr="006F7332" w:rsidRDefault="005B42CB" w:rsidP="005B42CB">
      <w:pPr>
        <w:keepNext/>
        <w:jc w:val="both"/>
        <w:rPr>
          <w:lang w:val="kk-KZ"/>
        </w:rPr>
      </w:pPr>
    </w:p>
    <w:p w14:paraId="00720FDA"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Ә. Молдағұлова көшесінен Г. </w:t>
      </w:r>
      <w:proofErr w:type="spellStart"/>
      <w:r w:rsidRPr="006F7332">
        <w:rPr>
          <w:sz w:val="28"/>
          <w:szCs w:val="28"/>
          <w:lang w:val="kk-KZ"/>
        </w:rPr>
        <w:t>Потанин</w:t>
      </w:r>
      <w:proofErr w:type="spellEnd"/>
      <w:r w:rsidRPr="006F7332">
        <w:rPr>
          <w:sz w:val="28"/>
          <w:szCs w:val="28"/>
          <w:lang w:val="kk-KZ"/>
        </w:rPr>
        <w:t xml:space="preserve"> көшесіне дейін,</w:t>
      </w:r>
      <w:r w:rsidRPr="006F7332">
        <w:rPr>
          <w:sz w:val="28"/>
          <w:szCs w:val="28"/>
          <w:lang w:val="kk-KZ"/>
        </w:rPr>
        <w:br/>
        <w:t xml:space="preserve">Г. </w:t>
      </w:r>
      <w:proofErr w:type="spellStart"/>
      <w:r w:rsidRPr="006F7332">
        <w:rPr>
          <w:sz w:val="28"/>
          <w:szCs w:val="28"/>
          <w:lang w:val="kk-KZ"/>
        </w:rPr>
        <w:t>Потанин</w:t>
      </w:r>
      <w:proofErr w:type="spellEnd"/>
      <w:r w:rsidRPr="006F7332">
        <w:rPr>
          <w:sz w:val="28"/>
          <w:szCs w:val="28"/>
          <w:lang w:val="kk-KZ"/>
        </w:rPr>
        <w:t xml:space="preserve"> көшесінен, Г. </w:t>
      </w:r>
      <w:proofErr w:type="spellStart"/>
      <w:r w:rsidRPr="006F7332">
        <w:rPr>
          <w:sz w:val="28"/>
          <w:szCs w:val="28"/>
          <w:lang w:val="kk-KZ"/>
        </w:rPr>
        <w:t>Потанин</w:t>
      </w:r>
      <w:proofErr w:type="spellEnd"/>
      <w:r w:rsidRPr="006F7332">
        <w:rPr>
          <w:sz w:val="28"/>
          <w:szCs w:val="28"/>
          <w:lang w:val="kk-KZ"/>
        </w:rPr>
        <w:t xml:space="preserve"> көшесіндегі № 14, 14а, 14в, 14/1 үйлерді және Жеңіс даңғылындағы № 71/3, 73 үйлерді қоса алғанда, Жеңіс даңғылына дейін, Жеңіс даңғылынан Ә. Молдағұлова көшесіне дейін.</w:t>
      </w:r>
    </w:p>
    <w:p w14:paraId="32D6C65C" w14:textId="77777777" w:rsidR="005B42CB" w:rsidRPr="006F7332" w:rsidRDefault="005B42CB" w:rsidP="005B42CB">
      <w:pPr>
        <w:jc w:val="both"/>
        <w:rPr>
          <w:lang w:val="kk-KZ"/>
        </w:rPr>
      </w:pPr>
    </w:p>
    <w:p w14:paraId="748478AF" w14:textId="77777777" w:rsidR="005B42CB" w:rsidRPr="006F7332" w:rsidRDefault="005B42CB" w:rsidP="005B42CB">
      <w:pPr>
        <w:keepNext/>
        <w:keepLines/>
        <w:jc w:val="center"/>
        <w:rPr>
          <w:sz w:val="28"/>
          <w:szCs w:val="28"/>
          <w:lang w:val="kk-KZ"/>
        </w:rPr>
      </w:pPr>
      <w:r w:rsidRPr="006F7332">
        <w:rPr>
          <w:sz w:val="28"/>
          <w:szCs w:val="28"/>
          <w:lang w:val="kk-KZ"/>
        </w:rPr>
        <w:t>№ 352 сайлау учаскесі</w:t>
      </w:r>
    </w:p>
    <w:p w14:paraId="1916BEEF"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«Жастар театры» мемлекеттік коммуналдық қазыналық кәсіпорны, І. Есенберлин көшесі, № 10)</w:t>
      </w:r>
    </w:p>
    <w:p w14:paraId="18A7A188" w14:textId="77777777" w:rsidR="005B42CB" w:rsidRPr="006F7332" w:rsidRDefault="005B42CB" w:rsidP="005B42CB">
      <w:pPr>
        <w:keepNext/>
        <w:jc w:val="both"/>
        <w:rPr>
          <w:lang w:val="kk-KZ"/>
        </w:rPr>
      </w:pPr>
    </w:p>
    <w:p w14:paraId="71EC958D"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І. Есенберлин көшесінен Жеңіс даңғылына дейін, Жеңіс даңғылынан Г. </w:t>
      </w:r>
      <w:proofErr w:type="spellStart"/>
      <w:r w:rsidRPr="006F7332">
        <w:rPr>
          <w:sz w:val="28"/>
          <w:szCs w:val="28"/>
          <w:lang w:val="kk-KZ"/>
        </w:rPr>
        <w:t>Потанин</w:t>
      </w:r>
      <w:proofErr w:type="spellEnd"/>
      <w:r w:rsidRPr="006F7332">
        <w:rPr>
          <w:sz w:val="28"/>
          <w:szCs w:val="28"/>
          <w:lang w:val="kk-KZ"/>
        </w:rPr>
        <w:t xml:space="preserve"> көшесіне дейін, Г. </w:t>
      </w:r>
      <w:proofErr w:type="spellStart"/>
      <w:r w:rsidRPr="006F7332">
        <w:rPr>
          <w:sz w:val="28"/>
          <w:szCs w:val="28"/>
          <w:lang w:val="kk-KZ"/>
        </w:rPr>
        <w:t>Потанин</w:t>
      </w:r>
      <w:proofErr w:type="spellEnd"/>
      <w:r w:rsidRPr="006F7332">
        <w:rPr>
          <w:sz w:val="28"/>
          <w:szCs w:val="28"/>
          <w:lang w:val="kk-KZ"/>
        </w:rPr>
        <w:t xml:space="preserve"> көшесінен, Г. </w:t>
      </w:r>
      <w:proofErr w:type="spellStart"/>
      <w:r w:rsidRPr="006F7332">
        <w:rPr>
          <w:sz w:val="28"/>
          <w:szCs w:val="28"/>
          <w:lang w:val="kk-KZ"/>
        </w:rPr>
        <w:t>Потанин</w:t>
      </w:r>
      <w:proofErr w:type="spellEnd"/>
      <w:r w:rsidRPr="006F7332">
        <w:rPr>
          <w:sz w:val="28"/>
          <w:szCs w:val="28"/>
          <w:lang w:val="kk-KZ"/>
        </w:rPr>
        <w:t xml:space="preserve"> көшесіндегі № 5/11, 13, 14, 14а, 14в, 14/1, 15, 15/1 үйлерді және Жеңіс даңғылындағы № 71/3, 73 үйлерді қоспағанда, А. Затаевич көшесіне дейін,</w:t>
      </w:r>
      <w:r w:rsidRPr="006F7332">
        <w:rPr>
          <w:sz w:val="28"/>
          <w:szCs w:val="28"/>
          <w:lang w:val="kk-KZ"/>
        </w:rPr>
        <w:br/>
        <w:t>А. Затаевич көшесінен І. Есенберлин көшесіне дейін.</w:t>
      </w:r>
    </w:p>
    <w:p w14:paraId="1C323670" w14:textId="77777777" w:rsidR="005B42CB" w:rsidRPr="006F7332" w:rsidRDefault="005B42CB" w:rsidP="005B42CB">
      <w:pPr>
        <w:jc w:val="both"/>
        <w:rPr>
          <w:lang w:val="kk-KZ"/>
        </w:rPr>
      </w:pPr>
    </w:p>
    <w:p w14:paraId="4D5F3609" w14:textId="77777777" w:rsidR="005B42CB" w:rsidRPr="006F7332" w:rsidRDefault="005B42CB" w:rsidP="005B42CB">
      <w:pPr>
        <w:keepNext/>
        <w:keepLines/>
        <w:jc w:val="center"/>
        <w:rPr>
          <w:sz w:val="28"/>
          <w:szCs w:val="28"/>
          <w:lang w:val="kk-KZ"/>
        </w:rPr>
      </w:pPr>
      <w:r w:rsidRPr="006F7332">
        <w:rPr>
          <w:sz w:val="28"/>
          <w:szCs w:val="28"/>
          <w:lang w:val="kk-KZ"/>
        </w:rPr>
        <w:t>№ 353 сайлау учаскесі</w:t>
      </w:r>
    </w:p>
    <w:p w14:paraId="58A8DED2" w14:textId="77777777" w:rsidR="005B42CB" w:rsidRPr="006F7332" w:rsidRDefault="005B42CB" w:rsidP="005B42CB">
      <w:pPr>
        <w:keepNext/>
        <w:keepLines/>
        <w:jc w:val="center"/>
        <w:rPr>
          <w:sz w:val="28"/>
          <w:szCs w:val="28"/>
          <w:lang w:val="kk-KZ"/>
        </w:rPr>
      </w:pPr>
      <w:r w:rsidRPr="006F7332">
        <w:rPr>
          <w:sz w:val="28"/>
          <w:szCs w:val="28"/>
          <w:lang w:val="kk-KZ"/>
        </w:rPr>
        <w:t>(орталығы – «С. Сейфуллин атындағы Қазақ агротехникалық зерттеу университеті» коммерциялық емес акционерлік қоғамы, Жеңіс даңғылы, № 62)</w:t>
      </w:r>
    </w:p>
    <w:p w14:paraId="6178F92D" w14:textId="77777777" w:rsidR="005B42CB" w:rsidRPr="006F7332" w:rsidRDefault="005B42CB" w:rsidP="005B42CB">
      <w:pPr>
        <w:keepNext/>
        <w:jc w:val="both"/>
        <w:rPr>
          <w:lang w:val="kk-KZ"/>
        </w:rPr>
      </w:pPr>
    </w:p>
    <w:p w14:paraId="78FC19D9" w14:textId="77777777" w:rsidR="005B42CB" w:rsidRPr="006F7332" w:rsidRDefault="005B42CB" w:rsidP="005B42CB">
      <w:pPr>
        <w:ind w:firstLine="709"/>
        <w:jc w:val="both"/>
        <w:rPr>
          <w:sz w:val="28"/>
          <w:szCs w:val="28"/>
          <w:lang w:val="kk-KZ"/>
        </w:rPr>
      </w:pPr>
      <w:r w:rsidRPr="006F7332">
        <w:rPr>
          <w:sz w:val="28"/>
          <w:szCs w:val="28"/>
          <w:lang w:val="kk-KZ"/>
        </w:rPr>
        <w:t>Шекарасы: Жеңіс даңғылынан І. Есенберлин көшесіне дейін, І. Есенберлин көшесінен Бейбітшілік көшесіне дейін, Бейбітшілік көшесінен Ә. Молдағұлова көшесіне дейін, Ә. Молдағұлова көшесінен Жеңіс даңғылына дейін.</w:t>
      </w:r>
    </w:p>
    <w:p w14:paraId="7A788640" w14:textId="77777777" w:rsidR="005B42CB" w:rsidRPr="006F7332" w:rsidRDefault="005B42CB" w:rsidP="005B42CB">
      <w:pPr>
        <w:jc w:val="both"/>
        <w:rPr>
          <w:lang w:val="kk-KZ"/>
        </w:rPr>
      </w:pPr>
    </w:p>
    <w:p w14:paraId="7CC33F28" w14:textId="77777777" w:rsidR="005B42CB" w:rsidRPr="006F7332" w:rsidRDefault="005B42CB" w:rsidP="005B42CB">
      <w:pPr>
        <w:keepNext/>
        <w:keepLines/>
        <w:jc w:val="center"/>
        <w:rPr>
          <w:sz w:val="28"/>
          <w:szCs w:val="28"/>
          <w:lang w:val="kk-KZ"/>
        </w:rPr>
      </w:pPr>
      <w:r w:rsidRPr="006F7332">
        <w:rPr>
          <w:sz w:val="28"/>
          <w:szCs w:val="28"/>
          <w:lang w:val="kk-KZ"/>
        </w:rPr>
        <w:t>№ 354 сайлау учаскесі</w:t>
      </w:r>
    </w:p>
    <w:p w14:paraId="695ACFC0"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Мағжан Жұмабаев халықаралық жоғары колледжі, </w:t>
      </w:r>
      <w:r>
        <w:rPr>
          <w:sz w:val="28"/>
          <w:szCs w:val="28"/>
          <w:lang w:val="kk-KZ"/>
        </w:rPr>
        <w:br/>
      </w:r>
      <w:r w:rsidRPr="006F7332">
        <w:rPr>
          <w:sz w:val="28"/>
          <w:szCs w:val="28"/>
          <w:lang w:val="kk-KZ"/>
        </w:rPr>
        <w:t>І. Есенберлин көшесі, № 27)</w:t>
      </w:r>
    </w:p>
    <w:p w14:paraId="5BE0DA15" w14:textId="77777777" w:rsidR="005B42CB" w:rsidRPr="006F7332" w:rsidRDefault="005B42CB" w:rsidP="005B42CB">
      <w:pPr>
        <w:keepNext/>
        <w:jc w:val="both"/>
        <w:rPr>
          <w:lang w:val="kk-KZ"/>
        </w:rPr>
      </w:pPr>
    </w:p>
    <w:p w14:paraId="5C1B2F98" w14:textId="77777777" w:rsidR="005B42CB" w:rsidRPr="006F7332" w:rsidRDefault="005B42CB" w:rsidP="005B42CB">
      <w:pPr>
        <w:ind w:firstLine="709"/>
        <w:jc w:val="both"/>
        <w:rPr>
          <w:sz w:val="28"/>
          <w:szCs w:val="28"/>
          <w:lang w:val="kk-KZ"/>
        </w:rPr>
      </w:pPr>
      <w:r w:rsidRPr="006F7332">
        <w:rPr>
          <w:sz w:val="28"/>
          <w:szCs w:val="28"/>
          <w:lang w:val="kk-KZ"/>
        </w:rPr>
        <w:t>Шекарасы:</w:t>
      </w:r>
      <w:r w:rsidRPr="006F7332">
        <w:rPr>
          <w:lang w:val="kk-KZ"/>
        </w:rPr>
        <w:t xml:space="preserve"> </w:t>
      </w:r>
      <w:r w:rsidRPr="006F7332">
        <w:rPr>
          <w:sz w:val="28"/>
          <w:szCs w:val="28"/>
          <w:lang w:val="kk-KZ"/>
        </w:rPr>
        <w:t>І. Есенберлин көшесінен Ы. Алтынсарин көшесіне дейін,</w:t>
      </w:r>
      <w:r w:rsidRPr="006F7332">
        <w:rPr>
          <w:sz w:val="28"/>
          <w:szCs w:val="28"/>
          <w:lang w:val="kk-KZ"/>
        </w:rPr>
        <w:br/>
        <w:t xml:space="preserve">Ы. Алтынсарин көшесінің жұп сандар жағымен теміржол жолдарына дейін, теміржол жолдары бойымен Сарыөзек көшесіне дейін, Сарыөзек көшесінің </w:t>
      </w:r>
      <w:r>
        <w:rPr>
          <w:sz w:val="28"/>
          <w:szCs w:val="28"/>
          <w:lang w:val="kk-KZ"/>
        </w:rPr>
        <w:br/>
      </w:r>
      <w:r w:rsidRPr="006F7332">
        <w:rPr>
          <w:sz w:val="28"/>
          <w:szCs w:val="28"/>
          <w:lang w:val="kk-KZ"/>
        </w:rPr>
        <w:t xml:space="preserve">тақ сандар жағымен Республика даңғылына дейін, Республика даңғылының </w:t>
      </w:r>
      <w:r>
        <w:rPr>
          <w:sz w:val="28"/>
          <w:szCs w:val="28"/>
          <w:lang w:val="kk-KZ"/>
        </w:rPr>
        <w:br/>
      </w:r>
      <w:r w:rsidRPr="006F7332">
        <w:rPr>
          <w:sz w:val="28"/>
          <w:szCs w:val="28"/>
          <w:lang w:val="kk-KZ"/>
        </w:rPr>
        <w:t>тақ сандар жағымен І. Есенберлин көшесіне дейін.</w:t>
      </w:r>
    </w:p>
    <w:p w14:paraId="19FDBD80" w14:textId="77777777" w:rsidR="005B42CB" w:rsidRPr="006F7332" w:rsidRDefault="005B42CB" w:rsidP="005B42CB">
      <w:pPr>
        <w:jc w:val="both"/>
        <w:rPr>
          <w:lang w:val="kk-KZ"/>
        </w:rPr>
      </w:pPr>
    </w:p>
    <w:p w14:paraId="365BA4D4" w14:textId="77777777" w:rsidR="005B42CB" w:rsidRPr="006F7332" w:rsidRDefault="005B42CB" w:rsidP="005B42CB">
      <w:pPr>
        <w:keepNext/>
        <w:keepLines/>
        <w:jc w:val="center"/>
        <w:rPr>
          <w:sz w:val="28"/>
          <w:szCs w:val="28"/>
          <w:lang w:val="kk-KZ"/>
        </w:rPr>
      </w:pPr>
      <w:r w:rsidRPr="006F7332">
        <w:rPr>
          <w:sz w:val="28"/>
          <w:szCs w:val="28"/>
          <w:lang w:val="kk-KZ"/>
        </w:rPr>
        <w:t>№ 355 сайлау учаскесі</w:t>
      </w:r>
    </w:p>
    <w:p w14:paraId="74CF1DDF"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«М. </w:t>
      </w:r>
      <w:proofErr w:type="spellStart"/>
      <w:r w:rsidRPr="006F7332">
        <w:rPr>
          <w:sz w:val="28"/>
          <w:szCs w:val="28"/>
          <w:lang w:val="kk-KZ"/>
        </w:rPr>
        <w:t>Тынышбаев</w:t>
      </w:r>
      <w:proofErr w:type="spellEnd"/>
      <w:r w:rsidRPr="006F7332">
        <w:rPr>
          <w:sz w:val="28"/>
          <w:szCs w:val="28"/>
          <w:lang w:val="kk-KZ"/>
        </w:rPr>
        <w:t xml:space="preserve"> атындағы Астана ALT көлік колледжі» жауапкершілігі шектеулі серіктестігі, И. Гете көшесі, № 10а)</w:t>
      </w:r>
    </w:p>
    <w:p w14:paraId="48B9F171" w14:textId="77777777" w:rsidR="005B42CB" w:rsidRPr="006F7332" w:rsidRDefault="005B42CB" w:rsidP="005B42CB">
      <w:pPr>
        <w:keepNext/>
        <w:jc w:val="both"/>
        <w:rPr>
          <w:lang w:val="kk-KZ"/>
        </w:rPr>
      </w:pPr>
    </w:p>
    <w:p w14:paraId="20705897"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І. Есенберлин көшесінен, І. Есенберлин көшесіндегі № 9/1, 11, 11/1 үйлерді және Біржан сал көшесіндегі № 2, 2/1 үйлерді қоспағанда, Біржан сал көшесіне дейін, Біржан сал көшесінен И. </w:t>
      </w:r>
      <w:proofErr w:type="spellStart"/>
      <w:r w:rsidRPr="006F7332">
        <w:rPr>
          <w:sz w:val="28"/>
          <w:szCs w:val="28"/>
          <w:lang w:val="kk-KZ"/>
        </w:rPr>
        <w:t>Құтпанұлы</w:t>
      </w:r>
      <w:proofErr w:type="spellEnd"/>
      <w:r w:rsidRPr="006F7332">
        <w:rPr>
          <w:sz w:val="28"/>
          <w:szCs w:val="28"/>
          <w:lang w:val="kk-KZ"/>
        </w:rPr>
        <w:t xml:space="preserve"> көшесіне дейін,</w:t>
      </w:r>
      <w:r w:rsidRPr="006F7332">
        <w:rPr>
          <w:sz w:val="28"/>
          <w:szCs w:val="28"/>
          <w:lang w:val="kk-KZ"/>
        </w:rPr>
        <w:br/>
        <w:t xml:space="preserve">И. </w:t>
      </w:r>
      <w:proofErr w:type="spellStart"/>
      <w:r w:rsidRPr="006F7332">
        <w:rPr>
          <w:sz w:val="28"/>
          <w:szCs w:val="28"/>
          <w:lang w:val="kk-KZ"/>
        </w:rPr>
        <w:t>Құтпанұлы</w:t>
      </w:r>
      <w:proofErr w:type="spellEnd"/>
      <w:r w:rsidRPr="006F7332">
        <w:rPr>
          <w:sz w:val="28"/>
          <w:szCs w:val="28"/>
          <w:lang w:val="kk-KZ"/>
        </w:rPr>
        <w:t xml:space="preserve"> көшесінен Қарасай батыр көшесіне дейін, Қарасай батыр көшесінен, Қарасай батыр көшесіндегі № 2а/1, 2/1а үйлерді және </w:t>
      </w:r>
      <w:proofErr w:type="spellStart"/>
      <w:r w:rsidRPr="006F7332">
        <w:rPr>
          <w:sz w:val="28"/>
          <w:szCs w:val="28"/>
          <w:lang w:val="kk-KZ"/>
        </w:rPr>
        <w:t>Шыңтас</w:t>
      </w:r>
      <w:proofErr w:type="spellEnd"/>
      <w:r w:rsidRPr="006F7332">
        <w:rPr>
          <w:sz w:val="28"/>
          <w:szCs w:val="28"/>
          <w:lang w:val="kk-KZ"/>
        </w:rPr>
        <w:t xml:space="preserve"> орамындағы № 1а к5 үйді қоспағанда, теміржол жолдарына дейін, теміржол жолдарынан, И. Гете көшесіндегі № 1/2а, 7 үйлерді қоспағанда, Ы. Алтынсарин көшесіне дейін, Ы. Алтынсарин көшесінен І. Есенберлин көшесіне дейін.</w:t>
      </w:r>
    </w:p>
    <w:p w14:paraId="110358D9" w14:textId="77777777" w:rsidR="005B42CB" w:rsidRPr="006F7332" w:rsidRDefault="005B42CB" w:rsidP="005B42CB">
      <w:pPr>
        <w:jc w:val="both"/>
        <w:rPr>
          <w:lang w:val="kk-KZ"/>
        </w:rPr>
      </w:pPr>
    </w:p>
    <w:p w14:paraId="487434F4" w14:textId="77777777" w:rsidR="005B42CB" w:rsidRPr="006F7332" w:rsidRDefault="005B42CB" w:rsidP="005B42CB">
      <w:pPr>
        <w:keepNext/>
        <w:keepLines/>
        <w:jc w:val="center"/>
        <w:rPr>
          <w:sz w:val="28"/>
          <w:szCs w:val="28"/>
          <w:lang w:val="kk-KZ"/>
        </w:rPr>
      </w:pPr>
      <w:r w:rsidRPr="006F7332">
        <w:rPr>
          <w:sz w:val="28"/>
          <w:szCs w:val="28"/>
          <w:lang w:val="kk-KZ"/>
        </w:rPr>
        <w:t>№ 356 сайлау учаскесі</w:t>
      </w:r>
    </w:p>
    <w:p w14:paraId="2D20505B"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«Жоғары көлік және коммуникация колледжі» шаруашылық жүргізу құқығындағы мемлекеттік коммуналдық кәсіпорны, А. Затаевич көшесі, № 12)</w:t>
      </w:r>
    </w:p>
    <w:p w14:paraId="4BB7731F" w14:textId="77777777" w:rsidR="005B42CB" w:rsidRPr="006F7332" w:rsidRDefault="005B42CB" w:rsidP="005B42CB">
      <w:pPr>
        <w:keepNext/>
        <w:jc w:val="both"/>
        <w:rPr>
          <w:lang w:val="kk-KZ"/>
        </w:rPr>
      </w:pPr>
    </w:p>
    <w:p w14:paraId="57C851B7"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Сарыбұлақ бұлағынан И. </w:t>
      </w:r>
      <w:proofErr w:type="spellStart"/>
      <w:r w:rsidRPr="006F7332">
        <w:rPr>
          <w:sz w:val="28"/>
          <w:szCs w:val="28"/>
          <w:lang w:val="kk-KZ"/>
        </w:rPr>
        <w:t>Құтпанұлы</w:t>
      </w:r>
      <w:proofErr w:type="spellEnd"/>
      <w:r w:rsidRPr="006F7332">
        <w:rPr>
          <w:sz w:val="28"/>
          <w:szCs w:val="28"/>
          <w:lang w:val="kk-KZ"/>
        </w:rPr>
        <w:t xml:space="preserve"> көшесіне дейін,</w:t>
      </w:r>
      <w:r w:rsidRPr="006F7332">
        <w:rPr>
          <w:sz w:val="28"/>
          <w:szCs w:val="28"/>
          <w:lang w:val="kk-KZ"/>
        </w:rPr>
        <w:br/>
        <w:t xml:space="preserve">И. </w:t>
      </w:r>
      <w:proofErr w:type="spellStart"/>
      <w:r w:rsidRPr="006F7332">
        <w:rPr>
          <w:sz w:val="28"/>
          <w:szCs w:val="28"/>
          <w:lang w:val="kk-KZ"/>
        </w:rPr>
        <w:t>Құтпанұлы</w:t>
      </w:r>
      <w:proofErr w:type="spellEnd"/>
      <w:r w:rsidRPr="006F7332">
        <w:rPr>
          <w:sz w:val="28"/>
          <w:szCs w:val="28"/>
          <w:lang w:val="kk-KZ"/>
        </w:rPr>
        <w:t xml:space="preserve"> көшесінен Біржан сал көшесіне дейін, Біржан сал көшесінен,</w:t>
      </w:r>
      <w:r w:rsidRPr="006F7332">
        <w:rPr>
          <w:sz w:val="28"/>
          <w:szCs w:val="28"/>
          <w:lang w:val="kk-KZ"/>
        </w:rPr>
        <w:br/>
        <w:t>І. Есенберлин көшесіндегі № 9/1, 11, 11/1 үйлерді және Біржан сал көшесіндегі</w:t>
      </w:r>
      <w:r w:rsidRPr="006F7332">
        <w:rPr>
          <w:sz w:val="28"/>
          <w:szCs w:val="28"/>
          <w:lang w:val="kk-KZ"/>
        </w:rPr>
        <w:br/>
        <w:t>№ 2, 2/1 үйлерді қоса алғанда, І. Есенберлин көшесіне дейін, І. Есенберлин көшесінен Сарыбұлақ бұлағына дейін.</w:t>
      </w:r>
    </w:p>
    <w:p w14:paraId="3AF3B113" w14:textId="77777777" w:rsidR="005B42CB" w:rsidRPr="006F7332" w:rsidRDefault="005B42CB" w:rsidP="005B42CB">
      <w:pPr>
        <w:jc w:val="both"/>
        <w:rPr>
          <w:lang w:val="kk-KZ"/>
        </w:rPr>
      </w:pPr>
    </w:p>
    <w:p w14:paraId="31DCE658" w14:textId="77777777" w:rsidR="005B42CB" w:rsidRPr="006F7332" w:rsidRDefault="005B42CB" w:rsidP="005B42CB">
      <w:pPr>
        <w:keepNext/>
        <w:keepLines/>
        <w:jc w:val="center"/>
        <w:rPr>
          <w:sz w:val="28"/>
          <w:szCs w:val="28"/>
          <w:lang w:val="kk-KZ"/>
        </w:rPr>
      </w:pPr>
      <w:r w:rsidRPr="006F7332">
        <w:rPr>
          <w:sz w:val="28"/>
          <w:szCs w:val="28"/>
          <w:lang w:val="kk-KZ"/>
        </w:rPr>
        <w:t>№ 357 сайлау учаскесі</w:t>
      </w:r>
    </w:p>
    <w:p w14:paraId="027D798A"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36 орта мектеп» коммуналдық мемлекеттік мекемесі, Қарасай батыр көшесі, № 10)</w:t>
      </w:r>
    </w:p>
    <w:p w14:paraId="22AC661F" w14:textId="77777777" w:rsidR="005B42CB" w:rsidRPr="006F7332" w:rsidRDefault="005B42CB" w:rsidP="005B42CB">
      <w:pPr>
        <w:keepNext/>
        <w:jc w:val="both"/>
        <w:rPr>
          <w:lang w:val="kk-KZ"/>
        </w:rPr>
      </w:pPr>
    </w:p>
    <w:p w14:paraId="4AD67593" w14:textId="77777777" w:rsidR="005B42CB" w:rsidRPr="006F7332" w:rsidRDefault="005B42CB" w:rsidP="005B42CB">
      <w:pPr>
        <w:ind w:firstLine="709"/>
        <w:jc w:val="both"/>
        <w:rPr>
          <w:sz w:val="28"/>
          <w:szCs w:val="28"/>
          <w:lang w:val="kk-KZ"/>
        </w:rPr>
      </w:pPr>
      <w:r w:rsidRPr="006F7332">
        <w:rPr>
          <w:sz w:val="28"/>
          <w:szCs w:val="28"/>
          <w:lang w:val="kk-KZ"/>
        </w:rPr>
        <w:t>Шекарасы: Қарталы көшесінен, Аспара көшесіндегі № 4/3 үйді қоса алғанда, теміржол жолдарына дейін, теміржол жолдарынан, И. Гете көшесіндегі № 1/3 үйді және Қарасай батыр көшесіндегі № 2, 2к үйлерді қоспағанда, Қарасай батыр көшесіне дейін, Қарасай батыр көшесінен, Қарасай батыр көшесіндегі</w:t>
      </w:r>
      <w:r w:rsidRPr="006F7332">
        <w:rPr>
          <w:sz w:val="28"/>
          <w:szCs w:val="28"/>
          <w:lang w:val="kk-KZ"/>
        </w:rPr>
        <w:br/>
        <w:t>№ 15, 19, 25 үйлерді қоса алғанда, Қарталы көшесіне дейін.</w:t>
      </w:r>
    </w:p>
    <w:p w14:paraId="20696FBB" w14:textId="77777777" w:rsidR="005B42CB" w:rsidRPr="006F7332" w:rsidRDefault="005B42CB" w:rsidP="005B42CB">
      <w:pPr>
        <w:jc w:val="both"/>
        <w:rPr>
          <w:lang w:val="kk-KZ"/>
        </w:rPr>
      </w:pPr>
    </w:p>
    <w:p w14:paraId="07F01EEC" w14:textId="77777777" w:rsidR="005B42CB" w:rsidRPr="006F7332" w:rsidRDefault="005B42CB" w:rsidP="005B42CB">
      <w:pPr>
        <w:keepNext/>
        <w:keepLines/>
        <w:jc w:val="center"/>
        <w:rPr>
          <w:sz w:val="28"/>
          <w:szCs w:val="28"/>
          <w:lang w:val="kk-KZ"/>
        </w:rPr>
      </w:pPr>
      <w:r w:rsidRPr="006F7332">
        <w:rPr>
          <w:sz w:val="28"/>
          <w:szCs w:val="28"/>
          <w:lang w:val="kk-KZ"/>
        </w:rPr>
        <w:t>№ 358 сайлау учаскесі</w:t>
      </w:r>
    </w:p>
    <w:p w14:paraId="21DEE9E0"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«Жастар театры» мемлекеттік коммуналдық қазыналық кәсіпорны, І. Есенберлин көшесі, № 10)</w:t>
      </w:r>
    </w:p>
    <w:p w14:paraId="7FBEFB4E" w14:textId="77777777" w:rsidR="005B42CB" w:rsidRPr="006F7332" w:rsidRDefault="005B42CB" w:rsidP="005B42CB">
      <w:pPr>
        <w:keepNext/>
        <w:jc w:val="both"/>
        <w:rPr>
          <w:lang w:val="kk-KZ"/>
        </w:rPr>
      </w:pPr>
    </w:p>
    <w:p w14:paraId="5CBBE3BC" w14:textId="77777777" w:rsidR="005B42CB" w:rsidRPr="006F7332" w:rsidRDefault="005B42CB" w:rsidP="005B42CB">
      <w:pPr>
        <w:ind w:firstLine="709"/>
        <w:jc w:val="both"/>
        <w:rPr>
          <w:sz w:val="28"/>
          <w:szCs w:val="28"/>
          <w:lang w:val="kk-KZ"/>
        </w:rPr>
      </w:pPr>
      <w:r w:rsidRPr="006F7332">
        <w:rPr>
          <w:sz w:val="28"/>
          <w:szCs w:val="28"/>
          <w:lang w:val="kk-KZ"/>
        </w:rPr>
        <w:t>Шекарасы: Сарыбұлақ бұлағынан І. Есенберлин көшесіне дейін,</w:t>
      </w:r>
      <w:r w:rsidRPr="006F7332">
        <w:rPr>
          <w:sz w:val="28"/>
          <w:szCs w:val="28"/>
          <w:lang w:val="kk-KZ"/>
        </w:rPr>
        <w:br/>
        <w:t>І. Есенберлин көшесінен А. Затаевич көшесіне дейін, А. Затаевич көшесінен,</w:t>
      </w:r>
      <w:r w:rsidRPr="006F7332">
        <w:rPr>
          <w:sz w:val="28"/>
          <w:szCs w:val="28"/>
          <w:lang w:val="kk-KZ"/>
        </w:rPr>
        <w:br/>
        <w:t>А. Затаевич көшесіндегі № 2, 2/1 үйлерді қоса алғанда, Сарыбұлақ бұлағына дейін.</w:t>
      </w:r>
    </w:p>
    <w:p w14:paraId="2F1C7BA4" w14:textId="77777777" w:rsidR="005B42CB" w:rsidRPr="006F7332" w:rsidRDefault="005B42CB" w:rsidP="005B42CB">
      <w:pPr>
        <w:jc w:val="both"/>
        <w:rPr>
          <w:lang w:val="kk-KZ"/>
        </w:rPr>
      </w:pPr>
    </w:p>
    <w:p w14:paraId="72BFFBF8" w14:textId="77777777" w:rsidR="005B42CB" w:rsidRPr="006F7332" w:rsidRDefault="005B42CB" w:rsidP="005B42CB">
      <w:pPr>
        <w:keepNext/>
        <w:keepLines/>
        <w:jc w:val="center"/>
        <w:rPr>
          <w:sz w:val="28"/>
          <w:szCs w:val="28"/>
          <w:lang w:val="kk-KZ"/>
        </w:rPr>
      </w:pPr>
      <w:r w:rsidRPr="006F7332">
        <w:rPr>
          <w:sz w:val="28"/>
          <w:szCs w:val="28"/>
          <w:lang w:val="kk-KZ"/>
        </w:rPr>
        <w:lastRenderedPageBreak/>
        <w:t>№ 359 сайлау учаскесі</w:t>
      </w:r>
    </w:p>
    <w:p w14:paraId="4A325E8A"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36 орта мектеп» коммуналдық мемлекеттік мекемесі, Қарасай батыр көшесі, № 10)</w:t>
      </w:r>
    </w:p>
    <w:p w14:paraId="0961C14F" w14:textId="77777777" w:rsidR="005B42CB" w:rsidRPr="006F7332" w:rsidRDefault="005B42CB" w:rsidP="005B42CB">
      <w:pPr>
        <w:keepNext/>
        <w:jc w:val="both"/>
        <w:rPr>
          <w:lang w:val="kk-KZ"/>
        </w:rPr>
      </w:pPr>
    </w:p>
    <w:p w14:paraId="064199C4"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К. Байсейітова көшесінен, Қарасай батыр көшесіндегі № 15, 19, 25 үйлерді қоспағанда, Бұланты көшесіне дейін, Бұланты көшесінен Қарасай батыр көшесінің тақ сандар жағымен Сарыбұлақ бұлағына дейін, Сарыбұлақ бұлағының оң жағалауымен </w:t>
      </w:r>
      <w:proofErr w:type="spellStart"/>
      <w:r w:rsidRPr="006F7332">
        <w:rPr>
          <w:sz w:val="28"/>
          <w:szCs w:val="28"/>
          <w:lang w:val="kk-KZ"/>
        </w:rPr>
        <w:t>Мартылоги</w:t>
      </w:r>
      <w:proofErr w:type="spellEnd"/>
      <w:r w:rsidRPr="006F7332">
        <w:rPr>
          <w:sz w:val="28"/>
          <w:szCs w:val="28"/>
          <w:lang w:val="kk-KZ"/>
        </w:rPr>
        <w:t xml:space="preserve"> көшесіне дейін, </w:t>
      </w:r>
      <w:proofErr w:type="spellStart"/>
      <w:r w:rsidRPr="006F7332">
        <w:rPr>
          <w:sz w:val="28"/>
          <w:szCs w:val="28"/>
          <w:lang w:val="kk-KZ"/>
        </w:rPr>
        <w:t>Мартылоги</w:t>
      </w:r>
      <w:proofErr w:type="spellEnd"/>
      <w:r w:rsidRPr="006F7332">
        <w:rPr>
          <w:sz w:val="28"/>
          <w:szCs w:val="28"/>
          <w:lang w:val="kk-KZ"/>
        </w:rPr>
        <w:t xml:space="preserve"> көшесінің жұп сандар жағымен, С. Мұхамеджанов көшесіндегі № 55, 55Б үйлерді және Мұзтау көшесіндегі № 9 үйді қоспағанда, Ш. Бейсекова көшесіне дейін,</w:t>
      </w:r>
      <w:r w:rsidRPr="006F7332">
        <w:rPr>
          <w:sz w:val="28"/>
          <w:szCs w:val="28"/>
          <w:lang w:val="kk-KZ"/>
        </w:rPr>
        <w:br/>
        <w:t>Ш. Бейсекова көшесінен Конституция көшесіне дейін, Конституция көшесінің жұп сандар жағымен К. Байсейітова көшесіне дейін.</w:t>
      </w:r>
    </w:p>
    <w:p w14:paraId="1DB4B22C" w14:textId="77777777" w:rsidR="005B42CB" w:rsidRPr="006F7332" w:rsidRDefault="005B42CB" w:rsidP="005B42CB">
      <w:pPr>
        <w:jc w:val="both"/>
        <w:rPr>
          <w:lang w:val="kk-KZ"/>
        </w:rPr>
      </w:pPr>
    </w:p>
    <w:p w14:paraId="3823FDC7" w14:textId="77777777" w:rsidR="005B42CB" w:rsidRPr="006F7332" w:rsidRDefault="005B42CB" w:rsidP="005B42CB">
      <w:pPr>
        <w:keepNext/>
        <w:keepLines/>
        <w:jc w:val="center"/>
        <w:rPr>
          <w:sz w:val="28"/>
          <w:szCs w:val="28"/>
          <w:lang w:val="kk-KZ"/>
        </w:rPr>
      </w:pPr>
      <w:r w:rsidRPr="006F7332">
        <w:rPr>
          <w:sz w:val="28"/>
          <w:szCs w:val="28"/>
          <w:lang w:val="kk-KZ"/>
        </w:rPr>
        <w:t>№ 360 сайлау учаскесі</w:t>
      </w:r>
    </w:p>
    <w:p w14:paraId="57CB932F"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«Қаныш Сәтбаев атындағы </w:t>
      </w:r>
      <w:r>
        <w:rPr>
          <w:sz w:val="28"/>
          <w:szCs w:val="28"/>
          <w:lang w:val="kk-KZ"/>
        </w:rPr>
        <w:br/>
      </w:r>
      <w:r w:rsidRPr="006F7332">
        <w:rPr>
          <w:sz w:val="28"/>
          <w:szCs w:val="28"/>
          <w:lang w:val="kk-KZ"/>
        </w:rPr>
        <w:t>№ 61 мектеп-лицей» шаруашылық жүргізу құқығындағы мемлекеттік коммуналдық кәсіпорны, Конституция көшесі, № 33)</w:t>
      </w:r>
    </w:p>
    <w:p w14:paraId="37DA4E63" w14:textId="77777777" w:rsidR="005B42CB" w:rsidRPr="006F7332" w:rsidRDefault="005B42CB" w:rsidP="005B42CB">
      <w:pPr>
        <w:keepNext/>
        <w:jc w:val="both"/>
        <w:rPr>
          <w:lang w:val="kk-KZ"/>
        </w:rPr>
      </w:pPr>
    </w:p>
    <w:p w14:paraId="4CFDFD69" w14:textId="77777777" w:rsidR="005B42CB" w:rsidRPr="006F7332" w:rsidRDefault="005B42CB" w:rsidP="005B42CB">
      <w:pPr>
        <w:ind w:firstLine="709"/>
        <w:jc w:val="both"/>
        <w:rPr>
          <w:sz w:val="28"/>
          <w:szCs w:val="28"/>
          <w:lang w:val="kk-KZ"/>
        </w:rPr>
      </w:pPr>
      <w:r w:rsidRPr="006F7332">
        <w:rPr>
          <w:sz w:val="28"/>
          <w:szCs w:val="28"/>
          <w:lang w:val="kk-KZ"/>
        </w:rPr>
        <w:t>Шекарасы: Қарасай батыр көшесінен Қарталы көшесінің жұп сандар жағымен М. Дулатов көшесіне дейін, М. Дулатов көшесінің жұп сандар жағымен, Жалын көшесіндегі № 26 үйді және Жидебай көшесіндегі № 22Б үйді қоса алғанда, Аспара көшесіне дейін, Аспара көшесінен Қатонқарағай көшесіне дейін, Қатонқарағай көшесінен Медеу көшесіне дейін, Медеу көшесінен, Медеу көшесіндегі № 43, 45, 45Б үйлерді және Конституция көшесіндегі № 33 үйді қоса алғанда, Аспара көшесіне дейін, Аспара көшесінен Қарасай батыр көшесіне дейін.</w:t>
      </w:r>
    </w:p>
    <w:p w14:paraId="46EF8FFE" w14:textId="77777777" w:rsidR="005B42CB" w:rsidRPr="006F7332" w:rsidRDefault="005B42CB" w:rsidP="005B42CB">
      <w:pPr>
        <w:jc w:val="both"/>
        <w:rPr>
          <w:lang w:val="kk-KZ"/>
        </w:rPr>
      </w:pPr>
    </w:p>
    <w:p w14:paraId="6F73DDDC" w14:textId="77777777" w:rsidR="005B42CB" w:rsidRPr="006F7332" w:rsidRDefault="005B42CB" w:rsidP="005B42CB">
      <w:pPr>
        <w:keepNext/>
        <w:keepLines/>
        <w:jc w:val="center"/>
        <w:rPr>
          <w:sz w:val="28"/>
          <w:szCs w:val="28"/>
          <w:lang w:val="kk-KZ"/>
        </w:rPr>
      </w:pPr>
      <w:r w:rsidRPr="006F7332">
        <w:rPr>
          <w:sz w:val="28"/>
          <w:szCs w:val="28"/>
          <w:lang w:val="kk-KZ"/>
        </w:rPr>
        <w:t>№ 361 сайлау учаскесі</w:t>
      </w:r>
    </w:p>
    <w:p w14:paraId="4B1331EA"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26 мектеп-гимназия» шаруашылық жүргізу құқығындағы мемлекеттік коммуналдық кәсіпорны, </w:t>
      </w:r>
      <w:r>
        <w:rPr>
          <w:sz w:val="28"/>
          <w:szCs w:val="28"/>
          <w:lang w:val="kk-KZ"/>
        </w:rPr>
        <w:br/>
      </w:r>
      <w:r w:rsidRPr="006F7332">
        <w:rPr>
          <w:sz w:val="28"/>
          <w:szCs w:val="28"/>
          <w:lang w:val="kk-KZ"/>
        </w:rPr>
        <w:t>Конституция көшесі, № 24)</w:t>
      </w:r>
    </w:p>
    <w:p w14:paraId="3A6EB48D" w14:textId="77777777" w:rsidR="005B42CB" w:rsidRPr="006F7332" w:rsidRDefault="005B42CB" w:rsidP="005B42CB">
      <w:pPr>
        <w:keepNext/>
        <w:jc w:val="both"/>
        <w:rPr>
          <w:lang w:val="kk-KZ"/>
        </w:rPr>
      </w:pPr>
    </w:p>
    <w:p w14:paraId="44115732" w14:textId="77777777" w:rsidR="005B42CB" w:rsidRPr="006F7332" w:rsidRDefault="005B42CB" w:rsidP="005B42CB">
      <w:pPr>
        <w:ind w:firstLine="709"/>
        <w:jc w:val="both"/>
        <w:rPr>
          <w:sz w:val="28"/>
          <w:szCs w:val="28"/>
          <w:lang w:val="kk-KZ"/>
        </w:rPr>
      </w:pPr>
      <w:r w:rsidRPr="006F7332">
        <w:rPr>
          <w:sz w:val="28"/>
          <w:szCs w:val="28"/>
          <w:lang w:val="kk-KZ"/>
        </w:rPr>
        <w:t>Шекарасы: Қарасай батыр көшесінен Қарталы көшесінің жұп сандар жағымен теміржол жолдарына дейін, теміржол жолдарымен, Р. Дүйсенбаев көшесіндегі № 1а үйді қоса алғанда, Жерұйық көшесіне дейін, Жерұйық көшесінен, Р. Дүйсенбаев көшесіндегі № 23Б үйді қоспағанда және Р. Дүйсенбаев көшесіндегі № 29а үйді қоса алғанда, Әулие ата көшесіне дейін, Әулие ата көшесінен, Әулие ата көшесіндегі № 75/2, 81 үйлерді қоспағанда және Ш. Бөкеев көшесіндегі № 40д, 40д/1 үйлерді қоса алғанда, № 49 көшеге дейін, № 49 көшеден, Ш. Бөкеев көшесіндегі № 50 үйді, Күршім орамындағы № 8а, 13 үйлерді және Оқжетпес көшесіндегі № 102 үйді қоспағанда, Оқжетпес көшесіне дейін, Оқжетпес көшесінен Медеу көшесіне дейін, Медеу көшесінен, Медеу көшесіндегі № 43, 45, 45Б үйлерді және Конституция көшесіндегі № 33 үйді қоспағанда, Аспара көшесіне дейін, Аспара көшесінен Қарасай батыр көшесіне дейін.</w:t>
      </w:r>
    </w:p>
    <w:p w14:paraId="684AE810" w14:textId="77777777" w:rsidR="005B42CB" w:rsidRPr="006F7332" w:rsidRDefault="005B42CB" w:rsidP="005B42CB">
      <w:pPr>
        <w:jc w:val="both"/>
        <w:rPr>
          <w:lang w:val="kk-KZ"/>
        </w:rPr>
      </w:pPr>
    </w:p>
    <w:p w14:paraId="1CB591EB" w14:textId="77777777" w:rsidR="005B42CB" w:rsidRPr="006F7332" w:rsidRDefault="005B42CB" w:rsidP="005B42CB">
      <w:pPr>
        <w:keepNext/>
        <w:keepLines/>
        <w:jc w:val="center"/>
        <w:rPr>
          <w:sz w:val="28"/>
          <w:szCs w:val="28"/>
          <w:lang w:val="kk-KZ"/>
        </w:rPr>
      </w:pPr>
      <w:r w:rsidRPr="006F7332">
        <w:rPr>
          <w:sz w:val="28"/>
          <w:szCs w:val="28"/>
          <w:lang w:val="kk-KZ"/>
        </w:rPr>
        <w:lastRenderedPageBreak/>
        <w:t>№ 362 сайлау учаскесі</w:t>
      </w:r>
    </w:p>
    <w:p w14:paraId="7CABB19E"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«Жоғары көлік және коммуникация колледжі» шаруашылық жүргізу құқығындағы мемлекеттік коммуналдық кәсіпорны, Конституция көшесі, № 10)</w:t>
      </w:r>
    </w:p>
    <w:p w14:paraId="61CA0504" w14:textId="77777777" w:rsidR="005B42CB" w:rsidRPr="006F7332" w:rsidRDefault="005B42CB" w:rsidP="005B42CB">
      <w:pPr>
        <w:keepNext/>
        <w:jc w:val="both"/>
        <w:rPr>
          <w:lang w:val="kk-KZ"/>
        </w:rPr>
      </w:pPr>
    </w:p>
    <w:p w14:paraId="1E2F45CB" w14:textId="77777777" w:rsidR="005B42CB" w:rsidRPr="006F7332" w:rsidRDefault="005B42CB" w:rsidP="005B42CB">
      <w:pPr>
        <w:ind w:firstLine="709"/>
        <w:jc w:val="both"/>
        <w:rPr>
          <w:sz w:val="28"/>
          <w:szCs w:val="28"/>
          <w:lang w:val="kk-KZ"/>
        </w:rPr>
      </w:pPr>
      <w:r w:rsidRPr="006F7332">
        <w:rPr>
          <w:sz w:val="28"/>
          <w:szCs w:val="28"/>
          <w:lang w:val="kk-KZ"/>
        </w:rPr>
        <w:t>Шекарасы: Конституция көшесінен Ш. Бейсекова көшесіне дейін,</w:t>
      </w:r>
      <w:r w:rsidRPr="006F7332">
        <w:rPr>
          <w:sz w:val="28"/>
          <w:szCs w:val="28"/>
          <w:lang w:val="kk-KZ"/>
        </w:rPr>
        <w:br/>
        <w:t>Ш. Бейсекова көшесінен Оғыланды көшесіне дейін, Оғыланды көшесінен,</w:t>
      </w:r>
      <w:r w:rsidRPr="006F7332">
        <w:rPr>
          <w:sz w:val="28"/>
          <w:szCs w:val="28"/>
          <w:lang w:val="kk-KZ"/>
        </w:rPr>
        <w:br/>
        <w:t xml:space="preserve">Ш. Бейсекова көшесіндегі № 13/5, 13/6 үйлерді және Оғыланды көшесіндегі </w:t>
      </w:r>
      <w:r>
        <w:rPr>
          <w:sz w:val="28"/>
          <w:szCs w:val="28"/>
          <w:lang w:val="kk-KZ"/>
        </w:rPr>
        <w:br/>
      </w:r>
      <w:r w:rsidRPr="006F7332">
        <w:rPr>
          <w:sz w:val="28"/>
          <w:szCs w:val="28"/>
          <w:lang w:val="kk-KZ"/>
        </w:rPr>
        <w:t>№ 1 үйді қоспағанда, К. Байсейітова көшесіне дейін, К. Байсейітова көшесінен</w:t>
      </w:r>
      <w:r w:rsidRPr="006F7332">
        <w:rPr>
          <w:sz w:val="28"/>
          <w:szCs w:val="28"/>
          <w:lang w:val="kk-KZ"/>
        </w:rPr>
        <w:br/>
        <w:t>М. Дулатов көшесіне дейін, М. Дулатов көшесінен, К. Байсейітова көшесіндегі</w:t>
      </w:r>
      <w:r w:rsidRPr="006F7332">
        <w:rPr>
          <w:sz w:val="28"/>
          <w:szCs w:val="28"/>
          <w:lang w:val="kk-KZ"/>
        </w:rPr>
        <w:br/>
        <w:t>№ 10, 10/1 үйлерді қоса алғанда, Қызылсу көшесіне дейін, Қызылсу көшесінен Конституция көшесіне дейін.</w:t>
      </w:r>
    </w:p>
    <w:p w14:paraId="16954056" w14:textId="77777777" w:rsidR="005B42CB" w:rsidRPr="006F7332" w:rsidRDefault="005B42CB" w:rsidP="005B42CB">
      <w:pPr>
        <w:jc w:val="both"/>
        <w:rPr>
          <w:lang w:val="kk-KZ"/>
        </w:rPr>
      </w:pPr>
    </w:p>
    <w:p w14:paraId="76D1D092" w14:textId="77777777" w:rsidR="005B42CB" w:rsidRPr="006F7332" w:rsidRDefault="005B42CB" w:rsidP="005B42CB">
      <w:pPr>
        <w:keepNext/>
        <w:keepLines/>
        <w:jc w:val="center"/>
        <w:rPr>
          <w:sz w:val="28"/>
          <w:szCs w:val="28"/>
          <w:lang w:val="kk-KZ"/>
        </w:rPr>
      </w:pPr>
      <w:r w:rsidRPr="006F7332">
        <w:rPr>
          <w:sz w:val="28"/>
          <w:szCs w:val="28"/>
          <w:lang w:val="kk-KZ"/>
        </w:rPr>
        <w:t>№ 363 сайлау учаскесі</w:t>
      </w:r>
    </w:p>
    <w:p w14:paraId="6A3B6D1E"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«Ілияс Жансүгіров атындағы </w:t>
      </w:r>
      <w:r>
        <w:rPr>
          <w:sz w:val="28"/>
          <w:szCs w:val="28"/>
          <w:lang w:val="kk-KZ"/>
        </w:rPr>
        <w:br/>
      </w:r>
      <w:r w:rsidRPr="006F7332">
        <w:rPr>
          <w:sz w:val="28"/>
          <w:szCs w:val="28"/>
          <w:lang w:val="kk-KZ"/>
        </w:rPr>
        <w:t>№ 58 мектеп-гимназия» шаруашылық жүргізу құқығындағы мемлекеттік коммуналдық кәсіпорны, Ақан сері көшесі, № 22)</w:t>
      </w:r>
    </w:p>
    <w:p w14:paraId="04D61050" w14:textId="77777777" w:rsidR="005B42CB" w:rsidRPr="006F7332" w:rsidRDefault="005B42CB" w:rsidP="005B42CB">
      <w:pPr>
        <w:keepNext/>
        <w:jc w:val="both"/>
        <w:rPr>
          <w:lang w:val="kk-KZ"/>
        </w:rPr>
      </w:pPr>
    </w:p>
    <w:p w14:paraId="233C7C92"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Оғыланды көшесінен, Ш. Бейсекова көшесіндегі № 13/5, </w:t>
      </w:r>
      <w:r>
        <w:rPr>
          <w:sz w:val="28"/>
          <w:szCs w:val="28"/>
          <w:lang w:val="kk-KZ"/>
        </w:rPr>
        <w:br/>
      </w:r>
      <w:r w:rsidRPr="006F7332">
        <w:rPr>
          <w:sz w:val="28"/>
          <w:szCs w:val="28"/>
          <w:lang w:val="kk-KZ"/>
        </w:rPr>
        <w:t xml:space="preserve">13/6 және Оғыланды көшесіндегі № 1 үйлерді қоса алғанда, </w:t>
      </w:r>
      <w:proofErr w:type="spellStart"/>
      <w:r w:rsidRPr="006F7332">
        <w:rPr>
          <w:sz w:val="28"/>
          <w:szCs w:val="28"/>
          <w:lang w:val="kk-KZ"/>
        </w:rPr>
        <w:t>Мартылоги</w:t>
      </w:r>
      <w:proofErr w:type="spellEnd"/>
      <w:r w:rsidRPr="006F7332">
        <w:rPr>
          <w:sz w:val="28"/>
          <w:szCs w:val="28"/>
          <w:lang w:val="kk-KZ"/>
        </w:rPr>
        <w:t xml:space="preserve"> көшесіне дейін, </w:t>
      </w:r>
      <w:proofErr w:type="spellStart"/>
      <w:r w:rsidRPr="006F7332">
        <w:rPr>
          <w:sz w:val="28"/>
          <w:szCs w:val="28"/>
          <w:lang w:val="kk-KZ"/>
        </w:rPr>
        <w:t>Мартылоги</w:t>
      </w:r>
      <w:proofErr w:type="spellEnd"/>
      <w:r w:rsidRPr="006F7332">
        <w:rPr>
          <w:sz w:val="28"/>
          <w:szCs w:val="28"/>
          <w:lang w:val="kk-KZ"/>
        </w:rPr>
        <w:t xml:space="preserve"> көшесінен, С. Мұхамеджанов көшесіндегі № 55, 55Б үйлерді және Мұзтау көшесіндегі № 9 үйді қоса алғанда, Сарыбұлақ бұлағына дейін, Сарыбұлақ бұлағынан, Ш. Бейсекова көшесіндегі № 4/2, 4/2е, 4/3, 4/3а, 4/3Б, 4/4, 4/5Б, 4/5е, 4/5д, 4/6 үйлерді қоса алғанда, </w:t>
      </w:r>
      <w:proofErr w:type="spellStart"/>
      <w:r w:rsidRPr="006F7332">
        <w:rPr>
          <w:sz w:val="28"/>
          <w:szCs w:val="28"/>
          <w:lang w:val="kk-KZ"/>
        </w:rPr>
        <w:t>Фахд</w:t>
      </w:r>
      <w:proofErr w:type="spellEnd"/>
      <w:r w:rsidRPr="006F7332">
        <w:rPr>
          <w:sz w:val="28"/>
          <w:szCs w:val="28"/>
          <w:lang w:val="kk-KZ"/>
        </w:rPr>
        <w:t xml:space="preserve"> бен Абдул Азиз көшесіне дейін, </w:t>
      </w:r>
      <w:proofErr w:type="spellStart"/>
      <w:r w:rsidRPr="006F7332">
        <w:rPr>
          <w:sz w:val="28"/>
          <w:szCs w:val="28"/>
          <w:lang w:val="kk-KZ"/>
        </w:rPr>
        <w:t>Фахд</w:t>
      </w:r>
      <w:proofErr w:type="spellEnd"/>
      <w:r w:rsidRPr="006F7332">
        <w:rPr>
          <w:sz w:val="28"/>
          <w:szCs w:val="28"/>
          <w:lang w:val="kk-KZ"/>
        </w:rPr>
        <w:t xml:space="preserve"> бен Абдул Азиз көшесінен К. Байсейітова көшесіне дейін, К. Байсейітова көшесінен Оғыланды көшесіне дейін.</w:t>
      </w:r>
    </w:p>
    <w:p w14:paraId="6283A6A8" w14:textId="77777777" w:rsidR="005B42CB" w:rsidRPr="006F7332" w:rsidRDefault="005B42CB" w:rsidP="005B42CB">
      <w:pPr>
        <w:jc w:val="both"/>
        <w:rPr>
          <w:lang w:val="kk-KZ"/>
        </w:rPr>
      </w:pPr>
    </w:p>
    <w:p w14:paraId="6F9D6F05" w14:textId="77777777" w:rsidR="005B42CB" w:rsidRPr="006F7332" w:rsidRDefault="005B42CB" w:rsidP="005B42CB">
      <w:pPr>
        <w:keepNext/>
        <w:keepLines/>
        <w:jc w:val="center"/>
        <w:rPr>
          <w:sz w:val="28"/>
          <w:szCs w:val="28"/>
          <w:lang w:val="kk-KZ"/>
        </w:rPr>
      </w:pPr>
      <w:r w:rsidRPr="006F7332">
        <w:rPr>
          <w:sz w:val="28"/>
          <w:szCs w:val="28"/>
          <w:lang w:val="kk-KZ"/>
        </w:rPr>
        <w:t>№ 364 сайлау учаскесі</w:t>
      </w:r>
    </w:p>
    <w:p w14:paraId="05B8F38D"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«Ілияс Жансүгіров атындағы </w:t>
      </w:r>
      <w:r>
        <w:rPr>
          <w:sz w:val="28"/>
          <w:szCs w:val="28"/>
          <w:lang w:val="kk-KZ"/>
        </w:rPr>
        <w:br/>
      </w:r>
      <w:r w:rsidRPr="006F7332">
        <w:rPr>
          <w:sz w:val="28"/>
          <w:szCs w:val="28"/>
          <w:lang w:val="kk-KZ"/>
        </w:rPr>
        <w:t>№ 58 мектеп-гимназия» шаруашылық жүргізу құқығындағы мемлекеттік коммуналдық кәсіпорны, Ақан сері көшесі, № 22)</w:t>
      </w:r>
    </w:p>
    <w:p w14:paraId="23642EE2" w14:textId="77777777" w:rsidR="005B42CB" w:rsidRPr="006F7332" w:rsidRDefault="005B42CB" w:rsidP="005B42CB">
      <w:pPr>
        <w:keepNext/>
        <w:jc w:val="both"/>
        <w:rPr>
          <w:lang w:val="kk-KZ"/>
        </w:rPr>
      </w:pPr>
    </w:p>
    <w:p w14:paraId="55675297"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w:t>
      </w:r>
      <w:proofErr w:type="spellStart"/>
      <w:r w:rsidRPr="006F7332">
        <w:rPr>
          <w:sz w:val="28"/>
          <w:szCs w:val="28"/>
          <w:lang w:val="kk-KZ"/>
        </w:rPr>
        <w:t>Фахд</w:t>
      </w:r>
      <w:proofErr w:type="spellEnd"/>
      <w:r w:rsidRPr="006F7332">
        <w:rPr>
          <w:sz w:val="28"/>
          <w:szCs w:val="28"/>
          <w:lang w:val="kk-KZ"/>
        </w:rPr>
        <w:t xml:space="preserve"> бен Абдул Азиз көшесінен, Ш. Бейсекова көшесіндегі</w:t>
      </w:r>
      <w:r w:rsidRPr="006F7332">
        <w:rPr>
          <w:sz w:val="28"/>
          <w:szCs w:val="28"/>
          <w:lang w:val="kk-KZ"/>
        </w:rPr>
        <w:br/>
        <w:t>№ 4/2, 4/2е, 4/3, 4/3а, 4/3Б, 4/4, 4/5Б, 4/5е, 4/5д, 4/6 үйлерді қоспағанда, Сарыбұлақ бұлағына дейін, Сарыбұлақ бұлағынан Н. Тілендиев даңғылына дейін,</w:t>
      </w:r>
      <w:r w:rsidRPr="006F7332">
        <w:rPr>
          <w:sz w:val="28"/>
          <w:szCs w:val="28"/>
          <w:lang w:val="kk-KZ"/>
        </w:rPr>
        <w:br/>
        <w:t>Н. Тілендиев даңғылынан Ақан сері көшесіне дейін, Ақан сері көшесінен Талапкер орамына дейін, Талапкер орамымен К. Байсейітова көшесіне дейін,</w:t>
      </w:r>
      <w:r w:rsidRPr="006F7332">
        <w:rPr>
          <w:sz w:val="28"/>
          <w:szCs w:val="28"/>
          <w:lang w:val="kk-KZ"/>
        </w:rPr>
        <w:br/>
        <w:t xml:space="preserve">К. Байсейітова көшесінен </w:t>
      </w:r>
      <w:proofErr w:type="spellStart"/>
      <w:r w:rsidRPr="006F7332">
        <w:rPr>
          <w:sz w:val="28"/>
          <w:szCs w:val="28"/>
          <w:lang w:val="kk-KZ"/>
        </w:rPr>
        <w:t>Фахд</w:t>
      </w:r>
      <w:proofErr w:type="spellEnd"/>
      <w:r w:rsidRPr="006F7332">
        <w:rPr>
          <w:sz w:val="28"/>
          <w:szCs w:val="28"/>
          <w:lang w:val="kk-KZ"/>
        </w:rPr>
        <w:t xml:space="preserve"> бен Абдул Азиз көшесіне дейін.</w:t>
      </w:r>
    </w:p>
    <w:p w14:paraId="77D8576C" w14:textId="77777777" w:rsidR="005B42CB" w:rsidRPr="006F7332" w:rsidRDefault="005B42CB" w:rsidP="005B42CB">
      <w:pPr>
        <w:jc w:val="both"/>
        <w:rPr>
          <w:lang w:val="kk-KZ"/>
        </w:rPr>
      </w:pPr>
    </w:p>
    <w:p w14:paraId="419ED201" w14:textId="77777777" w:rsidR="005B42CB" w:rsidRPr="006F7332" w:rsidRDefault="005B42CB" w:rsidP="005B42CB">
      <w:pPr>
        <w:keepNext/>
        <w:keepLines/>
        <w:jc w:val="center"/>
        <w:rPr>
          <w:sz w:val="28"/>
          <w:szCs w:val="28"/>
          <w:lang w:val="kk-KZ"/>
        </w:rPr>
      </w:pPr>
      <w:r w:rsidRPr="006F7332">
        <w:rPr>
          <w:sz w:val="28"/>
          <w:szCs w:val="28"/>
          <w:lang w:val="kk-KZ"/>
        </w:rPr>
        <w:t>№ 365 сайлау учаскесі</w:t>
      </w:r>
    </w:p>
    <w:p w14:paraId="04EB4F4D"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«Жоғары көлік және коммуникация колледжі» шаруашылық жүргізу құқығындағы мемлекеттік коммуналдық кәсіпорны, Конституция көшесі, № 10)</w:t>
      </w:r>
    </w:p>
    <w:p w14:paraId="524DF5C4" w14:textId="77777777" w:rsidR="005B42CB" w:rsidRPr="006F7332" w:rsidRDefault="005B42CB" w:rsidP="005B42CB">
      <w:pPr>
        <w:keepNext/>
        <w:jc w:val="both"/>
        <w:rPr>
          <w:lang w:val="kk-KZ"/>
        </w:rPr>
      </w:pPr>
    </w:p>
    <w:p w14:paraId="13DA5445"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М. Дулатов көшесінен Қарталы көшесінің тақ сандар жағымен Қарасай батыр көшесіне дейін, Қарасай батыр көшесінен К. Байсейітова көшесіне дейін, К. Байсейітова көшесінің жұп сандар жағымен Конституция </w:t>
      </w:r>
      <w:r w:rsidRPr="006F7332">
        <w:rPr>
          <w:sz w:val="28"/>
          <w:szCs w:val="28"/>
          <w:lang w:val="kk-KZ"/>
        </w:rPr>
        <w:lastRenderedPageBreak/>
        <w:t>көшесіне дейін, Конституция көшесінен Қызылсу көшесіне дейін, Қызылсу көшесінің жұп сандар жағымен, К. Байсейітова көшесіндегі № 10, 10/1 үйлерді қоспағанда,</w:t>
      </w:r>
      <w:r w:rsidRPr="006F7332">
        <w:rPr>
          <w:sz w:val="28"/>
          <w:szCs w:val="28"/>
          <w:lang w:val="kk-KZ"/>
        </w:rPr>
        <w:br/>
        <w:t>М. Дулатов көшесіне дейін, М. Дулатов көшесінен Қарталы көшесіне дейін.</w:t>
      </w:r>
    </w:p>
    <w:p w14:paraId="39DF9C68" w14:textId="77777777" w:rsidR="005B42CB" w:rsidRPr="006F7332" w:rsidRDefault="005B42CB" w:rsidP="005B42CB">
      <w:pPr>
        <w:jc w:val="both"/>
        <w:rPr>
          <w:lang w:val="kk-KZ"/>
        </w:rPr>
      </w:pPr>
    </w:p>
    <w:p w14:paraId="5280043E" w14:textId="77777777" w:rsidR="005B42CB" w:rsidRPr="006F7332" w:rsidRDefault="005B42CB" w:rsidP="005B42CB">
      <w:pPr>
        <w:keepNext/>
        <w:keepLines/>
        <w:jc w:val="center"/>
        <w:rPr>
          <w:sz w:val="28"/>
          <w:szCs w:val="28"/>
          <w:lang w:val="kk-KZ"/>
        </w:rPr>
      </w:pPr>
      <w:r w:rsidRPr="006F7332">
        <w:rPr>
          <w:sz w:val="28"/>
          <w:szCs w:val="28"/>
          <w:lang w:val="kk-KZ"/>
        </w:rPr>
        <w:t>№ 366 сайлау учаскесі</w:t>
      </w:r>
    </w:p>
    <w:p w14:paraId="142F9CC9"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«Шәкен Айманов атындағы </w:t>
      </w:r>
      <w:r>
        <w:rPr>
          <w:sz w:val="28"/>
          <w:szCs w:val="28"/>
          <w:lang w:val="kk-KZ"/>
        </w:rPr>
        <w:br/>
      </w:r>
      <w:r w:rsidRPr="006F7332">
        <w:rPr>
          <w:sz w:val="28"/>
          <w:szCs w:val="28"/>
          <w:lang w:val="kk-KZ"/>
        </w:rPr>
        <w:t xml:space="preserve">№ 20 жалпы орта білім беретін мектеп» коммуналдық мемлекеттік мекемесі, </w:t>
      </w:r>
      <w:r w:rsidRPr="006F7332">
        <w:rPr>
          <w:sz w:val="28"/>
          <w:szCs w:val="28"/>
          <w:lang w:val="kk-KZ"/>
        </w:rPr>
        <w:br/>
        <w:t>Қарталы көшесі, № 62)</w:t>
      </w:r>
    </w:p>
    <w:p w14:paraId="019E91D5" w14:textId="77777777" w:rsidR="005B42CB" w:rsidRPr="006F7332" w:rsidRDefault="005B42CB" w:rsidP="005B42CB">
      <w:pPr>
        <w:keepNext/>
        <w:jc w:val="both"/>
        <w:rPr>
          <w:lang w:val="kk-KZ"/>
        </w:rPr>
      </w:pPr>
    </w:p>
    <w:p w14:paraId="3B4D3E71" w14:textId="77777777" w:rsidR="005B42CB" w:rsidRPr="006F7332" w:rsidRDefault="005B42CB" w:rsidP="005B42CB">
      <w:pPr>
        <w:ind w:firstLine="709"/>
        <w:jc w:val="both"/>
        <w:rPr>
          <w:sz w:val="28"/>
          <w:szCs w:val="28"/>
          <w:lang w:val="kk-KZ"/>
        </w:rPr>
      </w:pPr>
      <w:r w:rsidRPr="006F7332">
        <w:rPr>
          <w:sz w:val="28"/>
          <w:szCs w:val="28"/>
          <w:lang w:val="kk-KZ"/>
        </w:rPr>
        <w:t>Шекарасы: М. Дулатов көшесінен К. Байсейітова көшесінің жұп сандар жағымен М. Жәлел көшесіне дейін, М. Жәлел көшесінің жұп сандар жағымен Қарталы көшесіне дейін, Қарталы көшесінің тақ сандар жағымен М. Дулатов көшесіне дейін.</w:t>
      </w:r>
    </w:p>
    <w:p w14:paraId="1D615962" w14:textId="77777777" w:rsidR="005B42CB" w:rsidRPr="006F7332" w:rsidRDefault="005B42CB" w:rsidP="005B42CB">
      <w:pPr>
        <w:jc w:val="both"/>
        <w:rPr>
          <w:lang w:val="kk-KZ"/>
        </w:rPr>
      </w:pPr>
    </w:p>
    <w:p w14:paraId="3AAECBDC" w14:textId="77777777" w:rsidR="005B42CB" w:rsidRPr="006F7332" w:rsidRDefault="005B42CB" w:rsidP="005B42CB">
      <w:pPr>
        <w:keepNext/>
        <w:keepLines/>
        <w:jc w:val="center"/>
        <w:rPr>
          <w:sz w:val="28"/>
          <w:szCs w:val="28"/>
          <w:lang w:val="kk-KZ"/>
        </w:rPr>
      </w:pPr>
      <w:r w:rsidRPr="006F7332">
        <w:rPr>
          <w:sz w:val="28"/>
          <w:szCs w:val="28"/>
          <w:lang w:val="kk-KZ"/>
        </w:rPr>
        <w:t>№ 367 сайлау учаскесі</w:t>
      </w:r>
    </w:p>
    <w:p w14:paraId="5ECF86CB"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«Шәкен Айманов атындағы </w:t>
      </w:r>
      <w:r>
        <w:rPr>
          <w:sz w:val="28"/>
          <w:szCs w:val="28"/>
          <w:lang w:val="kk-KZ"/>
        </w:rPr>
        <w:br/>
      </w:r>
      <w:r w:rsidRPr="006F7332">
        <w:rPr>
          <w:sz w:val="28"/>
          <w:szCs w:val="28"/>
          <w:lang w:val="kk-KZ"/>
        </w:rPr>
        <w:t xml:space="preserve">№ 20 жалпы орта білім беретін мектеп» коммуналдық мемлекеттік мекемесі, </w:t>
      </w:r>
      <w:r w:rsidRPr="006F7332">
        <w:rPr>
          <w:sz w:val="28"/>
          <w:szCs w:val="28"/>
          <w:lang w:val="kk-KZ"/>
        </w:rPr>
        <w:br/>
        <w:t>Қарталы көшесі, № 62)</w:t>
      </w:r>
    </w:p>
    <w:p w14:paraId="5A730BB6" w14:textId="77777777" w:rsidR="005B42CB" w:rsidRPr="006F7332" w:rsidRDefault="005B42CB" w:rsidP="005B42CB">
      <w:pPr>
        <w:keepNext/>
        <w:jc w:val="both"/>
        <w:rPr>
          <w:lang w:val="kk-KZ"/>
        </w:rPr>
      </w:pPr>
    </w:p>
    <w:p w14:paraId="0A952986" w14:textId="77777777" w:rsidR="005B42CB" w:rsidRPr="006F7332" w:rsidRDefault="005B42CB" w:rsidP="005B42CB">
      <w:pPr>
        <w:ind w:firstLine="709"/>
        <w:jc w:val="both"/>
        <w:rPr>
          <w:sz w:val="28"/>
          <w:szCs w:val="28"/>
          <w:lang w:val="kk-KZ"/>
        </w:rPr>
      </w:pPr>
      <w:r w:rsidRPr="006F7332">
        <w:rPr>
          <w:sz w:val="28"/>
          <w:szCs w:val="28"/>
          <w:lang w:val="kk-KZ"/>
        </w:rPr>
        <w:t>Шекарасы: А. Герцен көшесінен Оқжетпес көшесіне дейін, Оқжетпес көшесінің жұп сандар жағымен Медеу көшесіне дейін, Медеу көшесінен Қатонқарағай көшесіне дейін, Қатонқарағай көшесінен Аспара көшесіне дейін, Аспара көшесінен М. Дулатов көшесіне дейін, М. Дулатов көшесінен, Жалын көшесіндегі № 26 үйді және Жидебай көшесіндегі № 22Б үйді қоспағанда, Қарталы көшесіне дейін, Қарталы көшесінің жұп сандар жағымен М. Жәлел көшесіне дейін, М. Жәлел көшесінен бастап А. Герцен көшесіне дейін.</w:t>
      </w:r>
    </w:p>
    <w:p w14:paraId="1766BC72" w14:textId="77777777" w:rsidR="005B42CB" w:rsidRPr="006F7332" w:rsidRDefault="005B42CB" w:rsidP="005B42CB">
      <w:pPr>
        <w:jc w:val="both"/>
        <w:rPr>
          <w:lang w:val="kk-KZ"/>
        </w:rPr>
      </w:pPr>
    </w:p>
    <w:p w14:paraId="5B580ED2" w14:textId="77777777" w:rsidR="005B42CB" w:rsidRPr="006F7332" w:rsidRDefault="005B42CB" w:rsidP="005B42CB">
      <w:pPr>
        <w:keepNext/>
        <w:keepLines/>
        <w:jc w:val="center"/>
        <w:rPr>
          <w:sz w:val="28"/>
          <w:szCs w:val="28"/>
          <w:lang w:val="kk-KZ"/>
        </w:rPr>
      </w:pPr>
      <w:r w:rsidRPr="006F7332">
        <w:rPr>
          <w:sz w:val="28"/>
          <w:szCs w:val="28"/>
          <w:lang w:val="kk-KZ"/>
        </w:rPr>
        <w:t>№ 368 сайлау учаскесі</w:t>
      </w:r>
    </w:p>
    <w:p w14:paraId="5C3D6AF9"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«Ілияс Жансүгіров атындағы </w:t>
      </w:r>
      <w:r>
        <w:rPr>
          <w:sz w:val="28"/>
          <w:szCs w:val="28"/>
          <w:lang w:val="kk-KZ"/>
        </w:rPr>
        <w:br/>
      </w:r>
      <w:r w:rsidRPr="006F7332">
        <w:rPr>
          <w:sz w:val="28"/>
          <w:szCs w:val="28"/>
          <w:lang w:val="kk-KZ"/>
        </w:rPr>
        <w:t>№ 58 мектеп-гимназия» шаруашылық жүргізу құқығындағы мемлекеттік коммуналдық кәсіпорны, Ақан сері көшесі, № 22)</w:t>
      </w:r>
    </w:p>
    <w:p w14:paraId="3B3DC6BF" w14:textId="77777777" w:rsidR="005B42CB" w:rsidRPr="006F7332" w:rsidRDefault="005B42CB" w:rsidP="005B42CB">
      <w:pPr>
        <w:keepNext/>
        <w:jc w:val="both"/>
        <w:rPr>
          <w:lang w:val="kk-KZ"/>
        </w:rPr>
      </w:pPr>
    </w:p>
    <w:p w14:paraId="4BFE63A1" w14:textId="77777777" w:rsidR="005B42CB" w:rsidRPr="006F7332" w:rsidRDefault="005B42CB" w:rsidP="005B42CB">
      <w:pPr>
        <w:ind w:firstLine="709"/>
        <w:jc w:val="both"/>
        <w:rPr>
          <w:sz w:val="28"/>
          <w:szCs w:val="28"/>
          <w:lang w:val="kk-KZ"/>
        </w:rPr>
      </w:pPr>
      <w:r w:rsidRPr="006F7332">
        <w:rPr>
          <w:sz w:val="28"/>
          <w:szCs w:val="28"/>
          <w:lang w:val="kk-KZ"/>
        </w:rPr>
        <w:t>Шекарасы: Д. Карбышев көшесінен М. Жәлел көшесіне дейін, М. Жәлел көшесінің тақ сандар жағымен, Қарталы көшесіндегі № 88 үйді қоса алғанда,</w:t>
      </w:r>
      <w:r w:rsidRPr="006F7332">
        <w:rPr>
          <w:sz w:val="28"/>
          <w:szCs w:val="28"/>
          <w:lang w:val="kk-KZ"/>
        </w:rPr>
        <w:br/>
        <w:t xml:space="preserve">К. Байсейітова көшесіне дейін, К. Байсейітова көшесінен К. Байсейітова көшесіндегі № 126 үйге дейін, К. Байсейітова көшесінен Талапкер орамының жұп сандар жағымен Ақан сері көшесіне дейін, Ақан сері көшесінен Н. Тілендиев даңғылына дейін, Н. Тілендиев даңғылынан Жантай батыр көшесіне дейін, Жантай батыр көшесінен, Талапкер орамындағы № 26Б, 26/3а үйлерді, Талапкер көшесіндегі № 26/3, 37 үйлерді қоса алғанда және Талапкер орамындағы </w:t>
      </w:r>
      <w:r>
        <w:rPr>
          <w:sz w:val="28"/>
          <w:szCs w:val="28"/>
          <w:lang w:val="kk-KZ"/>
        </w:rPr>
        <w:br/>
      </w:r>
      <w:r w:rsidRPr="006F7332">
        <w:rPr>
          <w:sz w:val="28"/>
          <w:szCs w:val="28"/>
          <w:lang w:val="kk-KZ"/>
        </w:rPr>
        <w:t xml:space="preserve">№ 26/3 үйді қоспағанда, Талапкер орамына дейін, Талапкер орамынан </w:t>
      </w:r>
      <w:proofErr w:type="spellStart"/>
      <w:r w:rsidRPr="006F7332">
        <w:rPr>
          <w:sz w:val="28"/>
          <w:szCs w:val="28"/>
          <w:lang w:val="kk-KZ"/>
        </w:rPr>
        <w:t>Қамажай</w:t>
      </w:r>
      <w:proofErr w:type="spellEnd"/>
      <w:r w:rsidRPr="006F7332">
        <w:rPr>
          <w:sz w:val="28"/>
          <w:szCs w:val="28"/>
          <w:lang w:val="kk-KZ"/>
        </w:rPr>
        <w:t xml:space="preserve"> орамына дейін, </w:t>
      </w:r>
      <w:proofErr w:type="spellStart"/>
      <w:r w:rsidRPr="006F7332">
        <w:rPr>
          <w:sz w:val="28"/>
          <w:szCs w:val="28"/>
          <w:lang w:val="kk-KZ"/>
        </w:rPr>
        <w:t>Қамажай</w:t>
      </w:r>
      <w:proofErr w:type="spellEnd"/>
      <w:r w:rsidRPr="006F7332">
        <w:rPr>
          <w:sz w:val="28"/>
          <w:szCs w:val="28"/>
          <w:lang w:val="kk-KZ"/>
        </w:rPr>
        <w:t xml:space="preserve"> орамынан Д. Карбышев көшесіне дейін.</w:t>
      </w:r>
    </w:p>
    <w:p w14:paraId="7940F3F2" w14:textId="77777777" w:rsidR="005B42CB" w:rsidRPr="006F7332" w:rsidRDefault="005B42CB" w:rsidP="005B42CB">
      <w:pPr>
        <w:jc w:val="both"/>
        <w:rPr>
          <w:lang w:val="kk-KZ"/>
        </w:rPr>
      </w:pPr>
    </w:p>
    <w:p w14:paraId="4BDB90A9" w14:textId="77777777" w:rsidR="005B42CB" w:rsidRPr="006F7332" w:rsidRDefault="005B42CB" w:rsidP="005B42CB">
      <w:pPr>
        <w:keepNext/>
        <w:keepLines/>
        <w:jc w:val="center"/>
        <w:rPr>
          <w:sz w:val="28"/>
          <w:szCs w:val="28"/>
          <w:lang w:val="kk-KZ"/>
        </w:rPr>
      </w:pPr>
      <w:r w:rsidRPr="006F7332">
        <w:rPr>
          <w:sz w:val="28"/>
          <w:szCs w:val="28"/>
          <w:lang w:val="kk-KZ"/>
        </w:rPr>
        <w:lastRenderedPageBreak/>
        <w:t>№ 369 сайлау учаскесі</w:t>
      </w:r>
    </w:p>
    <w:p w14:paraId="41498613" w14:textId="77777777" w:rsidR="005B42CB" w:rsidRPr="006F7332" w:rsidRDefault="005B42CB" w:rsidP="005B42CB">
      <w:pPr>
        <w:keepNext/>
        <w:keepLines/>
        <w:jc w:val="center"/>
        <w:rPr>
          <w:sz w:val="28"/>
          <w:szCs w:val="28"/>
          <w:lang w:val="kk-KZ"/>
        </w:rPr>
      </w:pPr>
      <w:r w:rsidRPr="006F7332">
        <w:rPr>
          <w:sz w:val="28"/>
          <w:szCs w:val="28"/>
          <w:lang w:val="kk-KZ"/>
        </w:rPr>
        <w:t>(орталығы –</w:t>
      </w:r>
      <w:r w:rsidRPr="006F7332">
        <w:rPr>
          <w:lang w:val="kk-KZ"/>
        </w:rPr>
        <w:t xml:space="preserve"> </w:t>
      </w:r>
      <w:r w:rsidRPr="006F7332">
        <w:rPr>
          <w:sz w:val="28"/>
          <w:szCs w:val="28"/>
          <w:lang w:val="kk-KZ"/>
        </w:rPr>
        <w:t>Астана қаласы әкімдігінің «№ 19 жалпы орта білім беретін мектеп» коммуналдық мемлекеттік мекемесі, Ш. Бөкеев көшесі, № 50)</w:t>
      </w:r>
    </w:p>
    <w:p w14:paraId="3CA96935" w14:textId="77777777" w:rsidR="005B42CB" w:rsidRPr="006F7332" w:rsidRDefault="005B42CB" w:rsidP="005B42CB">
      <w:pPr>
        <w:keepNext/>
        <w:jc w:val="both"/>
        <w:rPr>
          <w:lang w:val="kk-KZ"/>
        </w:rPr>
      </w:pPr>
    </w:p>
    <w:p w14:paraId="4A35FC15"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Н. Тілендиев даңғылынан Көктал көшесіне дейін, Көктал көшесінен М. Дулатов көшесіне дейін, М. Дулатов көшесінен А. Герцен көшесіне дейін, А. Герцен көшесінен Д. Карбышев көшесіне дейін, Д. Карбышев көшесінен </w:t>
      </w:r>
      <w:proofErr w:type="spellStart"/>
      <w:r w:rsidRPr="006F7332">
        <w:rPr>
          <w:sz w:val="28"/>
          <w:szCs w:val="28"/>
          <w:lang w:val="kk-KZ"/>
        </w:rPr>
        <w:t>Қамажай</w:t>
      </w:r>
      <w:proofErr w:type="spellEnd"/>
      <w:r w:rsidRPr="006F7332">
        <w:rPr>
          <w:sz w:val="28"/>
          <w:szCs w:val="28"/>
          <w:lang w:val="kk-KZ"/>
        </w:rPr>
        <w:t xml:space="preserve"> орамына дейін, </w:t>
      </w:r>
      <w:proofErr w:type="spellStart"/>
      <w:r w:rsidRPr="006F7332">
        <w:rPr>
          <w:sz w:val="28"/>
          <w:szCs w:val="28"/>
          <w:lang w:val="kk-KZ"/>
        </w:rPr>
        <w:t>Қамажай</w:t>
      </w:r>
      <w:proofErr w:type="spellEnd"/>
      <w:r w:rsidRPr="006F7332">
        <w:rPr>
          <w:sz w:val="28"/>
          <w:szCs w:val="28"/>
          <w:lang w:val="kk-KZ"/>
        </w:rPr>
        <w:t xml:space="preserve"> орамынан Талапкер орамына дейін, Талапкер орамынан, Талапкер орамындағы № 26Б, 26/3а үйлерді және Талапкер көшесіндегі № 26/3, 37 үйлерді қоспағанда және Талапкер орамындағы № 26/3 үйді қоса алғанда, Жантай батыр көшесіне дейін, Жантай батыр көшесінен Н. Тілендиев даңғылына дейін.</w:t>
      </w:r>
    </w:p>
    <w:p w14:paraId="141485B4" w14:textId="77777777" w:rsidR="005B42CB" w:rsidRPr="006F7332" w:rsidRDefault="005B42CB" w:rsidP="005B42CB">
      <w:pPr>
        <w:jc w:val="both"/>
        <w:rPr>
          <w:lang w:val="kk-KZ"/>
        </w:rPr>
      </w:pPr>
    </w:p>
    <w:p w14:paraId="7259F639" w14:textId="77777777" w:rsidR="005B42CB" w:rsidRPr="006F7332" w:rsidRDefault="005B42CB" w:rsidP="005B42CB">
      <w:pPr>
        <w:keepNext/>
        <w:keepLines/>
        <w:jc w:val="center"/>
        <w:rPr>
          <w:sz w:val="28"/>
          <w:szCs w:val="28"/>
          <w:lang w:val="kk-KZ"/>
        </w:rPr>
      </w:pPr>
      <w:r w:rsidRPr="006F7332">
        <w:rPr>
          <w:sz w:val="28"/>
          <w:szCs w:val="28"/>
          <w:lang w:val="kk-KZ"/>
        </w:rPr>
        <w:t>№ 370 сайлау учаскесі</w:t>
      </w:r>
    </w:p>
    <w:p w14:paraId="0047CC84" w14:textId="77777777" w:rsidR="005B42CB" w:rsidRPr="006F7332" w:rsidRDefault="005B42CB" w:rsidP="005B42CB">
      <w:pPr>
        <w:keepNext/>
        <w:keepLines/>
        <w:jc w:val="center"/>
        <w:rPr>
          <w:sz w:val="28"/>
          <w:szCs w:val="28"/>
          <w:lang w:val="kk-KZ"/>
        </w:rPr>
      </w:pPr>
      <w:r w:rsidRPr="006F7332">
        <w:rPr>
          <w:sz w:val="28"/>
          <w:szCs w:val="28"/>
          <w:lang w:val="kk-KZ"/>
        </w:rPr>
        <w:t>(орталығы –</w:t>
      </w:r>
      <w:r w:rsidRPr="006F7332">
        <w:rPr>
          <w:lang w:val="kk-KZ"/>
        </w:rPr>
        <w:t xml:space="preserve"> </w:t>
      </w:r>
      <w:r w:rsidRPr="006F7332">
        <w:rPr>
          <w:sz w:val="28"/>
          <w:szCs w:val="28"/>
          <w:lang w:val="kk-KZ"/>
        </w:rPr>
        <w:t>Астана қаласы әкімдігінің «№ 19 жалпы орта білім беретін мектеп» коммуналдық мемлекеттік мекемесі, Ш. Бөкеев көшесі, № 50)</w:t>
      </w:r>
    </w:p>
    <w:p w14:paraId="5D7D9554" w14:textId="77777777" w:rsidR="005B42CB" w:rsidRPr="006F7332" w:rsidRDefault="005B42CB" w:rsidP="005B42CB">
      <w:pPr>
        <w:keepNext/>
        <w:jc w:val="both"/>
        <w:rPr>
          <w:lang w:val="kk-KZ"/>
        </w:rPr>
      </w:pPr>
    </w:p>
    <w:p w14:paraId="35D6AC42"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Оқжетпес көшесінен А. Герцен көшесінің тақ сандар жағымен М. Дулатов көшесіне дейін, М. Дулатов көшесінің тақ сандар жағымен </w:t>
      </w:r>
      <w:proofErr w:type="spellStart"/>
      <w:r w:rsidRPr="006F7332">
        <w:rPr>
          <w:sz w:val="28"/>
          <w:szCs w:val="28"/>
          <w:lang w:val="kk-KZ"/>
        </w:rPr>
        <w:t>Тамшалы</w:t>
      </w:r>
      <w:proofErr w:type="spellEnd"/>
      <w:r w:rsidRPr="006F7332">
        <w:rPr>
          <w:sz w:val="28"/>
          <w:szCs w:val="28"/>
          <w:lang w:val="kk-KZ"/>
        </w:rPr>
        <w:t xml:space="preserve"> көшесіне дейін, </w:t>
      </w:r>
      <w:proofErr w:type="spellStart"/>
      <w:r w:rsidRPr="006F7332">
        <w:rPr>
          <w:sz w:val="28"/>
          <w:szCs w:val="28"/>
          <w:lang w:val="kk-KZ"/>
        </w:rPr>
        <w:t>Тамшалы</w:t>
      </w:r>
      <w:proofErr w:type="spellEnd"/>
      <w:r w:rsidRPr="006F7332">
        <w:rPr>
          <w:sz w:val="28"/>
          <w:szCs w:val="28"/>
          <w:lang w:val="kk-KZ"/>
        </w:rPr>
        <w:t xml:space="preserve"> көшесімен М. Төлебаев орамына дейін, М. Төлебаев орамынан А. Герцен көшесіне дейін, А. Герцен көшесінің тақ сандар жағымен теміржол жолдарына дейін, теміржол жолдарынан, Р. Дүйсенбаев көшесіндегі</w:t>
      </w:r>
      <w:r w:rsidRPr="006F7332">
        <w:rPr>
          <w:sz w:val="28"/>
          <w:szCs w:val="28"/>
          <w:lang w:val="kk-KZ"/>
        </w:rPr>
        <w:br/>
        <w:t>№ 1а үйді қоспағанда, Жерұйық көшесіне дейін, Жерұйық көшесімен,</w:t>
      </w:r>
      <w:r w:rsidRPr="006F7332">
        <w:rPr>
          <w:sz w:val="28"/>
          <w:szCs w:val="28"/>
          <w:lang w:val="kk-KZ"/>
        </w:rPr>
        <w:br/>
        <w:t>Р. Дүйсенбаев көшесіндегі № 23Б үйді қоса алғанда және Р. Дүйсенбаев көшесіндегі № 29а үйді қоспағанда, Әулие ата көшесіне дейін, Әулие ата көшесінен, Әулие ата көшесіндегі № 75/2, 81 үйлерді қоса алғанда және Ш. Бөкеев көшесіндегі № 40д, 40д/1 үйлерді қоспағанда, № 49 көшеге дейін, № 49 көшеден, Ш. Бөкеев көшесіндегі № 50 үйді, Күршім орамындағы № 8а, 13 үйлерді және Оқжетпес көшесіндегі № 102 үйді қоса алғанда, Оқжетпес көшесіне дейін.</w:t>
      </w:r>
    </w:p>
    <w:p w14:paraId="079B21B1" w14:textId="77777777" w:rsidR="005B42CB" w:rsidRPr="006F7332" w:rsidRDefault="005B42CB" w:rsidP="005B42CB">
      <w:pPr>
        <w:jc w:val="both"/>
        <w:rPr>
          <w:lang w:val="kk-KZ"/>
        </w:rPr>
      </w:pPr>
    </w:p>
    <w:p w14:paraId="6568423D" w14:textId="77777777" w:rsidR="005B42CB" w:rsidRPr="006F7332" w:rsidRDefault="005B42CB" w:rsidP="005B42CB">
      <w:pPr>
        <w:keepNext/>
        <w:keepLines/>
        <w:jc w:val="center"/>
        <w:rPr>
          <w:sz w:val="28"/>
          <w:szCs w:val="28"/>
          <w:lang w:val="kk-KZ"/>
        </w:rPr>
      </w:pPr>
      <w:r w:rsidRPr="006F7332">
        <w:rPr>
          <w:sz w:val="28"/>
          <w:szCs w:val="28"/>
          <w:lang w:val="kk-KZ"/>
        </w:rPr>
        <w:t>№ 371 сайлау учаскесі</w:t>
      </w:r>
    </w:p>
    <w:p w14:paraId="6BC20E2D"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«Балалар мен жасөспірімдер туризмі және өлкетану орталығы» мемлекеттік коммуналдық қазыналық кәсіпорны, </w:t>
      </w:r>
      <w:proofErr w:type="spellStart"/>
      <w:r w:rsidRPr="006F7332">
        <w:rPr>
          <w:sz w:val="28"/>
          <w:szCs w:val="28"/>
          <w:lang w:val="kk-KZ"/>
        </w:rPr>
        <w:t>Тамшалы</w:t>
      </w:r>
      <w:proofErr w:type="spellEnd"/>
      <w:r w:rsidRPr="006F7332">
        <w:rPr>
          <w:sz w:val="28"/>
          <w:szCs w:val="28"/>
          <w:lang w:val="kk-KZ"/>
        </w:rPr>
        <w:t xml:space="preserve"> көшесі, № 24)</w:t>
      </w:r>
    </w:p>
    <w:p w14:paraId="0EA6C365" w14:textId="77777777" w:rsidR="005B42CB" w:rsidRPr="006F7332" w:rsidRDefault="005B42CB" w:rsidP="005B42CB">
      <w:pPr>
        <w:keepNext/>
        <w:jc w:val="both"/>
        <w:rPr>
          <w:lang w:val="kk-KZ"/>
        </w:rPr>
      </w:pPr>
    </w:p>
    <w:p w14:paraId="2EA2B4A9"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Көктал көшесінен, Көктал көшесіндегі № 1Б, 9/1 үйлерді қоса алғанда және Көктал көшесіндегі № 1г, 20/5 үйлерді қоспағанда, теміржол жолдарына дейін, теміржол жолдарынан, А. Герцен көшесіндегі № 6/2 үйді қоса алғанда, А. Герцен көшесіне дейін, А. Герцен көшесінен М. Төлебаев орамына дейін, М. Төлебаев орамынан </w:t>
      </w:r>
      <w:proofErr w:type="spellStart"/>
      <w:r w:rsidRPr="006F7332">
        <w:rPr>
          <w:sz w:val="28"/>
          <w:szCs w:val="28"/>
          <w:lang w:val="kk-KZ"/>
        </w:rPr>
        <w:t>Тамшалы</w:t>
      </w:r>
      <w:proofErr w:type="spellEnd"/>
      <w:r w:rsidRPr="006F7332">
        <w:rPr>
          <w:sz w:val="28"/>
          <w:szCs w:val="28"/>
          <w:lang w:val="kk-KZ"/>
        </w:rPr>
        <w:t xml:space="preserve"> көшесіне дейін, </w:t>
      </w:r>
      <w:proofErr w:type="spellStart"/>
      <w:r w:rsidRPr="006F7332">
        <w:rPr>
          <w:sz w:val="28"/>
          <w:szCs w:val="28"/>
          <w:lang w:val="kk-KZ"/>
        </w:rPr>
        <w:t>Тамшалы</w:t>
      </w:r>
      <w:proofErr w:type="spellEnd"/>
      <w:r w:rsidRPr="006F7332">
        <w:rPr>
          <w:sz w:val="28"/>
          <w:szCs w:val="28"/>
          <w:lang w:val="kk-KZ"/>
        </w:rPr>
        <w:t xml:space="preserve"> көшесінен</w:t>
      </w:r>
      <w:r w:rsidRPr="006F7332">
        <w:rPr>
          <w:sz w:val="28"/>
          <w:szCs w:val="28"/>
          <w:lang w:val="kk-KZ"/>
        </w:rPr>
        <w:br/>
        <w:t>М. Дулатов көшесіне дейін, М. Дулатов көшесінен Көктал көшесіне дейін.</w:t>
      </w:r>
    </w:p>
    <w:p w14:paraId="32F98F5D" w14:textId="77777777" w:rsidR="005B42CB" w:rsidRPr="006F7332" w:rsidRDefault="005B42CB" w:rsidP="005B42CB">
      <w:pPr>
        <w:jc w:val="both"/>
        <w:rPr>
          <w:lang w:val="kk-KZ"/>
        </w:rPr>
      </w:pPr>
    </w:p>
    <w:p w14:paraId="2AFD9FB4" w14:textId="77777777" w:rsidR="005B42CB" w:rsidRPr="006F7332" w:rsidRDefault="005B42CB" w:rsidP="005B42CB">
      <w:pPr>
        <w:keepNext/>
        <w:keepLines/>
        <w:jc w:val="center"/>
        <w:rPr>
          <w:sz w:val="28"/>
          <w:szCs w:val="28"/>
          <w:lang w:val="kk-KZ"/>
        </w:rPr>
      </w:pPr>
      <w:r w:rsidRPr="006F7332">
        <w:rPr>
          <w:sz w:val="28"/>
          <w:szCs w:val="28"/>
          <w:lang w:val="kk-KZ"/>
        </w:rPr>
        <w:lastRenderedPageBreak/>
        <w:t>№ 372 сайлау учаскесі</w:t>
      </w:r>
    </w:p>
    <w:p w14:paraId="5EE489B7"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w:t>
      </w:r>
      <w:proofErr w:type="spellStart"/>
      <w:r w:rsidRPr="006F7332">
        <w:rPr>
          <w:sz w:val="28"/>
          <w:szCs w:val="28"/>
          <w:lang w:val="kk-KZ"/>
        </w:rPr>
        <w:t>Әлкей</w:t>
      </w:r>
      <w:proofErr w:type="spellEnd"/>
      <w:r w:rsidRPr="006F7332">
        <w:rPr>
          <w:sz w:val="28"/>
          <w:szCs w:val="28"/>
          <w:lang w:val="kk-KZ"/>
        </w:rPr>
        <w:t xml:space="preserve"> Марғұлан атындағы </w:t>
      </w:r>
      <w:r>
        <w:rPr>
          <w:sz w:val="28"/>
          <w:szCs w:val="28"/>
          <w:lang w:val="kk-KZ"/>
        </w:rPr>
        <w:br/>
      </w:r>
      <w:r w:rsidRPr="006F7332">
        <w:rPr>
          <w:sz w:val="28"/>
          <w:szCs w:val="28"/>
          <w:lang w:val="kk-KZ"/>
        </w:rPr>
        <w:t xml:space="preserve">№ 40 мектеп-лицей» коммуналдық мемлекеттік мекемесі, </w:t>
      </w:r>
      <w:r>
        <w:rPr>
          <w:sz w:val="28"/>
          <w:szCs w:val="28"/>
          <w:lang w:val="kk-KZ"/>
        </w:rPr>
        <w:br/>
      </w:r>
      <w:r w:rsidRPr="006F7332">
        <w:rPr>
          <w:sz w:val="28"/>
          <w:szCs w:val="28"/>
          <w:lang w:val="kk-KZ"/>
        </w:rPr>
        <w:t>Д. Бабатайұлы көшесі,</w:t>
      </w:r>
      <w:r>
        <w:rPr>
          <w:sz w:val="28"/>
          <w:szCs w:val="28"/>
          <w:lang w:val="kk-KZ"/>
        </w:rPr>
        <w:t xml:space="preserve"> </w:t>
      </w:r>
      <w:r w:rsidRPr="006F7332">
        <w:rPr>
          <w:sz w:val="28"/>
          <w:szCs w:val="28"/>
          <w:lang w:val="kk-KZ"/>
        </w:rPr>
        <w:t>№ 24)</w:t>
      </w:r>
    </w:p>
    <w:p w14:paraId="00841CB5" w14:textId="77777777" w:rsidR="005B42CB" w:rsidRPr="006F7332" w:rsidRDefault="005B42CB" w:rsidP="005B42CB">
      <w:pPr>
        <w:keepNext/>
        <w:jc w:val="both"/>
        <w:rPr>
          <w:lang w:val="kk-KZ"/>
        </w:rPr>
      </w:pPr>
    </w:p>
    <w:p w14:paraId="674DFC75"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Н. Тілендиев даңғылынан Ақан сері көшесінің тақ сандар жағымен В. Радлов көшесіне дейін, В. Радлов көшесінен </w:t>
      </w:r>
      <w:proofErr w:type="spellStart"/>
      <w:r w:rsidRPr="006F7332">
        <w:rPr>
          <w:sz w:val="28"/>
          <w:szCs w:val="28"/>
          <w:lang w:val="kk-KZ"/>
        </w:rPr>
        <w:t>Қаражорға</w:t>
      </w:r>
      <w:proofErr w:type="spellEnd"/>
      <w:r w:rsidRPr="006F7332">
        <w:rPr>
          <w:sz w:val="28"/>
          <w:szCs w:val="28"/>
          <w:lang w:val="kk-KZ"/>
        </w:rPr>
        <w:t xml:space="preserve"> орамына дейін, </w:t>
      </w:r>
      <w:proofErr w:type="spellStart"/>
      <w:r w:rsidRPr="006F7332">
        <w:rPr>
          <w:sz w:val="28"/>
          <w:szCs w:val="28"/>
          <w:lang w:val="kk-KZ"/>
        </w:rPr>
        <w:t>Қаражорға</w:t>
      </w:r>
      <w:proofErr w:type="spellEnd"/>
      <w:r w:rsidRPr="006F7332">
        <w:rPr>
          <w:sz w:val="28"/>
          <w:szCs w:val="28"/>
          <w:lang w:val="kk-KZ"/>
        </w:rPr>
        <w:t xml:space="preserve"> орамынан Ж. </w:t>
      </w:r>
      <w:proofErr w:type="spellStart"/>
      <w:r w:rsidRPr="006F7332">
        <w:rPr>
          <w:sz w:val="28"/>
          <w:szCs w:val="28"/>
          <w:lang w:val="kk-KZ"/>
        </w:rPr>
        <w:t>Ақпаев</w:t>
      </w:r>
      <w:proofErr w:type="spellEnd"/>
      <w:r w:rsidRPr="006F7332">
        <w:rPr>
          <w:sz w:val="28"/>
          <w:szCs w:val="28"/>
          <w:lang w:val="kk-KZ"/>
        </w:rPr>
        <w:t xml:space="preserve"> көшесіне дейін, Ж. </w:t>
      </w:r>
      <w:proofErr w:type="spellStart"/>
      <w:r w:rsidRPr="006F7332">
        <w:rPr>
          <w:sz w:val="28"/>
          <w:szCs w:val="28"/>
          <w:lang w:val="kk-KZ"/>
        </w:rPr>
        <w:t>Ақпаев</w:t>
      </w:r>
      <w:proofErr w:type="spellEnd"/>
      <w:r w:rsidRPr="006F7332">
        <w:rPr>
          <w:sz w:val="28"/>
          <w:szCs w:val="28"/>
          <w:lang w:val="kk-KZ"/>
        </w:rPr>
        <w:t xml:space="preserve"> көшесінің тақ сандар жағымен Абайдың 150 жылдығы көшесіне дейін, Абайдың 150 жылдығы көшесінен, Абайдың 150 жылдығы көшесіндегі № 22/3 үйді және Шұғыла көшесіндегі № 24 үйді қоса алғанда, Ардагерлер көшесіне дейін, Ардагерлер көшесінен Д. Бабатайұлы көшесіне дейін, Д. Бабатайұлы көшесінен </w:t>
      </w:r>
      <w:proofErr w:type="spellStart"/>
      <w:r w:rsidRPr="006F7332">
        <w:rPr>
          <w:sz w:val="28"/>
          <w:szCs w:val="28"/>
          <w:lang w:val="kk-KZ"/>
        </w:rPr>
        <w:t>Жаңақоныс</w:t>
      </w:r>
      <w:proofErr w:type="spellEnd"/>
      <w:r w:rsidRPr="006F7332">
        <w:rPr>
          <w:sz w:val="28"/>
          <w:szCs w:val="28"/>
          <w:lang w:val="kk-KZ"/>
        </w:rPr>
        <w:t xml:space="preserve"> көшесіне дейін, </w:t>
      </w:r>
      <w:proofErr w:type="spellStart"/>
      <w:r w:rsidRPr="006F7332">
        <w:rPr>
          <w:sz w:val="28"/>
          <w:szCs w:val="28"/>
          <w:lang w:val="kk-KZ"/>
        </w:rPr>
        <w:t>Жаңақоныс</w:t>
      </w:r>
      <w:proofErr w:type="spellEnd"/>
      <w:r w:rsidRPr="006F7332">
        <w:rPr>
          <w:sz w:val="28"/>
          <w:szCs w:val="28"/>
          <w:lang w:val="kk-KZ"/>
        </w:rPr>
        <w:t xml:space="preserve"> көшесінен Естай</w:t>
      </w:r>
      <w:r w:rsidRPr="006F7332">
        <w:rPr>
          <w:lang w:val="kk-KZ"/>
        </w:rPr>
        <w:t xml:space="preserve"> </w:t>
      </w:r>
      <w:r w:rsidRPr="006F7332">
        <w:rPr>
          <w:sz w:val="28"/>
          <w:szCs w:val="28"/>
          <w:lang w:val="kk-KZ"/>
        </w:rPr>
        <w:t>көшесіне дейін,</w:t>
      </w:r>
      <w:r w:rsidRPr="006F7332">
        <w:rPr>
          <w:lang w:val="kk-KZ"/>
        </w:rPr>
        <w:t xml:space="preserve"> </w:t>
      </w:r>
      <w:r w:rsidRPr="006F7332">
        <w:rPr>
          <w:sz w:val="28"/>
          <w:szCs w:val="28"/>
          <w:lang w:val="kk-KZ"/>
        </w:rPr>
        <w:t>Естай</w:t>
      </w:r>
      <w:r w:rsidRPr="006F7332">
        <w:rPr>
          <w:lang w:val="kk-KZ"/>
        </w:rPr>
        <w:t xml:space="preserve"> </w:t>
      </w:r>
      <w:r w:rsidRPr="006F7332">
        <w:rPr>
          <w:sz w:val="28"/>
          <w:szCs w:val="28"/>
          <w:lang w:val="kk-KZ"/>
        </w:rPr>
        <w:t xml:space="preserve">көшесінен </w:t>
      </w:r>
      <w:r w:rsidRPr="006F7332">
        <w:rPr>
          <w:sz w:val="28"/>
          <w:szCs w:val="28"/>
          <w:lang w:val="kk-KZ"/>
        </w:rPr>
        <w:br/>
        <w:t>Ж. Мұса көшесіне дейін,</w:t>
      </w:r>
      <w:r w:rsidRPr="006F7332">
        <w:rPr>
          <w:lang w:val="kk-KZ"/>
        </w:rPr>
        <w:t xml:space="preserve"> </w:t>
      </w:r>
      <w:r w:rsidRPr="006F7332">
        <w:rPr>
          <w:sz w:val="28"/>
          <w:szCs w:val="28"/>
          <w:lang w:val="kk-KZ"/>
        </w:rPr>
        <w:t>Ж. Мұса көшесінен Күршім</w:t>
      </w:r>
      <w:r w:rsidRPr="006F7332">
        <w:rPr>
          <w:lang w:val="kk-KZ"/>
        </w:rPr>
        <w:t xml:space="preserve"> </w:t>
      </w:r>
      <w:r w:rsidRPr="006F7332">
        <w:rPr>
          <w:sz w:val="28"/>
          <w:szCs w:val="28"/>
          <w:lang w:val="kk-KZ"/>
        </w:rPr>
        <w:t>орамына дейін,</w:t>
      </w:r>
      <w:r w:rsidRPr="006F7332">
        <w:rPr>
          <w:lang w:val="kk-KZ"/>
        </w:rPr>
        <w:t xml:space="preserve"> </w:t>
      </w:r>
      <w:r w:rsidRPr="006F7332">
        <w:rPr>
          <w:lang w:val="kk-KZ"/>
        </w:rPr>
        <w:br/>
      </w:r>
      <w:r w:rsidRPr="006F7332">
        <w:rPr>
          <w:sz w:val="28"/>
          <w:szCs w:val="28"/>
          <w:lang w:val="kk-KZ"/>
        </w:rPr>
        <w:t>Күршім</w:t>
      </w:r>
      <w:r w:rsidRPr="006F7332">
        <w:rPr>
          <w:lang w:val="kk-KZ"/>
        </w:rPr>
        <w:t xml:space="preserve"> </w:t>
      </w:r>
      <w:r w:rsidRPr="006F7332">
        <w:rPr>
          <w:sz w:val="28"/>
          <w:szCs w:val="28"/>
          <w:lang w:val="kk-KZ"/>
        </w:rPr>
        <w:t xml:space="preserve">орамынан </w:t>
      </w:r>
      <w:proofErr w:type="spellStart"/>
      <w:r w:rsidRPr="006F7332">
        <w:rPr>
          <w:sz w:val="28"/>
          <w:szCs w:val="28"/>
          <w:lang w:val="kk-KZ"/>
        </w:rPr>
        <w:t>Жаңақоныс</w:t>
      </w:r>
      <w:proofErr w:type="spellEnd"/>
      <w:r w:rsidRPr="006F7332">
        <w:rPr>
          <w:lang w:val="kk-KZ"/>
        </w:rPr>
        <w:t xml:space="preserve"> </w:t>
      </w:r>
      <w:r w:rsidRPr="006F7332">
        <w:rPr>
          <w:sz w:val="28"/>
          <w:szCs w:val="28"/>
          <w:lang w:val="kk-KZ"/>
        </w:rPr>
        <w:t>көшесіне дейін,</w:t>
      </w:r>
      <w:r w:rsidRPr="006F7332">
        <w:rPr>
          <w:lang w:val="kk-KZ"/>
        </w:rPr>
        <w:t xml:space="preserve"> </w:t>
      </w:r>
      <w:proofErr w:type="spellStart"/>
      <w:r w:rsidRPr="006F7332">
        <w:rPr>
          <w:sz w:val="28"/>
          <w:szCs w:val="28"/>
          <w:lang w:val="kk-KZ"/>
        </w:rPr>
        <w:t>Жаңақоныс</w:t>
      </w:r>
      <w:proofErr w:type="spellEnd"/>
      <w:r w:rsidRPr="006F7332">
        <w:rPr>
          <w:lang w:val="kk-KZ"/>
        </w:rPr>
        <w:t xml:space="preserve"> </w:t>
      </w:r>
      <w:r w:rsidRPr="006F7332">
        <w:rPr>
          <w:sz w:val="28"/>
          <w:szCs w:val="28"/>
          <w:lang w:val="kk-KZ"/>
        </w:rPr>
        <w:t>көшесінен Келешек орамына дейін, Келешек орамынан Н. Тілендиев даңғылына дейін.</w:t>
      </w:r>
    </w:p>
    <w:p w14:paraId="35DAF0E5" w14:textId="77777777" w:rsidR="005B42CB" w:rsidRPr="006F7332" w:rsidRDefault="005B42CB" w:rsidP="005B42CB">
      <w:pPr>
        <w:jc w:val="both"/>
        <w:rPr>
          <w:lang w:val="kk-KZ"/>
        </w:rPr>
      </w:pPr>
    </w:p>
    <w:p w14:paraId="2B583EB6" w14:textId="77777777" w:rsidR="005B42CB" w:rsidRPr="006F7332" w:rsidRDefault="005B42CB" w:rsidP="005B42CB">
      <w:pPr>
        <w:keepNext/>
        <w:keepLines/>
        <w:jc w:val="center"/>
        <w:rPr>
          <w:sz w:val="28"/>
          <w:szCs w:val="28"/>
          <w:lang w:val="kk-KZ"/>
        </w:rPr>
      </w:pPr>
      <w:r w:rsidRPr="006F7332">
        <w:rPr>
          <w:sz w:val="28"/>
          <w:szCs w:val="28"/>
          <w:lang w:val="kk-KZ"/>
        </w:rPr>
        <w:t>№ 373 сайлау учаскесі</w:t>
      </w:r>
    </w:p>
    <w:p w14:paraId="736A8476"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41 жалпы орта білім беретін мектеп» коммуналдық мемлекеттік мекемесі, Ардагерлер көшесі, № 1а)</w:t>
      </w:r>
    </w:p>
    <w:p w14:paraId="5868937C" w14:textId="77777777" w:rsidR="005B42CB" w:rsidRPr="006F7332" w:rsidRDefault="005B42CB" w:rsidP="005B42CB">
      <w:pPr>
        <w:keepNext/>
        <w:jc w:val="both"/>
        <w:rPr>
          <w:lang w:val="kk-KZ"/>
        </w:rPr>
      </w:pPr>
    </w:p>
    <w:p w14:paraId="3EEED630" w14:textId="4CB2A12F" w:rsidR="005B42CB" w:rsidRPr="006F7332" w:rsidRDefault="005B42CB" w:rsidP="005B42CB">
      <w:pPr>
        <w:ind w:firstLine="709"/>
        <w:jc w:val="both"/>
        <w:rPr>
          <w:sz w:val="28"/>
          <w:szCs w:val="28"/>
          <w:lang w:val="kk-KZ"/>
        </w:rPr>
      </w:pPr>
      <w:r w:rsidRPr="006F7332">
        <w:rPr>
          <w:sz w:val="28"/>
          <w:szCs w:val="28"/>
          <w:lang w:val="kk-KZ"/>
        </w:rPr>
        <w:t xml:space="preserve">Шекарасы: Естай көшесінен </w:t>
      </w:r>
      <w:proofErr w:type="spellStart"/>
      <w:r w:rsidRPr="006F7332">
        <w:rPr>
          <w:sz w:val="28"/>
          <w:szCs w:val="28"/>
          <w:lang w:val="kk-KZ"/>
        </w:rPr>
        <w:t>Жаңақоныс</w:t>
      </w:r>
      <w:proofErr w:type="spellEnd"/>
      <w:r w:rsidRPr="006F7332">
        <w:rPr>
          <w:sz w:val="28"/>
          <w:szCs w:val="28"/>
          <w:lang w:val="kk-KZ"/>
        </w:rPr>
        <w:t xml:space="preserve"> көшесіне дейін, </w:t>
      </w:r>
      <w:proofErr w:type="spellStart"/>
      <w:r w:rsidRPr="006F7332">
        <w:rPr>
          <w:sz w:val="28"/>
          <w:szCs w:val="28"/>
          <w:lang w:val="kk-KZ"/>
        </w:rPr>
        <w:t>Жаңақоныс</w:t>
      </w:r>
      <w:proofErr w:type="spellEnd"/>
      <w:r w:rsidRPr="006F7332">
        <w:rPr>
          <w:sz w:val="28"/>
          <w:szCs w:val="28"/>
          <w:lang w:val="kk-KZ"/>
        </w:rPr>
        <w:t xml:space="preserve"> көшесінен Д. Бабатайұлы көшесіне дейін, Д. Бабатайұлы көшесінен Ардагерлер көшесіне дейін, Ардагерлер көшесінен </w:t>
      </w:r>
      <w:proofErr w:type="spellStart"/>
      <w:r w:rsidRPr="006F7332">
        <w:rPr>
          <w:sz w:val="28"/>
          <w:szCs w:val="28"/>
          <w:lang w:val="kk-KZ"/>
        </w:rPr>
        <w:t>Сұлукөл</w:t>
      </w:r>
      <w:proofErr w:type="spellEnd"/>
      <w:r w:rsidRPr="006F7332">
        <w:rPr>
          <w:sz w:val="28"/>
          <w:szCs w:val="28"/>
          <w:lang w:val="kk-KZ"/>
        </w:rPr>
        <w:t xml:space="preserve"> көшесіне дейін, </w:t>
      </w:r>
      <w:proofErr w:type="spellStart"/>
      <w:r w:rsidRPr="006F7332">
        <w:rPr>
          <w:sz w:val="28"/>
          <w:szCs w:val="28"/>
          <w:lang w:val="kk-KZ"/>
        </w:rPr>
        <w:t>Сұлукөл</w:t>
      </w:r>
      <w:proofErr w:type="spellEnd"/>
      <w:r w:rsidRPr="006F7332">
        <w:rPr>
          <w:sz w:val="28"/>
          <w:szCs w:val="28"/>
          <w:lang w:val="kk-KZ"/>
        </w:rPr>
        <w:t xml:space="preserve"> көшесінен Болашақ көшесіне дейін, Болашақ көшесінен </w:t>
      </w:r>
      <w:proofErr w:type="spellStart"/>
      <w:r w:rsidRPr="006F7332">
        <w:rPr>
          <w:sz w:val="28"/>
          <w:szCs w:val="28"/>
          <w:lang w:val="kk-KZ"/>
        </w:rPr>
        <w:t>Аққорған</w:t>
      </w:r>
      <w:proofErr w:type="spellEnd"/>
      <w:r w:rsidRPr="006F7332">
        <w:rPr>
          <w:sz w:val="28"/>
          <w:szCs w:val="28"/>
          <w:lang w:val="kk-KZ"/>
        </w:rPr>
        <w:t xml:space="preserve"> көшесіне дейін, </w:t>
      </w:r>
      <w:proofErr w:type="spellStart"/>
      <w:r w:rsidRPr="006F7332">
        <w:rPr>
          <w:sz w:val="28"/>
          <w:szCs w:val="28"/>
          <w:lang w:val="kk-KZ"/>
        </w:rPr>
        <w:t>Аққорған</w:t>
      </w:r>
      <w:proofErr w:type="spellEnd"/>
      <w:r w:rsidRPr="006F7332">
        <w:rPr>
          <w:sz w:val="28"/>
          <w:szCs w:val="28"/>
          <w:lang w:val="kk-KZ"/>
        </w:rPr>
        <w:t xml:space="preserve"> көшесінен «Көктал-1» тұрғын алабының оңтүстік шекарасына дейін, «Көктал-1» тұрғын алабының оңтүстік шекарасы бойымен, Байқоңыр көшесіндегі № 1, 1/1, 1/2, 1/3, 3, 16Б, 16в үйлерді қоса алғанда және № 2/1, 2/2 үйлерді қоспағанда, Байқоңыр көшесіне дейін, Байқоңыр көшесінен, Болашақ көшесіндегі № 11/1, 13, 13а үйлерді қоса алғанда, Өркен көшесіне дейін, Өркен көшесінен Болашақ көшесіне дейін, Болашақ көшесінен, Болашақ көшесіндегі № 19/6, 19/7 үйлерді қоспағанда, Болашақ көшесіндегі № 12 үйді және Естай көшесіндегі № 8, 10 үйлерді қоса алғанда, Естай көшесіне дейін.</w:t>
      </w:r>
    </w:p>
    <w:p w14:paraId="6B9BB69E" w14:textId="77777777" w:rsidR="005B42CB" w:rsidRPr="006F7332" w:rsidRDefault="005B42CB" w:rsidP="005B42CB">
      <w:pPr>
        <w:jc w:val="both"/>
        <w:rPr>
          <w:lang w:val="kk-KZ"/>
        </w:rPr>
      </w:pPr>
    </w:p>
    <w:p w14:paraId="4FB9BAAB" w14:textId="77777777" w:rsidR="005B42CB" w:rsidRPr="006F7332" w:rsidRDefault="005B42CB" w:rsidP="005B42CB">
      <w:pPr>
        <w:keepNext/>
        <w:keepLines/>
        <w:jc w:val="center"/>
        <w:rPr>
          <w:sz w:val="28"/>
          <w:szCs w:val="28"/>
          <w:lang w:val="kk-KZ"/>
        </w:rPr>
      </w:pPr>
      <w:r w:rsidRPr="006F7332">
        <w:rPr>
          <w:sz w:val="28"/>
          <w:szCs w:val="28"/>
          <w:lang w:val="kk-KZ"/>
        </w:rPr>
        <w:t>№ 374 сайлау учаскесі</w:t>
      </w:r>
    </w:p>
    <w:p w14:paraId="233B01EC"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«Наз» мемлекеттік би театры» мемлекеттік коммуналдық қазыналық кәсіпорны, Алмалық көшесі, № 1)</w:t>
      </w:r>
    </w:p>
    <w:p w14:paraId="29C57F5F" w14:textId="77777777" w:rsidR="005B42CB" w:rsidRPr="006F7332" w:rsidRDefault="005B42CB" w:rsidP="005B42CB">
      <w:pPr>
        <w:keepNext/>
        <w:jc w:val="both"/>
        <w:rPr>
          <w:lang w:val="kk-KZ"/>
        </w:rPr>
      </w:pPr>
    </w:p>
    <w:p w14:paraId="18B421AD"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Н. Тілендиев даңғылынан Келешек орамына дейін, Келешек орамынан </w:t>
      </w:r>
      <w:proofErr w:type="spellStart"/>
      <w:r w:rsidRPr="006F7332">
        <w:rPr>
          <w:sz w:val="28"/>
          <w:szCs w:val="28"/>
          <w:lang w:val="kk-KZ"/>
        </w:rPr>
        <w:t>Жаңақоныс</w:t>
      </w:r>
      <w:proofErr w:type="spellEnd"/>
      <w:r w:rsidRPr="006F7332">
        <w:rPr>
          <w:sz w:val="28"/>
          <w:szCs w:val="28"/>
          <w:lang w:val="kk-KZ"/>
        </w:rPr>
        <w:t xml:space="preserve"> көшесіне дейін, </w:t>
      </w:r>
      <w:proofErr w:type="spellStart"/>
      <w:r w:rsidRPr="006F7332">
        <w:rPr>
          <w:sz w:val="28"/>
          <w:szCs w:val="28"/>
          <w:lang w:val="kk-KZ"/>
        </w:rPr>
        <w:t>Жаңақоныс</w:t>
      </w:r>
      <w:proofErr w:type="spellEnd"/>
      <w:r w:rsidRPr="006F7332">
        <w:rPr>
          <w:sz w:val="28"/>
          <w:szCs w:val="28"/>
          <w:lang w:val="kk-KZ"/>
        </w:rPr>
        <w:t xml:space="preserve"> көшесінен Күршім орамына дейін, Күршім орамынан Ж. Мұса көшесіне дейін, Ж. Мұса көшесінен Естай көшесіне дейін, Естай көшесінен, Болашақ көшесіндегі № 19/6, 19/7 үйлерді қоса алғанда, Болашақ көшесіндегі № 12 үйді және Естай көшесіндегі № 8, 10 үйлерді қоспағанда, Болашақ көшесіне дейін, Болашақ көшесінен, Болашақ көшесіндегі </w:t>
      </w:r>
      <w:r>
        <w:rPr>
          <w:sz w:val="28"/>
          <w:szCs w:val="28"/>
          <w:lang w:val="kk-KZ"/>
        </w:rPr>
        <w:br/>
      </w:r>
      <w:r w:rsidRPr="006F7332">
        <w:rPr>
          <w:sz w:val="28"/>
          <w:szCs w:val="28"/>
          <w:lang w:val="kk-KZ"/>
        </w:rPr>
        <w:t xml:space="preserve">№ 11/1, 13, 13а үйлерді қоспағанда, Өркен көшесіне дейін, Өркен көшесінен Байқоңыр көшесіне дейін, Байқоңыр көшесінен, Байқоңыр көшесіндегі № 1, 1/1, </w:t>
      </w:r>
      <w:r w:rsidRPr="006F7332">
        <w:rPr>
          <w:sz w:val="28"/>
          <w:szCs w:val="28"/>
          <w:lang w:val="kk-KZ"/>
        </w:rPr>
        <w:lastRenderedPageBreak/>
        <w:t xml:space="preserve">1/2, 1/3, 3, 16Б, 16в үйлерді қоспағанда және № 2/1, 2/2 үйлерді қоса алғанда, «Көктал-1» тұрғын алабының оңтүстік шекарасына дейін, «Көктал-1» тұрғын алабының оңтүстік шекарасының бойымен «Көктал-1» тұрғын алабының батыс шекарасына дейін, «Көктал-1» тұрғын алабының батыс шекарасының бойымен Болашақ көшесіне дейін, Болашақ көшесінен «Көктал-1» тұрғын алабының оңтүстік шекарасының бойымен оңтүстік-батыс айналма жолға дейін, </w:t>
      </w:r>
      <w:r>
        <w:rPr>
          <w:sz w:val="28"/>
          <w:szCs w:val="28"/>
          <w:lang w:val="kk-KZ"/>
        </w:rPr>
        <w:br/>
      </w:r>
      <w:r w:rsidRPr="006F7332">
        <w:rPr>
          <w:sz w:val="28"/>
          <w:szCs w:val="28"/>
          <w:lang w:val="kk-KZ"/>
        </w:rPr>
        <w:t xml:space="preserve">оңтүстік-батыс айналма жолдан, Шарын және </w:t>
      </w:r>
      <w:proofErr w:type="spellStart"/>
      <w:r w:rsidRPr="006F7332">
        <w:rPr>
          <w:sz w:val="28"/>
          <w:szCs w:val="28"/>
          <w:lang w:val="kk-KZ"/>
        </w:rPr>
        <w:t>Құмсуат</w:t>
      </w:r>
      <w:proofErr w:type="spellEnd"/>
      <w:r w:rsidRPr="006F7332">
        <w:rPr>
          <w:sz w:val="28"/>
          <w:szCs w:val="28"/>
          <w:lang w:val="kk-KZ"/>
        </w:rPr>
        <w:t xml:space="preserve"> орамдарындағы үйлерді қоса алғанда, Н. Тілендиев даңғылына дейін.</w:t>
      </w:r>
    </w:p>
    <w:p w14:paraId="517CAC3C" w14:textId="77777777" w:rsidR="005B42CB" w:rsidRPr="006F7332" w:rsidRDefault="005B42CB" w:rsidP="005B42CB">
      <w:pPr>
        <w:jc w:val="both"/>
        <w:rPr>
          <w:lang w:val="kk-KZ"/>
        </w:rPr>
      </w:pPr>
    </w:p>
    <w:p w14:paraId="36E85117" w14:textId="77777777" w:rsidR="005B42CB" w:rsidRPr="006F7332" w:rsidRDefault="005B42CB" w:rsidP="005B42CB">
      <w:pPr>
        <w:keepNext/>
        <w:keepLines/>
        <w:jc w:val="center"/>
        <w:rPr>
          <w:sz w:val="28"/>
          <w:szCs w:val="28"/>
          <w:lang w:val="kk-KZ"/>
        </w:rPr>
      </w:pPr>
      <w:r w:rsidRPr="006F7332">
        <w:rPr>
          <w:sz w:val="28"/>
          <w:szCs w:val="28"/>
          <w:lang w:val="kk-KZ"/>
        </w:rPr>
        <w:t>№ 375 сайлау учаскесі</w:t>
      </w:r>
    </w:p>
    <w:p w14:paraId="097BAA4A"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60 мектеп-лицей» шаруашылық жүргізу құқығындағы мемлекеттік коммуналдық кәсіпорны, </w:t>
      </w:r>
      <w:r>
        <w:rPr>
          <w:sz w:val="28"/>
          <w:szCs w:val="28"/>
          <w:lang w:val="kk-KZ"/>
        </w:rPr>
        <w:br/>
      </w:r>
      <w:r w:rsidRPr="006F7332">
        <w:rPr>
          <w:sz w:val="28"/>
          <w:szCs w:val="28"/>
          <w:lang w:val="kk-KZ"/>
        </w:rPr>
        <w:t>С. Кубрин көшесі, № 21/1)</w:t>
      </w:r>
    </w:p>
    <w:p w14:paraId="68407E92" w14:textId="77777777" w:rsidR="005B42CB" w:rsidRPr="006F7332" w:rsidRDefault="005B42CB" w:rsidP="005B42CB">
      <w:pPr>
        <w:keepNext/>
        <w:jc w:val="both"/>
        <w:rPr>
          <w:lang w:val="kk-KZ"/>
        </w:rPr>
      </w:pPr>
    </w:p>
    <w:p w14:paraId="0D448EE5" w14:textId="77777777" w:rsidR="005B42CB" w:rsidRPr="006F7332" w:rsidRDefault="005B42CB" w:rsidP="005B42CB">
      <w:pPr>
        <w:ind w:firstLine="709"/>
        <w:jc w:val="both"/>
        <w:rPr>
          <w:sz w:val="28"/>
          <w:szCs w:val="28"/>
          <w:lang w:val="kk-KZ"/>
        </w:rPr>
      </w:pPr>
      <w:r w:rsidRPr="006F7332">
        <w:rPr>
          <w:sz w:val="28"/>
          <w:szCs w:val="28"/>
          <w:lang w:val="kk-KZ"/>
        </w:rPr>
        <w:t>Шекарасы: Ә. Жангелдин көшесінен Боталы көшесіне дейін, Боталы көшесінен, С. Кубрин көшесіндегі № 22/1 үйді және С. Сейфуллин көшесіндегі</w:t>
      </w:r>
      <w:r w:rsidRPr="006F7332">
        <w:rPr>
          <w:sz w:val="28"/>
          <w:szCs w:val="28"/>
          <w:lang w:val="kk-KZ"/>
        </w:rPr>
        <w:br/>
        <w:t>№ 9 үйді қоспағанда және С. Сейфуллин көшесіндегі № 7 үйді қоса алғанда,</w:t>
      </w:r>
      <w:r w:rsidRPr="006F7332">
        <w:rPr>
          <w:sz w:val="28"/>
          <w:szCs w:val="28"/>
          <w:lang w:val="kk-KZ"/>
        </w:rPr>
        <w:br/>
        <w:t>С. Сейфуллин көшесіне дейін, С. Сейфуллин көшесінен М. Әуезов орамына дейін, М. Әуезов орамынан С. Кубрин көшесіне дейін, С. Кубрин көшесінен</w:t>
      </w:r>
      <w:r w:rsidRPr="006F7332">
        <w:rPr>
          <w:sz w:val="28"/>
          <w:szCs w:val="28"/>
          <w:lang w:val="kk-KZ"/>
        </w:rPr>
        <w:br/>
        <w:t xml:space="preserve">К. Күмісбеков көшесіне дейін, К. Күмісбеков көшесінен, Б. </w:t>
      </w:r>
      <w:proofErr w:type="spellStart"/>
      <w:r w:rsidRPr="006F7332">
        <w:rPr>
          <w:sz w:val="28"/>
          <w:szCs w:val="28"/>
          <w:lang w:val="kk-KZ"/>
        </w:rPr>
        <w:t>Соқпақбаев</w:t>
      </w:r>
      <w:proofErr w:type="spellEnd"/>
      <w:r w:rsidRPr="006F7332">
        <w:rPr>
          <w:sz w:val="28"/>
          <w:szCs w:val="28"/>
          <w:lang w:val="kk-KZ"/>
        </w:rPr>
        <w:t xml:space="preserve"> көшесіндегі № 6 үйді және К. Күмісбеков көшесіндегі № 11 үйді қоса алғанда,</w:t>
      </w:r>
      <w:r w:rsidRPr="006F7332">
        <w:rPr>
          <w:sz w:val="28"/>
          <w:szCs w:val="28"/>
          <w:lang w:val="kk-KZ"/>
        </w:rPr>
        <w:br/>
        <w:t>Ә. Жангелдин көшесіне дейін.</w:t>
      </w:r>
    </w:p>
    <w:p w14:paraId="1A2A913B" w14:textId="77777777" w:rsidR="005B42CB" w:rsidRPr="006F7332" w:rsidRDefault="005B42CB" w:rsidP="005B42CB">
      <w:pPr>
        <w:jc w:val="both"/>
        <w:rPr>
          <w:lang w:val="kk-KZ"/>
        </w:rPr>
      </w:pPr>
    </w:p>
    <w:p w14:paraId="6E123416" w14:textId="77777777" w:rsidR="005B42CB" w:rsidRPr="006F7332" w:rsidRDefault="005B42CB" w:rsidP="005B42CB">
      <w:pPr>
        <w:keepNext/>
        <w:keepLines/>
        <w:jc w:val="center"/>
        <w:rPr>
          <w:sz w:val="28"/>
          <w:szCs w:val="28"/>
          <w:lang w:val="kk-KZ"/>
        </w:rPr>
      </w:pPr>
      <w:r w:rsidRPr="006F7332">
        <w:rPr>
          <w:sz w:val="28"/>
          <w:szCs w:val="28"/>
          <w:lang w:val="kk-KZ"/>
        </w:rPr>
        <w:t>№ 376 сайлау учаскесі</w:t>
      </w:r>
    </w:p>
    <w:p w14:paraId="4B651DE9"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«Мағжан Жұмабаев атындағы </w:t>
      </w:r>
      <w:r>
        <w:rPr>
          <w:sz w:val="28"/>
          <w:szCs w:val="28"/>
          <w:lang w:val="kk-KZ"/>
        </w:rPr>
        <w:br/>
      </w:r>
      <w:r w:rsidRPr="006F7332">
        <w:rPr>
          <w:sz w:val="28"/>
          <w:szCs w:val="28"/>
          <w:lang w:val="kk-KZ"/>
        </w:rPr>
        <w:t xml:space="preserve">№ 65 мектеп-гимназия» шаруашылық жүргізу құқығындағы мемлекеттік коммуналдық кәсіпорны, Б. </w:t>
      </w:r>
      <w:proofErr w:type="spellStart"/>
      <w:r w:rsidRPr="006F7332">
        <w:rPr>
          <w:sz w:val="28"/>
          <w:szCs w:val="28"/>
          <w:lang w:val="kk-KZ"/>
        </w:rPr>
        <w:t>Соқпақбаев</w:t>
      </w:r>
      <w:proofErr w:type="spellEnd"/>
      <w:r w:rsidRPr="006F7332">
        <w:rPr>
          <w:sz w:val="28"/>
          <w:szCs w:val="28"/>
          <w:lang w:val="kk-KZ"/>
        </w:rPr>
        <w:t xml:space="preserve"> көшесі, № 18/4)</w:t>
      </w:r>
    </w:p>
    <w:p w14:paraId="01395F78" w14:textId="77777777" w:rsidR="005B42CB" w:rsidRPr="006F7332" w:rsidRDefault="005B42CB" w:rsidP="005B42CB">
      <w:pPr>
        <w:keepNext/>
        <w:jc w:val="both"/>
        <w:rPr>
          <w:lang w:val="kk-KZ"/>
        </w:rPr>
      </w:pPr>
    </w:p>
    <w:p w14:paraId="111040AF" w14:textId="77777777" w:rsidR="005B42CB" w:rsidRPr="006F7332" w:rsidRDefault="005B42CB" w:rsidP="005B42CB">
      <w:pPr>
        <w:ind w:firstLine="709"/>
        <w:jc w:val="both"/>
        <w:rPr>
          <w:sz w:val="28"/>
          <w:szCs w:val="28"/>
          <w:lang w:val="kk-KZ"/>
        </w:rPr>
      </w:pPr>
      <w:r w:rsidRPr="006F7332">
        <w:rPr>
          <w:sz w:val="28"/>
          <w:szCs w:val="28"/>
          <w:lang w:val="kk-KZ"/>
        </w:rPr>
        <w:t>Шекарасы: Бөгенбай батыр даңғылынан Н. Щорс көшесіне дейін, Н. Щорс көшесінің тақ сандар жағымен Бөгенбай батыр даңғылындағы № 24/2 үйдің және Н. Щорс көшесіндегі № 12/2 үйдің бойымен Ә. Жангелдин көшесіне дейін,</w:t>
      </w:r>
      <w:r w:rsidRPr="006F7332">
        <w:rPr>
          <w:sz w:val="28"/>
          <w:szCs w:val="28"/>
          <w:lang w:val="kk-KZ"/>
        </w:rPr>
        <w:br/>
        <w:t xml:space="preserve">Ә. Жангелдин көшесінен К. Күмісбеков көшесіне дейін, К. Күмісбеков көшесінен, К. Күмісбеков көшесіндегі № 11 үйді қоспағанда, Жамбыл көшесіне дейін, Жамбыл көшесінен Ш. </w:t>
      </w:r>
      <w:proofErr w:type="spellStart"/>
      <w:r w:rsidRPr="006F7332">
        <w:rPr>
          <w:sz w:val="28"/>
          <w:szCs w:val="28"/>
          <w:lang w:val="kk-KZ"/>
        </w:rPr>
        <w:t>Қосшығұлұлы</w:t>
      </w:r>
      <w:proofErr w:type="spellEnd"/>
      <w:r w:rsidRPr="006F7332">
        <w:rPr>
          <w:sz w:val="28"/>
          <w:szCs w:val="28"/>
          <w:lang w:val="kk-KZ"/>
        </w:rPr>
        <w:t xml:space="preserve"> көшесіне дейін, Ш. </w:t>
      </w:r>
      <w:proofErr w:type="spellStart"/>
      <w:r w:rsidRPr="006F7332">
        <w:rPr>
          <w:sz w:val="28"/>
          <w:szCs w:val="28"/>
          <w:lang w:val="kk-KZ"/>
        </w:rPr>
        <w:t>Қосшығұлұлы</w:t>
      </w:r>
      <w:proofErr w:type="spellEnd"/>
      <w:r w:rsidRPr="006F7332">
        <w:rPr>
          <w:sz w:val="28"/>
          <w:szCs w:val="28"/>
          <w:lang w:val="kk-KZ"/>
        </w:rPr>
        <w:t xml:space="preserve"> көшесінен Бірінші Алматы көшесіне дейін, Бірінші Алматы көшесінің тақ сандар жағымен, Бірінші Алматы көшесіндегі № 41/2, 41/2а, 41/2б, 41/2в, 45, 45а, 45а/1, 45в, 45/2 үйлерді және Бөгенбай батыр даңғылындағы № 6/5, 10 үйлерді қоса алғанда, Бөгенбай батыр даңғылына дейін.</w:t>
      </w:r>
    </w:p>
    <w:p w14:paraId="378E34FF" w14:textId="77777777" w:rsidR="005B42CB" w:rsidRPr="006F7332" w:rsidRDefault="005B42CB" w:rsidP="005B42CB">
      <w:pPr>
        <w:jc w:val="both"/>
        <w:rPr>
          <w:lang w:val="kk-KZ"/>
        </w:rPr>
      </w:pPr>
    </w:p>
    <w:p w14:paraId="6593DB2F" w14:textId="77777777" w:rsidR="005B42CB" w:rsidRPr="006F7332" w:rsidRDefault="005B42CB" w:rsidP="005B42CB">
      <w:pPr>
        <w:keepNext/>
        <w:keepLines/>
        <w:jc w:val="center"/>
        <w:rPr>
          <w:sz w:val="28"/>
          <w:szCs w:val="28"/>
          <w:lang w:val="kk-KZ"/>
        </w:rPr>
      </w:pPr>
      <w:r w:rsidRPr="006F7332">
        <w:rPr>
          <w:sz w:val="28"/>
          <w:szCs w:val="28"/>
          <w:lang w:val="kk-KZ"/>
        </w:rPr>
        <w:t>№ 377 сайлау учаскесі</w:t>
      </w:r>
    </w:p>
    <w:p w14:paraId="744C9999"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«Сәкен Сейфуллин атындағы </w:t>
      </w:r>
      <w:r>
        <w:rPr>
          <w:sz w:val="28"/>
          <w:szCs w:val="28"/>
          <w:lang w:val="kk-KZ"/>
        </w:rPr>
        <w:br/>
      </w:r>
      <w:r w:rsidRPr="006F7332">
        <w:rPr>
          <w:sz w:val="28"/>
          <w:szCs w:val="28"/>
          <w:lang w:val="kk-KZ"/>
        </w:rPr>
        <w:t xml:space="preserve">№ 80 мектеп-гимназия» шаруашылық жүргізу құқығындағы мемлекеттік коммуналдық кәсіпорны, Ш. </w:t>
      </w:r>
      <w:proofErr w:type="spellStart"/>
      <w:r w:rsidRPr="006F7332">
        <w:rPr>
          <w:sz w:val="28"/>
          <w:szCs w:val="28"/>
          <w:lang w:val="kk-KZ"/>
        </w:rPr>
        <w:t>Қосшығұлұлы</w:t>
      </w:r>
      <w:proofErr w:type="spellEnd"/>
      <w:r w:rsidRPr="006F7332">
        <w:rPr>
          <w:sz w:val="28"/>
          <w:szCs w:val="28"/>
          <w:lang w:val="kk-KZ"/>
        </w:rPr>
        <w:t xml:space="preserve"> көшесі, № 17/2)</w:t>
      </w:r>
    </w:p>
    <w:p w14:paraId="39AD88A1" w14:textId="77777777" w:rsidR="005B42CB" w:rsidRPr="006F7332" w:rsidRDefault="005B42CB" w:rsidP="005B42CB">
      <w:pPr>
        <w:keepNext/>
        <w:jc w:val="both"/>
        <w:rPr>
          <w:lang w:val="kk-KZ"/>
        </w:rPr>
      </w:pPr>
    </w:p>
    <w:p w14:paraId="515F60AE"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Ш. </w:t>
      </w:r>
      <w:proofErr w:type="spellStart"/>
      <w:r w:rsidRPr="006F7332">
        <w:rPr>
          <w:sz w:val="28"/>
          <w:szCs w:val="28"/>
          <w:lang w:val="kk-KZ"/>
        </w:rPr>
        <w:t>Қосшығұлұлы</w:t>
      </w:r>
      <w:proofErr w:type="spellEnd"/>
      <w:r w:rsidRPr="006F7332">
        <w:rPr>
          <w:sz w:val="28"/>
          <w:szCs w:val="28"/>
          <w:lang w:val="kk-KZ"/>
        </w:rPr>
        <w:t xml:space="preserve"> көшесінен, Ш. </w:t>
      </w:r>
      <w:proofErr w:type="spellStart"/>
      <w:r w:rsidRPr="006F7332">
        <w:rPr>
          <w:sz w:val="28"/>
          <w:szCs w:val="28"/>
          <w:lang w:val="kk-KZ"/>
        </w:rPr>
        <w:t>Қосшығұлұлы</w:t>
      </w:r>
      <w:proofErr w:type="spellEnd"/>
      <w:r w:rsidRPr="006F7332">
        <w:rPr>
          <w:sz w:val="28"/>
          <w:szCs w:val="28"/>
          <w:lang w:val="kk-KZ"/>
        </w:rPr>
        <w:t xml:space="preserve"> көшесіндегі</w:t>
      </w:r>
      <w:r w:rsidRPr="006F7332">
        <w:rPr>
          <w:sz w:val="28"/>
          <w:szCs w:val="28"/>
          <w:lang w:val="kk-KZ"/>
        </w:rPr>
        <w:br/>
        <w:t xml:space="preserve">№ 3, 3/2 үйлерді қоспағанда, К. Күмісбеков көшесіне дейін, К. Күмісбеков </w:t>
      </w:r>
      <w:r w:rsidRPr="006F7332">
        <w:rPr>
          <w:sz w:val="28"/>
          <w:szCs w:val="28"/>
          <w:lang w:val="kk-KZ"/>
        </w:rPr>
        <w:lastRenderedPageBreak/>
        <w:t xml:space="preserve">көшесінен, К. Күмісбеков көшесіндегі № 3а үйді қоспағанда, Айпара көшесіне дейін, Айпара көшесінен, К. Күмісбеков көшесіндегі № 1 және Кенесары көшесіндегі № 1, 1а үйлерді қоспағанда, Кенесары көшесіне дейін, Кенесары көшесінен Есіл өзенінің жағалауына дейін, Есіл өзенінің жағалауы бойымен, </w:t>
      </w:r>
      <w:r>
        <w:rPr>
          <w:sz w:val="28"/>
          <w:szCs w:val="28"/>
          <w:lang w:val="kk-KZ"/>
        </w:rPr>
        <w:br/>
      </w:r>
      <w:r w:rsidRPr="006F7332">
        <w:rPr>
          <w:sz w:val="28"/>
          <w:szCs w:val="28"/>
          <w:lang w:val="kk-KZ"/>
        </w:rPr>
        <w:t xml:space="preserve">Е882 көшедегі № 3а, 5 үйлерді қоспағанда, Е. Серкебаев көшесіне дейін, </w:t>
      </w:r>
      <w:r>
        <w:rPr>
          <w:sz w:val="28"/>
          <w:szCs w:val="28"/>
          <w:lang w:val="kk-KZ"/>
        </w:rPr>
        <w:br/>
      </w:r>
      <w:r w:rsidRPr="006F7332">
        <w:rPr>
          <w:sz w:val="28"/>
          <w:szCs w:val="28"/>
          <w:lang w:val="kk-KZ"/>
        </w:rPr>
        <w:t xml:space="preserve">Е. Серкебаев көшесінен Ш. </w:t>
      </w:r>
      <w:proofErr w:type="spellStart"/>
      <w:r w:rsidRPr="006F7332">
        <w:rPr>
          <w:sz w:val="28"/>
          <w:szCs w:val="28"/>
          <w:lang w:val="kk-KZ"/>
        </w:rPr>
        <w:t>Қосшығұлұлы</w:t>
      </w:r>
      <w:proofErr w:type="spellEnd"/>
      <w:r w:rsidRPr="006F7332">
        <w:rPr>
          <w:sz w:val="28"/>
          <w:szCs w:val="28"/>
          <w:lang w:val="kk-KZ"/>
        </w:rPr>
        <w:t xml:space="preserve"> көшесіне дейін.</w:t>
      </w:r>
    </w:p>
    <w:p w14:paraId="530CC508" w14:textId="77777777" w:rsidR="005B42CB" w:rsidRPr="006F7332" w:rsidRDefault="005B42CB" w:rsidP="005B42CB">
      <w:pPr>
        <w:jc w:val="both"/>
        <w:rPr>
          <w:lang w:val="kk-KZ"/>
        </w:rPr>
      </w:pPr>
    </w:p>
    <w:p w14:paraId="2BEFAB3C" w14:textId="77777777" w:rsidR="005B42CB" w:rsidRPr="006F7332" w:rsidRDefault="005B42CB" w:rsidP="005B42CB">
      <w:pPr>
        <w:keepNext/>
        <w:keepLines/>
        <w:jc w:val="center"/>
        <w:rPr>
          <w:sz w:val="28"/>
          <w:szCs w:val="28"/>
          <w:lang w:val="kk-KZ"/>
        </w:rPr>
      </w:pPr>
      <w:r w:rsidRPr="006F7332">
        <w:rPr>
          <w:sz w:val="28"/>
          <w:szCs w:val="28"/>
          <w:lang w:val="kk-KZ"/>
        </w:rPr>
        <w:t>№ 378 сайлау учаскесі</w:t>
      </w:r>
    </w:p>
    <w:p w14:paraId="2488E2C8" w14:textId="77777777" w:rsidR="005B42CB" w:rsidRPr="006F7332" w:rsidRDefault="005B42CB" w:rsidP="005B42CB">
      <w:pPr>
        <w:keepNext/>
        <w:keepLines/>
        <w:jc w:val="center"/>
        <w:rPr>
          <w:sz w:val="28"/>
          <w:szCs w:val="28"/>
          <w:lang w:val="kk-KZ"/>
        </w:rPr>
      </w:pPr>
      <w:r w:rsidRPr="006F7332">
        <w:rPr>
          <w:sz w:val="28"/>
          <w:szCs w:val="28"/>
          <w:lang w:val="kk-KZ"/>
        </w:rPr>
        <w:t>(орталығы – «</w:t>
      </w:r>
      <w:proofErr w:type="spellStart"/>
      <w:r w:rsidRPr="006F7332">
        <w:rPr>
          <w:sz w:val="28"/>
          <w:szCs w:val="28"/>
          <w:lang w:val="kk-KZ"/>
        </w:rPr>
        <w:t>Urban</w:t>
      </w:r>
      <w:proofErr w:type="spellEnd"/>
      <w:r w:rsidRPr="006F7332">
        <w:rPr>
          <w:sz w:val="28"/>
          <w:szCs w:val="28"/>
          <w:lang w:val="kk-KZ"/>
        </w:rPr>
        <w:t xml:space="preserve"> </w:t>
      </w:r>
      <w:proofErr w:type="spellStart"/>
      <w:r w:rsidRPr="006F7332">
        <w:rPr>
          <w:sz w:val="28"/>
          <w:szCs w:val="28"/>
          <w:lang w:val="kk-KZ"/>
        </w:rPr>
        <w:t>college</w:t>
      </w:r>
      <w:proofErr w:type="spellEnd"/>
      <w:r w:rsidRPr="006F7332">
        <w:rPr>
          <w:sz w:val="28"/>
          <w:szCs w:val="28"/>
          <w:lang w:val="kk-KZ"/>
        </w:rPr>
        <w:t xml:space="preserve">» жауапкершілігі шектеулі серіктестігі, </w:t>
      </w:r>
      <w:r>
        <w:rPr>
          <w:sz w:val="28"/>
          <w:szCs w:val="28"/>
          <w:lang w:val="kk-KZ"/>
        </w:rPr>
        <w:br/>
      </w:r>
      <w:r w:rsidRPr="006F7332">
        <w:rPr>
          <w:sz w:val="28"/>
          <w:szCs w:val="28"/>
          <w:lang w:val="kk-KZ"/>
        </w:rPr>
        <w:t>Дәулеткерей көшесі, № 1)</w:t>
      </w:r>
    </w:p>
    <w:p w14:paraId="3270DF29" w14:textId="77777777" w:rsidR="005B42CB" w:rsidRPr="006F7332" w:rsidRDefault="005B42CB" w:rsidP="005B42CB">
      <w:pPr>
        <w:keepNext/>
        <w:jc w:val="both"/>
        <w:rPr>
          <w:lang w:val="kk-KZ"/>
        </w:rPr>
      </w:pPr>
    </w:p>
    <w:p w14:paraId="2F2DECD4"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w:t>
      </w:r>
      <w:proofErr w:type="spellStart"/>
      <w:r w:rsidRPr="006F7332">
        <w:rPr>
          <w:sz w:val="28"/>
          <w:szCs w:val="28"/>
          <w:lang w:val="kk-KZ"/>
        </w:rPr>
        <w:t>Сұлукөл</w:t>
      </w:r>
      <w:proofErr w:type="spellEnd"/>
      <w:r w:rsidRPr="006F7332">
        <w:rPr>
          <w:sz w:val="28"/>
          <w:szCs w:val="28"/>
          <w:lang w:val="kk-KZ"/>
        </w:rPr>
        <w:t xml:space="preserve"> көшесінен Ардагерлер көшесіне дейін, Ардагерлер көшесінен, Абайдың 150 жылдығы көшесіндегі № 22/3 үйді және Шұғыла көшесіндегі № 24 үйді қоспағанда, Абайдың 150 жылдығы көшесіне дейін, Абайдың 150 жылдығы көшесінен Ж. </w:t>
      </w:r>
      <w:proofErr w:type="spellStart"/>
      <w:r w:rsidRPr="006F7332">
        <w:rPr>
          <w:sz w:val="28"/>
          <w:szCs w:val="28"/>
          <w:lang w:val="kk-KZ"/>
        </w:rPr>
        <w:t>Ақпаев</w:t>
      </w:r>
      <w:proofErr w:type="spellEnd"/>
      <w:r w:rsidRPr="006F7332">
        <w:rPr>
          <w:sz w:val="28"/>
          <w:szCs w:val="28"/>
          <w:lang w:val="kk-KZ"/>
        </w:rPr>
        <w:t xml:space="preserve"> көшесіне дейін, Ж. </w:t>
      </w:r>
      <w:proofErr w:type="spellStart"/>
      <w:r w:rsidRPr="006F7332">
        <w:rPr>
          <w:sz w:val="28"/>
          <w:szCs w:val="28"/>
          <w:lang w:val="kk-KZ"/>
        </w:rPr>
        <w:t>Ақпаев</w:t>
      </w:r>
      <w:proofErr w:type="spellEnd"/>
      <w:r w:rsidRPr="006F7332">
        <w:rPr>
          <w:sz w:val="28"/>
          <w:szCs w:val="28"/>
          <w:lang w:val="kk-KZ"/>
        </w:rPr>
        <w:t xml:space="preserve"> көшесінен </w:t>
      </w:r>
      <w:proofErr w:type="spellStart"/>
      <w:r w:rsidRPr="006F7332">
        <w:rPr>
          <w:sz w:val="28"/>
          <w:szCs w:val="28"/>
          <w:lang w:val="kk-KZ"/>
        </w:rPr>
        <w:t>Қаражорға</w:t>
      </w:r>
      <w:proofErr w:type="spellEnd"/>
      <w:r w:rsidRPr="006F7332">
        <w:rPr>
          <w:sz w:val="28"/>
          <w:szCs w:val="28"/>
          <w:lang w:val="kk-KZ"/>
        </w:rPr>
        <w:t xml:space="preserve"> орамына дейін, </w:t>
      </w:r>
      <w:proofErr w:type="spellStart"/>
      <w:r w:rsidRPr="006F7332">
        <w:rPr>
          <w:sz w:val="28"/>
          <w:szCs w:val="28"/>
          <w:lang w:val="kk-KZ"/>
        </w:rPr>
        <w:t>Қаражорға</w:t>
      </w:r>
      <w:proofErr w:type="spellEnd"/>
      <w:r w:rsidRPr="006F7332">
        <w:rPr>
          <w:sz w:val="28"/>
          <w:szCs w:val="28"/>
          <w:lang w:val="kk-KZ"/>
        </w:rPr>
        <w:t xml:space="preserve"> орамынан В. Радлов көшесінің бойымен Ақан сері көшесіне дейін, Ақан сері көшесінен </w:t>
      </w:r>
      <w:proofErr w:type="spellStart"/>
      <w:r w:rsidRPr="006F7332">
        <w:rPr>
          <w:sz w:val="28"/>
          <w:szCs w:val="28"/>
          <w:lang w:val="kk-KZ"/>
        </w:rPr>
        <w:t>Земляничная</w:t>
      </w:r>
      <w:proofErr w:type="spellEnd"/>
      <w:r w:rsidRPr="006F7332">
        <w:rPr>
          <w:sz w:val="28"/>
          <w:szCs w:val="28"/>
          <w:lang w:val="kk-KZ"/>
        </w:rPr>
        <w:t xml:space="preserve"> көшесінің бойымен Бейбарыс сұлтан көшесіне дейін, Бейбарыс сұлтан көшесінен «Көктал» паркінің шекарасына дейін,</w:t>
      </w:r>
      <w:r w:rsidRPr="006F7332">
        <w:rPr>
          <w:lang w:val="kk-KZ"/>
        </w:rPr>
        <w:t xml:space="preserve"> </w:t>
      </w:r>
      <w:r w:rsidRPr="006F7332">
        <w:rPr>
          <w:sz w:val="28"/>
          <w:szCs w:val="28"/>
          <w:lang w:val="kk-KZ"/>
        </w:rPr>
        <w:t>«Көктал» паркінің шекарасы бойымен, Бейбарыс сұлтан көшесіндегі № 31 үйді қоса алғанда және С902 көшедегі № 6, 6/1 үйлерді қоспағанда,</w:t>
      </w:r>
      <w:r w:rsidRPr="006F7332">
        <w:rPr>
          <w:lang w:val="kk-KZ"/>
        </w:rPr>
        <w:t xml:space="preserve"> </w:t>
      </w:r>
      <w:r w:rsidRPr="006F7332">
        <w:rPr>
          <w:sz w:val="28"/>
          <w:szCs w:val="28"/>
          <w:lang w:val="kk-KZ"/>
        </w:rPr>
        <w:t>Еңлік-Кебек көшесіне дейін, Еңлік-Кебек көшесінен,</w:t>
      </w:r>
      <w:r w:rsidRPr="006F7332">
        <w:rPr>
          <w:lang w:val="kk-KZ"/>
        </w:rPr>
        <w:t xml:space="preserve"> </w:t>
      </w:r>
      <w:r w:rsidRPr="006F7332">
        <w:rPr>
          <w:sz w:val="28"/>
          <w:szCs w:val="28"/>
          <w:lang w:val="kk-KZ"/>
        </w:rPr>
        <w:t>Еңлік-Кебек көшесіндегі № 1/3, 1в үйлерді қоса алғанда, Есіл өзенінің жағалауына дейін, Есіл өзенінің жағалауы бойымен № 12-1 көшедегі № 4 үйге дейін, № 12-1 көшедегі</w:t>
      </w:r>
      <w:r w:rsidRPr="006F7332">
        <w:rPr>
          <w:sz w:val="28"/>
          <w:szCs w:val="28"/>
          <w:lang w:val="kk-KZ"/>
        </w:rPr>
        <w:br/>
        <w:t xml:space="preserve">№ 4 үйден, </w:t>
      </w:r>
      <w:proofErr w:type="spellStart"/>
      <w:r w:rsidRPr="006F7332">
        <w:rPr>
          <w:sz w:val="28"/>
          <w:szCs w:val="28"/>
          <w:lang w:val="kk-KZ"/>
        </w:rPr>
        <w:t>Аққорған</w:t>
      </w:r>
      <w:proofErr w:type="spellEnd"/>
      <w:r w:rsidRPr="006F7332">
        <w:rPr>
          <w:sz w:val="28"/>
          <w:szCs w:val="28"/>
          <w:lang w:val="kk-KZ"/>
        </w:rPr>
        <w:t xml:space="preserve"> көшесіндегі № 2, 2а үйлерді қоса алғанда, </w:t>
      </w:r>
      <w:proofErr w:type="spellStart"/>
      <w:r w:rsidRPr="006F7332">
        <w:rPr>
          <w:sz w:val="28"/>
          <w:szCs w:val="28"/>
          <w:lang w:val="kk-KZ"/>
        </w:rPr>
        <w:t>Аққорған</w:t>
      </w:r>
      <w:proofErr w:type="spellEnd"/>
      <w:r w:rsidRPr="006F7332">
        <w:rPr>
          <w:sz w:val="28"/>
          <w:szCs w:val="28"/>
          <w:lang w:val="kk-KZ"/>
        </w:rPr>
        <w:t xml:space="preserve"> көшесіне дейін, </w:t>
      </w:r>
      <w:proofErr w:type="spellStart"/>
      <w:r w:rsidRPr="006F7332">
        <w:rPr>
          <w:sz w:val="28"/>
          <w:szCs w:val="28"/>
          <w:lang w:val="kk-KZ"/>
        </w:rPr>
        <w:t>Аққорған</w:t>
      </w:r>
      <w:proofErr w:type="spellEnd"/>
      <w:r w:rsidRPr="006F7332">
        <w:rPr>
          <w:sz w:val="28"/>
          <w:szCs w:val="28"/>
          <w:lang w:val="kk-KZ"/>
        </w:rPr>
        <w:t xml:space="preserve"> көшесінен Болашақ көшесіне дейін, Болашақ көшесінен </w:t>
      </w:r>
      <w:proofErr w:type="spellStart"/>
      <w:r w:rsidRPr="006F7332">
        <w:rPr>
          <w:sz w:val="28"/>
          <w:szCs w:val="28"/>
          <w:lang w:val="kk-KZ"/>
        </w:rPr>
        <w:t>Сұлукөл</w:t>
      </w:r>
      <w:proofErr w:type="spellEnd"/>
      <w:r w:rsidRPr="006F7332">
        <w:rPr>
          <w:sz w:val="28"/>
          <w:szCs w:val="28"/>
          <w:lang w:val="kk-KZ"/>
        </w:rPr>
        <w:t xml:space="preserve"> көшесіне дейін.</w:t>
      </w:r>
    </w:p>
    <w:p w14:paraId="0FE35F0E" w14:textId="77777777" w:rsidR="005B42CB" w:rsidRPr="006F7332" w:rsidRDefault="005B42CB" w:rsidP="005B42CB">
      <w:pPr>
        <w:jc w:val="both"/>
        <w:rPr>
          <w:lang w:val="kk-KZ"/>
        </w:rPr>
      </w:pPr>
    </w:p>
    <w:p w14:paraId="20C24DFE" w14:textId="77777777" w:rsidR="005B42CB" w:rsidRPr="006F7332" w:rsidRDefault="005B42CB" w:rsidP="005B42CB">
      <w:pPr>
        <w:keepNext/>
        <w:keepLines/>
        <w:jc w:val="center"/>
        <w:rPr>
          <w:sz w:val="28"/>
          <w:szCs w:val="28"/>
          <w:lang w:val="kk-KZ"/>
        </w:rPr>
      </w:pPr>
      <w:r w:rsidRPr="006F7332">
        <w:rPr>
          <w:sz w:val="28"/>
          <w:szCs w:val="28"/>
          <w:lang w:val="kk-KZ"/>
        </w:rPr>
        <w:t>№ 379 сайлау учаскесі</w:t>
      </w:r>
    </w:p>
    <w:p w14:paraId="5936BBB3"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«Міржақып Дулатұлы атындағы </w:t>
      </w:r>
      <w:r>
        <w:rPr>
          <w:sz w:val="28"/>
          <w:szCs w:val="28"/>
          <w:lang w:val="kk-KZ"/>
        </w:rPr>
        <w:br/>
      </w:r>
      <w:r w:rsidRPr="006F7332">
        <w:rPr>
          <w:sz w:val="28"/>
          <w:szCs w:val="28"/>
          <w:lang w:val="kk-KZ"/>
        </w:rPr>
        <w:t>№ 68 мектеп-гимназия» шаруашылық жүргізу құқығындағы мемлекеттік коммуналдық кәсіпорны, «Көктал-2» тұрғын алабы, Құсмұрын көшесі, № 2)</w:t>
      </w:r>
    </w:p>
    <w:p w14:paraId="23CBA53C" w14:textId="77777777" w:rsidR="005B42CB" w:rsidRPr="006F7332" w:rsidRDefault="005B42CB" w:rsidP="005B42CB">
      <w:pPr>
        <w:keepNext/>
        <w:jc w:val="both"/>
        <w:rPr>
          <w:lang w:val="kk-KZ"/>
        </w:rPr>
      </w:pPr>
    </w:p>
    <w:p w14:paraId="568EB527" w14:textId="77777777" w:rsidR="005B42CB" w:rsidRPr="006F7332" w:rsidRDefault="005B42CB" w:rsidP="005B42CB">
      <w:pPr>
        <w:ind w:firstLine="709"/>
        <w:jc w:val="both"/>
        <w:rPr>
          <w:sz w:val="28"/>
          <w:szCs w:val="28"/>
          <w:lang w:val="kk-KZ"/>
        </w:rPr>
      </w:pPr>
      <w:r w:rsidRPr="006F7332">
        <w:rPr>
          <w:sz w:val="28"/>
          <w:szCs w:val="28"/>
          <w:lang w:val="kk-KZ"/>
        </w:rPr>
        <w:t>Шекарасы: айналма жолдан теміржол жолдарына дейін, теміржол жолдарының бойымен, Көктал көшесіндегі № 1г, 20/5 үйлерді қоса алғанда және Көктал көшесіндегі № 1Б, 9/1 үйлерді қоспағанда, Көктал</w:t>
      </w:r>
      <w:r w:rsidRPr="006F7332">
        <w:rPr>
          <w:lang w:val="kk-KZ"/>
        </w:rPr>
        <w:t xml:space="preserve"> </w:t>
      </w:r>
      <w:r w:rsidRPr="006F7332">
        <w:rPr>
          <w:sz w:val="28"/>
          <w:szCs w:val="28"/>
          <w:lang w:val="kk-KZ"/>
        </w:rPr>
        <w:t>көшесіне дейін, Көктал көшесінен, Көктал көшесіндегі № 15, 15/2, 17 үйлерді қоса алғанда, Ұлытау</w:t>
      </w:r>
      <w:r w:rsidRPr="006F7332">
        <w:rPr>
          <w:lang w:val="kk-KZ"/>
        </w:rPr>
        <w:t xml:space="preserve"> </w:t>
      </w:r>
      <w:r w:rsidRPr="006F7332">
        <w:rPr>
          <w:sz w:val="28"/>
          <w:szCs w:val="28"/>
          <w:lang w:val="kk-KZ"/>
        </w:rPr>
        <w:t>көшесіне дейін, Ұлытау көшесінен Жарқайың көшесіне дейін, Жарқайың көшесінен Наурыз көшесіне дейін, Наурыз көшесінен Құсмұрын көшесіне дейін, Құсмұрын көшесінен Қайнар көшесіне дейін, Қайнар көшесінен Ақмола көшесіне дейін, Ақмола көшесінен Баршын көшесіне дейін, Баршын көшесінен</w:t>
      </w:r>
      <w:r w:rsidRPr="006F7332">
        <w:rPr>
          <w:sz w:val="28"/>
          <w:szCs w:val="28"/>
          <w:lang w:val="kk-KZ"/>
        </w:rPr>
        <w:br/>
        <w:t>Н. Тілендиев даңғылына дейін, Н. Тілендиев даңғылынан айналма жолға дейін.</w:t>
      </w:r>
    </w:p>
    <w:p w14:paraId="3BC88883" w14:textId="77777777" w:rsidR="005B42CB" w:rsidRPr="006F7332" w:rsidRDefault="005B42CB" w:rsidP="005B42CB">
      <w:pPr>
        <w:jc w:val="both"/>
        <w:rPr>
          <w:lang w:val="kk-KZ"/>
        </w:rPr>
      </w:pPr>
    </w:p>
    <w:p w14:paraId="1729E049" w14:textId="77777777" w:rsidR="005B42CB" w:rsidRPr="006F7332" w:rsidRDefault="005B42CB" w:rsidP="005B42CB">
      <w:pPr>
        <w:keepNext/>
        <w:keepLines/>
        <w:jc w:val="center"/>
        <w:rPr>
          <w:sz w:val="28"/>
          <w:szCs w:val="28"/>
          <w:lang w:val="kk-KZ"/>
        </w:rPr>
      </w:pPr>
      <w:r w:rsidRPr="006F7332">
        <w:rPr>
          <w:sz w:val="28"/>
          <w:szCs w:val="28"/>
          <w:lang w:val="kk-KZ"/>
        </w:rPr>
        <w:lastRenderedPageBreak/>
        <w:t>№ 380 сайлау учаскесі</w:t>
      </w:r>
    </w:p>
    <w:p w14:paraId="3C8E0A11"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«Міржақып Дулатұлы атындағы </w:t>
      </w:r>
      <w:r>
        <w:rPr>
          <w:sz w:val="28"/>
          <w:szCs w:val="28"/>
          <w:lang w:val="kk-KZ"/>
        </w:rPr>
        <w:br/>
      </w:r>
      <w:r w:rsidRPr="006F7332">
        <w:rPr>
          <w:sz w:val="28"/>
          <w:szCs w:val="28"/>
          <w:lang w:val="kk-KZ"/>
        </w:rPr>
        <w:t>№ 68 мектеп-гимназия» шаруашылық жүргізу құқығындағы мемлекеттік коммуналдық кәсіпорны, «Көктал-2» тұрғын алабы, Құсмұрын көшесі, № 2)</w:t>
      </w:r>
    </w:p>
    <w:p w14:paraId="3024F4D6" w14:textId="77777777" w:rsidR="005B42CB" w:rsidRPr="006F7332" w:rsidRDefault="005B42CB" w:rsidP="005B42CB">
      <w:pPr>
        <w:keepNext/>
        <w:jc w:val="both"/>
        <w:rPr>
          <w:lang w:val="kk-KZ"/>
        </w:rPr>
      </w:pPr>
    </w:p>
    <w:p w14:paraId="14D1743C" w14:textId="77777777" w:rsidR="005B42CB" w:rsidRPr="006F7332" w:rsidRDefault="005B42CB" w:rsidP="005B42CB">
      <w:pPr>
        <w:ind w:firstLine="709"/>
        <w:jc w:val="both"/>
        <w:rPr>
          <w:sz w:val="28"/>
          <w:szCs w:val="28"/>
          <w:lang w:val="kk-KZ"/>
        </w:rPr>
      </w:pPr>
      <w:r w:rsidRPr="006F7332">
        <w:rPr>
          <w:sz w:val="28"/>
          <w:szCs w:val="28"/>
          <w:lang w:val="kk-KZ"/>
        </w:rPr>
        <w:t>Шекарасы: Н. Тілендиев даңғылынан Қима көшесімен Ақмола көшесіне дейін, Ақмола көшесімен Қайнар көшесіне дейін, Қайнар көшесінен Құсмұрын көшесіне дейін, Құсмұрын көшесінен Наурыз көшесіне дейін, Наурыз көшесінен Жарқайың көшесінің бойымен Ұлытау көшесіне дейін, Ұлытау көшесінен, Көктал көшесіндегі № 15, 15/2, 17 үйлерді қоспағанда, Көктал көшесіне дейін, Көктал көшесінен Н. Тілендиев даңғылына дейін.</w:t>
      </w:r>
    </w:p>
    <w:p w14:paraId="4264E801" w14:textId="77777777" w:rsidR="005B42CB" w:rsidRPr="006F7332" w:rsidRDefault="005B42CB" w:rsidP="005B42CB">
      <w:pPr>
        <w:jc w:val="both"/>
        <w:rPr>
          <w:lang w:val="kk-KZ"/>
        </w:rPr>
      </w:pPr>
    </w:p>
    <w:p w14:paraId="34254FC5" w14:textId="77777777" w:rsidR="005B42CB" w:rsidRPr="006F7332" w:rsidRDefault="005B42CB" w:rsidP="005B42CB">
      <w:pPr>
        <w:keepNext/>
        <w:keepLines/>
        <w:jc w:val="center"/>
        <w:rPr>
          <w:sz w:val="28"/>
          <w:szCs w:val="28"/>
          <w:lang w:val="kk-KZ"/>
        </w:rPr>
      </w:pPr>
      <w:r w:rsidRPr="006F7332">
        <w:rPr>
          <w:sz w:val="28"/>
          <w:szCs w:val="28"/>
          <w:lang w:val="kk-KZ"/>
        </w:rPr>
        <w:t>№ 381 сайлау учаскесі</w:t>
      </w:r>
    </w:p>
    <w:p w14:paraId="16721781"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«Нәзір Төреқұлов атындағы </w:t>
      </w:r>
      <w:r>
        <w:rPr>
          <w:sz w:val="28"/>
          <w:szCs w:val="28"/>
          <w:lang w:val="kk-KZ"/>
        </w:rPr>
        <w:br/>
      </w:r>
      <w:r w:rsidRPr="006F7332">
        <w:rPr>
          <w:sz w:val="28"/>
          <w:szCs w:val="28"/>
          <w:lang w:val="kk-KZ"/>
        </w:rPr>
        <w:t>№ 35 мектеп-лицей» шаруашылық жүргізу құқығындағы мемлекеттік коммуналдық кәсіпорны, Абай даңғылы, № 9/1)</w:t>
      </w:r>
    </w:p>
    <w:p w14:paraId="31FC68A9" w14:textId="77777777" w:rsidR="005B42CB" w:rsidRPr="006F7332" w:rsidRDefault="005B42CB" w:rsidP="005B42CB">
      <w:pPr>
        <w:keepNext/>
        <w:jc w:val="both"/>
        <w:rPr>
          <w:lang w:val="kk-KZ"/>
        </w:rPr>
      </w:pPr>
    </w:p>
    <w:p w14:paraId="3B47E919" w14:textId="77777777" w:rsidR="005B42CB" w:rsidRPr="006F7332" w:rsidRDefault="005B42CB" w:rsidP="005B42CB">
      <w:pPr>
        <w:ind w:firstLine="709"/>
        <w:jc w:val="both"/>
        <w:rPr>
          <w:sz w:val="28"/>
          <w:szCs w:val="28"/>
          <w:lang w:val="kk-KZ"/>
        </w:rPr>
      </w:pPr>
      <w:r w:rsidRPr="006F7332">
        <w:rPr>
          <w:sz w:val="28"/>
          <w:szCs w:val="28"/>
          <w:lang w:val="kk-KZ"/>
        </w:rPr>
        <w:t>Шекарасы: С. Сейфуллин көшесінен Сарыарқа даңғылына дейін, Сарыарқа даңғылының бойымен Абай даңғылына дейін, Абай даңғылынан Абай даңғылындағы № 1 үйге дейін, Абай даңғылындағы № 1, 3 үйлердің арасымен Абай даңғылындағы № 3/2 үйге дейін, Абай даңғылындағы № 3/2 үйден Абай даңғылындағы № 5/1 үйдің бойымен, С. Сейфуллин көшесіндегі № 8 үйді қоса алғанда, С. Сейфуллин көшесіне дейін.</w:t>
      </w:r>
    </w:p>
    <w:p w14:paraId="50C6256B" w14:textId="77777777" w:rsidR="005B42CB" w:rsidRPr="006F7332" w:rsidRDefault="005B42CB" w:rsidP="005B42CB">
      <w:pPr>
        <w:jc w:val="both"/>
        <w:rPr>
          <w:lang w:val="kk-KZ"/>
        </w:rPr>
      </w:pPr>
    </w:p>
    <w:p w14:paraId="5C9662B2" w14:textId="77777777" w:rsidR="005B42CB" w:rsidRPr="006F7332" w:rsidRDefault="005B42CB" w:rsidP="005B42CB">
      <w:pPr>
        <w:keepNext/>
        <w:keepLines/>
        <w:jc w:val="center"/>
        <w:rPr>
          <w:sz w:val="28"/>
          <w:szCs w:val="28"/>
          <w:lang w:val="kk-KZ"/>
        </w:rPr>
      </w:pPr>
      <w:r w:rsidRPr="006F7332">
        <w:rPr>
          <w:sz w:val="28"/>
          <w:szCs w:val="28"/>
          <w:lang w:val="kk-KZ"/>
        </w:rPr>
        <w:t>№ 382 сайлау учаскесі</w:t>
      </w:r>
    </w:p>
    <w:p w14:paraId="105524ED"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«Ілияс Есенберлин атындағы </w:t>
      </w:r>
      <w:r>
        <w:rPr>
          <w:sz w:val="28"/>
          <w:szCs w:val="28"/>
          <w:lang w:val="kk-KZ"/>
        </w:rPr>
        <w:br/>
      </w:r>
      <w:r w:rsidRPr="006F7332">
        <w:rPr>
          <w:sz w:val="28"/>
          <w:szCs w:val="28"/>
          <w:lang w:val="kk-KZ"/>
        </w:rPr>
        <w:t xml:space="preserve">№ 67 гимназия» шаруашылық жүргізу құқығындағы мемлекеттік коммуналдық кәсіпорны, Ш. </w:t>
      </w:r>
      <w:proofErr w:type="spellStart"/>
      <w:r w:rsidRPr="006F7332">
        <w:rPr>
          <w:sz w:val="28"/>
          <w:szCs w:val="28"/>
          <w:lang w:val="kk-KZ"/>
        </w:rPr>
        <w:t>Қосшығұлұлы</w:t>
      </w:r>
      <w:proofErr w:type="spellEnd"/>
      <w:r w:rsidRPr="006F7332">
        <w:rPr>
          <w:sz w:val="28"/>
          <w:szCs w:val="28"/>
          <w:lang w:val="kk-KZ"/>
        </w:rPr>
        <w:t xml:space="preserve"> көшесі, № 23/1)</w:t>
      </w:r>
    </w:p>
    <w:p w14:paraId="2D765EE8" w14:textId="77777777" w:rsidR="005B42CB" w:rsidRPr="006F7332" w:rsidRDefault="005B42CB" w:rsidP="005B42CB">
      <w:pPr>
        <w:keepNext/>
        <w:jc w:val="both"/>
        <w:rPr>
          <w:lang w:val="kk-KZ"/>
        </w:rPr>
      </w:pPr>
    </w:p>
    <w:p w14:paraId="3123B6B6" w14:textId="4EF518EB" w:rsidR="005B42CB" w:rsidRPr="006F7332" w:rsidRDefault="005B42CB" w:rsidP="005B42CB">
      <w:pPr>
        <w:ind w:firstLine="709"/>
        <w:jc w:val="both"/>
        <w:rPr>
          <w:sz w:val="28"/>
          <w:szCs w:val="28"/>
          <w:lang w:val="kk-KZ"/>
        </w:rPr>
      </w:pPr>
      <w:r w:rsidRPr="006F7332">
        <w:rPr>
          <w:sz w:val="28"/>
          <w:szCs w:val="28"/>
          <w:lang w:val="kk-KZ"/>
        </w:rPr>
        <w:t>Шекарасы: Есіл өзенінің жағалауынан Ш. Айтматов көшесіндегі № 77/6, 77/8 үйлердің арасымен Ш. Айтматов көшесіндегі № 77/4 үйге дейін, Ш. Айтматов көшесіндегі № 77/4 үйден, Ш. Айтматов көшесіндегі № 77/11, 79/1 үйлерді қоспағанда, Ш. Айтматов көшесіндегі № 79 үйге дейін, Ш. Айтматов көшесіндегі № 79 үйден, Е. Серкебаев көшесіндегі № 43 үйді және Бейбарыс сұлтан көшесіндегі № 3 үйді қоспағанда, Е. Серкебаев көшесіндегі № 41 үйге дейін,</w:t>
      </w:r>
      <w:r>
        <w:rPr>
          <w:sz w:val="28"/>
          <w:szCs w:val="28"/>
          <w:lang w:val="kk-KZ"/>
        </w:rPr>
        <w:t xml:space="preserve"> </w:t>
      </w:r>
      <w:r w:rsidRPr="006F7332">
        <w:rPr>
          <w:sz w:val="28"/>
          <w:szCs w:val="28"/>
          <w:lang w:val="kk-KZ"/>
        </w:rPr>
        <w:t>Е. Серкебаев көшесіндегі № 41 үйден Ш. Бейсекова көшесіне дейін, Ш. Бейсекова көшесінен Есіл өзенінің жағалауына дейін.</w:t>
      </w:r>
    </w:p>
    <w:p w14:paraId="42252215" w14:textId="77777777" w:rsidR="005B42CB" w:rsidRPr="006F7332" w:rsidRDefault="005B42CB" w:rsidP="005B42CB">
      <w:pPr>
        <w:jc w:val="both"/>
        <w:rPr>
          <w:lang w:val="kk-KZ"/>
        </w:rPr>
      </w:pPr>
    </w:p>
    <w:p w14:paraId="259961C9" w14:textId="77777777" w:rsidR="005B42CB" w:rsidRPr="006F7332" w:rsidRDefault="005B42CB" w:rsidP="005B42CB">
      <w:pPr>
        <w:keepNext/>
        <w:keepLines/>
        <w:jc w:val="center"/>
        <w:rPr>
          <w:sz w:val="28"/>
          <w:szCs w:val="28"/>
          <w:lang w:val="kk-KZ"/>
        </w:rPr>
      </w:pPr>
      <w:r w:rsidRPr="006F7332">
        <w:rPr>
          <w:sz w:val="28"/>
          <w:szCs w:val="28"/>
          <w:lang w:val="kk-KZ"/>
        </w:rPr>
        <w:t>№ 383 сайлау учаскесі</w:t>
      </w:r>
    </w:p>
    <w:p w14:paraId="084933EA"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«Міржақып Дулатұлы атындағы </w:t>
      </w:r>
      <w:r>
        <w:rPr>
          <w:sz w:val="28"/>
          <w:szCs w:val="28"/>
          <w:lang w:val="kk-KZ"/>
        </w:rPr>
        <w:br/>
      </w:r>
      <w:r w:rsidRPr="006F7332">
        <w:rPr>
          <w:sz w:val="28"/>
          <w:szCs w:val="28"/>
          <w:lang w:val="kk-KZ"/>
        </w:rPr>
        <w:t>№ 68 мектеп-гимназия» шаруашылық жүргізу құқығындағы мемлекеттік коммуналдық кәсіпорны, «Көктал-2» тұрғын алабы, Құсмұрын көшесі, № 2)</w:t>
      </w:r>
    </w:p>
    <w:p w14:paraId="7B594DF4" w14:textId="77777777" w:rsidR="005B42CB" w:rsidRPr="006F7332" w:rsidRDefault="005B42CB" w:rsidP="005B42CB">
      <w:pPr>
        <w:keepNext/>
        <w:jc w:val="both"/>
        <w:rPr>
          <w:lang w:val="kk-KZ"/>
        </w:rPr>
      </w:pPr>
    </w:p>
    <w:p w14:paraId="2C108174"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Ұлытау көшесінен Арқалық көшесіне дейін, Арқалық көшесінен Н. Тілендиев даңғылындағы № 44а үйге дейін, Н. Тілендиев даңғылындағы </w:t>
      </w:r>
      <w:r>
        <w:rPr>
          <w:sz w:val="28"/>
          <w:szCs w:val="28"/>
          <w:lang w:val="kk-KZ"/>
        </w:rPr>
        <w:br/>
      </w:r>
      <w:r w:rsidRPr="006F7332">
        <w:rPr>
          <w:sz w:val="28"/>
          <w:szCs w:val="28"/>
          <w:lang w:val="kk-KZ"/>
        </w:rPr>
        <w:lastRenderedPageBreak/>
        <w:t xml:space="preserve">№ 44/1 үйден Н. Тілендиев даңғылына дейін, Н. Тілендиев даңғылынан </w:t>
      </w:r>
      <w:r>
        <w:rPr>
          <w:sz w:val="28"/>
          <w:szCs w:val="28"/>
          <w:lang w:val="kk-KZ"/>
        </w:rPr>
        <w:br/>
      </w:r>
      <w:r w:rsidRPr="006F7332">
        <w:rPr>
          <w:sz w:val="28"/>
          <w:szCs w:val="28"/>
          <w:lang w:val="kk-KZ"/>
        </w:rPr>
        <w:t>Ұлытау көшесіне дейін.</w:t>
      </w:r>
    </w:p>
    <w:p w14:paraId="104303B4" w14:textId="77777777" w:rsidR="005B42CB" w:rsidRPr="006F7332" w:rsidRDefault="005B42CB" w:rsidP="005B42CB">
      <w:pPr>
        <w:jc w:val="both"/>
        <w:rPr>
          <w:lang w:val="kk-KZ"/>
        </w:rPr>
      </w:pPr>
    </w:p>
    <w:p w14:paraId="75F1CB95" w14:textId="77777777" w:rsidR="005B42CB" w:rsidRPr="006F7332" w:rsidRDefault="005B42CB" w:rsidP="005B42CB">
      <w:pPr>
        <w:keepNext/>
        <w:keepLines/>
        <w:jc w:val="center"/>
        <w:rPr>
          <w:sz w:val="28"/>
          <w:szCs w:val="28"/>
          <w:lang w:val="kk-KZ"/>
        </w:rPr>
      </w:pPr>
      <w:r w:rsidRPr="006F7332">
        <w:rPr>
          <w:sz w:val="28"/>
          <w:szCs w:val="28"/>
          <w:lang w:val="kk-KZ"/>
        </w:rPr>
        <w:t>№ 384 сайлау учаскесі</w:t>
      </w:r>
    </w:p>
    <w:p w14:paraId="581C0000"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«Шәкәрім атындағы № 56 мектеп-лицей» шаруашылық жүргізу құқығындағы мемлекеттік коммуналдық кәсіпорны,</w:t>
      </w:r>
      <w:r w:rsidRPr="006F7332">
        <w:rPr>
          <w:sz w:val="28"/>
          <w:szCs w:val="28"/>
          <w:lang w:val="kk-KZ"/>
        </w:rPr>
        <w:br/>
        <w:t>Т. Шевченко көшесі, № 3)</w:t>
      </w:r>
    </w:p>
    <w:p w14:paraId="4538D6FE" w14:textId="77777777" w:rsidR="005B42CB" w:rsidRPr="006F7332" w:rsidRDefault="005B42CB" w:rsidP="005B42CB">
      <w:pPr>
        <w:keepNext/>
        <w:jc w:val="both"/>
        <w:rPr>
          <w:lang w:val="kk-KZ"/>
        </w:rPr>
      </w:pPr>
    </w:p>
    <w:p w14:paraId="309CA3B1" w14:textId="77777777" w:rsidR="005B42CB" w:rsidRPr="006F7332" w:rsidRDefault="005B42CB" w:rsidP="005B42CB">
      <w:pPr>
        <w:ind w:firstLine="709"/>
        <w:jc w:val="both"/>
        <w:rPr>
          <w:sz w:val="28"/>
          <w:szCs w:val="28"/>
          <w:lang w:val="kk-KZ"/>
        </w:rPr>
      </w:pPr>
      <w:r w:rsidRPr="006F7332">
        <w:rPr>
          <w:sz w:val="28"/>
          <w:szCs w:val="28"/>
          <w:lang w:val="kk-KZ"/>
        </w:rPr>
        <w:t>Шекарасы: Кенесары көшесінен Сарыарқа даңғылына дейін, Сарыарқа даңғылынан Есіл өзенінің жағалауына дейін, Есіл өзенінің жағалауынан</w:t>
      </w:r>
      <w:r w:rsidRPr="006F7332">
        <w:rPr>
          <w:sz w:val="28"/>
          <w:szCs w:val="28"/>
          <w:lang w:val="kk-KZ"/>
        </w:rPr>
        <w:br/>
        <w:t>А. Косыгин көшесіне дейін, А. Косыгин көшесінен Т. Шевченко көшесіне дейін, Т. Шевченко көшесінің бойымен, Кенесары көшесіндегі № 4Б үйді қоса алғанда, Кенесары көшесіне дейін.</w:t>
      </w:r>
    </w:p>
    <w:p w14:paraId="044099D7" w14:textId="77777777" w:rsidR="005B42CB" w:rsidRPr="006F7332" w:rsidRDefault="005B42CB" w:rsidP="005B42CB">
      <w:pPr>
        <w:jc w:val="both"/>
        <w:rPr>
          <w:lang w:val="kk-KZ"/>
        </w:rPr>
      </w:pPr>
    </w:p>
    <w:p w14:paraId="3D5A8D18" w14:textId="77777777" w:rsidR="005B42CB" w:rsidRPr="006F7332" w:rsidRDefault="005B42CB" w:rsidP="005B42CB">
      <w:pPr>
        <w:keepNext/>
        <w:keepLines/>
        <w:jc w:val="center"/>
        <w:rPr>
          <w:sz w:val="28"/>
          <w:szCs w:val="28"/>
          <w:lang w:val="kk-KZ"/>
        </w:rPr>
      </w:pPr>
      <w:r w:rsidRPr="006F7332">
        <w:rPr>
          <w:sz w:val="28"/>
          <w:szCs w:val="28"/>
          <w:lang w:val="kk-KZ"/>
        </w:rPr>
        <w:t>№ 385 сайлау учаскесі</w:t>
      </w:r>
    </w:p>
    <w:p w14:paraId="55E3B034"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60 мектеп-лицей» шаруашылық жүргізу құқығындағы мемлекеттік коммуналдық кәсіпорны, </w:t>
      </w:r>
      <w:r w:rsidRPr="006F7332">
        <w:rPr>
          <w:sz w:val="28"/>
          <w:szCs w:val="28"/>
          <w:lang w:val="kk-KZ"/>
        </w:rPr>
        <w:br/>
        <w:t>С. Кубрин көшесі, № 21/1)</w:t>
      </w:r>
    </w:p>
    <w:p w14:paraId="1AEB969B" w14:textId="77777777" w:rsidR="005B42CB" w:rsidRPr="006F7332" w:rsidRDefault="005B42CB" w:rsidP="005B42CB">
      <w:pPr>
        <w:keepNext/>
        <w:jc w:val="both"/>
        <w:rPr>
          <w:lang w:val="kk-KZ"/>
        </w:rPr>
      </w:pPr>
    </w:p>
    <w:p w14:paraId="5AFD785F" w14:textId="77777777" w:rsidR="005B42CB" w:rsidRPr="006F7332" w:rsidRDefault="005B42CB" w:rsidP="005B42CB">
      <w:pPr>
        <w:ind w:firstLine="709"/>
        <w:jc w:val="both"/>
        <w:rPr>
          <w:sz w:val="28"/>
          <w:szCs w:val="28"/>
          <w:lang w:val="kk-KZ"/>
        </w:rPr>
      </w:pPr>
      <w:r w:rsidRPr="006F7332">
        <w:rPr>
          <w:sz w:val="28"/>
          <w:szCs w:val="28"/>
          <w:lang w:val="kk-KZ"/>
        </w:rPr>
        <w:t>Шекарасы: Ә. Жангелдин көшесінен Боталы көшесіне дейін, Боталы көшесінен, С. Кубрин көшесіндегі № 22/1 үйді және С. Сейфуллин көшесіндегі</w:t>
      </w:r>
      <w:r w:rsidRPr="006F7332">
        <w:rPr>
          <w:sz w:val="28"/>
          <w:szCs w:val="28"/>
          <w:lang w:val="kk-KZ"/>
        </w:rPr>
        <w:br/>
        <w:t>№ 9 үйді қоса алғанда, С. Сейфуллин көшесіндегі № 7 үйді қоспағанда,</w:t>
      </w:r>
      <w:r w:rsidRPr="006F7332">
        <w:rPr>
          <w:sz w:val="28"/>
          <w:szCs w:val="28"/>
          <w:lang w:val="kk-KZ"/>
        </w:rPr>
        <w:br/>
        <w:t>С. Сейфуллин көшесіне дейін, С. Сейфуллин көшесінен С. Сейфуллин көшесіндегі № 11 үйге дейін, С. Сейфуллин көшесіндегі № 11 үйден,</w:t>
      </w:r>
      <w:r w:rsidRPr="006F7332">
        <w:rPr>
          <w:sz w:val="28"/>
          <w:szCs w:val="28"/>
          <w:lang w:val="kk-KZ"/>
        </w:rPr>
        <w:br/>
        <w:t>С. Сейфуллин көшесіндегі № 11 үйді, Сарыарқа даңғылындағы № 30, 30/1, 30/2, 30/2а үйлерді және Ә. Жангелдин көшесіндегі № 2 үйді қоса алғанда,</w:t>
      </w:r>
      <w:r w:rsidRPr="006F7332">
        <w:rPr>
          <w:sz w:val="28"/>
          <w:szCs w:val="28"/>
          <w:lang w:val="kk-KZ"/>
        </w:rPr>
        <w:br/>
        <w:t>Ә. Жангелдин көшесіне дейін.</w:t>
      </w:r>
    </w:p>
    <w:p w14:paraId="48FFB9F7" w14:textId="77777777" w:rsidR="005B42CB" w:rsidRPr="006F7332" w:rsidRDefault="005B42CB" w:rsidP="005B42CB">
      <w:pPr>
        <w:jc w:val="both"/>
        <w:rPr>
          <w:lang w:val="kk-KZ"/>
        </w:rPr>
      </w:pPr>
    </w:p>
    <w:p w14:paraId="158E1053" w14:textId="77777777" w:rsidR="005B42CB" w:rsidRPr="006F7332" w:rsidRDefault="005B42CB" w:rsidP="005B42CB">
      <w:pPr>
        <w:keepNext/>
        <w:keepLines/>
        <w:jc w:val="center"/>
        <w:rPr>
          <w:sz w:val="28"/>
          <w:szCs w:val="28"/>
          <w:lang w:val="kk-KZ"/>
        </w:rPr>
      </w:pPr>
      <w:r w:rsidRPr="006F7332">
        <w:rPr>
          <w:sz w:val="28"/>
          <w:szCs w:val="28"/>
          <w:lang w:val="kk-KZ"/>
        </w:rPr>
        <w:t>№ 386 сайлау учаскесі</w:t>
      </w:r>
    </w:p>
    <w:p w14:paraId="06150098" w14:textId="77777777" w:rsidR="005B42CB" w:rsidRPr="006F7332" w:rsidRDefault="005B42CB" w:rsidP="005B42CB">
      <w:pPr>
        <w:keepNext/>
        <w:keepLines/>
        <w:jc w:val="center"/>
        <w:rPr>
          <w:sz w:val="28"/>
          <w:szCs w:val="28"/>
          <w:lang w:val="kk-KZ"/>
        </w:rPr>
      </w:pPr>
      <w:r w:rsidRPr="006F7332">
        <w:rPr>
          <w:sz w:val="28"/>
          <w:szCs w:val="28"/>
          <w:lang w:val="kk-KZ"/>
        </w:rPr>
        <w:t>(орталығы –</w:t>
      </w:r>
      <w:r w:rsidRPr="006F7332">
        <w:rPr>
          <w:lang w:val="kk-KZ"/>
        </w:rPr>
        <w:t xml:space="preserve"> </w:t>
      </w:r>
      <w:r w:rsidRPr="006F7332">
        <w:rPr>
          <w:sz w:val="28"/>
          <w:szCs w:val="28"/>
          <w:lang w:val="kk-KZ"/>
        </w:rPr>
        <w:t xml:space="preserve">Астана қаласы әкімдігінің «№ 15 мектеп-лицей» шаруашылық жүргізу құқығындағы мемлекеттік коммуналдық кәсіпорны, </w:t>
      </w:r>
      <w:r w:rsidRPr="006F7332">
        <w:rPr>
          <w:sz w:val="28"/>
          <w:szCs w:val="28"/>
          <w:lang w:val="kk-KZ"/>
        </w:rPr>
        <w:br/>
        <w:t>Сарыарқа даңғылы, № 20)</w:t>
      </w:r>
    </w:p>
    <w:p w14:paraId="6EC482C9" w14:textId="77777777" w:rsidR="005B42CB" w:rsidRPr="006F7332" w:rsidRDefault="005B42CB" w:rsidP="005B42CB">
      <w:pPr>
        <w:keepNext/>
        <w:jc w:val="both"/>
        <w:rPr>
          <w:lang w:val="kk-KZ"/>
        </w:rPr>
      </w:pPr>
    </w:p>
    <w:p w14:paraId="03DA425F" w14:textId="77777777" w:rsidR="005B42CB" w:rsidRPr="006F7332" w:rsidRDefault="005B42CB" w:rsidP="005B42CB">
      <w:pPr>
        <w:ind w:firstLine="709"/>
        <w:jc w:val="both"/>
        <w:rPr>
          <w:sz w:val="28"/>
          <w:szCs w:val="28"/>
          <w:lang w:val="kk-KZ"/>
        </w:rPr>
      </w:pPr>
      <w:r w:rsidRPr="006F7332">
        <w:rPr>
          <w:sz w:val="28"/>
          <w:szCs w:val="28"/>
          <w:lang w:val="kk-KZ"/>
        </w:rPr>
        <w:t>Шекарасы: К. Күмісбеков көшесінен, К. Күмісбеков көшесіндегі № 3а үйді қоса алғанда, Айпара көшесіне дейін, Айпара көшесінен, К. Күмісбеков көшесіндегі № 1 үйді, Кенесары көшесіндегі № 1, 1а үйлерді қоса алғанда, Кенесары көшесіне дейін, Кенесары көшесінен К. Күмісбеков көшесіне дейін,</w:t>
      </w:r>
      <w:r w:rsidRPr="006F7332">
        <w:rPr>
          <w:sz w:val="28"/>
          <w:szCs w:val="28"/>
          <w:lang w:val="kk-KZ"/>
        </w:rPr>
        <w:br/>
        <w:t>К. Күмісбеков көшесінен, К. Күмісбеков көшесіндегі № 2 үйді қоспағанда және</w:t>
      </w:r>
      <w:r w:rsidRPr="006F7332">
        <w:rPr>
          <w:sz w:val="28"/>
          <w:szCs w:val="28"/>
          <w:lang w:val="kk-KZ"/>
        </w:rPr>
        <w:br/>
        <w:t xml:space="preserve">К. Күмісбеков көшесіндегі № 4 үйді қоса алғанда, Абай даңғылына дейін, Абай даңғылынан Абай даңғылындағы № 3 үйге дейін, Абай даңғылындағы № 1, 3, </w:t>
      </w:r>
      <w:r>
        <w:rPr>
          <w:sz w:val="28"/>
          <w:szCs w:val="28"/>
          <w:lang w:val="kk-KZ"/>
        </w:rPr>
        <w:br/>
      </w:r>
      <w:r w:rsidRPr="006F7332">
        <w:rPr>
          <w:sz w:val="28"/>
          <w:szCs w:val="28"/>
          <w:lang w:val="kk-KZ"/>
        </w:rPr>
        <w:t>3/2 үйлердің арасымен Абай даңғылындағы № 3/5 үйге дейін, Абай даңғылындағы</w:t>
      </w:r>
      <w:r w:rsidRPr="006F7332">
        <w:rPr>
          <w:sz w:val="28"/>
          <w:szCs w:val="28"/>
          <w:lang w:val="kk-KZ"/>
        </w:rPr>
        <w:br/>
        <w:t>№ 3/5, 3/3 үйлердің арасымен К. Күмісбеков көшесіне дейін.</w:t>
      </w:r>
    </w:p>
    <w:p w14:paraId="6730F8F9" w14:textId="77777777" w:rsidR="005B42CB" w:rsidRPr="006F7332" w:rsidRDefault="005B42CB" w:rsidP="005B42CB">
      <w:pPr>
        <w:jc w:val="both"/>
        <w:rPr>
          <w:lang w:val="kk-KZ"/>
        </w:rPr>
      </w:pPr>
    </w:p>
    <w:p w14:paraId="5CCC46B7" w14:textId="77777777" w:rsidR="005B42CB" w:rsidRPr="006F7332" w:rsidRDefault="005B42CB" w:rsidP="005B42CB">
      <w:pPr>
        <w:keepNext/>
        <w:keepLines/>
        <w:jc w:val="center"/>
        <w:rPr>
          <w:sz w:val="28"/>
          <w:szCs w:val="28"/>
          <w:lang w:val="kk-KZ"/>
        </w:rPr>
      </w:pPr>
      <w:r w:rsidRPr="006F7332">
        <w:rPr>
          <w:sz w:val="28"/>
          <w:szCs w:val="28"/>
          <w:lang w:val="kk-KZ"/>
        </w:rPr>
        <w:lastRenderedPageBreak/>
        <w:t>№ 387 сайлау учаскесі</w:t>
      </w:r>
    </w:p>
    <w:p w14:paraId="23C1C7A7"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72 «Жанарым» балабақшасы» мемлекеттік коммуналдық қазыналық кәсіпорны, Ш. </w:t>
      </w:r>
      <w:proofErr w:type="spellStart"/>
      <w:r w:rsidRPr="006F7332">
        <w:rPr>
          <w:sz w:val="28"/>
          <w:szCs w:val="28"/>
          <w:lang w:val="kk-KZ"/>
        </w:rPr>
        <w:t>Қосшығұлұлы</w:t>
      </w:r>
      <w:proofErr w:type="spellEnd"/>
      <w:r w:rsidRPr="006F7332">
        <w:rPr>
          <w:sz w:val="28"/>
          <w:szCs w:val="28"/>
          <w:lang w:val="kk-KZ"/>
        </w:rPr>
        <w:t xml:space="preserve"> көшесі,</w:t>
      </w:r>
      <w:r w:rsidRPr="006F7332">
        <w:rPr>
          <w:sz w:val="28"/>
          <w:szCs w:val="28"/>
          <w:lang w:val="kk-KZ"/>
        </w:rPr>
        <w:br/>
        <w:t>№ 13/3)</w:t>
      </w:r>
    </w:p>
    <w:p w14:paraId="5C151E18" w14:textId="77777777" w:rsidR="005B42CB" w:rsidRPr="006F7332" w:rsidRDefault="005B42CB" w:rsidP="005B42CB">
      <w:pPr>
        <w:keepNext/>
        <w:jc w:val="both"/>
        <w:rPr>
          <w:lang w:val="kk-KZ"/>
        </w:rPr>
      </w:pPr>
    </w:p>
    <w:p w14:paraId="3130630D"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Сарыбұлақ бұлағынан бастап Ш. </w:t>
      </w:r>
      <w:proofErr w:type="spellStart"/>
      <w:r w:rsidRPr="006F7332">
        <w:rPr>
          <w:sz w:val="28"/>
          <w:szCs w:val="28"/>
          <w:lang w:val="kk-KZ"/>
        </w:rPr>
        <w:t>Қосшығұлұлы</w:t>
      </w:r>
      <w:proofErr w:type="spellEnd"/>
      <w:r w:rsidRPr="006F7332">
        <w:rPr>
          <w:sz w:val="28"/>
          <w:szCs w:val="28"/>
          <w:lang w:val="kk-KZ"/>
        </w:rPr>
        <w:t xml:space="preserve"> көшесіне дейін, Ш. </w:t>
      </w:r>
      <w:proofErr w:type="spellStart"/>
      <w:r w:rsidRPr="006F7332">
        <w:rPr>
          <w:sz w:val="28"/>
          <w:szCs w:val="28"/>
          <w:lang w:val="kk-KZ"/>
        </w:rPr>
        <w:t>Қосшығұлұлы</w:t>
      </w:r>
      <w:proofErr w:type="spellEnd"/>
      <w:r w:rsidRPr="006F7332">
        <w:rPr>
          <w:sz w:val="28"/>
          <w:szCs w:val="28"/>
          <w:lang w:val="kk-KZ"/>
        </w:rPr>
        <w:t xml:space="preserve"> көшесінен Е. Серкебаев көшесіне дейін, Е. Серкебаев көшесінен Ш. </w:t>
      </w:r>
      <w:proofErr w:type="spellStart"/>
      <w:r w:rsidRPr="006F7332">
        <w:rPr>
          <w:sz w:val="28"/>
          <w:szCs w:val="28"/>
          <w:lang w:val="kk-KZ"/>
        </w:rPr>
        <w:t>Қосшығұлұлы</w:t>
      </w:r>
      <w:proofErr w:type="spellEnd"/>
      <w:r w:rsidRPr="006F7332">
        <w:rPr>
          <w:lang w:val="kk-KZ"/>
        </w:rPr>
        <w:t xml:space="preserve"> </w:t>
      </w:r>
      <w:r w:rsidRPr="006F7332">
        <w:rPr>
          <w:sz w:val="28"/>
          <w:szCs w:val="28"/>
          <w:lang w:val="kk-KZ"/>
        </w:rPr>
        <w:t xml:space="preserve">көшесіндегі № 9/1 үйге дейін, Ш. </w:t>
      </w:r>
      <w:proofErr w:type="spellStart"/>
      <w:r w:rsidRPr="006F7332">
        <w:rPr>
          <w:sz w:val="28"/>
          <w:szCs w:val="28"/>
          <w:lang w:val="kk-KZ"/>
        </w:rPr>
        <w:t>Қосшығұлұлы</w:t>
      </w:r>
      <w:proofErr w:type="spellEnd"/>
      <w:r w:rsidRPr="006F7332">
        <w:rPr>
          <w:sz w:val="28"/>
          <w:szCs w:val="28"/>
          <w:lang w:val="kk-KZ"/>
        </w:rPr>
        <w:t xml:space="preserve"> көшесіндегі № 9, 9/1 үйлердің арасымен, Ш. </w:t>
      </w:r>
      <w:proofErr w:type="spellStart"/>
      <w:r w:rsidRPr="006F7332">
        <w:rPr>
          <w:sz w:val="28"/>
          <w:szCs w:val="28"/>
          <w:lang w:val="kk-KZ"/>
        </w:rPr>
        <w:t>Қосшығұлұлы</w:t>
      </w:r>
      <w:proofErr w:type="spellEnd"/>
      <w:r w:rsidRPr="006F7332">
        <w:rPr>
          <w:sz w:val="28"/>
          <w:szCs w:val="28"/>
          <w:lang w:val="kk-KZ"/>
        </w:rPr>
        <w:t xml:space="preserve"> көшесіндегі № 11/1, 11/2 үйлерді қоспағанда және Ш. </w:t>
      </w:r>
      <w:proofErr w:type="spellStart"/>
      <w:r w:rsidRPr="006F7332">
        <w:rPr>
          <w:sz w:val="28"/>
          <w:szCs w:val="28"/>
          <w:lang w:val="kk-KZ"/>
        </w:rPr>
        <w:t>Қосшығұлұлы</w:t>
      </w:r>
      <w:proofErr w:type="spellEnd"/>
      <w:r w:rsidRPr="006F7332">
        <w:rPr>
          <w:sz w:val="28"/>
          <w:szCs w:val="28"/>
          <w:lang w:val="kk-KZ"/>
        </w:rPr>
        <w:t xml:space="preserve"> көшесіндегі № 9, 11 үйлерді қоса алғанда, Ш. </w:t>
      </w:r>
      <w:proofErr w:type="spellStart"/>
      <w:r w:rsidRPr="006F7332">
        <w:rPr>
          <w:sz w:val="28"/>
          <w:szCs w:val="28"/>
          <w:lang w:val="kk-KZ"/>
        </w:rPr>
        <w:t>Қосшығұлұлы</w:t>
      </w:r>
      <w:proofErr w:type="spellEnd"/>
      <w:r w:rsidRPr="006F7332">
        <w:rPr>
          <w:sz w:val="28"/>
          <w:szCs w:val="28"/>
          <w:lang w:val="kk-KZ"/>
        </w:rPr>
        <w:t xml:space="preserve"> көшесіндегі № 13/3 үйге дейін, Ш. </w:t>
      </w:r>
      <w:proofErr w:type="spellStart"/>
      <w:r w:rsidRPr="006F7332">
        <w:rPr>
          <w:sz w:val="28"/>
          <w:szCs w:val="28"/>
          <w:lang w:val="kk-KZ"/>
        </w:rPr>
        <w:t>Қосшығұлұлы</w:t>
      </w:r>
      <w:proofErr w:type="spellEnd"/>
      <w:r w:rsidRPr="006F7332">
        <w:rPr>
          <w:sz w:val="28"/>
          <w:szCs w:val="28"/>
          <w:lang w:val="kk-KZ"/>
        </w:rPr>
        <w:t xml:space="preserve"> көшесіндегі № 13/3 үйден, Ш. </w:t>
      </w:r>
      <w:proofErr w:type="spellStart"/>
      <w:r w:rsidRPr="006F7332">
        <w:rPr>
          <w:sz w:val="28"/>
          <w:szCs w:val="28"/>
          <w:lang w:val="kk-KZ"/>
        </w:rPr>
        <w:t>Қосшығұлұлы</w:t>
      </w:r>
      <w:proofErr w:type="spellEnd"/>
      <w:r w:rsidRPr="006F7332">
        <w:rPr>
          <w:sz w:val="28"/>
          <w:szCs w:val="28"/>
          <w:lang w:val="kk-KZ"/>
        </w:rPr>
        <w:t xml:space="preserve"> көшесіндегі № 13/1, 13/2, </w:t>
      </w:r>
      <w:r>
        <w:rPr>
          <w:sz w:val="28"/>
          <w:szCs w:val="28"/>
          <w:lang w:val="kk-KZ"/>
        </w:rPr>
        <w:br/>
      </w:r>
      <w:r w:rsidRPr="006F7332">
        <w:rPr>
          <w:sz w:val="28"/>
          <w:szCs w:val="28"/>
          <w:lang w:val="kk-KZ"/>
        </w:rPr>
        <w:t xml:space="preserve">17/1 үйлерді қоса алғанда және Ш. </w:t>
      </w:r>
      <w:proofErr w:type="spellStart"/>
      <w:r w:rsidRPr="006F7332">
        <w:rPr>
          <w:sz w:val="28"/>
          <w:szCs w:val="28"/>
          <w:lang w:val="kk-KZ"/>
        </w:rPr>
        <w:t>Қосшығұлұлы</w:t>
      </w:r>
      <w:proofErr w:type="spellEnd"/>
      <w:r w:rsidRPr="006F7332">
        <w:rPr>
          <w:sz w:val="28"/>
          <w:szCs w:val="28"/>
          <w:lang w:val="kk-KZ"/>
        </w:rPr>
        <w:t xml:space="preserve"> көшесіндегі № 19/1, 19/2, 19/3, 19/4 үйлерді қоспағанда, Сарыбұлақ бұлағына дейін.</w:t>
      </w:r>
    </w:p>
    <w:p w14:paraId="2854A584" w14:textId="77777777" w:rsidR="005B42CB" w:rsidRPr="006F7332" w:rsidRDefault="005B42CB" w:rsidP="005B42CB">
      <w:pPr>
        <w:jc w:val="both"/>
        <w:rPr>
          <w:lang w:val="kk-KZ"/>
        </w:rPr>
      </w:pPr>
    </w:p>
    <w:p w14:paraId="525E90D8" w14:textId="77777777" w:rsidR="005B42CB" w:rsidRPr="006F7332" w:rsidRDefault="005B42CB" w:rsidP="005B42CB">
      <w:pPr>
        <w:keepNext/>
        <w:keepLines/>
        <w:jc w:val="center"/>
        <w:rPr>
          <w:sz w:val="28"/>
          <w:szCs w:val="28"/>
          <w:lang w:val="kk-KZ"/>
        </w:rPr>
      </w:pPr>
      <w:r w:rsidRPr="006F7332">
        <w:rPr>
          <w:sz w:val="28"/>
          <w:szCs w:val="28"/>
          <w:lang w:val="kk-KZ"/>
        </w:rPr>
        <w:t>№ 388 сайлау учаскесі</w:t>
      </w:r>
    </w:p>
    <w:p w14:paraId="10E78AC9"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60 мектеп-лицей» шаруашылық жүргізу құқығындағы мемлекеттік коммуналдық кәсіпорны, </w:t>
      </w:r>
      <w:r>
        <w:rPr>
          <w:sz w:val="28"/>
          <w:szCs w:val="28"/>
          <w:lang w:val="kk-KZ"/>
        </w:rPr>
        <w:br/>
      </w:r>
      <w:r w:rsidRPr="006F7332">
        <w:rPr>
          <w:sz w:val="28"/>
          <w:szCs w:val="28"/>
          <w:lang w:val="kk-KZ"/>
        </w:rPr>
        <w:t>С. Кубрин көшесі, № 21/1)</w:t>
      </w:r>
    </w:p>
    <w:p w14:paraId="1DC3EC1B" w14:textId="77777777" w:rsidR="005B42CB" w:rsidRPr="006F7332" w:rsidRDefault="005B42CB" w:rsidP="005B42CB">
      <w:pPr>
        <w:keepNext/>
        <w:jc w:val="both"/>
        <w:rPr>
          <w:lang w:val="kk-KZ"/>
        </w:rPr>
      </w:pPr>
    </w:p>
    <w:p w14:paraId="00458C4C"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Ш. </w:t>
      </w:r>
      <w:proofErr w:type="spellStart"/>
      <w:r w:rsidRPr="006F7332">
        <w:rPr>
          <w:sz w:val="28"/>
          <w:szCs w:val="28"/>
          <w:lang w:val="kk-KZ"/>
        </w:rPr>
        <w:t>Қосшығұлұлы</w:t>
      </w:r>
      <w:proofErr w:type="spellEnd"/>
      <w:r w:rsidRPr="006F7332">
        <w:rPr>
          <w:sz w:val="28"/>
          <w:szCs w:val="28"/>
          <w:lang w:val="kk-KZ"/>
        </w:rPr>
        <w:t xml:space="preserve"> көшесінен, Ш. </w:t>
      </w:r>
      <w:proofErr w:type="spellStart"/>
      <w:r w:rsidRPr="006F7332">
        <w:rPr>
          <w:sz w:val="28"/>
          <w:szCs w:val="28"/>
          <w:lang w:val="kk-KZ"/>
        </w:rPr>
        <w:t>Қосшығұлұлы</w:t>
      </w:r>
      <w:proofErr w:type="spellEnd"/>
      <w:r w:rsidRPr="006F7332">
        <w:rPr>
          <w:sz w:val="28"/>
          <w:szCs w:val="28"/>
          <w:lang w:val="kk-KZ"/>
        </w:rPr>
        <w:t xml:space="preserve"> көшесіндегі</w:t>
      </w:r>
      <w:r w:rsidRPr="006F7332">
        <w:rPr>
          <w:sz w:val="28"/>
          <w:szCs w:val="28"/>
          <w:lang w:val="kk-KZ"/>
        </w:rPr>
        <w:br/>
        <w:t>№ 3, 3/2 үйлерді қоса алғанда, Жамбыл көшесіне дейін, Жамбыл көшесінен</w:t>
      </w:r>
      <w:r w:rsidRPr="006F7332">
        <w:rPr>
          <w:sz w:val="28"/>
          <w:szCs w:val="28"/>
          <w:lang w:val="kk-KZ"/>
        </w:rPr>
        <w:br/>
        <w:t xml:space="preserve">Б. </w:t>
      </w:r>
      <w:proofErr w:type="spellStart"/>
      <w:r w:rsidRPr="006F7332">
        <w:rPr>
          <w:sz w:val="28"/>
          <w:szCs w:val="28"/>
          <w:lang w:val="kk-KZ"/>
        </w:rPr>
        <w:t>Соқпақбаев</w:t>
      </w:r>
      <w:proofErr w:type="spellEnd"/>
      <w:r w:rsidRPr="006F7332">
        <w:rPr>
          <w:sz w:val="28"/>
          <w:szCs w:val="28"/>
          <w:lang w:val="kk-KZ"/>
        </w:rPr>
        <w:t xml:space="preserve"> көшесіне дейін, Б. </w:t>
      </w:r>
      <w:proofErr w:type="spellStart"/>
      <w:r w:rsidRPr="006F7332">
        <w:rPr>
          <w:sz w:val="28"/>
          <w:szCs w:val="28"/>
          <w:lang w:val="kk-KZ"/>
        </w:rPr>
        <w:t>Соқпақбаев</w:t>
      </w:r>
      <w:proofErr w:type="spellEnd"/>
      <w:r w:rsidRPr="006F7332">
        <w:rPr>
          <w:sz w:val="28"/>
          <w:szCs w:val="28"/>
          <w:lang w:val="kk-KZ"/>
        </w:rPr>
        <w:t xml:space="preserve"> көшесінен, Б. </w:t>
      </w:r>
      <w:proofErr w:type="spellStart"/>
      <w:r w:rsidRPr="006F7332">
        <w:rPr>
          <w:sz w:val="28"/>
          <w:szCs w:val="28"/>
          <w:lang w:val="kk-KZ"/>
        </w:rPr>
        <w:t>Соқпақбаев</w:t>
      </w:r>
      <w:proofErr w:type="spellEnd"/>
      <w:r w:rsidRPr="006F7332">
        <w:rPr>
          <w:sz w:val="28"/>
          <w:szCs w:val="28"/>
          <w:lang w:val="kk-KZ"/>
        </w:rPr>
        <w:t xml:space="preserve"> көшесіндегі № 6 үйді қоспағанда, К. Күмісбеков көшесіне дейін, К. Күмісбеков көшесінен, К. Күмісбеков көшесіндегі № 7/1, 7/2 үйлерді қоспағанда,</w:t>
      </w:r>
      <w:r w:rsidRPr="006F7332">
        <w:rPr>
          <w:sz w:val="28"/>
          <w:szCs w:val="28"/>
          <w:lang w:val="kk-KZ"/>
        </w:rPr>
        <w:br/>
        <w:t xml:space="preserve">Ш. </w:t>
      </w:r>
      <w:proofErr w:type="spellStart"/>
      <w:r w:rsidRPr="006F7332">
        <w:rPr>
          <w:sz w:val="28"/>
          <w:szCs w:val="28"/>
          <w:lang w:val="kk-KZ"/>
        </w:rPr>
        <w:t>Қосшығұлұлы</w:t>
      </w:r>
      <w:proofErr w:type="spellEnd"/>
      <w:r w:rsidRPr="006F7332">
        <w:rPr>
          <w:sz w:val="28"/>
          <w:szCs w:val="28"/>
          <w:lang w:val="kk-KZ"/>
        </w:rPr>
        <w:t xml:space="preserve"> көшесіне дейін.</w:t>
      </w:r>
    </w:p>
    <w:p w14:paraId="0723F3D7" w14:textId="77777777" w:rsidR="005B42CB" w:rsidRPr="006F7332" w:rsidRDefault="005B42CB" w:rsidP="005B42CB">
      <w:pPr>
        <w:jc w:val="both"/>
        <w:rPr>
          <w:lang w:val="kk-KZ"/>
        </w:rPr>
      </w:pPr>
    </w:p>
    <w:p w14:paraId="094E2360" w14:textId="77777777" w:rsidR="005B42CB" w:rsidRPr="006F7332" w:rsidRDefault="005B42CB" w:rsidP="005B42CB">
      <w:pPr>
        <w:keepNext/>
        <w:keepLines/>
        <w:jc w:val="center"/>
        <w:rPr>
          <w:sz w:val="28"/>
          <w:szCs w:val="28"/>
          <w:lang w:val="kk-KZ"/>
        </w:rPr>
      </w:pPr>
      <w:r w:rsidRPr="006F7332">
        <w:rPr>
          <w:sz w:val="28"/>
          <w:szCs w:val="28"/>
          <w:lang w:val="kk-KZ"/>
        </w:rPr>
        <w:t>№ 389 сайлау учаскесі</w:t>
      </w:r>
    </w:p>
    <w:p w14:paraId="15AFD86F" w14:textId="77777777" w:rsidR="005B42CB" w:rsidRPr="006F7332" w:rsidRDefault="005B42CB" w:rsidP="005B42CB">
      <w:pPr>
        <w:keepNext/>
        <w:keepLines/>
        <w:jc w:val="center"/>
        <w:rPr>
          <w:sz w:val="28"/>
          <w:szCs w:val="28"/>
          <w:lang w:val="kk-KZ"/>
        </w:rPr>
      </w:pPr>
      <w:r w:rsidRPr="006F7332">
        <w:rPr>
          <w:sz w:val="28"/>
          <w:szCs w:val="28"/>
          <w:lang w:val="kk-KZ"/>
        </w:rPr>
        <w:t>(орталығы – «Менеджмент, бизнес және білім колледжі» жауапкершілігі шектеулі серіктестігі, Жеңіс даңғылы, № 68а)</w:t>
      </w:r>
    </w:p>
    <w:p w14:paraId="160ED83F" w14:textId="77777777" w:rsidR="005B42CB" w:rsidRPr="006F7332" w:rsidRDefault="005B42CB" w:rsidP="005B42CB">
      <w:pPr>
        <w:keepNext/>
        <w:jc w:val="both"/>
        <w:rPr>
          <w:lang w:val="kk-KZ"/>
        </w:rPr>
      </w:pPr>
    </w:p>
    <w:p w14:paraId="528AA521"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Сарыбұлақ бұлағынан, А. Затаевич көшесіндегі № 2, 2/1 үйлерді қоспағанда, А. Затаевич көшесіне дейін, А. Затаевич көшесінен Г. </w:t>
      </w:r>
      <w:proofErr w:type="spellStart"/>
      <w:r w:rsidRPr="006F7332">
        <w:rPr>
          <w:sz w:val="28"/>
          <w:szCs w:val="28"/>
          <w:lang w:val="kk-KZ"/>
        </w:rPr>
        <w:t>Потанин</w:t>
      </w:r>
      <w:proofErr w:type="spellEnd"/>
      <w:r w:rsidRPr="006F7332">
        <w:rPr>
          <w:sz w:val="28"/>
          <w:szCs w:val="28"/>
          <w:lang w:val="kk-KZ"/>
        </w:rPr>
        <w:t xml:space="preserve"> көшесіне дейін, Г. </w:t>
      </w:r>
      <w:proofErr w:type="spellStart"/>
      <w:r w:rsidRPr="006F7332">
        <w:rPr>
          <w:sz w:val="28"/>
          <w:szCs w:val="28"/>
          <w:lang w:val="kk-KZ"/>
        </w:rPr>
        <w:t>Потанин</w:t>
      </w:r>
      <w:proofErr w:type="spellEnd"/>
      <w:r w:rsidRPr="006F7332">
        <w:rPr>
          <w:sz w:val="28"/>
          <w:szCs w:val="28"/>
          <w:lang w:val="kk-KZ"/>
        </w:rPr>
        <w:t xml:space="preserve"> көшесінен Ә. Молдағұлова көшесіне дейін,</w:t>
      </w:r>
      <w:r w:rsidRPr="006F7332">
        <w:rPr>
          <w:sz w:val="28"/>
          <w:szCs w:val="28"/>
          <w:lang w:val="kk-KZ"/>
        </w:rPr>
        <w:br/>
        <w:t>Ә. Молдағұлова көшесінен Сарыбұлақ бұлағына дейін.</w:t>
      </w:r>
    </w:p>
    <w:p w14:paraId="2BEDBE54" w14:textId="77777777" w:rsidR="005B42CB" w:rsidRPr="006F7332" w:rsidRDefault="005B42CB" w:rsidP="005B42CB">
      <w:pPr>
        <w:jc w:val="both"/>
        <w:rPr>
          <w:lang w:val="kk-KZ"/>
        </w:rPr>
      </w:pPr>
    </w:p>
    <w:p w14:paraId="5AAB601A" w14:textId="77777777" w:rsidR="005B42CB" w:rsidRPr="006F7332" w:rsidRDefault="005B42CB" w:rsidP="005B42CB">
      <w:pPr>
        <w:keepNext/>
        <w:keepLines/>
        <w:jc w:val="center"/>
        <w:rPr>
          <w:sz w:val="28"/>
          <w:szCs w:val="28"/>
          <w:lang w:val="kk-KZ"/>
        </w:rPr>
      </w:pPr>
      <w:r w:rsidRPr="006F7332">
        <w:rPr>
          <w:sz w:val="28"/>
          <w:szCs w:val="28"/>
          <w:lang w:val="kk-KZ"/>
        </w:rPr>
        <w:t>№ 390 сайлау учаскесі</w:t>
      </w:r>
    </w:p>
    <w:p w14:paraId="7B929923"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«Дарынды қыз балаларға арналған «Білім-инновация» лицей-интернаты» коммуналдық мемлекеттік мекемесі,</w:t>
      </w:r>
      <w:r w:rsidRPr="006F7332">
        <w:rPr>
          <w:sz w:val="28"/>
          <w:szCs w:val="28"/>
          <w:lang w:val="kk-KZ"/>
        </w:rPr>
        <w:br/>
        <w:t xml:space="preserve">Б. </w:t>
      </w:r>
      <w:proofErr w:type="spellStart"/>
      <w:r w:rsidRPr="006F7332">
        <w:rPr>
          <w:sz w:val="28"/>
          <w:szCs w:val="28"/>
          <w:lang w:val="kk-KZ"/>
        </w:rPr>
        <w:t>Соқпақбаев</w:t>
      </w:r>
      <w:proofErr w:type="spellEnd"/>
      <w:r w:rsidRPr="006F7332">
        <w:rPr>
          <w:sz w:val="28"/>
          <w:szCs w:val="28"/>
          <w:lang w:val="kk-KZ"/>
        </w:rPr>
        <w:t xml:space="preserve"> көшесі, № 17)</w:t>
      </w:r>
    </w:p>
    <w:p w14:paraId="4209CFCC" w14:textId="77777777" w:rsidR="005B42CB" w:rsidRPr="006F7332" w:rsidRDefault="005B42CB" w:rsidP="005B42CB">
      <w:pPr>
        <w:keepNext/>
        <w:jc w:val="both"/>
        <w:rPr>
          <w:lang w:val="kk-KZ"/>
        </w:rPr>
      </w:pPr>
    </w:p>
    <w:p w14:paraId="0D759729"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Ш. Бейсекова көшесінен Б. </w:t>
      </w:r>
      <w:proofErr w:type="spellStart"/>
      <w:r w:rsidRPr="006F7332">
        <w:rPr>
          <w:sz w:val="28"/>
          <w:szCs w:val="28"/>
          <w:lang w:val="kk-KZ"/>
        </w:rPr>
        <w:t>Соқпақбаев</w:t>
      </w:r>
      <w:proofErr w:type="spellEnd"/>
      <w:r w:rsidRPr="006F7332">
        <w:rPr>
          <w:sz w:val="28"/>
          <w:szCs w:val="28"/>
          <w:lang w:val="kk-KZ"/>
        </w:rPr>
        <w:t xml:space="preserve"> көшесіне дейін,</w:t>
      </w:r>
      <w:r w:rsidRPr="006F7332">
        <w:rPr>
          <w:sz w:val="28"/>
          <w:szCs w:val="28"/>
          <w:lang w:val="kk-KZ"/>
        </w:rPr>
        <w:br/>
        <w:t xml:space="preserve">Б. </w:t>
      </w:r>
      <w:proofErr w:type="spellStart"/>
      <w:r w:rsidRPr="006F7332">
        <w:rPr>
          <w:sz w:val="28"/>
          <w:szCs w:val="28"/>
          <w:lang w:val="kk-KZ"/>
        </w:rPr>
        <w:t>Соқпақбаев</w:t>
      </w:r>
      <w:proofErr w:type="spellEnd"/>
      <w:r w:rsidRPr="006F7332">
        <w:rPr>
          <w:sz w:val="28"/>
          <w:szCs w:val="28"/>
          <w:lang w:val="kk-KZ"/>
        </w:rPr>
        <w:t xml:space="preserve"> көшесінен Сарыбұлақ бұлағына дейін, Сарыбұлақ бұлағынан</w:t>
      </w:r>
      <w:r w:rsidRPr="006F7332">
        <w:rPr>
          <w:sz w:val="28"/>
          <w:szCs w:val="28"/>
          <w:lang w:val="kk-KZ"/>
        </w:rPr>
        <w:br/>
        <w:t xml:space="preserve">Б. </w:t>
      </w:r>
      <w:proofErr w:type="spellStart"/>
      <w:r w:rsidRPr="006F7332">
        <w:rPr>
          <w:sz w:val="28"/>
          <w:szCs w:val="28"/>
          <w:lang w:val="kk-KZ"/>
        </w:rPr>
        <w:t>Соқпақбаев</w:t>
      </w:r>
      <w:proofErr w:type="spellEnd"/>
      <w:r w:rsidRPr="006F7332">
        <w:rPr>
          <w:sz w:val="28"/>
          <w:szCs w:val="28"/>
          <w:lang w:val="kk-KZ"/>
        </w:rPr>
        <w:t xml:space="preserve"> көшесіндегі № 20/6 үйге дейін, Б. </w:t>
      </w:r>
      <w:proofErr w:type="spellStart"/>
      <w:r w:rsidRPr="006F7332">
        <w:rPr>
          <w:sz w:val="28"/>
          <w:szCs w:val="28"/>
          <w:lang w:val="kk-KZ"/>
        </w:rPr>
        <w:t>Соқпақбаев</w:t>
      </w:r>
      <w:proofErr w:type="spellEnd"/>
      <w:r w:rsidRPr="006F7332">
        <w:rPr>
          <w:sz w:val="28"/>
          <w:szCs w:val="28"/>
          <w:lang w:val="kk-KZ"/>
        </w:rPr>
        <w:t xml:space="preserve"> көшесіндегі </w:t>
      </w:r>
      <w:r>
        <w:rPr>
          <w:sz w:val="28"/>
          <w:szCs w:val="28"/>
          <w:lang w:val="kk-KZ"/>
        </w:rPr>
        <w:br/>
      </w:r>
      <w:r w:rsidRPr="006F7332">
        <w:rPr>
          <w:sz w:val="28"/>
          <w:szCs w:val="28"/>
          <w:lang w:val="kk-KZ"/>
        </w:rPr>
        <w:t xml:space="preserve">№ 20/6 үйден, Ш. </w:t>
      </w:r>
      <w:proofErr w:type="spellStart"/>
      <w:r w:rsidRPr="006F7332">
        <w:rPr>
          <w:sz w:val="28"/>
          <w:szCs w:val="28"/>
          <w:lang w:val="kk-KZ"/>
        </w:rPr>
        <w:t>Қосшығұлұлы</w:t>
      </w:r>
      <w:proofErr w:type="spellEnd"/>
      <w:r w:rsidRPr="006F7332">
        <w:rPr>
          <w:sz w:val="28"/>
          <w:szCs w:val="28"/>
          <w:lang w:val="kk-KZ"/>
        </w:rPr>
        <w:t xml:space="preserve"> көшесіндегі № 20/1, 24/1 үйлерді қоспағанда,</w:t>
      </w:r>
      <w:r w:rsidRPr="006F7332">
        <w:rPr>
          <w:sz w:val="28"/>
          <w:szCs w:val="28"/>
          <w:lang w:val="kk-KZ"/>
        </w:rPr>
        <w:br/>
        <w:t>Ш. Бейсекова көшесіне дейін.</w:t>
      </w:r>
    </w:p>
    <w:p w14:paraId="7334AF65" w14:textId="77777777" w:rsidR="005B42CB" w:rsidRPr="006F7332" w:rsidRDefault="005B42CB" w:rsidP="005B42CB">
      <w:pPr>
        <w:jc w:val="both"/>
        <w:rPr>
          <w:lang w:val="kk-KZ"/>
        </w:rPr>
      </w:pPr>
    </w:p>
    <w:p w14:paraId="4739BC0A" w14:textId="77777777" w:rsidR="005B42CB" w:rsidRPr="006F7332" w:rsidRDefault="005B42CB" w:rsidP="005B42CB">
      <w:pPr>
        <w:keepNext/>
        <w:keepLines/>
        <w:jc w:val="center"/>
        <w:rPr>
          <w:sz w:val="28"/>
          <w:szCs w:val="28"/>
          <w:lang w:val="kk-KZ"/>
        </w:rPr>
      </w:pPr>
      <w:r w:rsidRPr="006F7332">
        <w:rPr>
          <w:sz w:val="28"/>
          <w:szCs w:val="28"/>
          <w:lang w:val="kk-KZ"/>
        </w:rPr>
        <w:lastRenderedPageBreak/>
        <w:t>№ 391 сайлау учаскесі</w:t>
      </w:r>
    </w:p>
    <w:p w14:paraId="0CEF9956"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«Техникалық колледжі» шаруашылық жүргізу құқығындағы мемлекеттік коммуналдық кәсіпорны, </w:t>
      </w:r>
      <w:r w:rsidRPr="006F7332">
        <w:rPr>
          <w:sz w:val="28"/>
          <w:szCs w:val="28"/>
          <w:lang w:val="kk-KZ"/>
        </w:rPr>
        <w:br/>
        <w:t xml:space="preserve">Б. </w:t>
      </w:r>
      <w:proofErr w:type="spellStart"/>
      <w:r w:rsidRPr="006F7332">
        <w:rPr>
          <w:sz w:val="28"/>
          <w:szCs w:val="28"/>
          <w:lang w:val="kk-KZ"/>
        </w:rPr>
        <w:t>Соқпақбаев</w:t>
      </w:r>
      <w:proofErr w:type="spellEnd"/>
      <w:r w:rsidRPr="006F7332">
        <w:rPr>
          <w:sz w:val="28"/>
          <w:szCs w:val="28"/>
          <w:lang w:val="kk-KZ"/>
        </w:rPr>
        <w:t xml:space="preserve"> көшесі, № 19)</w:t>
      </w:r>
    </w:p>
    <w:p w14:paraId="5EDA3994" w14:textId="77777777" w:rsidR="005B42CB" w:rsidRPr="006F7332" w:rsidRDefault="005B42CB" w:rsidP="005B42CB">
      <w:pPr>
        <w:keepNext/>
        <w:jc w:val="both"/>
        <w:rPr>
          <w:lang w:val="kk-KZ"/>
        </w:rPr>
      </w:pPr>
    </w:p>
    <w:p w14:paraId="74DFCB96"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Н. Тілендиев даңғылынан Сарыбұлақ бұлағына дейін, Сарыбұлақ бұлағының бойымен Б. </w:t>
      </w:r>
      <w:proofErr w:type="spellStart"/>
      <w:r w:rsidRPr="006F7332">
        <w:rPr>
          <w:sz w:val="28"/>
          <w:szCs w:val="28"/>
          <w:lang w:val="kk-KZ"/>
        </w:rPr>
        <w:t>Соқпақбаев</w:t>
      </w:r>
      <w:proofErr w:type="spellEnd"/>
      <w:r w:rsidRPr="006F7332">
        <w:rPr>
          <w:sz w:val="28"/>
          <w:szCs w:val="28"/>
          <w:lang w:val="kk-KZ"/>
        </w:rPr>
        <w:t xml:space="preserve"> көшесіне дейін, Б. </w:t>
      </w:r>
      <w:proofErr w:type="spellStart"/>
      <w:r w:rsidRPr="006F7332">
        <w:rPr>
          <w:sz w:val="28"/>
          <w:szCs w:val="28"/>
          <w:lang w:val="kk-KZ"/>
        </w:rPr>
        <w:t>Соқпақбаев</w:t>
      </w:r>
      <w:proofErr w:type="spellEnd"/>
      <w:r w:rsidRPr="006F7332">
        <w:rPr>
          <w:sz w:val="28"/>
          <w:szCs w:val="28"/>
          <w:lang w:val="kk-KZ"/>
        </w:rPr>
        <w:t xml:space="preserve"> көшесінен Ш. Бейсекова көшесіне дейін, Ш. Бейсекова көшесінен Н. Тілендиев даңғылына дейін.</w:t>
      </w:r>
    </w:p>
    <w:p w14:paraId="48923E1D" w14:textId="77777777" w:rsidR="005B42CB" w:rsidRPr="006F7332" w:rsidRDefault="005B42CB" w:rsidP="005B42CB">
      <w:pPr>
        <w:jc w:val="both"/>
        <w:rPr>
          <w:lang w:val="kk-KZ"/>
        </w:rPr>
      </w:pPr>
    </w:p>
    <w:p w14:paraId="2D65CBDB" w14:textId="77777777" w:rsidR="005B42CB" w:rsidRPr="006F7332" w:rsidRDefault="005B42CB" w:rsidP="005B42CB">
      <w:pPr>
        <w:keepNext/>
        <w:keepLines/>
        <w:jc w:val="center"/>
        <w:rPr>
          <w:sz w:val="28"/>
          <w:szCs w:val="28"/>
          <w:lang w:val="kk-KZ"/>
        </w:rPr>
      </w:pPr>
      <w:r w:rsidRPr="006F7332">
        <w:rPr>
          <w:sz w:val="28"/>
          <w:szCs w:val="28"/>
          <w:lang w:val="kk-KZ"/>
        </w:rPr>
        <w:t>№ 392 сайлау учаскесі</w:t>
      </w:r>
    </w:p>
    <w:p w14:paraId="354A6AEC"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65 «Бал бала» балабақшасы» мемлекеттік коммуналдық қазыналық кәсіпорны, </w:t>
      </w:r>
      <w:r w:rsidRPr="006F7332">
        <w:rPr>
          <w:sz w:val="28"/>
          <w:szCs w:val="28"/>
          <w:lang w:val="kk-KZ"/>
        </w:rPr>
        <w:br/>
      </w:r>
      <w:proofErr w:type="spellStart"/>
      <w:r w:rsidRPr="006F7332">
        <w:rPr>
          <w:sz w:val="28"/>
          <w:szCs w:val="28"/>
          <w:lang w:val="kk-KZ"/>
        </w:rPr>
        <w:t>Қараменде</w:t>
      </w:r>
      <w:proofErr w:type="spellEnd"/>
      <w:r w:rsidRPr="006F7332">
        <w:rPr>
          <w:sz w:val="28"/>
          <w:szCs w:val="28"/>
          <w:lang w:val="kk-KZ"/>
        </w:rPr>
        <w:t xml:space="preserve"> би </w:t>
      </w:r>
      <w:proofErr w:type="spellStart"/>
      <w:r w:rsidRPr="006F7332">
        <w:rPr>
          <w:sz w:val="28"/>
          <w:szCs w:val="28"/>
          <w:lang w:val="kk-KZ"/>
        </w:rPr>
        <w:t>Шақаұлы</w:t>
      </w:r>
      <w:proofErr w:type="spellEnd"/>
      <w:r w:rsidRPr="006F7332">
        <w:rPr>
          <w:sz w:val="28"/>
          <w:szCs w:val="28"/>
          <w:lang w:val="kk-KZ"/>
        </w:rPr>
        <w:t xml:space="preserve"> көшесі, № 5/1)</w:t>
      </w:r>
    </w:p>
    <w:p w14:paraId="02F4BBD3" w14:textId="77777777" w:rsidR="005B42CB" w:rsidRPr="006F7332" w:rsidRDefault="005B42CB" w:rsidP="005B42CB">
      <w:pPr>
        <w:keepNext/>
        <w:jc w:val="both"/>
        <w:rPr>
          <w:lang w:val="kk-KZ"/>
        </w:rPr>
      </w:pPr>
    </w:p>
    <w:p w14:paraId="01D64A33"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Дәулеткерей көшесінен Жоламан орамына дейін, Жоламан орамынан </w:t>
      </w:r>
      <w:proofErr w:type="spellStart"/>
      <w:r w:rsidRPr="006F7332">
        <w:rPr>
          <w:sz w:val="28"/>
          <w:szCs w:val="28"/>
          <w:lang w:val="kk-KZ"/>
        </w:rPr>
        <w:t>Байынкөл</w:t>
      </w:r>
      <w:proofErr w:type="spellEnd"/>
      <w:r w:rsidRPr="006F7332">
        <w:rPr>
          <w:sz w:val="28"/>
          <w:szCs w:val="28"/>
          <w:lang w:val="kk-KZ"/>
        </w:rPr>
        <w:t xml:space="preserve"> орамына дейін, </w:t>
      </w:r>
      <w:proofErr w:type="spellStart"/>
      <w:r w:rsidRPr="006F7332">
        <w:rPr>
          <w:sz w:val="28"/>
          <w:szCs w:val="28"/>
          <w:lang w:val="kk-KZ"/>
        </w:rPr>
        <w:t>Байынкөл</w:t>
      </w:r>
      <w:proofErr w:type="spellEnd"/>
      <w:r w:rsidRPr="006F7332">
        <w:rPr>
          <w:sz w:val="28"/>
          <w:szCs w:val="28"/>
          <w:lang w:val="kk-KZ"/>
        </w:rPr>
        <w:t xml:space="preserve"> орамынан </w:t>
      </w:r>
      <w:proofErr w:type="spellStart"/>
      <w:r w:rsidRPr="006F7332">
        <w:rPr>
          <w:sz w:val="28"/>
          <w:szCs w:val="28"/>
          <w:lang w:val="kk-KZ"/>
        </w:rPr>
        <w:t>Қараменде</w:t>
      </w:r>
      <w:proofErr w:type="spellEnd"/>
      <w:r w:rsidRPr="006F7332">
        <w:rPr>
          <w:sz w:val="28"/>
          <w:szCs w:val="28"/>
          <w:lang w:val="kk-KZ"/>
        </w:rPr>
        <w:t xml:space="preserve"> би </w:t>
      </w:r>
      <w:proofErr w:type="spellStart"/>
      <w:r w:rsidRPr="006F7332">
        <w:rPr>
          <w:sz w:val="28"/>
          <w:szCs w:val="28"/>
          <w:lang w:val="kk-KZ"/>
        </w:rPr>
        <w:t>Шақаұлы</w:t>
      </w:r>
      <w:proofErr w:type="spellEnd"/>
      <w:r w:rsidRPr="006F7332">
        <w:rPr>
          <w:sz w:val="28"/>
          <w:szCs w:val="28"/>
          <w:lang w:val="kk-KZ"/>
        </w:rPr>
        <w:t xml:space="preserve"> көшесіне дейін, </w:t>
      </w:r>
      <w:proofErr w:type="spellStart"/>
      <w:r w:rsidRPr="006F7332">
        <w:rPr>
          <w:sz w:val="28"/>
          <w:szCs w:val="28"/>
          <w:lang w:val="kk-KZ"/>
        </w:rPr>
        <w:t>Қараменде</w:t>
      </w:r>
      <w:proofErr w:type="spellEnd"/>
      <w:r w:rsidRPr="006F7332">
        <w:rPr>
          <w:sz w:val="28"/>
          <w:szCs w:val="28"/>
          <w:lang w:val="kk-KZ"/>
        </w:rPr>
        <w:t xml:space="preserve"> би </w:t>
      </w:r>
      <w:proofErr w:type="spellStart"/>
      <w:r w:rsidRPr="006F7332">
        <w:rPr>
          <w:sz w:val="28"/>
          <w:szCs w:val="28"/>
          <w:lang w:val="kk-KZ"/>
        </w:rPr>
        <w:t>Шақаұлы</w:t>
      </w:r>
      <w:proofErr w:type="spellEnd"/>
      <w:r w:rsidRPr="006F7332">
        <w:rPr>
          <w:sz w:val="28"/>
          <w:szCs w:val="28"/>
          <w:lang w:val="kk-KZ"/>
        </w:rPr>
        <w:t xml:space="preserve"> көшесінен, </w:t>
      </w:r>
      <w:proofErr w:type="spellStart"/>
      <w:r w:rsidRPr="006F7332">
        <w:rPr>
          <w:sz w:val="28"/>
          <w:szCs w:val="28"/>
          <w:lang w:val="kk-KZ"/>
        </w:rPr>
        <w:t>Қараменде</w:t>
      </w:r>
      <w:proofErr w:type="spellEnd"/>
      <w:r w:rsidRPr="006F7332">
        <w:rPr>
          <w:sz w:val="28"/>
          <w:szCs w:val="28"/>
          <w:lang w:val="kk-KZ"/>
        </w:rPr>
        <w:t xml:space="preserve"> би </w:t>
      </w:r>
      <w:proofErr w:type="spellStart"/>
      <w:r w:rsidRPr="006F7332">
        <w:rPr>
          <w:sz w:val="28"/>
          <w:szCs w:val="28"/>
          <w:lang w:val="kk-KZ"/>
        </w:rPr>
        <w:t>Шақаұлы</w:t>
      </w:r>
      <w:proofErr w:type="spellEnd"/>
      <w:r w:rsidRPr="006F7332">
        <w:rPr>
          <w:sz w:val="28"/>
          <w:szCs w:val="28"/>
          <w:lang w:val="kk-KZ"/>
        </w:rPr>
        <w:t xml:space="preserve"> көшесіндегі № 1, 3, 3/1, 3/2 үйлерді және Бейбарыс сұлтан көшесіндегі № 6, 6/1, 6/2, 6/3 үйлерді қоспағанда, Бейбарыс сұлтан көшесіне дейін, Бейбарыс сұлтан көшесінен Бейбарыс сұлтан көшесіндегі № 11, 13, 13/1 үйлердің және</w:t>
      </w:r>
      <w:r w:rsidRPr="006F7332">
        <w:rPr>
          <w:sz w:val="28"/>
          <w:szCs w:val="28"/>
          <w:lang w:val="kk-KZ"/>
        </w:rPr>
        <w:br/>
        <w:t>Ш. Айтматов көшесіндегі № 77/7, 77/10 үйлердің бойымен Есіл өзенінің жағалауына дейін, Есіл өзенінің жағалауы бойымен, Еңлік-Кебек көшесіндегі</w:t>
      </w:r>
      <w:r w:rsidRPr="006F7332">
        <w:rPr>
          <w:sz w:val="28"/>
          <w:szCs w:val="28"/>
          <w:lang w:val="kk-KZ"/>
        </w:rPr>
        <w:br/>
        <w:t xml:space="preserve">№ 1/9 үйді қоса алғанда, </w:t>
      </w:r>
      <w:proofErr w:type="spellStart"/>
      <w:r w:rsidRPr="006F7332">
        <w:rPr>
          <w:sz w:val="28"/>
          <w:szCs w:val="28"/>
          <w:lang w:val="kk-KZ"/>
        </w:rPr>
        <w:t>Земляничная</w:t>
      </w:r>
      <w:proofErr w:type="spellEnd"/>
      <w:r w:rsidRPr="006F7332">
        <w:rPr>
          <w:sz w:val="28"/>
          <w:szCs w:val="28"/>
          <w:lang w:val="kk-KZ"/>
        </w:rPr>
        <w:t xml:space="preserve"> көшесіне дейін, </w:t>
      </w:r>
      <w:proofErr w:type="spellStart"/>
      <w:r w:rsidRPr="006F7332">
        <w:rPr>
          <w:sz w:val="28"/>
          <w:szCs w:val="28"/>
          <w:lang w:val="kk-KZ"/>
        </w:rPr>
        <w:t>Земляничная</w:t>
      </w:r>
      <w:proofErr w:type="spellEnd"/>
      <w:r w:rsidRPr="006F7332">
        <w:rPr>
          <w:sz w:val="28"/>
          <w:szCs w:val="28"/>
          <w:lang w:val="kk-KZ"/>
        </w:rPr>
        <w:t xml:space="preserve"> көшесінің тақ сандар жағымен Дәулеткерей көшесіне дейін.</w:t>
      </w:r>
    </w:p>
    <w:p w14:paraId="14E93104" w14:textId="77777777" w:rsidR="005B42CB" w:rsidRPr="006F7332" w:rsidRDefault="005B42CB" w:rsidP="005B42CB">
      <w:pPr>
        <w:jc w:val="both"/>
        <w:rPr>
          <w:lang w:val="kk-KZ"/>
        </w:rPr>
      </w:pPr>
    </w:p>
    <w:p w14:paraId="510A308D" w14:textId="77777777" w:rsidR="005B42CB" w:rsidRPr="006F7332" w:rsidRDefault="005B42CB" w:rsidP="005B42CB">
      <w:pPr>
        <w:keepNext/>
        <w:keepLines/>
        <w:jc w:val="center"/>
        <w:rPr>
          <w:sz w:val="28"/>
          <w:szCs w:val="28"/>
          <w:lang w:val="kk-KZ"/>
        </w:rPr>
      </w:pPr>
      <w:r w:rsidRPr="006F7332">
        <w:rPr>
          <w:sz w:val="28"/>
          <w:szCs w:val="28"/>
          <w:lang w:val="kk-KZ"/>
        </w:rPr>
        <w:t>№ 393 сайлау учаскесі</w:t>
      </w:r>
    </w:p>
    <w:p w14:paraId="0EF57C18"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41 жалпы орта білім беретін мектеп» коммуналдық мемлекеттік мекемесі, Ардагерлер көшесі, № 1а)</w:t>
      </w:r>
    </w:p>
    <w:p w14:paraId="7AA65113" w14:textId="77777777" w:rsidR="005B42CB" w:rsidRPr="006F7332" w:rsidRDefault="005B42CB" w:rsidP="005B42CB">
      <w:pPr>
        <w:keepNext/>
        <w:jc w:val="both"/>
        <w:rPr>
          <w:lang w:val="kk-KZ"/>
        </w:rPr>
      </w:pPr>
    </w:p>
    <w:p w14:paraId="5981341F"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Бейбарыс сұлтан көшесінен, Бейбарыс сұлтан көшесіндегі № 23, 25/1, 25/2, 25а үйлерді қоспағанда, </w:t>
      </w:r>
      <w:proofErr w:type="spellStart"/>
      <w:r w:rsidRPr="006F7332">
        <w:rPr>
          <w:sz w:val="28"/>
          <w:szCs w:val="28"/>
          <w:lang w:val="kk-KZ"/>
        </w:rPr>
        <w:t>Земляничная</w:t>
      </w:r>
      <w:proofErr w:type="spellEnd"/>
      <w:r w:rsidRPr="006F7332">
        <w:rPr>
          <w:sz w:val="28"/>
          <w:szCs w:val="28"/>
          <w:lang w:val="kk-KZ"/>
        </w:rPr>
        <w:t xml:space="preserve"> көшесіне дейін, </w:t>
      </w:r>
      <w:proofErr w:type="spellStart"/>
      <w:r w:rsidRPr="006F7332">
        <w:rPr>
          <w:sz w:val="28"/>
          <w:szCs w:val="28"/>
          <w:lang w:val="kk-KZ"/>
        </w:rPr>
        <w:t>Земляничная</w:t>
      </w:r>
      <w:proofErr w:type="spellEnd"/>
      <w:r w:rsidRPr="006F7332">
        <w:rPr>
          <w:sz w:val="28"/>
          <w:szCs w:val="28"/>
          <w:lang w:val="kk-KZ"/>
        </w:rPr>
        <w:t xml:space="preserve"> көшесінен, Еңлік-Кебек көшесіндегі № 1/9 үйді қоспағанда, Есіл өзенінің жағалауына дейін, Есіл өзенінің жағалауы бойымен Еңлік-Кебек көшесіндегі</w:t>
      </w:r>
      <w:r w:rsidRPr="006F7332">
        <w:rPr>
          <w:sz w:val="28"/>
          <w:szCs w:val="28"/>
          <w:lang w:val="kk-KZ"/>
        </w:rPr>
        <w:br/>
        <w:t>№ 1в үйге дейін, Еңлік-Кебек көшесіндегі № 1в</w:t>
      </w:r>
      <w:r w:rsidRPr="006F7332">
        <w:rPr>
          <w:lang w:val="kk-KZ"/>
        </w:rPr>
        <w:t xml:space="preserve"> </w:t>
      </w:r>
      <w:r w:rsidRPr="006F7332">
        <w:rPr>
          <w:sz w:val="28"/>
          <w:szCs w:val="28"/>
          <w:lang w:val="kk-KZ"/>
        </w:rPr>
        <w:t>үйден, Еңлік-Кебек көшесіндегі № 1/3 үйді қоспағанда, Еңлік-Кебек</w:t>
      </w:r>
      <w:r w:rsidRPr="006F7332">
        <w:rPr>
          <w:lang w:val="kk-KZ"/>
        </w:rPr>
        <w:t xml:space="preserve"> </w:t>
      </w:r>
      <w:r w:rsidRPr="006F7332">
        <w:rPr>
          <w:sz w:val="28"/>
          <w:szCs w:val="28"/>
          <w:lang w:val="kk-KZ"/>
        </w:rPr>
        <w:t xml:space="preserve">көшесіне дейін, Еңлік-Кебек көшесінен «Көктал» паркінің шекарасына дейін, «Көктал» паркінің шекарасы бойымен, Бейбарыс сұлтан көшесіндегі № 31 үйді қоспағанда және С902 көшедегі № 6, </w:t>
      </w:r>
      <w:r>
        <w:rPr>
          <w:sz w:val="28"/>
          <w:szCs w:val="28"/>
          <w:lang w:val="kk-KZ"/>
        </w:rPr>
        <w:br/>
      </w:r>
      <w:r w:rsidRPr="006F7332">
        <w:rPr>
          <w:sz w:val="28"/>
          <w:szCs w:val="28"/>
          <w:lang w:val="kk-KZ"/>
        </w:rPr>
        <w:t>6/1 үйлерді қоса алғанда, Бейбарыс сұлтан</w:t>
      </w:r>
      <w:r w:rsidRPr="006F7332">
        <w:rPr>
          <w:lang w:val="kk-KZ"/>
        </w:rPr>
        <w:t xml:space="preserve"> </w:t>
      </w:r>
      <w:r w:rsidRPr="006F7332">
        <w:rPr>
          <w:sz w:val="28"/>
          <w:szCs w:val="28"/>
          <w:lang w:val="kk-KZ"/>
        </w:rPr>
        <w:t>көшесіне дейін.</w:t>
      </w:r>
    </w:p>
    <w:p w14:paraId="4CB96A98" w14:textId="77777777" w:rsidR="005B42CB" w:rsidRPr="006F7332" w:rsidRDefault="005B42CB" w:rsidP="005B42CB">
      <w:pPr>
        <w:jc w:val="both"/>
        <w:rPr>
          <w:lang w:val="kk-KZ"/>
        </w:rPr>
      </w:pPr>
    </w:p>
    <w:p w14:paraId="003B2130" w14:textId="77777777" w:rsidR="005B42CB" w:rsidRPr="006F7332" w:rsidRDefault="005B42CB" w:rsidP="005B42CB">
      <w:pPr>
        <w:keepNext/>
        <w:keepLines/>
        <w:jc w:val="center"/>
        <w:rPr>
          <w:sz w:val="28"/>
          <w:szCs w:val="28"/>
          <w:lang w:val="kk-KZ"/>
        </w:rPr>
      </w:pPr>
      <w:r w:rsidRPr="006F7332">
        <w:rPr>
          <w:sz w:val="28"/>
          <w:szCs w:val="28"/>
          <w:lang w:val="kk-KZ"/>
        </w:rPr>
        <w:t>№ 394 сайлау учаскесі</w:t>
      </w:r>
    </w:p>
    <w:p w14:paraId="7774EB5A" w14:textId="77777777" w:rsidR="005B42CB" w:rsidRPr="006F7332" w:rsidRDefault="005B42CB" w:rsidP="005B42CB">
      <w:pPr>
        <w:keepNext/>
        <w:keepLines/>
        <w:jc w:val="center"/>
        <w:rPr>
          <w:sz w:val="28"/>
          <w:szCs w:val="28"/>
          <w:lang w:val="kk-KZ"/>
        </w:rPr>
      </w:pPr>
      <w:r w:rsidRPr="006F7332">
        <w:rPr>
          <w:sz w:val="28"/>
          <w:szCs w:val="28"/>
          <w:lang w:val="kk-KZ"/>
        </w:rPr>
        <w:t>(орталығы – «</w:t>
      </w:r>
      <w:proofErr w:type="spellStart"/>
      <w:r w:rsidRPr="006F7332">
        <w:rPr>
          <w:sz w:val="28"/>
          <w:szCs w:val="28"/>
          <w:lang w:val="kk-KZ"/>
        </w:rPr>
        <w:t>Koktal-junior</w:t>
      </w:r>
      <w:proofErr w:type="spellEnd"/>
      <w:r w:rsidRPr="006F7332">
        <w:rPr>
          <w:sz w:val="28"/>
          <w:szCs w:val="28"/>
          <w:lang w:val="kk-KZ"/>
        </w:rPr>
        <w:t xml:space="preserve"> </w:t>
      </w:r>
      <w:proofErr w:type="spellStart"/>
      <w:r w:rsidRPr="006F7332">
        <w:rPr>
          <w:sz w:val="28"/>
          <w:szCs w:val="28"/>
          <w:lang w:val="kk-KZ"/>
        </w:rPr>
        <w:t>hall</w:t>
      </w:r>
      <w:proofErr w:type="spellEnd"/>
      <w:r w:rsidRPr="006F7332">
        <w:rPr>
          <w:sz w:val="28"/>
          <w:szCs w:val="28"/>
          <w:lang w:val="kk-KZ"/>
        </w:rPr>
        <w:t>» балалар орталығы, Ұлытау көшесі, № 1/1)</w:t>
      </w:r>
    </w:p>
    <w:p w14:paraId="5B75CF62" w14:textId="77777777" w:rsidR="005B42CB" w:rsidRPr="006F7332" w:rsidRDefault="005B42CB" w:rsidP="005B42CB">
      <w:pPr>
        <w:keepNext/>
        <w:jc w:val="both"/>
        <w:rPr>
          <w:lang w:val="kk-KZ"/>
        </w:rPr>
      </w:pPr>
    </w:p>
    <w:p w14:paraId="51A1DC36"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Арқалық көшесінен, Н. Тілендиев даңғылындағы № 40, 42, </w:t>
      </w:r>
      <w:r>
        <w:rPr>
          <w:sz w:val="28"/>
          <w:szCs w:val="28"/>
          <w:lang w:val="kk-KZ"/>
        </w:rPr>
        <w:br/>
      </w:r>
      <w:r w:rsidRPr="006F7332">
        <w:rPr>
          <w:sz w:val="28"/>
          <w:szCs w:val="28"/>
          <w:lang w:val="kk-KZ"/>
        </w:rPr>
        <w:t>44а үйлерді қоса алғанда, Н. Тілендиев даңғылына дейін, Н. Тілендиев даңғылынан Арқалық көшесіне дейін.</w:t>
      </w:r>
    </w:p>
    <w:p w14:paraId="4989D5E3" w14:textId="77777777" w:rsidR="005B42CB" w:rsidRPr="006F7332" w:rsidRDefault="005B42CB" w:rsidP="005B42CB">
      <w:pPr>
        <w:jc w:val="both"/>
        <w:rPr>
          <w:lang w:val="kk-KZ"/>
        </w:rPr>
      </w:pPr>
    </w:p>
    <w:p w14:paraId="47DF503D" w14:textId="77777777" w:rsidR="005B42CB" w:rsidRPr="006F7332" w:rsidRDefault="005B42CB" w:rsidP="005B42CB">
      <w:pPr>
        <w:keepNext/>
        <w:keepLines/>
        <w:jc w:val="center"/>
        <w:rPr>
          <w:sz w:val="28"/>
          <w:szCs w:val="28"/>
          <w:lang w:val="kk-KZ"/>
        </w:rPr>
      </w:pPr>
      <w:r w:rsidRPr="006F7332">
        <w:rPr>
          <w:sz w:val="28"/>
          <w:szCs w:val="28"/>
          <w:lang w:val="kk-KZ"/>
        </w:rPr>
        <w:lastRenderedPageBreak/>
        <w:t>№ 395 сайлау учаскесі</w:t>
      </w:r>
    </w:p>
    <w:p w14:paraId="5D1607C7" w14:textId="77777777" w:rsidR="005B42CB" w:rsidRPr="006F7332" w:rsidRDefault="005B42CB" w:rsidP="005B42CB">
      <w:pPr>
        <w:keepNext/>
        <w:keepLines/>
        <w:jc w:val="center"/>
        <w:rPr>
          <w:sz w:val="28"/>
          <w:szCs w:val="28"/>
          <w:lang w:val="kk-KZ"/>
        </w:rPr>
      </w:pPr>
      <w:r w:rsidRPr="006F7332">
        <w:rPr>
          <w:sz w:val="28"/>
          <w:szCs w:val="28"/>
          <w:lang w:val="kk-KZ"/>
        </w:rPr>
        <w:t>(орталығы –</w:t>
      </w:r>
      <w:r w:rsidRPr="006F7332">
        <w:rPr>
          <w:lang w:val="kk-KZ"/>
        </w:rPr>
        <w:t xml:space="preserve"> </w:t>
      </w:r>
      <w:r w:rsidRPr="006F7332">
        <w:rPr>
          <w:sz w:val="28"/>
          <w:szCs w:val="28"/>
          <w:lang w:val="kk-KZ"/>
        </w:rPr>
        <w:t>Астана қаласы әкімдігінің «№ 106 жалпы орта білім беретін мектеп» шаруашылық жүргізу құқығындағы мемлекеттік коммуналдық кәсіпорны, Бейбарыс сұлтан көшесі, № 15)</w:t>
      </w:r>
    </w:p>
    <w:p w14:paraId="31355268" w14:textId="77777777" w:rsidR="005B42CB" w:rsidRPr="006F7332" w:rsidRDefault="005B42CB" w:rsidP="005B42CB">
      <w:pPr>
        <w:keepNext/>
        <w:jc w:val="both"/>
        <w:rPr>
          <w:lang w:val="kk-KZ"/>
        </w:rPr>
      </w:pPr>
    </w:p>
    <w:p w14:paraId="65A735F2"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Бейбарыс сұлтан көшесіндегі № 25 үйден, Бейбарыс сұлтан көшесіндегі № 23, 25а үйлерді қоса алғанда, </w:t>
      </w:r>
      <w:proofErr w:type="spellStart"/>
      <w:r w:rsidRPr="006F7332">
        <w:rPr>
          <w:sz w:val="28"/>
          <w:szCs w:val="28"/>
          <w:lang w:val="kk-KZ"/>
        </w:rPr>
        <w:t>Фруктовая</w:t>
      </w:r>
      <w:proofErr w:type="spellEnd"/>
      <w:r w:rsidRPr="006F7332">
        <w:rPr>
          <w:sz w:val="28"/>
          <w:szCs w:val="28"/>
          <w:lang w:val="kk-KZ"/>
        </w:rPr>
        <w:t xml:space="preserve"> көшесіне дейін, </w:t>
      </w:r>
      <w:proofErr w:type="spellStart"/>
      <w:r w:rsidRPr="006F7332">
        <w:rPr>
          <w:sz w:val="28"/>
          <w:szCs w:val="28"/>
          <w:lang w:val="kk-KZ"/>
        </w:rPr>
        <w:t>Фруктовая</w:t>
      </w:r>
      <w:proofErr w:type="spellEnd"/>
      <w:r w:rsidRPr="006F7332">
        <w:rPr>
          <w:sz w:val="28"/>
          <w:szCs w:val="28"/>
          <w:lang w:val="kk-KZ"/>
        </w:rPr>
        <w:t xml:space="preserve"> көшесінен Бейбарыс сұлтан көшесіндегі № 25/3 үйге дейін, Бейбарыс сұлтан көшесіндегі № 25/2, 25/3, 25/4 үйлердің арасынан Бейбарыс сұлтан көшесіндегі</w:t>
      </w:r>
      <w:r w:rsidRPr="006F7332">
        <w:rPr>
          <w:sz w:val="28"/>
          <w:szCs w:val="28"/>
          <w:lang w:val="kk-KZ"/>
        </w:rPr>
        <w:br/>
        <w:t>№ 27 үйге дейін, Бейбарыс сұлтан көшесіндегі № 25/1 үйден, Бейбарыс сұлтан көшесіндегі № 25, 27 үйлерді қоспағанда, Бейбарыс сұлтан көшесіне дейін.</w:t>
      </w:r>
    </w:p>
    <w:p w14:paraId="5ACD80C5" w14:textId="77777777" w:rsidR="005B42CB" w:rsidRPr="006F7332" w:rsidRDefault="005B42CB" w:rsidP="005B42CB">
      <w:pPr>
        <w:jc w:val="both"/>
        <w:rPr>
          <w:lang w:val="kk-KZ"/>
        </w:rPr>
      </w:pPr>
    </w:p>
    <w:p w14:paraId="18D1E913" w14:textId="77777777" w:rsidR="005B42CB" w:rsidRPr="006F7332" w:rsidRDefault="005B42CB" w:rsidP="005B42CB">
      <w:pPr>
        <w:keepNext/>
        <w:keepLines/>
        <w:jc w:val="center"/>
        <w:rPr>
          <w:sz w:val="28"/>
          <w:szCs w:val="28"/>
          <w:lang w:val="kk-KZ"/>
        </w:rPr>
      </w:pPr>
      <w:r w:rsidRPr="006F7332">
        <w:rPr>
          <w:sz w:val="28"/>
          <w:szCs w:val="28"/>
          <w:lang w:val="kk-KZ"/>
        </w:rPr>
        <w:t>№ 396 сайлау учаскесі</w:t>
      </w:r>
    </w:p>
    <w:p w14:paraId="47E739C5"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106 жалпы орта білім беретін мектеп» шаруашылық жүргізу құқығындағы мемлекеттік коммуналдық кәсіпорны, Бейбарыс сұлтан көшесі, № 15)</w:t>
      </w:r>
    </w:p>
    <w:p w14:paraId="0CA0196E" w14:textId="77777777" w:rsidR="005B42CB" w:rsidRPr="006F7332" w:rsidRDefault="005B42CB" w:rsidP="005B42CB">
      <w:pPr>
        <w:keepNext/>
        <w:jc w:val="both"/>
        <w:rPr>
          <w:lang w:val="kk-KZ"/>
        </w:rPr>
      </w:pPr>
    </w:p>
    <w:p w14:paraId="74FC42C9"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w:t>
      </w:r>
      <w:proofErr w:type="spellStart"/>
      <w:r w:rsidRPr="006F7332">
        <w:rPr>
          <w:sz w:val="28"/>
          <w:szCs w:val="28"/>
          <w:lang w:val="kk-KZ"/>
        </w:rPr>
        <w:t>Қараменде</w:t>
      </w:r>
      <w:proofErr w:type="spellEnd"/>
      <w:r w:rsidRPr="006F7332">
        <w:rPr>
          <w:sz w:val="28"/>
          <w:szCs w:val="28"/>
          <w:lang w:val="kk-KZ"/>
        </w:rPr>
        <w:t xml:space="preserve"> би </w:t>
      </w:r>
      <w:proofErr w:type="spellStart"/>
      <w:r w:rsidRPr="006F7332">
        <w:rPr>
          <w:sz w:val="28"/>
          <w:szCs w:val="28"/>
          <w:lang w:val="kk-KZ"/>
        </w:rPr>
        <w:t>Шақаұлы</w:t>
      </w:r>
      <w:proofErr w:type="spellEnd"/>
      <w:r w:rsidRPr="006F7332">
        <w:rPr>
          <w:sz w:val="28"/>
          <w:szCs w:val="28"/>
          <w:lang w:val="kk-KZ"/>
        </w:rPr>
        <w:t xml:space="preserve"> көшесінен Бейбарыс сұлтан көшесіне дейін, Бейбарыс сұлтан көшесінен Ш. Бейсекова көшесіне дейін, Ш. Бейсекова көшесінен Е. Серкебаев көшесіндегі № 41 үйге дейін, Е. Серкебаев көшесіндегі</w:t>
      </w:r>
      <w:r w:rsidRPr="006F7332">
        <w:rPr>
          <w:sz w:val="28"/>
          <w:szCs w:val="28"/>
          <w:lang w:val="kk-KZ"/>
        </w:rPr>
        <w:br/>
        <w:t xml:space="preserve">№ 41 үйден Ш. Айтматов көшесіндегі № 79/1 үйге дейін, Ш. Айтматов көшесіндегі № 77/11, 79/1 үйлердің бойымен, Е. Серкебаев көшесіндегі № 43, 45, 47 үйлерді және Бейбарыс сұлтан көшесіндегі № 5, 5/1, 7, 9, 9/1 үйлерді қоса алғанда, Бейбарыс сұлтан көшесіндегі № 13/1 үйге дейін, Бейбарыс сұлтан көшесіндегі № 13/1 үйден, </w:t>
      </w:r>
      <w:proofErr w:type="spellStart"/>
      <w:r w:rsidRPr="006F7332">
        <w:rPr>
          <w:sz w:val="28"/>
          <w:szCs w:val="28"/>
          <w:lang w:val="kk-KZ"/>
        </w:rPr>
        <w:t>Қараменде</w:t>
      </w:r>
      <w:proofErr w:type="spellEnd"/>
      <w:r w:rsidRPr="006F7332">
        <w:rPr>
          <w:sz w:val="28"/>
          <w:szCs w:val="28"/>
          <w:lang w:val="kk-KZ"/>
        </w:rPr>
        <w:t xml:space="preserve"> би </w:t>
      </w:r>
      <w:proofErr w:type="spellStart"/>
      <w:r w:rsidRPr="006F7332">
        <w:rPr>
          <w:sz w:val="28"/>
          <w:szCs w:val="28"/>
          <w:lang w:val="kk-KZ"/>
        </w:rPr>
        <w:t>Шақаұлы</w:t>
      </w:r>
      <w:proofErr w:type="spellEnd"/>
      <w:r w:rsidRPr="006F7332">
        <w:rPr>
          <w:sz w:val="28"/>
          <w:szCs w:val="28"/>
          <w:lang w:val="kk-KZ"/>
        </w:rPr>
        <w:t xml:space="preserve"> көшесіндегі № 1, 3, 3/1, </w:t>
      </w:r>
      <w:r>
        <w:rPr>
          <w:sz w:val="28"/>
          <w:szCs w:val="28"/>
          <w:lang w:val="kk-KZ"/>
        </w:rPr>
        <w:br/>
      </w:r>
      <w:r w:rsidRPr="006F7332">
        <w:rPr>
          <w:sz w:val="28"/>
          <w:szCs w:val="28"/>
          <w:lang w:val="kk-KZ"/>
        </w:rPr>
        <w:t xml:space="preserve">3/2 үйлерді және Бейбарыс сұлтан көшесіндегі № 3, 6, 6/1, 6/2, 6/3 үйлерді қоса алғанда және Бейбарыс сұлтан көшесіндегі № 11, 13, 13/1 үйлерді қоспағанда, </w:t>
      </w:r>
      <w:proofErr w:type="spellStart"/>
      <w:r w:rsidRPr="006F7332">
        <w:rPr>
          <w:sz w:val="28"/>
          <w:szCs w:val="28"/>
          <w:lang w:val="kk-KZ"/>
        </w:rPr>
        <w:t>Қараменде</w:t>
      </w:r>
      <w:proofErr w:type="spellEnd"/>
      <w:r w:rsidRPr="006F7332">
        <w:rPr>
          <w:sz w:val="28"/>
          <w:szCs w:val="28"/>
          <w:lang w:val="kk-KZ"/>
        </w:rPr>
        <w:t xml:space="preserve"> би </w:t>
      </w:r>
      <w:proofErr w:type="spellStart"/>
      <w:r w:rsidRPr="006F7332">
        <w:rPr>
          <w:sz w:val="28"/>
          <w:szCs w:val="28"/>
          <w:lang w:val="kk-KZ"/>
        </w:rPr>
        <w:t>Шақаұлы</w:t>
      </w:r>
      <w:proofErr w:type="spellEnd"/>
      <w:r w:rsidRPr="006F7332">
        <w:rPr>
          <w:sz w:val="28"/>
          <w:szCs w:val="28"/>
          <w:lang w:val="kk-KZ"/>
        </w:rPr>
        <w:t xml:space="preserve"> көшесіне дейін.</w:t>
      </w:r>
    </w:p>
    <w:p w14:paraId="0C9B1135" w14:textId="77777777" w:rsidR="005B42CB" w:rsidRPr="006F7332" w:rsidRDefault="005B42CB" w:rsidP="005B42CB">
      <w:pPr>
        <w:jc w:val="both"/>
        <w:rPr>
          <w:lang w:val="kk-KZ"/>
        </w:rPr>
      </w:pPr>
    </w:p>
    <w:p w14:paraId="33EFDF38" w14:textId="77777777" w:rsidR="005B42CB" w:rsidRPr="006F7332" w:rsidRDefault="005B42CB" w:rsidP="005B42CB">
      <w:pPr>
        <w:keepNext/>
        <w:keepLines/>
        <w:jc w:val="center"/>
        <w:rPr>
          <w:sz w:val="28"/>
          <w:szCs w:val="28"/>
          <w:lang w:val="kk-KZ"/>
        </w:rPr>
      </w:pPr>
      <w:r w:rsidRPr="006F7332">
        <w:rPr>
          <w:sz w:val="28"/>
          <w:szCs w:val="28"/>
          <w:lang w:val="kk-KZ"/>
        </w:rPr>
        <w:t>№ 507 сайлау учаскесі</w:t>
      </w:r>
    </w:p>
    <w:p w14:paraId="14532D54"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106 жалпы орта білім беретін мектеп» шаруашылық жүргізу құқығындағы мемлекеттік коммуналдық кәсіпорны, Бейбарыс сұлтан көшесі, № 15)</w:t>
      </w:r>
    </w:p>
    <w:p w14:paraId="55FEBC04" w14:textId="77777777" w:rsidR="005B42CB" w:rsidRPr="006F7332" w:rsidRDefault="005B42CB" w:rsidP="005B42CB">
      <w:pPr>
        <w:keepNext/>
        <w:jc w:val="both"/>
        <w:rPr>
          <w:lang w:val="kk-KZ"/>
        </w:rPr>
      </w:pPr>
    </w:p>
    <w:p w14:paraId="287FD0C1" w14:textId="77777777" w:rsidR="005B42CB" w:rsidRPr="006F7332" w:rsidRDefault="005B42CB" w:rsidP="005B42CB">
      <w:pPr>
        <w:ind w:firstLine="709"/>
        <w:jc w:val="both"/>
        <w:rPr>
          <w:sz w:val="28"/>
          <w:szCs w:val="28"/>
          <w:lang w:val="kk-KZ"/>
        </w:rPr>
      </w:pPr>
      <w:r w:rsidRPr="006F7332">
        <w:rPr>
          <w:sz w:val="28"/>
          <w:szCs w:val="28"/>
          <w:lang w:val="kk-KZ"/>
        </w:rPr>
        <w:t>Шекарасы:</w:t>
      </w:r>
      <w:r w:rsidRPr="006F7332">
        <w:rPr>
          <w:lang w:val="kk-KZ"/>
        </w:rPr>
        <w:t xml:space="preserve"> </w:t>
      </w:r>
      <w:r w:rsidRPr="006F7332">
        <w:rPr>
          <w:sz w:val="28"/>
          <w:szCs w:val="28"/>
          <w:lang w:val="kk-KZ"/>
        </w:rPr>
        <w:t>Есіл өзенінің жағалауынан Ш. Айтматов көшесіндегі № 77/7, 77/10 үйлердің және Бейбарыс сұлтан көшесіндегі № 13, 13/1 үйлердің бойымен Бейбарыс сұлтан көшесіне дейін, Бейбарыс сұлтан көшесінен Бейбарыс сұлтан көшесіндегі № 9, 11 үйлердің арасымен және Ш. Айтматов көшесіндегі № 77/11, 79/1 үйлердің бойымен Ш. Айтматов көшесіндегі № 79 үйге дейін, Ш. Айтматов көшесіндегі № 77/3, 77/4, 77/6, 77/8, 77/9, 79, 79/1 үйлердің арасымен Есіл өзенінің жағалауына дейін.</w:t>
      </w:r>
    </w:p>
    <w:p w14:paraId="4A7833C9" w14:textId="77777777" w:rsidR="005B42CB" w:rsidRPr="006F7332" w:rsidRDefault="005B42CB" w:rsidP="005B42CB">
      <w:pPr>
        <w:jc w:val="both"/>
        <w:rPr>
          <w:lang w:val="kk-KZ"/>
        </w:rPr>
      </w:pPr>
    </w:p>
    <w:p w14:paraId="00677E4A" w14:textId="77777777" w:rsidR="005B42CB" w:rsidRPr="006F7332" w:rsidRDefault="005B42CB" w:rsidP="005B42CB">
      <w:pPr>
        <w:keepNext/>
        <w:keepLines/>
        <w:jc w:val="center"/>
        <w:rPr>
          <w:sz w:val="28"/>
          <w:szCs w:val="28"/>
          <w:lang w:val="kk-KZ"/>
        </w:rPr>
      </w:pPr>
      <w:r w:rsidRPr="006F7332">
        <w:rPr>
          <w:sz w:val="28"/>
          <w:szCs w:val="28"/>
          <w:lang w:val="kk-KZ"/>
        </w:rPr>
        <w:lastRenderedPageBreak/>
        <w:t>№ 508 сайлау учаскесі</w:t>
      </w:r>
    </w:p>
    <w:p w14:paraId="1D648F50" w14:textId="77777777" w:rsidR="005B42CB" w:rsidRPr="006F7332" w:rsidRDefault="005B42CB" w:rsidP="005B42CB">
      <w:pPr>
        <w:keepNext/>
        <w:keepLines/>
        <w:jc w:val="center"/>
        <w:rPr>
          <w:sz w:val="28"/>
          <w:szCs w:val="28"/>
          <w:lang w:val="kk-KZ"/>
        </w:rPr>
      </w:pPr>
      <w:r w:rsidRPr="006F7332">
        <w:rPr>
          <w:sz w:val="28"/>
          <w:szCs w:val="28"/>
          <w:lang w:val="kk-KZ"/>
        </w:rPr>
        <w:t>(орталығы –</w:t>
      </w:r>
      <w:r w:rsidRPr="006F7332">
        <w:rPr>
          <w:lang w:val="kk-KZ"/>
        </w:rPr>
        <w:t xml:space="preserve"> </w:t>
      </w:r>
      <w:r w:rsidRPr="006F7332">
        <w:rPr>
          <w:sz w:val="28"/>
          <w:szCs w:val="28"/>
          <w:lang w:val="kk-KZ"/>
        </w:rPr>
        <w:t>Астана қаласы әкімдігінің «№ 105 жалпы орта білім беретін мектеп» шаруашылық жүргізу құқығындағы мемлекеттік коммуналдық кәсіпорны, Ұлытау көшесі, № 48)</w:t>
      </w:r>
    </w:p>
    <w:p w14:paraId="35DAACE8" w14:textId="77777777" w:rsidR="005B42CB" w:rsidRPr="006F7332" w:rsidRDefault="005B42CB" w:rsidP="005B42CB">
      <w:pPr>
        <w:keepNext/>
        <w:jc w:val="both"/>
        <w:rPr>
          <w:lang w:val="kk-KZ"/>
        </w:rPr>
      </w:pPr>
    </w:p>
    <w:p w14:paraId="21281507" w14:textId="77777777" w:rsidR="005B42CB" w:rsidRPr="006F7332" w:rsidRDefault="005B42CB" w:rsidP="005B42CB">
      <w:pPr>
        <w:ind w:firstLine="708"/>
        <w:jc w:val="both"/>
        <w:rPr>
          <w:sz w:val="28"/>
          <w:szCs w:val="28"/>
          <w:lang w:val="kk-KZ"/>
        </w:rPr>
      </w:pPr>
      <w:r w:rsidRPr="006F7332">
        <w:rPr>
          <w:sz w:val="28"/>
          <w:szCs w:val="28"/>
          <w:lang w:val="kk-KZ"/>
        </w:rPr>
        <w:t>Шекарасы: Баршын көшесінен Ақмола көшесіне дейін, Ақмола көшесінен Қима көшесіне дейін, Қима көшесінен Н. Тілендиев даңғылына дейін,</w:t>
      </w:r>
      <w:r w:rsidRPr="006F7332">
        <w:rPr>
          <w:sz w:val="28"/>
          <w:szCs w:val="28"/>
          <w:lang w:val="kk-KZ"/>
        </w:rPr>
        <w:br/>
        <w:t>Н. Тілендиев даңғылынан, Н. Тілендиев даңғылындағы № 38 үйді қоса алғанда, Арқалық көшесіне дейін, Арқалық көшесінен Ұлытау көшесіне дейін, Ұлытау көшесінен Н. Тілендиев даңғылына дейін, Н. Тілендиев даңғылынан Баршын көшесіне дейін.</w:t>
      </w:r>
    </w:p>
    <w:p w14:paraId="19BB71BB" w14:textId="77777777" w:rsidR="005B42CB" w:rsidRPr="006F7332" w:rsidRDefault="005B42CB" w:rsidP="005B42CB">
      <w:pPr>
        <w:jc w:val="both"/>
        <w:rPr>
          <w:lang w:val="kk-KZ"/>
        </w:rPr>
      </w:pPr>
    </w:p>
    <w:p w14:paraId="4706D1A6" w14:textId="77777777" w:rsidR="005B42CB" w:rsidRPr="006F7332" w:rsidRDefault="005B42CB" w:rsidP="005B42CB">
      <w:pPr>
        <w:keepNext/>
        <w:keepLines/>
        <w:jc w:val="center"/>
        <w:rPr>
          <w:sz w:val="28"/>
          <w:szCs w:val="28"/>
          <w:lang w:val="kk-KZ"/>
        </w:rPr>
      </w:pPr>
      <w:r w:rsidRPr="006F7332">
        <w:rPr>
          <w:sz w:val="28"/>
          <w:szCs w:val="28"/>
          <w:lang w:val="kk-KZ"/>
        </w:rPr>
        <w:t>№ 397 сайлау учаскесі</w:t>
      </w:r>
    </w:p>
    <w:p w14:paraId="6BA5A86A"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Қазақстан Республикасы Денсаулық сақтау министрлігінің </w:t>
      </w:r>
      <w:r>
        <w:rPr>
          <w:sz w:val="28"/>
          <w:szCs w:val="28"/>
          <w:lang w:val="kk-KZ"/>
        </w:rPr>
        <w:br/>
      </w:r>
      <w:r w:rsidRPr="006F7332">
        <w:rPr>
          <w:sz w:val="28"/>
          <w:szCs w:val="28"/>
          <w:lang w:val="kk-KZ"/>
        </w:rPr>
        <w:t>«Ұлы Отан соғысының ардагерлеріне арналған орталық клиникалық госпиталь» шаруашылық жүргізу құқығындағы республикалық мемлекеттік кәсіпорны,</w:t>
      </w:r>
      <w:r w:rsidRPr="006F7332">
        <w:rPr>
          <w:sz w:val="28"/>
          <w:szCs w:val="28"/>
          <w:lang w:val="kk-KZ"/>
        </w:rPr>
        <w:br/>
        <w:t>Ә. Мәмбетов көшесі, № 28)</w:t>
      </w:r>
    </w:p>
    <w:p w14:paraId="4D3AE5EA" w14:textId="77777777" w:rsidR="005B42CB" w:rsidRPr="006F7332" w:rsidRDefault="005B42CB" w:rsidP="005B42CB">
      <w:pPr>
        <w:keepNext/>
        <w:jc w:val="both"/>
        <w:rPr>
          <w:lang w:val="kk-KZ"/>
        </w:rPr>
      </w:pPr>
    </w:p>
    <w:p w14:paraId="67932224" w14:textId="77777777" w:rsidR="005B42CB" w:rsidRPr="006F7332" w:rsidRDefault="005B42CB" w:rsidP="005B42CB">
      <w:pPr>
        <w:ind w:firstLine="709"/>
        <w:jc w:val="both"/>
        <w:rPr>
          <w:sz w:val="28"/>
          <w:szCs w:val="28"/>
          <w:lang w:val="kk-KZ"/>
        </w:rPr>
      </w:pPr>
      <w:r w:rsidRPr="006F7332">
        <w:rPr>
          <w:sz w:val="28"/>
          <w:szCs w:val="28"/>
          <w:lang w:val="kk-KZ"/>
        </w:rPr>
        <w:t>Шекарасы: Ә. Мәмбетов көшесі, № 28.</w:t>
      </w:r>
    </w:p>
    <w:p w14:paraId="12919AA5" w14:textId="77777777" w:rsidR="005B42CB" w:rsidRPr="006F7332" w:rsidRDefault="005B42CB" w:rsidP="005B42CB">
      <w:pPr>
        <w:jc w:val="both"/>
        <w:rPr>
          <w:lang w:val="kk-KZ"/>
        </w:rPr>
      </w:pPr>
    </w:p>
    <w:p w14:paraId="76E65E11" w14:textId="77777777" w:rsidR="005B42CB" w:rsidRPr="006F7332" w:rsidRDefault="005B42CB" w:rsidP="005B42CB">
      <w:pPr>
        <w:keepNext/>
        <w:keepLines/>
        <w:jc w:val="center"/>
        <w:rPr>
          <w:sz w:val="28"/>
          <w:szCs w:val="28"/>
          <w:lang w:val="kk-KZ"/>
        </w:rPr>
      </w:pPr>
      <w:r w:rsidRPr="006F7332">
        <w:rPr>
          <w:sz w:val="28"/>
          <w:szCs w:val="28"/>
          <w:lang w:val="kk-KZ"/>
        </w:rPr>
        <w:t>№ 398 сайлау учаскесі</w:t>
      </w:r>
    </w:p>
    <w:p w14:paraId="7EB39FDE"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«Қазақстан Республикасы Қорғаныс министрлігінің Бас әскери клиникалық </w:t>
      </w:r>
      <w:proofErr w:type="spellStart"/>
      <w:r w:rsidRPr="006F7332">
        <w:rPr>
          <w:sz w:val="28"/>
          <w:szCs w:val="28"/>
          <w:lang w:val="kk-KZ"/>
        </w:rPr>
        <w:t>госпиталі</w:t>
      </w:r>
      <w:proofErr w:type="spellEnd"/>
      <w:r w:rsidRPr="006F7332">
        <w:rPr>
          <w:sz w:val="28"/>
          <w:szCs w:val="28"/>
          <w:lang w:val="kk-KZ"/>
        </w:rPr>
        <w:t xml:space="preserve">» республикалық мемлекеттік мекемесі, </w:t>
      </w:r>
      <w:r w:rsidRPr="006F7332">
        <w:rPr>
          <w:sz w:val="28"/>
          <w:szCs w:val="28"/>
          <w:lang w:val="kk-KZ"/>
        </w:rPr>
        <w:br/>
        <w:t>Бейбітшілік көшесі, № 47а)</w:t>
      </w:r>
    </w:p>
    <w:p w14:paraId="4C0904DA" w14:textId="77777777" w:rsidR="005B42CB" w:rsidRPr="006F7332" w:rsidRDefault="005B42CB" w:rsidP="005B42CB">
      <w:pPr>
        <w:keepNext/>
        <w:jc w:val="both"/>
        <w:rPr>
          <w:lang w:val="kk-KZ"/>
        </w:rPr>
      </w:pPr>
    </w:p>
    <w:p w14:paraId="110C0D1E" w14:textId="77777777" w:rsidR="005B42CB" w:rsidRPr="006F7332" w:rsidRDefault="005B42CB" w:rsidP="005B42CB">
      <w:pPr>
        <w:ind w:firstLine="709"/>
        <w:jc w:val="both"/>
        <w:rPr>
          <w:sz w:val="28"/>
          <w:szCs w:val="28"/>
          <w:lang w:val="kk-KZ"/>
        </w:rPr>
      </w:pPr>
      <w:r w:rsidRPr="006F7332">
        <w:rPr>
          <w:sz w:val="28"/>
          <w:szCs w:val="28"/>
          <w:lang w:val="kk-KZ"/>
        </w:rPr>
        <w:t>Шекарасы: Бейбітшілік көшесі, № 47а.</w:t>
      </w:r>
    </w:p>
    <w:p w14:paraId="165FFD49" w14:textId="77777777" w:rsidR="005B42CB" w:rsidRPr="006F7332" w:rsidRDefault="005B42CB" w:rsidP="005B42CB">
      <w:pPr>
        <w:jc w:val="both"/>
        <w:rPr>
          <w:lang w:val="kk-KZ"/>
        </w:rPr>
      </w:pPr>
    </w:p>
    <w:p w14:paraId="7B8494A2" w14:textId="77777777" w:rsidR="005B42CB" w:rsidRPr="006F7332" w:rsidRDefault="005B42CB" w:rsidP="005B42CB">
      <w:pPr>
        <w:keepNext/>
        <w:keepLines/>
        <w:jc w:val="center"/>
        <w:rPr>
          <w:sz w:val="28"/>
          <w:szCs w:val="28"/>
          <w:lang w:val="kk-KZ"/>
        </w:rPr>
      </w:pPr>
      <w:r w:rsidRPr="006F7332">
        <w:rPr>
          <w:sz w:val="28"/>
          <w:szCs w:val="28"/>
          <w:lang w:val="kk-KZ"/>
        </w:rPr>
        <w:t>№ 399 сайлау учаскесі</w:t>
      </w:r>
    </w:p>
    <w:p w14:paraId="2847171E"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3 </w:t>
      </w:r>
      <w:proofErr w:type="spellStart"/>
      <w:r w:rsidRPr="006F7332">
        <w:rPr>
          <w:sz w:val="28"/>
          <w:szCs w:val="28"/>
          <w:lang w:val="kk-KZ"/>
        </w:rPr>
        <w:t>көпбейінді</w:t>
      </w:r>
      <w:proofErr w:type="spellEnd"/>
      <w:r w:rsidRPr="006F7332">
        <w:rPr>
          <w:sz w:val="28"/>
          <w:szCs w:val="28"/>
          <w:lang w:val="kk-KZ"/>
        </w:rPr>
        <w:t xml:space="preserve"> қалалық аурухана» шаруашылық жүргізу құқығындағы мемлекеттік коммуналдық кәсіпорны, Республика даңғылы, № 50/2)</w:t>
      </w:r>
    </w:p>
    <w:p w14:paraId="4A4EB4F0" w14:textId="77777777" w:rsidR="005B42CB" w:rsidRPr="006F7332" w:rsidRDefault="005B42CB" w:rsidP="005B42CB">
      <w:pPr>
        <w:keepNext/>
        <w:jc w:val="both"/>
        <w:rPr>
          <w:lang w:val="kk-KZ"/>
        </w:rPr>
      </w:pPr>
    </w:p>
    <w:p w14:paraId="48802943" w14:textId="77777777" w:rsidR="005B42CB" w:rsidRPr="006F7332" w:rsidRDefault="005B42CB" w:rsidP="005B42CB">
      <w:pPr>
        <w:ind w:firstLine="709"/>
        <w:jc w:val="both"/>
        <w:rPr>
          <w:sz w:val="28"/>
          <w:szCs w:val="28"/>
          <w:lang w:val="kk-KZ"/>
        </w:rPr>
      </w:pPr>
      <w:r w:rsidRPr="006F7332">
        <w:rPr>
          <w:sz w:val="28"/>
          <w:szCs w:val="28"/>
          <w:lang w:val="kk-KZ"/>
        </w:rPr>
        <w:t>Шекарасы: Республика даңғылы, № 50/2.</w:t>
      </w:r>
    </w:p>
    <w:p w14:paraId="77BBD384" w14:textId="77777777" w:rsidR="005B42CB" w:rsidRPr="006F7332" w:rsidRDefault="005B42CB" w:rsidP="005B42CB">
      <w:pPr>
        <w:jc w:val="both"/>
        <w:rPr>
          <w:lang w:val="kk-KZ"/>
        </w:rPr>
      </w:pPr>
    </w:p>
    <w:p w14:paraId="7BAE6988" w14:textId="77777777" w:rsidR="005B42CB" w:rsidRPr="006F7332" w:rsidRDefault="005B42CB" w:rsidP="005B42CB">
      <w:pPr>
        <w:keepNext/>
        <w:keepLines/>
        <w:jc w:val="center"/>
        <w:rPr>
          <w:sz w:val="28"/>
          <w:szCs w:val="28"/>
          <w:lang w:val="kk-KZ"/>
        </w:rPr>
      </w:pPr>
      <w:r w:rsidRPr="006F7332">
        <w:rPr>
          <w:sz w:val="28"/>
          <w:szCs w:val="28"/>
          <w:lang w:val="kk-KZ"/>
        </w:rPr>
        <w:t>№ 400 сайлау учаскесі</w:t>
      </w:r>
    </w:p>
    <w:p w14:paraId="6D138CE6"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3 </w:t>
      </w:r>
      <w:proofErr w:type="spellStart"/>
      <w:r w:rsidRPr="006F7332">
        <w:rPr>
          <w:sz w:val="28"/>
          <w:szCs w:val="28"/>
          <w:lang w:val="kk-KZ"/>
        </w:rPr>
        <w:t>көпбейінді</w:t>
      </w:r>
      <w:proofErr w:type="spellEnd"/>
      <w:r w:rsidRPr="006F7332">
        <w:rPr>
          <w:sz w:val="28"/>
          <w:szCs w:val="28"/>
          <w:lang w:val="kk-KZ"/>
        </w:rPr>
        <w:t xml:space="preserve"> қалалық аурухана» шаруашылық жүргізу құқығындағы мемлекеттік коммуналдық кәсіпорны,</w:t>
      </w:r>
      <w:r w:rsidRPr="006F7332">
        <w:rPr>
          <w:sz w:val="28"/>
          <w:szCs w:val="28"/>
          <w:lang w:val="kk-KZ"/>
        </w:rPr>
        <w:br/>
        <w:t>Ә. Молдағұлова көшесі, № 28)</w:t>
      </w:r>
    </w:p>
    <w:p w14:paraId="2211558F" w14:textId="77777777" w:rsidR="005B42CB" w:rsidRPr="006F7332" w:rsidRDefault="005B42CB" w:rsidP="005B42CB">
      <w:pPr>
        <w:keepNext/>
        <w:jc w:val="both"/>
        <w:rPr>
          <w:lang w:val="kk-KZ"/>
        </w:rPr>
      </w:pPr>
    </w:p>
    <w:p w14:paraId="0E0C081F" w14:textId="77777777" w:rsidR="005B42CB" w:rsidRPr="006F7332" w:rsidRDefault="005B42CB" w:rsidP="005B42CB">
      <w:pPr>
        <w:ind w:firstLine="709"/>
        <w:jc w:val="both"/>
        <w:rPr>
          <w:sz w:val="28"/>
          <w:szCs w:val="28"/>
          <w:lang w:val="kk-KZ"/>
        </w:rPr>
      </w:pPr>
      <w:r w:rsidRPr="006F7332">
        <w:rPr>
          <w:sz w:val="28"/>
          <w:szCs w:val="28"/>
          <w:lang w:val="kk-KZ"/>
        </w:rPr>
        <w:t>Шекарасы: Ә. Молдағұлова көшесі, № 28.</w:t>
      </w:r>
    </w:p>
    <w:p w14:paraId="7EA05770" w14:textId="77777777" w:rsidR="005B42CB" w:rsidRPr="006F7332" w:rsidRDefault="005B42CB" w:rsidP="005B42CB">
      <w:pPr>
        <w:jc w:val="both"/>
        <w:rPr>
          <w:lang w:val="kk-KZ"/>
        </w:rPr>
      </w:pPr>
    </w:p>
    <w:p w14:paraId="68475D25" w14:textId="77777777" w:rsidR="005B42CB" w:rsidRPr="006F7332" w:rsidRDefault="005B42CB" w:rsidP="005B42CB">
      <w:pPr>
        <w:keepNext/>
        <w:keepLines/>
        <w:jc w:val="center"/>
        <w:rPr>
          <w:sz w:val="28"/>
          <w:szCs w:val="28"/>
          <w:lang w:val="kk-KZ"/>
        </w:rPr>
      </w:pPr>
      <w:r w:rsidRPr="006F7332">
        <w:rPr>
          <w:sz w:val="28"/>
          <w:szCs w:val="28"/>
          <w:lang w:val="kk-KZ"/>
        </w:rPr>
        <w:t>№ 401 сайлау учаскесі</w:t>
      </w:r>
    </w:p>
    <w:p w14:paraId="14CD3F38"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«Шарапат» әлеуметтік қызмет көрсету орталығы» мемлекеттік коммуналдық қазыналық кәсіпорны, «Көктал-1» </w:t>
      </w:r>
      <w:r>
        <w:rPr>
          <w:sz w:val="28"/>
          <w:szCs w:val="28"/>
          <w:lang w:val="kk-KZ"/>
        </w:rPr>
        <w:br/>
      </w:r>
      <w:r w:rsidRPr="006F7332">
        <w:rPr>
          <w:sz w:val="28"/>
          <w:szCs w:val="28"/>
          <w:lang w:val="kk-KZ"/>
        </w:rPr>
        <w:t xml:space="preserve">тұрғын алабы, </w:t>
      </w:r>
      <w:proofErr w:type="spellStart"/>
      <w:r w:rsidRPr="006F7332">
        <w:rPr>
          <w:sz w:val="28"/>
          <w:szCs w:val="28"/>
          <w:lang w:val="kk-KZ"/>
        </w:rPr>
        <w:t>Аққорған</w:t>
      </w:r>
      <w:proofErr w:type="spellEnd"/>
      <w:r w:rsidRPr="006F7332">
        <w:rPr>
          <w:sz w:val="28"/>
          <w:szCs w:val="28"/>
          <w:lang w:val="kk-KZ"/>
        </w:rPr>
        <w:t xml:space="preserve"> көшесі, № 2)</w:t>
      </w:r>
    </w:p>
    <w:p w14:paraId="20FEF49A" w14:textId="77777777" w:rsidR="005B42CB" w:rsidRPr="006F7332" w:rsidRDefault="005B42CB" w:rsidP="005B42CB">
      <w:pPr>
        <w:keepNext/>
        <w:jc w:val="both"/>
        <w:rPr>
          <w:lang w:val="kk-KZ"/>
        </w:rPr>
      </w:pPr>
    </w:p>
    <w:p w14:paraId="6FFA86B1"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w:t>
      </w:r>
      <w:proofErr w:type="spellStart"/>
      <w:r w:rsidRPr="006F7332">
        <w:rPr>
          <w:sz w:val="28"/>
          <w:szCs w:val="28"/>
          <w:lang w:val="kk-KZ"/>
        </w:rPr>
        <w:t>Аққорған</w:t>
      </w:r>
      <w:proofErr w:type="spellEnd"/>
      <w:r w:rsidRPr="006F7332">
        <w:rPr>
          <w:sz w:val="28"/>
          <w:szCs w:val="28"/>
          <w:lang w:val="kk-KZ"/>
        </w:rPr>
        <w:t xml:space="preserve"> көшесі, № 2.</w:t>
      </w:r>
    </w:p>
    <w:p w14:paraId="790E30D4" w14:textId="77777777" w:rsidR="005B42CB" w:rsidRPr="006F7332" w:rsidRDefault="005B42CB" w:rsidP="005B42CB">
      <w:pPr>
        <w:jc w:val="both"/>
        <w:rPr>
          <w:lang w:val="kk-KZ"/>
        </w:rPr>
      </w:pPr>
    </w:p>
    <w:p w14:paraId="30743106" w14:textId="77777777" w:rsidR="005B42CB" w:rsidRPr="006F7332" w:rsidRDefault="005B42CB" w:rsidP="005B42CB">
      <w:pPr>
        <w:keepNext/>
        <w:keepLines/>
        <w:jc w:val="center"/>
        <w:rPr>
          <w:sz w:val="28"/>
          <w:szCs w:val="28"/>
          <w:lang w:val="kk-KZ"/>
        </w:rPr>
      </w:pPr>
      <w:r w:rsidRPr="006F7332">
        <w:rPr>
          <w:sz w:val="28"/>
          <w:szCs w:val="28"/>
          <w:lang w:val="kk-KZ"/>
        </w:rPr>
        <w:lastRenderedPageBreak/>
        <w:t>№ 402 сайлау учаскесі</w:t>
      </w:r>
    </w:p>
    <w:p w14:paraId="74897E54"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қаласындағы «Құрмет белгісі» орденді көз аурулары </w:t>
      </w:r>
      <w:r w:rsidRPr="006F7332">
        <w:rPr>
          <w:sz w:val="28"/>
          <w:szCs w:val="28"/>
          <w:lang w:val="kk-KZ"/>
        </w:rPr>
        <w:br/>
        <w:t>Қазақ ғылыми-зерттеу институты» жауапкершілігі шектеулі серіктестігінің филиалы, Жеңіс даңғылы, № 16/1)</w:t>
      </w:r>
    </w:p>
    <w:p w14:paraId="59C063D6" w14:textId="77777777" w:rsidR="005B42CB" w:rsidRPr="006F7332" w:rsidRDefault="005B42CB" w:rsidP="005B42CB">
      <w:pPr>
        <w:keepNext/>
        <w:jc w:val="both"/>
        <w:rPr>
          <w:lang w:val="kk-KZ"/>
        </w:rPr>
      </w:pPr>
    </w:p>
    <w:p w14:paraId="44C2E461" w14:textId="77777777" w:rsidR="005B42CB" w:rsidRPr="006F7332" w:rsidRDefault="005B42CB" w:rsidP="005B42CB">
      <w:pPr>
        <w:ind w:firstLine="709"/>
        <w:jc w:val="both"/>
        <w:rPr>
          <w:sz w:val="28"/>
          <w:szCs w:val="28"/>
          <w:lang w:val="kk-KZ"/>
        </w:rPr>
      </w:pPr>
      <w:r w:rsidRPr="006F7332">
        <w:rPr>
          <w:sz w:val="28"/>
          <w:szCs w:val="28"/>
          <w:lang w:val="kk-KZ"/>
        </w:rPr>
        <w:t>Шекарасы: Жеңіс даңғылы, № 16/1.</w:t>
      </w:r>
    </w:p>
    <w:p w14:paraId="03C03CB3" w14:textId="77777777" w:rsidR="005B42CB" w:rsidRPr="006F7332" w:rsidRDefault="005B42CB" w:rsidP="005B42CB">
      <w:pPr>
        <w:jc w:val="both"/>
        <w:rPr>
          <w:lang w:val="kk-KZ"/>
        </w:rPr>
      </w:pPr>
    </w:p>
    <w:p w14:paraId="00E5623E" w14:textId="77777777" w:rsidR="005B42CB" w:rsidRPr="006F7332" w:rsidRDefault="005B42CB" w:rsidP="005B42CB">
      <w:pPr>
        <w:keepNext/>
        <w:keepLines/>
        <w:jc w:val="center"/>
        <w:rPr>
          <w:sz w:val="28"/>
          <w:szCs w:val="28"/>
          <w:lang w:val="kk-KZ"/>
        </w:rPr>
      </w:pPr>
      <w:r w:rsidRPr="006F7332">
        <w:rPr>
          <w:sz w:val="28"/>
          <w:szCs w:val="28"/>
          <w:lang w:val="kk-KZ"/>
        </w:rPr>
        <w:t>№ 403 сайлау учаскесі</w:t>
      </w:r>
    </w:p>
    <w:p w14:paraId="7AF69560"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«Қазақстан Республикасы Ұлттық қауіпсіздік комитетінің </w:t>
      </w:r>
      <w:r w:rsidRPr="006F7332">
        <w:rPr>
          <w:sz w:val="28"/>
          <w:szCs w:val="28"/>
          <w:lang w:val="kk-KZ"/>
        </w:rPr>
        <w:br/>
        <w:t xml:space="preserve">Тергеу изоляторы» республикалық мемлекеттік мекемесі, </w:t>
      </w:r>
      <w:proofErr w:type="spellStart"/>
      <w:r w:rsidRPr="006F7332">
        <w:rPr>
          <w:sz w:val="28"/>
          <w:szCs w:val="28"/>
          <w:lang w:val="kk-KZ"/>
        </w:rPr>
        <w:t>Шыңтас</w:t>
      </w:r>
      <w:proofErr w:type="spellEnd"/>
      <w:r w:rsidRPr="006F7332">
        <w:rPr>
          <w:sz w:val="28"/>
          <w:szCs w:val="28"/>
          <w:lang w:val="kk-KZ"/>
        </w:rPr>
        <w:t xml:space="preserve"> орамы, № 2)</w:t>
      </w:r>
    </w:p>
    <w:p w14:paraId="60CD6E33" w14:textId="77777777" w:rsidR="005B42CB" w:rsidRPr="006F7332" w:rsidRDefault="005B42CB" w:rsidP="005B42CB">
      <w:pPr>
        <w:keepNext/>
        <w:jc w:val="both"/>
        <w:rPr>
          <w:lang w:val="kk-KZ"/>
        </w:rPr>
      </w:pPr>
    </w:p>
    <w:p w14:paraId="44097651"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w:t>
      </w:r>
      <w:proofErr w:type="spellStart"/>
      <w:r w:rsidRPr="006F7332">
        <w:rPr>
          <w:sz w:val="28"/>
          <w:szCs w:val="28"/>
          <w:lang w:val="kk-KZ"/>
        </w:rPr>
        <w:t>Шыңтас</w:t>
      </w:r>
      <w:proofErr w:type="spellEnd"/>
      <w:r w:rsidRPr="006F7332">
        <w:rPr>
          <w:sz w:val="28"/>
          <w:szCs w:val="28"/>
          <w:lang w:val="kk-KZ"/>
        </w:rPr>
        <w:t xml:space="preserve"> орамы, № 2.</w:t>
      </w:r>
    </w:p>
    <w:p w14:paraId="3A0CC875" w14:textId="77777777" w:rsidR="005B42CB" w:rsidRPr="00A13910" w:rsidRDefault="005B42CB" w:rsidP="005B42CB">
      <w:pPr>
        <w:jc w:val="center"/>
        <w:rPr>
          <w:sz w:val="28"/>
          <w:szCs w:val="28"/>
          <w:lang w:val="kk-KZ"/>
        </w:rPr>
      </w:pPr>
      <w:r w:rsidRPr="006F7332">
        <w:rPr>
          <w:sz w:val="28"/>
          <w:szCs w:val="28"/>
          <w:lang w:val="kk-KZ"/>
        </w:rPr>
        <w:t>_________________________</w:t>
      </w:r>
    </w:p>
    <w:p w14:paraId="785149F6" w14:textId="618F6BA2" w:rsidR="005B42CB" w:rsidRDefault="005B42CB" w:rsidP="000D023A">
      <w:pPr>
        <w:jc w:val="center"/>
        <w:rPr>
          <w:lang w:val="kk-KZ"/>
        </w:rPr>
      </w:pPr>
    </w:p>
    <w:p w14:paraId="56211D10" w14:textId="4F64C847" w:rsidR="005B42CB" w:rsidRDefault="005B42CB" w:rsidP="000D023A">
      <w:pPr>
        <w:jc w:val="center"/>
        <w:rPr>
          <w:lang w:val="kk-KZ"/>
        </w:rPr>
      </w:pPr>
    </w:p>
    <w:p w14:paraId="686420FC" w14:textId="6452518A" w:rsidR="005B42CB" w:rsidRDefault="005B42CB" w:rsidP="000D023A">
      <w:pPr>
        <w:jc w:val="center"/>
        <w:rPr>
          <w:lang w:val="kk-KZ"/>
        </w:rPr>
      </w:pPr>
    </w:p>
    <w:p w14:paraId="450F0DD9" w14:textId="6D931B31" w:rsidR="005B42CB" w:rsidRDefault="005B42CB" w:rsidP="000D023A">
      <w:pPr>
        <w:jc w:val="center"/>
        <w:rPr>
          <w:lang w:val="kk-KZ"/>
        </w:rPr>
      </w:pPr>
    </w:p>
    <w:p w14:paraId="3F870D14" w14:textId="3B0D8FDC" w:rsidR="005B42CB" w:rsidRDefault="005B42CB" w:rsidP="000D023A">
      <w:pPr>
        <w:jc w:val="center"/>
        <w:rPr>
          <w:lang w:val="kk-KZ"/>
        </w:rPr>
      </w:pPr>
    </w:p>
    <w:p w14:paraId="1254AB5D" w14:textId="553ECA5A" w:rsidR="005B42CB" w:rsidRDefault="005B42CB" w:rsidP="000D023A">
      <w:pPr>
        <w:jc w:val="center"/>
        <w:rPr>
          <w:lang w:val="kk-KZ"/>
        </w:rPr>
      </w:pPr>
    </w:p>
    <w:p w14:paraId="64E5C80B" w14:textId="5E3836AB" w:rsidR="005B42CB" w:rsidRDefault="005B42CB" w:rsidP="000D023A">
      <w:pPr>
        <w:jc w:val="center"/>
        <w:rPr>
          <w:lang w:val="kk-KZ"/>
        </w:rPr>
      </w:pPr>
    </w:p>
    <w:p w14:paraId="2D9634CF" w14:textId="7674B83F" w:rsidR="005B42CB" w:rsidRDefault="005B42CB" w:rsidP="000D023A">
      <w:pPr>
        <w:jc w:val="center"/>
        <w:rPr>
          <w:lang w:val="kk-KZ"/>
        </w:rPr>
      </w:pPr>
    </w:p>
    <w:p w14:paraId="76CD3AED" w14:textId="77777777" w:rsidR="005B42CB" w:rsidRDefault="005B42CB" w:rsidP="000D023A">
      <w:pPr>
        <w:jc w:val="center"/>
        <w:rPr>
          <w:lang w:val="kk-KZ"/>
        </w:rPr>
      </w:pPr>
    </w:p>
    <w:sectPr w:rsidR="005B42CB" w:rsidSect="00536860">
      <w:headerReference w:type="even" r:id="rId13"/>
      <w:headerReference w:type="default" r:id="rId14"/>
      <w:headerReference w:type="first" r:id="rId15"/>
      <w:pgSz w:w="11906" w:h="16838"/>
      <w:pgMar w:top="0"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7CBE9" w14:textId="77777777" w:rsidR="00323FEB" w:rsidRDefault="00323FEB">
      <w:r>
        <w:separator/>
      </w:r>
    </w:p>
  </w:endnote>
  <w:endnote w:type="continuationSeparator" w:id="0">
    <w:p w14:paraId="429D7E2E" w14:textId="77777777" w:rsidR="00323FEB" w:rsidRDefault="00323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auto"/>
    <w:pitch w:val="variable"/>
    <w:sig w:usb0="00000003" w:usb1="00000000" w:usb2="00000000" w:usb3="00000000" w:csb0="00000001" w:csb1="00000000"/>
  </w:font>
  <w:font w:name="Liberation Sans">
    <w:altName w:val="Arial"/>
    <w:charset w:val="CC"/>
    <w:family w:val="auto"/>
    <w:pitch w:val="variable"/>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99FDE" w14:textId="77777777" w:rsidR="00323FEB" w:rsidRDefault="00323FEB">
      <w:r>
        <w:separator/>
      </w:r>
    </w:p>
  </w:footnote>
  <w:footnote w:type="continuationSeparator" w:id="0">
    <w:p w14:paraId="11CA0AEB" w14:textId="77777777" w:rsidR="00323FEB" w:rsidRDefault="00323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87960" w14:textId="32755103" w:rsidR="009251DF" w:rsidRDefault="0008019D">
    <w:pPr>
      <w:framePr w:wrap="around" w:vAnchor="text" w:hAnchor="margin" w:xAlign="center" w:y="1"/>
    </w:pPr>
    <w:r>
      <w:fldChar w:fldCharType="begin"/>
    </w:r>
    <w:r>
      <w:instrText xml:space="preserve">PAGE </w:instrText>
    </w:r>
    <w:r w:rsidR="00323FEB">
      <w:fldChar w:fldCharType="separate"/>
    </w:r>
    <w:r>
      <w:fldChar w:fldCharType="end"/>
    </w:r>
  </w:p>
  <w:p w14:paraId="3DF54D70" w14:textId="77777777" w:rsidR="009251DF" w:rsidRDefault="009251DF"/>
  <w:p w14:paraId="06A89B4E" w14:textId="1011A9D6" w:rsidR="003D52A9" w:rsidRDefault="00323F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F1732" w14:textId="59B1AB9E" w:rsidR="009251DF" w:rsidRDefault="0008019D">
    <w:pPr>
      <w:framePr w:wrap="around" w:vAnchor="text" w:hAnchor="margin" w:xAlign="center" w:y="1"/>
    </w:pPr>
    <w:r>
      <w:fldChar w:fldCharType="begin"/>
    </w:r>
    <w:r>
      <w:instrText xml:space="preserve">PAGE  </w:instrText>
    </w:r>
    <w:r>
      <w:fldChar w:fldCharType="separate"/>
    </w:r>
    <w:r>
      <w:rPr>
        <w:noProof/>
      </w:rPr>
      <w:t>2</w:t>
    </w:r>
    <w:r>
      <w:fldChar w:fldCharType="end"/>
    </w:r>
  </w:p>
  <w:p w14:paraId="2B59CCA1" w14:textId="77777777" w:rsidR="009251DF" w:rsidRDefault="009251DF"/>
  <w:p w14:paraId="2F0C12E2" w14:textId="10AD3DA1" w:rsidR="003D52A9" w:rsidRDefault="00323FE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51" w:type="dxa"/>
      <w:tblInd w:w="-431" w:type="dxa"/>
      <w:tblLayout w:type="fixed"/>
      <w:tblLook w:val="01E0" w:firstRow="1" w:lastRow="1" w:firstColumn="1" w:lastColumn="1" w:noHBand="0" w:noVBand="0"/>
    </w:tblPr>
    <w:tblGrid>
      <w:gridCol w:w="4362"/>
      <w:gridCol w:w="2126"/>
      <w:gridCol w:w="4263"/>
    </w:tblGrid>
    <w:tr w:rsidR="009251DF" w14:paraId="53BACCB7" w14:textId="77777777" w:rsidTr="00016BD9">
      <w:trPr>
        <w:trHeight w:val="1348"/>
      </w:trPr>
      <w:tc>
        <w:tcPr>
          <w:tcW w:w="4362" w:type="dxa"/>
          <w:shd w:val="clear" w:color="auto" w:fill="auto"/>
        </w:tcPr>
        <w:p w14:paraId="2ED311DC" w14:textId="77777777" w:rsidR="009251DF" w:rsidRDefault="0008019D">
          <w:pPr>
            <w:spacing w:line="288" w:lineRule="auto"/>
            <w:ind w:right="459"/>
            <w:jc w:val="center"/>
            <w:rPr>
              <w:b/>
              <w:bCs/>
              <w:color w:val="3399FF"/>
              <w:lang w:val="kk-KZ"/>
            </w:rPr>
          </w:pPr>
          <w:r>
            <w:rPr>
              <w:b/>
              <w:bCs/>
              <w:color w:val="3399FF"/>
              <w:lang w:val="kk-KZ"/>
            </w:rPr>
            <w:t xml:space="preserve">АСТАНА </w:t>
          </w:r>
        </w:p>
        <w:p w14:paraId="7260E1FC" w14:textId="77777777" w:rsidR="009251DF" w:rsidRDefault="0008019D">
          <w:pPr>
            <w:spacing w:line="288" w:lineRule="auto"/>
            <w:ind w:right="459"/>
            <w:jc w:val="center"/>
            <w:rPr>
              <w:b/>
              <w:bCs/>
              <w:color w:val="3399FF"/>
              <w:lang w:val="kk-KZ"/>
            </w:rPr>
          </w:pPr>
          <w:r>
            <w:rPr>
              <w:b/>
              <w:bCs/>
              <w:color w:val="3399FF"/>
              <w:lang w:val="kk-KZ"/>
            </w:rPr>
            <w:t xml:space="preserve">ҚАЛАСЫНЫҢ </w:t>
          </w:r>
        </w:p>
        <w:p w14:paraId="09CA822D" w14:textId="77777777" w:rsidR="009251DF" w:rsidRDefault="0008019D">
          <w:pPr>
            <w:spacing w:line="288" w:lineRule="auto"/>
            <w:ind w:right="459"/>
            <w:jc w:val="center"/>
            <w:rPr>
              <w:b/>
              <w:color w:val="3A7298"/>
              <w:sz w:val="32"/>
              <w:szCs w:val="32"/>
              <w:lang w:val="kk-KZ"/>
            </w:rPr>
          </w:pPr>
          <w:r>
            <w:rPr>
              <w:b/>
              <w:bCs/>
              <w:color w:val="3399FF"/>
              <w:lang w:val="kk-KZ"/>
            </w:rPr>
            <w:t>ӘКІМІ</w:t>
          </w:r>
        </w:p>
      </w:tc>
      <w:tc>
        <w:tcPr>
          <w:tcW w:w="2126" w:type="dxa"/>
          <w:shd w:val="clear" w:color="auto" w:fill="auto"/>
        </w:tcPr>
        <w:p w14:paraId="38F0B51E" w14:textId="77777777" w:rsidR="009251DF" w:rsidRDefault="0008019D">
          <w:pPr>
            <w:jc w:val="center"/>
            <w:rPr>
              <w:sz w:val="22"/>
              <w:szCs w:val="22"/>
              <w:lang w:val="kk-KZ"/>
            </w:rPr>
          </w:pPr>
          <w:r>
            <w:rPr>
              <w:noProof/>
              <w:sz w:val="22"/>
              <w:szCs w:val="22"/>
            </w:rPr>
            <w:drawing>
              <wp:inline distT="0" distB="0" distL="0" distR="0" wp14:anchorId="60E99DC5" wp14:editId="7D566B40">
                <wp:extent cx="972820" cy="97282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0560FF4B" w14:textId="77777777" w:rsidR="009251DF" w:rsidRDefault="0008019D">
          <w:pPr>
            <w:spacing w:line="288" w:lineRule="auto"/>
            <w:jc w:val="center"/>
            <w:rPr>
              <w:b/>
              <w:bCs/>
              <w:color w:val="3399FF"/>
              <w:lang w:val="kk-KZ"/>
            </w:rPr>
          </w:pPr>
          <w:r>
            <w:rPr>
              <w:b/>
              <w:bCs/>
              <w:color w:val="3399FF"/>
              <w:lang w:val="kk-KZ"/>
            </w:rPr>
            <w:t xml:space="preserve">АКИМ </w:t>
          </w:r>
        </w:p>
        <w:p w14:paraId="752E86FB" w14:textId="77777777" w:rsidR="009251DF" w:rsidRDefault="0008019D">
          <w:pPr>
            <w:spacing w:line="288" w:lineRule="auto"/>
            <w:jc w:val="center"/>
            <w:rPr>
              <w:b/>
              <w:bCs/>
              <w:color w:val="3399FF"/>
              <w:lang w:val="kk-KZ"/>
            </w:rPr>
          </w:pPr>
          <w:r>
            <w:rPr>
              <w:b/>
              <w:bCs/>
              <w:color w:val="3399FF"/>
              <w:lang w:val="kk-KZ"/>
            </w:rPr>
            <w:t xml:space="preserve">ГОРОДА </w:t>
          </w:r>
        </w:p>
        <w:p w14:paraId="14FD47DE" w14:textId="77777777" w:rsidR="009251DF" w:rsidRDefault="0008019D">
          <w:pPr>
            <w:spacing w:line="288" w:lineRule="auto"/>
            <w:jc w:val="center"/>
            <w:rPr>
              <w:b/>
              <w:bCs/>
              <w:color w:val="3399FF"/>
              <w:lang w:val="kk-KZ"/>
            </w:rPr>
          </w:pPr>
          <w:r>
            <w:rPr>
              <w:b/>
              <w:bCs/>
              <w:color w:val="3399FF"/>
              <w:lang w:val="kk-KZ"/>
            </w:rPr>
            <w:t>АСТАНЫ</w:t>
          </w:r>
        </w:p>
      </w:tc>
    </w:tr>
    <w:tr w:rsidR="009251DF" w14:paraId="019A2A25" w14:textId="77777777" w:rsidTr="00016BD9">
      <w:trPr>
        <w:trHeight w:val="591"/>
      </w:trPr>
      <w:tc>
        <w:tcPr>
          <w:tcW w:w="4362" w:type="dxa"/>
          <w:shd w:val="clear" w:color="auto" w:fill="auto"/>
        </w:tcPr>
        <w:p w14:paraId="404C63BE" w14:textId="77777777" w:rsidR="009251DF" w:rsidRDefault="0008019D">
          <w:pPr>
            <w:widowControl w:val="0"/>
            <w:ind w:right="459"/>
            <w:jc w:val="center"/>
            <w:rPr>
              <w:b/>
              <w:bCs/>
              <w:color w:val="3399FF"/>
              <w:sz w:val="22"/>
              <w:szCs w:val="22"/>
            </w:rPr>
          </w:pPr>
          <w:r>
            <w:rPr>
              <w:noProof/>
              <w:color w:val="3399FF"/>
              <w:sz w:val="22"/>
              <w:szCs w:val="22"/>
            </w:rPr>
            <mc:AlternateContent>
              <mc:Choice Requires="wps">
                <w:drawing>
                  <wp:anchor distT="0" distB="0" distL="114300" distR="114300" simplePos="0" relativeHeight="251655168" behindDoc="0" locked="0" layoutInCell="1" hidden="0" allowOverlap="1" wp14:anchorId="775D7600" wp14:editId="5784D2AA">
                    <wp:simplePos x="0" y="0"/>
                    <wp:positionH relativeFrom="column">
                      <wp:posOffset>126365</wp:posOffset>
                    </wp:positionH>
                    <wp:positionV relativeFrom="page">
                      <wp:posOffset>57785</wp:posOffset>
                    </wp:positionV>
                    <wp:extent cx="6411595" cy="0"/>
                    <wp:effectExtent l="12700" t="8890" r="14605" b="10160"/>
                    <wp:wrapNone/>
                    <wp:docPr id="51"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w:pict>
                  <v:line w14:anchorId="433A1EF0" id="Line 26"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9.95pt,4.55pt" to="514.8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" strokecolor="#39f" strokeweight="1.25pt">
                    <o:lock v:ext="edit" aspectratio="t" shapetype="f"/>
                    <w10:wrap anchory="page"/>
                  </v:line>
                </w:pict>
              </mc:Fallback>
            </mc:AlternateContent>
          </w:r>
        </w:p>
        <w:p w14:paraId="4D9B5301" w14:textId="77777777" w:rsidR="009251DF" w:rsidRDefault="0008019D">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14:paraId="5ACC252E" w14:textId="77777777" w:rsidR="009251DF" w:rsidRDefault="009251DF">
          <w:pPr>
            <w:jc w:val="center"/>
            <w:rPr>
              <w:sz w:val="22"/>
              <w:szCs w:val="22"/>
              <w:lang w:val="kk-KZ"/>
            </w:rPr>
          </w:pPr>
        </w:p>
      </w:tc>
      <w:tc>
        <w:tcPr>
          <w:tcW w:w="4263" w:type="dxa"/>
          <w:shd w:val="clear" w:color="auto" w:fill="auto"/>
        </w:tcPr>
        <w:p w14:paraId="64BB2B0D" w14:textId="77777777" w:rsidR="009251DF" w:rsidRDefault="009251DF">
          <w:pPr>
            <w:spacing w:line="288" w:lineRule="auto"/>
            <w:jc w:val="center"/>
            <w:rPr>
              <w:b/>
              <w:bCs/>
              <w:color w:val="3399FF"/>
              <w:sz w:val="22"/>
              <w:szCs w:val="22"/>
            </w:rPr>
          </w:pPr>
        </w:p>
        <w:p w14:paraId="7B6F8DA7" w14:textId="77777777" w:rsidR="009251DF" w:rsidRDefault="0008019D">
          <w:pPr>
            <w:spacing w:line="288" w:lineRule="auto"/>
            <w:jc w:val="center"/>
            <w:rPr>
              <w:b/>
              <w:bCs/>
              <w:color w:val="3399FF"/>
              <w:lang w:val="kk-KZ"/>
            </w:rPr>
          </w:pPr>
          <w:r>
            <w:rPr>
              <w:b/>
              <w:bCs/>
              <w:color w:val="3399FF"/>
              <w:sz w:val="22"/>
              <w:szCs w:val="22"/>
              <w:lang w:val="kk-KZ"/>
            </w:rPr>
            <w:t>РЕШЕНИЕ</w:t>
          </w:r>
        </w:p>
      </w:tc>
    </w:tr>
  </w:tbl>
  <w:p w14:paraId="124F8544" w14:textId="77777777" w:rsidR="009251DF" w:rsidRDefault="009251DF">
    <w:pPr>
      <w:rPr>
        <w:color w:val="3A7298"/>
        <w:sz w:val="22"/>
        <w:szCs w:val="22"/>
        <w:lang w:val="kk-KZ"/>
      </w:rPr>
    </w:pPr>
  </w:p>
  <w:p w14:paraId="0FB8418C" w14:textId="4C5D938F" w:rsidR="009251DF" w:rsidRDefault="0008019D">
    <w:pPr>
      <w:rPr>
        <w:color w:val="3A7298"/>
        <w:sz w:val="22"/>
        <w:szCs w:val="22"/>
      </w:rPr>
    </w:pPr>
    <w:r w:rsidRPr="00E04401">
      <w:rPr>
        <w:b/>
        <w:bCs/>
        <w:color w:val="3399FF"/>
        <w:sz w:val="22"/>
        <w:szCs w:val="22"/>
      </w:rPr>
      <w:t xml:space="preserve">№ </w:t>
    </w:r>
    <w:r w:rsidR="000359CB" w:rsidRPr="000359CB">
      <w:rPr>
        <w:b/>
        <w:bCs/>
        <w:color w:val="3399FF"/>
        <w:sz w:val="22"/>
        <w:szCs w:val="22"/>
        <w:u w:val="single"/>
        <w:lang w:val="kk-KZ"/>
      </w:rPr>
      <w:t>01-</w:t>
    </w:r>
    <w:r w:rsidR="00BB392B">
      <w:rPr>
        <w:b/>
        <w:bCs/>
        <w:color w:val="3399FF"/>
        <w:sz w:val="22"/>
        <w:szCs w:val="22"/>
        <w:u w:val="single"/>
        <w:lang w:val="kk-KZ"/>
      </w:rPr>
      <w:t>21</w:t>
    </w:r>
    <w:r w:rsidRPr="000359CB">
      <w:rPr>
        <w:b/>
        <w:bCs/>
        <w:color w:val="3399FF"/>
        <w:sz w:val="22"/>
        <w:szCs w:val="22"/>
        <w:u w:val="single"/>
      </w:rPr>
      <w:t>_</w:t>
    </w:r>
    <w:r w:rsidRPr="00E04401">
      <w:rPr>
        <w:b/>
        <w:bCs/>
        <w:color w:val="3399FF"/>
        <w:sz w:val="22"/>
        <w:szCs w:val="22"/>
      </w:rPr>
      <w:t xml:space="preserve">__               </w:t>
    </w:r>
    <w:r w:rsidR="00EA2AC1">
      <w:rPr>
        <w:b/>
        <w:bCs/>
        <w:color w:val="3399FF"/>
        <w:sz w:val="22"/>
        <w:szCs w:val="22"/>
        <w:lang w:val="kk-KZ"/>
      </w:rPr>
      <w:t xml:space="preserve">                    </w:t>
    </w:r>
    <w:r w:rsidRPr="00E04401">
      <w:rPr>
        <w:b/>
        <w:bCs/>
        <w:color w:val="3399FF"/>
        <w:sz w:val="22"/>
        <w:szCs w:val="22"/>
      </w:rPr>
      <w:t xml:space="preserve">                           </w:t>
    </w:r>
    <w:r w:rsidR="00BB392B">
      <w:rPr>
        <w:b/>
        <w:bCs/>
        <w:color w:val="3399FF"/>
        <w:sz w:val="22"/>
        <w:szCs w:val="22"/>
        <w:lang w:val="kk-KZ"/>
      </w:rPr>
      <w:t xml:space="preserve">                                       2026 жылғы 30 қыркүйек</w:t>
    </w:r>
  </w:p>
  <w:p w14:paraId="2AB74D8C" w14:textId="77777777" w:rsidR="009251DF" w:rsidRDefault="009251DF">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8AE28642"/>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1983FF3"/>
    <w:multiLevelType w:val="hybridMultilevel"/>
    <w:tmpl w:val="FED8441A"/>
    <w:lvl w:ilvl="0" w:tplc="F202FA38">
      <w:start w:val="1"/>
      <w:numFmt w:val="decimal"/>
      <w:lvlText w:val="%1."/>
      <w:lvlJc w:val="left"/>
      <w:pPr>
        <w:ind w:left="644" w:hanging="360"/>
      </w:pPr>
      <w:rPr>
        <w:rFonts w:hint="default"/>
      </w:rPr>
    </w:lvl>
    <w:lvl w:ilvl="1" w:tplc="D1762A5C">
      <w:start w:val="1"/>
      <w:numFmt w:val="lowerLetter"/>
      <w:lvlText w:val="%2."/>
      <w:lvlJc w:val="left"/>
      <w:pPr>
        <w:ind w:left="1364" w:hanging="360"/>
      </w:pPr>
    </w:lvl>
    <w:lvl w:ilvl="2" w:tplc="68482E48">
      <w:start w:val="1"/>
      <w:numFmt w:val="lowerRoman"/>
      <w:lvlText w:val="%3."/>
      <w:lvlJc w:val="right"/>
      <w:pPr>
        <w:ind w:left="2084" w:hanging="180"/>
      </w:pPr>
    </w:lvl>
    <w:lvl w:ilvl="3" w:tplc="F216F1E2">
      <w:start w:val="1"/>
      <w:numFmt w:val="decimal"/>
      <w:lvlText w:val="%4."/>
      <w:lvlJc w:val="left"/>
      <w:pPr>
        <w:ind w:left="2804" w:hanging="360"/>
      </w:pPr>
    </w:lvl>
    <w:lvl w:ilvl="4" w:tplc="2BC0DA44">
      <w:start w:val="1"/>
      <w:numFmt w:val="lowerLetter"/>
      <w:lvlText w:val="%5."/>
      <w:lvlJc w:val="left"/>
      <w:pPr>
        <w:ind w:left="3524" w:hanging="360"/>
      </w:pPr>
    </w:lvl>
    <w:lvl w:ilvl="5" w:tplc="DCBEF5AE">
      <w:start w:val="1"/>
      <w:numFmt w:val="lowerRoman"/>
      <w:lvlText w:val="%6."/>
      <w:lvlJc w:val="right"/>
      <w:pPr>
        <w:ind w:left="4244" w:hanging="180"/>
      </w:pPr>
    </w:lvl>
    <w:lvl w:ilvl="6" w:tplc="DF98860C">
      <w:start w:val="1"/>
      <w:numFmt w:val="decimal"/>
      <w:lvlText w:val="%7."/>
      <w:lvlJc w:val="left"/>
      <w:pPr>
        <w:ind w:left="4964" w:hanging="360"/>
      </w:pPr>
    </w:lvl>
    <w:lvl w:ilvl="7" w:tplc="1324D14C">
      <w:start w:val="1"/>
      <w:numFmt w:val="lowerLetter"/>
      <w:lvlText w:val="%8."/>
      <w:lvlJc w:val="left"/>
      <w:pPr>
        <w:ind w:left="5684" w:hanging="360"/>
      </w:pPr>
    </w:lvl>
    <w:lvl w:ilvl="8" w:tplc="0FBC222E">
      <w:start w:val="1"/>
      <w:numFmt w:val="lowerRoman"/>
      <w:lvlText w:val="%9."/>
      <w:lvlJc w:val="right"/>
      <w:pPr>
        <w:ind w:left="6404" w:hanging="180"/>
      </w:pPr>
    </w:lvl>
  </w:abstractNum>
  <w:abstractNum w:abstractNumId="10" w15:restartNumberingAfterBreak="0">
    <w:nsid w:val="04834AB1"/>
    <w:multiLevelType w:val="multilevel"/>
    <w:tmpl w:val="56C2A532"/>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5582841"/>
    <w:multiLevelType w:val="multilevel"/>
    <w:tmpl w:val="FC063F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9872CF6"/>
    <w:multiLevelType w:val="multilevel"/>
    <w:tmpl w:val="2B90B8C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3" w15:restartNumberingAfterBreak="0">
    <w:nsid w:val="0A9C456B"/>
    <w:multiLevelType w:val="hybridMultilevel"/>
    <w:tmpl w:val="B0BA7ECA"/>
    <w:lvl w:ilvl="0" w:tplc="9C3660A0">
      <w:start w:val="40"/>
      <w:numFmt w:val="decimal"/>
      <w:lvlText w:val="%1)"/>
      <w:lvlJc w:val="left"/>
      <w:pPr>
        <w:tabs>
          <w:tab w:val="num" w:pos="1720"/>
        </w:tabs>
        <w:ind w:left="1720" w:hanging="1020"/>
      </w:pPr>
      <w:rPr>
        <w:rFonts w:hint="default"/>
      </w:rPr>
    </w:lvl>
    <w:lvl w:ilvl="1" w:tplc="750CDC68">
      <w:start w:val="1"/>
      <w:numFmt w:val="lowerLetter"/>
      <w:lvlText w:val="%2."/>
      <w:lvlJc w:val="left"/>
      <w:pPr>
        <w:tabs>
          <w:tab w:val="num" w:pos="1780"/>
        </w:tabs>
        <w:ind w:left="1780" w:hanging="360"/>
      </w:pPr>
    </w:lvl>
    <w:lvl w:ilvl="2" w:tplc="22B29352">
      <w:start w:val="1"/>
      <w:numFmt w:val="lowerRoman"/>
      <w:lvlText w:val="%3."/>
      <w:lvlJc w:val="right"/>
      <w:pPr>
        <w:tabs>
          <w:tab w:val="num" w:pos="2500"/>
        </w:tabs>
        <w:ind w:left="2500" w:hanging="180"/>
      </w:pPr>
    </w:lvl>
    <w:lvl w:ilvl="3" w:tplc="4F12E5D4">
      <w:start w:val="1"/>
      <w:numFmt w:val="decimal"/>
      <w:lvlText w:val="%4."/>
      <w:lvlJc w:val="left"/>
      <w:pPr>
        <w:tabs>
          <w:tab w:val="num" w:pos="3220"/>
        </w:tabs>
        <w:ind w:left="3220" w:hanging="360"/>
      </w:pPr>
    </w:lvl>
    <w:lvl w:ilvl="4" w:tplc="99280B7C">
      <w:start w:val="1"/>
      <w:numFmt w:val="lowerLetter"/>
      <w:lvlText w:val="%5."/>
      <w:lvlJc w:val="left"/>
      <w:pPr>
        <w:tabs>
          <w:tab w:val="num" w:pos="3940"/>
        </w:tabs>
        <w:ind w:left="3940" w:hanging="360"/>
      </w:pPr>
    </w:lvl>
    <w:lvl w:ilvl="5" w:tplc="06BEF6D6">
      <w:start w:val="1"/>
      <w:numFmt w:val="lowerRoman"/>
      <w:lvlText w:val="%6."/>
      <w:lvlJc w:val="right"/>
      <w:pPr>
        <w:tabs>
          <w:tab w:val="num" w:pos="4660"/>
        </w:tabs>
        <w:ind w:left="4660" w:hanging="180"/>
      </w:pPr>
    </w:lvl>
    <w:lvl w:ilvl="6" w:tplc="0CA0A340">
      <w:start w:val="1"/>
      <w:numFmt w:val="decimal"/>
      <w:lvlText w:val="%7."/>
      <w:lvlJc w:val="left"/>
      <w:pPr>
        <w:tabs>
          <w:tab w:val="num" w:pos="5380"/>
        </w:tabs>
        <w:ind w:left="5380" w:hanging="360"/>
      </w:pPr>
    </w:lvl>
    <w:lvl w:ilvl="7" w:tplc="3FD8B25A">
      <w:start w:val="1"/>
      <w:numFmt w:val="lowerLetter"/>
      <w:lvlText w:val="%8."/>
      <w:lvlJc w:val="left"/>
      <w:pPr>
        <w:tabs>
          <w:tab w:val="num" w:pos="6100"/>
        </w:tabs>
        <w:ind w:left="6100" w:hanging="360"/>
      </w:pPr>
    </w:lvl>
    <w:lvl w:ilvl="8" w:tplc="CCE29FA4">
      <w:start w:val="1"/>
      <w:numFmt w:val="lowerRoman"/>
      <w:lvlText w:val="%9."/>
      <w:lvlJc w:val="right"/>
      <w:pPr>
        <w:tabs>
          <w:tab w:val="num" w:pos="6820"/>
        </w:tabs>
        <w:ind w:left="6820" w:hanging="180"/>
      </w:pPr>
    </w:lvl>
  </w:abstractNum>
  <w:abstractNum w:abstractNumId="14" w15:restartNumberingAfterBreak="0">
    <w:nsid w:val="0D2164EE"/>
    <w:multiLevelType w:val="multilevel"/>
    <w:tmpl w:val="84F66EE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D3C793D"/>
    <w:multiLevelType w:val="multilevel"/>
    <w:tmpl w:val="D9FE8E2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6" w15:restartNumberingAfterBreak="0">
    <w:nsid w:val="14F119CE"/>
    <w:multiLevelType w:val="multilevel"/>
    <w:tmpl w:val="4F469CD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7" w15:restartNumberingAfterBreak="0">
    <w:nsid w:val="1EF00CC1"/>
    <w:multiLevelType w:val="multilevel"/>
    <w:tmpl w:val="CE20386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8" w15:restartNumberingAfterBreak="0">
    <w:nsid w:val="26A53BE0"/>
    <w:multiLevelType w:val="hybridMultilevel"/>
    <w:tmpl w:val="8DA6AB16"/>
    <w:lvl w:ilvl="0" w:tplc="ED3A5DC6">
      <w:start w:val="1"/>
      <w:numFmt w:val="decimal"/>
      <w:lvlText w:val="%1."/>
      <w:lvlJc w:val="left"/>
      <w:pPr>
        <w:tabs>
          <w:tab w:val="num" w:pos="1669"/>
        </w:tabs>
        <w:ind w:left="1669" w:hanging="360"/>
      </w:pPr>
    </w:lvl>
    <w:lvl w:ilvl="1" w:tplc="DF6A616E">
      <w:start w:val="1"/>
      <w:numFmt w:val="lowerLetter"/>
      <w:lvlText w:val="%2."/>
      <w:lvlJc w:val="left"/>
      <w:pPr>
        <w:tabs>
          <w:tab w:val="num" w:pos="2389"/>
        </w:tabs>
        <w:ind w:left="2389" w:hanging="360"/>
      </w:pPr>
    </w:lvl>
    <w:lvl w:ilvl="2" w:tplc="281C024C">
      <w:start w:val="1"/>
      <w:numFmt w:val="lowerRoman"/>
      <w:lvlText w:val="%3."/>
      <w:lvlJc w:val="right"/>
      <w:pPr>
        <w:tabs>
          <w:tab w:val="num" w:pos="3109"/>
        </w:tabs>
        <w:ind w:left="3109" w:hanging="180"/>
      </w:pPr>
    </w:lvl>
    <w:lvl w:ilvl="3" w:tplc="9FA025C6">
      <w:start w:val="1"/>
      <w:numFmt w:val="decimal"/>
      <w:lvlText w:val="%4."/>
      <w:lvlJc w:val="left"/>
      <w:pPr>
        <w:tabs>
          <w:tab w:val="num" w:pos="3829"/>
        </w:tabs>
        <w:ind w:left="3829" w:hanging="360"/>
      </w:pPr>
    </w:lvl>
    <w:lvl w:ilvl="4" w:tplc="8AFAFBC0">
      <w:start w:val="1"/>
      <w:numFmt w:val="lowerLetter"/>
      <w:lvlText w:val="%5."/>
      <w:lvlJc w:val="left"/>
      <w:pPr>
        <w:tabs>
          <w:tab w:val="num" w:pos="4549"/>
        </w:tabs>
        <w:ind w:left="4549" w:hanging="360"/>
      </w:pPr>
    </w:lvl>
    <w:lvl w:ilvl="5" w:tplc="814CE2A6">
      <w:start w:val="1"/>
      <w:numFmt w:val="lowerRoman"/>
      <w:lvlText w:val="%6."/>
      <w:lvlJc w:val="right"/>
      <w:pPr>
        <w:tabs>
          <w:tab w:val="num" w:pos="5269"/>
        </w:tabs>
        <w:ind w:left="5269" w:hanging="180"/>
      </w:pPr>
    </w:lvl>
    <w:lvl w:ilvl="6" w:tplc="8A5200EE">
      <w:start w:val="1"/>
      <w:numFmt w:val="decimal"/>
      <w:lvlText w:val="%7."/>
      <w:lvlJc w:val="left"/>
      <w:pPr>
        <w:tabs>
          <w:tab w:val="num" w:pos="5989"/>
        </w:tabs>
        <w:ind w:left="5989" w:hanging="360"/>
      </w:pPr>
    </w:lvl>
    <w:lvl w:ilvl="7" w:tplc="10281C5A">
      <w:start w:val="1"/>
      <w:numFmt w:val="lowerLetter"/>
      <w:lvlText w:val="%8."/>
      <w:lvlJc w:val="left"/>
      <w:pPr>
        <w:tabs>
          <w:tab w:val="num" w:pos="6709"/>
        </w:tabs>
        <w:ind w:left="6709" w:hanging="360"/>
      </w:pPr>
    </w:lvl>
    <w:lvl w:ilvl="8" w:tplc="009EE56E">
      <w:start w:val="1"/>
      <w:numFmt w:val="lowerRoman"/>
      <w:lvlText w:val="%9."/>
      <w:lvlJc w:val="right"/>
      <w:pPr>
        <w:tabs>
          <w:tab w:val="num" w:pos="7429"/>
        </w:tabs>
        <w:ind w:left="7429" w:hanging="180"/>
      </w:pPr>
    </w:lvl>
  </w:abstractNum>
  <w:abstractNum w:abstractNumId="19" w15:restartNumberingAfterBreak="0">
    <w:nsid w:val="345448B0"/>
    <w:multiLevelType w:val="multilevel"/>
    <w:tmpl w:val="8E3054D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0" w15:restartNumberingAfterBreak="0">
    <w:nsid w:val="3D0C3E54"/>
    <w:multiLevelType w:val="multilevel"/>
    <w:tmpl w:val="9C6AF606"/>
    <w:lvl w:ilvl="0">
      <w:start w:val="1"/>
      <w:numFmt w:val="decimal"/>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468658C5"/>
    <w:multiLevelType w:val="multilevel"/>
    <w:tmpl w:val="AD868D28"/>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49E47942"/>
    <w:multiLevelType w:val="multilevel"/>
    <w:tmpl w:val="42A2C06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3" w15:restartNumberingAfterBreak="0">
    <w:nsid w:val="519214E5"/>
    <w:multiLevelType w:val="multilevel"/>
    <w:tmpl w:val="8276781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4" w15:restartNumberingAfterBreak="0">
    <w:nsid w:val="58F907D3"/>
    <w:multiLevelType w:val="multilevel"/>
    <w:tmpl w:val="C04A53E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5" w15:restartNumberingAfterBreak="0">
    <w:nsid w:val="5E5B1B28"/>
    <w:multiLevelType w:val="hybridMultilevel"/>
    <w:tmpl w:val="11C2AA08"/>
    <w:lvl w:ilvl="0" w:tplc="66BCB840">
      <w:start w:val="1"/>
      <w:numFmt w:val="decimal"/>
      <w:lvlText w:val="%1."/>
      <w:lvlJc w:val="left"/>
      <w:pPr>
        <w:ind w:left="1065" w:hanging="360"/>
      </w:pPr>
      <w:rPr>
        <w:rFonts w:hint="default"/>
      </w:rPr>
    </w:lvl>
    <w:lvl w:ilvl="1" w:tplc="0FC6A0F8">
      <w:start w:val="1"/>
      <w:numFmt w:val="lowerLetter"/>
      <w:lvlText w:val="%2."/>
      <w:lvlJc w:val="left"/>
      <w:pPr>
        <w:ind w:left="1785" w:hanging="360"/>
      </w:pPr>
    </w:lvl>
    <w:lvl w:ilvl="2" w:tplc="BB5E9030">
      <w:start w:val="1"/>
      <w:numFmt w:val="lowerRoman"/>
      <w:lvlText w:val="%3."/>
      <w:lvlJc w:val="right"/>
      <w:pPr>
        <w:ind w:left="2505" w:hanging="180"/>
      </w:pPr>
    </w:lvl>
    <w:lvl w:ilvl="3" w:tplc="0EE26D78">
      <w:start w:val="1"/>
      <w:numFmt w:val="decimal"/>
      <w:lvlText w:val="%4."/>
      <w:lvlJc w:val="left"/>
      <w:pPr>
        <w:ind w:left="3225" w:hanging="360"/>
      </w:pPr>
    </w:lvl>
    <w:lvl w:ilvl="4" w:tplc="3208B6F2">
      <w:start w:val="1"/>
      <w:numFmt w:val="lowerLetter"/>
      <w:lvlText w:val="%5."/>
      <w:lvlJc w:val="left"/>
      <w:pPr>
        <w:ind w:left="3945" w:hanging="360"/>
      </w:pPr>
    </w:lvl>
    <w:lvl w:ilvl="5" w:tplc="199CEE70">
      <w:start w:val="1"/>
      <w:numFmt w:val="lowerRoman"/>
      <w:lvlText w:val="%6."/>
      <w:lvlJc w:val="right"/>
      <w:pPr>
        <w:ind w:left="4665" w:hanging="180"/>
      </w:pPr>
    </w:lvl>
    <w:lvl w:ilvl="6" w:tplc="F580C946">
      <w:start w:val="1"/>
      <w:numFmt w:val="decimal"/>
      <w:lvlText w:val="%7."/>
      <w:lvlJc w:val="left"/>
      <w:pPr>
        <w:ind w:left="5385" w:hanging="360"/>
      </w:pPr>
    </w:lvl>
    <w:lvl w:ilvl="7" w:tplc="3CBE9918">
      <w:start w:val="1"/>
      <w:numFmt w:val="lowerLetter"/>
      <w:lvlText w:val="%8."/>
      <w:lvlJc w:val="left"/>
      <w:pPr>
        <w:ind w:left="6105" w:hanging="360"/>
      </w:pPr>
    </w:lvl>
    <w:lvl w:ilvl="8" w:tplc="D0BEA830">
      <w:start w:val="1"/>
      <w:numFmt w:val="lowerRoman"/>
      <w:lvlText w:val="%9."/>
      <w:lvlJc w:val="right"/>
      <w:pPr>
        <w:ind w:left="6825" w:hanging="180"/>
      </w:pPr>
    </w:lvl>
  </w:abstractNum>
  <w:abstractNum w:abstractNumId="26" w15:restartNumberingAfterBreak="0">
    <w:nsid w:val="67101A8F"/>
    <w:multiLevelType w:val="multilevel"/>
    <w:tmpl w:val="124C316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6A2F50B8"/>
    <w:multiLevelType w:val="multilevel"/>
    <w:tmpl w:val="BDB09C0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8" w15:restartNumberingAfterBreak="0">
    <w:nsid w:val="77571296"/>
    <w:multiLevelType w:val="multilevel"/>
    <w:tmpl w:val="699E68C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9" w15:restartNumberingAfterBreak="0">
    <w:nsid w:val="7B732D50"/>
    <w:multiLevelType w:val="multilevel"/>
    <w:tmpl w:val="3410B2A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4"/>
  </w:num>
  <w:num w:numId="2">
    <w:abstractNumId w:val="12"/>
  </w:num>
  <w:num w:numId="3">
    <w:abstractNumId w:val="13"/>
  </w:num>
  <w:num w:numId="4">
    <w:abstractNumId w:val="25"/>
  </w:num>
  <w:num w:numId="5">
    <w:abstractNumId w:val="23"/>
  </w:num>
  <w:num w:numId="6">
    <w:abstractNumId w:val="18"/>
  </w:num>
  <w:num w:numId="7">
    <w:abstractNumId w:val="16"/>
  </w:num>
  <w:num w:numId="8">
    <w:abstractNumId w:val="19"/>
  </w:num>
  <w:num w:numId="9">
    <w:abstractNumId w:val="17"/>
  </w:num>
  <w:num w:numId="10">
    <w:abstractNumId w:val="27"/>
  </w:num>
  <w:num w:numId="11">
    <w:abstractNumId w:val="28"/>
  </w:num>
  <w:num w:numId="12">
    <w:abstractNumId w:val="15"/>
  </w:num>
  <w:num w:numId="13">
    <w:abstractNumId w:val="9"/>
  </w:num>
  <w:num w:numId="14">
    <w:abstractNumId w:val="22"/>
  </w:num>
  <w:num w:numId="15">
    <w:abstractNumId w:val="8"/>
  </w:num>
  <w:num w:numId="16">
    <w:abstractNumId w:val="6"/>
  </w:num>
  <w:num w:numId="17">
    <w:abstractNumId w:val="5"/>
  </w:num>
  <w:num w:numId="18">
    <w:abstractNumId w:val="4"/>
  </w:num>
  <w:num w:numId="19">
    <w:abstractNumId w:val="7"/>
  </w:num>
  <w:num w:numId="20">
    <w:abstractNumId w:val="3"/>
  </w:num>
  <w:num w:numId="21">
    <w:abstractNumId w:val="2"/>
  </w:num>
  <w:num w:numId="22">
    <w:abstractNumId w:val="1"/>
  </w:num>
  <w:num w:numId="23">
    <w:abstractNumId w:val="0"/>
  </w:num>
  <w:num w:numId="24">
    <w:abstractNumId w:val="21"/>
  </w:num>
  <w:num w:numId="25">
    <w:abstractNumId w:val="26"/>
  </w:num>
  <w:num w:numId="26">
    <w:abstractNumId w:val="10"/>
  </w:num>
  <w:num w:numId="27">
    <w:abstractNumId w:val="14"/>
  </w:num>
  <w:num w:numId="28">
    <w:abstractNumId w:val="29"/>
  </w:num>
  <w:num w:numId="29">
    <w:abstractNumId w:val="20"/>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1DF"/>
    <w:rsid w:val="000359CB"/>
    <w:rsid w:val="0008019D"/>
    <w:rsid w:val="000D023A"/>
    <w:rsid w:val="000F66C6"/>
    <w:rsid w:val="001326F3"/>
    <w:rsid w:val="001901EE"/>
    <w:rsid w:val="002358DA"/>
    <w:rsid w:val="00323FEB"/>
    <w:rsid w:val="00361D60"/>
    <w:rsid w:val="00536860"/>
    <w:rsid w:val="00587973"/>
    <w:rsid w:val="005B42CB"/>
    <w:rsid w:val="00634B77"/>
    <w:rsid w:val="00642154"/>
    <w:rsid w:val="00883B86"/>
    <w:rsid w:val="00896B02"/>
    <w:rsid w:val="009251DF"/>
    <w:rsid w:val="00937755"/>
    <w:rsid w:val="00991B42"/>
    <w:rsid w:val="00A47C87"/>
    <w:rsid w:val="00A91403"/>
    <w:rsid w:val="00BB392B"/>
    <w:rsid w:val="00BC7114"/>
    <w:rsid w:val="00BE72FA"/>
    <w:rsid w:val="00D2356F"/>
    <w:rsid w:val="00E72A3C"/>
    <w:rsid w:val="00EA2AC1"/>
    <w:rsid w:val="00ED6487"/>
    <w:rsid w:val="00EF7EDA"/>
    <w:rsid w:val="00FB4365"/>
    <w:rsid w:val="00FF549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85D47"/>
  <w15:docId w15:val="{43D5EDDB-12E1-4797-BF67-0F9AC83D6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qFormat="1"/>
    <w:lsdException w:name="toa heading" w:semiHidden="1" w:unhideWhenUsed="1"/>
    <w:lsdException w:name="List" w:semiHidden="1" w:uiPriority="99" w:unhideWhenUsed="1"/>
    <w:lsdException w:name="List Bullet" w:semiHidden="1" w:uiPriority="99" w:unhideWhenUsed="1" w:qFormat="1"/>
    <w:lsdException w:name="List Number" w:uiPriority="99" w:qFormat="1"/>
    <w:lsdException w:name="List 2" w:semiHidden="1" w:uiPriority="99" w:unhideWhenUsed="1"/>
    <w:lsdException w:name="List 3" w:semiHidden="1" w:uiPriority="99" w:unhideWhenUsed="1"/>
    <w:lsdException w:name="List Bullet 2" w:semiHidden="1" w:uiPriority="99" w:unhideWhenUsed="1" w:qFormat="1"/>
    <w:lsdException w:name="List Bullet 3" w:semiHidden="1" w:uiPriority="99" w:unhideWhenUsed="1" w:qFormat="1"/>
    <w:lsdException w:name="List Bullet 4" w:semiHidden="1" w:uiPriority="99"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iPriority="99" w:unhideWhenUsed="1" w:qFormat="1"/>
    <w:lsdException w:name="List Continue 2" w:semiHidden="1" w:uiPriority="99" w:unhideWhenUsed="1" w:qFormat="1"/>
    <w:lsdException w:name="List Continue 3" w:semiHidden="1" w:uiPriority="99"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Body Text 2" w:semiHidden="1" w:uiPriority="99" w:unhideWhenUsed="1" w:qFormat="1"/>
    <w:lsdException w:name="Body Text 3" w:semiHidden="1" w:uiPriority="99"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47D62"/>
    <w:pPr>
      <w:overflowPunct w:val="0"/>
      <w:autoSpaceDE w:val="0"/>
      <w:autoSpaceDN w:val="0"/>
      <w:adjustRightInd w:val="0"/>
    </w:pPr>
  </w:style>
  <w:style w:type="paragraph" w:styleId="1">
    <w:name w:val="heading 1"/>
    <w:basedOn w:val="a1"/>
    <w:next w:val="a1"/>
    <w:link w:val="10"/>
    <w:uiPriority w:val="9"/>
    <w:qFormat/>
    <w:rsid w:val="00BE72FA"/>
    <w:pPr>
      <w:keepNext/>
      <w:keepLines/>
      <w:overflowPunct/>
      <w:autoSpaceDE/>
      <w:autoSpaceDN/>
      <w:adjustRightInd/>
      <w:spacing w:before="480" w:line="276" w:lineRule="auto"/>
      <w:outlineLvl w:val="0"/>
    </w:pPr>
    <w:rPr>
      <w:rFonts w:ascii="Cambria" w:hAnsi="Cambria"/>
      <w:b/>
      <w:bCs/>
      <w:color w:val="365F91"/>
      <w:sz w:val="28"/>
      <w:szCs w:val="28"/>
    </w:rPr>
  </w:style>
  <w:style w:type="paragraph" w:styleId="21">
    <w:name w:val="heading 2"/>
    <w:basedOn w:val="a1"/>
    <w:next w:val="a1"/>
    <w:link w:val="22"/>
    <w:uiPriority w:val="9"/>
    <w:qFormat/>
    <w:rsid w:val="001763DE"/>
    <w:pPr>
      <w:keepNext/>
      <w:overflowPunct/>
      <w:autoSpaceDE/>
      <w:autoSpaceDN/>
      <w:adjustRightInd/>
      <w:jc w:val="both"/>
      <w:outlineLvl w:val="1"/>
    </w:pPr>
    <w:rPr>
      <w:rFonts w:ascii="Times/Kazakh" w:hAnsi="Times/Kazakh"/>
      <w:b/>
      <w:sz w:val="26"/>
      <w:lang w:eastAsia="ko-KR"/>
    </w:rPr>
  </w:style>
  <w:style w:type="paragraph" w:styleId="31">
    <w:name w:val="heading 3"/>
    <w:basedOn w:val="a1"/>
    <w:next w:val="a1"/>
    <w:link w:val="32"/>
    <w:uiPriority w:val="9"/>
    <w:unhideWhenUsed/>
    <w:qFormat/>
    <w:rsid w:val="00BE72FA"/>
    <w:pPr>
      <w:keepNext/>
      <w:keepLines/>
      <w:overflowPunct/>
      <w:autoSpaceDE/>
      <w:autoSpaceDN/>
      <w:adjustRightInd/>
      <w:spacing w:before="40" w:line="259" w:lineRule="auto"/>
      <w:outlineLvl w:val="2"/>
    </w:pPr>
    <w:rPr>
      <w:rFonts w:asciiTheme="majorHAnsi" w:eastAsiaTheme="majorEastAsia" w:hAnsiTheme="majorHAnsi" w:cstheme="majorBidi"/>
      <w:color w:val="243F60" w:themeColor="accent1" w:themeShade="7F"/>
      <w:sz w:val="24"/>
      <w:szCs w:val="24"/>
      <w:lang w:eastAsia="en-US"/>
    </w:rPr>
  </w:style>
  <w:style w:type="paragraph" w:styleId="4">
    <w:name w:val="heading 4"/>
    <w:basedOn w:val="a1"/>
    <w:next w:val="a1"/>
    <w:link w:val="40"/>
    <w:uiPriority w:val="9"/>
    <w:semiHidden/>
    <w:unhideWhenUsed/>
    <w:qFormat/>
    <w:rsid w:val="00634B77"/>
    <w:pPr>
      <w:keepNext/>
      <w:keepLines/>
      <w:overflowPunct/>
      <w:autoSpaceDE/>
      <w:autoSpaceDN/>
      <w:adjustRightInd/>
      <w:spacing w:before="200" w:line="276" w:lineRule="auto"/>
      <w:outlineLvl w:val="3"/>
    </w:pPr>
    <w:rPr>
      <w:rFonts w:asciiTheme="majorHAnsi" w:eastAsiaTheme="majorEastAsia" w:hAnsiTheme="majorHAnsi" w:cstheme="majorBidi"/>
      <w:b/>
      <w:bCs/>
      <w:i/>
      <w:iCs/>
      <w:color w:val="4F81BD" w:themeColor="accent1"/>
      <w:sz w:val="22"/>
      <w:szCs w:val="22"/>
      <w:lang w:val="en-US" w:eastAsia="en-US"/>
    </w:rPr>
  </w:style>
  <w:style w:type="paragraph" w:styleId="5">
    <w:name w:val="heading 5"/>
    <w:basedOn w:val="a1"/>
    <w:next w:val="a1"/>
    <w:link w:val="50"/>
    <w:uiPriority w:val="9"/>
    <w:semiHidden/>
    <w:unhideWhenUsed/>
    <w:qFormat/>
    <w:rsid w:val="00634B77"/>
    <w:pPr>
      <w:keepNext/>
      <w:keepLines/>
      <w:overflowPunct/>
      <w:autoSpaceDE/>
      <w:autoSpaceDN/>
      <w:adjustRightInd/>
      <w:spacing w:before="200" w:line="276" w:lineRule="auto"/>
      <w:outlineLvl w:val="4"/>
    </w:pPr>
    <w:rPr>
      <w:rFonts w:asciiTheme="majorHAnsi" w:eastAsiaTheme="majorEastAsia" w:hAnsiTheme="majorHAnsi" w:cstheme="majorBidi"/>
      <w:color w:val="243F60" w:themeColor="accent1" w:themeShade="7F"/>
      <w:sz w:val="22"/>
      <w:szCs w:val="22"/>
      <w:lang w:val="en-US" w:eastAsia="en-US"/>
    </w:rPr>
  </w:style>
  <w:style w:type="paragraph" w:styleId="6">
    <w:name w:val="heading 6"/>
    <w:basedOn w:val="a1"/>
    <w:next w:val="a1"/>
    <w:link w:val="60"/>
    <w:uiPriority w:val="9"/>
    <w:semiHidden/>
    <w:unhideWhenUsed/>
    <w:qFormat/>
    <w:rsid w:val="00634B77"/>
    <w:pPr>
      <w:keepNext/>
      <w:keepLines/>
      <w:overflowPunct/>
      <w:autoSpaceDE/>
      <w:autoSpaceDN/>
      <w:adjustRightInd/>
      <w:spacing w:before="200" w:line="276" w:lineRule="auto"/>
      <w:outlineLvl w:val="5"/>
    </w:pPr>
    <w:rPr>
      <w:rFonts w:asciiTheme="majorHAnsi" w:eastAsiaTheme="majorEastAsia" w:hAnsiTheme="majorHAnsi" w:cstheme="majorBidi"/>
      <w:i/>
      <w:iCs/>
      <w:color w:val="243F60" w:themeColor="accent1" w:themeShade="7F"/>
      <w:sz w:val="22"/>
      <w:szCs w:val="22"/>
      <w:lang w:val="en-US" w:eastAsia="en-US"/>
    </w:rPr>
  </w:style>
  <w:style w:type="paragraph" w:styleId="7">
    <w:name w:val="heading 7"/>
    <w:basedOn w:val="a1"/>
    <w:next w:val="a1"/>
    <w:link w:val="70"/>
    <w:uiPriority w:val="9"/>
    <w:semiHidden/>
    <w:unhideWhenUsed/>
    <w:qFormat/>
    <w:rsid w:val="00634B77"/>
    <w:pPr>
      <w:keepNext/>
      <w:keepLines/>
      <w:overflowPunct/>
      <w:autoSpaceDE/>
      <w:autoSpaceDN/>
      <w:adjustRightInd/>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rPr>
  </w:style>
  <w:style w:type="paragraph" w:styleId="8">
    <w:name w:val="heading 8"/>
    <w:basedOn w:val="a1"/>
    <w:next w:val="a1"/>
    <w:link w:val="80"/>
    <w:uiPriority w:val="9"/>
    <w:semiHidden/>
    <w:unhideWhenUsed/>
    <w:qFormat/>
    <w:rsid w:val="00634B77"/>
    <w:pPr>
      <w:keepNext/>
      <w:keepLines/>
      <w:overflowPunct/>
      <w:autoSpaceDE/>
      <w:autoSpaceDN/>
      <w:adjustRightInd/>
      <w:spacing w:before="200" w:line="276" w:lineRule="auto"/>
      <w:outlineLvl w:val="7"/>
    </w:pPr>
    <w:rPr>
      <w:rFonts w:asciiTheme="majorHAnsi" w:eastAsiaTheme="majorEastAsia" w:hAnsiTheme="majorHAnsi" w:cstheme="majorBidi"/>
      <w:color w:val="4F81BD" w:themeColor="accent1"/>
      <w:lang w:val="en-US" w:eastAsia="en-US"/>
    </w:rPr>
  </w:style>
  <w:style w:type="paragraph" w:styleId="9">
    <w:name w:val="heading 9"/>
    <w:basedOn w:val="a1"/>
    <w:next w:val="a1"/>
    <w:link w:val="90"/>
    <w:uiPriority w:val="9"/>
    <w:semiHidden/>
    <w:unhideWhenUsed/>
    <w:qFormat/>
    <w:rsid w:val="00634B77"/>
    <w:pPr>
      <w:keepNext/>
      <w:keepLines/>
      <w:overflowPunct/>
      <w:autoSpaceDE/>
      <w:autoSpaceDN/>
      <w:adjustRightInd/>
      <w:spacing w:before="200" w:line="276" w:lineRule="auto"/>
      <w:outlineLvl w:val="8"/>
    </w:pPr>
    <w:rPr>
      <w:rFonts w:asciiTheme="majorHAnsi" w:eastAsiaTheme="majorEastAsia" w:hAnsiTheme="majorHAnsi" w:cstheme="majorBidi"/>
      <w:i/>
      <w:iCs/>
      <w:color w:val="404040" w:themeColor="text1" w:themeTint="BF"/>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qFormat/>
    <w:rsid w:val="00BE72FA"/>
    <w:rPr>
      <w:rFonts w:ascii="Cambria" w:hAnsi="Cambria"/>
      <w:b/>
      <w:bCs/>
      <w:color w:val="365F91"/>
      <w:sz w:val="28"/>
      <w:szCs w:val="28"/>
    </w:rPr>
  </w:style>
  <w:style w:type="character" w:customStyle="1" w:styleId="22">
    <w:name w:val="Заголовок 2 Знак"/>
    <w:basedOn w:val="a2"/>
    <w:link w:val="21"/>
    <w:uiPriority w:val="9"/>
    <w:qFormat/>
    <w:rsid w:val="00BE72FA"/>
    <w:rPr>
      <w:rFonts w:ascii="Times/Kazakh" w:hAnsi="Times/Kazakh"/>
      <w:b/>
      <w:sz w:val="26"/>
      <w:lang w:eastAsia="ko-KR"/>
    </w:rPr>
  </w:style>
  <w:style w:type="character" w:customStyle="1" w:styleId="32">
    <w:name w:val="Заголовок 3 Знак"/>
    <w:basedOn w:val="a2"/>
    <w:link w:val="31"/>
    <w:uiPriority w:val="9"/>
    <w:qFormat/>
    <w:rsid w:val="00BE72FA"/>
    <w:rPr>
      <w:rFonts w:asciiTheme="majorHAnsi" w:eastAsiaTheme="majorEastAsia" w:hAnsiTheme="majorHAnsi" w:cstheme="majorBidi"/>
      <w:color w:val="243F60" w:themeColor="accent1" w:themeShade="7F"/>
      <w:sz w:val="24"/>
      <w:szCs w:val="24"/>
      <w:lang w:eastAsia="en-US"/>
    </w:rPr>
  </w:style>
  <w:style w:type="paragraph" w:customStyle="1" w:styleId="0">
    <w:name w:val="Знак_0"/>
    <w:basedOn w:val="a1"/>
    <w:autoRedefine/>
    <w:rsid w:val="00A47D62"/>
    <w:pPr>
      <w:overflowPunct/>
      <w:autoSpaceDE/>
      <w:autoSpaceDN/>
      <w:adjustRightInd/>
      <w:spacing w:after="160" w:line="240" w:lineRule="exact"/>
    </w:pPr>
    <w:rPr>
      <w:rFonts w:eastAsia="SimSun"/>
      <w:b/>
      <w:sz w:val="28"/>
      <w:szCs w:val="24"/>
      <w:lang w:val="en-US" w:eastAsia="en-US"/>
    </w:rPr>
  </w:style>
  <w:style w:type="paragraph" w:styleId="a5">
    <w:name w:val="Body Text Indent"/>
    <w:basedOn w:val="a1"/>
    <w:rsid w:val="00A47D62"/>
    <w:pPr>
      <w:overflowPunct/>
      <w:autoSpaceDE/>
      <w:autoSpaceDN/>
      <w:adjustRightInd/>
      <w:ind w:firstLine="1122"/>
      <w:jc w:val="both"/>
    </w:pPr>
    <w:rPr>
      <w:sz w:val="24"/>
      <w:szCs w:val="24"/>
      <w:lang w:val="kk-KZ"/>
    </w:rPr>
  </w:style>
  <w:style w:type="paragraph" w:styleId="a6">
    <w:name w:val="Title"/>
    <w:basedOn w:val="a1"/>
    <w:link w:val="a7"/>
    <w:uiPriority w:val="10"/>
    <w:qFormat/>
    <w:rsid w:val="00A47D62"/>
    <w:pPr>
      <w:overflowPunct/>
      <w:autoSpaceDE/>
      <w:autoSpaceDN/>
      <w:adjustRightInd/>
      <w:jc w:val="center"/>
    </w:pPr>
    <w:rPr>
      <w:sz w:val="28"/>
      <w:szCs w:val="24"/>
    </w:rPr>
  </w:style>
  <w:style w:type="character" w:customStyle="1" w:styleId="a7">
    <w:name w:val="Заголовок Знак"/>
    <w:basedOn w:val="a2"/>
    <w:link w:val="a6"/>
    <w:uiPriority w:val="10"/>
    <w:qFormat/>
    <w:rsid w:val="00634B77"/>
    <w:rPr>
      <w:sz w:val="28"/>
      <w:szCs w:val="24"/>
    </w:rPr>
  </w:style>
  <w:style w:type="paragraph" w:styleId="a8">
    <w:name w:val="Subtitle"/>
    <w:basedOn w:val="a1"/>
    <w:link w:val="a9"/>
    <w:uiPriority w:val="11"/>
    <w:qFormat/>
    <w:rsid w:val="00A47D62"/>
    <w:pPr>
      <w:overflowPunct/>
      <w:autoSpaceDE/>
      <w:autoSpaceDN/>
      <w:adjustRightInd/>
      <w:ind w:firstLine="709"/>
      <w:jc w:val="both"/>
    </w:pPr>
    <w:rPr>
      <w:sz w:val="28"/>
      <w:szCs w:val="24"/>
    </w:rPr>
  </w:style>
  <w:style w:type="character" w:customStyle="1" w:styleId="a9">
    <w:name w:val="Подзаголовок Знак"/>
    <w:link w:val="a8"/>
    <w:uiPriority w:val="11"/>
    <w:qFormat/>
    <w:rsid w:val="00A47D62"/>
    <w:rPr>
      <w:sz w:val="28"/>
      <w:szCs w:val="24"/>
      <w:lang w:val="ru-RU" w:eastAsia="ru-RU" w:bidi="ar-SA"/>
    </w:rPr>
  </w:style>
  <w:style w:type="paragraph" w:styleId="aa">
    <w:name w:val="No Spacing"/>
    <w:uiPriority w:val="1"/>
    <w:qFormat/>
    <w:rsid w:val="00A47D62"/>
    <w:rPr>
      <w:sz w:val="24"/>
      <w:szCs w:val="24"/>
    </w:rPr>
  </w:style>
  <w:style w:type="paragraph" w:customStyle="1" w:styleId="015">
    <w:name w:val="Стиль Слева:  0 см Выступ:  15 см"/>
    <w:basedOn w:val="a1"/>
    <w:rsid w:val="00A47D62"/>
    <w:pPr>
      <w:widowControl w:val="0"/>
      <w:overflowPunct/>
      <w:autoSpaceDE/>
      <w:autoSpaceDN/>
      <w:adjustRightInd/>
      <w:spacing w:before="120"/>
      <w:ind w:left="851" w:hanging="851"/>
      <w:jc w:val="both"/>
    </w:pPr>
    <w:rPr>
      <w:rFonts w:ascii="Arial" w:hAnsi="Arial"/>
      <w:snapToGrid w:val="0"/>
      <w:sz w:val="24"/>
    </w:rPr>
  </w:style>
  <w:style w:type="table" w:styleId="ab">
    <w:name w:val="Table Grid"/>
    <w:basedOn w:val="a3"/>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1"/>
    <w:link w:val="ad"/>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ad">
    <w:name w:val="Верхний колонтитул Знак"/>
    <w:basedOn w:val="a2"/>
    <w:link w:val="ac"/>
    <w:uiPriority w:val="99"/>
    <w:qFormat/>
    <w:rsid w:val="00BE72FA"/>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1"/>
    <w:autoRedefine/>
    <w:rsid w:val="000D4DAC"/>
    <w:pPr>
      <w:overflowPunct/>
      <w:autoSpaceDE/>
      <w:autoSpaceDN/>
      <w:adjustRightInd/>
      <w:spacing w:after="160" w:line="240" w:lineRule="exact"/>
    </w:pPr>
    <w:rPr>
      <w:sz w:val="28"/>
      <w:lang w:val="en-US" w:eastAsia="en-US"/>
    </w:rPr>
  </w:style>
  <w:style w:type="paragraph" w:customStyle="1" w:styleId="12">
    <w:name w:val="Знак_1"/>
    <w:basedOn w:val="a1"/>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3">
    <w:name w:val="Body Text Indent 2"/>
    <w:basedOn w:val="a1"/>
    <w:rsid w:val="001763DE"/>
    <w:pPr>
      <w:spacing w:after="120" w:line="480" w:lineRule="auto"/>
      <w:ind w:left="283"/>
    </w:pPr>
  </w:style>
  <w:style w:type="character" w:styleId="ae">
    <w:name w:val="Hyperlink"/>
    <w:rsid w:val="0023374B"/>
    <w:rPr>
      <w:rFonts w:ascii="Times New Roman" w:hAnsi="Times New Roman" w:cs="Times New Roman" w:hint="default"/>
      <w:color w:val="333399"/>
      <w:u w:val="single"/>
    </w:rPr>
  </w:style>
  <w:style w:type="paragraph" w:customStyle="1" w:styleId="af">
    <w:name w:val="Знак Знак Знак"/>
    <w:basedOn w:val="a1"/>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1"/>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basedOn w:val="a1"/>
    <w:uiPriority w:val="99"/>
    <w:rsid w:val="00364E0B"/>
    <w:pPr>
      <w:overflowPunct/>
      <w:autoSpaceDE/>
      <w:autoSpaceDN/>
      <w:adjustRightInd/>
      <w:spacing w:before="100" w:beforeAutospacing="1" w:after="100" w:afterAutospacing="1"/>
    </w:pPr>
    <w:rPr>
      <w:sz w:val="24"/>
      <w:szCs w:val="24"/>
    </w:rPr>
  </w:style>
  <w:style w:type="character" w:styleId="af2">
    <w:name w:val="page number"/>
    <w:basedOn w:val="a2"/>
    <w:rsid w:val="00BE78CA"/>
  </w:style>
  <w:style w:type="character" w:styleId="af3">
    <w:name w:val="Strong"/>
    <w:uiPriority w:val="22"/>
    <w:qFormat/>
    <w:rsid w:val="007111E8"/>
    <w:rPr>
      <w:b/>
      <w:bCs/>
    </w:rPr>
  </w:style>
  <w:style w:type="paragraph" w:styleId="af4">
    <w:name w:val="footer"/>
    <w:basedOn w:val="a1"/>
    <w:link w:val="af5"/>
    <w:uiPriority w:val="99"/>
    <w:qFormat/>
    <w:rsid w:val="004726FE"/>
    <w:pPr>
      <w:tabs>
        <w:tab w:val="center" w:pos="4677"/>
        <w:tab w:val="right" w:pos="9355"/>
      </w:tabs>
    </w:pPr>
  </w:style>
  <w:style w:type="character" w:customStyle="1" w:styleId="af5">
    <w:name w:val="Нижний колонтитул Знак"/>
    <w:basedOn w:val="a2"/>
    <w:link w:val="af4"/>
    <w:uiPriority w:val="99"/>
    <w:qFormat/>
    <w:rsid w:val="004726FE"/>
  </w:style>
  <w:style w:type="paragraph" w:customStyle="1" w:styleId="24">
    <w:name w:val="Знак_2"/>
    <w:basedOn w:val="a1"/>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3">
    <w:name w:val="Знак_3"/>
    <w:basedOn w:val="a1"/>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1"/>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1"/>
    <w:link w:val="af8"/>
    <w:uiPriority w:val="99"/>
    <w:semiHidden/>
    <w:unhideWhenUsed/>
    <w:qFormat/>
    <w:rsid w:val="00DF04F6"/>
    <w:rPr>
      <w:rFonts w:ascii="Tahoma" w:hAnsi="Tahoma" w:cs="Tahoma"/>
      <w:sz w:val="16"/>
      <w:szCs w:val="16"/>
    </w:rPr>
  </w:style>
  <w:style w:type="character" w:customStyle="1" w:styleId="af8">
    <w:name w:val="Текст выноски Знак"/>
    <w:basedOn w:val="a2"/>
    <w:link w:val="af7"/>
    <w:uiPriority w:val="99"/>
    <w:semiHidden/>
    <w:qFormat/>
    <w:rsid w:val="00DF04F6"/>
    <w:rPr>
      <w:rFonts w:ascii="Tahoma" w:hAnsi="Tahoma" w:cs="Tahoma"/>
      <w:sz w:val="16"/>
      <w:szCs w:val="16"/>
    </w:rPr>
  </w:style>
  <w:style w:type="character" w:customStyle="1" w:styleId="ezkurwreuab5ozgtqnkl">
    <w:name w:val="ezkurwreuab5ozgtqnkl"/>
    <w:basedOn w:val="a2"/>
    <w:qFormat/>
    <w:rsid w:val="00883B86"/>
  </w:style>
  <w:style w:type="character" w:customStyle="1" w:styleId="af9">
    <w:name w:val="Текст примечания Знак"/>
    <w:basedOn w:val="a2"/>
    <w:link w:val="CommentText"/>
    <w:uiPriority w:val="99"/>
    <w:semiHidden/>
    <w:rsid w:val="00BE72FA"/>
  </w:style>
  <w:style w:type="paragraph" w:customStyle="1" w:styleId="CommentText">
    <w:name w:val="Comment Text"/>
    <w:basedOn w:val="a1"/>
    <w:link w:val="af9"/>
    <w:uiPriority w:val="99"/>
    <w:semiHidden/>
    <w:unhideWhenUsed/>
    <w:rsid w:val="00BE72FA"/>
    <w:pPr>
      <w:overflowPunct/>
      <w:autoSpaceDE/>
      <w:autoSpaceDN/>
      <w:adjustRightInd/>
    </w:pPr>
  </w:style>
  <w:style w:type="character" w:customStyle="1" w:styleId="afa">
    <w:name w:val="Тема примечания Знак"/>
    <w:basedOn w:val="af9"/>
    <w:link w:val="CommentSubject"/>
    <w:uiPriority w:val="99"/>
    <w:semiHidden/>
    <w:rsid w:val="00BE72FA"/>
    <w:rPr>
      <w:b/>
      <w:bCs/>
    </w:rPr>
  </w:style>
  <w:style w:type="paragraph" w:customStyle="1" w:styleId="CommentSubject">
    <w:name w:val="Comment Subject"/>
    <w:basedOn w:val="CommentText"/>
    <w:next w:val="CommentText"/>
    <w:link w:val="afa"/>
    <w:uiPriority w:val="99"/>
    <w:semiHidden/>
    <w:unhideWhenUsed/>
    <w:rsid w:val="00BE72FA"/>
    <w:rPr>
      <w:b/>
      <w:bCs/>
    </w:rPr>
  </w:style>
  <w:style w:type="character" w:customStyle="1" w:styleId="afb">
    <w:name w:val="Основной текст Знак"/>
    <w:basedOn w:val="a2"/>
    <w:link w:val="afc"/>
    <w:uiPriority w:val="99"/>
    <w:qFormat/>
    <w:rsid w:val="00BE72FA"/>
    <w:rPr>
      <w:rFonts w:ascii="Calibri" w:hAnsi="Calibri"/>
    </w:rPr>
  </w:style>
  <w:style w:type="paragraph" w:styleId="afc">
    <w:name w:val="Body Text"/>
    <w:basedOn w:val="a1"/>
    <w:link w:val="afb"/>
    <w:uiPriority w:val="99"/>
    <w:unhideWhenUsed/>
    <w:rsid w:val="00BE72FA"/>
    <w:pPr>
      <w:overflowPunct/>
      <w:autoSpaceDE/>
      <w:autoSpaceDN/>
      <w:adjustRightInd/>
      <w:spacing w:after="120" w:line="276" w:lineRule="auto"/>
    </w:pPr>
    <w:rPr>
      <w:rFonts w:ascii="Calibri" w:hAnsi="Calibri"/>
    </w:rPr>
  </w:style>
  <w:style w:type="character" w:customStyle="1" w:styleId="13">
    <w:name w:val="Основной текст Знак1"/>
    <w:basedOn w:val="a2"/>
    <w:uiPriority w:val="99"/>
    <w:semiHidden/>
    <w:rsid w:val="00BE72FA"/>
  </w:style>
  <w:style w:type="character" w:customStyle="1" w:styleId="34">
    <w:name w:val="Основной текст 3 Знак"/>
    <w:basedOn w:val="a2"/>
    <w:link w:val="35"/>
    <w:uiPriority w:val="99"/>
    <w:qFormat/>
    <w:rsid w:val="00BE72FA"/>
    <w:rPr>
      <w:rFonts w:ascii="Calibri" w:hAnsi="Calibri"/>
      <w:sz w:val="16"/>
      <w:szCs w:val="16"/>
    </w:rPr>
  </w:style>
  <w:style w:type="paragraph" w:styleId="35">
    <w:name w:val="Body Text 3"/>
    <w:basedOn w:val="a1"/>
    <w:link w:val="34"/>
    <w:uiPriority w:val="99"/>
    <w:unhideWhenUsed/>
    <w:qFormat/>
    <w:rsid w:val="00BE72FA"/>
    <w:pPr>
      <w:overflowPunct/>
      <w:autoSpaceDE/>
      <w:autoSpaceDN/>
      <w:adjustRightInd/>
      <w:spacing w:after="120" w:line="276" w:lineRule="auto"/>
    </w:pPr>
    <w:rPr>
      <w:rFonts w:ascii="Calibri" w:hAnsi="Calibri"/>
      <w:sz w:val="16"/>
      <w:szCs w:val="16"/>
    </w:rPr>
  </w:style>
  <w:style w:type="character" w:customStyle="1" w:styleId="310">
    <w:name w:val="Основной текст 3 Знак1"/>
    <w:basedOn w:val="a2"/>
    <w:uiPriority w:val="99"/>
    <w:semiHidden/>
    <w:rsid w:val="00BE72FA"/>
    <w:rPr>
      <w:sz w:val="16"/>
      <w:szCs w:val="16"/>
    </w:rPr>
  </w:style>
  <w:style w:type="paragraph" w:styleId="afd">
    <w:name w:val="annotation text"/>
    <w:basedOn w:val="a1"/>
    <w:link w:val="14"/>
    <w:uiPriority w:val="99"/>
    <w:semiHidden/>
    <w:unhideWhenUsed/>
    <w:rsid w:val="00BE72FA"/>
    <w:pPr>
      <w:overflowPunct/>
      <w:autoSpaceDE/>
      <w:autoSpaceDN/>
      <w:adjustRightInd/>
    </w:pPr>
  </w:style>
  <w:style w:type="character" w:customStyle="1" w:styleId="14">
    <w:name w:val="Текст примечания Знак1"/>
    <w:basedOn w:val="a2"/>
    <w:link w:val="afd"/>
    <w:uiPriority w:val="99"/>
    <w:semiHidden/>
    <w:rsid w:val="00BE72FA"/>
  </w:style>
  <w:style w:type="character" w:styleId="afe">
    <w:name w:val="annotation reference"/>
    <w:basedOn w:val="a2"/>
    <w:uiPriority w:val="99"/>
    <w:semiHidden/>
    <w:unhideWhenUsed/>
    <w:rsid w:val="00BE72FA"/>
    <w:rPr>
      <w:sz w:val="16"/>
      <w:szCs w:val="16"/>
    </w:rPr>
  </w:style>
  <w:style w:type="character" w:customStyle="1" w:styleId="40">
    <w:name w:val="Заголовок 4 Знак"/>
    <w:basedOn w:val="a2"/>
    <w:link w:val="4"/>
    <w:uiPriority w:val="9"/>
    <w:semiHidden/>
    <w:qFormat/>
    <w:rsid w:val="00634B77"/>
    <w:rPr>
      <w:rFonts w:asciiTheme="majorHAnsi" w:eastAsiaTheme="majorEastAsia" w:hAnsiTheme="majorHAnsi" w:cstheme="majorBidi"/>
      <w:b/>
      <w:bCs/>
      <w:i/>
      <w:iCs/>
      <w:color w:val="4F81BD" w:themeColor="accent1"/>
      <w:sz w:val="22"/>
      <w:szCs w:val="22"/>
      <w:lang w:val="en-US" w:eastAsia="en-US"/>
    </w:rPr>
  </w:style>
  <w:style w:type="character" w:customStyle="1" w:styleId="50">
    <w:name w:val="Заголовок 5 Знак"/>
    <w:basedOn w:val="a2"/>
    <w:link w:val="5"/>
    <w:uiPriority w:val="9"/>
    <w:semiHidden/>
    <w:qFormat/>
    <w:rsid w:val="00634B77"/>
    <w:rPr>
      <w:rFonts w:asciiTheme="majorHAnsi" w:eastAsiaTheme="majorEastAsia" w:hAnsiTheme="majorHAnsi" w:cstheme="majorBidi"/>
      <w:color w:val="243F60" w:themeColor="accent1" w:themeShade="7F"/>
      <w:sz w:val="22"/>
      <w:szCs w:val="22"/>
      <w:lang w:val="en-US" w:eastAsia="en-US"/>
    </w:rPr>
  </w:style>
  <w:style w:type="character" w:customStyle="1" w:styleId="60">
    <w:name w:val="Заголовок 6 Знак"/>
    <w:basedOn w:val="a2"/>
    <w:link w:val="6"/>
    <w:uiPriority w:val="9"/>
    <w:semiHidden/>
    <w:qFormat/>
    <w:rsid w:val="00634B77"/>
    <w:rPr>
      <w:rFonts w:asciiTheme="majorHAnsi" w:eastAsiaTheme="majorEastAsia" w:hAnsiTheme="majorHAnsi" w:cstheme="majorBidi"/>
      <w:i/>
      <w:iCs/>
      <w:color w:val="243F60" w:themeColor="accent1" w:themeShade="7F"/>
      <w:sz w:val="22"/>
      <w:szCs w:val="22"/>
      <w:lang w:val="en-US" w:eastAsia="en-US"/>
    </w:rPr>
  </w:style>
  <w:style w:type="character" w:customStyle="1" w:styleId="70">
    <w:name w:val="Заголовок 7 Знак"/>
    <w:basedOn w:val="a2"/>
    <w:link w:val="7"/>
    <w:uiPriority w:val="9"/>
    <w:semiHidden/>
    <w:qFormat/>
    <w:rsid w:val="00634B77"/>
    <w:rPr>
      <w:rFonts w:asciiTheme="majorHAnsi" w:eastAsiaTheme="majorEastAsia" w:hAnsiTheme="majorHAnsi" w:cstheme="majorBidi"/>
      <w:i/>
      <w:iCs/>
      <w:color w:val="404040" w:themeColor="text1" w:themeTint="BF"/>
      <w:sz w:val="22"/>
      <w:szCs w:val="22"/>
      <w:lang w:val="en-US" w:eastAsia="en-US"/>
    </w:rPr>
  </w:style>
  <w:style w:type="character" w:customStyle="1" w:styleId="80">
    <w:name w:val="Заголовок 8 Знак"/>
    <w:basedOn w:val="a2"/>
    <w:link w:val="8"/>
    <w:uiPriority w:val="9"/>
    <w:semiHidden/>
    <w:qFormat/>
    <w:rsid w:val="00634B77"/>
    <w:rPr>
      <w:rFonts w:asciiTheme="majorHAnsi" w:eastAsiaTheme="majorEastAsia" w:hAnsiTheme="majorHAnsi" w:cstheme="majorBidi"/>
      <w:color w:val="4F81BD" w:themeColor="accent1"/>
      <w:lang w:val="en-US" w:eastAsia="en-US"/>
    </w:rPr>
  </w:style>
  <w:style w:type="character" w:customStyle="1" w:styleId="90">
    <w:name w:val="Заголовок 9 Знак"/>
    <w:basedOn w:val="a2"/>
    <w:link w:val="9"/>
    <w:uiPriority w:val="9"/>
    <w:semiHidden/>
    <w:qFormat/>
    <w:rsid w:val="00634B77"/>
    <w:rPr>
      <w:rFonts w:asciiTheme="majorHAnsi" w:eastAsiaTheme="majorEastAsia" w:hAnsiTheme="majorHAnsi" w:cstheme="majorBidi"/>
      <w:i/>
      <w:iCs/>
      <w:color w:val="404040" w:themeColor="text1" w:themeTint="BF"/>
      <w:lang w:val="en-US" w:eastAsia="en-US"/>
    </w:rPr>
  </w:style>
  <w:style w:type="paragraph" w:styleId="25">
    <w:name w:val="Body Text 2"/>
    <w:basedOn w:val="a1"/>
    <w:link w:val="26"/>
    <w:uiPriority w:val="99"/>
    <w:unhideWhenUsed/>
    <w:qFormat/>
    <w:rsid w:val="00634B77"/>
    <w:pPr>
      <w:overflowPunct/>
      <w:autoSpaceDE/>
      <w:autoSpaceDN/>
      <w:adjustRightInd/>
      <w:spacing w:after="120" w:line="480" w:lineRule="auto"/>
    </w:pPr>
    <w:rPr>
      <w:rFonts w:asciiTheme="minorHAnsi" w:eastAsiaTheme="minorEastAsia" w:hAnsiTheme="minorHAnsi" w:cstheme="minorBidi"/>
      <w:sz w:val="22"/>
      <w:szCs w:val="22"/>
      <w:lang w:val="en-US" w:eastAsia="en-US"/>
    </w:rPr>
  </w:style>
  <w:style w:type="character" w:customStyle="1" w:styleId="26">
    <w:name w:val="Основной текст 2 Знак"/>
    <w:basedOn w:val="a2"/>
    <w:link w:val="25"/>
    <w:uiPriority w:val="99"/>
    <w:qFormat/>
    <w:rsid w:val="00634B77"/>
    <w:rPr>
      <w:rFonts w:asciiTheme="minorHAnsi" w:eastAsiaTheme="minorEastAsia" w:hAnsiTheme="minorHAnsi" w:cstheme="minorBidi"/>
      <w:sz w:val="22"/>
      <w:szCs w:val="22"/>
      <w:lang w:val="en-US" w:eastAsia="en-US"/>
    </w:rPr>
  </w:style>
  <w:style w:type="paragraph" w:styleId="aff">
    <w:name w:val="List"/>
    <w:basedOn w:val="a1"/>
    <w:uiPriority w:val="99"/>
    <w:unhideWhenUsed/>
    <w:rsid w:val="00634B77"/>
    <w:pPr>
      <w:overflowPunct/>
      <w:autoSpaceDE/>
      <w:autoSpaceDN/>
      <w:adjustRightInd/>
      <w:spacing w:after="200" w:line="276" w:lineRule="auto"/>
      <w:ind w:left="360" w:hanging="360"/>
      <w:contextualSpacing/>
    </w:pPr>
    <w:rPr>
      <w:rFonts w:asciiTheme="minorHAnsi" w:eastAsiaTheme="minorEastAsia" w:hAnsiTheme="minorHAnsi" w:cstheme="minorBidi"/>
      <w:sz w:val="22"/>
      <w:szCs w:val="22"/>
      <w:lang w:val="en-US" w:eastAsia="en-US"/>
    </w:rPr>
  </w:style>
  <w:style w:type="paragraph" w:styleId="27">
    <w:name w:val="List 2"/>
    <w:basedOn w:val="a1"/>
    <w:uiPriority w:val="99"/>
    <w:unhideWhenUsed/>
    <w:rsid w:val="00634B77"/>
    <w:pPr>
      <w:overflowPunct/>
      <w:autoSpaceDE/>
      <w:autoSpaceDN/>
      <w:adjustRightInd/>
      <w:spacing w:after="200" w:line="276" w:lineRule="auto"/>
      <w:ind w:left="720" w:hanging="360"/>
      <w:contextualSpacing/>
    </w:pPr>
    <w:rPr>
      <w:rFonts w:asciiTheme="minorHAnsi" w:eastAsiaTheme="minorEastAsia" w:hAnsiTheme="minorHAnsi" w:cstheme="minorBidi"/>
      <w:sz w:val="22"/>
      <w:szCs w:val="22"/>
      <w:lang w:val="en-US" w:eastAsia="en-US"/>
    </w:rPr>
  </w:style>
  <w:style w:type="paragraph" w:styleId="36">
    <w:name w:val="List 3"/>
    <w:basedOn w:val="a1"/>
    <w:uiPriority w:val="99"/>
    <w:unhideWhenUsed/>
    <w:rsid w:val="00634B77"/>
    <w:pPr>
      <w:overflowPunct/>
      <w:autoSpaceDE/>
      <w:autoSpaceDN/>
      <w:adjustRightInd/>
      <w:spacing w:after="200" w:line="276" w:lineRule="auto"/>
      <w:ind w:left="1080" w:hanging="360"/>
      <w:contextualSpacing/>
    </w:pPr>
    <w:rPr>
      <w:rFonts w:asciiTheme="minorHAnsi" w:eastAsiaTheme="minorEastAsia" w:hAnsiTheme="minorHAnsi" w:cstheme="minorBidi"/>
      <w:sz w:val="22"/>
      <w:szCs w:val="22"/>
      <w:lang w:val="en-US" w:eastAsia="en-US"/>
    </w:rPr>
  </w:style>
  <w:style w:type="paragraph" w:styleId="a0">
    <w:name w:val="List Bullet"/>
    <w:basedOn w:val="a1"/>
    <w:uiPriority w:val="99"/>
    <w:unhideWhenUsed/>
    <w:qFormat/>
    <w:rsid w:val="00634B77"/>
    <w:pPr>
      <w:numPr>
        <w:numId w:val="15"/>
      </w:numPr>
      <w:overflowPunct/>
      <w:autoSpaceDE/>
      <w:autoSpaceDN/>
      <w:adjustRightInd/>
      <w:spacing w:after="200" w:line="276" w:lineRule="auto"/>
      <w:contextualSpacing/>
    </w:pPr>
    <w:rPr>
      <w:rFonts w:asciiTheme="minorHAnsi" w:eastAsiaTheme="minorEastAsia" w:hAnsiTheme="minorHAnsi" w:cstheme="minorBidi"/>
      <w:sz w:val="22"/>
      <w:szCs w:val="22"/>
      <w:lang w:val="en-US" w:eastAsia="en-US"/>
    </w:rPr>
  </w:style>
  <w:style w:type="paragraph" w:styleId="20">
    <w:name w:val="List Bullet 2"/>
    <w:basedOn w:val="a1"/>
    <w:uiPriority w:val="99"/>
    <w:unhideWhenUsed/>
    <w:qFormat/>
    <w:rsid w:val="00634B77"/>
    <w:pPr>
      <w:numPr>
        <w:numId w:val="16"/>
      </w:numPr>
      <w:overflowPunct/>
      <w:autoSpaceDE/>
      <w:autoSpaceDN/>
      <w:adjustRightInd/>
      <w:spacing w:after="200" w:line="276" w:lineRule="auto"/>
      <w:contextualSpacing/>
    </w:pPr>
    <w:rPr>
      <w:rFonts w:asciiTheme="minorHAnsi" w:eastAsiaTheme="minorEastAsia" w:hAnsiTheme="minorHAnsi" w:cstheme="minorBidi"/>
      <w:sz w:val="22"/>
      <w:szCs w:val="22"/>
      <w:lang w:val="en-US" w:eastAsia="en-US"/>
    </w:rPr>
  </w:style>
  <w:style w:type="paragraph" w:styleId="30">
    <w:name w:val="List Bullet 3"/>
    <w:basedOn w:val="a1"/>
    <w:uiPriority w:val="99"/>
    <w:unhideWhenUsed/>
    <w:qFormat/>
    <w:rsid w:val="00634B77"/>
    <w:pPr>
      <w:numPr>
        <w:numId w:val="17"/>
      </w:numPr>
      <w:overflowPunct/>
      <w:autoSpaceDE/>
      <w:autoSpaceDN/>
      <w:adjustRightInd/>
      <w:spacing w:after="200" w:line="276" w:lineRule="auto"/>
      <w:contextualSpacing/>
    </w:pPr>
    <w:rPr>
      <w:rFonts w:asciiTheme="minorHAnsi" w:eastAsiaTheme="minorEastAsia" w:hAnsiTheme="minorHAnsi" w:cstheme="minorBidi"/>
      <w:sz w:val="22"/>
      <w:szCs w:val="22"/>
      <w:lang w:val="en-US" w:eastAsia="en-US"/>
    </w:rPr>
  </w:style>
  <w:style w:type="paragraph" w:styleId="a">
    <w:name w:val="List Number"/>
    <w:basedOn w:val="a1"/>
    <w:uiPriority w:val="99"/>
    <w:unhideWhenUsed/>
    <w:qFormat/>
    <w:rsid w:val="00634B77"/>
    <w:pPr>
      <w:numPr>
        <w:numId w:val="19"/>
      </w:numPr>
      <w:overflowPunct/>
      <w:autoSpaceDE/>
      <w:autoSpaceDN/>
      <w:adjustRightInd/>
      <w:spacing w:after="200" w:line="276" w:lineRule="auto"/>
      <w:contextualSpacing/>
    </w:pPr>
    <w:rPr>
      <w:rFonts w:asciiTheme="minorHAnsi" w:eastAsiaTheme="minorEastAsia" w:hAnsiTheme="minorHAnsi" w:cstheme="minorBidi"/>
      <w:sz w:val="22"/>
      <w:szCs w:val="22"/>
      <w:lang w:val="en-US" w:eastAsia="en-US"/>
    </w:rPr>
  </w:style>
  <w:style w:type="paragraph" w:styleId="2">
    <w:name w:val="List Number 2"/>
    <w:basedOn w:val="a1"/>
    <w:uiPriority w:val="99"/>
    <w:unhideWhenUsed/>
    <w:qFormat/>
    <w:rsid w:val="00634B77"/>
    <w:pPr>
      <w:numPr>
        <w:numId w:val="20"/>
      </w:numPr>
      <w:overflowPunct/>
      <w:autoSpaceDE/>
      <w:autoSpaceDN/>
      <w:adjustRightInd/>
      <w:spacing w:after="200" w:line="276" w:lineRule="auto"/>
      <w:contextualSpacing/>
    </w:pPr>
    <w:rPr>
      <w:rFonts w:asciiTheme="minorHAnsi" w:eastAsiaTheme="minorEastAsia" w:hAnsiTheme="minorHAnsi" w:cstheme="minorBidi"/>
      <w:sz w:val="22"/>
      <w:szCs w:val="22"/>
      <w:lang w:val="en-US" w:eastAsia="en-US"/>
    </w:rPr>
  </w:style>
  <w:style w:type="paragraph" w:styleId="3">
    <w:name w:val="List Number 3"/>
    <w:basedOn w:val="a1"/>
    <w:uiPriority w:val="99"/>
    <w:unhideWhenUsed/>
    <w:qFormat/>
    <w:rsid w:val="00634B77"/>
    <w:pPr>
      <w:numPr>
        <w:numId w:val="21"/>
      </w:numPr>
      <w:overflowPunct/>
      <w:autoSpaceDE/>
      <w:autoSpaceDN/>
      <w:adjustRightInd/>
      <w:spacing w:after="200" w:line="276" w:lineRule="auto"/>
      <w:contextualSpacing/>
    </w:pPr>
    <w:rPr>
      <w:rFonts w:asciiTheme="minorHAnsi" w:eastAsiaTheme="minorEastAsia" w:hAnsiTheme="minorHAnsi" w:cstheme="minorBidi"/>
      <w:sz w:val="22"/>
      <w:szCs w:val="22"/>
      <w:lang w:val="en-US" w:eastAsia="en-US"/>
    </w:rPr>
  </w:style>
  <w:style w:type="paragraph" w:styleId="aff0">
    <w:name w:val="List Continue"/>
    <w:basedOn w:val="a1"/>
    <w:uiPriority w:val="99"/>
    <w:unhideWhenUsed/>
    <w:qFormat/>
    <w:rsid w:val="00634B77"/>
    <w:pPr>
      <w:overflowPunct/>
      <w:autoSpaceDE/>
      <w:autoSpaceDN/>
      <w:adjustRightInd/>
      <w:spacing w:after="120" w:line="276" w:lineRule="auto"/>
      <w:ind w:left="360"/>
      <w:contextualSpacing/>
    </w:pPr>
    <w:rPr>
      <w:rFonts w:asciiTheme="minorHAnsi" w:eastAsiaTheme="minorEastAsia" w:hAnsiTheme="minorHAnsi" w:cstheme="minorBidi"/>
      <w:sz w:val="22"/>
      <w:szCs w:val="22"/>
      <w:lang w:val="en-US" w:eastAsia="en-US"/>
    </w:rPr>
  </w:style>
  <w:style w:type="paragraph" w:styleId="28">
    <w:name w:val="List Continue 2"/>
    <w:basedOn w:val="a1"/>
    <w:uiPriority w:val="99"/>
    <w:unhideWhenUsed/>
    <w:qFormat/>
    <w:rsid w:val="00634B77"/>
    <w:pPr>
      <w:overflowPunct/>
      <w:autoSpaceDE/>
      <w:autoSpaceDN/>
      <w:adjustRightInd/>
      <w:spacing w:after="120" w:line="276" w:lineRule="auto"/>
      <w:ind w:left="720"/>
      <w:contextualSpacing/>
    </w:pPr>
    <w:rPr>
      <w:rFonts w:asciiTheme="minorHAnsi" w:eastAsiaTheme="minorEastAsia" w:hAnsiTheme="minorHAnsi" w:cstheme="minorBidi"/>
      <w:sz w:val="22"/>
      <w:szCs w:val="22"/>
      <w:lang w:val="en-US" w:eastAsia="en-US"/>
    </w:rPr>
  </w:style>
  <w:style w:type="paragraph" w:styleId="37">
    <w:name w:val="List Continue 3"/>
    <w:basedOn w:val="a1"/>
    <w:uiPriority w:val="99"/>
    <w:unhideWhenUsed/>
    <w:qFormat/>
    <w:rsid w:val="00634B77"/>
    <w:pPr>
      <w:overflowPunct/>
      <w:autoSpaceDE/>
      <w:autoSpaceDN/>
      <w:adjustRightInd/>
      <w:spacing w:after="120" w:line="276" w:lineRule="auto"/>
      <w:ind w:left="1080"/>
      <w:contextualSpacing/>
    </w:pPr>
    <w:rPr>
      <w:rFonts w:asciiTheme="minorHAnsi" w:eastAsiaTheme="minorEastAsia" w:hAnsiTheme="minorHAnsi" w:cstheme="minorBidi"/>
      <w:sz w:val="22"/>
      <w:szCs w:val="22"/>
      <w:lang w:val="en-US" w:eastAsia="en-US"/>
    </w:rPr>
  </w:style>
  <w:style w:type="paragraph" w:styleId="aff1">
    <w:name w:val="macro"/>
    <w:link w:val="aff2"/>
    <w:uiPriority w:val="99"/>
    <w:unhideWhenUsed/>
    <w:qFormat/>
    <w:rsid w:val="00634B77"/>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character" w:customStyle="1" w:styleId="aff2">
    <w:name w:val="Текст макроса Знак"/>
    <w:basedOn w:val="a2"/>
    <w:link w:val="aff1"/>
    <w:uiPriority w:val="99"/>
    <w:qFormat/>
    <w:rsid w:val="00634B77"/>
    <w:rPr>
      <w:rFonts w:ascii="Courier" w:eastAsiaTheme="minorEastAsia" w:hAnsi="Courier" w:cstheme="minorBidi"/>
      <w:lang w:val="en-US" w:eastAsia="en-US"/>
    </w:rPr>
  </w:style>
  <w:style w:type="paragraph" w:styleId="29">
    <w:name w:val="Quote"/>
    <w:basedOn w:val="a1"/>
    <w:next w:val="a1"/>
    <w:link w:val="2a"/>
    <w:uiPriority w:val="29"/>
    <w:qFormat/>
    <w:rsid w:val="00634B77"/>
    <w:pPr>
      <w:overflowPunct/>
      <w:autoSpaceDE/>
      <w:autoSpaceDN/>
      <w:adjustRightInd/>
      <w:spacing w:after="200" w:line="276" w:lineRule="auto"/>
    </w:pPr>
    <w:rPr>
      <w:rFonts w:asciiTheme="minorHAnsi" w:eastAsiaTheme="minorEastAsia" w:hAnsiTheme="minorHAnsi" w:cstheme="minorBidi"/>
      <w:i/>
      <w:iCs/>
      <w:color w:val="000000" w:themeColor="text1"/>
      <w:sz w:val="22"/>
      <w:szCs w:val="22"/>
      <w:lang w:val="en-US" w:eastAsia="en-US"/>
    </w:rPr>
  </w:style>
  <w:style w:type="character" w:customStyle="1" w:styleId="2a">
    <w:name w:val="Цитата 2 Знак"/>
    <w:basedOn w:val="a2"/>
    <w:link w:val="29"/>
    <w:uiPriority w:val="29"/>
    <w:qFormat/>
    <w:rsid w:val="00634B77"/>
    <w:rPr>
      <w:rFonts w:asciiTheme="minorHAnsi" w:eastAsiaTheme="minorEastAsia" w:hAnsiTheme="minorHAnsi" w:cstheme="minorBidi"/>
      <w:i/>
      <w:iCs/>
      <w:color w:val="000000" w:themeColor="text1"/>
      <w:sz w:val="22"/>
      <w:szCs w:val="22"/>
      <w:lang w:val="en-US" w:eastAsia="en-US"/>
    </w:rPr>
  </w:style>
  <w:style w:type="character" w:styleId="aff3">
    <w:name w:val="Emphasis"/>
    <w:basedOn w:val="a2"/>
    <w:uiPriority w:val="20"/>
    <w:qFormat/>
    <w:rsid w:val="00634B77"/>
    <w:rPr>
      <w:i/>
      <w:iCs/>
    </w:rPr>
  </w:style>
  <w:style w:type="paragraph" w:styleId="aff4">
    <w:name w:val="Intense Quote"/>
    <w:basedOn w:val="a1"/>
    <w:next w:val="a1"/>
    <w:link w:val="aff5"/>
    <w:uiPriority w:val="30"/>
    <w:qFormat/>
    <w:rsid w:val="00634B77"/>
    <w:pPr>
      <w:pBdr>
        <w:bottom w:val="single" w:sz="4" w:space="4" w:color="4F81BD" w:themeColor="accent1"/>
      </w:pBdr>
      <w:overflowPunct/>
      <w:autoSpaceDE/>
      <w:autoSpaceDN/>
      <w:adjustRightInd/>
      <w:spacing w:before="200" w:after="280" w:line="276" w:lineRule="auto"/>
      <w:ind w:left="936" w:right="936"/>
    </w:pPr>
    <w:rPr>
      <w:rFonts w:asciiTheme="minorHAnsi" w:eastAsiaTheme="minorEastAsia" w:hAnsiTheme="minorHAnsi" w:cstheme="minorBidi"/>
      <w:b/>
      <w:bCs/>
      <w:i/>
      <w:iCs/>
      <w:color w:val="4F81BD" w:themeColor="accent1"/>
      <w:sz w:val="22"/>
      <w:szCs w:val="22"/>
      <w:lang w:val="en-US" w:eastAsia="en-US"/>
    </w:rPr>
  </w:style>
  <w:style w:type="character" w:customStyle="1" w:styleId="aff5">
    <w:name w:val="Выделенная цитата Знак"/>
    <w:basedOn w:val="a2"/>
    <w:link w:val="aff4"/>
    <w:uiPriority w:val="30"/>
    <w:qFormat/>
    <w:rsid w:val="00634B77"/>
    <w:rPr>
      <w:rFonts w:asciiTheme="minorHAnsi" w:eastAsiaTheme="minorEastAsia" w:hAnsiTheme="minorHAnsi" w:cstheme="minorBidi"/>
      <w:b/>
      <w:bCs/>
      <w:i/>
      <w:iCs/>
      <w:color w:val="4F81BD" w:themeColor="accent1"/>
      <w:sz w:val="22"/>
      <w:szCs w:val="22"/>
      <w:lang w:val="en-US" w:eastAsia="en-US"/>
    </w:rPr>
  </w:style>
  <w:style w:type="character" w:styleId="aff6">
    <w:name w:val="Subtle Emphasis"/>
    <w:basedOn w:val="a2"/>
    <w:uiPriority w:val="19"/>
    <w:qFormat/>
    <w:rsid w:val="00634B77"/>
    <w:rPr>
      <w:i/>
      <w:iCs/>
      <w:color w:val="808080" w:themeColor="text1" w:themeTint="7F"/>
    </w:rPr>
  </w:style>
  <w:style w:type="character" w:styleId="aff7">
    <w:name w:val="Intense Emphasis"/>
    <w:basedOn w:val="a2"/>
    <w:uiPriority w:val="21"/>
    <w:qFormat/>
    <w:rsid w:val="00634B77"/>
    <w:rPr>
      <w:b/>
      <w:bCs/>
      <w:i/>
      <w:iCs/>
      <w:color w:val="4F81BD" w:themeColor="accent1"/>
    </w:rPr>
  </w:style>
  <w:style w:type="character" w:styleId="aff8">
    <w:name w:val="Subtle Reference"/>
    <w:basedOn w:val="a2"/>
    <w:uiPriority w:val="31"/>
    <w:qFormat/>
    <w:rsid w:val="00634B77"/>
    <w:rPr>
      <w:smallCaps/>
      <w:color w:val="C0504D" w:themeColor="accent2"/>
      <w:u w:val="single"/>
    </w:rPr>
  </w:style>
  <w:style w:type="character" w:styleId="aff9">
    <w:name w:val="Intense Reference"/>
    <w:basedOn w:val="a2"/>
    <w:uiPriority w:val="32"/>
    <w:qFormat/>
    <w:rsid w:val="00634B77"/>
    <w:rPr>
      <w:b/>
      <w:bCs/>
      <w:smallCaps/>
      <w:color w:val="C0504D" w:themeColor="accent2"/>
      <w:spacing w:val="5"/>
      <w:u w:val="single"/>
    </w:rPr>
  </w:style>
  <w:style w:type="character" w:styleId="affa">
    <w:name w:val="Book Title"/>
    <w:basedOn w:val="a2"/>
    <w:uiPriority w:val="33"/>
    <w:qFormat/>
    <w:rsid w:val="00634B77"/>
    <w:rPr>
      <w:b/>
      <w:bCs/>
      <w:smallCaps/>
      <w:spacing w:val="5"/>
    </w:rPr>
  </w:style>
  <w:style w:type="paragraph" w:customStyle="1" w:styleId="15">
    <w:name w:val="Заголовок1"/>
    <w:basedOn w:val="a1"/>
    <w:next w:val="afc"/>
    <w:qFormat/>
    <w:rsid w:val="00634B77"/>
    <w:pPr>
      <w:keepNext/>
      <w:suppressAutoHyphens/>
      <w:overflowPunct/>
      <w:autoSpaceDE/>
      <w:autoSpaceDN/>
      <w:adjustRightInd/>
      <w:spacing w:before="240" w:after="120" w:line="276" w:lineRule="auto"/>
    </w:pPr>
    <w:rPr>
      <w:rFonts w:ascii="Liberation Sans" w:eastAsia="Microsoft YaHei" w:hAnsi="Liberation Sans" w:cs="Arial"/>
      <w:sz w:val="28"/>
      <w:szCs w:val="28"/>
      <w:lang w:val="en-US" w:eastAsia="en-US"/>
    </w:rPr>
  </w:style>
  <w:style w:type="paragraph" w:styleId="affb">
    <w:name w:val="index heading"/>
    <w:basedOn w:val="15"/>
    <w:rsid w:val="00634B77"/>
  </w:style>
  <w:style w:type="paragraph" w:customStyle="1" w:styleId="affc">
    <w:name w:val="Колонтитул"/>
    <w:basedOn w:val="a1"/>
    <w:qFormat/>
    <w:rsid w:val="00634B77"/>
    <w:pPr>
      <w:suppressAutoHyphens/>
      <w:overflowPunct/>
      <w:autoSpaceDE/>
      <w:autoSpaceDN/>
      <w:adjustRightInd/>
      <w:spacing w:after="200" w:line="276" w:lineRule="auto"/>
    </w:pPr>
    <w:rPr>
      <w:rFonts w:asciiTheme="minorHAnsi" w:eastAsiaTheme="minorEastAsia" w:hAnsiTheme="minorHAnsi" w:cstheme="minorBidi"/>
      <w:sz w:val="22"/>
      <w:szCs w:val="22"/>
      <w:lang w:val="en-US" w:eastAsia="en-US"/>
    </w:rPr>
  </w:style>
  <w:style w:type="paragraph" w:styleId="41">
    <w:name w:val="List Bullet 4"/>
    <w:basedOn w:val="a1"/>
    <w:uiPriority w:val="99"/>
    <w:unhideWhenUsed/>
    <w:rsid w:val="00634B77"/>
    <w:pPr>
      <w:suppressAutoHyphens/>
      <w:overflowPunct/>
      <w:autoSpaceDE/>
      <w:autoSpaceDN/>
      <w:adjustRightInd/>
      <w:spacing w:after="200" w:line="276" w:lineRule="auto"/>
      <w:ind w:left="1080" w:hanging="360"/>
      <w:contextualSpacing/>
    </w:pPr>
    <w:rPr>
      <w:rFonts w:asciiTheme="minorHAnsi" w:eastAsiaTheme="minorEastAsia" w:hAnsiTheme="minorHAnsi" w:cstheme="minorBidi"/>
      <w:sz w:val="22"/>
      <w:szCs w:val="22"/>
      <w:lang w:val="en-US" w:eastAsia="en-US"/>
    </w:rPr>
  </w:style>
  <w:style w:type="character" w:customStyle="1" w:styleId="2b">
    <w:name w:val="Тема примечания Знак2"/>
    <w:basedOn w:val="14"/>
    <w:semiHidden/>
    <w:rsid w:val="00634B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69673">
      <w:marLeft w:val="0"/>
      <w:marRight w:val="0"/>
      <w:marTop w:val="0"/>
      <w:marBottom w:val="0"/>
      <w:divBdr>
        <w:top w:val="none" w:sz="0" w:space="0" w:color="auto"/>
        <w:left w:val="none" w:sz="0" w:space="0" w:color="auto"/>
        <w:bottom w:val="none" w:sz="0" w:space="0" w:color="auto"/>
        <w:right w:val="none" w:sz="0" w:space="0" w:color="auto"/>
      </w:divBdr>
    </w:div>
    <w:div w:id="649332436">
      <w:marLeft w:val="0"/>
      <w:marRight w:val="0"/>
      <w:marTop w:val="0"/>
      <w:marBottom w:val="0"/>
      <w:divBdr>
        <w:top w:val="none" w:sz="0" w:space="0" w:color="auto"/>
        <w:left w:val="none" w:sz="0" w:space="0" w:color="auto"/>
        <w:bottom w:val="none" w:sz="0" w:space="0" w:color="auto"/>
        <w:right w:val="none" w:sz="0" w:space="0" w:color="auto"/>
      </w:divBdr>
    </w:div>
    <w:div w:id="884216833">
      <w:marLeft w:val="0"/>
      <w:marRight w:val="0"/>
      <w:marTop w:val="0"/>
      <w:marBottom w:val="0"/>
      <w:divBdr>
        <w:top w:val="none" w:sz="0" w:space="0" w:color="auto"/>
        <w:left w:val="none" w:sz="0" w:space="0" w:color="auto"/>
        <w:bottom w:val="none" w:sz="0" w:space="0" w:color="auto"/>
        <w:right w:val="none" w:sz="0" w:space="0" w:color="auto"/>
      </w:divBdr>
    </w:div>
    <w:div w:id="1374889894">
      <w:marLeft w:val="0"/>
      <w:marRight w:val="0"/>
      <w:marTop w:val="0"/>
      <w:marBottom w:val="0"/>
      <w:divBdr>
        <w:top w:val="none" w:sz="0" w:space="0" w:color="auto"/>
        <w:left w:val="none" w:sz="0" w:space="0" w:color="auto"/>
        <w:bottom w:val="none" w:sz="0" w:space="0" w:color="auto"/>
        <w:right w:val="none" w:sz="0" w:space="0" w:color="auto"/>
      </w:divBdr>
    </w:div>
    <w:div w:id="147175402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roperties xmlns="http://schemas.openxmlformats.org/officeDocument/2006/extended-properties" xmlns:vt="http://schemas.openxmlformats.org/officeDocument/2006/docPropsVTypes">
  <Template>Normal</Template>
  <TotalTime>0</TotalTime>
  <Pages>1</Pages>
  <Words>277</Words>
  <Characters>1581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1855</CharactersWithSpaces>
  <SharedDoc>false</SharedDoc>
  <HyperlinksChanged>false</HyperlinksChanged>
  <AppVersion>14.0000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2024-10-01T07:25:00Z</dcterms:created>
  <dc:creator>user</dc:creator>
  <lastModifiedBy>Айнур Сартбаева</lastModifiedBy>
  <dcterms:modified xsi:type="dcterms:W3CDTF">2025-03-27T10:17:00Z</dcterms:modified>
  <revision>5</revision>
  <dc:title>ЌАЗАЌСТАН</dc:title>
</coreProperties>
</file>

<file path=customXml/item3.xml><?xml version="1.0" encoding="utf-8"?>
<Properties xmlns="http://schemas.openxmlformats.org/officeDocument/2006/extended-properties" xmlns:vt="http://schemas.openxmlformats.org/officeDocument/2006/docPropsVTypes">
  <Template>Normal</Template>
  <TotalTime>3</TotalTime>
  <Pages>1</Pages>
  <Words>220</Words>
  <Characters>1258</Characters>
  <Application>Microsoft Office Word</Application>
  <DocSecurity>0</DocSecurity>
  <Lines>10</Lines>
  <Paragraphs>2</Paragraphs>
  <ScaleCrop>false</ScaleCrop>
  <Company>АО НИТ</Company>
  <LinksUpToDate>false</LinksUpToDate>
  <CharactersWithSpaces>1476</CharactersWithSpaces>
  <SharedDoc>false</SharedDoc>
  <HyperlinksChanged>false</HyperlinksChanged>
  <AppVersion>16.0000</AppVersion>
</Properties>
</file>

<file path=customXml/item4.xml><?xml version="1.0" encoding="utf-8"?>
<Properties xmlns="http://schemas.openxmlformats.org/officeDocument/2006/extended-properties" xmlns:vt="http://schemas.openxmlformats.org/officeDocument/2006/docPropsVTypes">
  <Template>Normal</Template>
  <TotalTime>0</TotalTime>
  <Pages>1</Pages>
  <Words>277</Words>
  <Characters>1581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1855</CharactersWithSpaces>
  <SharedDoc>false</SharedDoc>
  <HyperlinksChanged>false</HyperlinksChanged>
  <AppVersion>14.0000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2024-10-01T07:25:00Z</dcterms:created>
  <dc:creator>user</dc:creator>
  <lastModifiedBy>a.karzhaspayeva</lastModifiedBy>
  <dcterms:modified xsi:type="dcterms:W3CDTF">2024-10-01T07:25:00Z</dcterms:modified>
  <revision>2</revision>
  <dc:title>ЌАЗАЌСТАН</dc:title>
</coreProperties>
</file>

<file path=customXml/item6.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2024-09-27T11:49:00Z</dcterms:created>
  <dc:creator>user</dc:creator>
  <lastModifiedBy>a.karzhaspayeva</lastModifiedBy>
  <dcterms:modified xsi:type="dcterms:W3CDTF">2024-09-27T11:49:00Z</dcterms:modified>
  <revision>2</revision>
  <dc:title>ЌАЗАЌСТАН</dc:title>
</coreProperties>
</file>

<file path=customXml/itemProps1.xml><?xml version="1.0" encoding="utf-8"?>
<ds:datastoreItem xmlns:ds="http://schemas.openxmlformats.org/officeDocument/2006/customXml" ds:itemID="{4EA73B10-8B60-4E51-8129-056D3C17964B}">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6CD77AD5-1E2A-43E8-AB2A-BAD6B11336EA}">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DE5B4735-8849-4C2B-AF6B-75F773D3AE9D}">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E307931A-A13D-4154-898B-CE4A06AA77CD}">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93BBACC1-B475-46B3-8855-F73CECDC919A}">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C642351A-42CC-40A4-B5A9-41D4D5A62694}">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112</Pages>
  <Words>32199</Words>
  <Characters>183540</Characters>
  <Application>Microsoft Office Word</Application>
  <DocSecurity>0</DocSecurity>
  <Lines>1529</Lines>
  <Paragraphs>430</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215309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Гаухар Нургалиева</cp:lastModifiedBy>
  <cp:revision>11</cp:revision>
  <cp:lastPrinted>2026-10-01T10:41:00Z</cp:lastPrinted>
  <dcterms:created xsi:type="dcterms:W3CDTF">2026-10-01T10:34:00Z</dcterms:created>
  <dcterms:modified xsi:type="dcterms:W3CDTF">2026-10-01T12:05:00Z</dcterms:modified>
</cp:coreProperties>
</file>