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3C5DD" w14:textId="37065731" w:rsidR="00D83705" w:rsidRDefault="00D83705" w:rsidP="00D83705">
      <w:pPr>
        <w:spacing w:after="0"/>
        <w:rPr>
          <w:color w:val="000000"/>
          <w:sz w:val="28"/>
          <w:szCs w:val="28"/>
          <w:lang w:val="kk-KZ"/>
        </w:rPr>
      </w:pPr>
      <w:r>
        <w:rPr>
          <w:b/>
          <w:szCs w:val="24"/>
          <w:lang w:val="kk-KZ"/>
        </w:rPr>
        <w:tab/>
      </w:r>
      <w:r>
        <w:rPr>
          <w:b/>
          <w:szCs w:val="24"/>
          <w:lang w:val="kk-KZ"/>
        </w:rPr>
        <w:tab/>
      </w:r>
      <w:r>
        <w:rPr>
          <w:b/>
          <w:szCs w:val="24"/>
          <w:lang w:val="kk-KZ"/>
        </w:rPr>
        <w:tab/>
      </w:r>
      <w:r>
        <w:rPr>
          <w:b/>
          <w:szCs w:val="24"/>
          <w:lang w:val="kk-KZ"/>
        </w:rPr>
        <w:tab/>
      </w:r>
      <w:r>
        <w:rPr>
          <w:b/>
          <w:szCs w:val="24"/>
          <w:lang w:val="kk-KZ"/>
        </w:rPr>
        <w:tab/>
      </w:r>
      <w:r>
        <w:rPr>
          <w:b/>
          <w:szCs w:val="24"/>
          <w:lang w:val="kk-KZ"/>
        </w:rPr>
        <w:tab/>
      </w:r>
      <w:r>
        <w:rPr>
          <w:b/>
          <w:szCs w:val="24"/>
          <w:lang w:val="kk-KZ"/>
        </w:rPr>
        <w:tab/>
      </w:r>
      <w:r>
        <w:rPr>
          <w:b/>
          <w:szCs w:val="24"/>
          <w:lang w:val="kk-KZ"/>
        </w:rPr>
        <w:tab/>
      </w:r>
      <w:r>
        <w:rPr>
          <w:b/>
          <w:szCs w:val="24"/>
          <w:lang w:val="kk-KZ"/>
        </w:rPr>
        <w:tab/>
      </w:r>
      <w:r>
        <w:rPr>
          <w:b/>
          <w:szCs w:val="24"/>
          <w:lang w:val="kk-KZ"/>
        </w:rPr>
        <w:tab/>
      </w:r>
      <w:r w:rsidR="00580126" w:rsidRPr="00D83705">
        <w:rPr>
          <w:color w:val="000000"/>
          <w:sz w:val="28"/>
          <w:szCs w:val="28"/>
          <w:lang w:val="kk-KZ"/>
        </w:rPr>
        <w:t xml:space="preserve">Түркістан облыстық </w:t>
      </w:r>
    </w:p>
    <w:p w14:paraId="7F9C8BFC" w14:textId="570CE396" w:rsidR="00D83705" w:rsidRDefault="00D83705" w:rsidP="00D83705">
      <w:pPr>
        <w:spacing w:after="0"/>
        <w:jc w:val="right"/>
        <w:rPr>
          <w:color w:val="000000"/>
          <w:sz w:val="28"/>
          <w:szCs w:val="28"/>
          <w:lang w:val="kk-KZ"/>
        </w:rPr>
      </w:pPr>
      <w:r>
        <w:rPr>
          <w:color w:val="000000"/>
          <w:sz w:val="28"/>
          <w:szCs w:val="28"/>
          <w:lang w:val="kk-KZ"/>
        </w:rPr>
        <w:t>мәслихатының</w:t>
      </w:r>
    </w:p>
    <w:p w14:paraId="1EA8A633" w14:textId="0B847118" w:rsidR="00D83705" w:rsidRDefault="0017673D" w:rsidP="00D83705">
      <w:pPr>
        <w:spacing w:after="0"/>
        <w:jc w:val="right"/>
        <w:rPr>
          <w:color w:val="000000"/>
          <w:sz w:val="28"/>
          <w:szCs w:val="28"/>
          <w:lang w:val="kk-KZ"/>
        </w:rPr>
      </w:pPr>
      <w:r>
        <w:rPr>
          <w:color w:val="000000"/>
          <w:sz w:val="28"/>
          <w:szCs w:val="28"/>
          <w:lang w:val="kk-KZ"/>
        </w:rPr>
        <w:t>2026 жылғы «16</w:t>
      </w:r>
      <w:r w:rsidR="00371C0E" w:rsidRPr="00D83705">
        <w:rPr>
          <w:color w:val="000000"/>
          <w:sz w:val="28"/>
          <w:szCs w:val="28"/>
          <w:lang w:val="kk-KZ"/>
        </w:rPr>
        <w:t xml:space="preserve">» </w:t>
      </w:r>
      <w:r>
        <w:rPr>
          <w:color w:val="000000"/>
          <w:sz w:val="28"/>
          <w:szCs w:val="28"/>
          <w:lang w:val="kk-KZ"/>
        </w:rPr>
        <w:t>қыркүйек</w:t>
      </w:r>
      <w:r w:rsidR="00371C0E" w:rsidRPr="00D83705">
        <w:rPr>
          <w:color w:val="000000"/>
          <w:sz w:val="28"/>
          <w:szCs w:val="28"/>
          <w:lang w:val="kk-KZ"/>
        </w:rPr>
        <w:br/>
        <w:t xml:space="preserve">№ </w:t>
      </w:r>
      <w:r>
        <w:rPr>
          <w:color w:val="000000"/>
          <w:sz w:val="28"/>
          <w:szCs w:val="28"/>
          <w:lang w:val="kk-KZ"/>
        </w:rPr>
        <w:t>26/359-</w:t>
      </w:r>
      <w:r>
        <w:rPr>
          <w:color w:val="000000"/>
          <w:sz w:val="28"/>
          <w:szCs w:val="28"/>
        </w:rPr>
        <w:t xml:space="preserve">VIII </w:t>
      </w:r>
      <w:bookmarkStart w:id="0" w:name="_GoBack"/>
      <w:bookmarkEnd w:id="0"/>
      <w:r w:rsidR="00371C0E" w:rsidRPr="00D83705">
        <w:rPr>
          <w:color w:val="000000"/>
          <w:sz w:val="28"/>
          <w:szCs w:val="28"/>
          <w:lang w:val="kk-KZ"/>
        </w:rPr>
        <w:t xml:space="preserve">шешімімен </w:t>
      </w:r>
    </w:p>
    <w:p w14:paraId="0E7C4EDC" w14:textId="15D4C57A" w:rsidR="002C7744" w:rsidRPr="00D83705" w:rsidRDefault="00371C0E" w:rsidP="00D83705">
      <w:pPr>
        <w:spacing w:after="0"/>
        <w:jc w:val="right"/>
        <w:rPr>
          <w:sz w:val="28"/>
          <w:szCs w:val="28"/>
          <w:lang w:val="kk-KZ"/>
        </w:rPr>
      </w:pPr>
      <w:r w:rsidRPr="00D83705">
        <w:rPr>
          <w:color w:val="000000"/>
          <w:sz w:val="28"/>
          <w:szCs w:val="28"/>
          <w:lang w:val="kk-KZ"/>
        </w:rPr>
        <w:t>бекітілген</w:t>
      </w:r>
    </w:p>
    <w:p w14:paraId="5DF4C66A" w14:textId="474B9124" w:rsidR="007B65BF" w:rsidRDefault="007B65BF" w:rsidP="00580126">
      <w:pPr>
        <w:pStyle w:val="DocumentTitle"/>
        <w:keepNext/>
        <w:spacing w:after="0"/>
        <w:jc w:val="center"/>
        <w:rPr>
          <w:lang w:val="kk-KZ"/>
        </w:rPr>
      </w:pPr>
    </w:p>
    <w:p w14:paraId="390BEC84" w14:textId="77777777" w:rsidR="00D83705" w:rsidRPr="0048471F" w:rsidRDefault="00D83705" w:rsidP="00D83705">
      <w:pPr>
        <w:pStyle w:val="DocumentTitle"/>
        <w:keepNext/>
        <w:spacing w:after="0" w:line="240" w:lineRule="auto"/>
        <w:jc w:val="center"/>
        <w:rPr>
          <w:lang w:val="kk-KZ"/>
        </w:rPr>
      </w:pPr>
    </w:p>
    <w:p w14:paraId="0B8D845A" w14:textId="318B959F" w:rsidR="00580126" w:rsidRPr="0048471F" w:rsidRDefault="007B65BF" w:rsidP="00D83705">
      <w:pPr>
        <w:pStyle w:val="DocumentTitle"/>
        <w:keepNext/>
        <w:spacing w:after="0" w:line="240" w:lineRule="auto"/>
        <w:jc w:val="center"/>
        <w:rPr>
          <w:lang w:val="kk-KZ"/>
        </w:rPr>
      </w:pPr>
      <w:r w:rsidRPr="0048471F">
        <w:rPr>
          <w:lang w:val="kk-KZ"/>
        </w:rPr>
        <w:t xml:space="preserve"> </w:t>
      </w:r>
      <w:r w:rsidR="00371C0E" w:rsidRPr="0048471F">
        <w:rPr>
          <w:lang w:val="kk-KZ"/>
        </w:rPr>
        <w:t>«</w:t>
      </w:r>
      <w:r w:rsidR="00580126" w:rsidRPr="0048471F">
        <w:rPr>
          <w:lang w:val="kk-KZ"/>
        </w:rPr>
        <w:t>Түркістан облыстық</w:t>
      </w:r>
      <w:r w:rsidR="00371C0E" w:rsidRPr="0048471F">
        <w:rPr>
          <w:lang w:val="kk-KZ"/>
        </w:rPr>
        <w:t xml:space="preserve"> мәслихат</w:t>
      </w:r>
      <w:r w:rsidR="00D83705">
        <w:rPr>
          <w:lang w:val="kk-KZ"/>
        </w:rPr>
        <w:t>ы</w:t>
      </w:r>
      <w:r w:rsidR="00371C0E" w:rsidRPr="0048471F">
        <w:rPr>
          <w:lang w:val="kk-KZ"/>
        </w:rPr>
        <w:t xml:space="preserve"> аппараты» </w:t>
      </w:r>
    </w:p>
    <w:p w14:paraId="67BA2E21" w14:textId="67C3A2E6" w:rsidR="002C7744" w:rsidRPr="0048471F" w:rsidRDefault="00371C0E" w:rsidP="00D83705">
      <w:pPr>
        <w:pStyle w:val="DocumentTitle"/>
        <w:keepNext/>
        <w:spacing w:after="0" w:line="240" w:lineRule="auto"/>
        <w:jc w:val="center"/>
        <w:rPr>
          <w:lang w:val="kk-KZ"/>
        </w:rPr>
      </w:pPr>
      <w:r w:rsidRPr="0048471F">
        <w:rPr>
          <w:lang w:val="kk-KZ"/>
        </w:rPr>
        <w:t>мемлекеттік мекемесінің</w:t>
      </w:r>
      <w:r w:rsidRPr="0048471F">
        <w:rPr>
          <w:lang w:val="kk-KZ"/>
        </w:rPr>
        <w:br/>
        <w:t>ЕРЕЖЕСІ</w:t>
      </w:r>
    </w:p>
    <w:p w14:paraId="6C88924F" w14:textId="77777777" w:rsidR="002C7744" w:rsidRPr="00580126" w:rsidRDefault="00371C0E" w:rsidP="00D83705">
      <w:pPr>
        <w:pStyle w:val="1"/>
        <w:spacing w:before="200" w:after="160" w:line="240" w:lineRule="auto"/>
        <w:jc w:val="center"/>
        <w:rPr>
          <w:sz w:val="28"/>
          <w:lang w:val="ru-RU"/>
        </w:rPr>
      </w:pPr>
      <w:r w:rsidRPr="00580126">
        <w:rPr>
          <w:rFonts w:ascii="Times New Roman" w:eastAsia="Times New Roman" w:hAnsi="Times New Roman"/>
          <w:sz w:val="28"/>
          <w:lang w:val="ru-RU"/>
        </w:rPr>
        <w:t xml:space="preserve">1-тарау. </w:t>
      </w:r>
      <w:proofErr w:type="spellStart"/>
      <w:r w:rsidRPr="00580126">
        <w:rPr>
          <w:rFonts w:ascii="Times New Roman" w:eastAsia="Times New Roman" w:hAnsi="Times New Roman"/>
          <w:sz w:val="28"/>
          <w:lang w:val="ru-RU"/>
        </w:rPr>
        <w:t>Жалпы</w:t>
      </w:r>
      <w:proofErr w:type="spellEnd"/>
      <w:r w:rsidRPr="00580126">
        <w:rPr>
          <w:rFonts w:ascii="Times New Roman" w:eastAsia="Times New Roman" w:hAnsi="Times New Roman"/>
          <w:sz w:val="28"/>
          <w:lang w:val="ru-RU"/>
        </w:rPr>
        <w:t xml:space="preserve"> </w:t>
      </w:r>
      <w:proofErr w:type="spellStart"/>
      <w:r w:rsidRPr="00580126">
        <w:rPr>
          <w:rFonts w:ascii="Times New Roman" w:eastAsia="Times New Roman" w:hAnsi="Times New Roman"/>
          <w:sz w:val="28"/>
          <w:lang w:val="ru-RU"/>
        </w:rPr>
        <w:t>ережелер</w:t>
      </w:r>
      <w:proofErr w:type="spellEnd"/>
    </w:p>
    <w:p w14:paraId="4E61D73C" w14:textId="0125F830" w:rsidR="002C7744" w:rsidRPr="00665C7C" w:rsidRDefault="00371C0E" w:rsidP="00D83705">
      <w:pPr>
        <w:numPr>
          <w:ilvl w:val="0"/>
          <w:numId w:val="1"/>
        </w:numPr>
        <w:spacing w:after="0" w:line="240" w:lineRule="auto"/>
        <w:ind w:left="0" w:firstLine="709"/>
        <w:jc w:val="both"/>
        <w:rPr>
          <w:rFonts w:cs="Times New Roman"/>
          <w:sz w:val="28"/>
          <w:szCs w:val="28"/>
          <w:lang w:val="ru-RU"/>
        </w:rPr>
      </w:pPr>
      <w:r w:rsidRPr="00580126">
        <w:rPr>
          <w:rFonts w:cs="Times New Roman"/>
          <w:color w:val="000000"/>
          <w:sz w:val="28"/>
          <w:szCs w:val="28"/>
          <w:lang w:val="ru-RU"/>
        </w:rPr>
        <w:t>«</w:t>
      </w:r>
      <w:r w:rsidR="00580126">
        <w:rPr>
          <w:rFonts w:cs="Times New Roman"/>
          <w:color w:val="000000"/>
          <w:sz w:val="28"/>
          <w:szCs w:val="28"/>
          <w:lang w:val="kk-KZ"/>
        </w:rPr>
        <w:t>Түркістан облыстық</w:t>
      </w:r>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мәслихат</w:t>
      </w:r>
      <w:r w:rsidR="00D83705">
        <w:rPr>
          <w:rFonts w:cs="Times New Roman"/>
          <w:color w:val="000000"/>
          <w:sz w:val="28"/>
          <w:szCs w:val="28"/>
          <w:lang w:val="ru-RU"/>
        </w:rPr>
        <w:t>ы</w:t>
      </w:r>
      <w:proofErr w:type="spellEnd"/>
      <w:r w:rsidRPr="00580126">
        <w:rPr>
          <w:rFonts w:cs="Times New Roman"/>
          <w:color w:val="000000"/>
          <w:sz w:val="28"/>
          <w:szCs w:val="28"/>
          <w:lang w:val="ru-RU"/>
        </w:rPr>
        <w:t xml:space="preserve"> аппараты» </w:t>
      </w:r>
      <w:proofErr w:type="spellStart"/>
      <w:r w:rsidRPr="00580126">
        <w:rPr>
          <w:rFonts w:cs="Times New Roman"/>
          <w:color w:val="000000"/>
          <w:sz w:val="28"/>
          <w:szCs w:val="28"/>
          <w:lang w:val="ru-RU"/>
        </w:rPr>
        <w:t>мемлекеттік</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мекемесі</w:t>
      </w:r>
      <w:proofErr w:type="spellEnd"/>
      <w:r w:rsidRPr="00580126">
        <w:rPr>
          <w:rFonts w:cs="Times New Roman"/>
          <w:color w:val="000000"/>
          <w:sz w:val="28"/>
          <w:szCs w:val="28"/>
          <w:lang w:val="ru-RU"/>
        </w:rPr>
        <w:t xml:space="preserve"> </w:t>
      </w:r>
      <w:r w:rsidR="001D303A">
        <w:rPr>
          <w:rFonts w:cs="Times New Roman"/>
          <w:color w:val="000000"/>
          <w:sz w:val="28"/>
          <w:szCs w:val="28"/>
          <w:lang w:val="ru-RU"/>
        </w:rPr>
        <w:t xml:space="preserve">                   </w:t>
      </w:r>
      <w:r w:rsidRPr="00580126">
        <w:rPr>
          <w:rFonts w:cs="Times New Roman"/>
          <w:color w:val="000000"/>
          <w:sz w:val="28"/>
          <w:szCs w:val="28"/>
          <w:lang w:val="ru-RU"/>
        </w:rPr>
        <w:t>(</w:t>
      </w:r>
      <w:proofErr w:type="spellStart"/>
      <w:r w:rsidRPr="00580126">
        <w:rPr>
          <w:rFonts w:cs="Times New Roman"/>
          <w:color w:val="000000"/>
          <w:sz w:val="28"/>
          <w:szCs w:val="28"/>
          <w:lang w:val="ru-RU"/>
        </w:rPr>
        <w:t>бұдан</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ә</w:t>
      </w:r>
      <w:proofErr w:type="gramStart"/>
      <w:r w:rsidRPr="00580126">
        <w:rPr>
          <w:rFonts w:cs="Times New Roman"/>
          <w:color w:val="000000"/>
          <w:sz w:val="28"/>
          <w:szCs w:val="28"/>
          <w:lang w:val="ru-RU"/>
        </w:rPr>
        <w:t>р</w:t>
      </w:r>
      <w:proofErr w:type="gramEnd"/>
      <w:r w:rsidRPr="00580126">
        <w:rPr>
          <w:rFonts w:cs="Times New Roman"/>
          <w:color w:val="000000"/>
          <w:sz w:val="28"/>
          <w:szCs w:val="28"/>
          <w:lang w:val="ru-RU"/>
        </w:rPr>
        <w:t>і</w:t>
      </w:r>
      <w:proofErr w:type="spellEnd"/>
      <w:r w:rsidRPr="00580126">
        <w:rPr>
          <w:rFonts w:cs="Times New Roman"/>
          <w:color w:val="000000"/>
          <w:sz w:val="28"/>
          <w:szCs w:val="28"/>
          <w:lang w:val="ru-RU"/>
        </w:rPr>
        <w:t xml:space="preserve"> – </w:t>
      </w:r>
      <w:proofErr w:type="spellStart"/>
      <w:r w:rsidR="001D303A">
        <w:rPr>
          <w:rFonts w:cs="Times New Roman"/>
          <w:color w:val="000000"/>
          <w:sz w:val="28"/>
          <w:szCs w:val="28"/>
          <w:lang w:val="ru-RU"/>
        </w:rPr>
        <w:t>Мәслихат</w:t>
      </w:r>
      <w:proofErr w:type="spellEnd"/>
      <w:r w:rsidR="001D303A">
        <w:rPr>
          <w:rFonts w:cs="Times New Roman"/>
          <w:color w:val="000000"/>
          <w:sz w:val="28"/>
          <w:szCs w:val="28"/>
          <w:lang w:val="ru-RU"/>
        </w:rPr>
        <w:t xml:space="preserve"> а</w:t>
      </w:r>
      <w:r w:rsidRPr="00580126">
        <w:rPr>
          <w:rFonts w:cs="Times New Roman"/>
          <w:color w:val="000000"/>
          <w:sz w:val="28"/>
          <w:szCs w:val="28"/>
          <w:lang w:val="ru-RU"/>
        </w:rPr>
        <w:t>ппарат</w:t>
      </w:r>
      <w:r w:rsidR="001D303A">
        <w:rPr>
          <w:rFonts w:cs="Times New Roman"/>
          <w:color w:val="000000"/>
          <w:sz w:val="28"/>
          <w:szCs w:val="28"/>
          <w:lang w:val="ru-RU"/>
        </w:rPr>
        <w:t>ы</w:t>
      </w:r>
      <w:r w:rsidRPr="00580126">
        <w:rPr>
          <w:rFonts w:cs="Times New Roman"/>
          <w:color w:val="000000"/>
          <w:sz w:val="28"/>
          <w:szCs w:val="28"/>
          <w:lang w:val="ru-RU"/>
        </w:rPr>
        <w:t xml:space="preserve">) </w:t>
      </w:r>
      <w:proofErr w:type="spellStart"/>
      <w:r w:rsidR="00580126">
        <w:rPr>
          <w:rFonts w:cs="Times New Roman"/>
          <w:color w:val="000000"/>
          <w:sz w:val="28"/>
          <w:szCs w:val="28"/>
          <w:lang w:val="ru-RU"/>
        </w:rPr>
        <w:t>Түркістан</w:t>
      </w:r>
      <w:proofErr w:type="spellEnd"/>
      <w:r w:rsidR="00580126">
        <w:rPr>
          <w:rFonts w:cs="Times New Roman"/>
          <w:color w:val="000000"/>
          <w:sz w:val="28"/>
          <w:szCs w:val="28"/>
          <w:lang w:val="ru-RU"/>
        </w:rPr>
        <w:t xml:space="preserve"> </w:t>
      </w:r>
      <w:proofErr w:type="spellStart"/>
      <w:r w:rsidR="00580126">
        <w:rPr>
          <w:rFonts w:cs="Times New Roman"/>
          <w:color w:val="000000"/>
          <w:sz w:val="28"/>
          <w:szCs w:val="28"/>
          <w:lang w:val="ru-RU"/>
        </w:rPr>
        <w:t>облыстық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мәслихатының</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оның</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органдары</w:t>
      </w:r>
      <w:proofErr w:type="spellEnd"/>
      <w:r w:rsidRPr="00580126">
        <w:rPr>
          <w:rFonts w:cs="Times New Roman"/>
          <w:color w:val="000000"/>
          <w:sz w:val="28"/>
          <w:szCs w:val="28"/>
          <w:lang w:val="ru-RU"/>
        </w:rPr>
        <w:t xml:space="preserve"> мен </w:t>
      </w:r>
      <w:proofErr w:type="spellStart"/>
      <w:r w:rsidRPr="00580126">
        <w:rPr>
          <w:rFonts w:cs="Times New Roman"/>
          <w:color w:val="000000"/>
          <w:sz w:val="28"/>
          <w:szCs w:val="28"/>
          <w:lang w:val="ru-RU"/>
        </w:rPr>
        <w:t>депутаттарының</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қызметін</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ұйымдастырушылық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құқықтық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ақпараттық-талдамалық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құжаттамалық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қаржылық-шаруашылық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материалдық-техникалық</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және</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өзге</w:t>
      </w:r>
      <w:proofErr w:type="spellEnd"/>
      <w:r w:rsidRPr="00580126">
        <w:rPr>
          <w:rFonts w:cs="Times New Roman"/>
          <w:color w:val="000000"/>
          <w:sz w:val="28"/>
          <w:szCs w:val="28"/>
          <w:lang w:val="ru-RU"/>
        </w:rPr>
        <w:t xml:space="preserve"> де </w:t>
      </w:r>
      <w:proofErr w:type="spellStart"/>
      <w:r w:rsidRPr="00580126">
        <w:rPr>
          <w:rFonts w:cs="Times New Roman"/>
          <w:color w:val="000000"/>
          <w:sz w:val="28"/>
          <w:szCs w:val="28"/>
          <w:lang w:val="ru-RU"/>
        </w:rPr>
        <w:t>қамтамасыз</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етуді</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жүзеге</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асыратын</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Қазақстан</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Республикасының</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мемлекеттік</w:t>
      </w:r>
      <w:proofErr w:type="spellEnd"/>
      <w:r w:rsidRPr="00580126">
        <w:rPr>
          <w:rFonts w:cs="Times New Roman"/>
          <w:color w:val="000000"/>
          <w:sz w:val="28"/>
          <w:szCs w:val="28"/>
          <w:lang w:val="ru-RU"/>
        </w:rPr>
        <w:t xml:space="preserve"> органы </w:t>
      </w:r>
      <w:proofErr w:type="spellStart"/>
      <w:r w:rsidRPr="00580126">
        <w:rPr>
          <w:rFonts w:cs="Times New Roman"/>
          <w:color w:val="000000"/>
          <w:sz w:val="28"/>
          <w:szCs w:val="28"/>
          <w:lang w:val="ru-RU"/>
        </w:rPr>
        <w:t>болып</w:t>
      </w:r>
      <w:proofErr w:type="spellEnd"/>
      <w:r w:rsidRPr="00580126">
        <w:rPr>
          <w:rFonts w:cs="Times New Roman"/>
          <w:color w:val="000000"/>
          <w:sz w:val="28"/>
          <w:szCs w:val="28"/>
          <w:lang w:val="ru-RU"/>
        </w:rPr>
        <w:t xml:space="preserve"> </w:t>
      </w:r>
      <w:proofErr w:type="spellStart"/>
      <w:r w:rsidRPr="00580126">
        <w:rPr>
          <w:rFonts w:cs="Times New Roman"/>
          <w:color w:val="000000"/>
          <w:sz w:val="28"/>
          <w:szCs w:val="28"/>
          <w:lang w:val="ru-RU"/>
        </w:rPr>
        <w:t>табылады</w:t>
      </w:r>
      <w:proofErr w:type="spellEnd"/>
      <w:r w:rsidRPr="00580126">
        <w:rPr>
          <w:rFonts w:cs="Times New Roman"/>
          <w:color w:val="000000"/>
          <w:sz w:val="28"/>
          <w:szCs w:val="28"/>
          <w:lang w:val="ru-RU"/>
        </w:rPr>
        <w:t>.</w:t>
      </w:r>
    </w:p>
    <w:p w14:paraId="1A8B006D" w14:textId="1A13F2AD" w:rsidR="002C7744" w:rsidRPr="003F00BF" w:rsidRDefault="001D303A" w:rsidP="00D83705">
      <w:pPr>
        <w:numPr>
          <w:ilvl w:val="0"/>
          <w:numId w:val="1"/>
        </w:numPr>
        <w:spacing w:after="0" w:line="240" w:lineRule="auto"/>
        <w:ind w:left="0" w:firstLine="709"/>
        <w:jc w:val="both"/>
        <w:rPr>
          <w:rFonts w:cs="Times New Roman"/>
          <w:sz w:val="28"/>
          <w:szCs w:val="28"/>
        </w:rPr>
      </w:pPr>
      <w:r>
        <w:rPr>
          <w:rFonts w:cs="Times New Roman"/>
          <w:color w:val="000000"/>
          <w:sz w:val="28"/>
          <w:szCs w:val="28"/>
          <w:lang w:val="kk-KZ"/>
        </w:rPr>
        <w:t>Мәслихат а</w:t>
      </w:r>
      <w:proofErr w:type="spellStart"/>
      <w:r w:rsidR="00371C0E" w:rsidRPr="008121EA">
        <w:rPr>
          <w:rFonts w:cs="Times New Roman"/>
          <w:color w:val="000000"/>
          <w:sz w:val="28"/>
          <w:szCs w:val="28"/>
        </w:rPr>
        <w:t>ппарат</w:t>
      </w:r>
      <w:proofErr w:type="spellEnd"/>
      <w:r>
        <w:rPr>
          <w:rFonts w:cs="Times New Roman"/>
          <w:color w:val="000000"/>
          <w:sz w:val="28"/>
          <w:szCs w:val="28"/>
          <w:lang w:val="kk-KZ"/>
        </w:rPr>
        <w:t>ының</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ведомстволары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жоқ</w:t>
      </w:r>
      <w:proofErr w:type="spellEnd"/>
      <w:r w:rsidR="00371C0E" w:rsidRPr="008121EA">
        <w:rPr>
          <w:rFonts w:cs="Times New Roman"/>
          <w:color w:val="000000"/>
          <w:sz w:val="28"/>
          <w:szCs w:val="28"/>
        </w:rPr>
        <w:t>.</w:t>
      </w:r>
    </w:p>
    <w:p w14:paraId="6C55F4B5" w14:textId="4BE52B26" w:rsidR="001D303A" w:rsidRPr="001D303A" w:rsidRDefault="001D303A" w:rsidP="00D83705">
      <w:pPr>
        <w:numPr>
          <w:ilvl w:val="0"/>
          <w:numId w:val="1"/>
        </w:numPr>
        <w:spacing w:after="0" w:line="240" w:lineRule="auto"/>
        <w:ind w:left="0" w:firstLine="709"/>
        <w:jc w:val="both"/>
        <w:rPr>
          <w:b/>
          <w:sz w:val="28"/>
          <w:szCs w:val="28"/>
          <w:lang w:val="kk-KZ"/>
        </w:rPr>
      </w:pPr>
      <w:r>
        <w:rPr>
          <w:rFonts w:cs="Times New Roman"/>
          <w:color w:val="000000"/>
          <w:sz w:val="28"/>
          <w:szCs w:val="28"/>
          <w:lang w:val="kk-KZ"/>
        </w:rPr>
        <w:t>Мәслихат а</w:t>
      </w:r>
      <w:proofErr w:type="spellStart"/>
      <w:r w:rsidR="00371C0E" w:rsidRPr="001D303A">
        <w:rPr>
          <w:rFonts w:cs="Times New Roman"/>
          <w:color w:val="000000"/>
          <w:sz w:val="28"/>
          <w:szCs w:val="28"/>
        </w:rPr>
        <w:t>ппарат</w:t>
      </w:r>
      <w:proofErr w:type="spellEnd"/>
      <w:r>
        <w:rPr>
          <w:rFonts w:cs="Times New Roman"/>
          <w:color w:val="000000"/>
          <w:sz w:val="28"/>
          <w:szCs w:val="28"/>
          <w:lang w:val="kk-KZ"/>
        </w:rPr>
        <w:t>ы</w:t>
      </w:r>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өз</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қызметін</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Қазақстан</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Республикасының</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Конституциясына</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және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заңдарына</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Қазақстан</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Республикасы</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Президенті</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мен</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Үкіметінің</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актілеріне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өзге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де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нормативтік</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құқықтық</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актілерге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сондай-ақ</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осы</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Ережеге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сәйкес</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жүзеге</w:t>
      </w:r>
      <w:proofErr w:type="spellEnd"/>
      <w:r w:rsidR="00371C0E" w:rsidRPr="001D303A">
        <w:rPr>
          <w:rFonts w:cs="Times New Roman"/>
          <w:color w:val="000000"/>
          <w:sz w:val="28"/>
          <w:szCs w:val="28"/>
        </w:rPr>
        <w:t xml:space="preserve"> </w:t>
      </w:r>
      <w:proofErr w:type="spellStart"/>
      <w:r w:rsidR="00371C0E" w:rsidRPr="001D303A">
        <w:rPr>
          <w:rFonts w:cs="Times New Roman"/>
          <w:color w:val="000000"/>
          <w:sz w:val="28"/>
          <w:szCs w:val="28"/>
        </w:rPr>
        <w:t>асырады</w:t>
      </w:r>
      <w:proofErr w:type="spellEnd"/>
      <w:r w:rsidR="00371C0E" w:rsidRPr="001D303A">
        <w:rPr>
          <w:rFonts w:cs="Times New Roman"/>
          <w:color w:val="000000"/>
          <w:sz w:val="28"/>
          <w:szCs w:val="28"/>
        </w:rPr>
        <w:t>.</w:t>
      </w:r>
      <w:bookmarkStart w:id="1" w:name="z17"/>
      <w:r w:rsidR="003F00BF" w:rsidRPr="001D303A">
        <w:rPr>
          <w:color w:val="000000"/>
          <w:sz w:val="28"/>
          <w:szCs w:val="28"/>
          <w:lang w:val="kk-KZ"/>
        </w:rPr>
        <w:t xml:space="preserve"> </w:t>
      </w:r>
    </w:p>
    <w:bookmarkEnd w:id="1"/>
    <w:p w14:paraId="3B4881BD" w14:textId="02D17939" w:rsidR="002C7744" w:rsidRPr="00895F6B" w:rsidRDefault="001D303A" w:rsidP="00D83705">
      <w:pPr>
        <w:numPr>
          <w:ilvl w:val="0"/>
          <w:numId w:val="1"/>
        </w:numPr>
        <w:spacing w:after="0" w:line="240" w:lineRule="auto"/>
        <w:ind w:left="0" w:firstLine="709"/>
        <w:jc w:val="both"/>
        <w:rPr>
          <w:rFonts w:cs="Times New Roman"/>
          <w:sz w:val="28"/>
          <w:szCs w:val="28"/>
          <w:lang w:val="kk-KZ"/>
        </w:rPr>
      </w:pPr>
      <w:r>
        <w:rPr>
          <w:rFonts w:cs="Times New Roman"/>
          <w:color w:val="000000"/>
          <w:sz w:val="28"/>
          <w:szCs w:val="28"/>
          <w:lang w:val="kk-KZ"/>
        </w:rPr>
        <w:t>Мәслихат а</w:t>
      </w:r>
      <w:r w:rsidR="00371C0E" w:rsidRPr="00895F6B">
        <w:rPr>
          <w:rFonts w:cs="Times New Roman"/>
          <w:color w:val="000000"/>
          <w:sz w:val="28"/>
          <w:szCs w:val="28"/>
          <w:lang w:val="kk-KZ"/>
        </w:rPr>
        <w:t>ппарат</w:t>
      </w:r>
      <w:r>
        <w:rPr>
          <w:rFonts w:cs="Times New Roman"/>
          <w:color w:val="000000"/>
          <w:sz w:val="28"/>
          <w:szCs w:val="28"/>
          <w:lang w:val="kk-KZ"/>
        </w:rPr>
        <w:t>ы</w:t>
      </w:r>
      <w:r w:rsidR="00371C0E" w:rsidRPr="00895F6B">
        <w:rPr>
          <w:rFonts w:cs="Times New Roman"/>
          <w:color w:val="000000"/>
          <w:sz w:val="28"/>
          <w:szCs w:val="28"/>
          <w:lang w:val="kk-KZ"/>
        </w:rPr>
        <w:t xml:space="preserve">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67A5F617" w14:textId="20B827AF" w:rsidR="002C7744" w:rsidRPr="00895F6B" w:rsidRDefault="001D303A" w:rsidP="00D83705">
      <w:pPr>
        <w:numPr>
          <w:ilvl w:val="0"/>
          <w:numId w:val="1"/>
        </w:numPr>
        <w:spacing w:after="0" w:line="240" w:lineRule="auto"/>
        <w:ind w:left="0" w:firstLine="709"/>
        <w:jc w:val="both"/>
        <w:rPr>
          <w:rFonts w:cs="Times New Roman"/>
          <w:sz w:val="28"/>
          <w:szCs w:val="28"/>
          <w:lang w:val="kk-KZ"/>
        </w:rPr>
      </w:pPr>
      <w:r>
        <w:rPr>
          <w:rFonts w:cs="Times New Roman"/>
          <w:color w:val="000000"/>
          <w:sz w:val="28"/>
          <w:szCs w:val="28"/>
          <w:lang w:val="kk-KZ"/>
        </w:rPr>
        <w:t>Мәслихат а</w:t>
      </w:r>
      <w:r w:rsidR="00371C0E" w:rsidRPr="00895F6B">
        <w:rPr>
          <w:rFonts w:cs="Times New Roman"/>
          <w:color w:val="000000"/>
          <w:sz w:val="28"/>
          <w:szCs w:val="28"/>
          <w:lang w:val="kk-KZ"/>
        </w:rPr>
        <w:t>ппарат</w:t>
      </w:r>
      <w:r>
        <w:rPr>
          <w:rFonts w:cs="Times New Roman"/>
          <w:color w:val="000000"/>
          <w:sz w:val="28"/>
          <w:szCs w:val="28"/>
          <w:lang w:val="kk-KZ"/>
        </w:rPr>
        <w:t>ы</w:t>
      </w:r>
      <w:r w:rsidR="00371C0E" w:rsidRPr="00895F6B">
        <w:rPr>
          <w:rFonts w:cs="Times New Roman"/>
          <w:color w:val="000000"/>
          <w:sz w:val="28"/>
          <w:szCs w:val="28"/>
          <w:lang w:val="kk-KZ"/>
        </w:rPr>
        <w:t xml:space="preserve"> азаматтық-құқықтық қатынастарды өз атынан жасайды.</w:t>
      </w:r>
    </w:p>
    <w:p w14:paraId="64DEC6AA" w14:textId="2E2E5B39" w:rsidR="002C7744" w:rsidRPr="00895F6B" w:rsidRDefault="001D303A" w:rsidP="00D83705">
      <w:pPr>
        <w:numPr>
          <w:ilvl w:val="0"/>
          <w:numId w:val="1"/>
        </w:numPr>
        <w:spacing w:after="0" w:line="240" w:lineRule="auto"/>
        <w:ind w:left="0" w:firstLine="709"/>
        <w:jc w:val="both"/>
        <w:rPr>
          <w:rFonts w:cs="Times New Roman"/>
          <w:sz w:val="28"/>
          <w:szCs w:val="28"/>
          <w:lang w:val="kk-KZ"/>
        </w:rPr>
      </w:pPr>
      <w:r>
        <w:rPr>
          <w:rFonts w:cs="Times New Roman"/>
          <w:color w:val="000000"/>
          <w:sz w:val="28"/>
          <w:szCs w:val="28"/>
          <w:lang w:val="kk-KZ"/>
        </w:rPr>
        <w:t>Мәслихат а</w:t>
      </w:r>
      <w:r w:rsidR="00371C0E" w:rsidRPr="00895F6B">
        <w:rPr>
          <w:rFonts w:cs="Times New Roman"/>
          <w:color w:val="000000"/>
          <w:sz w:val="28"/>
          <w:szCs w:val="28"/>
          <w:lang w:val="kk-KZ"/>
        </w:rPr>
        <w:t>ппарат</w:t>
      </w:r>
      <w:r>
        <w:rPr>
          <w:rFonts w:cs="Times New Roman"/>
          <w:color w:val="000000"/>
          <w:sz w:val="28"/>
          <w:szCs w:val="28"/>
          <w:lang w:val="kk-KZ"/>
        </w:rPr>
        <w:t>ы</w:t>
      </w:r>
      <w:r w:rsidR="00371C0E" w:rsidRPr="00895F6B">
        <w:rPr>
          <w:rFonts w:cs="Times New Roman"/>
          <w:color w:val="000000"/>
          <w:sz w:val="28"/>
          <w:szCs w:val="28"/>
          <w:lang w:val="kk-KZ"/>
        </w:rPr>
        <w:t xml:space="preserve">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14:paraId="268DFC1C" w14:textId="7CE85E40" w:rsidR="00895F6B" w:rsidRPr="001D303A" w:rsidRDefault="001D303A" w:rsidP="00D83705">
      <w:pPr>
        <w:numPr>
          <w:ilvl w:val="0"/>
          <w:numId w:val="1"/>
        </w:numPr>
        <w:spacing w:after="0" w:line="240" w:lineRule="auto"/>
        <w:ind w:left="0" w:firstLine="709"/>
        <w:jc w:val="both"/>
        <w:rPr>
          <w:rFonts w:cs="Times New Roman"/>
          <w:color w:val="000000"/>
          <w:sz w:val="28"/>
          <w:szCs w:val="28"/>
          <w:lang w:val="kk-KZ"/>
        </w:rPr>
      </w:pPr>
      <w:r>
        <w:rPr>
          <w:rFonts w:cs="Times New Roman"/>
          <w:color w:val="000000"/>
          <w:sz w:val="28"/>
          <w:szCs w:val="28"/>
          <w:lang w:val="kk-KZ"/>
        </w:rPr>
        <w:t>Мәслихат а</w:t>
      </w:r>
      <w:r w:rsidR="00371C0E" w:rsidRPr="001D303A">
        <w:rPr>
          <w:rFonts w:cs="Times New Roman"/>
          <w:color w:val="000000"/>
          <w:sz w:val="28"/>
          <w:szCs w:val="28"/>
          <w:lang w:val="kk-KZ"/>
        </w:rPr>
        <w:t>ппарат</w:t>
      </w:r>
      <w:r>
        <w:rPr>
          <w:rFonts w:cs="Times New Roman"/>
          <w:color w:val="000000"/>
          <w:sz w:val="28"/>
          <w:szCs w:val="28"/>
          <w:lang w:val="kk-KZ"/>
        </w:rPr>
        <w:t>ы</w:t>
      </w:r>
      <w:r w:rsidR="00371C0E" w:rsidRPr="001D303A">
        <w:rPr>
          <w:rFonts w:cs="Times New Roman"/>
          <w:color w:val="000000"/>
          <w:sz w:val="28"/>
          <w:szCs w:val="28"/>
          <w:lang w:val="kk-KZ"/>
        </w:rPr>
        <w:t xml:space="preserve"> өз құзыретінің мәселелері бойынша заңнамада белгіленген тәртіппен </w:t>
      </w:r>
      <w:r>
        <w:rPr>
          <w:rFonts w:cs="Times New Roman"/>
          <w:color w:val="000000"/>
          <w:sz w:val="28"/>
          <w:szCs w:val="28"/>
          <w:lang w:val="kk-KZ"/>
        </w:rPr>
        <w:t xml:space="preserve">маслихат </w:t>
      </w:r>
      <w:r w:rsidR="00371C0E" w:rsidRPr="001D303A">
        <w:rPr>
          <w:rFonts w:cs="Times New Roman"/>
          <w:color w:val="000000"/>
          <w:sz w:val="28"/>
          <w:szCs w:val="28"/>
          <w:lang w:val="kk-KZ"/>
        </w:rPr>
        <w:t>аппарат</w:t>
      </w:r>
      <w:r>
        <w:rPr>
          <w:rFonts w:cs="Times New Roman"/>
          <w:color w:val="000000"/>
          <w:sz w:val="28"/>
          <w:szCs w:val="28"/>
          <w:lang w:val="kk-KZ"/>
        </w:rPr>
        <w:t>ы</w:t>
      </w:r>
      <w:r w:rsidR="00371C0E" w:rsidRPr="001D303A">
        <w:rPr>
          <w:rFonts w:cs="Times New Roman"/>
          <w:color w:val="000000"/>
          <w:sz w:val="28"/>
          <w:szCs w:val="28"/>
          <w:lang w:val="kk-KZ"/>
        </w:rPr>
        <w:t xml:space="preserve"> басшысының бұйрықтарымен және Қазақстан Республикасының заңнамасында көзделген басқа да актілермен ресімделетін шешімдер қабылдайды.</w:t>
      </w:r>
      <w:r w:rsidR="00895F6B" w:rsidRPr="001D303A">
        <w:rPr>
          <w:color w:val="000000"/>
          <w:sz w:val="28"/>
          <w:szCs w:val="28"/>
          <w:lang w:val="kk-KZ"/>
        </w:rPr>
        <w:tab/>
      </w:r>
    </w:p>
    <w:p w14:paraId="12224696" w14:textId="1B58CDF2" w:rsidR="002C7744" w:rsidRPr="00895F6B" w:rsidRDefault="00BB4DAF" w:rsidP="00D83705">
      <w:pPr>
        <w:numPr>
          <w:ilvl w:val="0"/>
          <w:numId w:val="1"/>
        </w:numPr>
        <w:spacing w:after="0" w:line="240" w:lineRule="auto"/>
        <w:ind w:left="0" w:firstLine="709"/>
        <w:jc w:val="both"/>
        <w:rPr>
          <w:rFonts w:cs="Times New Roman"/>
          <w:sz w:val="28"/>
          <w:szCs w:val="28"/>
          <w:lang w:val="kk-KZ"/>
        </w:rPr>
      </w:pPr>
      <w:r>
        <w:rPr>
          <w:rFonts w:cs="Times New Roman"/>
          <w:color w:val="000000"/>
          <w:sz w:val="28"/>
          <w:szCs w:val="28"/>
          <w:lang w:val="kk-KZ"/>
        </w:rPr>
        <w:t>Мәслихат а</w:t>
      </w:r>
      <w:r w:rsidR="00371C0E" w:rsidRPr="00895F6B">
        <w:rPr>
          <w:rFonts w:cs="Times New Roman"/>
          <w:color w:val="000000"/>
          <w:sz w:val="28"/>
          <w:szCs w:val="28"/>
          <w:lang w:val="kk-KZ"/>
        </w:rPr>
        <w:t>ппараты</w:t>
      </w:r>
      <w:r>
        <w:rPr>
          <w:rFonts w:cs="Times New Roman"/>
          <w:color w:val="000000"/>
          <w:sz w:val="28"/>
          <w:szCs w:val="28"/>
          <w:lang w:val="kk-KZ"/>
        </w:rPr>
        <w:t>ның</w:t>
      </w:r>
      <w:r w:rsidR="00371C0E" w:rsidRPr="00895F6B">
        <w:rPr>
          <w:rFonts w:cs="Times New Roman"/>
          <w:color w:val="000000"/>
          <w:sz w:val="28"/>
          <w:szCs w:val="28"/>
          <w:lang w:val="kk-KZ"/>
        </w:rPr>
        <w:t xml:space="preserve"> құрылымы мен штат санының лимиті Қазақстан Республикасының заңнамасына сәйкес бекітіледі.</w:t>
      </w:r>
    </w:p>
    <w:p w14:paraId="47FAABA1" w14:textId="5E0A885F" w:rsidR="002C7744" w:rsidRPr="00895F6B" w:rsidRDefault="00371C0E" w:rsidP="00D83705">
      <w:pPr>
        <w:numPr>
          <w:ilvl w:val="0"/>
          <w:numId w:val="1"/>
        </w:numPr>
        <w:spacing w:after="0" w:line="240" w:lineRule="auto"/>
        <w:ind w:left="0" w:firstLine="709"/>
        <w:jc w:val="both"/>
        <w:rPr>
          <w:rFonts w:cs="Times New Roman"/>
          <w:sz w:val="28"/>
          <w:szCs w:val="28"/>
          <w:lang w:val="kk-KZ"/>
        </w:rPr>
      </w:pPr>
      <w:r w:rsidRPr="00895F6B">
        <w:rPr>
          <w:rFonts w:cs="Times New Roman"/>
          <w:color w:val="000000"/>
          <w:sz w:val="28"/>
          <w:szCs w:val="28"/>
          <w:lang w:val="kk-KZ"/>
        </w:rPr>
        <w:t xml:space="preserve">Заңды тұлғаның орналасқан жері: </w:t>
      </w:r>
      <w:r w:rsidR="001D303A">
        <w:rPr>
          <w:rFonts w:cs="Times New Roman"/>
          <w:color w:val="000000"/>
          <w:sz w:val="28"/>
          <w:szCs w:val="28"/>
          <w:lang w:val="kk-KZ"/>
        </w:rPr>
        <w:t xml:space="preserve">161200, </w:t>
      </w:r>
      <w:r w:rsidRPr="00895F6B">
        <w:rPr>
          <w:rFonts w:cs="Times New Roman"/>
          <w:color w:val="000000"/>
          <w:sz w:val="28"/>
          <w:szCs w:val="28"/>
          <w:lang w:val="kk-KZ"/>
        </w:rPr>
        <w:t xml:space="preserve">Қазақстан Республикасы, Түркістан облысы, </w:t>
      </w:r>
      <w:r w:rsidR="00580126">
        <w:rPr>
          <w:rFonts w:cs="Times New Roman"/>
          <w:color w:val="000000"/>
          <w:sz w:val="28"/>
          <w:szCs w:val="28"/>
          <w:lang w:val="kk-KZ"/>
        </w:rPr>
        <w:t>Түркістан</w:t>
      </w:r>
      <w:r w:rsidRPr="00895F6B">
        <w:rPr>
          <w:rFonts w:cs="Times New Roman"/>
          <w:color w:val="000000"/>
          <w:sz w:val="28"/>
          <w:szCs w:val="28"/>
          <w:lang w:val="kk-KZ"/>
        </w:rPr>
        <w:t xml:space="preserve"> қаласы, </w:t>
      </w:r>
      <w:r w:rsidR="00580126">
        <w:rPr>
          <w:rFonts w:cs="Times New Roman"/>
          <w:color w:val="000000"/>
          <w:sz w:val="28"/>
          <w:szCs w:val="28"/>
          <w:lang w:val="kk-KZ"/>
        </w:rPr>
        <w:t>Жаңа қала шағын ауданы</w:t>
      </w:r>
      <w:r w:rsidRPr="00895F6B">
        <w:rPr>
          <w:rFonts w:cs="Times New Roman"/>
          <w:color w:val="000000"/>
          <w:sz w:val="28"/>
          <w:szCs w:val="28"/>
          <w:lang w:val="kk-KZ"/>
        </w:rPr>
        <w:t xml:space="preserve">, </w:t>
      </w:r>
      <w:r w:rsidR="00580126">
        <w:rPr>
          <w:rFonts w:cs="Times New Roman"/>
          <w:color w:val="000000"/>
          <w:sz w:val="28"/>
          <w:szCs w:val="28"/>
          <w:lang w:val="kk-KZ"/>
        </w:rPr>
        <w:t xml:space="preserve">32 көше </w:t>
      </w:r>
      <w:r w:rsidR="00D83705">
        <w:rPr>
          <w:rFonts w:cs="Times New Roman"/>
          <w:color w:val="000000"/>
          <w:sz w:val="28"/>
          <w:szCs w:val="28"/>
          <w:lang w:val="kk-KZ"/>
        </w:rPr>
        <w:t xml:space="preserve">                     </w:t>
      </w:r>
      <w:r w:rsidR="00580126">
        <w:rPr>
          <w:rFonts w:cs="Times New Roman"/>
          <w:color w:val="000000"/>
          <w:sz w:val="28"/>
          <w:szCs w:val="28"/>
          <w:lang w:val="kk-KZ"/>
        </w:rPr>
        <w:t>18 ғимарат</w:t>
      </w:r>
      <w:r w:rsidRPr="00895F6B">
        <w:rPr>
          <w:rFonts w:cs="Times New Roman"/>
          <w:color w:val="000000"/>
          <w:sz w:val="28"/>
          <w:szCs w:val="28"/>
          <w:lang w:val="kk-KZ"/>
        </w:rPr>
        <w:t>.</w:t>
      </w:r>
    </w:p>
    <w:p w14:paraId="76970FBC" w14:textId="38DCD331" w:rsidR="002C7744" w:rsidRPr="00895F6B" w:rsidRDefault="00371C0E" w:rsidP="00D83705">
      <w:pPr>
        <w:numPr>
          <w:ilvl w:val="0"/>
          <w:numId w:val="1"/>
        </w:numPr>
        <w:spacing w:after="0" w:line="240" w:lineRule="auto"/>
        <w:ind w:left="0" w:firstLine="709"/>
        <w:jc w:val="both"/>
        <w:rPr>
          <w:rFonts w:cs="Times New Roman"/>
          <w:sz w:val="28"/>
          <w:szCs w:val="28"/>
          <w:lang w:val="kk-KZ"/>
        </w:rPr>
      </w:pPr>
      <w:r w:rsidRPr="00895F6B">
        <w:rPr>
          <w:rFonts w:cs="Times New Roman"/>
          <w:color w:val="000000"/>
          <w:sz w:val="28"/>
          <w:szCs w:val="28"/>
          <w:lang w:val="kk-KZ"/>
        </w:rPr>
        <w:lastRenderedPageBreak/>
        <w:t xml:space="preserve">Осы Ереже </w:t>
      </w:r>
      <w:r w:rsidR="001D303A">
        <w:rPr>
          <w:rFonts w:cs="Times New Roman"/>
          <w:color w:val="000000"/>
          <w:sz w:val="28"/>
          <w:szCs w:val="28"/>
          <w:lang w:val="kk-KZ"/>
        </w:rPr>
        <w:t>мәслихат а</w:t>
      </w:r>
      <w:r w:rsidRPr="00895F6B">
        <w:rPr>
          <w:rFonts w:cs="Times New Roman"/>
          <w:color w:val="000000"/>
          <w:sz w:val="28"/>
          <w:szCs w:val="28"/>
          <w:lang w:val="kk-KZ"/>
        </w:rPr>
        <w:t>ппарат</w:t>
      </w:r>
      <w:r w:rsidR="001D303A">
        <w:rPr>
          <w:rFonts w:cs="Times New Roman"/>
          <w:color w:val="000000"/>
          <w:sz w:val="28"/>
          <w:szCs w:val="28"/>
          <w:lang w:val="kk-KZ"/>
        </w:rPr>
        <w:t>ының</w:t>
      </w:r>
      <w:r w:rsidRPr="00895F6B">
        <w:rPr>
          <w:rFonts w:cs="Times New Roman"/>
          <w:color w:val="000000"/>
          <w:sz w:val="28"/>
          <w:szCs w:val="28"/>
          <w:lang w:val="kk-KZ"/>
        </w:rPr>
        <w:t xml:space="preserve"> құрылтай құжаты болып табылады.</w:t>
      </w:r>
    </w:p>
    <w:p w14:paraId="1C438DBE" w14:textId="46CE5D90" w:rsidR="002C7744" w:rsidRPr="00895F6B" w:rsidRDefault="00895F6B" w:rsidP="00D83705">
      <w:pPr>
        <w:spacing w:after="0" w:line="240" w:lineRule="auto"/>
        <w:jc w:val="both"/>
        <w:rPr>
          <w:rFonts w:cs="Times New Roman"/>
          <w:sz w:val="28"/>
          <w:szCs w:val="28"/>
          <w:lang w:val="kk-KZ"/>
        </w:rPr>
      </w:pPr>
      <w:r>
        <w:rPr>
          <w:b/>
          <w:color w:val="000000"/>
          <w:sz w:val="28"/>
          <w:lang w:val="kk-KZ"/>
        </w:rPr>
        <w:tab/>
      </w:r>
      <w:r w:rsidR="00BB4DAF" w:rsidRPr="00BB4DAF">
        <w:rPr>
          <w:color w:val="000000"/>
          <w:sz w:val="28"/>
          <w:lang w:val="kk-KZ"/>
        </w:rPr>
        <w:t>11.</w:t>
      </w:r>
      <w:r w:rsidR="00BB4DAF">
        <w:rPr>
          <w:b/>
          <w:color w:val="000000"/>
          <w:sz w:val="28"/>
          <w:lang w:val="kk-KZ"/>
        </w:rPr>
        <w:t xml:space="preserve"> </w:t>
      </w:r>
      <w:r w:rsidR="00BB4DAF" w:rsidRPr="00BB4DAF">
        <w:rPr>
          <w:color w:val="000000"/>
          <w:sz w:val="28"/>
          <w:lang w:val="kk-KZ"/>
        </w:rPr>
        <w:t>Мәслихат</w:t>
      </w:r>
      <w:r w:rsidR="00BB4DAF">
        <w:rPr>
          <w:b/>
          <w:color w:val="000000"/>
          <w:sz w:val="28"/>
          <w:lang w:val="kk-KZ"/>
        </w:rPr>
        <w:t xml:space="preserve"> </w:t>
      </w:r>
      <w:r w:rsidR="00BB4DAF" w:rsidRPr="00BB4DAF">
        <w:rPr>
          <w:color w:val="000000"/>
          <w:sz w:val="28"/>
          <w:lang w:val="kk-KZ"/>
        </w:rPr>
        <w:t>а</w:t>
      </w:r>
      <w:r w:rsidR="00371C0E" w:rsidRPr="00895F6B">
        <w:rPr>
          <w:rFonts w:cs="Times New Roman"/>
          <w:color w:val="000000"/>
          <w:sz w:val="28"/>
          <w:szCs w:val="28"/>
          <w:lang w:val="kk-KZ"/>
        </w:rPr>
        <w:t>ппараты</w:t>
      </w:r>
      <w:r w:rsidR="00BB4DAF">
        <w:rPr>
          <w:rFonts w:cs="Times New Roman"/>
          <w:color w:val="000000"/>
          <w:sz w:val="28"/>
          <w:szCs w:val="28"/>
          <w:lang w:val="kk-KZ"/>
        </w:rPr>
        <w:t>ның</w:t>
      </w:r>
      <w:r w:rsidR="00371C0E" w:rsidRPr="00895F6B">
        <w:rPr>
          <w:rFonts w:cs="Times New Roman"/>
          <w:color w:val="000000"/>
          <w:sz w:val="28"/>
          <w:szCs w:val="28"/>
          <w:lang w:val="kk-KZ"/>
        </w:rPr>
        <w:t xml:space="preserve"> қызметін қаржыландыру Қазақстан Республикасының заңнамасына сәйкес жергілікті бюджеттен жүзеге асырылады.</w:t>
      </w:r>
    </w:p>
    <w:p w14:paraId="5F33AF68" w14:textId="4130849F" w:rsidR="00FE39D1" w:rsidRPr="00895F6B" w:rsidRDefault="00CD5CEF" w:rsidP="00D83705">
      <w:pPr>
        <w:spacing w:after="0" w:line="240" w:lineRule="auto"/>
        <w:jc w:val="both"/>
        <w:rPr>
          <w:rFonts w:cs="Times New Roman"/>
          <w:sz w:val="28"/>
          <w:szCs w:val="28"/>
          <w:lang w:val="kk-KZ"/>
        </w:rPr>
      </w:pPr>
      <w:r>
        <w:rPr>
          <w:color w:val="000000"/>
          <w:sz w:val="28"/>
          <w:szCs w:val="28"/>
          <w:lang w:val="kk-KZ"/>
        </w:rPr>
        <w:tab/>
      </w:r>
      <w:r w:rsidR="00BB4DAF">
        <w:rPr>
          <w:rFonts w:cs="Times New Roman"/>
          <w:color w:val="000000"/>
          <w:sz w:val="28"/>
          <w:szCs w:val="28"/>
          <w:lang w:val="kk-KZ"/>
        </w:rPr>
        <w:t xml:space="preserve">12. </w:t>
      </w:r>
      <w:r w:rsidR="009B6D36">
        <w:rPr>
          <w:rFonts w:cs="Times New Roman"/>
          <w:color w:val="000000"/>
          <w:sz w:val="28"/>
          <w:szCs w:val="28"/>
          <w:lang w:val="kk-KZ"/>
        </w:rPr>
        <w:t>Мәслихат аппаратына</w:t>
      </w:r>
      <w:r w:rsidR="00371C0E" w:rsidRPr="00895F6B">
        <w:rPr>
          <w:rFonts w:cs="Times New Roman"/>
          <w:color w:val="000000"/>
          <w:sz w:val="28"/>
          <w:szCs w:val="28"/>
          <w:lang w:val="kk-KZ"/>
        </w:rPr>
        <w:t xml:space="preserve"> кәсіпкерлік субъектілерімен </w:t>
      </w:r>
      <w:r w:rsidR="009B6D36">
        <w:rPr>
          <w:rFonts w:cs="Times New Roman"/>
          <w:color w:val="000000"/>
          <w:sz w:val="28"/>
          <w:szCs w:val="28"/>
          <w:lang w:val="kk-KZ"/>
        </w:rPr>
        <w:t>Мәслихат аппаратының</w:t>
      </w:r>
      <w:r w:rsidR="00371C0E" w:rsidRPr="00895F6B">
        <w:rPr>
          <w:rFonts w:cs="Times New Roman"/>
          <w:color w:val="000000"/>
          <w:sz w:val="28"/>
          <w:szCs w:val="28"/>
          <w:lang w:val="kk-KZ"/>
        </w:rPr>
        <w:t xml:space="preserve"> өкілеттіктері болып табылатын міндеттерді орындау тұрғысынан шарттық қарым-қатынас жасауға тыйым салынады. </w:t>
      </w:r>
    </w:p>
    <w:p w14:paraId="1E838486" w14:textId="1299AAA1" w:rsidR="00CD5CEF" w:rsidRPr="00895F6B" w:rsidRDefault="00CD5CEF" w:rsidP="00D83705">
      <w:pPr>
        <w:spacing w:after="0" w:line="240" w:lineRule="auto"/>
        <w:jc w:val="both"/>
        <w:rPr>
          <w:rFonts w:cs="Times New Roman"/>
          <w:sz w:val="28"/>
          <w:szCs w:val="28"/>
          <w:lang w:val="kk-KZ"/>
        </w:rPr>
      </w:pPr>
      <w:r>
        <w:rPr>
          <w:color w:val="000000"/>
          <w:sz w:val="28"/>
          <w:szCs w:val="28"/>
          <w:lang w:val="kk-KZ"/>
        </w:rPr>
        <w:tab/>
      </w:r>
    </w:p>
    <w:p w14:paraId="43778538" w14:textId="154FB6C7" w:rsidR="00CD5CEF" w:rsidRPr="00CD5CEF" w:rsidRDefault="00CD5CEF" w:rsidP="00D83705">
      <w:pPr>
        <w:pStyle w:val="3"/>
        <w:spacing w:line="240" w:lineRule="auto"/>
        <w:jc w:val="center"/>
        <w:rPr>
          <w:rFonts w:ascii="Times New Roman" w:hAnsi="Times New Roman" w:cs="Times New Roman"/>
          <w:color w:val="auto"/>
          <w:sz w:val="28"/>
          <w:szCs w:val="28"/>
          <w:lang w:val="kk-KZ"/>
        </w:rPr>
      </w:pPr>
      <w:r w:rsidRPr="00CD5CEF">
        <w:rPr>
          <w:rFonts w:ascii="Times New Roman" w:hAnsi="Times New Roman" w:cs="Times New Roman"/>
          <w:color w:val="auto"/>
          <w:sz w:val="28"/>
          <w:szCs w:val="28"/>
          <w:lang w:val="kk-KZ"/>
        </w:rPr>
        <w:t>2-тарау. Мәслихат аппаратының мақсаттары, функциялары мен өкілеттіктері</w:t>
      </w:r>
    </w:p>
    <w:p w14:paraId="5D040007" w14:textId="545A8D2D" w:rsidR="002C7744" w:rsidRPr="00CD5CEF" w:rsidRDefault="002C7744" w:rsidP="00D83705">
      <w:pPr>
        <w:pStyle w:val="1"/>
        <w:spacing w:before="200" w:line="240" w:lineRule="auto"/>
        <w:ind w:firstLine="709"/>
        <w:jc w:val="center"/>
        <w:rPr>
          <w:rFonts w:ascii="Times New Roman" w:hAnsi="Times New Roman" w:cs="Times New Roman"/>
          <w:sz w:val="28"/>
          <w:lang w:val="kk-KZ"/>
        </w:rPr>
      </w:pPr>
    </w:p>
    <w:p w14:paraId="7D81ECD3" w14:textId="186DB183" w:rsidR="002C7744" w:rsidRPr="00426D6C" w:rsidRDefault="00426D6C" w:rsidP="00D83705">
      <w:pPr>
        <w:keepNext/>
        <w:spacing w:after="0" w:line="240" w:lineRule="auto"/>
        <w:ind w:left="710"/>
        <w:jc w:val="both"/>
        <w:rPr>
          <w:rFonts w:cs="Times New Roman"/>
          <w:sz w:val="28"/>
          <w:szCs w:val="28"/>
          <w:lang w:val="kk-KZ"/>
        </w:rPr>
      </w:pPr>
      <w:r>
        <w:rPr>
          <w:rFonts w:cs="Times New Roman"/>
          <w:color w:val="000000"/>
          <w:sz w:val="28"/>
          <w:szCs w:val="28"/>
          <w:lang w:val="kk-KZ"/>
        </w:rPr>
        <w:t xml:space="preserve">13. </w:t>
      </w:r>
      <w:r w:rsidR="00371C0E" w:rsidRPr="00426D6C">
        <w:rPr>
          <w:rFonts w:cs="Times New Roman"/>
          <w:color w:val="000000"/>
          <w:sz w:val="28"/>
          <w:szCs w:val="28"/>
          <w:lang w:val="kk-KZ"/>
        </w:rPr>
        <w:t>Мақсаттары:</w:t>
      </w:r>
    </w:p>
    <w:p w14:paraId="7C674426" w14:textId="496AE883" w:rsidR="002C7744" w:rsidRPr="00A07AB8" w:rsidRDefault="00580126" w:rsidP="00D83705">
      <w:pPr>
        <w:pStyle w:val="ac"/>
        <w:numPr>
          <w:ilvl w:val="1"/>
          <w:numId w:val="1"/>
        </w:numPr>
        <w:spacing w:after="0" w:line="240" w:lineRule="auto"/>
        <w:ind w:left="0" w:firstLine="709"/>
        <w:jc w:val="both"/>
        <w:rPr>
          <w:rFonts w:cs="Times New Roman"/>
          <w:sz w:val="28"/>
          <w:szCs w:val="28"/>
          <w:lang w:val="kk-KZ"/>
        </w:rPr>
      </w:pPr>
      <w:r>
        <w:rPr>
          <w:rFonts w:cs="Times New Roman"/>
          <w:color w:val="000000"/>
          <w:sz w:val="28"/>
          <w:szCs w:val="28"/>
          <w:lang w:val="kk-KZ"/>
        </w:rPr>
        <w:t>Түркістан облыстық</w:t>
      </w:r>
      <w:r w:rsidR="00371C0E" w:rsidRPr="00426D6C">
        <w:rPr>
          <w:rFonts w:cs="Times New Roman"/>
          <w:color w:val="000000"/>
          <w:sz w:val="28"/>
          <w:szCs w:val="28"/>
          <w:lang w:val="kk-KZ"/>
        </w:rPr>
        <w:t xml:space="preserve"> мәслихатының, оның органдары мен депутаттарының қызметін ұйымдастырушылық, құқықтық, ақпараттық-талдамалы</w:t>
      </w:r>
      <w:r w:rsidR="00371C0E" w:rsidRPr="00A07AB8">
        <w:rPr>
          <w:rFonts w:cs="Times New Roman"/>
          <w:color w:val="000000"/>
          <w:sz w:val="28"/>
          <w:szCs w:val="28"/>
          <w:lang w:val="kk-KZ"/>
        </w:rPr>
        <w:t>қ, құжаттамалық, қаржылық-шаруашылық, материалдық-техникалық және өзге де қамтамасыз ету;</w:t>
      </w:r>
    </w:p>
    <w:p w14:paraId="42B5FC6C" w14:textId="77777777" w:rsidR="00AE369E" w:rsidRDefault="00580126" w:rsidP="00D83705">
      <w:pPr>
        <w:pStyle w:val="ac"/>
        <w:numPr>
          <w:ilvl w:val="1"/>
          <w:numId w:val="1"/>
        </w:numPr>
        <w:spacing w:after="0" w:line="240" w:lineRule="auto"/>
        <w:ind w:left="0" w:firstLine="709"/>
        <w:jc w:val="both"/>
        <w:rPr>
          <w:rFonts w:cs="Times New Roman"/>
          <w:sz w:val="28"/>
          <w:szCs w:val="28"/>
          <w:lang w:val="kk-KZ"/>
        </w:rPr>
      </w:pPr>
      <w:r>
        <w:rPr>
          <w:rFonts w:cs="Times New Roman"/>
          <w:color w:val="000000"/>
          <w:sz w:val="28"/>
          <w:szCs w:val="28"/>
          <w:lang w:val="kk-KZ"/>
        </w:rPr>
        <w:t>Түркістан облыстық</w:t>
      </w:r>
      <w:r w:rsidRPr="00AE369E">
        <w:rPr>
          <w:rFonts w:cs="Times New Roman"/>
          <w:color w:val="000000"/>
          <w:sz w:val="28"/>
          <w:szCs w:val="28"/>
          <w:lang w:val="kk-KZ"/>
        </w:rPr>
        <w:t xml:space="preserve"> </w:t>
      </w:r>
      <w:r w:rsidR="00371C0E" w:rsidRPr="00AE369E">
        <w:rPr>
          <w:rFonts w:cs="Times New Roman"/>
          <w:color w:val="000000"/>
          <w:sz w:val="28"/>
          <w:szCs w:val="28"/>
          <w:lang w:val="kk-KZ"/>
        </w:rPr>
        <w:t>мәслихатының және оның органдарының Қазақстан Республикасының заңнамасында белгіленген өкілеттіктерін іске асыруы үшін қажетті жағдайлар жасау;</w:t>
      </w:r>
    </w:p>
    <w:p w14:paraId="623F7AF7" w14:textId="77777777" w:rsidR="00426D6C" w:rsidRPr="00426D6C" w:rsidRDefault="00371C0E" w:rsidP="00D83705">
      <w:pPr>
        <w:pStyle w:val="ac"/>
        <w:numPr>
          <w:ilvl w:val="1"/>
          <w:numId w:val="1"/>
        </w:numPr>
        <w:spacing w:after="0" w:line="240" w:lineRule="auto"/>
        <w:ind w:left="0" w:firstLine="709"/>
        <w:jc w:val="both"/>
        <w:rPr>
          <w:rFonts w:cs="Times New Roman"/>
          <w:sz w:val="28"/>
          <w:szCs w:val="28"/>
          <w:lang w:val="kk-KZ"/>
        </w:rPr>
      </w:pPr>
      <w:r w:rsidRPr="00AE369E">
        <w:rPr>
          <w:rFonts w:cs="Times New Roman"/>
          <w:color w:val="000000"/>
          <w:sz w:val="28"/>
          <w:szCs w:val="28"/>
          <w:lang w:val="kk-KZ"/>
        </w:rPr>
        <w:t>мәслихат қызметінің ашықтығын, халықпен, мемлекеттік органдармен, ұйымдармен және жергілікті өзін-өзі басқару органдарымен өзара іс-қимылын қамтамасыз ету.</w:t>
      </w:r>
    </w:p>
    <w:p w14:paraId="425E0C4F" w14:textId="1056852B" w:rsidR="002C7744" w:rsidRPr="00426D6C" w:rsidRDefault="00426D6C" w:rsidP="00D83705">
      <w:pPr>
        <w:pStyle w:val="ac"/>
        <w:spacing w:after="0" w:line="240" w:lineRule="auto"/>
        <w:ind w:left="709"/>
        <w:jc w:val="both"/>
        <w:rPr>
          <w:rFonts w:cs="Times New Roman"/>
          <w:sz w:val="28"/>
          <w:szCs w:val="28"/>
          <w:lang w:val="kk-KZ"/>
        </w:rPr>
      </w:pPr>
      <w:r>
        <w:rPr>
          <w:rFonts w:cs="Times New Roman"/>
          <w:sz w:val="28"/>
          <w:szCs w:val="28"/>
          <w:lang w:val="kk-KZ"/>
        </w:rPr>
        <w:t>14.</w:t>
      </w:r>
      <w:r w:rsidR="0049507D" w:rsidRPr="00426D6C">
        <w:rPr>
          <w:rFonts w:cs="Times New Roman"/>
          <w:color w:val="000000"/>
          <w:sz w:val="28"/>
          <w:szCs w:val="28"/>
          <w:lang w:val="kk-KZ"/>
        </w:rPr>
        <w:t xml:space="preserve"> </w:t>
      </w:r>
      <w:proofErr w:type="spellStart"/>
      <w:r w:rsidR="0049507D" w:rsidRPr="00426D6C">
        <w:rPr>
          <w:rFonts w:cs="Times New Roman"/>
          <w:color w:val="000000"/>
          <w:sz w:val="28"/>
          <w:szCs w:val="28"/>
        </w:rPr>
        <w:t>Өкілеттіктері</w:t>
      </w:r>
      <w:proofErr w:type="spellEnd"/>
      <w:r w:rsidR="0049507D" w:rsidRPr="00426D6C">
        <w:rPr>
          <w:rFonts w:cs="Times New Roman"/>
          <w:color w:val="000000"/>
          <w:sz w:val="28"/>
          <w:szCs w:val="28"/>
        </w:rPr>
        <w:t>:</w:t>
      </w:r>
    </w:p>
    <w:p w14:paraId="070853EB" w14:textId="77777777" w:rsidR="0018262A" w:rsidRPr="0018262A" w:rsidRDefault="00371C0E" w:rsidP="00D83705">
      <w:pPr>
        <w:pStyle w:val="ac"/>
        <w:numPr>
          <w:ilvl w:val="0"/>
          <w:numId w:val="6"/>
        </w:numPr>
        <w:spacing w:after="0" w:line="240" w:lineRule="auto"/>
        <w:ind w:left="0" w:firstLine="709"/>
        <w:jc w:val="both"/>
        <w:rPr>
          <w:rFonts w:cs="Times New Roman"/>
          <w:sz w:val="28"/>
          <w:szCs w:val="28"/>
        </w:rPr>
      </w:pPr>
      <w:proofErr w:type="spellStart"/>
      <w:r w:rsidRPr="0049507D">
        <w:rPr>
          <w:rFonts w:cs="Times New Roman"/>
          <w:color w:val="000000"/>
          <w:sz w:val="28"/>
          <w:szCs w:val="28"/>
        </w:rPr>
        <w:t>құқықтары</w:t>
      </w:r>
      <w:proofErr w:type="spellEnd"/>
      <w:r w:rsidRPr="0049507D">
        <w:rPr>
          <w:rFonts w:cs="Times New Roman"/>
          <w:color w:val="000000"/>
          <w:sz w:val="28"/>
          <w:szCs w:val="28"/>
        </w:rPr>
        <w:t xml:space="preserve">: </w:t>
      </w:r>
    </w:p>
    <w:p w14:paraId="017C99F6" w14:textId="6BA2100E" w:rsidR="006C43B1" w:rsidRPr="006C43B1" w:rsidRDefault="0018262A" w:rsidP="00D83705">
      <w:pPr>
        <w:pStyle w:val="ac"/>
        <w:spacing w:after="0" w:line="240" w:lineRule="auto"/>
        <w:ind w:left="0" w:firstLine="709"/>
        <w:jc w:val="both"/>
        <w:rPr>
          <w:rFonts w:cs="Times New Roman"/>
          <w:color w:val="000000"/>
          <w:sz w:val="28"/>
          <w:szCs w:val="28"/>
          <w:lang w:val="kk-KZ"/>
        </w:rPr>
      </w:pPr>
      <w:r>
        <w:rPr>
          <w:rFonts w:cs="Times New Roman"/>
          <w:color w:val="000000"/>
          <w:sz w:val="28"/>
          <w:szCs w:val="28"/>
          <w:lang w:val="kk-KZ"/>
        </w:rPr>
        <w:t>1.1)</w:t>
      </w:r>
      <w:r w:rsidR="004034B5">
        <w:rPr>
          <w:rFonts w:cs="Times New Roman"/>
          <w:color w:val="000000"/>
          <w:sz w:val="28"/>
          <w:szCs w:val="28"/>
          <w:lang w:val="kk-KZ"/>
        </w:rPr>
        <w:t xml:space="preserve"> </w:t>
      </w:r>
      <w:proofErr w:type="spellStart"/>
      <w:r w:rsidR="00371C0E" w:rsidRPr="0049507D">
        <w:rPr>
          <w:rFonts w:cs="Times New Roman"/>
          <w:color w:val="000000"/>
          <w:sz w:val="28"/>
          <w:szCs w:val="28"/>
        </w:rPr>
        <w:t>өз</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құзыреті</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шегінде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мемлекеттік</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органдардан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ұйымдардан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лауазымды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адамдардан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қажетті</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ақпаратты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құжаттар</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материалдарды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сұратуға</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алуға</w:t>
      </w:r>
      <w:proofErr w:type="spellEnd"/>
      <w:r w:rsidR="00371C0E" w:rsidRPr="0049507D">
        <w:rPr>
          <w:rFonts w:cs="Times New Roman"/>
          <w:color w:val="000000"/>
          <w:sz w:val="28"/>
          <w:szCs w:val="28"/>
        </w:rPr>
        <w:t>;</w:t>
      </w:r>
      <w:bookmarkStart w:id="2" w:name="z35"/>
      <w:r w:rsidR="006C43B1" w:rsidRPr="006C43B1">
        <w:rPr>
          <w:b/>
          <w:color w:val="000000"/>
          <w:sz w:val="28"/>
          <w:lang w:val="kk-KZ"/>
        </w:rPr>
        <w:t>   </w:t>
      </w:r>
      <w:bookmarkEnd w:id="2"/>
    </w:p>
    <w:p w14:paraId="1EDEFC1E" w14:textId="792857AE" w:rsidR="006C43B1" w:rsidRDefault="0018262A" w:rsidP="00D83705">
      <w:pPr>
        <w:pStyle w:val="ac"/>
        <w:tabs>
          <w:tab w:val="left" w:pos="851"/>
        </w:tabs>
        <w:spacing w:after="0" w:line="240" w:lineRule="auto"/>
        <w:ind w:left="0" w:firstLine="709"/>
        <w:jc w:val="both"/>
        <w:rPr>
          <w:rFonts w:cs="Times New Roman"/>
          <w:color w:val="000000"/>
          <w:sz w:val="28"/>
          <w:szCs w:val="28"/>
          <w:lang w:val="kk-KZ"/>
        </w:rPr>
      </w:pPr>
      <w:r>
        <w:rPr>
          <w:rFonts w:cs="Times New Roman"/>
          <w:color w:val="000000"/>
          <w:sz w:val="28"/>
          <w:szCs w:val="28"/>
          <w:lang w:val="kk-KZ"/>
        </w:rPr>
        <w:t>1.2.</w:t>
      </w:r>
      <w:r w:rsidR="00AA58DA">
        <w:rPr>
          <w:rFonts w:cs="Times New Roman"/>
          <w:color w:val="000000"/>
          <w:sz w:val="28"/>
          <w:szCs w:val="28"/>
          <w:lang w:val="kk-KZ"/>
        </w:rPr>
        <w:t>)</w:t>
      </w:r>
      <w:r w:rsidR="00371C0E" w:rsidRPr="006C43B1">
        <w:rPr>
          <w:rFonts w:cs="Times New Roman"/>
          <w:color w:val="000000"/>
          <w:sz w:val="28"/>
          <w:szCs w:val="28"/>
          <w:lang w:val="kk-KZ"/>
        </w:rPr>
        <w:t xml:space="preserve"> аппараттың құзыретіне жататын мәселелер бойынша кеңестерге, комиссияларға және жұмыс топтарына қатысуға; </w:t>
      </w:r>
    </w:p>
    <w:p w14:paraId="0F029A68" w14:textId="0D035CFB" w:rsidR="00AA58DA" w:rsidRPr="00764CA6" w:rsidRDefault="00AA58DA" w:rsidP="00D83705">
      <w:pPr>
        <w:pStyle w:val="ac"/>
        <w:spacing w:after="0" w:line="240" w:lineRule="auto"/>
        <w:ind w:left="0" w:firstLine="709"/>
        <w:jc w:val="both"/>
        <w:rPr>
          <w:rFonts w:cs="Times New Roman"/>
          <w:color w:val="000000"/>
          <w:sz w:val="28"/>
          <w:szCs w:val="28"/>
          <w:lang w:val="kk-KZ"/>
        </w:rPr>
      </w:pPr>
      <w:r>
        <w:rPr>
          <w:rFonts w:cs="Times New Roman"/>
          <w:color w:val="000000"/>
          <w:sz w:val="28"/>
          <w:szCs w:val="28"/>
          <w:lang w:val="kk-KZ"/>
        </w:rPr>
        <w:t>1.3)</w:t>
      </w:r>
      <w:r w:rsidR="00D83705">
        <w:rPr>
          <w:rFonts w:cs="Times New Roman"/>
          <w:color w:val="000000"/>
          <w:sz w:val="28"/>
          <w:szCs w:val="28"/>
          <w:lang w:val="kk-KZ"/>
        </w:rPr>
        <w:t xml:space="preserve"> </w:t>
      </w:r>
      <w:r w:rsidR="00371C0E" w:rsidRPr="00764CA6">
        <w:rPr>
          <w:rFonts w:cs="Times New Roman"/>
          <w:color w:val="000000"/>
          <w:sz w:val="28"/>
          <w:szCs w:val="28"/>
          <w:lang w:val="kk-KZ"/>
        </w:rPr>
        <w:t>Қазақстан Республикасының заңнамасында белгіленген тәртіппен мемлекеттік ақпараттық жүйелер мен дерекқорларды пайдалануға;</w:t>
      </w:r>
    </w:p>
    <w:p w14:paraId="3AED23BF" w14:textId="6AC5E82B" w:rsidR="00AA58DA" w:rsidRPr="00764CA6" w:rsidRDefault="00AA58DA" w:rsidP="00D83705">
      <w:pPr>
        <w:pStyle w:val="ac"/>
        <w:spacing w:after="0" w:line="240" w:lineRule="auto"/>
        <w:ind w:left="0" w:firstLine="709"/>
        <w:jc w:val="both"/>
        <w:rPr>
          <w:rFonts w:cs="Times New Roman"/>
          <w:color w:val="000000"/>
          <w:sz w:val="28"/>
          <w:szCs w:val="28"/>
          <w:lang w:val="kk-KZ"/>
        </w:rPr>
      </w:pPr>
      <w:r>
        <w:rPr>
          <w:rFonts w:cs="Times New Roman"/>
          <w:color w:val="000000"/>
          <w:sz w:val="28"/>
          <w:szCs w:val="28"/>
          <w:lang w:val="kk-KZ"/>
        </w:rPr>
        <w:t>1.4)</w:t>
      </w:r>
      <w:r w:rsidR="00371C0E" w:rsidRPr="00764CA6">
        <w:rPr>
          <w:rFonts w:cs="Times New Roman"/>
          <w:color w:val="000000"/>
          <w:sz w:val="28"/>
          <w:szCs w:val="28"/>
          <w:lang w:val="kk-KZ"/>
        </w:rPr>
        <w:t xml:space="preserve"> аппараттың құқықтары мен заңды мүдделерін мемлекеттік органдарда, өзге де ұйымдарда және сотта білдіруге; </w:t>
      </w:r>
    </w:p>
    <w:p w14:paraId="2D0B1994" w14:textId="785B98B3" w:rsidR="002C7744" w:rsidRPr="00764CA6" w:rsidRDefault="00AA58DA" w:rsidP="00D83705">
      <w:pPr>
        <w:pStyle w:val="ac"/>
        <w:spacing w:after="0" w:line="240" w:lineRule="auto"/>
        <w:ind w:left="0" w:firstLine="709"/>
        <w:jc w:val="both"/>
        <w:rPr>
          <w:rFonts w:cs="Times New Roman"/>
          <w:color w:val="000000"/>
          <w:sz w:val="28"/>
          <w:szCs w:val="28"/>
          <w:lang w:val="kk-KZ"/>
        </w:rPr>
      </w:pPr>
      <w:r>
        <w:rPr>
          <w:rFonts w:cs="Times New Roman"/>
          <w:color w:val="000000"/>
          <w:sz w:val="28"/>
          <w:szCs w:val="28"/>
          <w:lang w:val="kk-KZ"/>
        </w:rPr>
        <w:t>1.5)</w:t>
      </w:r>
      <w:r w:rsidR="00D83705">
        <w:rPr>
          <w:rFonts w:cs="Times New Roman"/>
          <w:color w:val="000000"/>
          <w:sz w:val="28"/>
          <w:szCs w:val="28"/>
          <w:lang w:val="kk-KZ"/>
        </w:rPr>
        <w:t xml:space="preserve"> </w:t>
      </w:r>
      <w:r w:rsidR="00371C0E" w:rsidRPr="00764CA6">
        <w:rPr>
          <w:rFonts w:cs="Times New Roman"/>
          <w:color w:val="000000"/>
          <w:sz w:val="28"/>
          <w:szCs w:val="28"/>
          <w:lang w:val="kk-KZ"/>
        </w:rPr>
        <w:t>Қазақстан Республикасының заңнамасында көзделген өзге де құқықтарды жүзеге асыруға;</w:t>
      </w:r>
    </w:p>
    <w:p w14:paraId="402033CA" w14:textId="77777777" w:rsidR="006C43B1" w:rsidRPr="006C43B1" w:rsidRDefault="00371C0E" w:rsidP="00D83705">
      <w:pPr>
        <w:pStyle w:val="ac"/>
        <w:numPr>
          <w:ilvl w:val="0"/>
          <w:numId w:val="6"/>
        </w:numPr>
        <w:spacing w:after="0" w:line="240" w:lineRule="auto"/>
        <w:ind w:left="0" w:firstLine="709"/>
        <w:jc w:val="both"/>
        <w:rPr>
          <w:rFonts w:cs="Times New Roman"/>
          <w:sz w:val="28"/>
          <w:szCs w:val="28"/>
        </w:rPr>
      </w:pPr>
      <w:proofErr w:type="spellStart"/>
      <w:r w:rsidRPr="0049507D">
        <w:rPr>
          <w:rFonts w:cs="Times New Roman"/>
          <w:color w:val="000000"/>
          <w:sz w:val="28"/>
          <w:szCs w:val="28"/>
        </w:rPr>
        <w:t>міндеттері</w:t>
      </w:r>
      <w:proofErr w:type="spellEnd"/>
      <w:r w:rsidRPr="0049507D">
        <w:rPr>
          <w:rFonts w:cs="Times New Roman"/>
          <w:color w:val="000000"/>
          <w:sz w:val="28"/>
          <w:szCs w:val="28"/>
        </w:rPr>
        <w:t xml:space="preserve">: </w:t>
      </w:r>
    </w:p>
    <w:p w14:paraId="395A653F" w14:textId="77777777" w:rsidR="006C43B1" w:rsidRDefault="006C43B1" w:rsidP="00D83705">
      <w:pPr>
        <w:pStyle w:val="ac"/>
        <w:spacing w:after="0" w:line="240" w:lineRule="auto"/>
        <w:ind w:left="0" w:firstLine="709"/>
        <w:jc w:val="both"/>
        <w:rPr>
          <w:rFonts w:cs="Times New Roman"/>
          <w:color w:val="000000"/>
          <w:sz w:val="28"/>
          <w:szCs w:val="28"/>
        </w:rPr>
      </w:pPr>
      <w:r>
        <w:rPr>
          <w:rFonts w:cs="Times New Roman"/>
          <w:color w:val="000000"/>
          <w:sz w:val="28"/>
          <w:szCs w:val="28"/>
          <w:lang w:val="kk-KZ"/>
        </w:rPr>
        <w:t xml:space="preserve">2.1) </w:t>
      </w:r>
      <w:proofErr w:type="spellStart"/>
      <w:r w:rsidR="00371C0E" w:rsidRPr="0049507D">
        <w:rPr>
          <w:rFonts w:cs="Times New Roman"/>
          <w:color w:val="000000"/>
          <w:sz w:val="28"/>
          <w:szCs w:val="28"/>
        </w:rPr>
        <w:t>Қазақстан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Республикасының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Конституциясы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заңдарын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жеке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заңды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тұлғалардың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құқықтары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заңды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мүдделерін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сақтауға</w:t>
      </w:r>
      <w:proofErr w:type="spellEnd"/>
      <w:r w:rsidR="00371C0E" w:rsidRPr="0049507D">
        <w:rPr>
          <w:rFonts w:cs="Times New Roman"/>
          <w:color w:val="000000"/>
          <w:sz w:val="28"/>
          <w:szCs w:val="28"/>
        </w:rPr>
        <w:t>;</w:t>
      </w:r>
    </w:p>
    <w:p w14:paraId="759CF05E" w14:textId="4F7291FD" w:rsidR="006C43B1" w:rsidRDefault="006C43B1" w:rsidP="00D83705">
      <w:pPr>
        <w:pStyle w:val="ac"/>
        <w:spacing w:after="0" w:line="240" w:lineRule="auto"/>
        <w:ind w:left="0" w:firstLine="709"/>
        <w:jc w:val="both"/>
        <w:rPr>
          <w:rFonts w:cs="Times New Roman"/>
          <w:color w:val="000000"/>
          <w:sz w:val="28"/>
          <w:szCs w:val="28"/>
        </w:rPr>
      </w:pPr>
      <w:r>
        <w:rPr>
          <w:rFonts w:cs="Times New Roman"/>
          <w:color w:val="000000"/>
          <w:sz w:val="28"/>
          <w:szCs w:val="28"/>
          <w:lang w:val="kk-KZ"/>
        </w:rPr>
        <w:t>2.2)</w:t>
      </w:r>
      <w:r>
        <w:rPr>
          <w:rFonts w:cs="Times New Roman"/>
          <w:color w:val="000000"/>
          <w:sz w:val="28"/>
          <w:szCs w:val="28"/>
          <w:lang w:val="kk-KZ"/>
        </w:rPr>
        <w:tab/>
      </w:r>
      <w:proofErr w:type="spellStart"/>
      <w:r w:rsidR="00371C0E" w:rsidRPr="0049507D">
        <w:rPr>
          <w:rFonts w:cs="Times New Roman"/>
          <w:color w:val="000000"/>
          <w:sz w:val="28"/>
          <w:szCs w:val="28"/>
        </w:rPr>
        <w:t>аппаратқа</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жүктелген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мақсаттар</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функциялардың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уақтылы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сапалы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орындалуын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қамтамасыз</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етуге</w:t>
      </w:r>
      <w:proofErr w:type="spellEnd"/>
      <w:r w:rsidR="00371C0E" w:rsidRPr="0049507D">
        <w:rPr>
          <w:rFonts w:cs="Times New Roman"/>
          <w:color w:val="000000"/>
          <w:sz w:val="28"/>
          <w:szCs w:val="28"/>
        </w:rPr>
        <w:t xml:space="preserve">; </w:t>
      </w:r>
    </w:p>
    <w:p w14:paraId="769C790D" w14:textId="19D4F640" w:rsidR="006C43B1" w:rsidRDefault="006C43B1" w:rsidP="00D83705">
      <w:pPr>
        <w:pStyle w:val="ac"/>
        <w:spacing w:after="0" w:line="240" w:lineRule="auto"/>
        <w:ind w:left="0" w:firstLine="709"/>
        <w:jc w:val="both"/>
        <w:rPr>
          <w:rFonts w:cs="Times New Roman"/>
          <w:color w:val="000000"/>
          <w:sz w:val="28"/>
          <w:szCs w:val="28"/>
        </w:rPr>
      </w:pPr>
      <w:r>
        <w:rPr>
          <w:rFonts w:cs="Times New Roman"/>
          <w:color w:val="000000"/>
          <w:sz w:val="28"/>
          <w:szCs w:val="28"/>
          <w:lang w:val="kk-KZ"/>
        </w:rPr>
        <w:t xml:space="preserve">2.3) </w:t>
      </w:r>
      <w:proofErr w:type="spellStart"/>
      <w:r w:rsidR="00371C0E" w:rsidRPr="0049507D">
        <w:rPr>
          <w:rFonts w:cs="Times New Roman"/>
          <w:color w:val="000000"/>
          <w:sz w:val="28"/>
          <w:szCs w:val="28"/>
        </w:rPr>
        <w:t>бюджет</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қаражаты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мемлекеттік</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мүліктің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тиімді</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мақсатты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пайдаланылуын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қамтамасыз</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етуге</w:t>
      </w:r>
      <w:proofErr w:type="spellEnd"/>
      <w:r w:rsidR="00371C0E" w:rsidRPr="0049507D">
        <w:rPr>
          <w:rFonts w:cs="Times New Roman"/>
          <w:color w:val="000000"/>
          <w:sz w:val="28"/>
          <w:szCs w:val="28"/>
        </w:rPr>
        <w:t>;</w:t>
      </w:r>
    </w:p>
    <w:p w14:paraId="47E933DE" w14:textId="067EEFE6" w:rsidR="006C43B1" w:rsidRDefault="006C43B1" w:rsidP="00D83705">
      <w:pPr>
        <w:pStyle w:val="ac"/>
        <w:spacing w:after="0" w:line="240" w:lineRule="auto"/>
        <w:ind w:left="0" w:firstLine="709"/>
        <w:jc w:val="both"/>
        <w:rPr>
          <w:rFonts w:cs="Times New Roman"/>
          <w:color w:val="000000"/>
          <w:sz w:val="28"/>
          <w:szCs w:val="28"/>
        </w:rPr>
      </w:pPr>
      <w:r>
        <w:rPr>
          <w:rFonts w:cs="Times New Roman"/>
          <w:color w:val="000000"/>
          <w:sz w:val="28"/>
          <w:szCs w:val="28"/>
          <w:lang w:val="kk-KZ"/>
        </w:rPr>
        <w:lastRenderedPageBreak/>
        <w:t>2.4)</w:t>
      </w:r>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құжаттардың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жолданымдардың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депутаттық</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сауалдардың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заңнамада</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белгіленген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тәртіппен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қаралуын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қамтамасыз</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етуге</w:t>
      </w:r>
      <w:proofErr w:type="spellEnd"/>
      <w:r w:rsidR="00371C0E" w:rsidRPr="0049507D">
        <w:rPr>
          <w:rFonts w:cs="Times New Roman"/>
          <w:color w:val="000000"/>
          <w:sz w:val="28"/>
          <w:szCs w:val="28"/>
        </w:rPr>
        <w:t>;</w:t>
      </w:r>
    </w:p>
    <w:p w14:paraId="30F8E74A" w14:textId="14738DE2" w:rsidR="006C43B1" w:rsidRDefault="006C43B1" w:rsidP="00D83705">
      <w:pPr>
        <w:pStyle w:val="ac"/>
        <w:spacing w:after="0" w:line="240" w:lineRule="auto"/>
        <w:ind w:left="0" w:firstLine="709"/>
        <w:jc w:val="both"/>
        <w:rPr>
          <w:rFonts w:cs="Times New Roman"/>
          <w:color w:val="000000"/>
          <w:sz w:val="28"/>
          <w:szCs w:val="28"/>
        </w:rPr>
      </w:pPr>
      <w:r>
        <w:rPr>
          <w:rFonts w:cs="Times New Roman"/>
          <w:color w:val="000000"/>
          <w:sz w:val="28"/>
          <w:szCs w:val="28"/>
          <w:lang w:val="kk-KZ"/>
        </w:rPr>
        <w:t>2.5)</w:t>
      </w:r>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мемлекеттік</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құпияларды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дербес</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деректерді</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заңмен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қорғалатын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өзге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де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құпияны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қорғауға</w:t>
      </w:r>
      <w:proofErr w:type="spellEnd"/>
      <w:r w:rsidR="00371C0E" w:rsidRPr="0049507D">
        <w:rPr>
          <w:rFonts w:cs="Times New Roman"/>
          <w:color w:val="000000"/>
          <w:sz w:val="28"/>
          <w:szCs w:val="28"/>
        </w:rPr>
        <w:t xml:space="preserve">; </w:t>
      </w:r>
    </w:p>
    <w:p w14:paraId="23ED40BC" w14:textId="20B58D53" w:rsidR="006C43B1" w:rsidRDefault="006C43B1" w:rsidP="00D83705">
      <w:pPr>
        <w:pStyle w:val="ac"/>
        <w:spacing w:after="0" w:line="240" w:lineRule="auto"/>
        <w:ind w:left="0" w:firstLine="709"/>
        <w:jc w:val="both"/>
        <w:rPr>
          <w:rFonts w:cs="Times New Roman"/>
          <w:color w:val="000000"/>
          <w:sz w:val="28"/>
          <w:szCs w:val="28"/>
        </w:rPr>
      </w:pPr>
      <w:r>
        <w:rPr>
          <w:rFonts w:cs="Times New Roman"/>
          <w:color w:val="000000"/>
          <w:sz w:val="28"/>
          <w:szCs w:val="28"/>
          <w:lang w:val="kk-KZ"/>
        </w:rPr>
        <w:t xml:space="preserve">2.6) </w:t>
      </w:r>
      <w:proofErr w:type="spellStart"/>
      <w:r w:rsidR="00371C0E" w:rsidRPr="0049507D">
        <w:rPr>
          <w:rFonts w:cs="Times New Roman"/>
          <w:color w:val="000000"/>
          <w:sz w:val="28"/>
          <w:szCs w:val="28"/>
        </w:rPr>
        <w:t>сыбайлас</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жемқорлыққа</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қарсы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іс-қимыл</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және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мемлекеттік</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қызмет</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туралы</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заңнама</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талаптарын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сақтауға</w:t>
      </w:r>
      <w:proofErr w:type="spellEnd"/>
      <w:r w:rsidR="00371C0E" w:rsidRPr="0049507D">
        <w:rPr>
          <w:rFonts w:cs="Times New Roman"/>
          <w:color w:val="000000"/>
          <w:sz w:val="28"/>
          <w:szCs w:val="28"/>
        </w:rPr>
        <w:t xml:space="preserve">; </w:t>
      </w:r>
    </w:p>
    <w:p w14:paraId="1DE1054E" w14:textId="78F98A29" w:rsidR="002C7744" w:rsidRPr="0049507D" w:rsidRDefault="006C43B1" w:rsidP="00D83705">
      <w:pPr>
        <w:pStyle w:val="ac"/>
        <w:spacing w:after="0" w:line="240" w:lineRule="auto"/>
        <w:ind w:left="0" w:firstLine="709"/>
        <w:jc w:val="both"/>
        <w:rPr>
          <w:rFonts w:cs="Times New Roman"/>
          <w:sz w:val="28"/>
          <w:szCs w:val="28"/>
        </w:rPr>
      </w:pPr>
      <w:r>
        <w:rPr>
          <w:rFonts w:cs="Times New Roman"/>
          <w:color w:val="000000"/>
          <w:sz w:val="28"/>
          <w:szCs w:val="28"/>
          <w:lang w:val="kk-KZ"/>
        </w:rPr>
        <w:t xml:space="preserve">2.7) </w:t>
      </w:r>
      <w:proofErr w:type="spellStart"/>
      <w:r w:rsidR="00371C0E" w:rsidRPr="0049507D">
        <w:rPr>
          <w:rFonts w:cs="Times New Roman"/>
          <w:color w:val="000000"/>
          <w:sz w:val="28"/>
          <w:szCs w:val="28"/>
        </w:rPr>
        <w:t>Қазақстан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Республикасының</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заңнамасында</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белгіленген</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өзге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де</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міндеттерді</w:t>
      </w:r>
      <w:proofErr w:type="spellEnd"/>
      <w:r w:rsidR="00371C0E" w:rsidRPr="0049507D">
        <w:rPr>
          <w:rFonts w:cs="Times New Roman"/>
          <w:color w:val="000000"/>
          <w:sz w:val="28"/>
          <w:szCs w:val="28"/>
        </w:rPr>
        <w:t xml:space="preserve"> </w:t>
      </w:r>
      <w:proofErr w:type="spellStart"/>
      <w:r w:rsidR="00371C0E" w:rsidRPr="0049507D">
        <w:rPr>
          <w:rFonts w:cs="Times New Roman"/>
          <w:color w:val="000000"/>
          <w:sz w:val="28"/>
          <w:szCs w:val="28"/>
        </w:rPr>
        <w:t>орындауға</w:t>
      </w:r>
      <w:proofErr w:type="spellEnd"/>
      <w:r w:rsidR="00371C0E" w:rsidRPr="0049507D">
        <w:rPr>
          <w:rFonts w:cs="Times New Roman"/>
          <w:color w:val="000000"/>
          <w:sz w:val="28"/>
          <w:szCs w:val="28"/>
        </w:rPr>
        <w:t>.</w:t>
      </w:r>
    </w:p>
    <w:p w14:paraId="5C954033" w14:textId="28F9056E" w:rsidR="002C7744" w:rsidRPr="00E81B67" w:rsidRDefault="00E81B67" w:rsidP="00D83705">
      <w:pPr>
        <w:keepNext/>
        <w:spacing w:after="0" w:line="240" w:lineRule="auto"/>
        <w:ind w:left="710"/>
        <w:jc w:val="both"/>
        <w:rPr>
          <w:rFonts w:cs="Times New Roman"/>
          <w:sz w:val="28"/>
          <w:szCs w:val="28"/>
        </w:rPr>
      </w:pPr>
      <w:r>
        <w:rPr>
          <w:rFonts w:cs="Times New Roman"/>
          <w:color w:val="000000"/>
          <w:sz w:val="28"/>
          <w:szCs w:val="28"/>
          <w:lang w:val="kk-KZ"/>
        </w:rPr>
        <w:t>15.</w:t>
      </w:r>
      <w:proofErr w:type="spellStart"/>
      <w:r w:rsidR="00371C0E" w:rsidRPr="00E81B67">
        <w:rPr>
          <w:rFonts w:cs="Times New Roman"/>
          <w:color w:val="000000"/>
          <w:sz w:val="28"/>
          <w:szCs w:val="28"/>
        </w:rPr>
        <w:t>Функциялары</w:t>
      </w:r>
      <w:proofErr w:type="spellEnd"/>
      <w:r w:rsidR="00371C0E" w:rsidRPr="00E81B67">
        <w:rPr>
          <w:rFonts w:cs="Times New Roman"/>
          <w:color w:val="000000"/>
          <w:sz w:val="28"/>
          <w:szCs w:val="28"/>
        </w:rPr>
        <w:t>:</w:t>
      </w:r>
    </w:p>
    <w:p w14:paraId="64CCCD93" w14:textId="77777777" w:rsidR="002C7744" w:rsidRPr="0049507D" w:rsidRDefault="00371C0E" w:rsidP="00D83705">
      <w:pPr>
        <w:pStyle w:val="ac"/>
        <w:numPr>
          <w:ilvl w:val="0"/>
          <w:numId w:val="7"/>
        </w:numPr>
        <w:spacing w:after="0" w:line="240" w:lineRule="auto"/>
        <w:ind w:left="0" w:firstLine="709"/>
        <w:jc w:val="both"/>
        <w:rPr>
          <w:rFonts w:cs="Times New Roman"/>
          <w:sz w:val="28"/>
          <w:szCs w:val="28"/>
        </w:rPr>
      </w:pPr>
      <w:proofErr w:type="spellStart"/>
      <w:r w:rsidRPr="0049507D">
        <w:rPr>
          <w:rFonts w:cs="Times New Roman"/>
          <w:color w:val="000000"/>
          <w:sz w:val="28"/>
          <w:szCs w:val="28"/>
        </w:rPr>
        <w:t>мәслихат</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сессияларын</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мәслихаттың</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тұрақты</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және</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уақытша</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комиссияларының</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өзге</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де</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органдарының</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отырыстарын</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ұйымдастырушылық</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және</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құжаттамалық</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қамтамасыз</w:t>
      </w:r>
      <w:proofErr w:type="spellEnd"/>
      <w:r w:rsidRPr="0049507D">
        <w:rPr>
          <w:rFonts w:cs="Times New Roman"/>
          <w:color w:val="000000"/>
          <w:sz w:val="28"/>
          <w:szCs w:val="28"/>
        </w:rPr>
        <w:t xml:space="preserve"> </w:t>
      </w:r>
      <w:proofErr w:type="spellStart"/>
      <w:r w:rsidRPr="0049507D">
        <w:rPr>
          <w:rFonts w:cs="Times New Roman"/>
          <w:color w:val="000000"/>
          <w:sz w:val="28"/>
          <w:szCs w:val="28"/>
        </w:rPr>
        <w:t>ету</w:t>
      </w:r>
      <w:proofErr w:type="spellEnd"/>
      <w:r w:rsidRPr="0049507D">
        <w:rPr>
          <w:rFonts w:cs="Times New Roman"/>
          <w:color w:val="000000"/>
          <w:sz w:val="28"/>
          <w:szCs w:val="28"/>
        </w:rPr>
        <w:t>;</w:t>
      </w:r>
    </w:p>
    <w:p w14:paraId="1FF77392"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мәслихаттың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жұмыс</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жоспарларын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сессиялардың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комиссиялар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отырыстарының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күн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тәртібі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жобаларын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әзірлеуді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қажетті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материалдарды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жинауды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жүйелеуді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депутаттарға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уақтылы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ұсынуды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w:t>
      </w:r>
    </w:p>
    <w:p w14:paraId="7319627B"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пен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органдары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актілерінің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жобаларын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құқықтық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сүйемелдеуді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олардың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Қазақстан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Республикасының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заңнамасына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сәйкестігін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тексеруді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w:t>
      </w:r>
    </w:p>
    <w:p w14:paraId="2FE3FC99"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сессияларының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тұрақты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уақытша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комиссиялар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отырыстарының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хаттамаларын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ресімдеу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қабылданған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шешімдер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ұсынымдарды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орындаушыларға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жеткізу</w:t>
      </w:r>
      <w:proofErr w:type="spellEnd"/>
      <w:r w:rsidRPr="008121EA">
        <w:rPr>
          <w:rFonts w:cs="Times New Roman"/>
          <w:color w:val="000000"/>
          <w:sz w:val="28"/>
          <w:szCs w:val="28"/>
        </w:rPr>
        <w:t>;</w:t>
      </w:r>
    </w:p>
    <w:p w14:paraId="585E536B"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шешімдерінің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комиссиялар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ұсынымдарының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хаттамалық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тапсырмалардың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орындалуына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мониторинг</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жүргізу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олардың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іске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асырылу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барысы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туралы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ақпарат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дайындау</w:t>
      </w:r>
      <w:proofErr w:type="spellEnd"/>
      <w:r w:rsidRPr="008121EA">
        <w:rPr>
          <w:rFonts w:cs="Times New Roman"/>
          <w:color w:val="000000"/>
          <w:sz w:val="28"/>
          <w:szCs w:val="28"/>
        </w:rPr>
        <w:t>;</w:t>
      </w:r>
    </w:p>
    <w:p w14:paraId="35B327E8"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депутаттарына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өз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өкілеттіктерін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жүзеге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асыруда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ұйымдастырушылық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құқықтық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ақпараттық-талдамалық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консультациялық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көмек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көрсету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оларды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қажетті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материалдармен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w:t>
      </w:r>
    </w:p>
    <w:p w14:paraId="350EC8AC"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депутаттық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сауалдар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депутаттық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өтініштерді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тіркеу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олардың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қаралуына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жауаптардың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заңнамада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белгіленген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мерзімдерде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ұсынылуына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мониторинг</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жүргізу</w:t>
      </w:r>
      <w:proofErr w:type="spellEnd"/>
      <w:r w:rsidRPr="008121EA">
        <w:rPr>
          <w:rFonts w:cs="Times New Roman"/>
          <w:color w:val="000000"/>
          <w:sz w:val="28"/>
          <w:szCs w:val="28"/>
        </w:rPr>
        <w:t>;</w:t>
      </w:r>
    </w:p>
    <w:p w14:paraId="13353CB6"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депутаттарына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жаза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қолдануға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байланысты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мәселелерді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дайындау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сондай-ақ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сессиялары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органдарының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отырыстарына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депутаттардың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қатысуын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мониторингтеу</w:t>
      </w:r>
      <w:proofErr w:type="spellEnd"/>
      <w:r w:rsidRPr="008121EA">
        <w:rPr>
          <w:rFonts w:cs="Times New Roman"/>
          <w:color w:val="000000"/>
          <w:sz w:val="28"/>
          <w:szCs w:val="28"/>
        </w:rPr>
        <w:t>;</w:t>
      </w:r>
    </w:p>
    <w:p w14:paraId="7C66DDDE"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депутаттардың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сайлаушылармен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кездесулерін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азаматтарды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қабылдауын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мәслихаттың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халықпен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кері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байланысын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ұйымдастырушылық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w:t>
      </w:r>
    </w:p>
    <w:p w14:paraId="115A7FFE"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жеке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заңды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тұлғалардың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жолданымдарын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Қазақстан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Республикасының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заңнамасына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сәйкес</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қабылдау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тіркеу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қарау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азаматтарды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жеке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қабылдауды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ұйымдастыру</w:t>
      </w:r>
      <w:proofErr w:type="spellEnd"/>
      <w:r w:rsidRPr="008121EA">
        <w:rPr>
          <w:rFonts w:cs="Times New Roman"/>
          <w:color w:val="000000"/>
          <w:sz w:val="28"/>
          <w:szCs w:val="28"/>
        </w:rPr>
        <w:t>;</w:t>
      </w:r>
    </w:p>
    <w:p w14:paraId="57ECEDF1"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мәслихаттың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қызметі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туралы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ақпараттық-талдамалық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материалдар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анықтамалар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баяндамалар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басқа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құжаттар</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дайындау</w:t>
      </w:r>
      <w:proofErr w:type="spellEnd"/>
      <w:r w:rsidRPr="008121EA">
        <w:rPr>
          <w:rFonts w:cs="Times New Roman"/>
          <w:color w:val="000000"/>
          <w:sz w:val="28"/>
          <w:szCs w:val="28"/>
        </w:rPr>
        <w:t>;</w:t>
      </w:r>
    </w:p>
    <w:p w14:paraId="37711902"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lastRenderedPageBreak/>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қызметінің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ашықтығын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шешімдерін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өзге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ақпаратты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заңнамада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белгіленген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тәртіппен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ресми</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жариялауды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интернет-ресурста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орналастыруды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ұйымдастыру</w:t>
      </w:r>
      <w:proofErr w:type="spellEnd"/>
      <w:r w:rsidRPr="008121EA">
        <w:rPr>
          <w:rFonts w:cs="Times New Roman"/>
          <w:color w:val="000000"/>
          <w:sz w:val="28"/>
          <w:szCs w:val="28"/>
        </w:rPr>
        <w:t>;</w:t>
      </w:r>
    </w:p>
    <w:p w14:paraId="08D92F22"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мәслихаттың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қағаздарын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жүргізуді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құжат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айналымын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мұрағат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мемлекеттік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тілдің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қолданылуын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ұйымдастыру</w:t>
      </w:r>
      <w:proofErr w:type="spellEnd"/>
      <w:r w:rsidRPr="008121EA">
        <w:rPr>
          <w:rFonts w:cs="Times New Roman"/>
          <w:color w:val="000000"/>
          <w:sz w:val="28"/>
          <w:szCs w:val="28"/>
        </w:rPr>
        <w:t>;</w:t>
      </w:r>
    </w:p>
    <w:p w14:paraId="0EF1D0D2" w14:textId="7C249B45" w:rsidR="002C7744" w:rsidRPr="008121EA" w:rsidRDefault="006C0484" w:rsidP="00D83705">
      <w:pPr>
        <w:numPr>
          <w:ilvl w:val="0"/>
          <w:numId w:val="7"/>
        </w:numPr>
        <w:spacing w:after="0" w:line="240" w:lineRule="auto"/>
        <w:ind w:left="0" w:firstLine="709"/>
        <w:jc w:val="both"/>
        <w:rPr>
          <w:rFonts w:cs="Times New Roman"/>
          <w:sz w:val="28"/>
          <w:szCs w:val="28"/>
        </w:rPr>
      </w:pPr>
      <w:r>
        <w:rPr>
          <w:rFonts w:cs="Times New Roman"/>
          <w:color w:val="000000"/>
          <w:sz w:val="28"/>
          <w:szCs w:val="28"/>
          <w:lang w:val="kk-KZ"/>
        </w:rPr>
        <w:t xml:space="preserve">Мәслихат </w:t>
      </w:r>
      <w:proofErr w:type="spellStart"/>
      <w:r w:rsidR="00371C0E" w:rsidRPr="008121EA">
        <w:rPr>
          <w:rFonts w:cs="Times New Roman"/>
          <w:color w:val="000000"/>
          <w:sz w:val="28"/>
          <w:szCs w:val="28"/>
        </w:rPr>
        <w:t>аппарат</w:t>
      </w:r>
      <w:proofErr w:type="spellEnd"/>
      <w:r>
        <w:rPr>
          <w:rFonts w:cs="Times New Roman"/>
          <w:color w:val="000000"/>
          <w:sz w:val="28"/>
          <w:szCs w:val="28"/>
          <w:lang w:val="kk-KZ"/>
        </w:rPr>
        <w:t>ында</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еңбек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қатынастары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персоналды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басқару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тәртіп</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қызметшілердің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әдеп</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нормаларын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сақтау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олардың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біліктілігін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арттыру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жөніндегі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жұмысты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ұйымдастыру</w:t>
      </w:r>
      <w:proofErr w:type="spellEnd"/>
      <w:r w:rsidR="00371C0E" w:rsidRPr="008121EA">
        <w:rPr>
          <w:rFonts w:cs="Times New Roman"/>
          <w:color w:val="000000"/>
          <w:sz w:val="28"/>
          <w:szCs w:val="28"/>
        </w:rPr>
        <w:t>;</w:t>
      </w:r>
    </w:p>
    <w:p w14:paraId="79FBABC5"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бюджеттік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жоспарлау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бухгалтерлік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есеп</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пен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есептілік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мемлекеттік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сатып</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алу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аппарат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мүлкін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есепке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алу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сақтау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пен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органдарының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қызметін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материалдық-техникалық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жөніндегі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жұмысты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жүзеге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асыру</w:t>
      </w:r>
      <w:proofErr w:type="spellEnd"/>
      <w:r w:rsidRPr="008121EA">
        <w:rPr>
          <w:rFonts w:cs="Times New Roman"/>
          <w:color w:val="000000"/>
          <w:sz w:val="28"/>
          <w:szCs w:val="28"/>
        </w:rPr>
        <w:t>;</w:t>
      </w:r>
    </w:p>
    <w:p w14:paraId="46F99FF9" w14:textId="1F74157A" w:rsidR="002C7744" w:rsidRPr="008121EA" w:rsidRDefault="006C0484" w:rsidP="00D83705">
      <w:pPr>
        <w:numPr>
          <w:ilvl w:val="0"/>
          <w:numId w:val="7"/>
        </w:numPr>
        <w:spacing w:after="0" w:line="240" w:lineRule="auto"/>
        <w:ind w:left="0" w:firstLine="709"/>
        <w:jc w:val="both"/>
        <w:rPr>
          <w:rFonts w:cs="Times New Roman"/>
          <w:sz w:val="28"/>
          <w:szCs w:val="28"/>
        </w:rPr>
      </w:pPr>
      <w:r>
        <w:rPr>
          <w:rFonts w:cs="Times New Roman"/>
          <w:color w:val="000000"/>
          <w:sz w:val="28"/>
          <w:szCs w:val="28"/>
          <w:lang w:val="kk-KZ"/>
        </w:rPr>
        <w:t>Мәслихат аппаратының</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құзыреті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шегінде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сыбайлас</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жемқорлыққа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қарсы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іс-қимыл</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ақпараттық</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қауіпсіздік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дербес</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деректерді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заңмен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қорғалатын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өзге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құпияны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қорғау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жөніндегі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шараларды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іске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асыру</w:t>
      </w:r>
      <w:proofErr w:type="spellEnd"/>
      <w:r w:rsidR="00371C0E" w:rsidRPr="008121EA">
        <w:rPr>
          <w:rFonts w:cs="Times New Roman"/>
          <w:color w:val="000000"/>
          <w:sz w:val="28"/>
          <w:szCs w:val="28"/>
        </w:rPr>
        <w:t>;</w:t>
      </w:r>
    </w:p>
    <w:p w14:paraId="717AF396" w14:textId="77777777" w:rsidR="002C7744" w:rsidRPr="008121EA" w:rsidRDefault="00371C0E" w:rsidP="00D83705">
      <w:pPr>
        <w:numPr>
          <w:ilvl w:val="0"/>
          <w:numId w:val="7"/>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мемлекеттік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органдармен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ұйымдармен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жергілікті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өзін-өзі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басқару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органдарымен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бұқаралық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ақпарат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құралдарымен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қоғамдық</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бірлестіктермен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өзара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іс-қимылды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ету</w:t>
      </w:r>
      <w:proofErr w:type="spellEnd"/>
      <w:r w:rsidRPr="008121EA">
        <w:rPr>
          <w:rFonts w:cs="Times New Roman"/>
          <w:color w:val="000000"/>
          <w:sz w:val="28"/>
          <w:szCs w:val="28"/>
        </w:rPr>
        <w:t>;</w:t>
      </w:r>
    </w:p>
    <w:p w14:paraId="14DFC36C" w14:textId="2FEBB9BE" w:rsidR="002C7744" w:rsidRPr="00D83705" w:rsidRDefault="00371C0E" w:rsidP="00D83705">
      <w:pPr>
        <w:pStyle w:val="ac"/>
        <w:numPr>
          <w:ilvl w:val="0"/>
          <w:numId w:val="7"/>
        </w:numPr>
        <w:spacing w:after="0" w:line="240" w:lineRule="auto"/>
        <w:ind w:left="0" w:firstLine="708"/>
        <w:jc w:val="both"/>
        <w:rPr>
          <w:rFonts w:cs="Times New Roman"/>
          <w:sz w:val="28"/>
          <w:szCs w:val="28"/>
          <w:lang w:val="kk-KZ"/>
        </w:rPr>
      </w:pPr>
      <w:r w:rsidRPr="00D83705">
        <w:rPr>
          <w:rFonts w:cs="Times New Roman"/>
          <w:color w:val="000000"/>
          <w:sz w:val="28"/>
          <w:szCs w:val="28"/>
          <w:lang w:val="kk-KZ"/>
        </w:rPr>
        <w:t>Қазақстан Республикасының заңнамасында және осы Ережеде көзделген өзге де функцияларды жүзеге асыру.</w:t>
      </w:r>
    </w:p>
    <w:p w14:paraId="3662BC16" w14:textId="77777777" w:rsidR="007763FF" w:rsidRPr="00D83705" w:rsidRDefault="007763FF" w:rsidP="00D83705">
      <w:pPr>
        <w:pStyle w:val="ac"/>
        <w:spacing w:after="0" w:line="240" w:lineRule="auto"/>
        <w:ind w:left="709"/>
        <w:jc w:val="both"/>
        <w:rPr>
          <w:rFonts w:cs="Times New Roman"/>
          <w:sz w:val="28"/>
          <w:szCs w:val="28"/>
          <w:lang w:val="kk-KZ"/>
        </w:rPr>
      </w:pPr>
    </w:p>
    <w:p w14:paraId="0FA04344" w14:textId="5C34DD5D" w:rsidR="00F542D9" w:rsidRPr="009B6D36" w:rsidRDefault="00F542D9" w:rsidP="00D83705">
      <w:pPr>
        <w:pStyle w:val="3"/>
        <w:spacing w:line="240" w:lineRule="auto"/>
        <w:jc w:val="center"/>
        <w:rPr>
          <w:rFonts w:ascii="Times New Roman" w:hAnsi="Times New Roman" w:cs="Times New Roman"/>
          <w:color w:val="auto"/>
          <w:sz w:val="27"/>
          <w:lang w:val="kk-KZ"/>
        </w:rPr>
      </w:pPr>
      <w:r w:rsidRPr="009B6D36">
        <w:rPr>
          <w:rFonts w:ascii="Times New Roman" w:hAnsi="Times New Roman" w:cs="Times New Roman"/>
          <w:color w:val="auto"/>
          <w:sz w:val="28"/>
          <w:szCs w:val="28"/>
          <w:lang w:val="kk-KZ"/>
        </w:rPr>
        <w:t>3-тарау. Мәслихат аппараты басшысының мәртебесі, өкілеттіктері</w:t>
      </w:r>
    </w:p>
    <w:p w14:paraId="51AB4EDC" w14:textId="40D7F2BC" w:rsidR="002C7744" w:rsidRPr="009B6D36" w:rsidRDefault="00E55436" w:rsidP="00D83705">
      <w:pPr>
        <w:pStyle w:val="1"/>
        <w:spacing w:before="200" w:line="240" w:lineRule="auto"/>
        <w:ind w:firstLine="709"/>
        <w:jc w:val="both"/>
        <w:rPr>
          <w:rFonts w:ascii="Times New Roman" w:hAnsi="Times New Roman" w:cs="Times New Roman"/>
          <w:b w:val="0"/>
          <w:sz w:val="28"/>
          <w:lang w:val="kk-KZ"/>
        </w:rPr>
      </w:pPr>
      <w:r w:rsidRPr="00E81B67">
        <w:rPr>
          <w:rFonts w:ascii="Times New Roman" w:hAnsi="Times New Roman" w:cs="Times New Roman"/>
          <w:b w:val="0"/>
          <w:sz w:val="28"/>
          <w:lang w:val="kk-KZ"/>
        </w:rPr>
        <w:t xml:space="preserve">16. </w:t>
      </w:r>
      <w:r w:rsidR="00E81B67">
        <w:rPr>
          <w:rFonts w:ascii="Times New Roman" w:hAnsi="Times New Roman" w:cs="Times New Roman"/>
          <w:b w:val="0"/>
          <w:sz w:val="28"/>
          <w:lang w:val="kk-KZ"/>
        </w:rPr>
        <w:t>Мәслихат а</w:t>
      </w:r>
      <w:r w:rsidR="00371C0E" w:rsidRPr="009B6D36">
        <w:rPr>
          <w:rFonts w:ascii="Times New Roman" w:hAnsi="Times New Roman" w:cs="Times New Roman"/>
          <w:b w:val="0"/>
          <w:sz w:val="28"/>
          <w:lang w:val="kk-KZ"/>
        </w:rPr>
        <w:t>ппарат</w:t>
      </w:r>
      <w:r w:rsidR="00E81B67">
        <w:rPr>
          <w:rFonts w:ascii="Times New Roman" w:hAnsi="Times New Roman" w:cs="Times New Roman"/>
          <w:b w:val="0"/>
          <w:sz w:val="28"/>
          <w:lang w:val="kk-KZ"/>
        </w:rPr>
        <w:t>ы</w:t>
      </w:r>
      <w:r w:rsidR="00D558F9" w:rsidRPr="00E81B67">
        <w:rPr>
          <w:rFonts w:ascii="Times New Roman" w:hAnsi="Times New Roman" w:cs="Times New Roman"/>
          <w:b w:val="0"/>
          <w:sz w:val="28"/>
          <w:lang w:val="kk-KZ"/>
        </w:rPr>
        <w:t xml:space="preserve"> қызметіне басшылықты</w:t>
      </w:r>
      <w:r w:rsidR="00371C0E" w:rsidRPr="009B6D36">
        <w:rPr>
          <w:rFonts w:ascii="Times New Roman" w:hAnsi="Times New Roman" w:cs="Times New Roman"/>
          <w:b w:val="0"/>
          <w:sz w:val="28"/>
          <w:lang w:val="kk-KZ"/>
        </w:rPr>
        <w:t xml:space="preserve"> </w:t>
      </w:r>
      <w:r w:rsidR="00A8062C">
        <w:rPr>
          <w:rFonts w:ascii="Times New Roman" w:hAnsi="Times New Roman" w:cs="Times New Roman"/>
          <w:b w:val="0"/>
          <w:sz w:val="28"/>
          <w:lang w:val="kk-KZ"/>
        </w:rPr>
        <w:t>м</w:t>
      </w:r>
      <w:r w:rsidR="00E81B67">
        <w:rPr>
          <w:rFonts w:ascii="Times New Roman" w:hAnsi="Times New Roman" w:cs="Times New Roman"/>
          <w:b w:val="0"/>
          <w:sz w:val="28"/>
          <w:lang w:val="kk-KZ"/>
        </w:rPr>
        <w:t xml:space="preserve">әслихат </w:t>
      </w:r>
      <w:r w:rsidR="00D558F9" w:rsidRPr="00E81B67">
        <w:rPr>
          <w:rFonts w:ascii="Times New Roman" w:hAnsi="Times New Roman" w:cs="Times New Roman"/>
          <w:b w:val="0"/>
          <w:sz w:val="28"/>
          <w:lang w:val="kk-KZ"/>
        </w:rPr>
        <w:t>а</w:t>
      </w:r>
      <w:r w:rsidR="00371C0E" w:rsidRPr="009B6D36">
        <w:rPr>
          <w:rFonts w:ascii="Times New Roman" w:hAnsi="Times New Roman" w:cs="Times New Roman"/>
          <w:b w:val="0"/>
          <w:sz w:val="28"/>
          <w:lang w:val="kk-KZ"/>
        </w:rPr>
        <w:t>ппарат</w:t>
      </w:r>
      <w:r w:rsidR="00E81B67">
        <w:rPr>
          <w:rFonts w:ascii="Times New Roman" w:hAnsi="Times New Roman" w:cs="Times New Roman"/>
          <w:b w:val="0"/>
          <w:sz w:val="28"/>
          <w:lang w:val="kk-KZ"/>
        </w:rPr>
        <w:t xml:space="preserve">ына </w:t>
      </w:r>
      <w:r w:rsidR="00371C0E" w:rsidRPr="009B6D36">
        <w:rPr>
          <w:rFonts w:ascii="Times New Roman" w:hAnsi="Times New Roman" w:cs="Times New Roman"/>
          <w:b w:val="0"/>
          <w:sz w:val="28"/>
          <w:lang w:val="kk-KZ"/>
        </w:rPr>
        <w:t xml:space="preserve"> жүктелген мақсаттар мен функциялардың орындалуына және оның өз өкілеттіктерін жүзеге асыруына дербес жауапты бола</w:t>
      </w:r>
      <w:r w:rsidR="00950677" w:rsidRPr="00E81B67">
        <w:rPr>
          <w:rFonts w:ascii="Times New Roman" w:hAnsi="Times New Roman" w:cs="Times New Roman"/>
          <w:b w:val="0"/>
          <w:sz w:val="28"/>
          <w:lang w:val="kk-KZ"/>
        </w:rPr>
        <w:t>тын мәслихат</w:t>
      </w:r>
      <w:r w:rsidR="007B19F7" w:rsidRPr="00E81B67">
        <w:rPr>
          <w:rFonts w:ascii="Times New Roman" w:hAnsi="Times New Roman" w:cs="Times New Roman"/>
          <w:b w:val="0"/>
          <w:sz w:val="28"/>
          <w:lang w:val="kk-KZ"/>
        </w:rPr>
        <w:t xml:space="preserve"> </w:t>
      </w:r>
      <w:r w:rsidR="00950677" w:rsidRPr="00E81B67">
        <w:rPr>
          <w:rFonts w:ascii="Times New Roman" w:hAnsi="Times New Roman" w:cs="Times New Roman"/>
          <w:b w:val="0"/>
          <w:sz w:val="28"/>
          <w:lang w:val="kk-KZ"/>
        </w:rPr>
        <w:t>аппаратының басшысы жүзеге асырады.</w:t>
      </w:r>
    </w:p>
    <w:p w14:paraId="33FD1C86" w14:textId="0EFADD0B" w:rsidR="002C7744" w:rsidRPr="009B6D36" w:rsidRDefault="007B19F7" w:rsidP="00D83705">
      <w:pPr>
        <w:spacing w:after="0" w:line="240" w:lineRule="auto"/>
        <w:ind w:firstLine="709"/>
        <w:jc w:val="both"/>
        <w:rPr>
          <w:rFonts w:cs="Times New Roman"/>
          <w:sz w:val="28"/>
          <w:szCs w:val="28"/>
          <w:lang w:val="kk-KZ"/>
        </w:rPr>
      </w:pPr>
      <w:r>
        <w:rPr>
          <w:rFonts w:cs="Times New Roman"/>
          <w:color w:val="000000"/>
          <w:sz w:val="28"/>
          <w:szCs w:val="28"/>
          <w:lang w:val="kk-KZ"/>
        </w:rPr>
        <w:t xml:space="preserve">17. </w:t>
      </w:r>
      <w:r w:rsidR="00E81B67">
        <w:rPr>
          <w:rFonts w:cs="Times New Roman"/>
          <w:color w:val="000000"/>
          <w:sz w:val="28"/>
          <w:szCs w:val="28"/>
          <w:lang w:val="kk-KZ"/>
        </w:rPr>
        <w:t>Мәслихат а</w:t>
      </w:r>
      <w:r w:rsidR="00371C0E" w:rsidRPr="009B6D36">
        <w:rPr>
          <w:rFonts w:cs="Times New Roman"/>
          <w:color w:val="000000"/>
          <w:sz w:val="28"/>
          <w:szCs w:val="28"/>
          <w:lang w:val="kk-KZ"/>
        </w:rPr>
        <w:t>ппарат</w:t>
      </w:r>
      <w:r w:rsidR="00E81B67">
        <w:rPr>
          <w:rFonts w:cs="Times New Roman"/>
          <w:color w:val="000000"/>
          <w:sz w:val="28"/>
          <w:szCs w:val="28"/>
          <w:lang w:val="kk-KZ"/>
        </w:rPr>
        <w:t>ы</w:t>
      </w:r>
      <w:r w:rsidR="00371C0E" w:rsidRPr="009B6D36">
        <w:rPr>
          <w:rFonts w:cs="Times New Roman"/>
          <w:color w:val="000000"/>
          <w:sz w:val="28"/>
          <w:szCs w:val="28"/>
          <w:lang w:val="kk-KZ"/>
        </w:rPr>
        <w:t xml:space="preserve"> басшысын Қазақстан Республикасының заңнамасына сәйкес </w:t>
      </w:r>
      <w:r w:rsidR="00BB1075">
        <w:rPr>
          <w:rFonts w:cs="Times New Roman"/>
          <w:color w:val="000000"/>
          <w:sz w:val="28"/>
          <w:szCs w:val="28"/>
          <w:lang w:val="kk-KZ"/>
        </w:rPr>
        <w:t>Түркістан облыстық</w:t>
      </w:r>
      <w:r w:rsidR="00371C0E" w:rsidRPr="009B6D36">
        <w:rPr>
          <w:rFonts w:cs="Times New Roman"/>
          <w:color w:val="000000"/>
          <w:sz w:val="28"/>
          <w:szCs w:val="28"/>
          <w:lang w:val="kk-KZ"/>
        </w:rPr>
        <w:t xml:space="preserve"> мәслихатының төрағасы лауазымға тағайындайды және лауазымнан босатады.</w:t>
      </w:r>
      <w:r w:rsidR="00781302" w:rsidRPr="009B6D36">
        <w:rPr>
          <w:rFonts w:cs="Times New Roman"/>
          <w:color w:val="000000"/>
          <w:sz w:val="28"/>
          <w:szCs w:val="28"/>
          <w:lang w:val="kk-KZ"/>
        </w:rPr>
        <w:t xml:space="preserve"> </w:t>
      </w:r>
      <w:r w:rsidR="00E81B67">
        <w:rPr>
          <w:rFonts w:cs="Times New Roman"/>
          <w:color w:val="000000"/>
          <w:sz w:val="28"/>
          <w:szCs w:val="28"/>
          <w:lang w:val="kk-KZ"/>
        </w:rPr>
        <w:t>Мәслихат а</w:t>
      </w:r>
      <w:r w:rsidR="00781302" w:rsidRPr="009B6D36">
        <w:rPr>
          <w:rFonts w:cs="Times New Roman"/>
          <w:color w:val="000000"/>
          <w:sz w:val="28"/>
          <w:szCs w:val="28"/>
          <w:lang w:val="kk-KZ"/>
        </w:rPr>
        <w:t>ппарат</w:t>
      </w:r>
      <w:r w:rsidR="00E81B67" w:rsidRPr="009B6D36">
        <w:rPr>
          <w:rFonts w:cs="Times New Roman"/>
          <w:color w:val="000000"/>
          <w:sz w:val="28"/>
          <w:szCs w:val="28"/>
          <w:lang w:val="kk-KZ"/>
        </w:rPr>
        <w:t>ы</w:t>
      </w:r>
      <w:r w:rsidR="00781302" w:rsidRPr="009B6D36">
        <w:rPr>
          <w:rFonts w:cs="Times New Roman"/>
          <w:color w:val="000000"/>
          <w:sz w:val="28"/>
          <w:szCs w:val="28"/>
          <w:lang w:val="kk-KZ"/>
        </w:rPr>
        <w:t xml:space="preserve"> басшысын </w:t>
      </w:r>
      <w:r w:rsidR="00781302">
        <w:rPr>
          <w:rFonts w:cs="Times New Roman"/>
          <w:color w:val="000000"/>
          <w:sz w:val="28"/>
          <w:szCs w:val="28"/>
          <w:lang w:val="kk-KZ"/>
        </w:rPr>
        <w:t xml:space="preserve">тәртіптік жауаптылыққа тарту мәселелері мәслихат төрағасының өкімімен шешіледі. </w:t>
      </w:r>
    </w:p>
    <w:p w14:paraId="6A2EB061" w14:textId="5DD32C82" w:rsidR="002C7744" w:rsidRPr="007B19F7" w:rsidRDefault="007B19F7" w:rsidP="00D83705">
      <w:pPr>
        <w:keepNext/>
        <w:spacing w:after="0" w:line="240" w:lineRule="auto"/>
        <w:ind w:left="710"/>
        <w:jc w:val="both"/>
        <w:rPr>
          <w:rFonts w:cs="Times New Roman"/>
          <w:sz w:val="28"/>
          <w:szCs w:val="28"/>
        </w:rPr>
      </w:pPr>
      <w:r>
        <w:rPr>
          <w:rFonts w:cs="Times New Roman"/>
          <w:color w:val="000000"/>
          <w:sz w:val="28"/>
          <w:szCs w:val="28"/>
          <w:lang w:val="kk-KZ"/>
        </w:rPr>
        <w:t>18.</w:t>
      </w:r>
      <w:r w:rsidR="001542AF" w:rsidRPr="007B19F7">
        <w:rPr>
          <w:rFonts w:cs="Times New Roman"/>
          <w:color w:val="000000"/>
          <w:sz w:val="28"/>
          <w:szCs w:val="28"/>
          <w:lang w:val="kk-KZ"/>
        </w:rPr>
        <w:t xml:space="preserve"> </w:t>
      </w:r>
      <w:r w:rsidR="00E81B67">
        <w:rPr>
          <w:rFonts w:cs="Times New Roman"/>
          <w:color w:val="000000"/>
          <w:sz w:val="28"/>
          <w:szCs w:val="28"/>
          <w:lang w:val="kk-KZ"/>
        </w:rPr>
        <w:t>Мәслихат а</w:t>
      </w:r>
      <w:proofErr w:type="spellStart"/>
      <w:r w:rsidR="0049507D" w:rsidRPr="007B19F7">
        <w:rPr>
          <w:rFonts w:cs="Times New Roman"/>
          <w:color w:val="000000"/>
          <w:sz w:val="28"/>
          <w:szCs w:val="28"/>
        </w:rPr>
        <w:t>ппарат</w:t>
      </w:r>
      <w:proofErr w:type="spellEnd"/>
      <w:r w:rsidR="00E81B67">
        <w:rPr>
          <w:rFonts w:cs="Times New Roman"/>
          <w:color w:val="000000"/>
          <w:sz w:val="28"/>
          <w:szCs w:val="28"/>
          <w:lang w:val="kk-KZ"/>
        </w:rPr>
        <w:t>ы</w:t>
      </w:r>
      <w:r w:rsidR="0049507D" w:rsidRPr="007B19F7">
        <w:rPr>
          <w:rFonts w:cs="Times New Roman"/>
          <w:color w:val="000000"/>
          <w:sz w:val="28"/>
          <w:szCs w:val="28"/>
        </w:rPr>
        <w:t xml:space="preserve"> </w:t>
      </w:r>
      <w:proofErr w:type="spellStart"/>
      <w:r w:rsidR="0049507D" w:rsidRPr="007B19F7">
        <w:rPr>
          <w:rFonts w:cs="Times New Roman"/>
          <w:color w:val="000000"/>
          <w:sz w:val="28"/>
          <w:szCs w:val="28"/>
        </w:rPr>
        <w:t>басшысының</w:t>
      </w:r>
      <w:proofErr w:type="spellEnd"/>
      <w:r w:rsidR="0049507D" w:rsidRPr="007B19F7">
        <w:rPr>
          <w:rFonts w:cs="Times New Roman"/>
          <w:color w:val="000000"/>
          <w:sz w:val="28"/>
          <w:szCs w:val="28"/>
        </w:rPr>
        <w:t xml:space="preserve"> </w:t>
      </w:r>
      <w:proofErr w:type="spellStart"/>
      <w:r w:rsidR="0049507D" w:rsidRPr="007B19F7">
        <w:rPr>
          <w:rFonts w:cs="Times New Roman"/>
          <w:color w:val="000000"/>
          <w:sz w:val="28"/>
          <w:szCs w:val="28"/>
        </w:rPr>
        <w:t>өкілеттіктері</w:t>
      </w:r>
      <w:proofErr w:type="spellEnd"/>
      <w:r w:rsidR="0049507D" w:rsidRPr="007B19F7">
        <w:rPr>
          <w:rFonts w:cs="Times New Roman"/>
          <w:color w:val="000000"/>
          <w:sz w:val="28"/>
          <w:szCs w:val="28"/>
        </w:rPr>
        <w:t>:</w:t>
      </w:r>
    </w:p>
    <w:p w14:paraId="1C315BFF" w14:textId="409E673D" w:rsidR="002C7744" w:rsidRPr="008121EA" w:rsidRDefault="008514E9"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М</w:t>
      </w:r>
      <w:proofErr w:type="spellStart"/>
      <w:r w:rsidR="00371C0E" w:rsidRPr="008121EA">
        <w:rPr>
          <w:rFonts w:cs="Times New Roman"/>
          <w:color w:val="000000"/>
          <w:sz w:val="28"/>
          <w:szCs w:val="28"/>
        </w:rPr>
        <w:t>әслихат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аппаратының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қызметіне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басшылық</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жасайды</w:t>
      </w:r>
      <w:proofErr w:type="spellEnd"/>
      <w:r w:rsidR="00371C0E" w:rsidRPr="008121EA">
        <w:rPr>
          <w:rFonts w:cs="Times New Roman"/>
          <w:color w:val="000000"/>
          <w:sz w:val="28"/>
          <w:szCs w:val="28"/>
        </w:rPr>
        <w:t>;</w:t>
      </w:r>
    </w:p>
    <w:p w14:paraId="2CA3088D" w14:textId="5E119A5C" w:rsidR="002C7744" w:rsidRPr="008121EA" w:rsidRDefault="00371C0E" w:rsidP="00D83705">
      <w:pPr>
        <w:numPr>
          <w:ilvl w:val="0"/>
          <w:numId w:val="8"/>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өз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құзыреті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шегінде</w:t>
      </w:r>
      <w:proofErr w:type="spellEnd"/>
      <w:r w:rsidRPr="008121EA">
        <w:rPr>
          <w:rFonts w:cs="Times New Roman"/>
          <w:color w:val="000000"/>
          <w:sz w:val="28"/>
          <w:szCs w:val="28"/>
        </w:rPr>
        <w:t xml:space="preserve"> </w:t>
      </w:r>
      <w:r w:rsidR="00132DD2">
        <w:rPr>
          <w:rFonts w:cs="Times New Roman"/>
          <w:color w:val="000000"/>
          <w:sz w:val="28"/>
          <w:szCs w:val="28"/>
          <w:lang w:val="kk-KZ"/>
        </w:rPr>
        <w:t xml:space="preserve">мәслихат </w:t>
      </w:r>
      <w:proofErr w:type="spellStart"/>
      <w:r w:rsidRPr="008121EA">
        <w:rPr>
          <w:rFonts w:cs="Times New Roman"/>
          <w:color w:val="000000"/>
          <w:sz w:val="28"/>
          <w:szCs w:val="28"/>
        </w:rPr>
        <w:t>аппараты</w:t>
      </w:r>
      <w:proofErr w:type="spellEnd"/>
      <w:r w:rsidR="00132DD2">
        <w:rPr>
          <w:rFonts w:cs="Times New Roman"/>
          <w:color w:val="000000"/>
          <w:sz w:val="28"/>
          <w:szCs w:val="28"/>
          <w:lang w:val="kk-KZ"/>
        </w:rPr>
        <w:t>ның</w:t>
      </w:r>
      <w:r w:rsidRPr="008121EA">
        <w:rPr>
          <w:rFonts w:cs="Times New Roman"/>
          <w:color w:val="000000"/>
          <w:sz w:val="28"/>
          <w:szCs w:val="28"/>
        </w:rPr>
        <w:t xml:space="preserve"> </w:t>
      </w:r>
      <w:proofErr w:type="spellStart"/>
      <w:r w:rsidRPr="008121EA">
        <w:rPr>
          <w:rFonts w:cs="Times New Roman"/>
          <w:color w:val="000000"/>
          <w:sz w:val="28"/>
          <w:szCs w:val="28"/>
        </w:rPr>
        <w:t>қызметін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ұйымдастырады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үйлестіреді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бақылайды</w:t>
      </w:r>
      <w:proofErr w:type="spellEnd"/>
      <w:r w:rsidRPr="008121EA">
        <w:rPr>
          <w:rFonts w:cs="Times New Roman"/>
          <w:color w:val="000000"/>
          <w:sz w:val="28"/>
          <w:szCs w:val="28"/>
        </w:rPr>
        <w:t>;</w:t>
      </w:r>
    </w:p>
    <w:p w14:paraId="058BC492" w14:textId="10B584C2" w:rsidR="002C7744" w:rsidRPr="00E473D6" w:rsidRDefault="00CE5524"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М</w:t>
      </w:r>
      <w:proofErr w:type="spellStart"/>
      <w:r w:rsidR="00371C0E" w:rsidRPr="008121EA">
        <w:rPr>
          <w:rFonts w:cs="Times New Roman"/>
          <w:color w:val="000000"/>
          <w:sz w:val="28"/>
          <w:szCs w:val="28"/>
        </w:rPr>
        <w:t>әслихат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аппаратының</w:t>
      </w:r>
      <w:proofErr w:type="spellEnd"/>
      <w:r w:rsidR="00371C0E" w:rsidRPr="008121EA">
        <w:rPr>
          <w:rFonts w:cs="Times New Roman"/>
          <w:color w:val="000000"/>
          <w:sz w:val="28"/>
          <w:szCs w:val="28"/>
        </w:rPr>
        <w:t xml:space="preserve"> «Б» </w:t>
      </w:r>
      <w:proofErr w:type="spellStart"/>
      <w:r w:rsidR="00371C0E" w:rsidRPr="008121EA">
        <w:rPr>
          <w:rFonts w:cs="Times New Roman"/>
          <w:color w:val="000000"/>
          <w:sz w:val="28"/>
          <w:szCs w:val="28"/>
        </w:rPr>
        <w:t>корпусының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әкімшілік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қызметшілерін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лауазымдарға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тағайындайды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лауазымдардан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босатады</w:t>
      </w:r>
      <w:proofErr w:type="spellEnd"/>
      <w:r w:rsidR="00371C0E" w:rsidRPr="008121EA">
        <w:rPr>
          <w:rFonts w:cs="Times New Roman"/>
          <w:color w:val="000000"/>
          <w:sz w:val="28"/>
          <w:szCs w:val="28"/>
        </w:rPr>
        <w:t>;</w:t>
      </w:r>
    </w:p>
    <w:p w14:paraId="14B182BE" w14:textId="51B66510" w:rsidR="00E473D6" w:rsidRPr="008121EA" w:rsidRDefault="00E473D6" w:rsidP="00D83705">
      <w:pPr>
        <w:numPr>
          <w:ilvl w:val="0"/>
          <w:numId w:val="8"/>
        </w:numPr>
        <w:spacing w:after="0" w:line="240" w:lineRule="auto"/>
        <w:ind w:left="0" w:firstLine="709"/>
        <w:jc w:val="both"/>
        <w:rPr>
          <w:rFonts w:cs="Times New Roman"/>
          <w:sz w:val="28"/>
          <w:szCs w:val="28"/>
        </w:rPr>
      </w:pPr>
      <w:r>
        <w:rPr>
          <w:rFonts w:cs="Times New Roman"/>
          <w:sz w:val="28"/>
          <w:szCs w:val="28"/>
          <w:lang w:val="kk-KZ"/>
        </w:rPr>
        <w:t>т</w:t>
      </w:r>
      <w:proofErr w:type="spellStart"/>
      <w:r w:rsidRPr="00E473D6">
        <w:rPr>
          <w:rFonts w:cs="Times New Roman"/>
          <w:sz w:val="28"/>
          <w:szCs w:val="28"/>
        </w:rPr>
        <w:t>ехникалық</w:t>
      </w:r>
      <w:proofErr w:type="spellEnd"/>
      <w:r w:rsidRPr="00E473D6">
        <w:rPr>
          <w:rFonts w:cs="Times New Roman"/>
          <w:sz w:val="28"/>
          <w:szCs w:val="28"/>
        </w:rPr>
        <w:t xml:space="preserve"> </w:t>
      </w:r>
      <w:proofErr w:type="spellStart"/>
      <w:r w:rsidRPr="00E473D6">
        <w:rPr>
          <w:rFonts w:cs="Times New Roman"/>
          <w:sz w:val="28"/>
          <w:szCs w:val="28"/>
        </w:rPr>
        <w:t>персоналдың</w:t>
      </w:r>
      <w:proofErr w:type="spellEnd"/>
      <w:r w:rsidRPr="00E473D6">
        <w:rPr>
          <w:rFonts w:cs="Times New Roman"/>
          <w:sz w:val="28"/>
          <w:szCs w:val="28"/>
        </w:rPr>
        <w:t xml:space="preserve"> </w:t>
      </w:r>
      <w:proofErr w:type="spellStart"/>
      <w:r w:rsidRPr="00E473D6">
        <w:rPr>
          <w:rFonts w:cs="Times New Roman"/>
          <w:sz w:val="28"/>
          <w:szCs w:val="28"/>
        </w:rPr>
        <w:t>және</w:t>
      </w:r>
      <w:proofErr w:type="spellEnd"/>
      <w:r w:rsidRPr="00E473D6">
        <w:rPr>
          <w:rFonts w:cs="Times New Roman"/>
          <w:sz w:val="28"/>
          <w:szCs w:val="28"/>
        </w:rPr>
        <w:t xml:space="preserve"> </w:t>
      </w:r>
      <w:proofErr w:type="spellStart"/>
      <w:r w:rsidRPr="00E473D6">
        <w:rPr>
          <w:rFonts w:cs="Times New Roman"/>
          <w:sz w:val="28"/>
          <w:szCs w:val="28"/>
        </w:rPr>
        <w:t>келісімшарттық</w:t>
      </w:r>
      <w:proofErr w:type="spellEnd"/>
      <w:r w:rsidRPr="00E473D6">
        <w:rPr>
          <w:rFonts w:cs="Times New Roman"/>
          <w:sz w:val="28"/>
          <w:szCs w:val="28"/>
        </w:rPr>
        <w:t xml:space="preserve"> </w:t>
      </w:r>
      <w:proofErr w:type="spellStart"/>
      <w:r w:rsidRPr="00E473D6">
        <w:rPr>
          <w:rFonts w:cs="Times New Roman"/>
          <w:sz w:val="28"/>
          <w:szCs w:val="28"/>
        </w:rPr>
        <w:t>қызметшілерді</w:t>
      </w:r>
      <w:proofErr w:type="spellEnd"/>
      <w:r w:rsidRPr="00E473D6">
        <w:rPr>
          <w:rFonts w:cs="Times New Roman"/>
          <w:sz w:val="28"/>
          <w:szCs w:val="28"/>
        </w:rPr>
        <w:t xml:space="preserve"> </w:t>
      </w:r>
      <w:r>
        <w:rPr>
          <w:rFonts w:cs="Times New Roman"/>
          <w:sz w:val="28"/>
          <w:szCs w:val="28"/>
          <w:lang w:val="kk-KZ"/>
        </w:rPr>
        <w:t xml:space="preserve">жұмысқа қабылдайды және босатады; </w:t>
      </w:r>
    </w:p>
    <w:p w14:paraId="5E00C31E" w14:textId="74C5459C" w:rsidR="002C7744" w:rsidRPr="008121EA" w:rsidRDefault="00766546"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М</w:t>
      </w:r>
      <w:proofErr w:type="spellStart"/>
      <w:r w:rsidR="00371C0E" w:rsidRPr="008121EA">
        <w:rPr>
          <w:rFonts w:cs="Times New Roman"/>
          <w:color w:val="000000"/>
          <w:sz w:val="28"/>
          <w:szCs w:val="28"/>
        </w:rPr>
        <w:t>әслихат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аппаратының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тәртіптік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конкурстық</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комиссияларының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қызметіне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жалпы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басшылықты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жүзеге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асырады</w:t>
      </w:r>
      <w:proofErr w:type="spellEnd"/>
      <w:r w:rsidR="00371C0E" w:rsidRPr="008121EA">
        <w:rPr>
          <w:rFonts w:cs="Times New Roman"/>
          <w:color w:val="000000"/>
          <w:sz w:val="28"/>
          <w:szCs w:val="28"/>
        </w:rPr>
        <w:t>;</w:t>
      </w:r>
    </w:p>
    <w:p w14:paraId="5E4A4AEF" w14:textId="77777777" w:rsidR="002C7744" w:rsidRPr="008121EA" w:rsidRDefault="00371C0E" w:rsidP="00D83705">
      <w:pPr>
        <w:numPr>
          <w:ilvl w:val="0"/>
          <w:numId w:val="8"/>
        </w:numPr>
        <w:spacing w:after="0" w:line="240" w:lineRule="auto"/>
        <w:ind w:left="0" w:firstLine="709"/>
        <w:jc w:val="both"/>
        <w:rPr>
          <w:rFonts w:cs="Times New Roman"/>
          <w:sz w:val="28"/>
          <w:szCs w:val="28"/>
        </w:rPr>
      </w:pPr>
      <w:proofErr w:type="spellStart"/>
      <w:r w:rsidRPr="008121EA">
        <w:rPr>
          <w:rFonts w:cs="Times New Roman"/>
          <w:color w:val="000000"/>
          <w:sz w:val="28"/>
          <w:szCs w:val="28"/>
        </w:rPr>
        <w:lastRenderedPageBreak/>
        <w:t>қызметтік</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тәртіптің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сақталуын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бақылауды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жүзеге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асырады</w:t>
      </w:r>
      <w:proofErr w:type="spellEnd"/>
      <w:r w:rsidRPr="008121EA">
        <w:rPr>
          <w:rFonts w:cs="Times New Roman"/>
          <w:color w:val="000000"/>
          <w:sz w:val="28"/>
          <w:szCs w:val="28"/>
        </w:rPr>
        <w:t>;</w:t>
      </w:r>
    </w:p>
    <w:p w14:paraId="6329A863" w14:textId="72425DAC" w:rsidR="002C7744" w:rsidRPr="008121EA" w:rsidRDefault="00493421"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М</w:t>
      </w:r>
      <w:proofErr w:type="spellStart"/>
      <w:r w:rsidR="00371C0E" w:rsidRPr="008121EA">
        <w:rPr>
          <w:rFonts w:cs="Times New Roman"/>
          <w:color w:val="000000"/>
          <w:sz w:val="28"/>
          <w:szCs w:val="28"/>
        </w:rPr>
        <w:t>әслихат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аппаратының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қызметшілер</w:t>
      </w:r>
      <w:proofErr w:type="spellEnd"/>
      <w:r w:rsidR="00E473D6">
        <w:rPr>
          <w:rFonts w:cs="Times New Roman"/>
          <w:color w:val="000000"/>
          <w:sz w:val="28"/>
          <w:szCs w:val="28"/>
          <w:lang w:val="kk-KZ"/>
        </w:rPr>
        <w:t>, т</w:t>
      </w:r>
      <w:proofErr w:type="spellStart"/>
      <w:r w:rsidR="00E473D6" w:rsidRPr="00E473D6">
        <w:rPr>
          <w:rFonts w:cs="Times New Roman"/>
          <w:sz w:val="28"/>
          <w:szCs w:val="28"/>
        </w:rPr>
        <w:t>ехникалық</w:t>
      </w:r>
      <w:proofErr w:type="spellEnd"/>
      <w:r w:rsidR="00E473D6" w:rsidRPr="00E473D6">
        <w:rPr>
          <w:rFonts w:cs="Times New Roman"/>
          <w:sz w:val="28"/>
          <w:szCs w:val="28"/>
        </w:rPr>
        <w:t xml:space="preserve"> </w:t>
      </w:r>
      <w:proofErr w:type="spellStart"/>
      <w:r w:rsidR="00E473D6" w:rsidRPr="00E473D6">
        <w:rPr>
          <w:rFonts w:cs="Times New Roman"/>
          <w:sz w:val="28"/>
          <w:szCs w:val="28"/>
        </w:rPr>
        <w:t>персоналдың</w:t>
      </w:r>
      <w:proofErr w:type="spellEnd"/>
      <w:r w:rsidR="00E473D6" w:rsidRPr="00E473D6">
        <w:rPr>
          <w:rFonts w:cs="Times New Roman"/>
          <w:sz w:val="28"/>
          <w:szCs w:val="28"/>
        </w:rPr>
        <w:t xml:space="preserve"> </w:t>
      </w:r>
      <w:proofErr w:type="spellStart"/>
      <w:r w:rsidR="00E473D6" w:rsidRPr="00E473D6">
        <w:rPr>
          <w:rFonts w:cs="Times New Roman"/>
          <w:sz w:val="28"/>
          <w:szCs w:val="28"/>
        </w:rPr>
        <w:t>және</w:t>
      </w:r>
      <w:proofErr w:type="spellEnd"/>
      <w:r w:rsidR="00E473D6" w:rsidRPr="00E473D6">
        <w:rPr>
          <w:rFonts w:cs="Times New Roman"/>
          <w:sz w:val="28"/>
          <w:szCs w:val="28"/>
        </w:rPr>
        <w:t xml:space="preserve"> </w:t>
      </w:r>
      <w:proofErr w:type="spellStart"/>
      <w:r w:rsidR="00E473D6" w:rsidRPr="00E473D6">
        <w:rPr>
          <w:rFonts w:cs="Times New Roman"/>
          <w:sz w:val="28"/>
          <w:szCs w:val="28"/>
        </w:rPr>
        <w:t>келісімшарттық</w:t>
      </w:r>
      <w:proofErr w:type="spellEnd"/>
      <w:r w:rsidR="00E473D6" w:rsidRPr="00E473D6">
        <w:rPr>
          <w:rFonts w:cs="Times New Roman"/>
          <w:sz w:val="28"/>
          <w:szCs w:val="28"/>
        </w:rPr>
        <w:t xml:space="preserve"> </w:t>
      </w:r>
      <w:proofErr w:type="spellStart"/>
      <w:r w:rsidR="00E473D6" w:rsidRPr="00E473D6">
        <w:rPr>
          <w:rFonts w:cs="Times New Roman"/>
          <w:sz w:val="28"/>
          <w:szCs w:val="28"/>
        </w:rPr>
        <w:t>қызметшілерді</w:t>
      </w:r>
      <w:proofErr w:type="spellEnd"/>
      <w:r w:rsidR="00E473D6">
        <w:rPr>
          <w:rFonts w:cs="Times New Roman"/>
          <w:color w:val="000000"/>
          <w:sz w:val="28"/>
          <w:szCs w:val="28"/>
          <w:lang w:val="kk-KZ"/>
        </w:rPr>
        <w:t xml:space="preserve"> </w:t>
      </w:r>
      <w:proofErr w:type="spellStart"/>
      <w:r w:rsidR="00371C0E" w:rsidRPr="008121EA">
        <w:rPr>
          <w:rFonts w:cs="Times New Roman"/>
          <w:color w:val="000000"/>
          <w:sz w:val="28"/>
          <w:szCs w:val="28"/>
        </w:rPr>
        <w:t>іссапарға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жіберу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оларға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демалыс</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материалдық</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көмек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көрсету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даярлау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қайта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даярлау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олардың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біліктілігін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арттыру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көтермелеу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оларға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үстемеақылар</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белгілеу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мәселелерін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шешеді</w:t>
      </w:r>
      <w:proofErr w:type="spellEnd"/>
      <w:r w:rsidR="00371C0E" w:rsidRPr="008121EA">
        <w:rPr>
          <w:rFonts w:cs="Times New Roman"/>
          <w:color w:val="000000"/>
          <w:sz w:val="28"/>
          <w:szCs w:val="28"/>
        </w:rPr>
        <w:t>;</w:t>
      </w:r>
    </w:p>
    <w:p w14:paraId="502DB794" w14:textId="5DEDBF0C" w:rsidR="002C7744" w:rsidRPr="008121EA" w:rsidRDefault="006E3705"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М</w:t>
      </w:r>
      <w:proofErr w:type="spellStart"/>
      <w:r w:rsidR="00371C0E" w:rsidRPr="008121EA">
        <w:rPr>
          <w:rFonts w:cs="Times New Roman"/>
          <w:color w:val="000000"/>
          <w:sz w:val="28"/>
          <w:szCs w:val="28"/>
        </w:rPr>
        <w:t>әслихат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аппараты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мемлекеттік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қызметшілерінің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тәртіптік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жауапкершілігі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мәселелерін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шешеді</w:t>
      </w:r>
      <w:proofErr w:type="spellEnd"/>
      <w:r w:rsidR="00371C0E" w:rsidRPr="008121EA">
        <w:rPr>
          <w:rFonts w:cs="Times New Roman"/>
          <w:color w:val="000000"/>
          <w:sz w:val="28"/>
          <w:szCs w:val="28"/>
        </w:rPr>
        <w:t>;</w:t>
      </w:r>
    </w:p>
    <w:p w14:paraId="04E88BE6" w14:textId="77777777" w:rsidR="002C7744" w:rsidRPr="00E473D6" w:rsidRDefault="00371C0E" w:rsidP="00D83705">
      <w:pPr>
        <w:numPr>
          <w:ilvl w:val="0"/>
          <w:numId w:val="8"/>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өз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құзыреті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шегінде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Қазақстан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Республикасының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сыбайлас</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жемқорлыққа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қарсы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іс-қимыл</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туралы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заңнамасы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талаптарының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орындалуын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қамтамасыз</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етеді</w:t>
      </w:r>
      <w:proofErr w:type="spellEnd"/>
      <w:r w:rsidRPr="008121EA">
        <w:rPr>
          <w:rFonts w:cs="Times New Roman"/>
          <w:color w:val="000000"/>
          <w:sz w:val="28"/>
          <w:szCs w:val="28"/>
        </w:rPr>
        <w:t>;</w:t>
      </w:r>
    </w:p>
    <w:p w14:paraId="7B8344FB" w14:textId="04033ACB" w:rsidR="00FB74CB" w:rsidRPr="00FB74CB" w:rsidRDefault="00FB74CB" w:rsidP="00D83705">
      <w:pPr>
        <w:numPr>
          <w:ilvl w:val="0"/>
          <w:numId w:val="8"/>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сессияларын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мәслихаттың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тұрақты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уақытша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комиссияларының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отырыстарын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ұйымдастырады</w:t>
      </w:r>
      <w:proofErr w:type="spellEnd"/>
      <w:r w:rsidRPr="008121EA">
        <w:rPr>
          <w:rFonts w:cs="Times New Roman"/>
          <w:color w:val="000000"/>
          <w:sz w:val="28"/>
          <w:szCs w:val="28"/>
        </w:rPr>
        <w:t>;</w:t>
      </w:r>
    </w:p>
    <w:p w14:paraId="5CE27559" w14:textId="08EBE337" w:rsidR="00E473D6" w:rsidRPr="00E473D6" w:rsidRDefault="00B455E7" w:rsidP="00D83705">
      <w:pPr>
        <w:numPr>
          <w:ilvl w:val="0"/>
          <w:numId w:val="8"/>
        </w:numPr>
        <w:spacing w:after="0" w:line="240" w:lineRule="auto"/>
        <w:ind w:left="0" w:firstLine="709"/>
        <w:jc w:val="both"/>
        <w:rPr>
          <w:rFonts w:cs="Times New Roman"/>
          <w:sz w:val="28"/>
          <w:szCs w:val="28"/>
        </w:rPr>
      </w:pPr>
      <w:proofErr w:type="spellStart"/>
      <w:r>
        <w:rPr>
          <w:rFonts w:cs="Times New Roman"/>
          <w:color w:val="000000"/>
          <w:sz w:val="28"/>
          <w:szCs w:val="28"/>
          <w:lang w:val="ru-RU"/>
        </w:rPr>
        <w:t>м</w:t>
      </w:r>
      <w:r w:rsidR="00E473D6">
        <w:rPr>
          <w:rFonts w:cs="Times New Roman"/>
          <w:color w:val="000000"/>
          <w:sz w:val="28"/>
          <w:szCs w:val="28"/>
          <w:lang w:val="ru-RU"/>
        </w:rPr>
        <w:t>емлекетт</w:t>
      </w:r>
      <w:proofErr w:type="spellEnd"/>
      <w:r w:rsidR="00E473D6">
        <w:rPr>
          <w:rFonts w:cs="Times New Roman"/>
          <w:color w:val="000000"/>
          <w:sz w:val="28"/>
          <w:szCs w:val="28"/>
          <w:lang w:val="kk-KZ"/>
        </w:rPr>
        <w:t>ік мекеменің құрылымын бекітеді;</w:t>
      </w:r>
    </w:p>
    <w:p w14:paraId="4B21F1D5" w14:textId="698B50BC" w:rsidR="00E473D6" w:rsidRPr="00E473D6" w:rsidRDefault="00E473D6"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Заңдарда белгіленген адам саны мен қаражаттар лимиті шегінде мемлекеттік мекеменің ұстаудың шығыны</w:t>
      </w:r>
      <w:r w:rsidR="000B7B6F">
        <w:rPr>
          <w:rFonts w:cs="Times New Roman"/>
          <w:color w:val="000000"/>
          <w:sz w:val="28"/>
          <w:szCs w:val="28"/>
          <w:lang w:val="kk-KZ"/>
        </w:rPr>
        <w:t>н</w:t>
      </w:r>
      <w:r>
        <w:rPr>
          <w:rFonts w:cs="Times New Roman"/>
          <w:color w:val="000000"/>
          <w:sz w:val="28"/>
          <w:szCs w:val="28"/>
          <w:lang w:val="kk-KZ"/>
        </w:rPr>
        <w:t xml:space="preserve"> айқындайды. </w:t>
      </w:r>
    </w:p>
    <w:p w14:paraId="0DF96527" w14:textId="50B429ED" w:rsidR="00FB74CB" w:rsidRPr="00E473D6" w:rsidRDefault="00B455E7" w:rsidP="00FB74CB">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м</w:t>
      </w:r>
      <w:r w:rsidR="00FB74CB">
        <w:rPr>
          <w:rFonts w:cs="Times New Roman"/>
          <w:color w:val="000000"/>
          <w:sz w:val="28"/>
          <w:szCs w:val="28"/>
          <w:lang w:val="kk-KZ"/>
        </w:rPr>
        <w:t xml:space="preserve">емлекеттік мекеменің жұмыс істеу тәртібін айқындайды; </w:t>
      </w:r>
    </w:p>
    <w:p w14:paraId="4A5300A4" w14:textId="2D3587C4" w:rsidR="00FB74CB" w:rsidRPr="008121EA" w:rsidRDefault="00FB74CB" w:rsidP="00FB74CB">
      <w:pPr>
        <w:numPr>
          <w:ilvl w:val="0"/>
          <w:numId w:val="8"/>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шешімдерінің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жобаларын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депутаттарын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іссапарға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жіберу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жөніндегі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және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төрағасы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немесе</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мәслихаттың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тұрақты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комиссиясының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төрағасы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болмаған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жағдайда</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міндеттерді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жүктеу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жөніндегі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бұйрықтарды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дайындайды</w:t>
      </w:r>
      <w:proofErr w:type="spellEnd"/>
      <w:r w:rsidRPr="008121EA">
        <w:rPr>
          <w:rFonts w:cs="Times New Roman"/>
          <w:color w:val="000000"/>
          <w:sz w:val="28"/>
          <w:szCs w:val="28"/>
        </w:rPr>
        <w:t>;</w:t>
      </w:r>
    </w:p>
    <w:p w14:paraId="1778B9C6" w14:textId="77777777" w:rsidR="002C7744" w:rsidRPr="00E473D6" w:rsidRDefault="00371C0E" w:rsidP="00D83705">
      <w:pPr>
        <w:numPr>
          <w:ilvl w:val="0"/>
          <w:numId w:val="8"/>
        </w:numPr>
        <w:spacing w:after="0" w:line="240" w:lineRule="auto"/>
        <w:ind w:left="0" w:firstLine="709"/>
        <w:jc w:val="both"/>
        <w:rPr>
          <w:rFonts w:cs="Times New Roman"/>
          <w:sz w:val="28"/>
          <w:szCs w:val="28"/>
        </w:rPr>
      </w:pPr>
      <w:proofErr w:type="spellStart"/>
      <w:r w:rsidRPr="008121EA">
        <w:rPr>
          <w:rFonts w:cs="Times New Roman"/>
          <w:color w:val="000000"/>
          <w:sz w:val="28"/>
          <w:szCs w:val="28"/>
        </w:rPr>
        <w:t>депутаттардың</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біліктілігін</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арттыру</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жөніндегі</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іс-шараларды</w:t>
      </w:r>
      <w:proofErr w:type="spellEnd"/>
      <w:r w:rsidRPr="008121EA">
        <w:rPr>
          <w:rFonts w:cs="Times New Roman"/>
          <w:color w:val="000000"/>
          <w:sz w:val="28"/>
          <w:szCs w:val="28"/>
        </w:rPr>
        <w:t xml:space="preserve"> </w:t>
      </w:r>
      <w:proofErr w:type="spellStart"/>
      <w:r w:rsidRPr="008121EA">
        <w:rPr>
          <w:rFonts w:cs="Times New Roman"/>
          <w:color w:val="000000"/>
          <w:sz w:val="28"/>
          <w:szCs w:val="28"/>
        </w:rPr>
        <w:t>ұйымдастырады</w:t>
      </w:r>
      <w:proofErr w:type="spellEnd"/>
      <w:r w:rsidRPr="008121EA">
        <w:rPr>
          <w:rFonts w:cs="Times New Roman"/>
          <w:color w:val="000000"/>
          <w:sz w:val="28"/>
          <w:szCs w:val="28"/>
        </w:rPr>
        <w:t>;</w:t>
      </w:r>
    </w:p>
    <w:p w14:paraId="3A947117" w14:textId="4B54EE87" w:rsidR="00E473D6" w:rsidRPr="001663F0" w:rsidRDefault="00907B32" w:rsidP="00D83705">
      <w:pPr>
        <w:numPr>
          <w:ilvl w:val="0"/>
          <w:numId w:val="8"/>
        </w:numPr>
        <w:spacing w:after="0" w:line="240" w:lineRule="auto"/>
        <w:ind w:left="0" w:firstLine="709"/>
        <w:jc w:val="both"/>
        <w:rPr>
          <w:rFonts w:cs="Times New Roman"/>
          <w:sz w:val="28"/>
          <w:szCs w:val="28"/>
        </w:rPr>
      </w:pPr>
      <w:r>
        <w:rPr>
          <w:rFonts w:cs="Times New Roman"/>
          <w:color w:val="000000"/>
          <w:sz w:val="28"/>
          <w:szCs w:val="28"/>
          <w:lang w:val="kk-KZ"/>
        </w:rPr>
        <w:t>б</w:t>
      </w:r>
      <w:r w:rsidR="00E473D6">
        <w:rPr>
          <w:rFonts w:cs="Times New Roman"/>
          <w:color w:val="000000"/>
          <w:sz w:val="28"/>
          <w:szCs w:val="28"/>
          <w:lang w:val="kk-KZ"/>
        </w:rPr>
        <w:t xml:space="preserve">екітілген заң талаптарына сай басқа да міндеттерді айқындайды. </w:t>
      </w:r>
    </w:p>
    <w:p w14:paraId="78EB2B2D" w14:textId="4F51BAB6" w:rsidR="001663F0" w:rsidRDefault="002D4B0E" w:rsidP="00D83705">
      <w:pPr>
        <w:numPr>
          <w:ilvl w:val="0"/>
          <w:numId w:val="8"/>
        </w:numPr>
        <w:spacing w:after="0" w:line="240" w:lineRule="auto"/>
        <w:ind w:left="0" w:firstLine="709"/>
        <w:jc w:val="both"/>
        <w:rPr>
          <w:rFonts w:cs="Times New Roman"/>
          <w:sz w:val="28"/>
          <w:szCs w:val="28"/>
        </w:rPr>
      </w:pPr>
      <w:r>
        <w:rPr>
          <w:rFonts w:cs="Times New Roman"/>
          <w:sz w:val="28"/>
          <w:szCs w:val="28"/>
          <w:lang w:val="kk-KZ"/>
        </w:rPr>
        <w:t>м</w:t>
      </w:r>
      <w:proofErr w:type="spellStart"/>
      <w:r w:rsidR="001663F0" w:rsidRPr="001663F0">
        <w:rPr>
          <w:rFonts w:cs="Times New Roman"/>
          <w:sz w:val="28"/>
          <w:szCs w:val="28"/>
        </w:rPr>
        <w:t>екеменің</w:t>
      </w:r>
      <w:proofErr w:type="spellEnd"/>
      <w:r w:rsidR="001663F0" w:rsidRPr="001663F0">
        <w:rPr>
          <w:rFonts w:cs="Times New Roman"/>
          <w:sz w:val="28"/>
          <w:szCs w:val="28"/>
        </w:rPr>
        <w:t xml:space="preserve"> </w:t>
      </w:r>
      <w:proofErr w:type="spellStart"/>
      <w:r w:rsidR="001663F0" w:rsidRPr="001663F0">
        <w:rPr>
          <w:rFonts w:cs="Times New Roman"/>
          <w:sz w:val="28"/>
          <w:szCs w:val="28"/>
        </w:rPr>
        <w:t>қаржы-шаруашылық</w:t>
      </w:r>
      <w:proofErr w:type="spellEnd"/>
      <w:r w:rsidR="001663F0" w:rsidRPr="001663F0">
        <w:rPr>
          <w:rFonts w:cs="Times New Roman"/>
          <w:sz w:val="28"/>
          <w:szCs w:val="28"/>
        </w:rPr>
        <w:t xml:space="preserve"> </w:t>
      </w:r>
      <w:proofErr w:type="spellStart"/>
      <w:r w:rsidR="001663F0" w:rsidRPr="001663F0">
        <w:rPr>
          <w:rFonts w:cs="Times New Roman"/>
          <w:sz w:val="28"/>
          <w:szCs w:val="28"/>
        </w:rPr>
        <w:t>құжаттарына</w:t>
      </w:r>
      <w:proofErr w:type="spellEnd"/>
      <w:r w:rsidR="001663F0" w:rsidRPr="001663F0">
        <w:rPr>
          <w:rFonts w:cs="Times New Roman"/>
          <w:sz w:val="28"/>
          <w:szCs w:val="28"/>
        </w:rPr>
        <w:t xml:space="preserve"> </w:t>
      </w:r>
      <w:proofErr w:type="spellStart"/>
      <w:r w:rsidR="001663F0" w:rsidRPr="001663F0">
        <w:rPr>
          <w:rFonts w:cs="Times New Roman"/>
          <w:sz w:val="28"/>
          <w:szCs w:val="28"/>
        </w:rPr>
        <w:t>бірінші</w:t>
      </w:r>
      <w:proofErr w:type="spellEnd"/>
      <w:r w:rsidR="001663F0" w:rsidRPr="001663F0">
        <w:rPr>
          <w:rFonts w:cs="Times New Roman"/>
          <w:sz w:val="28"/>
          <w:szCs w:val="28"/>
        </w:rPr>
        <w:t xml:space="preserve"> </w:t>
      </w:r>
      <w:proofErr w:type="spellStart"/>
      <w:r w:rsidR="001663F0" w:rsidRPr="001663F0">
        <w:rPr>
          <w:rFonts w:cs="Times New Roman"/>
          <w:sz w:val="28"/>
          <w:szCs w:val="28"/>
        </w:rPr>
        <w:t>қол</w:t>
      </w:r>
      <w:proofErr w:type="spellEnd"/>
      <w:r w:rsidR="001663F0" w:rsidRPr="001663F0">
        <w:rPr>
          <w:rFonts w:cs="Times New Roman"/>
          <w:sz w:val="28"/>
          <w:szCs w:val="28"/>
        </w:rPr>
        <w:t xml:space="preserve"> </w:t>
      </w:r>
      <w:proofErr w:type="spellStart"/>
      <w:r w:rsidR="001663F0" w:rsidRPr="001663F0">
        <w:rPr>
          <w:rFonts w:cs="Times New Roman"/>
          <w:sz w:val="28"/>
          <w:szCs w:val="28"/>
        </w:rPr>
        <w:t>қою</w:t>
      </w:r>
      <w:proofErr w:type="spellEnd"/>
      <w:r w:rsidR="001663F0" w:rsidRPr="001663F0">
        <w:rPr>
          <w:rFonts w:cs="Times New Roman"/>
          <w:sz w:val="28"/>
          <w:szCs w:val="28"/>
        </w:rPr>
        <w:t xml:space="preserve"> </w:t>
      </w:r>
      <w:proofErr w:type="spellStart"/>
      <w:r w:rsidR="001663F0" w:rsidRPr="001663F0">
        <w:rPr>
          <w:rFonts w:cs="Times New Roman"/>
          <w:sz w:val="28"/>
          <w:szCs w:val="28"/>
        </w:rPr>
        <w:t>құқығы</w:t>
      </w:r>
      <w:proofErr w:type="spellEnd"/>
      <w:r w:rsidR="001663F0" w:rsidRPr="001663F0">
        <w:rPr>
          <w:rFonts w:cs="Times New Roman"/>
          <w:sz w:val="28"/>
          <w:szCs w:val="28"/>
        </w:rPr>
        <w:t xml:space="preserve"> </w:t>
      </w:r>
      <w:r w:rsidR="006C0484">
        <w:rPr>
          <w:rFonts w:cs="Times New Roman"/>
          <w:sz w:val="28"/>
          <w:szCs w:val="28"/>
          <w:lang w:val="kk-KZ"/>
        </w:rPr>
        <w:t>Мәслихат а</w:t>
      </w:r>
      <w:proofErr w:type="spellStart"/>
      <w:r w:rsidR="001663F0" w:rsidRPr="001663F0">
        <w:rPr>
          <w:rFonts w:cs="Times New Roman"/>
          <w:sz w:val="28"/>
          <w:szCs w:val="28"/>
        </w:rPr>
        <w:t>ппарат</w:t>
      </w:r>
      <w:proofErr w:type="spellEnd"/>
      <w:r w:rsidR="006C0484">
        <w:rPr>
          <w:rFonts w:cs="Times New Roman"/>
          <w:sz w:val="28"/>
          <w:szCs w:val="28"/>
          <w:lang w:val="kk-KZ"/>
        </w:rPr>
        <w:t>ының</w:t>
      </w:r>
      <w:r w:rsidR="001663F0" w:rsidRPr="001663F0">
        <w:rPr>
          <w:rFonts w:cs="Times New Roman"/>
          <w:sz w:val="28"/>
          <w:szCs w:val="28"/>
        </w:rPr>
        <w:t xml:space="preserve"> </w:t>
      </w:r>
      <w:proofErr w:type="spellStart"/>
      <w:r w:rsidR="001663F0" w:rsidRPr="001663F0">
        <w:rPr>
          <w:rFonts w:cs="Times New Roman"/>
          <w:sz w:val="28"/>
          <w:szCs w:val="28"/>
        </w:rPr>
        <w:t>басшысына</w:t>
      </w:r>
      <w:proofErr w:type="spellEnd"/>
      <w:r w:rsidR="001663F0" w:rsidRPr="001663F0">
        <w:rPr>
          <w:rFonts w:cs="Times New Roman"/>
          <w:sz w:val="28"/>
          <w:szCs w:val="28"/>
        </w:rPr>
        <w:t xml:space="preserve"> </w:t>
      </w:r>
      <w:proofErr w:type="spellStart"/>
      <w:r w:rsidR="001663F0" w:rsidRPr="001663F0">
        <w:rPr>
          <w:rFonts w:cs="Times New Roman"/>
          <w:sz w:val="28"/>
          <w:szCs w:val="28"/>
        </w:rPr>
        <w:t>беріледі</w:t>
      </w:r>
      <w:proofErr w:type="spellEnd"/>
      <w:r w:rsidR="001663F0" w:rsidRPr="001663F0">
        <w:rPr>
          <w:rFonts w:cs="Times New Roman"/>
          <w:sz w:val="28"/>
          <w:szCs w:val="28"/>
        </w:rPr>
        <w:t>.</w:t>
      </w:r>
    </w:p>
    <w:p w14:paraId="3A3D7B18" w14:textId="02AF291F" w:rsidR="001663F0" w:rsidRPr="008121EA" w:rsidRDefault="001E08C3" w:rsidP="00D83705">
      <w:pPr>
        <w:numPr>
          <w:ilvl w:val="0"/>
          <w:numId w:val="8"/>
        </w:numPr>
        <w:spacing w:after="0" w:line="240" w:lineRule="auto"/>
        <w:ind w:left="0" w:firstLine="709"/>
        <w:jc w:val="both"/>
        <w:rPr>
          <w:rFonts w:cs="Times New Roman"/>
          <w:sz w:val="28"/>
          <w:szCs w:val="28"/>
        </w:rPr>
      </w:pPr>
      <w:r>
        <w:rPr>
          <w:rFonts w:cs="Times New Roman"/>
          <w:sz w:val="28"/>
          <w:szCs w:val="28"/>
          <w:lang w:val="kk-KZ"/>
        </w:rPr>
        <w:t>Мәслихат а</w:t>
      </w:r>
      <w:proofErr w:type="spellStart"/>
      <w:r w:rsidR="001663F0" w:rsidRPr="001663F0">
        <w:rPr>
          <w:rFonts w:cs="Times New Roman"/>
          <w:sz w:val="28"/>
          <w:szCs w:val="28"/>
        </w:rPr>
        <w:t>ппарат</w:t>
      </w:r>
      <w:proofErr w:type="spellEnd"/>
      <w:r>
        <w:rPr>
          <w:rFonts w:cs="Times New Roman"/>
          <w:sz w:val="28"/>
          <w:szCs w:val="28"/>
          <w:lang w:val="kk-KZ"/>
        </w:rPr>
        <w:t>ы</w:t>
      </w:r>
      <w:r w:rsidR="001663F0" w:rsidRPr="001663F0">
        <w:rPr>
          <w:rFonts w:cs="Times New Roman"/>
          <w:sz w:val="28"/>
          <w:szCs w:val="28"/>
        </w:rPr>
        <w:t xml:space="preserve"> </w:t>
      </w:r>
      <w:proofErr w:type="spellStart"/>
      <w:r w:rsidR="001663F0" w:rsidRPr="001663F0">
        <w:rPr>
          <w:rFonts w:cs="Times New Roman"/>
          <w:sz w:val="28"/>
          <w:szCs w:val="28"/>
        </w:rPr>
        <w:t>басшысы</w:t>
      </w:r>
      <w:proofErr w:type="spellEnd"/>
      <w:r w:rsidR="001663F0" w:rsidRPr="001663F0">
        <w:rPr>
          <w:rFonts w:cs="Times New Roman"/>
          <w:sz w:val="28"/>
          <w:szCs w:val="28"/>
        </w:rPr>
        <w:t xml:space="preserve"> </w:t>
      </w:r>
      <w:proofErr w:type="spellStart"/>
      <w:r w:rsidR="001663F0" w:rsidRPr="001663F0">
        <w:rPr>
          <w:rFonts w:cs="Times New Roman"/>
          <w:sz w:val="28"/>
          <w:szCs w:val="28"/>
        </w:rPr>
        <w:t>өз</w:t>
      </w:r>
      <w:proofErr w:type="spellEnd"/>
      <w:r w:rsidR="001663F0" w:rsidRPr="001663F0">
        <w:rPr>
          <w:rFonts w:cs="Times New Roman"/>
          <w:sz w:val="28"/>
          <w:szCs w:val="28"/>
        </w:rPr>
        <w:t xml:space="preserve"> </w:t>
      </w:r>
      <w:proofErr w:type="spellStart"/>
      <w:r w:rsidR="001663F0" w:rsidRPr="001663F0">
        <w:rPr>
          <w:rFonts w:cs="Times New Roman"/>
          <w:sz w:val="28"/>
          <w:szCs w:val="28"/>
        </w:rPr>
        <w:t>құзыреті</w:t>
      </w:r>
      <w:proofErr w:type="spellEnd"/>
      <w:r w:rsidR="001663F0" w:rsidRPr="001663F0">
        <w:rPr>
          <w:rFonts w:cs="Times New Roman"/>
          <w:sz w:val="28"/>
          <w:szCs w:val="28"/>
        </w:rPr>
        <w:t xml:space="preserve"> </w:t>
      </w:r>
      <w:proofErr w:type="spellStart"/>
      <w:r w:rsidR="001663F0" w:rsidRPr="001663F0">
        <w:rPr>
          <w:rFonts w:cs="Times New Roman"/>
          <w:sz w:val="28"/>
          <w:szCs w:val="28"/>
        </w:rPr>
        <w:t>шегінде</w:t>
      </w:r>
      <w:proofErr w:type="spellEnd"/>
      <w:r w:rsidR="001663F0" w:rsidRPr="001663F0">
        <w:rPr>
          <w:rFonts w:cs="Times New Roman"/>
          <w:sz w:val="28"/>
          <w:szCs w:val="28"/>
        </w:rPr>
        <w:t xml:space="preserve"> </w:t>
      </w:r>
      <w:proofErr w:type="spellStart"/>
      <w:r w:rsidR="001663F0" w:rsidRPr="001663F0">
        <w:rPr>
          <w:rFonts w:cs="Times New Roman"/>
          <w:sz w:val="28"/>
          <w:szCs w:val="28"/>
        </w:rPr>
        <w:t>бұйрықтар</w:t>
      </w:r>
      <w:proofErr w:type="spellEnd"/>
      <w:r w:rsidR="001663F0" w:rsidRPr="001663F0">
        <w:rPr>
          <w:rFonts w:cs="Times New Roman"/>
          <w:sz w:val="28"/>
          <w:szCs w:val="28"/>
        </w:rPr>
        <w:t xml:space="preserve"> </w:t>
      </w:r>
      <w:proofErr w:type="spellStart"/>
      <w:r w:rsidR="001663F0" w:rsidRPr="001663F0">
        <w:rPr>
          <w:rFonts w:cs="Times New Roman"/>
          <w:sz w:val="28"/>
          <w:szCs w:val="28"/>
        </w:rPr>
        <w:t>шығарады</w:t>
      </w:r>
      <w:proofErr w:type="spellEnd"/>
      <w:r w:rsidR="001663F0" w:rsidRPr="001663F0">
        <w:rPr>
          <w:rFonts w:cs="Times New Roman"/>
          <w:sz w:val="28"/>
          <w:szCs w:val="28"/>
        </w:rPr>
        <w:t>.</w:t>
      </w:r>
    </w:p>
    <w:p w14:paraId="0D7B9E00" w14:textId="73012661" w:rsidR="002C7744" w:rsidRPr="008121EA" w:rsidRDefault="00C631DF" w:rsidP="006C0484">
      <w:pPr>
        <w:spacing w:after="0" w:line="240" w:lineRule="auto"/>
        <w:ind w:firstLine="709"/>
        <w:jc w:val="both"/>
        <w:rPr>
          <w:rFonts w:cs="Times New Roman"/>
          <w:sz w:val="28"/>
          <w:szCs w:val="28"/>
        </w:rPr>
      </w:pPr>
      <w:r>
        <w:rPr>
          <w:rFonts w:cs="Times New Roman"/>
          <w:color w:val="000000"/>
          <w:sz w:val="28"/>
          <w:szCs w:val="28"/>
          <w:lang w:val="kk-KZ"/>
        </w:rPr>
        <w:t xml:space="preserve">19) </w:t>
      </w:r>
      <w:r w:rsidR="001E08C3">
        <w:rPr>
          <w:rFonts w:cs="Times New Roman"/>
          <w:color w:val="000000"/>
          <w:sz w:val="28"/>
          <w:szCs w:val="28"/>
          <w:lang w:val="kk-KZ"/>
        </w:rPr>
        <w:t>Мәслихат а</w:t>
      </w:r>
      <w:proofErr w:type="spellStart"/>
      <w:r w:rsidR="00371C0E" w:rsidRPr="008121EA">
        <w:rPr>
          <w:rFonts w:cs="Times New Roman"/>
          <w:color w:val="000000"/>
          <w:sz w:val="28"/>
          <w:szCs w:val="28"/>
        </w:rPr>
        <w:t>ппарат</w:t>
      </w:r>
      <w:proofErr w:type="spellEnd"/>
      <w:r w:rsidR="001E08C3">
        <w:rPr>
          <w:rFonts w:cs="Times New Roman"/>
          <w:color w:val="000000"/>
          <w:sz w:val="28"/>
          <w:szCs w:val="28"/>
          <w:lang w:val="kk-KZ"/>
        </w:rPr>
        <w:t>ы</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басшысына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жүктелген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өзге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өкілеттіктерді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жүзеге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асырады</w:t>
      </w:r>
      <w:proofErr w:type="spellEnd"/>
      <w:r w:rsidR="00371C0E" w:rsidRPr="008121EA">
        <w:rPr>
          <w:rFonts w:cs="Times New Roman"/>
          <w:color w:val="000000"/>
          <w:sz w:val="28"/>
          <w:szCs w:val="28"/>
        </w:rPr>
        <w:t>.</w:t>
      </w:r>
    </w:p>
    <w:p w14:paraId="5A691AE6" w14:textId="4FC8D115" w:rsidR="002C7744" w:rsidRPr="00127631" w:rsidRDefault="00C631DF" w:rsidP="00D83705">
      <w:pPr>
        <w:spacing w:after="0" w:line="240" w:lineRule="auto"/>
        <w:ind w:firstLine="709"/>
        <w:jc w:val="both"/>
        <w:rPr>
          <w:rFonts w:cs="Times New Roman"/>
          <w:sz w:val="28"/>
          <w:szCs w:val="28"/>
        </w:rPr>
      </w:pPr>
      <w:r>
        <w:rPr>
          <w:rFonts w:cs="Times New Roman"/>
          <w:color w:val="000000"/>
          <w:sz w:val="28"/>
          <w:szCs w:val="28"/>
          <w:lang w:val="kk-KZ"/>
        </w:rPr>
        <w:t xml:space="preserve">19. </w:t>
      </w:r>
      <w:r w:rsidR="001E08C3">
        <w:rPr>
          <w:rFonts w:cs="Times New Roman"/>
          <w:color w:val="000000"/>
          <w:sz w:val="28"/>
          <w:szCs w:val="28"/>
          <w:lang w:val="kk-KZ"/>
        </w:rPr>
        <w:t xml:space="preserve">Мәслихат </w:t>
      </w:r>
      <w:r w:rsidR="001663F0">
        <w:rPr>
          <w:rFonts w:cs="Times New Roman"/>
          <w:color w:val="000000"/>
          <w:sz w:val="28"/>
          <w:szCs w:val="28"/>
          <w:lang w:val="kk-KZ"/>
        </w:rPr>
        <w:t>а</w:t>
      </w:r>
      <w:proofErr w:type="spellStart"/>
      <w:r w:rsidR="001663F0" w:rsidRPr="008121EA">
        <w:rPr>
          <w:rFonts w:cs="Times New Roman"/>
          <w:color w:val="000000"/>
          <w:sz w:val="28"/>
          <w:szCs w:val="28"/>
        </w:rPr>
        <w:t>ппарат</w:t>
      </w:r>
      <w:proofErr w:type="spellEnd"/>
      <w:r w:rsidR="001E08C3">
        <w:rPr>
          <w:rFonts w:cs="Times New Roman"/>
          <w:color w:val="000000"/>
          <w:sz w:val="28"/>
          <w:szCs w:val="28"/>
          <w:lang w:val="kk-KZ"/>
        </w:rPr>
        <w:t>ы</w:t>
      </w:r>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басшысы</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болмаған</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кезеңде</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оның</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өкілеттіктерін</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Қазақстан</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Республикасының</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заңнамасында</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белгіленген</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тәртіппен</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оны</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алмастыратын</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адам</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жүзеге</w:t>
      </w:r>
      <w:proofErr w:type="spellEnd"/>
      <w:r w:rsidR="001663F0" w:rsidRPr="008121EA">
        <w:rPr>
          <w:rFonts w:cs="Times New Roman"/>
          <w:color w:val="000000"/>
          <w:sz w:val="28"/>
          <w:szCs w:val="28"/>
        </w:rPr>
        <w:t xml:space="preserve"> </w:t>
      </w:r>
      <w:proofErr w:type="spellStart"/>
      <w:r w:rsidR="001663F0" w:rsidRPr="008121EA">
        <w:rPr>
          <w:rFonts w:cs="Times New Roman"/>
          <w:color w:val="000000"/>
          <w:sz w:val="28"/>
          <w:szCs w:val="28"/>
        </w:rPr>
        <w:t>асырады</w:t>
      </w:r>
      <w:proofErr w:type="spellEnd"/>
      <w:r w:rsidR="001663F0" w:rsidRPr="008121EA">
        <w:rPr>
          <w:rFonts w:cs="Times New Roman"/>
          <w:color w:val="000000"/>
          <w:sz w:val="28"/>
          <w:szCs w:val="28"/>
        </w:rPr>
        <w:t>.</w:t>
      </w:r>
    </w:p>
    <w:p w14:paraId="11124027" w14:textId="77777777" w:rsidR="00127631" w:rsidRPr="008121EA" w:rsidRDefault="00127631" w:rsidP="00D83705">
      <w:pPr>
        <w:spacing w:after="0" w:line="240" w:lineRule="auto"/>
        <w:ind w:left="709"/>
        <w:jc w:val="both"/>
        <w:rPr>
          <w:rFonts w:cs="Times New Roman"/>
          <w:sz w:val="28"/>
          <w:szCs w:val="28"/>
        </w:rPr>
      </w:pPr>
    </w:p>
    <w:p w14:paraId="0D39CC8A" w14:textId="5E89C4F6" w:rsidR="002C7744" w:rsidRDefault="00371C0E" w:rsidP="00D83705">
      <w:pPr>
        <w:pStyle w:val="1"/>
        <w:spacing w:before="200" w:line="240" w:lineRule="auto"/>
        <w:ind w:firstLine="709"/>
        <w:jc w:val="center"/>
        <w:rPr>
          <w:rFonts w:ascii="Times New Roman" w:eastAsia="Times New Roman" w:hAnsi="Times New Roman" w:cs="Times New Roman"/>
          <w:sz w:val="28"/>
        </w:rPr>
      </w:pPr>
      <w:proofErr w:type="gramStart"/>
      <w:r w:rsidRPr="008121EA">
        <w:rPr>
          <w:rFonts w:ascii="Times New Roman" w:eastAsia="Times New Roman" w:hAnsi="Times New Roman" w:cs="Times New Roman"/>
          <w:sz w:val="28"/>
        </w:rPr>
        <w:t>4-тарау.</w:t>
      </w:r>
      <w:proofErr w:type="gramEnd"/>
      <w:r w:rsidRPr="008121EA">
        <w:rPr>
          <w:rFonts w:ascii="Times New Roman" w:eastAsia="Times New Roman" w:hAnsi="Times New Roman" w:cs="Times New Roman"/>
          <w:sz w:val="28"/>
        </w:rPr>
        <w:t xml:space="preserve"> </w:t>
      </w:r>
      <w:r w:rsidR="007B19F7">
        <w:rPr>
          <w:rFonts w:ascii="Times New Roman" w:eastAsia="Times New Roman" w:hAnsi="Times New Roman" w:cs="Times New Roman"/>
          <w:sz w:val="28"/>
          <w:lang w:val="kk-KZ"/>
        </w:rPr>
        <w:t xml:space="preserve">Мәслихат аппаратының </w:t>
      </w:r>
      <w:proofErr w:type="spellStart"/>
      <w:r w:rsidRPr="008121EA">
        <w:rPr>
          <w:rFonts w:ascii="Times New Roman" w:eastAsia="Times New Roman" w:hAnsi="Times New Roman" w:cs="Times New Roman"/>
          <w:sz w:val="28"/>
        </w:rPr>
        <w:t>мүлкі</w:t>
      </w:r>
      <w:proofErr w:type="spellEnd"/>
    </w:p>
    <w:p w14:paraId="48621F89" w14:textId="13002AE2" w:rsidR="007B19F7" w:rsidRDefault="007B19F7" w:rsidP="00D83705">
      <w:pPr>
        <w:spacing w:line="240" w:lineRule="auto"/>
      </w:pPr>
    </w:p>
    <w:p w14:paraId="7D687B95" w14:textId="217A951D" w:rsidR="002C7744" w:rsidRPr="008121EA" w:rsidRDefault="00C631DF" w:rsidP="00D83705">
      <w:pPr>
        <w:spacing w:after="0" w:line="240" w:lineRule="auto"/>
        <w:ind w:firstLine="709"/>
        <w:jc w:val="both"/>
        <w:rPr>
          <w:rFonts w:cs="Times New Roman"/>
          <w:sz w:val="28"/>
          <w:szCs w:val="28"/>
        </w:rPr>
      </w:pPr>
      <w:r>
        <w:rPr>
          <w:rFonts w:cs="Times New Roman"/>
          <w:color w:val="000000"/>
          <w:sz w:val="28"/>
          <w:szCs w:val="28"/>
          <w:lang w:val="kk-KZ"/>
        </w:rPr>
        <w:t>20</w:t>
      </w:r>
      <w:r w:rsidR="007B19F7">
        <w:rPr>
          <w:rFonts w:cs="Times New Roman"/>
          <w:color w:val="000000"/>
          <w:sz w:val="28"/>
          <w:szCs w:val="28"/>
          <w:lang w:val="kk-KZ"/>
        </w:rPr>
        <w:t xml:space="preserve">. </w:t>
      </w:r>
      <w:r w:rsidR="00216D0A">
        <w:rPr>
          <w:rFonts w:cs="Times New Roman"/>
          <w:color w:val="000000"/>
          <w:sz w:val="28"/>
          <w:szCs w:val="28"/>
          <w:lang w:val="kk-KZ"/>
        </w:rPr>
        <w:t>Мәслихат ап</w:t>
      </w:r>
      <w:proofErr w:type="spellStart"/>
      <w:r w:rsidR="00371C0E" w:rsidRPr="008121EA">
        <w:rPr>
          <w:rFonts w:cs="Times New Roman"/>
          <w:color w:val="000000"/>
          <w:sz w:val="28"/>
          <w:szCs w:val="28"/>
        </w:rPr>
        <w:t>параты</w:t>
      </w:r>
      <w:proofErr w:type="spellEnd"/>
      <w:r w:rsidR="00216D0A">
        <w:rPr>
          <w:rFonts w:cs="Times New Roman"/>
          <w:color w:val="000000"/>
          <w:sz w:val="28"/>
          <w:szCs w:val="28"/>
          <w:lang w:val="kk-KZ"/>
        </w:rPr>
        <w:t>н</w:t>
      </w:r>
      <w:r w:rsidR="00BD105A">
        <w:rPr>
          <w:rFonts w:cs="Times New Roman"/>
          <w:color w:val="000000"/>
          <w:sz w:val="28"/>
          <w:szCs w:val="28"/>
          <w:lang w:val="kk-KZ"/>
        </w:rPr>
        <w:t>ың</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заңнамада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көзделген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жағдайларда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жедел</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басқару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құқығында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оқшауланған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мүлкі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болуы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мүмкін</w:t>
      </w:r>
      <w:proofErr w:type="spellEnd"/>
      <w:r w:rsidR="00371C0E" w:rsidRPr="008121EA">
        <w:rPr>
          <w:rFonts w:cs="Times New Roman"/>
          <w:color w:val="000000"/>
          <w:sz w:val="28"/>
          <w:szCs w:val="28"/>
        </w:rPr>
        <w:t xml:space="preserve">. </w:t>
      </w:r>
      <w:r w:rsidR="00F05B56">
        <w:rPr>
          <w:rFonts w:cs="Times New Roman"/>
          <w:color w:val="000000"/>
          <w:sz w:val="28"/>
          <w:szCs w:val="28"/>
          <w:lang w:val="kk-KZ"/>
        </w:rPr>
        <w:t>Мәслихат а</w:t>
      </w:r>
      <w:proofErr w:type="spellStart"/>
      <w:r w:rsidR="00371C0E" w:rsidRPr="008121EA">
        <w:rPr>
          <w:rFonts w:cs="Times New Roman"/>
          <w:color w:val="000000"/>
          <w:sz w:val="28"/>
          <w:szCs w:val="28"/>
        </w:rPr>
        <w:t>ппарат</w:t>
      </w:r>
      <w:proofErr w:type="spellEnd"/>
      <w:r w:rsidR="00F05B56">
        <w:rPr>
          <w:rFonts w:cs="Times New Roman"/>
          <w:color w:val="000000"/>
          <w:sz w:val="28"/>
          <w:szCs w:val="28"/>
          <w:lang w:val="kk-KZ"/>
        </w:rPr>
        <w:t>ының</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мүлкі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оған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меншік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иесі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берген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сондай-ақ</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қызметі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нәтижесінде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сатып</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алынған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ақшалай</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кірістерді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қоса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алғанда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Қазақстан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Республикасының</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заңнамасында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тыйым</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салынбаған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өзге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де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көздер</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есебінен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қалыптастырылады</w:t>
      </w:r>
      <w:proofErr w:type="spellEnd"/>
      <w:r w:rsidR="00371C0E" w:rsidRPr="008121EA">
        <w:rPr>
          <w:rFonts w:cs="Times New Roman"/>
          <w:color w:val="000000"/>
          <w:sz w:val="28"/>
          <w:szCs w:val="28"/>
        </w:rPr>
        <w:t>.</w:t>
      </w:r>
    </w:p>
    <w:p w14:paraId="2C59FED6" w14:textId="349754AA" w:rsidR="002C7744" w:rsidRPr="008121EA" w:rsidRDefault="00C631DF" w:rsidP="00D83705">
      <w:pPr>
        <w:spacing w:after="0" w:line="240" w:lineRule="auto"/>
        <w:ind w:firstLine="710"/>
        <w:jc w:val="both"/>
        <w:rPr>
          <w:rFonts w:cs="Times New Roman"/>
          <w:sz w:val="28"/>
          <w:szCs w:val="28"/>
        </w:rPr>
      </w:pPr>
      <w:r>
        <w:rPr>
          <w:rFonts w:cs="Times New Roman"/>
          <w:color w:val="000000"/>
          <w:sz w:val="28"/>
          <w:szCs w:val="28"/>
          <w:lang w:val="kk-KZ"/>
        </w:rPr>
        <w:lastRenderedPageBreak/>
        <w:t>21</w:t>
      </w:r>
      <w:r w:rsidR="007B19F7">
        <w:rPr>
          <w:rFonts w:cs="Times New Roman"/>
          <w:color w:val="000000"/>
          <w:sz w:val="28"/>
          <w:szCs w:val="28"/>
          <w:lang w:val="kk-KZ"/>
        </w:rPr>
        <w:t xml:space="preserve">. </w:t>
      </w:r>
      <w:r w:rsidR="00216D0A">
        <w:rPr>
          <w:rFonts w:cs="Times New Roman"/>
          <w:color w:val="000000"/>
          <w:sz w:val="28"/>
          <w:szCs w:val="28"/>
          <w:lang w:val="kk-KZ"/>
        </w:rPr>
        <w:t>Мәслихат а</w:t>
      </w:r>
      <w:proofErr w:type="spellStart"/>
      <w:r w:rsidR="00371C0E" w:rsidRPr="008121EA">
        <w:rPr>
          <w:rFonts w:cs="Times New Roman"/>
          <w:color w:val="000000"/>
          <w:sz w:val="28"/>
          <w:szCs w:val="28"/>
        </w:rPr>
        <w:t>ппарат</w:t>
      </w:r>
      <w:proofErr w:type="spellEnd"/>
      <w:r w:rsidR="00216D0A">
        <w:rPr>
          <w:rFonts w:cs="Times New Roman"/>
          <w:color w:val="000000"/>
          <w:sz w:val="28"/>
          <w:szCs w:val="28"/>
          <w:lang w:val="kk-KZ"/>
        </w:rPr>
        <w:t>ына</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бекітілген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коммуналдық</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меншікке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жатады</w:t>
      </w:r>
      <w:proofErr w:type="spellEnd"/>
      <w:r w:rsidR="00371C0E" w:rsidRPr="008121EA">
        <w:rPr>
          <w:rFonts w:cs="Times New Roman"/>
          <w:color w:val="000000"/>
          <w:sz w:val="28"/>
          <w:szCs w:val="28"/>
        </w:rPr>
        <w:t>.</w:t>
      </w:r>
    </w:p>
    <w:p w14:paraId="13922D63" w14:textId="5B31A6A9" w:rsidR="002C7744" w:rsidRPr="00001D4F" w:rsidRDefault="00C631DF" w:rsidP="006C0484">
      <w:pPr>
        <w:spacing w:after="0" w:line="240" w:lineRule="auto"/>
        <w:ind w:firstLine="709"/>
        <w:jc w:val="both"/>
        <w:rPr>
          <w:rFonts w:cs="Times New Roman"/>
          <w:sz w:val="28"/>
          <w:szCs w:val="28"/>
        </w:rPr>
      </w:pPr>
      <w:r>
        <w:rPr>
          <w:rFonts w:cs="Times New Roman"/>
          <w:color w:val="000000"/>
          <w:sz w:val="28"/>
          <w:szCs w:val="28"/>
          <w:lang w:val="kk-KZ"/>
        </w:rPr>
        <w:t>22</w:t>
      </w:r>
      <w:r w:rsidR="007B19F7">
        <w:rPr>
          <w:rFonts w:cs="Times New Roman"/>
          <w:color w:val="000000"/>
          <w:sz w:val="28"/>
          <w:szCs w:val="28"/>
          <w:lang w:val="kk-KZ"/>
        </w:rPr>
        <w:t xml:space="preserve">. </w:t>
      </w:r>
      <w:proofErr w:type="spellStart"/>
      <w:proofErr w:type="gramStart"/>
      <w:r w:rsidR="00371C0E" w:rsidRPr="008121EA">
        <w:rPr>
          <w:rFonts w:cs="Times New Roman"/>
          <w:color w:val="000000"/>
          <w:sz w:val="28"/>
          <w:szCs w:val="28"/>
        </w:rPr>
        <w:t>Егер</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заңнамада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өзгеше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көзделмесе</w:t>
      </w:r>
      <w:proofErr w:type="spellEnd"/>
      <w:r w:rsidR="00371C0E" w:rsidRPr="008121EA">
        <w:rPr>
          <w:rFonts w:cs="Times New Roman"/>
          <w:color w:val="000000"/>
          <w:sz w:val="28"/>
          <w:szCs w:val="28"/>
        </w:rPr>
        <w:t xml:space="preserve">, </w:t>
      </w:r>
      <w:r w:rsidR="00216D0A">
        <w:rPr>
          <w:rFonts w:cs="Times New Roman"/>
          <w:color w:val="000000"/>
          <w:sz w:val="28"/>
          <w:szCs w:val="28"/>
          <w:lang w:val="kk-KZ"/>
        </w:rPr>
        <w:t>мәслихат ап</w:t>
      </w:r>
      <w:proofErr w:type="spellStart"/>
      <w:r w:rsidR="00371C0E" w:rsidRPr="008121EA">
        <w:rPr>
          <w:rFonts w:cs="Times New Roman"/>
          <w:color w:val="000000"/>
          <w:sz w:val="28"/>
          <w:szCs w:val="28"/>
        </w:rPr>
        <w:t>парат</w:t>
      </w:r>
      <w:proofErr w:type="spellEnd"/>
      <w:r w:rsidR="00216D0A">
        <w:rPr>
          <w:rFonts w:cs="Times New Roman"/>
          <w:color w:val="000000"/>
          <w:sz w:val="28"/>
          <w:szCs w:val="28"/>
          <w:lang w:val="kk-KZ"/>
        </w:rPr>
        <w:t>ы</w:t>
      </w:r>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өзіне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бекітілген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мүлікті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және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қаржыландыру</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жоспары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бойынша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өзіне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берілген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қаражат</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есебінен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сатып</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алынған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мүлікті</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бетімен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иеліктен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шығаруға</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немесе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оған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өзгедей</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тәсілмен</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билік</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етуге</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құқығы</w:t>
      </w:r>
      <w:proofErr w:type="spellEnd"/>
      <w:r w:rsidR="00371C0E" w:rsidRPr="008121EA">
        <w:rPr>
          <w:rFonts w:cs="Times New Roman"/>
          <w:color w:val="000000"/>
          <w:sz w:val="28"/>
          <w:szCs w:val="28"/>
        </w:rPr>
        <w:t xml:space="preserve"> </w:t>
      </w:r>
      <w:proofErr w:type="spellStart"/>
      <w:r w:rsidR="00371C0E" w:rsidRPr="008121EA">
        <w:rPr>
          <w:rFonts w:cs="Times New Roman"/>
          <w:color w:val="000000"/>
          <w:sz w:val="28"/>
          <w:szCs w:val="28"/>
        </w:rPr>
        <w:t>жоқ</w:t>
      </w:r>
      <w:proofErr w:type="spellEnd"/>
      <w:r w:rsidR="00371C0E" w:rsidRPr="008121EA">
        <w:rPr>
          <w:rFonts w:cs="Times New Roman"/>
          <w:color w:val="000000"/>
          <w:sz w:val="28"/>
          <w:szCs w:val="28"/>
        </w:rPr>
        <w:t>.</w:t>
      </w:r>
      <w:proofErr w:type="gramEnd"/>
    </w:p>
    <w:p w14:paraId="3ACF1B12" w14:textId="77777777" w:rsidR="00001D4F" w:rsidRPr="008121EA" w:rsidRDefault="00001D4F" w:rsidP="00D83705">
      <w:pPr>
        <w:spacing w:after="0" w:line="240" w:lineRule="auto"/>
        <w:ind w:left="709"/>
        <w:jc w:val="both"/>
        <w:rPr>
          <w:rFonts w:cs="Times New Roman"/>
          <w:sz w:val="28"/>
          <w:szCs w:val="28"/>
        </w:rPr>
      </w:pPr>
    </w:p>
    <w:p w14:paraId="69E3FA0A" w14:textId="772E8864" w:rsidR="002C7744" w:rsidRDefault="00371C0E" w:rsidP="00D83705">
      <w:pPr>
        <w:pStyle w:val="1"/>
        <w:spacing w:before="200" w:line="240" w:lineRule="auto"/>
        <w:ind w:firstLine="709"/>
        <w:jc w:val="center"/>
        <w:rPr>
          <w:rFonts w:ascii="Times New Roman" w:eastAsia="Times New Roman" w:hAnsi="Times New Roman" w:cs="Times New Roman"/>
          <w:sz w:val="28"/>
        </w:rPr>
      </w:pPr>
      <w:proofErr w:type="gramStart"/>
      <w:r w:rsidRPr="008121EA">
        <w:rPr>
          <w:rFonts w:ascii="Times New Roman" w:eastAsia="Times New Roman" w:hAnsi="Times New Roman" w:cs="Times New Roman"/>
          <w:sz w:val="28"/>
        </w:rPr>
        <w:t>5-тарау.</w:t>
      </w:r>
      <w:proofErr w:type="gramEnd"/>
      <w:r w:rsidRPr="008121EA">
        <w:rPr>
          <w:rFonts w:ascii="Times New Roman" w:eastAsia="Times New Roman" w:hAnsi="Times New Roman" w:cs="Times New Roman"/>
          <w:sz w:val="28"/>
        </w:rPr>
        <w:t xml:space="preserve"> </w:t>
      </w:r>
      <w:r w:rsidR="007B19F7">
        <w:rPr>
          <w:rFonts w:ascii="Times New Roman" w:eastAsia="Times New Roman" w:hAnsi="Times New Roman" w:cs="Times New Roman"/>
          <w:sz w:val="28"/>
          <w:lang w:val="kk-KZ"/>
        </w:rPr>
        <w:t xml:space="preserve">Мәслихат аппаратын қайта </w:t>
      </w:r>
      <w:proofErr w:type="spellStart"/>
      <w:r w:rsidRPr="008121EA">
        <w:rPr>
          <w:rFonts w:ascii="Times New Roman" w:eastAsia="Times New Roman" w:hAnsi="Times New Roman" w:cs="Times New Roman"/>
          <w:sz w:val="28"/>
        </w:rPr>
        <w:t>ұйымдастыру</w:t>
      </w:r>
      <w:proofErr w:type="spellEnd"/>
      <w:r w:rsidRPr="008121EA">
        <w:rPr>
          <w:rFonts w:ascii="Times New Roman" w:eastAsia="Times New Roman" w:hAnsi="Times New Roman" w:cs="Times New Roman"/>
          <w:sz w:val="28"/>
        </w:rPr>
        <w:t xml:space="preserve"> </w:t>
      </w:r>
      <w:proofErr w:type="spellStart"/>
      <w:r w:rsidRPr="008121EA">
        <w:rPr>
          <w:rFonts w:ascii="Times New Roman" w:eastAsia="Times New Roman" w:hAnsi="Times New Roman" w:cs="Times New Roman"/>
          <w:sz w:val="28"/>
        </w:rPr>
        <w:t>және</w:t>
      </w:r>
      <w:proofErr w:type="spellEnd"/>
      <w:r w:rsidRPr="008121EA">
        <w:rPr>
          <w:rFonts w:ascii="Times New Roman" w:eastAsia="Times New Roman" w:hAnsi="Times New Roman" w:cs="Times New Roman"/>
          <w:sz w:val="28"/>
        </w:rPr>
        <w:t xml:space="preserve"> </w:t>
      </w:r>
      <w:proofErr w:type="spellStart"/>
      <w:r w:rsidRPr="008121EA">
        <w:rPr>
          <w:rFonts w:ascii="Times New Roman" w:eastAsia="Times New Roman" w:hAnsi="Times New Roman" w:cs="Times New Roman"/>
          <w:sz w:val="28"/>
        </w:rPr>
        <w:t>тарату</w:t>
      </w:r>
      <w:proofErr w:type="spellEnd"/>
    </w:p>
    <w:p w14:paraId="7A4E98A3" w14:textId="77777777" w:rsidR="007B19F7" w:rsidRPr="007B19F7" w:rsidRDefault="007B19F7" w:rsidP="00D83705">
      <w:pPr>
        <w:spacing w:line="240" w:lineRule="auto"/>
      </w:pPr>
    </w:p>
    <w:p w14:paraId="2E143566" w14:textId="5E3898E6" w:rsidR="002C7744" w:rsidRPr="00BB1075" w:rsidRDefault="00C631DF" w:rsidP="00D83705">
      <w:pPr>
        <w:spacing w:after="0" w:line="240" w:lineRule="auto"/>
        <w:ind w:firstLine="709"/>
        <w:jc w:val="both"/>
        <w:rPr>
          <w:rFonts w:cs="Times New Roman"/>
          <w:sz w:val="28"/>
          <w:szCs w:val="28"/>
        </w:rPr>
      </w:pPr>
      <w:r>
        <w:rPr>
          <w:rFonts w:cs="Times New Roman"/>
          <w:color w:val="000000"/>
          <w:sz w:val="28"/>
          <w:szCs w:val="28"/>
          <w:lang w:val="kk-KZ"/>
        </w:rPr>
        <w:t>23</w:t>
      </w:r>
      <w:r w:rsidR="007B19F7">
        <w:rPr>
          <w:rFonts w:cs="Times New Roman"/>
          <w:color w:val="000000"/>
          <w:sz w:val="28"/>
          <w:szCs w:val="28"/>
          <w:lang w:val="kk-KZ"/>
        </w:rPr>
        <w:t xml:space="preserve">. </w:t>
      </w:r>
      <w:r w:rsidR="00D03009">
        <w:rPr>
          <w:rFonts w:cs="Times New Roman"/>
          <w:color w:val="000000"/>
          <w:sz w:val="28"/>
          <w:szCs w:val="28"/>
          <w:lang w:val="kk-KZ"/>
        </w:rPr>
        <w:t>Мәслихат а</w:t>
      </w:r>
      <w:proofErr w:type="spellStart"/>
      <w:r w:rsidR="00371C0E" w:rsidRPr="00580126">
        <w:rPr>
          <w:rFonts w:cs="Times New Roman"/>
          <w:color w:val="000000"/>
          <w:sz w:val="28"/>
          <w:szCs w:val="28"/>
        </w:rPr>
        <w:t>ппараты</w:t>
      </w:r>
      <w:proofErr w:type="spellEnd"/>
      <w:r w:rsidR="00D03009">
        <w:rPr>
          <w:rFonts w:cs="Times New Roman"/>
          <w:color w:val="000000"/>
          <w:sz w:val="28"/>
          <w:szCs w:val="28"/>
          <w:lang w:val="kk-KZ"/>
        </w:rPr>
        <w:t>н</w:t>
      </w:r>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қайта</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ұйымдастыру</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және</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тарату</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Қазақстан</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Республикасының</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заңнамасына</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сәйкес</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жүзеге</w:t>
      </w:r>
      <w:proofErr w:type="spellEnd"/>
      <w:r w:rsidR="00371C0E" w:rsidRPr="00580126">
        <w:rPr>
          <w:rFonts w:cs="Times New Roman"/>
          <w:color w:val="000000"/>
          <w:sz w:val="28"/>
          <w:szCs w:val="28"/>
        </w:rPr>
        <w:t xml:space="preserve"> </w:t>
      </w:r>
      <w:proofErr w:type="spellStart"/>
      <w:r w:rsidR="00371C0E" w:rsidRPr="00580126">
        <w:rPr>
          <w:rFonts w:cs="Times New Roman"/>
          <w:color w:val="000000"/>
          <w:sz w:val="28"/>
          <w:szCs w:val="28"/>
        </w:rPr>
        <w:t>асырылады</w:t>
      </w:r>
      <w:proofErr w:type="spellEnd"/>
      <w:r w:rsidR="00371C0E" w:rsidRPr="00580126">
        <w:rPr>
          <w:rFonts w:cs="Times New Roman"/>
          <w:color w:val="000000"/>
          <w:sz w:val="28"/>
          <w:szCs w:val="28"/>
        </w:rPr>
        <w:t>.</w:t>
      </w:r>
    </w:p>
    <w:sectPr w:rsidR="002C7744" w:rsidRPr="00BB1075" w:rsidSect="00D83705">
      <w:headerReference w:type="default" r:id="rId9"/>
      <w:footerReference w:type="default" r:id="rId10"/>
      <w:pgSz w:w="11906" w:h="16838"/>
      <w:pgMar w:top="1134" w:right="851" w:bottom="1134"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CD068" w14:textId="77777777" w:rsidR="0024182A" w:rsidRDefault="0024182A">
      <w:pPr>
        <w:spacing w:after="0" w:line="240" w:lineRule="auto"/>
      </w:pPr>
      <w:r>
        <w:separator/>
      </w:r>
    </w:p>
  </w:endnote>
  <w:endnote w:type="continuationSeparator" w:id="0">
    <w:p w14:paraId="602AAD1E" w14:textId="77777777" w:rsidR="0024182A" w:rsidRDefault="00241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95FF7" w14:textId="601F2B30" w:rsidR="002C7744" w:rsidRDefault="002C7744">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6133E2" w14:textId="77777777" w:rsidR="0024182A" w:rsidRDefault="0024182A">
      <w:pPr>
        <w:spacing w:after="0" w:line="240" w:lineRule="auto"/>
      </w:pPr>
      <w:r>
        <w:separator/>
      </w:r>
    </w:p>
  </w:footnote>
  <w:footnote w:type="continuationSeparator" w:id="0">
    <w:p w14:paraId="1F404CC3" w14:textId="77777777" w:rsidR="0024182A" w:rsidRDefault="00241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749844"/>
      <w:docPartObj>
        <w:docPartGallery w:val="Page Numbers (Top of Page)"/>
        <w:docPartUnique/>
      </w:docPartObj>
    </w:sdtPr>
    <w:sdtEndPr>
      <w:rPr>
        <w:sz w:val="28"/>
        <w:szCs w:val="28"/>
      </w:rPr>
    </w:sdtEndPr>
    <w:sdtContent>
      <w:p w14:paraId="35A0A8F3" w14:textId="36FA7E5C" w:rsidR="007E1AF5" w:rsidRPr="007E1AF5" w:rsidRDefault="007E1AF5">
        <w:pPr>
          <w:pStyle w:val="a3"/>
          <w:jc w:val="center"/>
          <w:rPr>
            <w:sz w:val="28"/>
            <w:szCs w:val="28"/>
          </w:rPr>
        </w:pPr>
        <w:r w:rsidRPr="007E1AF5">
          <w:rPr>
            <w:sz w:val="28"/>
            <w:szCs w:val="28"/>
          </w:rPr>
          <w:fldChar w:fldCharType="begin"/>
        </w:r>
        <w:r w:rsidRPr="007E1AF5">
          <w:rPr>
            <w:sz w:val="28"/>
            <w:szCs w:val="28"/>
          </w:rPr>
          <w:instrText>PAGE   \* MERGEFORMAT</w:instrText>
        </w:r>
        <w:r w:rsidRPr="007E1AF5">
          <w:rPr>
            <w:sz w:val="28"/>
            <w:szCs w:val="28"/>
          </w:rPr>
          <w:fldChar w:fldCharType="separate"/>
        </w:r>
        <w:r w:rsidR="0017673D" w:rsidRPr="0017673D">
          <w:rPr>
            <w:noProof/>
            <w:sz w:val="28"/>
            <w:szCs w:val="28"/>
            <w:lang w:val="ru-RU"/>
          </w:rPr>
          <w:t>6</w:t>
        </w:r>
        <w:r w:rsidRPr="007E1AF5">
          <w:rPr>
            <w:sz w:val="28"/>
            <w:szCs w:val="28"/>
          </w:rPr>
          <w:fldChar w:fldCharType="end"/>
        </w:r>
      </w:p>
    </w:sdtContent>
  </w:sdt>
  <w:p w14:paraId="3EE5A1D9" w14:textId="77777777" w:rsidR="007E1AF5" w:rsidRDefault="007E1AF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828EDF98"/>
    <w:lvl w:ilvl="0">
      <w:start w:val="1"/>
      <w:numFmt w:val="bullet"/>
      <w:lvlText w:val=""/>
      <w:lvlJc w:val="left"/>
      <w:pPr>
        <w:tabs>
          <w:tab w:val="num" w:pos="360"/>
        </w:tabs>
        <w:ind w:left="360" w:hanging="360"/>
      </w:pPr>
      <w:rPr>
        <w:rFonts w:ascii="Symbol" w:hAnsi="Symbol" w:hint="default"/>
      </w:rPr>
    </w:lvl>
  </w:abstractNum>
  <w:abstractNum w:abstractNumId="9">
    <w:nsid w:val="000C6917"/>
    <w:multiLevelType w:val="multilevel"/>
    <w:tmpl w:val="4CBC555E"/>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0">
    <w:nsid w:val="02EB2D87"/>
    <w:multiLevelType w:val="singleLevel"/>
    <w:tmpl w:val="2000000F"/>
    <w:lvl w:ilvl="0">
      <w:start w:val="1"/>
      <w:numFmt w:val="decimal"/>
      <w:lvlText w:val="%1."/>
      <w:lvlJc w:val="left"/>
      <w:pPr>
        <w:tabs>
          <w:tab w:val="num" w:pos="720"/>
        </w:tabs>
        <w:ind w:left="720" w:hanging="360"/>
      </w:pPr>
    </w:lvl>
  </w:abstractNum>
  <w:abstractNum w:abstractNumId="11">
    <w:nsid w:val="09647BF0"/>
    <w:multiLevelType w:val="multilevel"/>
    <w:tmpl w:val="F7FC20F4"/>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0AD67588"/>
    <w:multiLevelType w:val="singleLevel"/>
    <w:tmpl w:val="51FA3D1E"/>
    <w:lvl w:ilvl="0">
      <w:start w:val="1"/>
      <w:numFmt w:val="decimal"/>
      <w:lvlText w:val="%1)"/>
      <w:lvlJc w:val="left"/>
      <w:pPr>
        <w:tabs>
          <w:tab w:val="num" w:pos="1080"/>
        </w:tabs>
        <w:ind w:left="1080" w:hanging="360"/>
      </w:pPr>
    </w:lvl>
  </w:abstractNum>
  <w:abstractNum w:abstractNumId="13">
    <w:nsid w:val="0CE44B49"/>
    <w:multiLevelType w:val="singleLevel"/>
    <w:tmpl w:val="C3B0A7C0"/>
    <w:lvl w:ilvl="0">
      <w:start w:val="1"/>
      <w:numFmt w:val="decimal"/>
      <w:lvlText w:val="%1)"/>
      <w:lvlJc w:val="left"/>
      <w:pPr>
        <w:tabs>
          <w:tab w:val="num" w:pos="1080"/>
        </w:tabs>
        <w:ind w:left="1080" w:hanging="360"/>
      </w:pPr>
    </w:lvl>
  </w:abstractNum>
  <w:abstractNum w:abstractNumId="14">
    <w:nsid w:val="17152AAF"/>
    <w:multiLevelType w:val="singleLevel"/>
    <w:tmpl w:val="6F7C6704"/>
    <w:lvl w:ilvl="0">
      <w:start w:val="1"/>
      <w:numFmt w:val="decimal"/>
      <w:lvlText w:val="%1)"/>
      <w:lvlJc w:val="left"/>
      <w:pPr>
        <w:tabs>
          <w:tab w:val="num" w:pos="1080"/>
        </w:tabs>
        <w:ind w:left="1080" w:hanging="360"/>
      </w:pPr>
    </w:lvl>
  </w:abstractNum>
  <w:abstractNum w:abstractNumId="15">
    <w:nsid w:val="20923102"/>
    <w:multiLevelType w:val="singleLevel"/>
    <w:tmpl w:val="8DE643E4"/>
    <w:lvl w:ilvl="0">
      <w:start w:val="1"/>
      <w:numFmt w:val="decimal"/>
      <w:lvlText w:val="%1)"/>
      <w:lvlJc w:val="left"/>
      <w:pPr>
        <w:tabs>
          <w:tab w:val="num" w:pos="1080"/>
        </w:tabs>
        <w:ind w:left="1080" w:hanging="360"/>
      </w:pPr>
    </w:lvl>
  </w:abstractNum>
  <w:abstractNum w:abstractNumId="16">
    <w:nsid w:val="2B31283A"/>
    <w:multiLevelType w:val="singleLevel"/>
    <w:tmpl w:val="071E5B08"/>
    <w:lvl w:ilvl="0">
      <w:start w:val="1"/>
      <w:numFmt w:val="decimal"/>
      <w:lvlText w:val="%1)"/>
      <w:lvlJc w:val="left"/>
      <w:pPr>
        <w:tabs>
          <w:tab w:val="num" w:pos="1080"/>
        </w:tabs>
        <w:ind w:left="1080" w:hanging="360"/>
      </w:pPr>
    </w:lvl>
  </w:abstractNum>
  <w:abstractNum w:abstractNumId="17">
    <w:nsid w:val="300E34FB"/>
    <w:multiLevelType w:val="multilevel"/>
    <w:tmpl w:val="6470B456"/>
    <w:lvl w:ilvl="0">
      <w:start w:val="1"/>
      <w:numFmt w:val="decimal"/>
      <w:lvlText w:val="%1."/>
      <w:lvlJc w:val="left"/>
      <w:pPr>
        <w:ind w:left="1070" w:hanging="360"/>
      </w:pPr>
      <w:rPr>
        <w:b w:val="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8">
    <w:nsid w:val="3B3E0AEC"/>
    <w:multiLevelType w:val="singleLevel"/>
    <w:tmpl w:val="2000000F"/>
    <w:lvl w:ilvl="0">
      <w:start w:val="1"/>
      <w:numFmt w:val="decimal"/>
      <w:lvlText w:val="%1."/>
      <w:lvlJc w:val="left"/>
      <w:pPr>
        <w:tabs>
          <w:tab w:val="num" w:pos="720"/>
        </w:tabs>
        <w:ind w:left="720" w:hanging="360"/>
      </w:pPr>
    </w:lvl>
  </w:abstractNum>
  <w:abstractNum w:abstractNumId="19">
    <w:nsid w:val="40CA3C66"/>
    <w:multiLevelType w:val="multilevel"/>
    <w:tmpl w:val="23E458EA"/>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78A22BF"/>
    <w:multiLevelType w:val="hybridMultilevel"/>
    <w:tmpl w:val="7730EC3A"/>
    <w:lvl w:ilvl="0" w:tplc="9D5EB9B8">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1">
    <w:nsid w:val="5C96326A"/>
    <w:multiLevelType w:val="hybridMultilevel"/>
    <w:tmpl w:val="D6586FD4"/>
    <w:lvl w:ilvl="0" w:tplc="22A4555A">
      <w:start w:val="1"/>
      <w:numFmt w:val="decimal"/>
      <w:lvlText w:val="%1)"/>
      <w:lvlJc w:val="left"/>
      <w:pPr>
        <w:ind w:left="1068"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2">
    <w:nsid w:val="61194F32"/>
    <w:multiLevelType w:val="multilevel"/>
    <w:tmpl w:val="F0D0E92A"/>
    <w:lvl w:ilvl="0">
      <w:start w:val="1"/>
      <w:numFmt w:val="decimal"/>
      <w:lvlText w:val="%1)"/>
      <w:lvlJc w:val="left"/>
      <w:pPr>
        <w:ind w:left="1070" w:hanging="360"/>
      </w:p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3">
    <w:nsid w:val="6E916EAE"/>
    <w:multiLevelType w:val="singleLevel"/>
    <w:tmpl w:val="93B29D70"/>
    <w:lvl w:ilvl="0">
      <w:start w:val="1"/>
      <w:numFmt w:val="decimal"/>
      <w:lvlText w:val="%1)"/>
      <w:lvlJc w:val="left"/>
      <w:pPr>
        <w:tabs>
          <w:tab w:val="num" w:pos="1080"/>
        </w:tabs>
        <w:ind w:left="1080" w:hanging="360"/>
      </w:pPr>
    </w:lvl>
  </w:abstractNum>
  <w:abstractNum w:abstractNumId="24">
    <w:nsid w:val="732A67D7"/>
    <w:multiLevelType w:val="hybridMultilevel"/>
    <w:tmpl w:val="42947ACC"/>
    <w:lvl w:ilvl="0" w:tplc="22940836">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nsid w:val="74826ECC"/>
    <w:multiLevelType w:val="multilevel"/>
    <w:tmpl w:val="8304BE00"/>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nsid w:val="7C5A69D9"/>
    <w:multiLevelType w:val="singleLevel"/>
    <w:tmpl w:val="E39A2AEE"/>
    <w:lvl w:ilvl="0">
      <w:start w:val="1"/>
      <w:numFmt w:val="decimal"/>
      <w:lvlText w:val="%1)"/>
      <w:lvlJc w:val="left"/>
      <w:pPr>
        <w:tabs>
          <w:tab w:val="num" w:pos="1080"/>
        </w:tabs>
        <w:ind w:left="1080" w:hanging="360"/>
      </w:pPr>
    </w:lvl>
  </w:abstractNum>
  <w:num w:numId="1">
    <w:abstractNumId w:val="17"/>
  </w:num>
  <w:num w:numId="2">
    <w:abstractNumId w:val="17"/>
    <w:lvlOverride w:ilvl="0">
      <w:startOverride w:val="1"/>
    </w:lvlOverride>
  </w:num>
  <w:num w:numId="3">
    <w:abstractNumId w:val="8"/>
  </w:num>
  <w:num w:numId="4">
    <w:abstractNumId w:val="8"/>
  </w:num>
  <w:num w:numId="5">
    <w:abstractNumId w:val="20"/>
  </w:num>
  <w:num w:numId="6">
    <w:abstractNumId w:val="24"/>
  </w:num>
  <w:num w:numId="7">
    <w:abstractNumId w:val="21"/>
  </w:num>
  <w:num w:numId="8">
    <w:abstractNumId w:val="22"/>
  </w:num>
  <w:num w:numId="9">
    <w:abstractNumId w:val="9"/>
  </w:num>
  <w:num w:numId="10">
    <w:abstractNumId w:val="19"/>
  </w:num>
  <w:num w:numId="11">
    <w:abstractNumId w:val="2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1D4F"/>
    <w:rsid w:val="000020C2"/>
    <w:rsid w:val="00034616"/>
    <w:rsid w:val="0004715B"/>
    <w:rsid w:val="0006063C"/>
    <w:rsid w:val="00066E7B"/>
    <w:rsid w:val="000911A0"/>
    <w:rsid w:val="000B7B6F"/>
    <w:rsid w:val="000E37F2"/>
    <w:rsid w:val="00127631"/>
    <w:rsid w:val="00132DD2"/>
    <w:rsid w:val="0015074B"/>
    <w:rsid w:val="001542AF"/>
    <w:rsid w:val="001649A6"/>
    <w:rsid w:val="001663F0"/>
    <w:rsid w:val="0017673D"/>
    <w:rsid w:val="0018262A"/>
    <w:rsid w:val="001C3B64"/>
    <w:rsid w:val="001D303A"/>
    <w:rsid w:val="001E08C3"/>
    <w:rsid w:val="0021392B"/>
    <w:rsid w:val="00216D0A"/>
    <w:rsid w:val="0024182A"/>
    <w:rsid w:val="002521C1"/>
    <w:rsid w:val="0029639D"/>
    <w:rsid w:val="002C7744"/>
    <w:rsid w:val="002D4B0E"/>
    <w:rsid w:val="002F5180"/>
    <w:rsid w:val="00300F57"/>
    <w:rsid w:val="00326F90"/>
    <w:rsid w:val="00371C0E"/>
    <w:rsid w:val="003B4B5F"/>
    <w:rsid w:val="003F00BF"/>
    <w:rsid w:val="003F0BF1"/>
    <w:rsid w:val="004034B5"/>
    <w:rsid w:val="00426D6C"/>
    <w:rsid w:val="00453F7B"/>
    <w:rsid w:val="0048471F"/>
    <w:rsid w:val="00493421"/>
    <w:rsid w:val="0049507D"/>
    <w:rsid w:val="004A2477"/>
    <w:rsid w:val="004C3E65"/>
    <w:rsid w:val="004C5E28"/>
    <w:rsid w:val="005263F5"/>
    <w:rsid w:val="00531A27"/>
    <w:rsid w:val="00566EC6"/>
    <w:rsid w:val="00580126"/>
    <w:rsid w:val="00596B8E"/>
    <w:rsid w:val="005A76DD"/>
    <w:rsid w:val="00665C7C"/>
    <w:rsid w:val="00697BEB"/>
    <w:rsid w:val="006C0484"/>
    <w:rsid w:val="006C43B1"/>
    <w:rsid w:val="006E3705"/>
    <w:rsid w:val="007313B4"/>
    <w:rsid w:val="00764CA6"/>
    <w:rsid w:val="00766546"/>
    <w:rsid w:val="007763FF"/>
    <w:rsid w:val="00781302"/>
    <w:rsid w:val="007B19F7"/>
    <w:rsid w:val="007B65BF"/>
    <w:rsid w:val="007C07E2"/>
    <w:rsid w:val="007E1AF5"/>
    <w:rsid w:val="007E552A"/>
    <w:rsid w:val="008121EA"/>
    <w:rsid w:val="008514E9"/>
    <w:rsid w:val="00895F6B"/>
    <w:rsid w:val="00907B32"/>
    <w:rsid w:val="00916E8F"/>
    <w:rsid w:val="009334B8"/>
    <w:rsid w:val="00945E2C"/>
    <w:rsid w:val="00950677"/>
    <w:rsid w:val="0096275D"/>
    <w:rsid w:val="009B6D36"/>
    <w:rsid w:val="00A07AB8"/>
    <w:rsid w:val="00A54D43"/>
    <w:rsid w:val="00A8062C"/>
    <w:rsid w:val="00AA1D8D"/>
    <w:rsid w:val="00AA58DA"/>
    <w:rsid w:val="00AE369E"/>
    <w:rsid w:val="00B455E7"/>
    <w:rsid w:val="00B47730"/>
    <w:rsid w:val="00B86CE2"/>
    <w:rsid w:val="00BA48A6"/>
    <w:rsid w:val="00BB1075"/>
    <w:rsid w:val="00BB4DAF"/>
    <w:rsid w:val="00BD105A"/>
    <w:rsid w:val="00C209A0"/>
    <w:rsid w:val="00C45A10"/>
    <w:rsid w:val="00C631DF"/>
    <w:rsid w:val="00CB0664"/>
    <w:rsid w:val="00CB237E"/>
    <w:rsid w:val="00CC6D54"/>
    <w:rsid w:val="00CD5CEF"/>
    <w:rsid w:val="00CE5524"/>
    <w:rsid w:val="00D03009"/>
    <w:rsid w:val="00D0671F"/>
    <w:rsid w:val="00D558F9"/>
    <w:rsid w:val="00D83705"/>
    <w:rsid w:val="00E473D6"/>
    <w:rsid w:val="00E55436"/>
    <w:rsid w:val="00E81B67"/>
    <w:rsid w:val="00EA1BFE"/>
    <w:rsid w:val="00EE397E"/>
    <w:rsid w:val="00F05B56"/>
    <w:rsid w:val="00F542D9"/>
    <w:rsid w:val="00FB74CB"/>
    <w:rsid w:val="00FC693F"/>
    <w:rsid w:val="00FE3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09F0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93F"/>
    <w:pPr>
      <w:spacing w:after="80"/>
    </w:pPr>
    <w:rPr>
      <w:rFonts w:ascii="Times New Roman" w:eastAsia="Times New Roman" w:hAnsi="Times New Roman"/>
      <w:sz w:val="24"/>
    </w:rPr>
  </w:style>
  <w:style w:type="paragraph" w:styleId="1">
    <w:name w:val="heading 1"/>
    <w:basedOn w:val="a"/>
    <w:next w:val="a"/>
    <w:link w:val="10"/>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2">
    <w:name w:val="heading 2"/>
    <w:basedOn w:val="a"/>
    <w:next w:val="a"/>
    <w:link w:val="20"/>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8BF"/>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E618BF"/>
  </w:style>
  <w:style w:type="paragraph" w:styleId="a5">
    <w:name w:val="footer"/>
    <w:basedOn w:val="a"/>
    <w:link w:val="a6"/>
    <w:uiPriority w:val="99"/>
    <w:unhideWhenUsed/>
    <w:rsid w:val="00E618BF"/>
    <w:pPr>
      <w:tabs>
        <w:tab w:val="center" w:pos="4680"/>
        <w:tab w:val="right" w:pos="9360"/>
      </w:tabs>
      <w:spacing w:after="0" w:line="240" w:lineRule="auto"/>
    </w:pPr>
  </w:style>
  <w:style w:type="character" w:customStyle="1" w:styleId="a6">
    <w:name w:val="Нижний колонтитул Знак"/>
    <w:basedOn w:val="a0"/>
    <w:link w:val="a5"/>
    <w:uiPriority w:val="99"/>
    <w:rsid w:val="00E618BF"/>
  </w:style>
  <w:style w:type="paragraph" w:styleId="a7">
    <w:name w:val="No Spacing"/>
    <w:uiPriority w:val="1"/>
    <w:qFormat/>
    <w:rsid w:val="00FC693F"/>
    <w:pPr>
      <w:spacing w:after="0" w:line="240" w:lineRule="auto"/>
    </w:pPr>
  </w:style>
  <w:style w:type="character" w:customStyle="1" w:styleId="10">
    <w:name w:val="Заголовок 1 Знак"/>
    <w:basedOn w:val="a0"/>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C693F"/>
    <w:rPr>
      <w:rFonts w:asciiTheme="majorHAnsi" w:eastAsiaTheme="majorEastAsia" w:hAnsiTheme="majorHAnsi" w:cstheme="majorBidi"/>
      <w:b/>
      <w:bCs/>
      <w:color w:val="4F81BD" w:themeColor="accent1"/>
    </w:rPr>
  </w:style>
  <w:style w:type="paragraph" w:styleId="a8">
    <w:name w:val="Title"/>
    <w:basedOn w:val="a"/>
    <w:next w:val="a"/>
    <w:link w:val="a9"/>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b"/>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b">
    <w:name w:val="Подзаголовок Знак"/>
    <w:basedOn w:val="a0"/>
    <w:link w:val="aa"/>
    <w:uiPriority w:val="11"/>
    <w:rsid w:val="00FC693F"/>
    <w:rPr>
      <w:rFonts w:asciiTheme="majorHAnsi" w:eastAsiaTheme="majorEastAsia" w:hAnsiTheme="majorHAnsi" w:cstheme="majorBidi"/>
      <w:i/>
      <w:iCs/>
      <w:color w:val="4F81BD" w:themeColor="accent1"/>
      <w:spacing w:val="15"/>
      <w:sz w:val="24"/>
      <w:szCs w:val="24"/>
    </w:rPr>
  </w:style>
  <w:style w:type="paragraph" w:styleId="ac">
    <w:name w:val="List Paragraph"/>
    <w:basedOn w:val="a"/>
    <w:uiPriority w:val="34"/>
    <w:qFormat/>
    <w:rsid w:val="00FC693F"/>
    <w:pPr>
      <w:ind w:left="720"/>
      <w:contextualSpacing/>
    </w:pPr>
  </w:style>
  <w:style w:type="paragraph" w:styleId="ad">
    <w:name w:val="Body Text"/>
    <w:basedOn w:val="a"/>
    <w:link w:val="ae"/>
    <w:uiPriority w:val="99"/>
    <w:unhideWhenUsed/>
    <w:rsid w:val="00AA1D8D"/>
    <w:pPr>
      <w:spacing w:after="120"/>
    </w:pPr>
  </w:style>
  <w:style w:type="character" w:customStyle="1" w:styleId="ae">
    <w:name w:val="Основной текст Знак"/>
    <w:basedOn w:val="a0"/>
    <w:link w:val="ad"/>
    <w:uiPriority w:val="99"/>
    <w:rsid w:val="00AA1D8D"/>
  </w:style>
  <w:style w:type="paragraph" w:styleId="21">
    <w:name w:val="Body Text 2"/>
    <w:basedOn w:val="a"/>
    <w:link w:val="22"/>
    <w:uiPriority w:val="99"/>
    <w:unhideWhenUsed/>
    <w:rsid w:val="00AA1D8D"/>
    <w:pPr>
      <w:spacing w:after="120" w:line="480" w:lineRule="auto"/>
    </w:pPr>
  </w:style>
  <w:style w:type="character" w:customStyle="1" w:styleId="22">
    <w:name w:val="Основной текст 2 Знак"/>
    <w:basedOn w:val="a0"/>
    <w:link w:val="21"/>
    <w:uiPriority w:val="99"/>
    <w:rsid w:val="00AA1D8D"/>
  </w:style>
  <w:style w:type="paragraph" w:styleId="31">
    <w:name w:val="Body Text 3"/>
    <w:basedOn w:val="a"/>
    <w:link w:val="32"/>
    <w:uiPriority w:val="99"/>
    <w:unhideWhenUsed/>
    <w:rsid w:val="00AA1D8D"/>
    <w:pPr>
      <w:spacing w:after="120"/>
    </w:pPr>
    <w:rPr>
      <w:sz w:val="16"/>
      <w:szCs w:val="16"/>
    </w:rPr>
  </w:style>
  <w:style w:type="character" w:customStyle="1" w:styleId="32">
    <w:name w:val="Основной текст 3 Знак"/>
    <w:basedOn w:val="a0"/>
    <w:link w:val="31"/>
    <w:uiPriority w:val="99"/>
    <w:rsid w:val="00AA1D8D"/>
    <w:rPr>
      <w:sz w:val="16"/>
      <w:szCs w:val="16"/>
    </w:rPr>
  </w:style>
  <w:style w:type="paragraph" w:styleId="af">
    <w:name w:val="List"/>
    <w:basedOn w:val="a"/>
    <w:uiPriority w:val="99"/>
    <w:unhideWhenUsed/>
    <w:rsid w:val="00AA1D8D"/>
    <w:pPr>
      <w:ind w:left="360" w:hanging="360"/>
      <w:contextualSpacing/>
    </w:pPr>
  </w:style>
  <w:style w:type="paragraph" w:styleId="23">
    <w:name w:val="List 2"/>
    <w:basedOn w:val="a"/>
    <w:uiPriority w:val="99"/>
    <w:unhideWhenUsed/>
    <w:rsid w:val="00326F90"/>
    <w:pPr>
      <w:ind w:left="720" w:hanging="360"/>
      <w:contextualSpacing/>
    </w:pPr>
  </w:style>
  <w:style w:type="paragraph" w:styleId="33">
    <w:name w:val="List 3"/>
    <w:basedOn w:val="a"/>
    <w:uiPriority w:val="99"/>
    <w:unhideWhenUsed/>
    <w:rsid w:val="00326F90"/>
    <w:pPr>
      <w:ind w:left="1080" w:hanging="360"/>
      <w:contextualSpacing/>
    </w:pPr>
  </w:style>
  <w:style w:type="paragraph" w:styleId="af0">
    <w:name w:val="List Bullet"/>
    <w:basedOn w:val="a"/>
    <w:uiPriority w:val="99"/>
    <w:unhideWhenUsed/>
    <w:rsid w:val="00326F90"/>
    <w:pPr>
      <w:contextualSpacing/>
    </w:pPr>
  </w:style>
  <w:style w:type="paragraph" w:styleId="24">
    <w:name w:val="List Bullet 2"/>
    <w:basedOn w:val="a"/>
    <w:uiPriority w:val="99"/>
    <w:unhideWhenUsed/>
    <w:rsid w:val="00326F90"/>
    <w:pPr>
      <w:tabs>
        <w:tab w:val="num" w:pos="360"/>
      </w:tabs>
      <w:contextualSpacing/>
    </w:pPr>
  </w:style>
  <w:style w:type="paragraph" w:styleId="34">
    <w:name w:val="List Bullet 3"/>
    <w:basedOn w:val="a"/>
    <w:uiPriority w:val="99"/>
    <w:unhideWhenUsed/>
    <w:rsid w:val="00326F90"/>
    <w:pPr>
      <w:tabs>
        <w:tab w:val="num" w:pos="360"/>
      </w:tabs>
      <w:contextualSpacing/>
    </w:pPr>
  </w:style>
  <w:style w:type="paragraph" w:styleId="af1">
    <w:name w:val="List Number"/>
    <w:basedOn w:val="a"/>
    <w:uiPriority w:val="99"/>
    <w:unhideWhenUsed/>
    <w:rsid w:val="00326F90"/>
    <w:pPr>
      <w:tabs>
        <w:tab w:val="num" w:pos="360"/>
      </w:tabs>
      <w:contextualSpacing/>
    </w:pPr>
  </w:style>
  <w:style w:type="paragraph" w:styleId="25">
    <w:name w:val="List Number 2"/>
    <w:basedOn w:val="a"/>
    <w:uiPriority w:val="99"/>
    <w:unhideWhenUsed/>
    <w:rsid w:val="0029639D"/>
    <w:pPr>
      <w:tabs>
        <w:tab w:val="num" w:pos="360"/>
      </w:tabs>
      <w:contextualSpacing/>
    </w:pPr>
  </w:style>
  <w:style w:type="paragraph" w:styleId="35">
    <w:name w:val="List Number 3"/>
    <w:basedOn w:val="a"/>
    <w:uiPriority w:val="99"/>
    <w:unhideWhenUsed/>
    <w:rsid w:val="0029639D"/>
    <w:pPr>
      <w:tabs>
        <w:tab w:val="num" w:pos="360"/>
      </w:tabs>
      <w:contextualSpacing/>
    </w:pPr>
  </w:style>
  <w:style w:type="paragraph" w:styleId="af2">
    <w:name w:val="List Continue"/>
    <w:basedOn w:val="a"/>
    <w:uiPriority w:val="99"/>
    <w:unhideWhenUsed/>
    <w:rsid w:val="0029639D"/>
    <w:pPr>
      <w:spacing w:after="120"/>
      <w:ind w:left="360"/>
      <w:contextualSpacing/>
    </w:pPr>
  </w:style>
  <w:style w:type="paragraph" w:styleId="26">
    <w:name w:val="List Continue 2"/>
    <w:basedOn w:val="a"/>
    <w:uiPriority w:val="99"/>
    <w:unhideWhenUsed/>
    <w:rsid w:val="0029639D"/>
    <w:pPr>
      <w:spacing w:after="120"/>
      <w:ind w:left="720"/>
      <w:contextualSpacing/>
    </w:pPr>
  </w:style>
  <w:style w:type="paragraph" w:styleId="36">
    <w:name w:val="List Continue 3"/>
    <w:basedOn w:val="a"/>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0"/>
    <w:link w:val="af3"/>
    <w:uiPriority w:val="99"/>
    <w:rsid w:val="0029639D"/>
    <w:rPr>
      <w:rFonts w:ascii="Courier" w:hAnsi="Courier"/>
      <w:sz w:val="20"/>
      <w:szCs w:val="20"/>
    </w:rPr>
  </w:style>
  <w:style w:type="paragraph" w:styleId="27">
    <w:name w:val="Quote"/>
    <w:basedOn w:val="a"/>
    <w:next w:val="a"/>
    <w:link w:val="28"/>
    <w:uiPriority w:val="29"/>
    <w:qFormat/>
    <w:rsid w:val="00FC693F"/>
    <w:rPr>
      <w:i/>
      <w:iCs/>
      <w:color w:val="000000" w:themeColor="text1"/>
    </w:rPr>
  </w:style>
  <w:style w:type="character" w:customStyle="1" w:styleId="28">
    <w:name w:val="Цитата 2 Знак"/>
    <w:basedOn w:val="a0"/>
    <w:link w:val="27"/>
    <w:uiPriority w:val="29"/>
    <w:rsid w:val="00FC693F"/>
    <w:rPr>
      <w:i/>
      <w:iCs/>
      <w:color w:val="000000" w:themeColor="text1"/>
    </w:rPr>
  </w:style>
  <w:style w:type="character" w:customStyle="1" w:styleId="40">
    <w:name w:val="Заголовок 4 Знак"/>
    <w:basedOn w:val="a0"/>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
    <w:next w:val="a"/>
    <w:uiPriority w:val="35"/>
    <w:semiHidden/>
    <w:unhideWhenUsed/>
    <w:qFormat/>
    <w:rsid w:val="00FC693F"/>
    <w:pPr>
      <w:spacing w:line="240" w:lineRule="auto"/>
    </w:pPr>
    <w:rPr>
      <w:b/>
      <w:bCs/>
      <w:color w:val="4F81BD" w:themeColor="accent1"/>
      <w:sz w:val="18"/>
      <w:szCs w:val="18"/>
    </w:rPr>
  </w:style>
  <w:style w:type="character" w:styleId="af6">
    <w:name w:val="Strong"/>
    <w:basedOn w:val="a0"/>
    <w:uiPriority w:val="22"/>
    <w:qFormat/>
    <w:rsid w:val="00FC693F"/>
    <w:rPr>
      <w:b/>
      <w:bCs/>
    </w:rPr>
  </w:style>
  <w:style w:type="character" w:styleId="af7">
    <w:name w:val="Emphasis"/>
    <w:basedOn w:val="a0"/>
    <w:uiPriority w:val="20"/>
    <w:qFormat/>
    <w:rsid w:val="00FC693F"/>
    <w:rPr>
      <w:i/>
      <w:iCs/>
    </w:rPr>
  </w:style>
  <w:style w:type="paragraph" w:styleId="af8">
    <w:name w:val="Intense Quote"/>
    <w:basedOn w:val="a"/>
    <w:next w:val="a"/>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0"/>
    <w:link w:val="af8"/>
    <w:uiPriority w:val="30"/>
    <w:rsid w:val="00FC693F"/>
    <w:rPr>
      <w:b/>
      <w:bCs/>
      <w:i/>
      <w:iCs/>
      <w:color w:val="4F81BD" w:themeColor="accent1"/>
    </w:rPr>
  </w:style>
  <w:style w:type="character" w:styleId="afa">
    <w:name w:val="Subtle Emphasis"/>
    <w:basedOn w:val="a0"/>
    <w:uiPriority w:val="19"/>
    <w:qFormat/>
    <w:rsid w:val="00FC693F"/>
    <w:rPr>
      <w:i/>
      <w:iCs/>
      <w:color w:val="808080" w:themeColor="text1" w:themeTint="7F"/>
    </w:rPr>
  </w:style>
  <w:style w:type="character" w:styleId="afb">
    <w:name w:val="Intense Emphasis"/>
    <w:basedOn w:val="a0"/>
    <w:uiPriority w:val="21"/>
    <w:qFormat/>
    <w:rsid w:val="00FC693F"/>
    <w:rPr>
      <w:b/>
      <w:bCs/>
      <w:i/>
      <w:iCs/>
      <w:color w:val="4F81BD" w:themeColor="accent1"/>
    </w:rPr>
  </w:style>
  <w:style w:type="character" w:styleId="afc">
    <w:name w:val="Subtle Reference"/>
    <w:basedOn w:val="a0"/>
    <w:uiPriority w:val="31"/>
    <w:qFormat/>
    <w:rsid w:val="00FC693F"/>
    <w:rPr>
      <w:smallCaps/>
      <w:color w:val="C0504D" w:themeColor="accent2"/>
      <w:u w:val="single"/>
    </w:rPr>
  </w:style>
  <w:style w:type="character" w:styleId="afd">
    <w:name w:val="Intense Reference"/>
    <w:basedOn w:val="a0"/>
    <w:uiPriority w:val="32"/>
    <w:qFormat/>
    <w:rsid w:val="00FC693F"/>
    <w:rPr>
      <w:b/>
      <w:bCs/>
      <w:smallCaps/>
      <w:color w:val="C0504D" w:themeColor="accent2"/>
      <w:spacing w:val="5"/>
      <w:u w:val="single"/>
    </w:rPr>
  </w:style>
  <w:style w:type="character" w:styleId="afe">
    <w:name w:val="Book Title"/>
    <w:basedOn w:val="a0"/>
    <w:uiPriority w:val="33"/>
    <w:qFormat/>
    <w:rsid w:val="00FC693F"/>
    <w:rPr>
      <w:b/>
      <w:bCs/>
      <w:smallCaps/>
      <w:spacing w:val="5"/>
    </w:rPr>
  </w:style>
  <w:style w:type="paragraph" w:styleId="aff">
    <w:name w:val="TOC Heading"/>
    <w:basedOn w:val="1"/>
    <w:next w:val="a"/>
    <w:uiPriority w:val="39"/>
    <w:semiHidden/>
    <w:unhideWhenUsed/>
    <w:qFormat/>
    <w:rsid w:val="00FC693F"/>
    <w:pPr>
      <w:outlineLvl w:val="9"/>
    </w:pPr>
  </w:style>
  <w:style w:type="table" w:styleId="aff0">
    <w:name w:val="Table Grid"/>
    <w:basedOn w:val="a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rPr>
      <w:rFonts w:ascii="Times New Roman" w:eastAsia="Times New Roman" w:hAnsi="Times New Roman"/>
      <w:b/>
      <w:color w:val="000000"/>
      <w:sz w:val="30"/>
    </w:rPr>
  </w:style>
  <w:style w:type="paragraph" w:customStyle="1" w:styleId="DocumentTitle">
    <w:name w:val="Document Title"/>
    <w:rPr>
      <w:rFonts w:ascii="Times New Roman" w:eastAsia="Times New Roman" w:hAnsi="Times New Roman"/>
      <w:b/>
      <w:color w:val="000000"/>
      <w:sz w:val="30"/>
    </w:rPr>
  </w:style>
  <w:style w:type="character" w:styleId="aff8">
    <w:name w:val="Hyperlink"/>
    <w:basedOn w:val="a0"/>
    <w:uiPriority w:val="99"/>
    <w:semiHidden/>
    <w:unhideWhenUsed/>
    <w:rsid w:val="00566E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693F"/>
    <w:pPr>
      <w:spacing w:after="80"/>
    </w:pPr>
    <w:rPr>
      <w:rFonts w:ascii="Times New Roman" w:eastAsia="Times New Roman" w:hAnsi="Times New Roman"/>
      <w:sz w:val="24"/>
    </w:rPr>
  </w:style>
  <w:style w:type="paragraph" w:styleId="1">
    <w:name w:val="heading 1"/>
    <w:basedOn w:val="a"/>
    <w:next w:val="a"/>
    <w:link w:val="10"/>
    <w:uiPriority w:val="9"/>
    <w:qFormat/>
    <w:rsid w:val="00FC693F"/>
    <w:pPr>
      <w:keepNext/>
      <w:keepLines/>
      <w:spacing w:before="480" w:after="0"/>
      <w:outlineLvl w:val="0"/>
    </w:pPr>
    <w:rPr>
      <w:rFonts w:asciiTheme="majorHAnsi" w:eastAsiaTheme="majorEastAsia" w:hAnsiTheme="majorHAnsi" w:cstheme="majorBidi"/>
      <w:b/>
      <w:bCs/>
      <w:color w:val="000000"/>
      <w:sz w:val="26"/>
      <w:szCs w:val="28"/>
    </w:rPr>
  </w:style>
  <w:style w:type="paragraph" w:styleId="2">
    <w:name w:val="heading 2"/>
    <w:basedOn w:val="a"/>
    <w:next w:val="a"/>
    <w:link w:val="20"/>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8BF"/>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E618BF"/>
  </w:style>
  <w:style w:type="paragraph" w:styleId="a5">
    <w:name w:val="footer"/>
    <w:basedOn w:val="a"/>
    <w:link w:val="a6"/>
    <w:uiPriority w:val="99"/>
    <w:unhideWhenUsed/>
    <w:rsid w:val="00E618BF"/>
    <w:pPr>
      <w:tabs>
        <w:tab w:val="center" w:pos="4680"/>
        <w:tab w:val="right" w:pos="9360"/>
      </w:tabs>
      <w:spacing w:after="0" w:line="240" w:lineRule="auto"/>
    </w:pPr>
  </w:style>
  <w:style w:type="character" w:customStyle="1" w:styleId="a6">
    <w:name w:val="Нижний колонтитул Знак"/>
    <w:basedOn w:val="a0"/>
    <w:link w:val="a5"/>
    <w:uiPriority w:val="99"/>
    <w:rsid w:val="00E618BF"/>
  </w:style>
  <w:style w:type="paragraph" w:styleId="a7">
    <w:name w:val="No Spacing"/>
    <w:uiPriority w:val="1"/>
    <w:qFormat/>
    <w:rsid w:val="00FC693F"/>
    <w:pPr>
      <w:spacing w:after="0" w:line="240" w:lineRule="auto"/>
    </w:pPr>
  </w:style>
  <w:style w:type="character" w:customStyle="1" w:styleId="10">
    <w:name w:val="Заголовок 1 Знак"/>
    <w:basedOn w:val="a0"/>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C693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C693F"/>
    <w:rPr>
      <w:rFonts w:asciiTheme="majorHAnsi" w:eastAsiaTheme="majorEastAsia" w:hAnsiTheme="majorHAnsi" w:cstheme="majorBidi"/>
      <w:b/>
      <w:bCs/>
      <w:color w:val="4F81BD" w:themeColor="accent1"/>
    </w:rPr>
  </w:style>
  <w:style w:type="paragraph" w:styleId="a8">
    <w:name w:val="Title"/>
    <w:basedOn w:val="a"/>
    <w:next w:val="a"/>
    <w:link w:val="a9"/>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a">
    <w:name w:val="Subtitle"/>
    <w:basedOn w:val="a"/>
    <w:next w:val="a"/>
    <w:link w:val="ab"/>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b">
    <w:name w:val="Подзаголовок Знак"/>
    <w:basedOn w:val="a0"/>
    <w:link w:val="aa"/>
    <w:uiPriority w:val="11"/>
    <w:rsid w:val="00FC693F"/>
    <w:rPr>
      <w:rFonts w:asciiTheme="majorHAnsi" w:eastAsiaTheme="majorEastAsia" w:hAnsiTheme="majorHAnsi" w:cstheme="majorBidi"/>
      <w:i/>
      <w:iCs/>
      <w:color w:val="4F81BD" w:themeColor="accent1"/>
      <w:spacing w:val="15"/>
      <w:sz w:val="24"/>
      <w:szCs w:val="24"/>
    </w:rPr>
  </w:style>
  <w:style w:type="paragraph" w:styleId="ac">
    <w:name w:val="List Paragraph"/>
    <w:basedOn w:val="a"/>
    <w:uiPriority w:val="34"/>
    <w:qFormat/>
    <w:rsid w:val="00FC693F"/>
    <w:pPr>
      <w:ind w:left="720"/>
      <w:contextualSpacing/>
    </w:pPr>
  </w:style>
  <w:style w:type="paragraph" w:styleId="ad">
    <w:name w:val="Body Text"/>
    <w:basedOn w:val="a"/>
    <w:link w:val="ae"/>
    <w:uiPriority w:val="99"/>
    <w:unhideWhenUsed/>
    <w:rsid w:val="00AA1D8D"/>
    <w:pPr>
      <w:spacing w:after="120"/>
    </w:pPr>
  </w:style>
  <w:style w:type="character" w:customStyle="1" w:styleId="ae">
    <w:name w:val="Основной текст Знак"/>
    <w:basedOn w:val="a0"/>
    <w:link w:val="ad"/>
    <w:uiPriority w:val="99"/>
    <w:rsid w:val="00AA1D8D"/>
  </w:style>
  <w:style w:type="paragraph" w:styleId="21">
    <w:name w:val="Body Text 2"/>
    <w:basedOn w:val="a"/>
    <w:link w:val="22"/>
    <w:uiPriority w:val="99"/>
    <w:unhideWhenUsed/>
    <w:rsid w:val="00AA1D8D"/>
    <w:pPr>
      <w:spacing w:after="120" w:line="480" w:lineRule="auto"/>
    </w:pPr>
  </w:style>
  <w:style w:type="character" w:customStyle="1" w:styleId="22">
    <w:name w:val="Основной текст 2 Знак"/>
    <w:basedOn w:val="a0"/>
    <w:link w:val="21"/>
    <w:uiPriority w:val="99"/>
    <w:rsid w:val="00AA1D8D"/>
  </w:style>
  <w:style w:type="paragraph" w:styleId="31">
    <w:name w:val="Body Text 3"/>
    <w:basedOn w:val="a"/>
    <w:link w:val="32"/>
    <w:uiPriority w:val="99"/>
    <w:unhideWhenUsed/>
    <w:rsid w:val="00AA1D8D"/>
    <w:pPr>
      <w:spacing w:after="120"/>
    </w:pPr>
    <w:rPr>
      <w:sz w:val="16"/>
      <w:szCs w:val="16"/>
    </w:rPr>
  </w:style>
  <w:style w:type="character" w:customStyle="1" w:styleId="32">
    <w:name w:val="Основной текст 3 Знак"/>
    <w:basedOn w:val="a0"/>
    <w:link w:val="31"/>
    <w:uiPriority w:val="99"/>
    <w:rsid w:val="00AA1D8D"/>
    <w:rPr>
      <w:sz w:val="16"/>
      <w:szCs w:val="16"/>
    </w:rPr>
  </w:style>
  <w:style w:type="paragraph" w:styleId="af">
    <w:name w:val="List"/>
    <w:basedOn w:val="a"/>
    <w:uiPriority w:val="99"/>
    <w:unhideWhenUsed/>
    <w:rsid w:val="00AA1D8D"/>
    <w:pPr>
      <w:ind w:left="360" w:hanging="360"/>
      <w:contextualSpacing/>
    </w:pPr>
  </w:style>
  <w:style w:type="paragraph" w:styleId="23">
    <w:name w:val="List 2"/>
    <w:basedOn w:val="a"/>
    <w:uiPriority w:val="99"/>
    <w:unhideWhenUsed/>
    <w:rsid w:val="00326F90"/>
    <w:pPr>
      <w:ind w:left="720" w:hanging="360"/>
      <w:contextualSpacing/>
    </w:pPr>
  </w:style>
  <w:style w:type="paragraph" w:styleId="33">
    <w:name w:val="List 3"/>
    <w:basedOn w:val="a"/>
    <w:uiPriority w:val="99"/>
    <w:unhideWhenUsed/>
    <w:rsid w:val="00326F90"/>
    <w:pPr>
      <w:ind w:left="1080" w:hanging="360"/>
      <w:contextualSpacing/>
    </w:pPr>
  </w:style>
  <w:style w:type="paragraph" w:styleId="af0">
    <w:name w:val="List Bullet"/>
    <w:basedOn w:val="a"/>
    <w:uiPriority w:val="99"/>
    <w:unhideWhenUsed/>
    <w:rsid w:val="00326F90"/>
    <w:pPr>
      <w:contextualSpacing/>
    </w:pPr>
  </w:style>
  <w:style w:type="paragraph" w:styleId="24">
    <w:name w:val="List Bullet 2"/>
    <w:basedOn w:val="a"/>
    <w:uiPriority w:val="99"/>
    <w:unhideWhenUsed/>
    <w:rsid w:val="00326F90"/>
    <w:pPr>
      <w:tabs>
        <w:tab w:val="num" w:pos="360"/>
      </w:tabs>
      <w:contextualSpacing/>
    </w:pPr>
  </w:style>
  <w:style w:type="paragraph" w:styleId="34">
    <w:name w:val="List Bullet 3"/>
    <w:basedOn w:val="a"/>
    <w:uiPriority w:val="99"/>
    <w:unhideWhenUsed/>
    <w:rsid w:val="00326F90"/>
    <w:pPr>
      <w:tabs>
        <w:tab w:val="num" w:pos="360"/>
      </w:tabs>
      <w:contextualSpacing/>
    </w:pPr>
  </w:style>
  <w:style w:type="paragraph" w:styleId="af1">
    <w:name w:val="List Number"/>
    <w:basedOn w:val="a"/>
    <w:uiPriority w:val="99"/>
    <w:unhideWhenUsed/>
    <w:rsid w:val="00326F90"/>
    <w:pPr>
      <w:tabs>
        <w:tab w:val="num" w:pos="360"/>
      </w:tabs>
      <w:contextualSpacing/>
    </w:pPr>
  </w:style>
  <w:style w:type="paragraph" w:styleId="25">
    <w:name w:val="List Number 2"/>
    <w:basedOn w:val="a"/>
    <w:uiPriority w:val="99"/>
    <w:unhideWhenUsed/>
    <w:rsid w:val="0029639D"/>
    <w:pPr>
      <w:tabs>
        <w:tab w:val="num" w:pos="360"/>
      </w:tabs>
      <w:contextualSpacing/>
    </w:pPr>
  </w:style>
  <w:style w:type="paragraph" w:styleId="35">
    <w:name w:val="List Number 3"/>
    <w:basedOn w:val="a"/>
    <w:uiPriority w:val="99"/>
    <w:unhideWhenUsed/>
    <w:rsid w:val="0029639D"/>
    <w:pPr>
      <w:tabs>
        <w:tab w:val="num" w:pos="360"/>
      </w:tabs>
      <w:contextualSpacing/>
    </w:pPr>
  </w:style>
  <w:style w:type="paragraph" w:styleId="af2">
    <w:name w:val="List Continue"/>
    <w:basedOn w:val="a"/>
    <w:uiPriority w:val="99"/>
    <w:unhideWhenUsed/>
    <w:rsid w:val="0029639D"/>
    <w:pPr>
      <w:spacing w:after="120"/>
      <w:ind w:left="360"/>
      <w:contextualSpacing/>
    </w:pPr>
  </w:style>
  <w:style w:type="paragraph" w:styleId="26">
    <w:name w:val="List Continue 2"/>
    <w:basedOn w:val="a"/>
    <w:uiPriority w:val="99"/>
    <w:unhideWhenUsed/>
    <w:rsid w:val="0029639D"/>
    <w:pPr>
      <w:spacing w:after="120"/>
      <w:ind w:left="720"/>
      <w:contextualSpacing/>
    </w:pPr>
  </w:style>
  <w:style w:type="paragraph" w:styleId="36">
    <w:name w:val="List Continue 3"/>
    <w:basedOn w:val="a"/>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0"/>
    <w:link w:val="af3"/>
    <w:uiPriority w:val="99"/>
    <w:rsid w:val="0029639D"/>
    <w:rPr>
      <w:rFonts w:ascii="Courier" w:hAnsi="Courier"/>
      <w:sz w:val="20"/>
      <w:szCs w:val="20"/>
    </w:rPr>
  </w:style>
  <w:style w:type="paragraph" w:styleId="27">
    <w:name w:val="Quote"/>
    <w:basedOn w:val="a"/>
    <w:next w:val="a"/>
    <w:link w:val="28"/>
    <w:uiPriority w:val="29"/>
    <w:qFormat/>
    <w:rsid w:val="00FC693F"/>
    <w:rPr>
      <w:i/>
      <w:iCs/>
      <w:color w:val="000000" w:themeColor="text1"/>
    </w:rPr>
  </w:style>
  <w:style w:type="character" w:customStyle="1" w:styleId="28">
    <w:name w:val="Цитата 2 Знак"/>
    <w:basedOn w:val="a0"/>
    <w:link w:val="27"/>
    <w:uiPriority w:val="29"/>
    <w:rsid w:val="00FC693F"/>
    <w:rPr>
      <w:i/>
      <w:iCs/>
      <w:color w:val="000000" w:themeColor="text1"/>
    </w:rPr>
  </w:style>
  <w:style w:type="character" w:customStyle="1" w:styleId="40">
    <w:name w:val="Заголовок 4 Знак"/>
    <w:basedOn w:val="a0"/>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
    <w:next w:val="a"/>
    <w:uiPriority w:val="35"/>
    <w:semiHidden/>
    <w:unhideWhenUsed/>
    <w:qFormat/>
    <w:rsid w:val="00FC693F"/>
    <w:pPr>
      <w:spacing w:line="240" w:lineRule="auto"/>
    </w:pPr>
    <w:rPr>
      <w:b/>
      <w:bCs/>
      <w:color w:val="4F81BD" w:themeColor="accent1"/>
      <w:sz w:val="18"/>
      <w:szCs w:val="18"/>
    </w:rPr>
  </w:style>
  <w:style w:type="character" w:styleId="af6">
    <w:name w:val="Strong"/>
    <w:basedOn w:val="a0"/>
    <w:uiPriority w:val="22"/>
    <w:qFormat/>
    <w:rsid w:val="00FC693F"/>
    <w:rPr>
      <w:b/>
      <w:bCs/>
    </w:rPr>
  </w:style>
  <w:style w:type="character" w:styleId="af7">
    <w:name w:val="Emphasis"/>
    <w:basedOn w:val="a0"/>
    <w:uiPriority w:val="20"/>
    <w:qFormat/>
    <w:rsid w:val="00FC693F"/>
    <w:rPr>
      <w:i/>
      <w:iCs/>
    </w:rPr>
  </w:style>
  <w:style w:type="paragraph" w:styleId="af8">
    <w:name w:val="Intense Quote"/>
    <w:basedOn w:val="a"/>
    <w:next w:val="a"/>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0"/>
    <w:link w:val="af8"/>
    <w:uiPriority w:val="30"/>
    <w:rsid w:val="00FC693F"/>
    <w:rPr>
      <w:b/>
      <w:bCs/>
      <w:i/>
      <w:iCs/>
      <w:color w:val="4F81BD" w:themeColor="accent1"/>
    </w:rPr>
  </w:style>
  <w:style w:type="character" w:styleId="afa">
    <w:name w:val="Subtle Emphasis"/>
    <w:basedOn w:val="a0"/>
    <w:uiPriority w:val="19"/>
    <w:qFormat/>
    <w:rsid w:val="00FC693F"/>
    <w:rPr>
      <w:i/>
      <w:iCs/>
      <w:color w:val="808080" w:themeColor="text1" w:themeTint="7F"/>
    </w:rPr>
  </w:style>
  <w:style w:type="character" w:styleId="afb">
    <w:name w:val="Intense Emphasis"/>
    <w:basedOn w:val="a0"/>
    <w:uiPriority w:val="21"/>
    <w:qFormat/>
    <w:rsid w:val="00FC693F"/>
    <w:rPr>
      <w:b/>
      <w:bCs/>
      <w:i/>
      <w:iCs/>
      <w:color w:val="4F81BD" w:themeColor="accent1"/>
    </w:rPr>
  </w:style>
  <w:style w:type="character" w:styleId="afc">
    <w:name w:val="Subtle Reference"/>
    <w:basedOn w:val="a0"/>
    <w:uiPriority w:val="31"/>
    <w:qFormat/>
    <w:rsid w:val="00FC693F"/>
    <w:rPr>
      <w:smallCaps/>
      <w:color w:val="C0504D" w:themeColor="accent2"/>
      <w:u w:val="single"/>
    </w:rPr>
  </w:style>
  <w:style w:type="character" w:styleId="afd">
    <w:name w:val="Intense Reference"/>
    <w:basedOn w:val="a0"/>
    <w:uiPriority w:val="32"/>
    <w:qFormat/>
    <w:rsid w:val="00FC693F"/>
    <w:rPr>
      <w:b/>
      <w:bCs/>
      <w:smallCaps/>
      <w:color w:val="C0504D" w:themeColor="accent2"/>
      <w:spacing w:val="5"/>
      <w:u w:val="single"/>
    </w:rPr>
  </w:style>
  <w:style w:type="character" w:styleId="afe">
    <w:name w:val="Book Title"/>
    <w:basedOn w:val="a0"/>
    <w:uiPriority w:val="33"/>
    <w:qFormat/>
    <w:rsid w:val="00FC693F"/>
    <w:rPr>
      <w:b/>
      <w:bCs/>
      <w:smallCaps/>
      <w:spacing w:val="5"/>
    </w:rPr>
  </w:style>
  <w:style w:type="paragraph" w:styleId="aff">
    <w:name w:val="TOC Heading"/>
    <w:basedOn w:val="1"/>
    <w:next w:val="a"/>
    <w:uiPriority w:val="39"/>
    <w:semiHidden/>
    <w:unhideWhenUsed/>
    <w:qFormat/>
    <w:rsid w:val="00FC693F"/>
    <w:pPr>
      <w:outlineLvl w:val="9"/>
    </w:pPr>
  </w:style>
  <w:style w:type="table" w:styleId="aff0">
    <w:name w:val="Table Grid"/>
    <w:basedOn w:val="a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1"/>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1"/>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1"/>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1"/>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1"/>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1"/>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1"/>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rPr>
      <w:rFonts w:ascii="Times New Roman" w:eastAsia="Times New Roman" w:hAnsi="Times New Roman"/>
      <w:b/>
      <w:color w:val="000000"/>
      <w:sz w:val="30"/>
    </w:rPr>
  </w:style>
  <w:style w:type="paragraph" w:customStyle="1" w:styleId="DocumentTitle">
    <w:name w:val="Document Title"/>
    <w:rPr>
      <w:rFonts w:ascii="Times New Roman" w:eastAsia="Times New Roman" w:hAnsi="Times New Roman"/>
      <w:b/>
      <w:color w:val="000000"/>
      <w:sz w:val="30"/>
    </w:rPr>
  </w:style>
  <w:style w:type="character" w:styleId="aff8">
    <w:name w:val="Hyperlink"/>
    <w:basedOn w:val="a0"/>
    <w:uiPriority w:val="99"/>
    <w:semiHidden/>
    <w:unhideWhenUsed/>
    <w:rsid w:val="00566E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47426">
      <w:bodyDiv w:val="1"/>
      <w:marLeft w:val="0"/>
      <w:marRight w:val="0"/>
      <w:marTop w:val="0"/>
      <w:marBottom w:val="0"/>
      <w:divBdr>
        <w:top w:val="none" w:sz="0" w:space="0" w:color="auto"/>
        <w:left w:val="none" w:sz="0" w:space="0" w:color="auto"/>
        <w:bottom w:val="none" w:sz="0" w:space="0" w:color="auto"/>
        <w:right w:val="none" w:sz="0" w:space="0" w:color="auto"/>
      </w:divBdr>
    </w:div>
    <w:div w:id="909732670">
      <w:bodyDiv w:val="1"/>
      <w:marLeft w:val="0"/>
      <w:marRight w:val="0"/>
      <w:marTop w:val="0"/>
      <w:marBottom w:val="0"/>
      <w:divBdr>
        <w:top w:val="none" w:sz="0" w:space="0" w:color="auto"/>
        <w:left w:val="none" w:sz="0" w:space="0" w:color="auto"/>
        <w:bottom w:val="none" w:sz="0" w:space="0" w:color="auto"/>
        <w:right w:val="none" w:sz="0" w:space="0" w:color="auto"/>
      </w:divBdr>
    </w:div>
    <w:div w:id="1052657813">
      <w:bodyDiv w:val="1"/>
      <w:marLeft w:val="0"/>
      <w:marRight w:val="0"/>
      <w:marTop w:val="0"/>
      <w:marBottom w:val="0"/>
      <w:divBdr>
        <w:top w:val="none" w:sz="0" w:space="0" w:color="auto"/>
        <w:left w:val="none" w:sz="0" w:space="0" w:color="auto"/>
        <w:bottom w:val="none" w:sz="0" w:space="0" w:color="auto"/>
        <w:right w:val="none" w:sz="0" w:space="0" w:color="auto"/>
      </w:divBdr>
    </w:div>
    <w:div w:id="1396006749">
      <w:bodyDiv w:val="1"/>
      <w:marLeft w:val="0"/>
      <w:marRight w:val="0"/>
      <w:marTop w:val="0"/>
      <w:marBottom w:val="0"/>
      <w:divBdr>
        <w:top w:val="none" w:sz="0" w:space="0" w:color="auto"/>
        <w:left w:val="none" w:sz="0" w:space="0" w:color="auto"/>
        <w:bottom w:val="none" w:sz="0" w:space="0" w:color="auto"/>
        <w:right w:val="none" w:sz="0" w:space="0" w:color="auto"/>
      </w:divBdr>
    </w:div>
    <w:div w:id="1848787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60748-31B3-4CF0-8315-08A35DBC8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6</Pages>
  <Words>1649</Words>
  <Characters>9403</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Кентау қалалық мәслихат аппараты туралы ереже / Положение об Аппарате Кентауского городского маслихата</vt:lpstr>
      <vt:lpstr/>
    </vt:vector>
  </TitlesOfParts>
  <Company>SPecialiST RePack</Company>
  <LinksUpToDate>false</LinksUpToDate>
  <CharactersWithSpaces>11030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Кентау қалалық мәслихат аппараты туралы ереже / Положение об Аппарате Кентауского городского маслихата</dc:title>
  <dc:subject>Жоба / Проект</dc:subject>
  <dc:creator>Кентау қалалық мәслихат аппараты</dc:creator>
  <cp:keywords>мәслихат, аппарат, ереже, положение</cp:keywords>
  <dc:description>Қазақстан Республикасы Үкіметінің 2021 жылғы 1 қыркүйектегі № 590 қаулысының қолданыстағы редакциясына және 2026 жылғы 14 шілдедегі заңнамалық өзгерістерге сәйкес әзірленді.</dc:description>
  <cp:lastModifiedBy>Булат А</cp:lastModifiedBy>
  <cp:revision>67</cp:revision>
  <cp:lastPrinted>2026-08-06T06:50:00Z</cp:lastPrinted>
  <dcterms:created xsi:type="dcterms:W3CDTF">2026-08-19T05:11:00Z</dcterms:created>
  <dcterms:modified xsi:type="dcterms:W3CDTF">2026-09-30T05:59:00Z</dcterms:modified>
</cp:coreProperties>
</file>