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7BCA4" w14:textId="77777777" w:rsidR="003D22B6" w:rsidRPr="000F33C5" w:rsidRDefault="00106650" w:rsidP="000F33C5">
      <w:pPr>
        <w:spacing w:after="0" w:line="240" w:lineRule="auto"/>
        <w:ind w:left="6662"/>
        <w:jc w:val="both"/>
        <w:rPr>
          <w:rFonts w:ascii="Times New Roman" w:hAnsi="Times New Roman" w:cs="Times New Roman"/>
          <w:b/>
          <w:bCs/>
          <w:sz w:val="24"/>
          <w:szCs w:val="24"/>
        </w:rPr>
      </w:pPr>
      <w:r w:rsidRPr="000F33C5">
        <w:rPr>
          <w:rFonts w:ascii="Times New Roman" w:hAnsi="Times New Roman" w:cs="Times New Roman"/>
          <w:b/>
          <w:bCs/>
          <w:sz w:val="24"/>
          <w:szCs w:val="24"/>
        </w:rPr>
        <w:t>1-қосымша</w:t>
      </w:r>
    </w:p>
    <w:p w14:paraId="4BECA3FD" w14:textId="77777777" w:rsidR="003D22B6" w:rsidRPr="000F33C5" w:rsidRDefault="00106650" w:rsidP="000F33C5">
      <w:pPr>
        <w:spacing w:after="0" w:line="240" w:lineRule="auto"/>
        <w:ind w:left="6662"/>
        <w:jc w:val="both"/>
        <w:rPr>
          <w:rFonts w:ascii="Times New Roman" w:hAnsi="Times New Roman" w:cs="Times New Roman"/>
          <w:b/>
          <w:bCs/>
          <w:sz w:val="24"/>
          <w:szCs w:val="24"/>
        </w:rPr>
      </w:pPr>
      <w:r w:rsidRPr="000F33C5">
        <w:rPr>
          <w:rFonts w:ascii="Times New Roman" w:hAnsi="Times New Roman" w:cs="Times New Roman"/>
          <w:b/>
          <w:bCs/>
          <w:sz w:val="24"/>
          <w:szCs w:val="24"/>
        </w:rPr>
        <w:t>қалалық мәслихат төрағасының</w:t>
      </w:r>
    </w:p>
    <w:p w14:paraId="505BF488" w14:textId="77777777" w:rsidR="003D22B6" w:rsidRPr="000F33C5" w:rsidRDefault="00106650" w:rsidP="000F33C5">
      <w:pPr>
        <w:spacing w:after="0" w:line="240" w:lineRule="auto"/>
        <w:ind w:left="6662"/>
        <w:jc w:val="both"/>
        <w:rPr>
          <w:rFonts w:ascii="Times New Roman" w:hAnsi="Times New Roman" w:cs="Times New Roman"/>
          <w:b/>
          <w:bCs/>
          <w:sz w:val="24"/>
          <w:szCs w:val="24"/>
        </w:rPr>
      </w:pPr>
      <w:r w:rsidRPr="000F33C5">
        <w:rPr>
          <w:rFonts w:ascii="Times New Roman" w:hAnsi="Times New Roman" w:cs="Times New Roman"/>
          <w:b/>
          <w:bCs/>
          <w:sz w:val="24"/>
          <w:szCs w:val="24"/>
        </w:rPr>
        <w:t>2026 жылғы «31» тамыздағы</w:t>
      </w:r>
    </w:p>
    <w:p w14:paraId="72C0D427" w14:textId="77777777" w:rsidR="003D22B6" w:rsidRPr="000F33C5" w:rsidRDefault="00106650" w:rsidP="000F33C5">
      <w:pPr>
        <w:spacing w:after="0" w:line="240" w:lineRule="auto"/>
        <w:ind w:left="6662"/>
        <w:jc w:val="both"/>
        <w:rPr>
          <w:rFonts w:ascii="Times New Roman" w:hAnsi="Times New Roman" w:cs="Times New Roman"/>
          <w:b/>
          <w:bCs/>
          <w:sz w:val="24"/>
          <w:szCs w:val="24"/>
        </w:rPr>
      </w:pPr>
      <w:r w:rsidRPr="000F33C5">
        <w:rPr>
          <w:rFonts w:ascii="Times New Roman" w:hAnsi="Times New Roman" w:cs="Times New Roman"/>
          <w:b/>
          <w:bCs/>
          <w:sz w:val="24"/>
          <w:szCs w:val="24"/>
        </w:rPr>
        <w:t>№ 3-1/24 өкіміне</w:t>
      </w:r>
    </w:p>
    <w:p w14:paraId="6A97D8B2" w14:textId="49BDFEB3" w:rsidR="003D22B6" w:rsidRDefault="003D22B6" w:rsidP="000F33C5">
      <w:pPr>
        <w:spacing w:after="0" w:line="240" w:lineRule="auto"/>
        <w:rPr>
          <w:rFonts w:ascii="Times New Roman" w:hAnsi="Times New Roman" w:cs="Times New Roman"/>
          <w:sz w:val="28"/>
          <w:szCs w:val="28"/>
        </w:rPr>
      </w:pPr>
    </w:p>
    <w:p w14:paraId="18E1072D" w14:textId="77777777" w:rsidR="000F33C5" w:rsidRPr="0017236A" w:rsidRDefault="000F33C5" w:rsidP="000F33C5">
      <w:pPr>
        <w:spacing w:after="0" w:line="240" w:lineRule="auto"/>
        <w:rPr>
          <w:rFonts w:ascii="Times New Roman" w:hAnsi="Times New Roman" w:cs="Times New Roman"/>
          <w:sz w:val="28"/>
          <w:szCs w:val="28"/>
        </w:rPr>
      </w:pPr>
    </w:p>
    <w:p w14:paraId="5E6120AB" w14:textId="4E50CAA8" w:rsidR="003D22B6" w:rsidRPr="000F33C5" w:rsidRDefault="00106650" w:rsidP="000F33C5">
      <w:pPr>
        <w:spacing w:after="0" w:line="240" w:lineRule="auto"/>
        <w:jc w:val="center"/>
        <w:rPr>
          <w:rFonts w:ascii="Times New Roman" w:hAnsi="Times New Roman" w:cs="Times New Roman"/>
          <w:sz w:val="28"/>
          <w:szCs w:val="28"/>
          <w:lang w:val="kk-KZ"/>
        </w:rPr>
      </w:pPr>
      <w:r w:rsidRPr="0017236A">
        <w:rPr>
          <w:rFonts w:ascii="Times New Roman" w:hAnsi="Times New Roman" w:cs="Times New Roman"/>
          <w:b/>
          <w:sz w:val="28"/>
          <w:szCs w:val="28"/>
        </w:rPr>
        <w:t>«Қ</w:t>
      </w:r>
      <w:r w:rsidR="000F33C5">
        <w:rPr>
          <w:rFonts w:ascii="Times New Roman" w:hAnsi="Times New Roman" w:cs="Times New Roman"/>
          <w:b/>
          <w:sz w:val="28"/>
          <w:szCs w:val="28"/>
          <w:lang w:val="kk-KZ"/>
        </w:rPr>
        <w:t>арағанды</w:t>
      </w:r>
      <w:r w:rsidRPr="0017236A">
        <w:rPr>
          <w:rFonts w:ascii="Times New Roman" w:hAnsi="Times New Roman" w:cs="Times New Roman"/>
          <w:b/>
          <w:sz w:val="28"/>
          <w:szCs w:val="28"/>
        </w:rPr>
        <w:t xml:space="preserve"> </w:t>
      </w:r>
      <w:r w:rsidR="000F33C5">
        <w:rPr>
          <w:rFonts w:ascii="Times New Roman" w:hAnsi="Times New Roman" w:cs="Times New Roman"/>
          <w:b/>
          <w:sz w:val="28"/>
          <w:szCs w:val="28"/>
          <w:lang w:val="kk-KZ"/>
        </w:rPr>
        <w:t>қаласының</w:t>
      </w:r>
      <w:r w:rsidRPr="0017236A">
        <w:rPr>
          <w:rFonts w:ascii="Times New Roman" w:hAnsi="Times New Roman" w:cs="Times New Roman"/>
          <w:b/>
          <w:sz w:val="28"/>
          <w:szCs w:val="28"/>
        </w:rPr>
        <w:t xml:space="preserve"> </w:t>
      </w:r>
      <w:r w:rsidR="000F33C5">
        <w:rPr>
          <w:rFonts w:ascii="Times New Roman" w:hAnsi="Times New Roman" w:cs="Times New Roman"/>
          <w:b/>
          <w:sz w:val="28"/>
          <w:szCs w:val="28"/>
          <w:lang w:val="kk-KZ"/>
        </w:rPr>
        <w:t>қалалық</w:t>
      </w:r>
      <w:r w:rsidRPr="0017236A">
        <w:rPr>
          <w:rFonts w:ascii="Times New Roman" w:hAnsi="Times New Roman" w:cs="Times New Roman"/>
          <w:b/>
          <w:sz w:val="28"/>
          <w:szCs w:val="28"/>
        </w:rPr>
        <w:t xml:space="preserve"> </w:t>
      </w:r>
      <w:r w:rsidR="000F33C5">
        <w:rPr>
          <w:rFonts w:ascii="Times New Roman" w:hAnsi="Times New Roman" w:cs="Times New Roman"/>
          <w:b/>
          <w:sz w:val="28"/>
          <w:szCs w:val="28"/>
          <w:lang w:val="kk-KZ"/>
        </w:rPr>
        <w:t>мәслихатының аппараты</w:t>
      </w:r>
      <w:r w:rsidRPr="0017236A">
        <w:rPr>
          <w:rFonts w:ascii="Times New Roman" w:hAnsi="Times New Roman" w:cs="Times New Roman"/>
          <w:b/>
          <w:sz w:val="28"/>
          <w:szCs w:val="28"/>
        </w:rPr>
        <w:t>» ММ-</w:t>
      </w:r>
      <w:r w:rsidR="000F33C5">
        <w:rPr>
          <w:rFonts w:ascii="Times New Roman" w:hAnsi="Times New Roman" w:cs="Times New Roman"/>
          <w:b/>
          <w:sz w:val="28"/>
          <w:szCs w:val="28"/>
          <w:lang w:val="kk-KZ"/>
        </w:rPr>
        <w:t>нің</w:t>
      </w:r>
    </w:p>
    <w:p w14:paraId="4F2F3190" w14:textId="77777777" w:rsidR="003D22B6" w:rsidRPr="00882AE0" w:rsidRDefault="00106650" w:rsidP="000F33C5">
      <w:pPr>
        <w:spacing w:after="0" w:line="240" w:lineRule="auto"/>
        <w:jc w:val="center"/>
        <w:rPr>
          <w:rFonts w:ascii="Times New Roman" w:hAnsi="Times New Roman" w:cs="Times New Roman"/>
          <w:sz w:val="28"/>
          <w:szCs w:val="28"/>
          <w:lang w:val="kk-KZ"/>
        </w:rPr>
      </w:pPr>
      <w:r w:rsidRPr="00882AE0">
        <w:rPr>
          <w:rFonts w:ascii="Times New Roman" w:hAnsi="Times New Roman" w:cs="Times New Roman"/>
          <w:b/>
          <w:sz w:val="28"/>
          <w:szCs w:val="28"/>
          <w:lang w:val="kk-KZ"/>
        </w:rPr>
        <w:t>ЕҢБЕК ТӘРТІБІ ҚАҒИДАЛАРЫ</w:t>
      </w:r>
    </w:p>
    <w:p w14:paraId="608D3B4D" w14:textId="77777777" w:rsidR="003D22B6" w:rsidRPr="00882AE0" w:rsidRDefault="003D22B6" w:rsidP="000F33C5">
      <w:pPr>
        <w:spacing w:after="0" w:line="240" w:lineRule="auto"/>
        <w:jc w:val="center"/>
        <w:rPr>
          <w:rFonts w:ascii="Times New Roman" w:hAnsi="Times New Roman" w:cs="Times New Roman"/>
          <w:sz w:val="28"/>
          <w:szCs w:val="28"/>
          <w:lang w:val="kk-KZ"/>
        </w:rPr>
      </w:pPr>
    </w:p>
    <w:p w14:paraId="2528D895" w14:textId="77777777" w:rsidR="003D22B6" w:rsidRPr="00882AE0" w:rsidRDefault="00106650" w:rsidP="000F33C5">
      <w:pPr>
        <w:spacing w:after="0" w:line="240" w:lineRule="auto"/>
        <w:jc w:val="center"/>
        <w:rPr>
          <w:rFonts w:ascii="Times New Roman" w:hAnsi="Times New Roman" w:cs="Times New Roman"/>
          <w:sz w:val="28"/>
          <w:szCs w:val="28"/>
          <w:lang w:val="kk-KZ"/>
        </w:rPr>
      </w:pPr>
      <w:r w:rsidRPr="00882AE0">
        <w:rPr>
          <w:rFonts w:ascii="Times New Roman" w:hAnsi="Times New Roman" w:cs="Times New Roman"/>
          <w:b/>
          <w:sz w:val="28"/>
          <w:szCs w:val="28"/>
          <w:lang w:val="kk-KZ"/>
        </w:rPr>
        <w:t>1. Жалпы ережелер</w:t>
      </w:r>
    </w:p>
    <w:p w14:paraId="2B099D47" w14:textId="77777777" w:rsidR="003D22B6" w:rsidRPr="00882AE0" w:rsidRDefault="003D22B6" w:rsidP="000F33C5">
      <w:pPr>
        <w:spacing w:after="0" w:line="240" w:lineRule="auto"/>
        <w:rPr>
          <w:rFonts w:ascii="Times New Roman" w:hAnsi="Times New Roman" w:cs="Times New Roman"/>
          <w:sz w:val="28"/>
          <w:szCs w:val="28"/>
          <w:lang w:val="kk-KZ"/>
        </w:rPr>
      </w:pPr>
    </w:p>
    <w:p w14:paraId="2AE37BC5" w14:textId="77777777" w:rsidR="003D22B6" w:rsidRPr="00882AE0" w:rsidRDefault="00106650" w:rsidP="000F33C5">
      <w:pPr>
        <w:spacing w:after="0" w:line="240" w:lineRule="auto"/>
        <w:ind w:firstLine="709"/>
        <w:jc w:val="both"/>
        <w:rPr>
          <w:rFonts w:ascii="Times New Roman" w:hAnsi="Times New Roman" w:cs="Times New Roman"/>
          <w:sz w:val="28"/>
          <w:szCs w:val="28"/>
          <w:lang w:val="kk-KZ"/>
        </w:rPr>
      </w:pPr>
      <w:r w:rsidRPr="00882AE0">
        <w:rPr>
          <w:rFonts w:ascii="Times New Roman" w:hAnsi="Times New Roman" w:cs="Times New Roman"/>
          <w:sz w:val="28"/>
          <w:szCs w:val="28"/>
          <w:lang w:val="kk-KZ"/>
        </w:rPr>
        <w:t>1.1. «Қарағанды қалалық мәслихатының аппараты» ММ-нің осы Еңбек тәртібі қағидалары (бұдан әрі – Қағидалар) Қазақстан Республикасының Конституциясына, Қазақстан Республикасының 2015 жылғы 23 қарашадағы № 414-V Еңбек кодексіне, Қазақстан Республикасының 2026 жылғы 19 мамырдағы № 290-VIII «Қазақстан Республикасының мемлекеттік қызметі туралы» Заңына, Қазақстан Республикасының 2001 жылғы 23 қаңтардағы № 148-II «Қазақстан Республикасындағы жергілікті мемлекеттік басқару және өзін-өзі басқару туралы» Заңына, Қазақстан Республикасының өзге де нормативтік құқықтық актілеріне сәйкес әзірленді және Қарағанды қалалық мәслихаты аппараты (бұдан әрі – Мәслихат аппараты) қызметкерлерінің еңбегін ұйымдастыру тәртібін айқындайды.</w:t>
      </w:r>
    </w:p>
    <w:p w14:paraId="740FF946"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1.2. </w:t>
      </w:r>
      <w:proofErr w:type="spellStart"/>
      <w:r w:rsidRPr="0017236A">
        <w:rPr>
          <w:rFonts w:ascii="Times New Roman" w:hAnsi="Times New Roman" w:cs="Times New Roman"/>
          <w:sz w:val="28"/>
          <w:szCs w:val="28"/>
        </w:rPr>
        <w:t>Қағидалар</w:t>
      </w:r>
      <w:proofErr w:type="spellEnd"/>
      <w:r w:rsidRPr="0017236A">
        <w:rPr>
          <w:rFonts w:ascii="Times New Roman" w:hAnsi="Times New Roman" w:cs="Times New Roman"/>
          <w:sz w:val="28"/>
          <w:szCs w:val="28"/>
        </w:rPr>
        <w:t>:</w:t>
      </w:r>
    </w:p>
    <w:p w14:paraId="141A0569"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жұмысқа</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қабылдау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қатынастарын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тоқтату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тәртібін</w:t>
      </w:r>
      <w:proofErr w:type="spellEnd"/>
      <w:r w:rsidRPr="000F33C5">
        <w:rPr>
          <w:rFonts w:ascii="Times New Roman" w:hAnsi="Times New Roman" w:cs="Times New Roman"/>
          <w:sz w:val="28"/>
          <w:szCs w:val="28"/>
        </w:rPr>
        <w:t>;</w:t>
      </w:r>
    </w:p>
    <w:p w14:paraId="21455CDA"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жұмыс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уақыты</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мен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тынығу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уақытының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режимін</w:t>
      </w:r>
      <w:proofErr w:type="spellEnd"/>
      <w:r w:rsidRPr="000F33C5">
        <w:rPr>
          <w:rFonts w:ascii="Times New Roman" w:hAnsi="Times New Roman" w:cs="Times New Roman"/>
          <w:sz w:val="28"/>
          <w:szCs w:val="28"/>
        </w:rPr>
        <w:t>;</w:t>
      </w:r>
    </w:p>
    <w:p w14:paraId="08920A32"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процесін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ұйымдастыру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тәртібін</w:t>
      </w:r>
      <w:proofErr w:type="spellEnd"/>
      <w:r w:rsidRPr="000F33C5">
        <w:rPr>
          <w:rFonts w:ascii="Times New Roman" w:hAnsi="Times New Roman" w:cs="Times New Roman"/>
          <w:sz w:val="28"/>
          <w:szCs w:val="28"/>
        </w:rPr>
        <w:t>;</w:t>
      </w:r>
    </w:p>
    <w:p w14:paraId="36D70995"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қызметкерлердің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негізгі</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құқықтары</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мен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міндеттерін</w:t>
      </w:r>
      <w:proofErr w:type="spellEnd"/>
      <w:r w:rsidRPr="000F33C5">
        <w:rPr>
          <w:rFonts w:ascii="Times New Roman" w:hAnsi="Times New Roman" w:cs="Times New Roman"/>
          <w:sz w:val="28"/>
          <w:szCs w:val="28"/>
        </w:rPr>
        <w:t>;</w:t>
      </w:r>
    </w:p>
    <w:p w14:paraId="6F878C74"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қызметтік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тәртіп</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талаптарын</w:t>
      </w:r>
      <w:proofErr w:type="spellEnd"/>
      <w:r w:rsidRPr="000F33C5">
        <w:rPr>
          <w:rFonts w:ascii="Times New Roman" w:hAnsi="Times New Roman" w:cs="Times New Roman"/>
          <w:sz w:val="28"/>
          <w:szCs w:val="28"/>
        </w:rPr>
        <w:t>;</w:t>
      </w:r>
    </w:p>
    <w:p w14:paraId="102CBA17"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жұмыс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уақытын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есепке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алу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тәртібін</w:t>
      </w:r>
      <w:proofErr w:type="spellEnd"/>
      <w:r w:rsidRPr="000F33C5">
        <w:rPr>
          <w:rFonts w:ascii="Times New Roman" w:hAnsi="Times New Roman" w:cs="Times New Roman"/>
          <w:sz w:val="28"/>
          <w:szCs w:val="28"/>
        </w:rPr>
        <w:t>;</w:t>
      </w:r>
    </w:p>
    <w:p w14:paraId="1FDD6912"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қызметкерлердің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жұмыс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орнында</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болуына</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болмауына</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қойылатын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талаптарды</w:t>
      </w:r>
      <w:proofErr w:type="spellEnd"/>
      <w:r w:rsidRPr="000F33C5">
        <w:rPr>
          <w:rFonts w:ascii="Times New Roman" w:hAnsi="Times New Roman" w:cs="Times New Roman"/>
          <w:sz w:val="28"/>
          <w:szCs w:val="28"/>
        </w:rPr>
        <w:t>;</w:t>
      </w:r>
    </w:p>
    <w:p w14:paraId="368A22E6"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белгіленген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жұмыс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уақытының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ұзақтығынан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жұмыс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істеу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тәртібін</w:t>
      </w:r>
      <w:proofErr w:type="spellEnd"/>
      <w:r w:rsidRPr="000F33C5">
        <w:rPr>
          <w:rFonts w:ascii="Times New Roman" w:hAnsi="Times New Roman" w:cs="Times New Roman"/>
          <w:sz w:val="28"/>
          <w:szCs w:val="28"/>
        </w:rPr>
        <w:t>;</w:t>
      </w:r>
    </w:p>
    <w:p w14:paraId="0B540F0A" w14:textId="77777777" w:rsid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көтермелеу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шараларын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қызметтік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тәртіпті</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бұзғаны</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үшін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жауапкершілікті</w:t>
      </w:r>
      <w:proofErr w:type="spellEnd"/>
      <w:r w:rsidRPr="000F33C5">
        <w:rPr>
          <w:rFonts w:ascii="Times New Roman" w:hAnsi="Times New Roman" w:cs="Times New Roman"/>
          <w:sz w:val="28"/>
          <w:szCs w:val="28"/>
        </w:rPr>
        <w:t>;</w:t>
      </w:r>
    </w:p>
    <w:p w14:paraId="6C15EB39" w14:textId="10F11234" w:rsidR="003D22B6" w:rsidRPr="000F33C5" w:rsidRDefault="00106650" w:rsidP="000F33C5">
      <w:pPr>
        <w:pStyle w:val="ae"/>
        <w:numPr>
          <w:ilvl w:val="0"/>
          <w:numId w:val="10"/>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қатынастарын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реттеудің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өзге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де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мәселелерін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белгілейді</w:t>
      </w:r>
      <w:proofErr w:type="spellEnd"/>
      <w:r w:rsidRPr="000F33C5">
        <w:rPr>
          <w:rFonts w:ascii="Times New Roman" w:hAnsi="Times New Roman" w:cs="Times New Roman"/>
          <w:sz w:val="28"/>
          <w:szCs w:val="28"/>
        </w:rPr>
        <w:t>.</w:t>
      </w:r>
    </w:p>
    <w:p w14:paraId="1FEDD921"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1.3. Қағидалар жұмыс берушінің жергілікті </w:t>
      </w:r>
      <w:proofErr w:type="spellStart"/>
      <w:r w:rsidRPr="0017236A">
        <w:rPr>
          <w:rFonts w:ascii="Times New Roman" w:hAnsi="Times New Roman" w:cs="Times New Roman"/>
          <w:sz w:val="28"/>
          <w:szCs w:val="28"/>
        </w:rPr>
        <w:t>актісі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болып</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табылады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және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Мәслихат</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аппаратының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барлық</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қызметкерлері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үшін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міндетті</w:t>
      </w:r>
      <w:proofErr w:type="spellEnd"/>
      <w:r w:rsidRPr="0017236A">
        <w:rPr>
          <w:rFonts w:ascii="Times New Roman" w:hAnsi="Times New Roman" w:cs="Times New Roman"/>
          <w:sz w:val="28"/>
          <w:szCs w:val="28"/>
        </w:rPr>
        <w:t>.</w:t>
      </w:r>
    </w:p>
    <w:p w14:paraId="02AF7E5D"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1.4. </w:t>
      </w:r>
      <w:proofErr w:type="spellStart"/>
      <w:r w:rsidRPr="0017236A">
        <w:rPr>
          <w:rFonts w:ascii="Times New Roman" w:hAnsi="Times New Roman" w:cs="Times New Roman"/>
          <w:sz w:val="28"/>
          <w:szCs w:val="28"/>
        </w:rPr>
        <w:t>Осы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Қағидалардың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мақсаттары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үшін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қызметкерлер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мемлекеттік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қызметшілер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сондай-ақ</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еңбек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қатынастары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Қазақстан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Республикасының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еңбек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заңнамасымен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реттелетін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Мәслихат</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аппаратының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өзге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де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қызметкерлер</w:t>
      </w:r>
      <w:proofErr w:type="spellEnd"/>
      <w:r w:rsidR="007E53F1">
        <w:rPr>
          <w:rFonts w:ascii="Times New Roman" w:hAnsi="Times New Roman" w:cs="Times New Roman"/>
          <w:sz w:val="28"/>
          <w:szCs w:val="28"/>
          <w:lang w:val="kk-KZ"/>
        </w:rPr>
        <w:t xml:space="preserve"> болып табылады. </w:t>
      </w:r>
    </w:p>
    <w:p w14:paraId="218F722E"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1.5. Мемлекеттік қызметшілерге </w:t>
      </w:r>
      <w:proofErr w:type="spellStart"/>
      <w:r w:rsidRPr="0017236A">
        <w:rPr>
          <w:rFonts w:ascii="Times New Roman" w:hAnsi="Times New Roman" w:cs="Times New Roman"/>
          <w:sz w:val="28"/>
          <w:szCs w:val="28"/>
        </w:rPr>
        <w:t>қатысты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Қазақстан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Республикасының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мемлекеттік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туралы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заңнамасында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белгіленген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нормалар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қолданылады</w:t>
      </w:r>
      <w:proofErr w:type="spellEnd"/>
      <w:r w:rsidRPr="0017236A">
        <w:rPr>
          <w:rFonts w:ascii="Times New Roman" w:hAnsi="Times New Roman" w:cs="Times New Roman"/>
          <w:sz w:val="28"/>
          <w:szCs w:val="28"/>
        </w:rPr>
        <w:t>.</w:t>
      </w:r>
    </w:p>
    <w:p w14:paraId="171C11A1"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lastRenderedPageBreak/>
        <w:t xml:space="preserve">1.6. Мемлекеттік қызметшілер болып табылмайтын қызметкерлерге Қазақстан Республикасының </w:t>
      </w:r>
      <w:proofErr w:type="spellStart"/>
      <w:r w:rsidRPr="0017236A">
        <w:rPr>
          <w:rFonts w:ascii="Times New Roman" w:hAnsi="Times New Roman" w:cs="Times New Roman"/>
          <w:sz w:val="28"/>
          <w:szCs w:val="28"/>
        </w:rPr>
        <w:t>еңбек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нормалары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және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олармен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жасалған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еңбек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шарттарының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талаптары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қолданылады</w:t>
      </w:r>
      <w:proofErr w:type="spellEnd"/>
      <w:r w:rsidRPr="0017236A">
        <w:rPr>
          <w:rFonts w:ascii="Times New Roman" w:hAnsi="Times New Roman" w:cs="Times New Roman"/>
          <w:sz w:val="28"/>
          <w:szCs w:val="28"/>
        </w:rPr>
        <w:t>.</w:t>
      </w:r>
    </w:p>
    <w:p w14:paraId="2ADCF979"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1.7. Мәслихат аппаратының қызметкерлері осы Қағидаларды, лауазымдық нұсқаулықтарды, жұмыс берушінің актілерін, Қазақстан Республикасының заңнама талаптарын, қызметтік әдеп, </w:t>
      </w:r>
      <w:proofErr w:type="spellStart"/>
      <w:r w:rsidRPr="0017236A">
        <w:rPr>
          <w:rFonts w:ascii="Times New Roman" w:hAnsi="Times New Roman" w:cs="Times New Roman"/>
          <w:sz w:val="28"/>
          <w:szCs w:val="28"/>
        </w:rPr>
        <w:t>еңбекті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қорғау</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өрт</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қауіпсіздігі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және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ақпараттық</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қауіпсіздік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нормаларын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сақтауға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міндетті</w:t>
      </w:r>
      <w:proofErr w:type="spellEnd"/>
      <w:r w:rsidRPr="0017236A">
        <w:rPr>
          <w:rFonts w:ascii="Times New Roman" w:hAnsi="Times New Roman" w:cs="Times New Roman"/>
          <w:sz w:val="28"/>
          <w:szCs w:val="28"/>
        </w:rPr>
        <w:t>.</w:t>
      </w:r>
    </w:p>
    <w:p w14:paraId="7A5B6255"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1.8. Мәслихат аппаратының қызметкерлері өздеріне жүктелген лауазымдық және еңбек міндеттерін орындамағаны </w:t>
      </w:r>
      <w:proofErr w:type="spellStart"/>
      <w:r w:rsidRPr="0017236A">
        <w:rPr>
          <w:rFonts w:ascii="Times New Roman" w:hAnsi="Times New Roman" w:cs="Times New Roman"/>
          <w:sz w:val="28"/>
          <w:szCs w:val="28"/>
        </w:rPr>
        <w:t>немесе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тиісінше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орындамағаны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үшін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Қазақстан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Республикасының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заңнамасына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сәйкес</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жауапты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болады</w:t>
      </w:r>
      <w:proofErr w:type="spellEnd"/>
      <w:r w:rsidRPr="0017236A">
        <w:rPr>
          <w:rFonts w:ascii="Times New Roman" w:hAnsi="Times New Roman" w:cs="Times New Roman"/>
          <w:sz w:val="28"/>
          <w:szCs w:val="28"/>
        </w:rPr>
        <w:t>.</w:t>
      </w:r>
    </w:p>
    <w:p w14:paraId="1ED84CBE"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1.9. Қазақстан Республикасының заңнамасы өзгерген жағдайда, осы Қағидалардың ережелері тиісті </w:t>
      </w:r>
      <w:proofErr w:type="spellStart"/>
      <w:r w:rsidRPr="0017236A">
        <w:rPr>
          <w:rFonts w:ascii="Times New Roman" w:hAnsi="Times New Roman" w:cs="Times New Roman"/>
          <w:sz w:val="28"/>
          <w:szCs w:val="28"/>
        </w:rPr>
        <w:t>өзгерістер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толықтырулар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енгізілгенге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дейін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заңнамаға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қайшы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келмейтін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бөлігінде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қолданылады</w:t>
      </w:r>
      <w:proofErr w:type="spellEnd"/>
      <w:r w:rsidRPr="0017236A">
        <w:rPr>
          <w:rFonts w:ascii="Times New Roman" w:hAnsi="Times New Roman" w:cs="Times New Roman"/>
          <w:sz w:val="28"/>
          <w:szCs w:val="28"/>
        </w:rPr>
        <w:t>.</w:t>
      </w:r>
    </w:p>
    <w:p w14:paraId="6B04E438"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Осы Қағидалар мен Қазақстан Республикасының заңнамасы арасында қайшылық </w:t>
      </w:r>
      <w:proofErr w:type="spellStart"/>
      <w:r w:rsidRPr="0017236A">
        <w:rPr>
          <w:rFonts w:ascii="Times New Roman" w:hAnsi="Times New Roman" w:cs="Times New Roman"/>
          <w:sz w:val="28"/>
          <w:szCs w:val="28"/>
        </w:rPr>
        <w:t>болған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жағдайда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Қазақстан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Республикасының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нормалары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қолданылады</w:t>
      </w:r>
      <w:proofErr w:type="spellEnd"/>
      <w:r w:rsidRPr="0017236A">
        <w:rPr>
          <w:rFonts w:ascii="Times New Roman" w:hAnsi="Times New Roman" w:cs="Times New Roman"/>
          <w:sz w:val="28"/>
          <w:szCs w:val="28"/>
        </w:rPr>
        <w:t>.</w:t>
      </w:r>
    </w:p>
    <w:p w14:paraId="35B43852"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1.10. Қызметкерлерді осы Қағидалармен таныстыру еңбек міндеттерін орындауға кіріскенге </w:t>
      </w:r>
      <w:proofErr w:type="spellStart"/>
      <w:r w:rsidRPr="0017236A">
        <w:rPr>
          <w:rFonts w:ascii="Times New Roman" w:hAnsi="Times New Roman" w:cs="Times New Roman"/>
          <w:sz w:val="28"/>
          <w:szCs w:val="28"/>
        </w:rPr>
        <w:t>дейін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сондай-ақ</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оларға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өзгерістер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толықтырулар</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енгізілген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кезде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жүзеге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асырылады</w:t>
      </w:r>
      <w:proofErr w:type="spellEnd"/>
      <w:r w:rsidRPr="0017236A">
        <w:rPr>
          <w:rFonts w:ascii="Times New Roman" w:hAnsi="Times New Roman" w:cs="Times New Roman"/>
          <w:sz w:val="28"/>
          <w:szCs w:val="28"/>
        </w:rPr>
        <w:t>.</w:t>
      </w:r>
    </w:p>
    <w:p w14:paraId="5DE184EB" w14:textId="77777777" w:rsidR="003D22B6" w:rsidRPr="0017236A" w:rsidRDefault="003D22B6" w:rsidP="000F33C5">
      <w:pPr>
        <w:spacing w:after="0" w:line="240" w:lineRule="auto"/>
        <w:ind w:firstLine="567"/>
        <w:jc w:val="both"/>
        <w:rPr>
          <w:rFonts w:ascii="Times New Roman" w:hAnsi="Times New Roman" w:cs="Times New Roman"/>
          <w:sz w:val="28"/>
          <w:szCs w:val="28"/>
        </w:rPr>
      </w:pPr>
    </w:p>
    <w:p w14:paraId="2FB51120" w14:textId="77777777" w:rsidR="003D22B6" w:rsidRPr="0017236A" w:rsidRDefault="00106650" w:rsidP="000F33C5">
      <w:pPr>
        <w:spacing w:after="0" w:line="240" w:lineRule="auto"/>
        <w:ind w:firstLine="567"/>
        <w:jc w:val="center"/>
        <w:rPr>
          <w:rFonts w:ascii="Times New Roman" w:hAnsi="Times New Roman" w:cs="Times New Roman"/>
          <w:sz w:val="28"/>
          <w:szCs w:val="28"/>
        </w:rPr>
      </w:pPr>
      <w:r w:rsidRPr="0017236A">
        <w:rPr>
          <w:rFonts w:ascii="Times New Roman" w:hAnsi="Times New Roman" w:cs="Times New Roman"/>
          <w:b/>
          <w:sz w:val="28"/>
          <w:szCs w:val="28"/>
        </w:rPr>
        <w:t>2. Жұмысқа қабылдау және еңбек қатынастарын тоқтату тәртібі</w:t>
      </w:r>
    </w:p>
    <w:p w14:paraId="505EC5BA" w14:textId="77777777" w:rsidR="003D22B6" w:rsidRPr="0017236A" w:rsidRDefault="003D22B6" w:rsidP="000F33C5">
      <w:pPr>
        <w:spacing w:after="0" w:line="240" w:lineRule="auto"/>
        <w:ind w:firstLine="567"/>
        <w:jc w:val="both"/>
        <w:rPr>
          <w:rFonts w:ascii="Times New Roman" w:hAnsi="Times New Roman" w:cs="Times New Roman"/>
          <w:sz w:val="28"/>
          <w:szCs w:val="28"/>
        </w:rPr>
      </w:pPr>
    </w:p>
    <w:p w14:paraId="5ED446E3"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2.1. Жұмысқа қабылдау Қазақстан Республикасының еңбек </w:t>
      </w:r>
      <w:proofErr w:type="spellStart"/>
      <w:r w:rsidRPr="0017236A">
        <w:rPr>
          <w:rFonts w:ascii="Times New Roman" w:hAnsi="Times New Roman" w:cs="Times New Roman"/>
          <w:sz w:val="28"/>
          <w:szCs w:val="28"/>
        </w:rPr>
        <w:t>заңнамасында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және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мемлекеттік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туралы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заңнамада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белгіленген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тәртіппен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жүзеге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асырылады</w:t>
      </w:r>
      <w:proofErr w:type="spellEnd"/>
      <w:r w:rsidRPr="0017236A">
        <w:rPr>
          <w:rFonts w:ascii="Times New Roman" w:hAnsi="Times New Roman" w:cs="Times New Roman"/>
          <w:sz w:val="28"/>
          <w:szCs w:val="28"/>
        </w:rPr>
        <w:t>.</w:t>
      </w:r>
    </w:p>
    <w:p w14:paraId="10B055E6"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2.2. Мемлекеттік қызметшілер үшін мемлекеттік қызметке кіру, мемлекеттік лауазымға тағайындау, мемлекеттік қызметті өткеру және мемлекеттік қызметті </w:t>
      </w:r>
      <w:proofErr w:type="spellStart"/>
      <w:r w:rsidRPr="0017236A">
        <w:rPr>
          <w:rFonts w:ascii="Times New Roman" w:hAnsi="Times New Roman" w:cs="Times New Roman"/>
          <w:sz w:val="28"/>
          <w:szCs w:val="28"/>
        </w:rPr>
        <w:t>тоқтату</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мемлекеттік</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туралы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талаптары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ескеріле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отырып</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жүзеге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асырылады</w:t>
      </w:r>
      <w:proofErr w:type="spellEnd"/>
      <w:r w:rsidRPr="0017236A">
        <w:rPr>
          <w:rFonts w:ascii="Times New Roman" w:hAnsi="Times New Roman" w:cs="Times New Roman"/>
          <w:sz w:val="28"/>
          <w:szCs w:val="28"/>
        </w:rPr>
        <w:t>.</w:t>
      </w:r>
    </w:p>
    <w:p w14:paraId="57DC0D74"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2.3. </w:t>
      </w:r>
      <w:proofErr w:type="spellStart"/>
      <w:r w:rsidRPr="0017236A">
        <w:rPr>
          <w:rFonts w:ascii="Times New Roman" w:hAnsi="Times New Roman" w:cs="Times New Roman"/>
          <w:sz w:val="28"/>
          <w:szCs w:val="28"/>
        </w:rPr>
        <w:t>Жұмысқа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қабылдау</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кезінде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қызметкер</w:t>
      </w:r>
      <w:proofErr w:type="spellEnd"/>
      <w:r w:rsidRPr="0017236A">
        <w:rPr>
          <w:rFonts w:ascii="Times New Roman" w:hAnsi="Times New Roman" w:cs="Times New Roman"/>
          <w:sz w:val="28"/>
          <w:szCs w:val="28"/>
        </w:rPr>
        <w:t>:</w:t>
      </w:r>
    </w:p>
    <w:p w14:paraId="138F415D"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осы</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Қағидалармен</w:t>
      </w:r>
      <w:proofErr w:type="spellEnd"/>
      <w:r w:rsidRPr="000F33C5">
        <w:rPr>
          <w:rFonts w:ascii="Times New Roman" w:hAnsi="Times New Roman" w:cs="Times New Roman"/>
          <w:sz w:val="28"/>
          <w:szCs w:val="28"/>
        </w:rPr>
        <w:t>;</w:t>
      </w:r>
    </w:p>
    <w:p w14:paraId="63125129"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шартымен</w:t>
      </w:r>
      <w:proofErr w:type="spellEnd"/>
      <w:r w:rsidRPr="000F33C5">
        <w:rPr>
          <w:rFonts w:ascii="Times New Roman" w:hAnsi="Times New Roman" w:cs="Times New Roman"/>
          <w:sz w:val="28"/>
          <w:szCs w:val="28"/>
        </w:rPr>
        <w:t>;</w:t>
      </w:r>
    </w:p>
    <w:p w14:paraId="43423F7A"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лауазымдық</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нұсқаулықпен</w:t>
      </w:r>
      <w:proofErr w:type="spellEnd"/>
      <w:r w:rsidRPr="000F33C5">
        <w:rPr>
          <w:rFonts w:ascii="Times New Roman" w:hAnsi="Times New Roman" w:cs="Times New Roman"/>
          <w:sz w:val="28"/>
          <w:szCs w:val="28"/>
        </w:rPr>
        <w:t>;</w:t>
      </w:r>
    </w:p>
    <w:p w14:paraId="029FFC6C"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оның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еңбек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қызметіне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тікелей</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байланысты</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жұмыс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берушінің</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актілерімен</w:t>
      </w:r>
      <w:proofErr w:type="spellEnd"/>
      <w:r w:rsidRPr="000F33C5">
        <w:rPr>
          <w:rFonts w:ascii="Times New Roman" w:hAnsi="Times New Roman" w:cs="Times New Roman"/>
          <w:sz w:val="28"/>
          <w:szCs w:val="28"/>
        </w:rPr>
        <w:t>;</w:t>
      </w:r>
    </w:p>
    <w:p w14:paraId="350923EE"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еңбекті</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қорғау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қауіпсіздік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техникасы</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талаптарымен</w:t>
      </w:r>
      <w:proofErr w:type="spellEnd"/>
      <w:r w:rsidRPr="000F33C5">
        <w:rPr>
          <w:rFonts w:ascii="Times New Roman" w:hAnsi="Times New Roman" w:cs="Times New Roman"/>
          <w:sz w:val="28"/>
          <w:szCs w:val="28"/>
        </w:rPr>
        <w:t>;</w:t>
      </w:r>
    </w:p>
    <w:p w14:paraId="4F28D2F8"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өрт</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қауіпсіздігі</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қағидаларымен</w:t>
      </w:r>
      <w:proofErr w:type="spellEnd"/>
      <w:r w:rsidRPr="000F33C5">
        <w:rPr>
          <w:rFonts w:ascii="Times New Roman" w:hAnsi="Times New Roman" w:cs="Times New Roman"/>
          <w:sz w:val="28"/>
          <w:szCs w:val="28"/>
        </w:rPr>
        <w:t>;</w:t>
      </w:r>
    </w:p>
    <w:p w14:paraId="09F0895A" w14:textId="77777777" w:rsid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ақпараттық</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қауіпсіздік</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және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дербес</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деректерді</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қорғау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талаптарымен</w:t>
      </w:r>
      <w:proofErr w:type="spellEnd"/>
      <w:r w:rsidRPr="000F33C5">
        <w:rPr>
          <w:rFonts w:ascii="Times New Roman" w:hAnsi="Times New Roman" w:cs="Times New Roman"/>
          <w:sz w:val="28"/>
          <w:szCs w:val="28"/>
        </w:rPr>
        <w:t>;</w:t>
      </w:r>
    </w:p>
    <w:p w14:paraId="04118EA0" w14:textId="2949A94C" w:rsidR="003D22B6" w:rsidRPr="000F33C5" w:rsidRDefault="00106650" w:rsidP="000F33C5">
      <w:pPr>
        <w:pStyle w:val="ae"/>
        <w:numPr>
          <w:ilvl w:val="0"/>
          <w:numId w:val="11"/>
        </w:numPr>
        <w:spacing w:after="0" w:line="240" w:lineRule="auto"/>
        <w:jc w:val="both"/>
        <w:rPr>
          <w:rFonts w:ascii="Times New Roman" w:hAnsi="Times New Roman" w:cs="Times New Roman"/>
          <w:sz w:val="28"/>
          <w:szCs w:val="28"/>
        </w:rPr>
      </w:pPr>
      <w:proofErr w:type="spellStart"/>
      <w:r w:rsidRPr="000F33C5">
        <w:rPr>
          <w:rFonts w:ascii="Times New Roman" w:hAnsi="Times New Roman" w:cs="Times New Roman"/>
          <w:sz w:val="28"/>
          <w:szCs w:val="28"/>
        </w:rPr>
        <w:t>орындау</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міндетті</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өзге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де</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құжаттармен</w:t>
      </w:r>
      <w:proofErr w:type="spellEnd"/>
      <w:r w:rsidRPr="000F33C5">
        <w:rPr>
          <w:rFonts w:ascii="Times New Roman" w:hAnsi="Times New Roman" w:cs="Times New Roman"/>
          <w:sz w:val="28"/>
          <w:szCs w:val="28"/>
        </w:rPr>
        <w:t xml:space="preserve"> </w:t>
      </w:r>
      <w:proofErr w:type="spellStart"/>
      <w:r w:rsidRPr="000F33C5">
        <w:rPr>
          <w:rFonts w:ascii="Times New Roman" w:hAnsi="Times New Roman" w:cs="Times New Roman"/>
          <w:sz w:val="28"/>
          <w:szCs w:val="28"/>
        </w:rPr>
        <w:t>таныс</w:t>
      </w:r>
      <w:proofErr w:type="spellEnd"/>
      <w:r w:rsidR="00CA1CB0" w:rsidRPr="000F33C5">
        <w:rPr>
          <w:rFonts w:ascii="Times New Roman" w:hAnsi="Times New Roman" w:cs="Times New Roman"/>
          <w:sz w:val="28"/>
          <w:szCs w:val="28"/>
          <w:lang w:val="kk-KZ"/>
        </w:rPr>
        <w:t>тырыл</w:t>
      </w:r>
      <w:proofErr w:type="spellStart"/>
      <w:r w:rsidRPr="000F33C5">
        <w:rPr>
          <w:rFonts w:ascii="Times New Roman" w:hAnsi="Times New Roman" w:cs="Times New Roman"/>
          <w:sz w:val="28"/>
          <w:szCs w:val="28"/>
        </w:rPr>
        <w:t>ады</w:t>
      </w:r>
      <w:proofErr w:type="spellEnd"/>
      <w:r w:rsidRPr="000F33C5">
        <w:rPr>
          <w:rFonts w:ascii="Times New Roman" w:hAnsi="Times New Roman" w:cs="Times New Roman"/>
          <w:sz w:val="28"/>
          <w:szCs w:val="28"/>
        </w:rPr>
        <w:t>.</w:t>
      </w:r>
    </w:p>
    <w:p w14:paraId="3099488C"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2.4. Қызметкер еңбек шартын жасасуға не мемлекеттік </w:t>
      </w:r>
      <w:proofErr w:type="spellStart"/>
      <w:r w:rsidRPr="0017236A">
        <w:rPr>
          <w:rFonts w:ascii="Times New Roman" w:hAnsi="Times New Roman" w:cs="Times New Roman"/>
          <w:sz w:val="28"/>
          <w:szCs w:val="28"/>
        </w:rPr>
        <w:t>лауазымға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тағайындауға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қажетті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құжаттарды</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Қазақстан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Республикасының</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заңнамасына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сәйкес</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ұсынуға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міндетті</w:t>
      </w:r>
      <w:proofErr w:type="spellEnd"/>
      <w:r w:rsidRPr="0017236A">
        <w:rPr>
          <w:rFonts w:ascii="Times New Roman" w:hAnsi="Times New Roman" w:cs="Times New Roman"/>
          <w:sz w:val="28"/>
          <w:szCs w:val="28"/>
        </w:rPr>
        <w:t>.</w:t>
      </w:r>
    </w:p>
    <w:p w14:paraId="0380F416" w14:textId="77777777" w:rsidR="003D22B6" w:rsidRPr="0017236A" w:rsidRDefault="00106650" w:rsidP="000F33C5">
      <w:pPr>
        <w:spacing w:after="0" w:line="240" w:lineRule="auto"/>
        <w:ind w:firstLine="709"/>
        <w:jc w:val="both"/>
        <w:rPr>
          <w:rFonts w:ascii="Times New Roman" w:hAnsi="Times New Roman" w:cs="Times New Roman"/>
          <w:sz w:val="28"/>
          <w:szCs w:val="28"/>
        </w:rPr>
      </w:pPr>
      <w:r w:rsidRPr="0017236A">
        <w:rPr>
          <w:rFonts w:ascii="Times New Roman" w:hAnsi="Times New Roman" w:cs="Times New Roman"/>
          <w:sz w:val="28"/>
          <w:szCs w:val="28"/>
        </w:rPr>
        <w:t xml:space="preserve">2.5. Еңбек қатынастары тоқтатылған кезде қызметкер өзіне бекітілген құжаттарды, материалдық құндылықтарды, қызметтік мүлікті, кілттерді, ақпараттың </w:t>
      </w:r>
      <w:r w:rsidRPr="0017236A">
        <w:rPr>
          <w:rFonts w:ascii="Times New Roman" w:hAnsi="Times New Roman" w:cs="Times New Roman"/>
          <w:sz w:val="28"/>
          <w:szCs w:val="28"/>
        </w:rPr>
        <w:lastRenderedPageBreak/>
        <w:t xml:space="preserve">электрондық </w:t>
      </w:r>
      <w:proofErr w:type="spellStart"/>
      <w:r w:rsidRPr="0017236A">
        <w:rPr>
          <w:rFonts w:ascii="Times New Roman" w:hAnsi="Times New Roman" w:cs="Times New Roman"/>
          <w:sz w:val="28"/>
          <w:szCs w:val="28"/>
        </w:rPr>
        <w:t>жеткізгіштерін</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және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өзге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де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мүлікті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қабылдау-тапсыру</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актісі</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бойынша</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беруге</w:t>
      </w:r>
      <w:proofErr w:type="spellEnd"/>
      <w:r w:rsidRPr="0017236A">
        <w:rPr>
          <w:rFonts w:ascii="Times New Roman" w:hAnsi="Times New Roman" w:cs="Times New Roman"/>
          <w:sz w:val="28"/>
          <w:szCs w:val="28"/>
        </w:rPr>
        <w:t xml:space="preserve"> </w:t>
      </w:r>
      <w:proofErr w:type="spellStart"/>
      <w:r w:rsidRPr="0017236A">
        <w:rPr>
          <w:rFonts w:ascii="Times New Roman" w:hAnsi="Times New Roman" w:cs="Times New Roman"/>
          <w:sz w:val="28"/>
          <w:szCs w:val="28"/>
        </w:rPr>
        <w:t>міндетті</w:t>
      </w:r>
      <w:proofErr w:type="spellEnd"/>
      <w:r w:rsidRPr="0017236A">
        <w:rPr>
          <w:rFonts w:ascii="Times New Roman" w:hAnsi="Times New Roman" w:cs="Times New Roman"/>
          <w:sz w:val="28"/>
          <w:szCs w:val="28"/>
        </w:rPr>
        <w:t>.</w:t>
      </w:r>
    </w:p>
    <w:p w14:paraId="05209F93" w14:textId="77777777" w:rsidR="003D22B6" w:rsidRPr="0017236A" w:rsidRDefault="003D22B6" w:rsidP="000F33C5">
      <w:pPr>
        <w:spacing w:after="0" w:line="240" w:lineRule="auto"/>
        <w:ind w:firstLine="567"/>
        <w:jc w:val="both"/>
        <w:rPr>
          <w:rFonts w:ascii="Times New Roman" w:hAnsi="Times New Roman" w:cs="Times New Roman"/>
          <w:sz w:val="28"/>
          <w:szCs w:val="28"/>
        </w:rPr>
      </w:pPr>
    </w:p>
    <w:p w14:paraId="4F968AFD" w14:textId="77777777" w:rsidR="003D22B6" w:rsidRPr="0017236A" w:rsidRDefault="00106650" w:rsidP="000F33C5">
      <w:pPr>
        <w:spacing w:after="0" w:line="240" w:lineRule="auto"/>
        <w:ind w:firstLine="567"/>
        <w:jc w:val="center"/>
        <w:rPr>
          <w:rFonts w:ascii="Times New Roman" w:hAnsi="Times New Roman" w:cs="Times New Roman"/>
          <w:sz w:val="28"/>
          <w:szCs w:val="28"/>
        </w:rPr>
      </w:pPr>
      <w:r w:rsidRPr="0017236A">
        <w:rPr>
          <w:rFonts w:ascii="Times New Roman" w:hAnsi="Times New Roman" w:cs="Times New Roman"/>
          <w:b/>
          <w:sz w:val="28"/>
          <w:szCs w:val="28"/>
        </w:rPr>
        <w:t>3. Қызметкерлердің негізгі құқықтары</w:t>
      </w:r>
    </w:p>
    <w:p w14:paraId="5D5EFBC7" w14:textId="77777777" w:rsidR="003D22B6" w:rsidRPr="0017236A" w:rsidRDefault="003D22B6" w:rsidP="000F33C5">
      <w:pPr>
        <w:spacing w:after="0" w:line="240" w:lineRule="auto"/>
        <w:ind w:firstLine="567"/>
        <w:jc w:val="both"/>
        <w:rPr>
          <w:rFonts w:ascii="Times New Roman" w:hAnsi="Times New Roman" w:cs="Times New Roman"/>
          <w:sz w:val="28"/>
          <w:szCs w:val="28"/>
        </w:rPr>
      </w:pPr>
    </w:p>
    <w:p w14:paraId="1FEDE267" w14:textId="77777777" w:rsidR="003D22B6" w:rsidRDefault="00106650" w:rsidP="000F33C5">
      <w:pPr>
        <w:spacing w:after="0" w:line="240" w:lineRule="auto"/>
        <w:ind w:firstLine="709"/>
        <w:jc w:val="both"/>
        <w:rPr>
          <w:rFonts w:ascii="Times New Roman" w:hAnsi="Times New Roman" w:cs="Times New Roman"/>
          <w:sz w:val="28"/>
          <w:szCs w:val="28"/>
          <w:lang w:val="kk-KZ"/>
        </w:rPr>
      </w:pPr>
      <w:r w:rsidRPr="0017236A">
        <w:rPr>
          <w:rFonts w:ascii="Times New Roman" w:hAnsi="Times New Roman" w:cs="Times New Roman"/>
          <w:sz w:val="28"/>
          <w:szCs w:val="28"/>
        </w:rPr>
        <w:t xml:space="preserve">3.1. </w:t>
      </w:r>
      <w:proofErr w:type="spellStart"/>
      <w:r w:rsidRPr="0017236A">
        <w:rPr>
          <w:rFonts w:ascii="Times New Roman" w:hAnsi="Times New Roman" w:cs="Times New Roman"/>
          <w:sz w:val="28"/>
          <w:szCs w:val="28"/>
        </w:rPr>
        <w:t>Қызметкерлер</w:t>
      </w:r>
      <w:proofErr w:type="spellEnd"/>
      <w:r w:rsidRPr="0017236A">
        <w:rPr>
          <w:rFonts w:ascii="Times New Roman" w:hAnsi="Times New Roman" w:cs="Times New Roman"/>
          <w:sz w:val="28"/>
          <w:szCs w:val="28"/>
        </w:rPr>
        <w:t>:</w:t>
      </w:r>
    </w:p>
    <w:p w14:paraId="7010B1CE"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Қазақстан Республикасының заңнамасына сәйкес келетін еңбек жағдайларына;</w:t>
      </w:r>
    </w:p>
    <w:p w14:paraId="67BF0592"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еңбекақының уақтылы және толық төленуіне;</w:t>
      </w:r>
    </w:p>
    <w:p w14:paraId="39883EB0"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қауіпсіз еңбек жағдайларына;</w:t>
      </w:r>
    </w:p>
    <w:p w14:paraId="5322AAC0"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тынығуға;</w:t>
      </w:r>
    </w:p>
    <w:p w14:paraId="596EF5AE"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еңбек және лауазымдық міндеттерін орындау үшін қажетті ақпарат пен материалдарды алуға;</w:t>
      </w:r>
    </w:p>
    <w:p w14:paraId="212E5F01"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кәсіптік дамуға және біліктілігін арттыруға;</w:t>
      </w:r>
    </w:p>
    <w:p w14:paraId="3B6DC43D" w14:textId="77777777" w:rsid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еңбек құқықтары мен заңды мүдделерін қорғауға;</w:t>
      </w:r>
    </w:p>
    <w:p w14:paraId="422C2E91" w14:textId="453FCB79" w:rsidR="003D22B6" w:rsidRPr="00BC5759" w:rsidRDefault="00106650" w:rsidP="00BC5759">
      <w:pPr>
        <w:pStyle w:val="ae"/>
        <w:numPr>
          <w:ilvl w:val="0"/>
          <w:numId w:val="12"/>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Қазақстан Республикасының заңнамасында көзделген өзге де құқықтарға құқылы.</w:t>
      </w:r>
    </w:p>
    <w:p w14:paraId="7BECEB87" w14:textId="77777777" w:rsidR="003D22B6" w:rsidRPr="008C2853" w:rsidRDefault="003D22B6" w:rsidP="000F33C5">
      <w:pPr>
        <w:spacing w:after="0" w:line="240" w:lineRule="auto"/>
        <w:ind w:firstLine="567"/>
        <w:jc w:val="both"/>
        <w:rPr>
          <w:rFonts w:ascii="Times New Roman" w:hAnsi="Times New Roman" w:cs="Times New Roman"/>
          <w:sz w:val="28"/>
          <w:szCs w:val="28"/>
          <w:lang w:val="kk-KZ"/>
        </w:rPr>
      </w:pPr>
    </w:p>
    <w:p w14:paraId="4B14A1F6" w14:textId="77777777" w:rsidR="003D22B6" w:rsidRPr="000F33C5" w:rsidRDefault="00106650" w:rsidP="00BC5759">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4. Қызметкерлердің негізгі міндеттері</w:t>
      </w:r>
    </w:p>
    <w:p w14:paraId="71964763"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2D3D85D2"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4.1. Қызметкерлер:</w:t>
      </w:r>
    </w:p>
    <w:p w14:paraId="0E4EBD9E"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Қазақстан Республикасының Конституциясы мен заңнамасын сақтауға;</w:t>
      </w:r>
    </w:p>
    <w:p w14:paraId="6728E733"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еңбек және лауазымдық міндеттерін адал орындауға;</w:t>
      </w:r>
    </w:p>
    <w:p w14:paraId="0FE11984"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осы Қағидаларды сақтауға;</w:t>
      </w:r>
    </w:p>
    <w:p w14:paraId="7A09992F"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еңбек және қызметтік тәртіпті сақтауға;</w:t>
      </w:r>
    </w:p>
    <w:p w14:paraId="3D61C435"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белгіленген жұмыс уақыты режимін сақтауға;</w:t>
      </w:r>
    </w:p>
    <w:p w14:paraId="54A22B84"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басшылықтың тапсырмаларын уақтылы және сапалы орындауға;</w:t>
      </w:r>
    </w:p>
    <w:p w14:paraId="2349F17E"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құжаттарды орындаудың белгіленген мерзімдерін сақтауға;</w:t>
      </w:r>
    </w:p>
    <w:p w14:paraId="78AF1A16"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қызметтік әдеп нормаларын сақтауға;</w:t>
      </w:r>
    </w:p>
    <w:p w14:paraId="512D2E52"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сыбайлас жемқорлыққа қарсы іс-қимыл туралы заңнама талаптарын сақтауға;</w:t>
      </w:r>
    </w:p>
    <w:p w14:paraId="13A9E46C"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мүдделер қақтығысына жол бермеуге;</w:t>
      </w:r>
    </w:p>
    <w:p w14:paraId="5F8CD31E"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мемлекеттік мүлікке ұқыпты қарауға;</w:t>
      </w:r>
    </w:p>
    <w:p w14:paraId="49CC9CE7"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қызметтік құжаттардың сақталуын қамтамасыз етуге;</w:t>
      </w:r>
    </w:p>
    <w:p w14:paraId="28A9F959"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ақпараттық қауіпсіздік талаптарын сақтауға;</w:t>
      </w:r>
    </w:p>
    <w:p w14:paraId="7DDE85B3"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еңбекті қорғау және өрт қауіпсіздігі талаптарын сақтауға;</w:t>
      </w:r>
    </w:p>
    <w:p w14:paraId="03DF78ED"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мемлекеттік, қызметтік және заңмен қорғалатын өзге де құпияларды қорғау талаптарын сақтауға;</w:t>
      </w:r>
    </w:p>
    <w:p w14:paraId="485AC58D" w14:textId="77777777" w:rsid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міндеттерді орындауға кедергі келтіретін мән-жайлар туралы тікелей басшыны дереу хабардар етуге;</w:t>
      </w:r>
    </w:p>
    <w:p w14:paraId="50889EFF" w14:textId="2F46C0AF" w:rsidR="003D22B6" w:rsidRPr="00BC5759" w:rsidRDefault="00106650" w:rsidP="00BC5759">
      <w:pPr>
        <w:pStyle w:val="ae"/>
        <w:numPr>
          <w:ilvl w:val="0"/>
          <w:numId w:val="13"/>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Қазақстан Республикасының заңнамасында көзделген өзге де міндеттерді сақтауға міндетті.</w:t>
      </w:r>
    </w:p>
    <w:p w14:paraId="24488ADC" w14:textId="1408CD32" w:rsidR="003D22B6" w:rsidRDefault="003D22B6" w:rsidP="000F33C5">
      <w:pPr>
        <w:spacing w:after="0" w:line="240" w:lineRule="auto"/>
        <w:ind w:firstLine="567"/>
        <w:jc w:val="both"/>
        <w:rPr>
          <w:rFonts w:ascii="Times New Roman" w:hAnsi="Times New Roman" w:cs="Times New Roman"/>
          <w:sz w:val="28"/>
          <w:szCs w:val="28"/>
          <w:lang w:val="kk-KZ"/>
        </w:rPr>
      </w:pPr>
    </w:p>
    <w:p w14:paraId="30B4A6AB" w14:textId="77777777" w:rsidR="004E4834" w:rsidRPr="000F33C5" w:rsidRDefault="004E4834" w:rsidP="000F33C5">
      <w:pPr>
        <w:spacing w:after="0" w:line="240" w:lineRule="auto"/>
        <w:ind w:firstLine="567"/>
        <w:jc w:val="both"/>
        <w:rPr>
          <w:rFonts w:ascii="Times New Roman" w:hAnsi="Times New Roman" w:cs="Times New Roman"/>
          <w:sz w:val="28"/>
          <w:szCs w:val="28"/>
          <w:lang w:val="kk-KZ"/>
        </w:rPr>
      </w:pPr>
    </w:p>
    <w:p w14:paraId="0E03D4D2"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lastRenderedPageBreak/>
        <w:t>5. Жұмыс уақытының режимі</w:t>
      </w:r>
    </w:p>
    <w:p w14:paraId="440826EC"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07CA1324"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5.1. Мәслихат аппаратының қызметкерлері үшін екі демалыс күн</w:t>
      </w:r>
      <w:r w:rsidR="00620657" w:rsidRPr="000F33C5">
        <w:rPr>
          <w:rFonts w:ascii="Times New Roman" w:hAnsi="Times New Roman" w:cs="Times New Roman"/>
          <w:sz w:val="28"/>
          <w:szCs w:val="28"/>
          <w:lang w:val="kk-KZ"/>
        </w:rPr>
        <w:t>і – сенбі және жексенбі күндері</w:t>
      </w:r>
      <w:r w:rsidR="00620657">
        <w:rPr>
          <w:rFonts w:ascii="Times New Roman" w:hAnsi="Times New Roman" w:cs="Times New Roman"/>
          <w:sz w:val="28"/>
          <w:szCs w:val="28"/>
          <w:lang w:val="kk-KZ"/>
        </w:rPr>
        <w:t xml:space="preserve">мен </w:t>
      </w:r>
      <w:r w:rsidRPr="000F33C5">
        <w:rPr>
          <w:rFonts w:ascii="Times New Roman" w:hAnsi="Times New Roman" w:cs="Times New Roman"/>
          <w:sz w:val="28"/>
          <w:szCs w:val="28"/>
          <w:lang w:val="kk-KZ"/>
        </w:rPr>
        <w:t>бес күндік жұмыс аптасы белгіленеді.</w:t>
      </w:r>
    </w:p>
    <w:p w14:paraId="6E4CF2AA"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5.2. Қалыпты жұмыс уақытының ұзақтығы аптасына 40 сағаттан аспауға тиіс.</w:t>
      </w:r>
    </w:p>
    <w:p w14:paraId="19065281"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5.3. Жұмыс уақытының режимі:</w:t>
      </w:r>
    </w:p>
    <w:p w14:paraId="3009719A" w14:textId="77777777" w:rsidR="00BC5759" w:rsidRDefault="00106650" w:rsidP="00BC5759">
      <w:pPr>
        <w:pStyle w:val="ae"/>
        <w:numPr>
          <w:ilvl w:val="0"/>
          <w:numId w:val="14"/>
        </w:numPr>
        <w:spacing w:after="0" w:line="240" w:lineRule="auto"/>
        <w:jc w:val="both"/>
        <w:rPr>
          <w:rFonts w:ascii="Times New Roman" w:hAnsi="Times New Roman" w:cs="Times New Roman"/>
          <w:b/>
          <w:sz w:val="28"/>
          <w:szCs w:val="28"/>
          <w:lang w:val="kk-KZ"/>
        </w:rPr>
      </w:pPr>
      <w:r w:rsidRPr="00BC5759">
        <w:rPr>
          <w:rFonts w:ascii="Times New Roman" w:hAnsi="Times New Roman" w:cs="Times New Roman"/>
          <w:sz w:val="28"/>
          <w:szCs w:val="28"/>
          <w:lang w:val="kk-KZ"/>
        </w:rPr>
        <w:t xml:space="preserve">жұмыс күнінің басталуы – </w:t>
      </w:r>
      <w:r w:rsidRPr="00BC5759">
        <w:rPr>
          <w:rFonts w:ascii="Times New Roman" w:hAnsi="Times New Roman" w:cs="Times New Roman"/>
          <w:b/>
          <w:sz w:val="28"/>
          <w:szCs w:val="28"/>
          <w:lang w:val="kk-KZ"/>
        </w:rPr>
        <w:t>09:00;</w:t>
      </w:r>
    </w:p>
    <w:p w14:paraId="5B49FB31" w14:textId="77777777" w:rsidR="00BC5759" w:rsidRDefault="00106650" w:rsidP="00BC5759">
      <w:pPr>
        <w:pStyle w:val="ae"/>
        <w:numPr>
          <w:ilvl w:val="0"/>
          <w:numId w:val="14"/>
        </w:numPr>
        <w:spacing w:after="0" w:line="240" w:lineRule="auto"/>
        <w:jc w:val="both"/>
        <w:rPr>
          <w:rFonts w:ascii="Times New Roman" w:hAnsi="Times New Roman" w:cs="Times New Roman"/>
          <w:b/>
          <w:sz w:val="28"/>
          <w:szCs w:val="28"/>
          <w:lang w:val="kk-KZ"/>
        </w:rPr>
      </w:pPr>
      <w:r w:rsidRPr="00BC5759">
        <w:rPr>
          <w:rFonts w:ascii="Times New Roman" w:hAnsi="Times New Roman" w:cs="Times New Roman"/>
          <w:sz w:val="28"/>
          <w:szCs w:val="28"/>
          <w:lang w:val="kk-KZ"/>
        </w:rPr>
        <w:t xml:space="preserve">жұмыс күнінің аяқталуы – </w:t>
      </w:r>
      <w:r w:rsidRPr="00BC5759">
        <w:rPr>
          <w:rFonts w:ascii="Times New Roman" w:hAnsi="Times New Roman" w:cs="Times New Roman"/>
          <w:b/>
          <w:sz w:val="28"/>
          <w:szCs w:val="28"/>
          <w:lang w:val="kk-KZ"/>
        </w:rPr>
        <w:t>18:00;</w:t>
      </w:r>
    </w:p>
    <w:p w14:paraId="2355E64F" w14:textId="77777777" w:rsidR="00BC5759" w:rsidRPr="00BC5759" w:rsidRDefault="00106650" w:rsidP="00BC5759">
      <w:pPr>
        <w:pStyle w:val="ae"/>
        <w:numPr>
          <w:ilvl w:val="0"/>
          <w:numId w:val="14"/>
        </w:numPr>
        <w:spacing w:after="0" w:line="240" w:lineRule="auto"/>
        <w:jc w:val="both"/>
        <w:rPr>
          <w:rFonts w:ascii="Times New Roman" w:hAnsi="Times New Roman" w:cs="Times New Roman"/>
          <w:b/>
          <w:sz w:val="28"/>
          <w:szCs w:val="28"/>
          <w:lang w:val="kk-KZ"/>
        </w:rPr>
      </w:pPr>
      <w:r w:rsidRPr="00BC5759">
        <w:rPr>
          <w:rFonts w:ascii="Times New Roman" w:hAnsi="Times New Roman" w:cs="Times New Roman"/>
          <w:sz w:val="28"/>
          <w:szCs w:val="28"/>
          <w:lang w:val="kk-KZ"/>
        </w:rPr>
        <w:t xml:space="preserve">тынығу және тамақтану үшін үзіліс – </w:t>
      </w:r>
      <w:r w:rsidRPr="00BC5759">
        <w:rPr>
          <w:rFonts w:ascii="Times New Roman" w:hAnsi="Times New Roman" w:cs="Times New Roman"/>
          <w:b/>
          <w:sz w:val="28"/>
          <w:szCs w:val="28"/>
          <w:lang w:val="kk-KZ"/>
        </w:rPr>
        <w:t>13:00-ден 14:00-ге дейін</w:t>
      </w:r>
      <w:r w:rsidRPr="00BC5759">
        <w:rPr>
          <w:rFonts w:ascii="Times New Roman" w:hAnsi="Times New Roman" w:cs="Times New Roman"/>
          <w:sz w:val="28"/>
          <w:szCs w:val="28"/>
          <w:lang w:val="kk-KZ"/>
        </w:rPr>
        <w:t>;</w:t>
      </w:r>
    </w:p>
    <w:p w14:paraId="4911F149" w14:textId="76C6E488" w:rsidR="003D22B6" w:rsidRPr="00BC5759" w:rsidRDefault="00106650" w:rsidP="00BC5759">
      <w:pPr>
        <w:pStyle w:val="ae"/>
        <w:numPr>
          <w:ilvl w:val="0"/>
          <w:numId w:val="14"/>
        </w:numPr>
        <w:spacing w:after="0" w:line="240" w:lineRule="auto"/>
        <w:jc w:val="both"/>
        <w:rPr>
          <w:rFonts w:ascii="Times New Roman" w:hAnsi="Times New Roman" w:cs="Times New Roman"/>
          <w:b/>
          <w:bCs/>
          <w:sz w:val="28"/>
          <w:szCs w:val="28"/>
          <w:lang w:val="kk-KZ"/>
        </w:rPr>
      </w:pPr>
      <w:r w:rsidRPr="00BC5759">
        <w:rPr>
          <w:rFonts w:ascii="Times New Roman" w:hAnsi="Times New Roman" w:cs="Times New Roman"/>
          <w:sz w:val="28"/>
          <w:szCs w:val="28"/>
          <w:lang w:val="kk-KZ"/>
        </w:rPr>
        <w:t xml:space="preserve">демалыс күндері – </w:t>
      </w:r>
      <w:r w:rsidRPr="00BC5759">
        <w:rPr>
          <w:rFonts w:ascii="Times New Roman" w:hAnsi="Times New Roman" w:cs="Times New Roman"/>
          <w:b/>
          <w:bCs/>
          <w:sz w:val="28"/>
          <w:szCs w:val="28"/>
          <w:lang w:val="kk-KZ"/>
        </w:rPr>
        <w:t>сенбі және жексенбі.</w:t>
      </w:r>
    </w:p>
    <w:p w14:paraId="50624D1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5.4. Көрсетілген режим кезінде жұмыс уақытының ұзақтығы күніне 8 сағатты және аптасына 40 сағатты құрайды.</w:t>
      </w:r>
    </w:p>
    <w:p w14:paraId="663467CF" w14:textId="77777777" w:rsidR="006A7042"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 xml:space="preserve">5.5. Тынығу және тамақтану үшін үзіліс жұмыс уақытына енгізілмейді. </w:t>
      </w:r>
    </w:p>
    <w:p w14:paraId="037F6517" w14:textId="77777777" w:rsidR="003D22B6" w:rsidRPr="006A7042" w:rsidRDefault="00106650" w:rsidP="00BC5759">
      <w:pPr>
        <w:spacing w:after="0" w:line="240" w:lineRule="auto"/>
        <w:ind w:firstLine="709"/>
        <w:jc w:val="both"/>
        <w:rPr>
          <w:rFonts w:ascii="Times New Roman" w:hAnsi="Times New Roman" w:cs="Times New Roman"/>
          <w:sz w:val="28"/>
          <w:szCs w:val="28"/>
          <w:lang w:val="kk-KZ"/>
        </w:rPr>
      </w:pPr>
      <w:r w:rsidRPr="006A7042">
        <w:rPr>
          <w:rFonts w:ascii="Times New Roman" w:hAnsi="Times New Roman" w:cs="Times New Roman"/>
          <w:sz w:val="28"/>
          <w:szCs w:val="28"/>
          <w:lang w:val="kk-KZ"/>
        </w:rPr>
        <w:t>Үзіліс кезінде қызметкер шұғыл қызметтік міндеттерді орындауға кедергі келтірмейтін және белгіленген жұмыс тәртібін бұзбайтын жағдайда жұмыс орнынан кетуге құқылы.</w:t>
      </w:r>
    </w:p>
    <w:p w14:paraId="4955E49E" w14:textId="77777777" w:rsidR="003D22B6" w:rsidRPr="008C2853" w:rsidRDefault="00106650" w:rsidP="00BC5759">
      <w:pPr>
        <w:spacing w:after="0" w:line="240" w:lineRule="auto"/>
        <w:ind w:firstLine="709"/>
        <w:jc w:val="both"/>
        <w:rPr>
          <w:rFonts w:ascii="Times New Roman" w:hAnsi="Times New Roman" w:cs="Times New Roman"/>
          <w:sz w:val="28"/>
          <w:szCs w:val="28"/>
          <w:lang w:val="kk-KZ"/>
        </w:rPr>
      </w:pPr>
      <w:r w:rsidRPr="008C2853">
        <w:rPr>
          <w:rFonts w:ascii="Times New Roman" w:hAnsi="Times New Roman" w:cs="Times New Roman"/>
          <w:sz w:val="28"/>
          <w:szCs w:val="28"/>
          <w:lang w:val="kk-KZ"/>
        </w:rPr>
        <w:t>Мәслихат сессияларын, тұрақты комиссиялардың отырыстарын, жұмыс кеңестерін және өзге де іс-шараларды өткізу кезеңінде үзіліс уақыты жұмыстың үздіксіздігін қамтамасыз ету қажеттілігі ескеріле отырып түзетілуі мүмкін.</w:t>
      </w:r>
    </w:p>
    <w:p w14:paraId="7F306340"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5.6. Қызметкерлердің жекелеген санаттары үшін Қазақстан Республикасының заңнамасында көзделген тәртіппен өзге де жұмыс уақытының режимі белгіленуі мүмкін.</w:t>
      </w:r>
    </w:p>
    <w:p w14:paraId="7E5C96FE"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5.7. Қызметкер жұмыс уақыты басталғанға дейін жұмыс орнына келіп, сағат 09:00-ден бастап лауазымдық міндеттерін орындауға кірісуге міндетті.</w:t>
      </w:r>
    </w:p>
    <w:p w14:paraId="41197B2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5.8. Осы Қағидаларда белгіленген жұмыс уақытының басталу және аяқталу уақыты Мәслихат аппаратының қызметкерлері үшін міндетті болып табылады.</w:t>
      </w:r>
    </w:p>
    <w:p w14:paraId="09961170"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5.9. Дәлелді себепсіз жұмысқа кешігу, жұмыс орнын өз бетінше тастап кету, дәлелді себепсіз болмау және белгіленген жұмыс уақыты режимін өзге де бұзу еңбек немесе қызметтік тәртіпті бұзу болып табылады.</w:t>
      </w:r>
    </w:p>
    <w:p w14:paraId="5D27A4BE"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54E7E98F"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6. Белгіленген жұмыс уақытының ұзақтығынан тыс жұмыс</w:t>
      </w:r>
    </w:p>
    <w:p w14:paraId="5FF7F94D"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4723DD7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6.1. Қызметкерлерді белгіленген жұмыс уақытының ұзақтығынан тыс, демалыс және мереке күндері жұмысқа тартуға Қазақстан Республикасының заңнамасында көзделген жағдайларда және тәртіппен ғана жол беріледі.</w:t>
      </w:r>
    </w:p>
    <w:p w14:paraId="45F3AD37"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6.2. Мемлекеттік қызметшілердің белгіленген жұмыс уақытынан тыс, түнгі уақытта, демалыс және мереке күндері қызметтік міндеттерді орындауға тартылуының ерекшеліктері мемлекеттік қызмет туралы заңнамамен айқындалады.</w:t>
      </w:r>
    </w:p>
    <w:p w14:paraId="3048FD69"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6.3. Демалыс және мереке күндері жұмыс істеу заңнамада белгіленген тәртіппен жұмыс берушінің тиісті актісімен ресімделеді.</w:t>
      </w:r>
    </w:p>
    <w:p w14:paraId="7B2E643B" w14:textId="6D91511B" w:rsidR="003D22B6"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6.4. Қызметкер тиісті тапсырма және белгіленген тәртіппен ресімдеу болмаған кезде демалыс немесе мереке күні жұмыс істеу туралы шешімді өз бетінше қабылдауға құқылы емес.</w:t>
      </w:r>
    </w:p>
    <w:p w14:paraId="7AE1697F" w14:textId="77777777" w:rsidR="00BC5759" w:rsidRPr="000F33C5" w:rsidRDefault="00BC5759" w:rsidP="00BC5759">
      <w:pPr>
        <w:spacing w:after="0" w:line="240" w:lineRule="auto"/>
        <w:ind w:firstLine="709"/>
        <w:jc w:val="both"/>
        <w:rPr>
          <w:rFonts w:ascii="Times New Roman" w:hAnsi="Times New Roman" w:cs="Times New Roman"/>
          <w:sz w:val="28"/>
          <w:szCs w:val="28"/>
          <w:lang w:val="kk-KZ"/>
        </w:rPr>
      </w:pPr>
    </w:p>
    <w:p w14:paraId="3DC82963"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7. Тынығу уақыты</w:t>
      </w:r>
    </w:p>
    <w:p w14:paraId="42E8A1D7"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71959E01"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7.1. Қызметкерлерге:</w:t>
      </w:r>
    </w:p>
    <w:p w14:paraId="533A8226" w14:textId="77777777" w:rsidR="00BC5759" w:rsidRDefault="00106650" w:rsidP="00BC5759">
      <w:pPr>
        <w:pStyle w:val="ae"/>
        <w:numPr>
          <w:ilvl w:val="0"/>
          <w:numId w:val="15"/>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тынығу және тамақтану үшін үзіліс;</w:t>
      </w:r>
    </w:p>
    <w:p w14:paraId="2F0E636A" w14:textId="77777777" w:rsidR="00BC5759" w:rsidRDefault="00106650" w:rsidP="00BC5759">
      <w:pPr>
        <w:pStyle w:val="ae"/>
        <w:numPr>
          <w:ilvl w:val="0"/>
          <w:numId w:val="15"/>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демалыс күндері;</w:t>
      </w:r>
    </w:p>
    <w:p w14:paraId="0D15A5FD" w14:textId="77777777" w:rsidR="00BC5759" w:rsidRDefault="00106650" w:rsidP="00BC5759">
      <w:pPr>
        <w:pStyle w:val="ae"/>
        <w:numPr>
          <w:ilvl w:val="0"/>
          <w:numId w:val="15"/>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мереке күндері;</w:t>
      </w:r>
    </w:p>
    <w:p w14:paraId="3F2482A2" w14:textId="77777777" w:rsidR="00BC5759" w:rsidRDefault="00106650" w:rsidP="00BC5759">
      <w:pPr>
        <w:pStyle w:val="ae"/>
        <w:numPr>
          <w:ilvl w:val="0"/>
          <w:numId w:val="15"/>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жыл сайынғы ақы төленетін еңбек демалыстары;</w:t>
      </w:r>
    </w:p>
    <w:p w14:paraId="55BABB8A" w14:textId="77777777" w:rsidR="00BC5759" w:rsidRDefault="00106650" w:rsidP="00BC5759">
      <w:pPr>
        <w:pStyle w:val="ae"/>
        <w:numPr>
          <w:ilvl w:val="0"/>
          <w:numId w:val="15"/>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әлеуметтік демалыстар;</w:t>
      </w:r>
    </w:p>
    <w:p w14:paraId="0D38544C" w14:textId="0B083A8C" w:rsidR="003D22B6" w:rsidRPr="00BC5759" w:rsidRDefault="00106650" w:rsidP="00BC5759">
      <w:pPr>
        <w:pStyle w:val="ae"/>
        <w:numPr>
          <w:ilvl w:val="0"/>
          <w:numId w:val="15"/>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Қазақстан Республикасының заңнамасында көзделген тынығу уақытының өзге де түрлері беріледі.</w:t>
      </w:r>
    </w:p>
    <w:p w14:paraId="45069DB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7.2. Жыл сайынғы ақы төленетін еңбек демалысы Қазақстан Республикасының заңнамасына және бекітілген демалыстар кестесіне сәйкес беріледі.</w:t>
      </w:r>
    </w:p>
    <w:p w14:paraId="29DD0824"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7.3. Демалыстар кестесі заңнамада белгіленген тәртіппен бекітіледі.</w:t>
      </w:r>
    </w:p>
    <w:p w14:paraId="1F8E095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7.4. Еңбек демалысын беру күнін өзгерту тараптардың келісімі бойынша не Қазақстан Республикасының заңнамасында көзделген өзге де жағдайларда жүзеге асырылады.</w:t>
      </w:r>
    </w:p>
    <w:p w14:paraId="27086A21"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08DC3794"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8. Жұмыс уақытын есепке алу</w:t>
      </w:r>
    </w:p>
    <w:p w14:paraId="034CD61A"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35BE52CD"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8.1. Қызметкерлердің жұмыс уақытын есепке алу Қазақстан Республикасының заңнамасына және осы Қағидаларға сәйкес жүзеге асырылады.</w:t>
      </w:r>
    </w:p>
    <w:p w14:paraId="617B548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8.2. Жұмыс уақытын есепке алу үшін жұмыс уақытын есепке алу табелі жүргізіледі.</w:t>
      </w:r>
    </w:p>
    <w:p w14:paraId="53665F30"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 xml:space="preserve">8.3. Табельде нақты жұмыс істелген уақыт, демалыстар, іссапарлар, уақытша еңбекке жарамсыздық және растайтын құжаттар негізінде </w:t>
      </w:r>
      <w:r w:rsidR="009C3AA5">
        <w:rPr>
          <w:rFonts w:ascii="Times New Roman" w:hAnsi="Times New Roman" w:cs="Times New Roman"/>
          <w:sz w:val="28"/>
          <w:szCs w:val="28"/>
          <w:lang w:val="kk-KZ"/>
        </w:rPr>
        <w:t xml:space="preserve">жұмыс орнында </w:t>
      </w:r>
      <w:r w:rsidRPr="000F33C5">
        <w:rPr>
          <w:rFonts w:ascii="Times New Roman" w:hAnsi="Times New Roman" w:cs="Times New Roman"/>
          <w:sz w:val="28"/>
          <w:szCs w:val="28"/>
          <w:lang w:val="kk-KZ"/>
        </w:rPr>
        <w:t>болмаудың өзге де кезеңдері көрсетіледі.</w:t>
      </w:r>
    </w:p>
    <w:p w14:paraId="195E8B5B"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8.4. Қызметкерлер жұмыс уақытын дұрыс есепке алу үшін қажетті құжаттарды уақтылы ұсынуға міндетті.</w:t>
      </w:r>
    </w:p>
    <w:p w14:paraId="5B14F082"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4D5B8BE2"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9. Жұмыс орнында болуға қойылатын талаптар және қызметкердің болмау тәртібі</w:t>
      </w:r>
    </w:p>
    <w:p w14:paraId="4C124314"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73A4384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9.1. Жұмыс уақытында қызметкер жұмыс орнында болуға міндетті, бұған жұмыс орнынан тыс қызметтік тапсырманы орындау, кеңеске, отырысқа, іссапарға қатысу не заңнамада және осы Қағидаларда көзделген өзге де негіздер бойынша болмау жағдайлары кірмейді.</w:t>
      </w:r>
    </w:p>
    <w:p w14:paraId="7E0F9F61"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9.2. Қызметкердің жұмыс уақытында Мәслихат аппараты ғимаратының шегінен қызметтік мәселелер бойынша шығуы тікелей басшыны хабардар ету арқылы не бекітілген тапсырмаға сәйкес жүзеге асырылады.</w:t>
      </w:r>
    </w:p>
    <w:p w14:paraId="3862573B"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9.3. Төтенше жағдайларды қоспағанда, қызметкердің тікелей басшыны хабардар етпей жұмыс орнында болмауына жол берілмейді.</w:t>
      </w:r>
    </w:p>
    <w:p w14:paraId="2FB94A2D"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lastRenderedPageBreak/>
        <w:t>9.4. Қызметкердің жұмыс орнында болмауына заңнамада не осы Қағидаларда көзделген негіз болған кезде жол беріледі.</w:t>
      </w:r>
    </w:p>
    <w:p w14:paraId="725F6EB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Мұндай негіздерге:</w:t>
      </w:r>
    </w:p>
    <w:p w14:paraId="54805F99" w14:textId="77777777" w:rsidR="00BC5759" w:rsidRDefault="00106650" w:rsidP="00BC5759">
      <w:pPr>
        <w:pStyle w:val="ae"/>
        <w:numPr>
          <w:ilvl w:val="0"/>
          <w:numId w:val="16"/>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демалыс;</w:t>
      </w:r>
    </w:p>
    <w:p w14:paraId="76127DEC" w14:textId="77777777" w:rsidR="00BC5759" w:rsidRDefault="00106650" w:rsidP="00BC5759">
      <w:pPr>
        <w:pStyle w:val="ae"/>
        <w:numPr>
          <w:ilvl w:val="0"/>
          <w:numId w:val="16"/>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уақытша еңбекке жарамсыздық;</w:t>
      </w:r>
    </w:p>
    <w:p w14:paraId="2E36F7E9" w14:textId="77777777" w:rsidR="00BC5759" w:rsidRDefault="00106650" w:rsidP="00BC5759">
      <w:pPr>
        <w:pStyle w:val="ae"/>
        <w:numPr>
          <w:ilvl w:val="0"/>
          <w:numId w:val="16"/>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іссапар;</w:t>
      </w:r>
    </w:p>
    <w:p w14:paraId="1DDEF736" w14:textId="77777777" w:rsidR="00BC5759" w:rsidRDefault="00106650" w:rsidP="00BC5759">
      <w:pPr>
        <w:pStyle w:val="ae"/>
        <w:numPr>
          <w:ilvl w:val="0"/>
          <w:numId w:val="16"/>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жұмыс орнынан тыс қызметтік тапсырманы орындау;</w:t>
      </w:r>
    </w:p>
    <w:p w14:paraId="29F8D19F" w14:textId="77777777" w:rsidR="00BC5759" w:rsidRDefault="00106650" w:rsidP="00BC5759">
      <w:pPr>
        <w:pStyle w:val="ae"/>
        <w:numPr>
          <w:ilvl w:val="0"/>
          <w:numId w:val="16"/>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оқуға және біліктілігін арттыруға қатысу;</w:t>
      </w:r>
    </w:p>
    <w:p w14:paraId="1C96F6AC" w14:textId="56D0F94D" w:rsidR="003D22B6" w:rsidRPr="00BC5759" w:rsidRDefault="00106650" w:rsidP="00BC5759">
      <w:pPr>
        <w:pStyle w:val="ae"/>
        <w:numPr>
          <w:ilvl w:val="0"/>
          <w:numId w:val="16"/>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Қазақстан Республикасының заңнамасында көзделген өзге де жағдайлар жатады.</w:t>
      </w:r>
    </w:p>
    <w:p w14:paraId="6681ED0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 xml:space="preserve">9.5. </w:t>
      </w:r>
      <w:r w:rsidR="00101C70">
        <w:rPr>
          <w:rFonts w:ascii="Times New Roman" w:hAnsi="Times New Roman" w:cs="Times New Roman"/>
          <w:sz w:val="28"/>
          <w:szCs w:val="28"/>
          <w:lang w:val="kk-KZ"/>
        </w:rPr>
        <w:t>К</w:t>
      </w:r>
      <w:r w:rsidRPr="000F33C5">
        <w:rPr>
          <w:rFonts w:ascii="Times New Roman" w:hAnsi="Times New Roman" w:cs="Times New Roman"/>
          <w:sz w:val="28"/>
          <w:szCs w:val="28"/>
          <w:lang w:val="kk-KZ"/>
        </w:rPr>
        <w:t xml:space="preserve">енеттен сырқаттанған немесе жұмысқа шығуына кедергі келтіретін өзге де </w:t>
      </w:r>
      <w:r w:rsidR="00101C70">
        <w:rPr>
          <w:rFonts w:ascii="Times New Roman" w:hAnsi="Times New Roman" w:cs="Times New Roman"/>
          <w:sz w:val="28"/>
          <w:szCs w:val="28"/>
          <w:lang w:val="kk-KZ"/>
        </w:rPr>
        <w:t>жағдайлар</w:t>
      </w:r>
      <w:r w:rsidRPr="000F33C5">
        <w:rPr>
          <w:rFonts w:ascii="Times New Roman" w:hAnsi="Times New Roman" w:cs="Times New Roman"/>
          <w:sz w:val="28"/>
          <w:szCs w:val="28"/>
          <w:lang w:val="kk-KZ"/>
        </w:rPr>
        <w:t xml:space="preserve"> туындаған </w:t>
      </w:r>
      <w:r w:rsidR="00101C70">
        <w:rPr>
          <w:rFonts w:ascii="Times New Roman" w:hAnsi="Times New Roman" w:cs="Times New Roman"/>
          <w:sz w:val="28"/>
          <w:szCs w:val="28"/>
          <w:lang w:val="kk-KZ"/>
        </w:rPr>
        <w:t>кезде</w:t>
      </w:r>
      <w:r w:rsidRPr="000F33C5">
        <w:rPr>
          <w:rFonts w:ascii="Times New Roman" w:hAnsi="Times New Roman" w:cs="Times New Roman"/>
          <w:sz w:val="28"/>
          <w:szCs w:val="28"/>
          <w:lang w:val="kk-KZ"/>
        </w:rPr>
        <w:t xml:space="preserve"> қызметкер </w:t>
      </w:r>
      <w:r w:rsidR="00101C70">
        <w:rPr>
          <w:rFonts w:ascii="Times New Roman" w:hAnsi="Times New Roman" w:cs="Times New Roman"/>
          <w:sz w:val="28"/>
          <w:szCs w:val="28"/>
          <w:lang w:val="kk-KZ"/>
        </w:rPr>
        <w:t>ол туралы</w:t>
      </w:r>
      <w:r w:rsidRPr="000F33C5">
        <w:rPr>
          <w:rFonts w:ascii="Times New Roman" w:hAnsi="Times New Roman" w:cs="Times New Roman"/>
          <w:sz w:val="28"/>
          <w:szCs w:val="28"/>
          <w:lang w:val="kk-KZ"/>
        </w:rPr>
        <w:t xml:space="preserve"> алғашқы мүмкіндік болған кезде тікелей басшысына хабарлауға міндетті.</w:t>
      </w:r>
    </w:p>
    <w:p w14:paraId="216E85B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9.6. Болмау себебінің дәлелділігін растайтын құжаттар Қазақстан Республикасының заңнамасында белгіленген тәртіппен және мерзімдерде ұсынылады.</w:t>
      </w:r>
    </w:p>
    <w:p w14:paraId="280BF64D"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9.7. Қызметкер дәлелді себепсіз болмаған, сондай-ақ дәлелді себепсіз және тікелей басшыны хабардар етпей жұмысқа келмеген жағдайда акт жасалады және Қазақстан Республикасының заңнамасына сәйкес қызметкерден жазбаша түсініктеме талап етіледі.</w:t>
      </w:r>
    </w:p>
    <w:p w14:paraId="6DF4AC61" w14:textId="77777777" w:rsidR="003D22B6"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Осы тармақтың бірінші бөлігінде көрсетілген әрекеттердің жасалуы Қазақстан Республикасының заңнамасына сәйкес тәртіптік жаза қолдануға әкеп соғуы мүмкін.</w:t>
      </w:r>
    </w:p>
    <w:p w14:paraId="10696355" w14:textId="77777777" w:rsidR="003D22B6" w:rsidRPr="000F33C5" w:rsidRDefault="003D22B6" w:rsidP="00BC5759">
      <w:pPr>
        <w:spacing w:after="0" w:line="240" w:lineRule="auto"/>
        <w:jc w:val="both"/>
        <w:rPr>
          <w:rFonts w:ascii="Times New Roman" w:hAnsi="Times New Roman" w:cs="Times New Roman"/>
          <w:sz w:val="28"/>
          <w:szCs w:val="28"/>
          <w:lang w:val="kk-KZ"/>
        </w:rPr>
      </w:pPr>
    </w:p>
    <w:p w14:paraId="36146063"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10. Қызметтік қызметті ұйымдастыру</w:t>
      </w:r>
    </w:p>
    <w:p w14:paraId="46C28BC2"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30786A7E"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10.1. Қызметкер лауазымдық міндеттерін Қазақстан Республикасының заңнамасына, лауазымдық нұсқаулыққа және тікелей басшысының тапсырмаларына сәйкес орындайды.</w:t>
      </w:r>
    </w:p>
    <w:p w14:paraId="169A3586"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10.2. Басшылықтың тапсырмалары уақтылы, сапалы және белгіленген мерзімдерде орындалуға тиіс.</w:t>
      </w:r>
    </w:p>
    <w:p w14:paraId="35040FAD"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10.3. Қызметкер тапсырманы белгіленген мерзімде орындау мүмкін еместігі туралы себептерін көрсете отырып және орындаудың жаңа мерзімін ұсына отырып, тікелей басшыны уақтылы хабардар етуге міндетті.</w:t>
      </w:r>
    </w:p>
    <w:p w14:paraId="77DA29F3"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078841C6"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11. Іссапарға жіберу</w:t>
      </w:r>
    </w:p>
    <w:p w14:paraId="114FEB06"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41F8117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11.1. Қызметкерлерді іссапарға жіберу Қазақстан Республикасының заңнамасында және жұмыс берушінің актілерінде белгіленген тәртіппен жүзеге асырылады.</w:t>
      </w:r>
    </w:p>
    <w:p w14:paraId="64C28BE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11.2. Іссапар кезеңінде қызметкердің жұмыс орны және заңнамада көзделген өзге де кепілдіктері сақталады.</w:t>
      </w:r>
    </w:p>
    <w:p w14:paraId="167DBA9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11.3. Іссапардан оралғаннан кейін қызметкер заңнамада белгіленген тәртіппен қажетті құжаттар мен есептілікті ұсынады.</w:t>
      </w:r>
    </w:p>
    <w:p w14:paraId="706C09FF" w14:textId="1D6ACE1B" w:rsidR="003D22B6" w:rsidRDefault="003D22B6" w:rsidP="000F33C5">
      <w:pPr>
        <w:spacing w:after="0" w:line="240" w:lineRule="auto"/>
        <w:ind w:firstLine="567"/>
        <w:jc w:val="both"/>
        <w:rPr>
          <w:rFonts w:ascii="Times New Roman" w:hAnsi="Times New Roman" w:cs="Times New Roman"/>
          <w:sz w:val="28"/>
          <w:szCs w:val="28"/>
          <w:lang w:val="kk-KZ"/>
        </w:rPr>
      </w:pPr>
    </w:p>
    <w:p w14:paraId="2571AF70" w14:textId="77777777" w:rsidR="004E4834" w:rsidRPr="000F33C5" w:rsidRDefault="004E4834" w:rsidP="000F33C5">
      <w:pPr>
        <w:spacing w:after="0" w:line="240" w:lineRule="auto"/>
        <w:ind w:firstLine="567"/>
        <w:jc w:val="both"/>
        <w:rPr>
          <w:rFonts w:ascii="Times New Roman" w:hAnsi="Times New Roman" w:cs="Times New Roman"/>
          <w:sz w:val="28"/>
          <w:szCs w:val="28"/>
          <w:lang w:val="kk-KZ"/>
        </w:rPr>
      </w:pPr>
    </w:p>
    <w:p w14:paraId="7BC85EFD"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lastRenderedPageBreak/>
        <w:t>12. Еңбек және қызметтік тәртіп</w:t>
      </w:r>
    </w:p>
    <w:p w14:paraId="50F10AB8"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4A35039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12.1. Еңбек және қызметтік тәртіп:</w:t>
      </w:r>
    </w:p>
    <w:p w14:paraId="7DC7DC63" w14:textId="77777777" w:rsid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заңнаманы сақтау;</w:t>
      </w:r>
    </w:p>
    <w:p w14:paraId="4ADA7195" w14:textId="77777777" w:rsid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осы Қағидаларды сақтау;</w:t>
      </w:r>
    </w:p>
    <w:p w14:paraId="4DFBF6C4" w14:textId="77777777" w:rsid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басшылықтың тапсырмаларын орындау;</w:t>
      </w:r>
    </w:p>
    <w:p w14:paraId="389E165B" w14:textId="77777777" w:rsid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жұмыс уақыты режимін сақтау;</w:t>
      </w:r>
    </w:p>
    <w:p w14:paraId="43AF30BC" w14:textId="77777777" w:rsid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лауазымдық міндеттерді тиісінше орындау;</w:t>
      </w:r>
    </w:p>
    <w:p w14:paraId="1B72EDA1" w14:textId="77777777" w:rsid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қызметтік әдеп талаптарын сақтау;</w:t>
      </w:r>
    </w:p>
    <w:p w14:paraId="4FE34183" w14:textId="6A74BC91" w:rsidR="003D22B6" w:rsidRPr="00BC5759" w:rsidRDefault="00106650" w:rsidP="00BC5759">
      <w:pPr>
        <w:pStyle w:val="ae"/>
        <w:numPr>
          <w:ilvl w:val="0"/>
          <w:numId w:val="17"/>
        </w:numPr>
        <w:spacing w:after="0" w:line="240" w:lineRule="auto"/>
        <w:jc w:val="both"/>
        <w:rPr>
          <w:rFonts w:ascii="Times New Roman" w:hAnsi="Times New Roman" w:cs="Times New Roman"/>
          <w:sz w:val="28"/>
          <w:szCs w:val="28"/>
          <w:lang w:val="kk-KZ"/>
        </w:rPr>
      </w:pPr>
      <w:r w:rsidRPr="00BC5759">
        <w:rPr>
          <w:rFonts w:ascii="Times New Roman" w:hAnsi="Times New Roman" w:cs="Times New Roman"/>
          <w:sz w:val="28"/>
          <w:szCs w:val="28"/>
          <w:lang w:val="kk-KZ"/>
        </w:rPr>
        <w:t>көтермелеу және жауапкершілік шараларын қолдану арқылы қамтамасыз етіледі.</w:t>
      </w:r>
    </w:p>
    <w:p w14:paraId="5C551162"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12.2. Қызметкер белгіленген жұмыс тәртібін сақтауға, жұмысқа уақтылы келуге және жұмыс күні аяқталғаннан кейін жұмыс орнынан кетуге міндетті.</w:t>
      </w:r>
    </w:p>
    <w:p w14:paraId="4688D1CA"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12.3. Жұмыс уақытында, егер бұл лауазымдық міндеттерді орындауға кедергі келтіретін болса, қызметтік жұмыс уақытын жеке мақсаттарға пайдалануға жол берілмейді.</w:t>
      </w:r>
    </w:p>
    <w:p w14:paraId="09E50F86"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12.4. Қызметкерлерге жұмыс уақытында еңбек міндеттерін орындауға байланысты емес мақсаттарда ұялы телефондар мен өзге де мобильді құрылғыларды пайдалануға, өндірістік қажеттілікке байланысты жағдайларды, сондай-ақ шұғыл шешуді талап ететін жеке мән-жайларды қоспағанда, жол берілмейді.</w:t>
      </w:r>
    </w:p>
    <w:p w14:paraId="339132B1"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12.5. Ақпараттық-коммуникациялық жүйелерді, электрондық поштаны, Интернет желісін және қызметтік байланыс құралдарын пайдалану олардың мақсатына және белгіленген қауіпсіздік талаптарына сәйкес жүзеге асырылады.</w:t>
      </w:r>
    </w:p>
    <w:p w14:paraId="64526DD1"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12.6. Егер қызметкердің лауазымдық немесе еңбек міндеттерін орындауына байланысты белгілі болған мәліметтер қолжетімділігі шектеулі ақпаратқа жататын болса, оларды жария етуге жол берілмейді.</w:t>
      </w:r>
    </w:p>
    <w:p w14:paraId="494BC9A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12.7. Қызметкерлер сыбайлас жемқорлыққа қарсы заңнама талаптарын сақтауға және мүдделер қақтығысына жол бермеуге міндетті.</w:t>
      </w:r>
    </w:p>
    <w:p w14:paraId="7B833C77"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74B3A1A8"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13. Еңбекті қорғау және өрт қауіпсіздігі</w:t>
      </w:r>
    </w:p>
    <w:p w14:paraId="2A4D90C2"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7CB73D8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13.1. Жұмыс беруші қызметкерлерге Қазақстан Республикасының заңнамасының талаптарына сәйкес келетін еңбек жағдайларын қамтамасыз етеді.</w:t>
      </w:r>
    </w:p>
    <w:p w14:paraId="1CBFBF0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13.2. Қызметкерлер еңбекті қорғау, қауіпсіздік техникасы және өрт қауіпсіздігі талаптарын сақтауға міндетті.</w:t>
      </w:r>
    </w:p>
    <w:p w14:paraId="031053E0"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13.3. Қызметкер адамдардың өмірі мен денсаулығына қауіп төндіретін жағдайдың туындағаны, сондай-ақ жазатайым оқиға немесе өзге де оқиға туралы тікелей басшысына дереу хабарлауға міндетті.</w:t>
      </w:r>
    </w:p>
    <w:p w14:paraId="246E742B"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3C6B6D84"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14. Қызметтік мүлікті пайдалану</w:t>
      </w:r>
    </w:p>
    <w:p w14:paraId="00552DE9"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5ECEE5A9"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14.1. Қызметтік мүлік еңбек және қызметтік міндеттерді орындау үшін пайдаланылады.</w:t>
      </w:r>
    </w:p>
    <w:p w14:paraId="424D7011"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lastRenderedPageBreak/>
        <w:t>14.2. Қызметкер өзіне міндеттерін орындау үшін берілген мүліктің сақталуын қамтамасыз етуге міндетті.</w:t>
      </w:r>
    </w:p>
    <w:p w14:paraId="2FD12514"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14.3. Заңнамада белгіленген тәртіппен көзделген жағдайларды қоспағанда, қызметтік ақпараттық жүйелерге қол жеткізу үшін парольдерді, электрондық кілттерді және өзге де қол жеткізу құралдарын үшінші тұлғаларға беруге жол берілмейді.</w:t>
      </w:r>
    </w:p>
    <w:p w14:paraId="05882F22"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5484EE09"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15. Қызметтік әдеп және сыбайлас жемқорлыққа қарсы талаптар</w:t>
      </w:r>
    </w:p>
    <w:p w14:paraId="0AACC270"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20ABFD22"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15.1. Қызметкерлер Қазақстан Республикасының мемлекеттік қызмет, сыбайлас жемқорлыққа қарсы іс-қимыл және қызметтік әдеп туралы заңнамасының талаптарын сақтауға міндетті.</w:t>
      </w:r>
    </w:p>
    <w:p w14:paraId="011ACEE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15.2. Қызметкерлер мүдделер қақтығысына жол бермеуге және заңнамада көзделген жағдайларда мүдделер қақтығысының туындағаны туралы тікелей басшысына дереу хабарлауға міндетті.</w:t>
      </w:r>
    </w:p>
    <w:p w14:paraId="7C804DAE"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15.3. Қызметтік жағдайын жеке мүддесінде не үшінші тұлғалардың мүддесінде пайдалануға қызметкерлерге тыйым салынады.</w:t>
      </w:r>
    </w:p>
    <w:p w14:paraId="6130FD47"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15.4. Қызметкерлер әлеуметтік желілерде және өзге де ақпараттық-телекоммуникациялық ресурстарда жалпыға бірдей қабылданған мораль және әдеп нормаларын бұзатын, ұйымның іскерлік беделіне нұқсан келтіретін не Қазақстан Республикасының заңнамасында таратуға тыйым салынған мәліметтерді қамтитын жарияланымдарды, материалдарды, бейнелерді және өзге де ақпаратты орналастыруға және таратуға жол бермеуге міндетті.</w:t>
      </w:r>
    </w:p>
    <w:p w14:paraId="2F7175EB"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15.5. Қызметкерлер Қазақстан Республикасының заңнамасында белгіленген шектеулер мен тыйымдарды сақтауға міндетті.</w:t>
      </w:r>
    </w:p>
    <w:p w14:paraId="2EC58C24"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6B9E1DC3"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16. Қызметкерлерді көтермелеу</w:t>
      </w:r>
    </w:p>
    <w:p w14:paraId="2BE8B621"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199FE63C"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16.1. Лауазымдық міндеттерін адал орындағаны, бастамашылдығы, жұмыстың жоғары нәтижелері және ерекше маңызды әрі күрделі тапсырмаларды орындағаны үшін қызметкерлерге Қазақстан Республикасының заңнамасында белгіленген тәртіппен көтермелеу шаралары қолданылады.</w:t>
      </w:r>
    </w:p>
    <w:p w14:paraId="265041E6"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16.2. Мемлекеттік қызметшілерге қатысты көтермелеу шаралары мемлекеттік қызмет туралы заңнамада белгіленген тәртіппен қолданылады.</w:t>
      </w:r>
    </w:p>
    <w:p w14:paraId="6FFCCD93" w14:textId="77777777" w:rsidR="003D22B6" w:rsidRPr="000F33C5" w:rsidRDefault="003D22B6" w:rsidP="000F33C5">
      <w:pPr>
        <w:spacing w:after="0" w:line="240" w:lineRule="auto"/>
        <w:ind w:firstLine="567"/>
        <w:jc w:val="center"/>
        <w:rPr>
          <w:rFonts w:ascii="Times New Roman" w:hAnsi="Times New Roman" w:cs="Times New Roman"/>
          <w:sz w:val="28"/>
          <w:szCs w:val="28"/>
          <w:lang w:val="kk-KZ"/>
        </w:rPr>
      </w:pPr>
    </w:p>
    <w:p w14:paraId="50676302" w14:textId="77777777" w:rsidR="003D22B6" w:rsidRDefault="00106650" w:rsidP="000F33C5">
      <w:pPr>
        <w:spacing w:after="0" w:line="240" w:lineRule="auto"/>
        <w:ind w:firstLine="567"/>
        <w:jc w:val="center"/>
        <w:rPr>
          <w:rFonts w:ascii="Times New Roman" w:hAnsi="Times New Roman" w:cs="Times New Roman"/>
          <w:b/>
          <w:sz w:val="28"/>
          <w:szCs w:val="28"/>
          <w:lang w:val="kk-KZ"/>
        </w:rPr>
      </w:pPr>
      <w:r w:rsidRPr="000F33C5">
        <w:rPr>
          <w:rFonts w:ascii="Times New Roman" w:hAnsi="Times New Roman" w:cs="Times New Roman"/>
          <w:b/>
          <w:sz w:val="28"/>
          <w:szCs w:val="28"/>
          <w:lang w:val="kk-KZ"/>
        </w:rPr>
        <w:t>17. Тәртіптік жауапкершілік</w:t>
      </w:r>
    </w:p>
    <w:p w14:paraId="294E1F11" w14:textId="77777777" w:rsidR="0072415B" w:rsidRPr="0072415B" w:rsidRDefault="0072415B" w:rsidP="000F33C5">
      <w:pPr>
        <w:spacing w:after="0" w:line="240" w:lineRule="auto"/>
        <w:ind w:firstLine="567"/>
        <w:jc w:val="center"/>
        <w:rPr>
          <w:rFonts w:ascii="Times New Roman" w:hAnsi="Times New Roman" w:cs="Times New Roman"/>
          <w:sz w:val="28"/>
          <w:szCs w:val="28"/>
          <w:lang w:val="kk-KZ"/>
        </w:rPr>
      </w:pPr>
    </w:p>
    <w:p w14:paraId="350A92C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17.1. Еңбек немесе қызметтік тәртіпті бұзғаны үшін қызметкерлерге Қазақстан Республикасының заңнамасына сәйкес тәртіптік жауапкершілік шаралары қолданылады.</w:t>
      </w:r>
    </w:p>
    <w:p w14:paraId="71AD1688"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17.2. Мемлекеттік қызметшілерге қатысты тәртіптік жауапкершілік мемлекеттік қызмет туралы заңнамаға сәйкес қолданылады.</w:t>
      </w:r>
    </w:p>
    <w:p w14:paraId="18465B7E"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lastRenderedPageBreak/>
        <w:t>17.3. Мемлекеттік қызметшілер болып табылмайтын қызметкерлерге тәртіптік жауапкершілік Қазақстан Республикасының Еңбек кодексінде белгіленген тәртіппен қолданылады.</w:t>
      </w:r>
    </w:p>
    <w:p w14:paraId="5E309C7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17.4. Тәртіптік жаза қолданылғанға дейін заңнамада белгіленген жағдайларда және тәртіппен қызметкерден жазбаша түсініктеме талап етіледі.</w:t>
      </w:r>
    </w:p>
    <w:p w14:paraId="09EF0A60"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17.5. Тәртіптік жаза шарасын таңдау кезінде жасалған теріс қылықтың сипаты мен ауырлығы, оның жасалу мән-жайлары, қызметкердің бұған дейінгі мінез-құлқы және заңнамада көзделген өзге де мән-жайлар ескеріледі.</w:t>
      </w:r>
    </w:p>
    <w:p w14:paraId="326DBE7F"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17.6. Тәртіптік жаза өз құзыреті шегінде уәкілетті тұлғаның актісімен қолданылады.</w:t>
      </w:r>
    </w:p>
    <w:p w14:paraId="3731DBC3"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0EC8A893"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18. Еңбек және қызметтік мәселелерді шешу тәртібі</w:t>
      </w:r>
    </w:p>
    <w:p w14:paraId="42F7D5FC"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38D9026F"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18.1. Қызметкерлер еңбек және қызметтік қызмет мәселелері бойынша тікелей басшысына жүгінеді.</w:t>
      </w:r>
    </w:p>
    <w:p w14:paraId="783F26A6"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18.2. Мәселені тікелей басшы деңгейінде шешу мүмкін болмаған жағдайда қызметкер жоғары тұрған басшыға жүгінуге құқылы.</w:t>
      </w:r>
    </w:p>
    <w:p w14:paraId="29BAB5B4"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18.3. Еңбек даулары Қазақстан Республикасының еңбек заңнамасында белгіленген тәртіппен шешіледі.</w:t>
      </w:r>
    </w:p>
    <w:p w14:paraId="7AD9768E"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18.4. Мемлекеттік қызметшілердің қызметтік даулары мемлекеттік қызмет туралы заңнамада белгіленген тәртіппен қаралады.</w:t>
      </w:r>
    </w:p>
    <w:p w14:paraId="03A62053"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1732B1A6" w14:textId="77777777" w:rsidR="003D22B6" w:rsidRPr="000F33C5" w:rsidRDefault="00106650" w:rsidP="000F33C5">
      <w:pPr>
        <w:spacing w:after="0" w:line="240" w:lineRule="auto"/>
        <w:ind w:firstLine="567"/>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19. Қорытынды ережелер</w:t>
      </w:r>
    </w:p>
    <w:p w14:paraId="0ED5E834" w14:textId="77777777" w:rsidR="003D22B6" w:rsidRPr="000F33C5" w:rsidRDefault="003D22B6" w:rsidP="000F33C5">
      <w:pPr>
        <w:spacing w:after="0" w:line="240" w:lineRule="auto"/>
        <w:ind w:firstLine="567"/>
        <w:jc w:val="both"/>
        <w:rPr>
          <w:rFonts w:ascii="Times New Roman" w:hAnsi="Times New Roman" w:cs="Times New Roman"/>
          <w:sz w:val="28"/>
          <w:szCs w:val="28"/>
          <w:lang w:val="kk-KZ"/>
        </w:rPr>
      </w:pPr>
    </w:p>
    <w:p w14:paraId="3F39BD86"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19.1. Осы Қағидалар оларды бекіту туралы өкім қолданысқа енгізілген күннен бастап күшіне енеді.</w:t>
      </w:r>
    </w:p>
    <w:p w14:paraId="2528A51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19.2. Мәслихат аппаратының барлық қызметкерлері осы Қағидалармен қол қойғызып немесе танысу фактісін растауға мүмкіндік беретін ақпараттық жүйе арқылы міндетті түрде танысуға тиіс.</w:t>
      </w:r>
    </w:p>
    <w:p w14:paraId="2351E395"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19.3. Осы Қағидаларға өзгерістер мен толықтырулар, егер Қазақстан Республикасының заңнамасында өзгеше белгіленбесе, осы Қағидалар бекітілген тәртіппен енгізіледі.</w:t>
      </w:r>
    </w:p>
    <w:p w14:paraId="17949383"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19.4. Осы Қағидаларға қосымшалар олардың ажырамас бөлігі болып табылады.</w:t>
      </w:r>
    </w:p>
    <w:p w14:paraId="39EBCDE6"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19.5. Осы Қағидалардың сақталуын бақылауды қалалық мәслихат аппаратының басшысы өз құзыреті шегінде жүзеге асырады.</w:t>
      </w:r>
    </w:p>
    <w:p w14:paraId="2646CB12" w14:textId="77777777" w:rsidR="003D22B6" w:rsidRPr="000F33C5" w:rsidRDefault="00106650" w:rsidP="00BC5759">
      <w:pPr>
        <w:spacing w:after="0" w:line="240" w:lineRule="auto"/>
        <w:ind w:firstLine="709"/>
        <w:jc w:val="both"/>
        <w:rPr>
          <w:rFonts w:ascii="Times New Roman" w:hAnsi="Times New Roman" w:cs="Times New Roman"/>
          <w:sz w:val="28"/>
          <w:szCs w:val="28"/>
          <w:lang w:val="kk-KZ"/>
        </w:rPr>
      </w:pPr>
      <w:r w:rsidRPr="000F33C5">
        <w:rPr>
          <w:rFonts w:ascii="Times New Roman" w:hAnsi="Times New Roman" w:cs="Times New Roman"/>
          <w:sz w:val="28"/>
          <w:szCs w:val="28"/>
          <w:lang w:val="kk-KZ"/>
        </w:rPr>
        <w:t>19.6. Осы Қағидалармен реттелмеген мәселелер Қазақстан Республикасының заңнамасымен реттеледі.</w:t>
      </w:r>
    </w:p>
    <w:p w14:paraId="04E93534" w14:textId="77777777" w:rsidR="003D22B6" w:rsidRDefault="003D22B6">
      <w:pPr>
        <w:spacing w:after="0"/>
        <w:rPr>
          <w:rFonts w:ascii="Times New Roman" w:hAnsi="Times New Roman" w:cs="Times New Roman"/>
          <w:sz w:val="28"/>
          <w:szCs w:val="28"/>
          <w:lang w:val="kk-KZ"/>
        </w:rPr>
      </w:pPr>
    </w:p>
    <w:p w14:paraId="01AAC032" w14:textId="77777777" w:rsidR="0072415B" w:rsidRDefault="0072415B">
      <w:pPr>
        <w:spacing w:after="0"/>
        <w:rPr>
          <w:rFonts w:ascii="Times New Roman" w:hAnsi="Times New Roman" w:cs="Times New Roman"/>
          <w:sz w:val="28"/>
          <w:szCs w:val="28"/>
          <w:lang w:val="kk-KZ"/>
        </w:rPr>
      </w:pPr>
    </w:p>
    <w:p w14:paraId="0E9BE967" w14:textId="77777777" w:rsidR="0072415B" w:rsidRDefault="0072415B">
      <w:pPr>
        <w:spacing w:after="0"/>
        <w:rPr>
          <w:rFonts w:ascii="Times New Roman" w:hAnsi="Times New Roman" w:cs="Times New Roman"/>
          <w:sz w:val="28"/>
          <w:szCs w:val="28"/>
          <w:lang w:val="kk-KZ"/>
        </w:rPr>
      </w:pPr>
    </w:p>
    <w:p w14:paraId="17B2036F" w14:textId="1564160F" w:rsidR="0072415B" w:rsidRDefault="0072415B">
      <w:pPr>
        <w:spacing w:after="0"/>
        <w:rPr>
          <w:rFonts w:ascii="Times New Roman" w:hAnsi="Times New Roman" w:cs="Times New Roman"/>
          <w:sz w:val="28"/>
          <w:szCs w:val="28"/>
          <w:lang w:val="kk-KZ"/>
        </w:rPr>
      </w:pPr>
    </w:p>
    <w:p w14:paraId="3BAF0408" w14:textId="77777777" w:rsidR="004E4834" w:rsidRDefault="004E4834">
      <w:pPr>
        <w:spacing w:after="0"/>
        <w:rPr>
          <w:rFonts w:ascii="Times New Roman" w:hAnsi="Times New Roman" w:cs="Times New Roman"/>
          <w:sz w:val="28"/>
          <w:szCs w:val="28"/>
          <w:lang w:val="kk-KZ"/>
        </w:rPr>
      </w:pPr>
    </w:p>
    <w:p w14:paraId="6A64B435" w14:textId="77777777" w:rsidR="0072415B" w:rsidRDefault="0072415B">
      <w:pPr>
        <w:spacing w:after="0"/>
        <w:rPr>
          <w:rFonts w:ascii="Times New Roman" w:hAnsi="Times New Roman" w:cs="Times New Roman"/>
          <w:sz w:val="28"/>
          <w:szCs w:val="28"/>
          <w:lang w:val="kk-KZ"/>
        </w:rPr>
      </w:pPr>
    </w:p>
    <w:p w14:paraId="34624413" w14:textId="77777777" w:rsidR="0072415B" w:rsidRPr="00BC5759" w:rsidRDefault="00106650" w:rsidP="00882AE0">
      <w:pPr>
        <w:spacing w:after="0" w:line="240" w:lineRule="auto"/>
        <w:ind w:left="6521"/>
        <w:jc w:val="both"/>
        <w:rPr>
          <w:rFonts w:ascii="Times New Roman" w:hAnsi="Times New Roman" w:cs="Times New Roman"/>
          <w:b/>
          <w:bCs/>
          <w:iCs/>
          <w:sz w:val="24"/>
          <w:szCs w:val="24"/>
          <w:lang w:val="kk-KZ"/>
        </w:rPr>
      </w:pPr>
      <w:r w:rsidRPr="00BC5759">
        <w:rPr>
          <w:rFonts w:ascii="Times New Roman" w:hAnsi="Times New Roman" w:cs="Times New Roman"/>
          <w:b/>
          <w:bCs/>
          <w:iCs/>
          <w:sz w:val="24"/>
          <w:szCs w:val="24"/>
          <w:lang w:val="kk-KZ"/>
        </w:rPr>
        <w:lastRenderedPageBreak/>
        <w:t xml:space="preserve">«Қарағанды қалалық </w:t>
      </w:r>
    </w:p>
    <w:p w14:paraId="38DA592E" w14:textId="77777777" w:rsidR="003D22B6" w:rsidRPr="00BC5759" w:rsidRDefault="00106650" w:rsidP="00882AE0">
      <w:pPr>
        <w:spacing w:after="0" w:line="240" w:lineRule="auto"/>
        <w:ind w:left="6521"/>
        <w:jc w:val="both"/>
        <w:rPr>
          <w:rFonts w:ascii="Times New Roman" w:hAnsi="Times New Roman" w:cs="Times New Roman"/>
          <w:b/>
          <w:bCs/>
          <w:iCs/>
          <w:sz w:val="24"/>
          <w:szCs w:val="24"/>
          <w:lang w:val="kk-KZ"/>
        </w:rPr>
      </w:pPr>
      <w:r w:rsidRPr="00BC5759">
        <w:rPr>
          <w:rFonts w:ascii="Times New Roman" w:hAnsi="Times New Roman" w:cs="Times New Roman"/>
          <w:b/>
          <w:bCs/>
          <w:iCs/>
          <w:sz w:val="24"/>
          <w:szCs w:val="24"/>
          <w:lang w:val="kk-KZ"/>
        </w:rPr>
        <w:t>мәслихатының аппараты» ММ-нің</w:t>
      </w:r>
    </w:p>
    <w:p w14:paraId="2B9C101B" w14:textId="77777777" w:rsidR="003D22B6" w:rsidRPr="00BC5759" w:rsidRDefault="0072415B" w:rsidP="00882AE0">
      <w:pPr>
        <w:spacing w:after="0" w:line="240" w:lineRule="auto"/>
        <w:ind w:left="6521"/>
        <w:jc w:val="both"/>
        <w:rPr>
          <w:rFonts w:ascii="Times New Roman" w:hAnsi="Times New Roman" w:cs="Times New Roman"/>
          <w:b/>
          <w:bCs/>
          <w:iCs/>
          <w:sz w:val="24"/>
          <w:szCs w:val="24"/>
          <w:lang w:val="kk-KZ"/>
        </w:rPr>
      </w:pPr>
      <w:r w:rsidRPr="00BC5759">
        <w:rPr>
          <w:rFonts w:ascii="Times New Roman" w:hAnsi="Times New Roman" w:cs="Times New Roman"/>
          <w:b/>
          <w:bCs/>
          <w:iCs/>
          <w:sz w:val="24"/>
          <w:szCs w:val="24"/>
          <w:lang w:val="kk-KZ"/>
        </w:rPr>
        <w:t>е</w:t>
      </w:r>
      <w:r w:rsidR="00106650" w:rsidRPr="00BC5759">
        <w:rPr>
          <w:rFonts w:ascii="Times New Roman" w:hAnsi="Times New Roman" w:cs="Times New Roman"/>
          <w:b/>
          <w:bCs/>
          <w:iCs/>
          <w:sz w:val="24"/>
          <w:szCs w:val="24"/>
          <w:lang w:val="kk-KZ"/>
        </w:rPr>
        <w:t>ңбек тәртібі қағидаларына</w:t>
      </w:r>
    </w:p>
    <w:p w14:paraId="1D229FD9" w14:textId="77777777" w:rsidR="0072415B" w:rsidRPr="000F33C5" w:rsidRDefault="0072415B" w:rsidP="00882AE0">
      <w:pPr>
        <w:spacing w:after="0" w:line="240" w:lineRule="auto"/>
        <w:ind w:left="6521"/>
        <w:jc w:val="both"/>
        <w:rPr>
          <w:rFonts w:ascii="Times New Roman" w:hAnsi="Times New Roman" w:cs="Times New Roman"/>
          <w:i/>
          <w:sz w:val="28"/>
          <w:szCs w:val="28"/>
          <w:lang w:val="kk-KZ"/>
        </w:rPr>
      </w:pPr>
      <w:r w:rsidRPr="00BC5759">
        <w:rPr>
          <w:rFonts w:ascii="Times New Roman" w:hAnsi="Times New Roman" w:cs="Times New Roman"/>
          <w:b/>
          <w:bCs/>
          <w:iCs/>
          <w:sz w:val="24"/>
          <w:szCs w:val="24"/>
          <w:lang w:val="kk-KZ"/>
        </w:rPr>
        <w:t>1-қосымша</w:t>
      </w:r>
    </w:p>
    <w:p w14:paraId="545AF89C" w14:textId="1B9F82C1" w:rsidR="003D22B6" w:rsidRDefault="003D22B6" w:rsidP="0072415B">
      <w:pPr>
        <w:spacing w:after="0"/>
        <w:jc w:val="right"/>
        <w:rPr>
          <w:rFonts w:ascii="Times New Roman" w:hAnsi="Times New Roman" w:cs="Times New Roman"/>
          <w:sz w:val="28"/>
          <w:szCs w:val="28"/>
          <w:lang w:val="kk-KZ"/>
        </w:rPr>
      </w:pPr>
    </w:p>
    <w:p w14:paraId="5167F743" w14:textId="1C859451" w:rsidR="009D05B2" w:rsidRDefault="009D05B2" w:rsidP="0072415B">
      <w:pPr>
        <w:spacing w:after="0"/>
        <w:jc w:val="right"/>
        <w:rPr>
          <w:rFonts w:ascii="Times New Roman" w:hAnsi="Times New Roman" w:cs="Times New Roman"/>
          <w:sz w:val="28"/>
          <w:szCs w:val="28"/>
          <w:lang w:val="kk-KZ"/>
        </w:rPr>
      </w:pPr>
    </w:p>
    <w:p w14:paraId="4B97AC22" w14:textId="77777777" w:rsidR="009D05B2" w:rsidRPr="000F33C5" w:rsidRDefault="009D05B2" w:rsidP="0072415B">
      <w:pPr>
        <w:spacing w:after="0"/>
        <w:jc w:val="right"/>
        <w:rPr>
          <w:rFonts w:ascii="Times New Roman" w:hAnsi="Times New Roman" w:cs="Times New Roman"/>
          <w:sz w:val="28"/>
          <w:szCs w:val="28"/>
          <w:lang w:val="kk-KZ"/>
        </w:rPr>
      </w:pPr>
    </w:p>
    <w:p w14:paraId="41005C07" w14:textId="77777777" w:rsidR="003D22B6" w:rsidRPr="000F33C5" w:rsidRDefault="00106650" w:rsidP="009D05B2">
      <w:pPr>
        <w:spacing w:after="0" w:line="240" w:lineRule="auto"/>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ЖҰМЫС УАҚЫТЫНЫҢ КЕСТЕСІ</w:t>
      </w:r>
    </w:p>
    <w:p w14:paraId="45D74CD6" w14:textId="77777777" w:rsidR="003D22B6" w:rsidRPr="000F33C5" w:rsidRDefault="003D22B6" w:rsidP="009D05B2">
      <w:pPr>
        <w:spacing w:after="0" w:line="240" w:lineRule="auto"/>
        <w:rPr>
          <w:rFonts w:ascii="Times New Roman" w:hAnsi="Times New Roman" w:cs="Times New Roman"/>
          <w:sz w:val="28"/>
          <w:szCs w:val="28"/>
          <w:lang w:val="kk-KZ"/>
        </w:rPr>
      </w:pPr>
    </w:p>
    <w:tbl>
      <w:tblPr>
        <w:tblStyle w:val="aff0"/>
        <w:tblW w:w="0" w:type="auto"/>
        <w:tblLook w:val="04A0" w:firstRow="1" w:lastRow="0" w:firstColumn="1" w:lastColumn="0" w:noHBand="0" w:noVBand="1"/>
      </w:tblPr>
      <w:tblGrid>
        <w:gridCol w:w="2027"/>
        <w:gridCol w:w="2027"/>
        <w:gridCol w:w="2028"/>
        <w:gridCol w:w="2028"/>
        <w:gridCol w:w="2028"/>
      </w:tblGrid>
      <w:tr w:rsidR="00BE131D" w14:paraId="45063855" w14:textId="77777777" w:rsidTr="009D05B2">
        <w:tc>
          <w:tcPr>
            <w:tcW w:w="2027" w:type="dxa"/>
            <w:vAlign w:val="center"/>
          </w:tcPr>
          <w:p w14:paraId="6FAB94D7" w14:textId="77777777" w:rsidR="00BE131D" w:rsidRPr="009D05B2" w:rsidRDefault="00BE131D" w:rsidP="009D05B2">
            <w:pPr>
              <w:jc w:val="center"/>
              <w:rPr>
                <w:rFonts w:ascii="Times New Roman" w:hAnsi="Times New Roman" w:cs="Times New Roman"/>
                <w:b/>
                <w:bCs/>
                <w:sz w:val="28"/>
                <w:szCs w:val="28"/>
                <w:lang w:val="kk-KZ"/>
              </w:rPr>
            </w:pPr>
            <w:r w:rsidRPr="009D05B2">
              <w:rPr>
                <w:rFonts w:ascii="Times New Roman" w:hAnsi="Times New Roman" w:cs="Times New Roman"/>
                <w:b/>
                <w:bCs/>
                <w:sz w:val="28"/>
                <w:szCs w:val="28"/>
                <w:lang w:val="kk-KZ"/>
              </w:rPr>
              <w:t>Апта күні</w:t>
            </w:r>
          </w:p>
        </w:tc>
        <w:tc>
          <w:tcPr>
            <w:tcW w:w="2027" w:type="dxa"/>
            <w:vAlign w:val="center"/>
          </w:tcPr>
          <w:p w14:paraId="2479F9E9" w14:textId="77777777" w:rsidR="00BE131D" w:rsidRPr="009D05B2" w:rsidRDefault="00BE131D" w:rsidP="009D05B2">
            <w:pPr>
              <w:jc w:val="center"/>
              <w:rPr>
                <w:rFonts w:ascii="Times New Roman" w:hAnsi="Times New Roman" w:cs="Times New Roman"/>
                <w:b/>
                <w:bCs/>
                <w:sz w:val="28"/>
                <w:szCs w:val="28"/>
                <w:lang w:val="kk-KZ"/>
              </w:rPr>
            </w:pPr>
            <w:r w:rsidRPr="009D05B2">
              <w:rPr>
                <w:rFonts w:ascii="Times New Roman" w:hAnsi="Times New Roman" w:cs="Times New Roman"/>
                <w:b/>
                <w:bCs/>
                <w:sz w:val="28"/>
                <w:szCs w:val="28"/>
                <w:lang w:val="kk-KZ"/>
              </w:rPr>
              <w:t>Жұмыс күнінің басталуы</w:t>
            </w:r>
          </w:p>
        </w:tc>
        <w:tc>
          <w:tcPr>
            <w:tcW w:w="2028" w:type="dxa"/>
            <w:vAlign w:val="center"/>
          </w:tcPr>
          <w:p w14:paraId="76753895" w14:textId="77777777" w:rsidR="00BE131D" w:rsidRPr="009D05B2" w:rsidRDefault="00BE131D" w:rsidP="009D05B2">
            <w:pPr>
              <w:jc w:val="center"/>
              <w:rPr>
                <w:rFonts w:ascii="Times New Roman" w:hAnsi="Times New Roman" w:cs="Times New Roman"/>
                <w:b/>
                <w:bCs/>
                <w:sz w:val="28"/>
                <w:szCs w:val="28"/>
                <w:lang w:val="kk-KZ"/>
              </w:rPr>
            </w:pPr>
            <w:r w:rsidRPr="009D05B2">
              <w:rPr>
                <w:rFonts w:ascii="Times New Roman" w:hAnsi="Times New Roman" w:cs="Times New Roman"/>
                <w:b/>
                <w:bCs/>
                <w:sz w:val="28"/>
                <w:szCs w:val="28"/>
                <w:lang w:val="kk-KZ"/>
              </w:rPr>
              <w:t>Тынығу және тамақтану үшін үзіліс</w:t>
            </w:r>
          </w:p>
        </w:tc>
        <w:tc>
          <w:tcPr>
            <w:tcW w:w="2028" w:type="dxa"/>
            <w:vAlign w:val="center"/>
          </w:tcPr>
          <w:p w14:paraId="0A089D46" w14:textId="77777777" w:rsidR="00BE131D" w:rsidRPr="009D05B2" w:rsidRDefault="00BE131D" w:rsidP="009D05B2">
            <w:pPr>
              <w:jc w:val="center"/>
              <w:rPr>
                <w:rFonts w:ascii="Times New Roman" w:hAnsi="Times New Roman" w:cs="Times New Roman"/>
                <w:b/>
                <w:bCs/>
                <w:sz w:val="28"/>
                <w:szCs w:val="28"/>
                <w:lang w:val="kk-KZ"/>
              </w:rPr>
            </w:pPr>
            <w:r w:rsidRPr="009D05B2">
              <w:rPr>
                <w:rFonts w:ascii="Times New Roman" w:hAnsi="Times New Roman" w:cs="Times New Roman"/>
                <w:b/>
                <w:bCs/>
                <w:sz w:val="28"/>
                <w:szCs w:val="28"/>
                <w:lang w:val="kk-KZ"/>
              </w:rPr>
              <w:t>Жұмыс күнінің аяқталуы</w:t>
            </w:r>
          </w:p>
        </w:tc>
        <w:tc>
          <w:tcPr>
            <w:tcW w:w="2028" w:type="dxa"/>
            <w:vAlign w:val="center"/>
          </w:tcPr>
          <w:p w14:paraId="078644B3" w14:textId="77777777" w:rsidR="00BE131D" w:rsidRPr="009D05B2" w:rsidRDefault="00BE131D" w:rsidP="009D05B2">
            <w:pPr>
              <w:jc w:val="center"/>
              <w:rPr>
                <w:rFonts w:ascii="Times New Roman" w:hAnsi="Times New Roman" w:cs="Times New Roman"/>
                <w:b/>
                <w:bCs/>
                <w:sz w:val="28"/>
                <w:szCs w:val="28"/>
                <w:lang w:val="kk-KZ"/>
              </w:rPr>
            </w:pPr>
            <w:r w:rsidRPr="009D05B2">
              <w:rPr>
                <w:rFonts w:ascii="Times New Roman" w:hAnsi="Times New Roman" w:cs="Times New Roman"/>
                <w:b/>
                <w:bCs/>
                <w:sz w:val="28"/>
                <w:szCs w:val="28"/>
                <w:lang w:val="kk-KZ"/>
              </w:rPr>
              <w:t>Жұмыс уақыты</w:t>
            </w:r>
          </w:p>
        </w:tc>
      </w:tr>
      <w:tr w:rsidR="00BE131D" w14:paraId="38A88A1B" w14:textId="77777777" w:rsidTr="00BE131D">
        <w:tc>
          <w:tcPr>
            <w:tcW w:w="2027" w:type="dxa"/>
          </w:tcPr>
          <w:p w14:paraId="1AABDC4A"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Дүйсенбі</w:t>
            </w:r>
            <w:proofErr w:type="spellEnd"/>
          </w:p>
        </w:tc>
        <w:tc>
          <w:tcPr>
            <w:tcW w:w="2027" w:type="dxa"/>
          </w:tcPr>
          <w:p w14:paraId="4E2EBA54" w14:textId="77777777" w:rsidR="00BE131D" w:rsidRDefault="00BE131D" w:rsidP="00BE131D">
            <w:pPr>
              <w:jc w:val="center"/>
              <w:rPr>
                <w:rFonts w:ascii="Times New Roman" w:hAnsi="Times New Roman" w:cs="Times New Roman"/>
                <w:sz w:val="28"/>
                <w:szCs w:val="28"/>
                <w:lang w:val="kk-KZ"/>
              </w:rPr>
            </w:pPr>
            <w:r w:rsidRPr="00BE131D">
              <w:rPr>
                <w:rFonts w:ascii="Times New Roman" w:hAnsi="Times New Roman" w:cs="Times New Roman"/>
                <w:sz w:val="28"/>
                <w:szCs w:val="28"/>
                <w:lang w:val="kk-KZ"/>
              </w:rPr>
              <w:t>09:00</w:t>
            </w:r>
          </w:p>
        </w:tc>
        <w:tc>
          <w:tcPr>
            <w:tcW w:w="2028" w:type="dxa"/>
          </w:tcPr>
          <w:p w14:paraId="71AF123D" w14:textId="19C7C96D" w:rsidR="00BE131D" w:rsidRDefault="00BE131D" w:rsidP="00BE131D">
            <w:pPr>
              <w:jc w:val="center"/>
            </w:pPr>
            <w:r w:rsidRPr="002D1511">
              <w:rPr>
                <w:rFonts w:ascii="Times New Roman" w:hAnsi="Times New Roman" w:cs="Times New Roman"/>
                <w:sz w:val="28"/>
                <w:szCs w:val="28"/>
                <w:lang w:val="kk-KZ"/>
              </w:rPr>
              <w:t>13:00</w:t>
            </w:r>
            <w:r w:rsidR="009D05B2">
              <w:rPr>
                <w:rFonts w:ascii="Times New Roman" w:hAnsi="Times New Roman" w:cs="Times New Roman"/>
                <w:sz w:val="28"/>
                <w:szCs w:val="28"/>
                <w:lang w:val="kk-KZ"/>
              </w:rPr>
              <w:t>-</w:t>
            </w:r>
            <w:r w:rsidRPr="002D1511">
              <w:rPr>
                <w:rFonts w:ascii="Times New Roman" w:hAnsi="Times New Roman" w:cs="Times New Roman"/>
                <w:sz w:val="28"/>
                <w:szCs w:val="28"/>
                <w:lang w:val="kk-KZ"/>
              </w:rPr>
              <w:t>14:00</w:t>
            </w:r>
          </w:p>
        </w:tc>
        <w:tc>
          <w:tcPr>
            <w:tcW w:w="2028" w:type="dxa"/>
          </w:tcPr>
          <w:p w14:paraId="645B9350" w14:textId="77777777" w:rsidR="00BE131D" w:rsidRDefault="00BE131D" w:rsidP="00BE131D">
            <w:pPr>
              <w:jc w:val="center"/>
            </w:pPr>
            <w:r w:rsidRPr="007C1BAD">
              <w:rPr>
                <w:rFonts w:ascii="Times New Roman" w:hAnsi="Times New Roman" w:cs="Times New Roman"/>
                <w:sz w:val="28"/>
                <w:szCs w:val="28"/>
                <w:lang w:val="kk-KZ"/>
              </w:rPr>
              <w:t>18:00</w:t>
            </w:r>
          </w:p>
        </w:tc>
        <w:tc>
          <w:tcPr>
            <w:tcW w:w="2028" w:type="dxa"/>
          </w:tcPr>
          <w:p w14:paraId="282F464C" w14:textId="77777777" w:rsidR="00BE131D" w:rsidRDefault="00BE131D" w:rsidP="00BE131D">
            <w:pPr>
              <w:jc w:val="center"/>
            </w:pPr>
            <w:r w:rsidRPr="00626FF8">
              <w:rPr>
                <w:rFonts w:ascii="Times New Roman" w:hAnsi="Times New Roman" w:cs="Times New Roman"/>
                <w:sz w:val="28"/>
                <w:szCs w:val="28"/>
                <w:lang w:val="kk-KZ"/>
              </w:rPr>
              <w:t>8 сағат</w:t>
            </w:r>
          </w:p>
        </w:tc>
      </w:tr>
      <w:tr w:rsidR="00BE131D" w14:paraId="034631BF" w14:textId="77777777" w:rsidTr="00BE131D">
        <w:tc>
          <w:tcPr>
            <w:tcW w:w="2027" w:type="dxa"/>
          </w:tcPr>
          <w:p w14:paraId="34C70600"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Сейсенбі</w:t>
            </w:r>
            <w:proofErr w:type="spellEnd"/>
          </w:p>
        </w:tc>
        <w:tc>
          <w:tcPr>
            <w:tcW w:w="2027" w:type="dxa"/>
          </w:tcPr>
          <w:p w14:paraId="523DFFD2" w14:textId="77777777" w:rsidR="00BE131D" w:rsidRDefault="00BE131D" w:rsidP="00BE131D">
            <w:pPr>
              <w:jc w:val="center"/>
            </w:pPr>
            <w:r w:rsidRPr="00194A1C">
              <w:rPr>
                <w:rFonts w:ascii="Times New Roman" w:hAnsi="Times New Roman" w:cs="Times New Roman"/>
                <w:sz w:val="28"/>
                <w:szCs w:val="28"/>
                <w:lang w:val="kk-KZ"/>
              </w:rPr>
              <w:t>09:00</w:t>
            </w:r>
          </w:p>
        </w:tc>
        <w:tc>
          <w:tcPr>
            <w:tcW w:w="2028" w:type="dxa"/>
          </w:tcPr>
          <w:p w14:paraId="2F8C029E" w14:textId="7C2A8149" w:rsidR="00BE131D" w:rsidRDefault="00BE131D" w:rsidP="00BE131D">
            <w:pPr>
              <w:jc w:val="center"/>
            </w:pPr>
            <w:r w:rsidRPr="002D1511">
              <w:rPr>
                <w:rFonts w:ascii="Times New Roman" w:hAnsi="Times New Roman" w:cs="Times New Roman"/>
                <w:sz w:val="28"/>
                <w:szCs w:val="28"/>
                <w:lang w:val="kk-KZ"/>
              </w:rPr>
              <w:t>13:00</w:t>
            </w:r>
            <w:r w:rsidR="009D05B2">
              <w:rPr>
                <w:rFonts w:ascii="Times New Roman" w:hAnsi="Times New Roman" w:cs="Times New Roman"/>
                <w:sz w:val="28"/>
                <w:szCs w:val="28"/>
                <w:lang w:val="kk-KZ"/>
              </w:rPr>
              <w:t>-</w:t>
            </w:r>
            <w:r w:rsidRPr="002D1511">
              <w:rPr>
                <w:rFonts w:ascii="Times New Roman" w:hAnsi="Times New Roman" w:cs="Times New Roman"/>
                <w:sz w:val="28"/>
                <w:szCs w:val="28"/>
                <w:lang w:val="kk-KZ"/>
              </w:rPr>
              <w:t>14:00</w:t>
            </w:r>
          </w:p>
        </w:tc>
        <w:tc>
          <w:tcPr>
            <w:tcW w:w="2028" w:type="dxa"/>
          </w:tcPr>
          <w:p w14:paraId="294D2D62" w14:textId="77777777" w:rsidR="00BE131D" w:rsidRDefault="00BE131D" w:rsidP="00BE131D">
            <w:pPr>
              <w:jc w:val="center"/>
            </w:pPr>
            <w:r w:rsidRPr="007C1BAD">
              <w:rPr>
                <w:rFonts w:ascii="Times New Roman" w:hAnsi="Times New Roman" w:cs="Times New Roman"/>
                <w:sz w:val="28"/>
                <w:szCs w:val="28"/>
                <w:lang w:val="kk-KZ"/>
              </w:rPr>
              <w:t>18:00</w:t>
            </w:r>
          </w:p>
        </w:tc>
        <w:tc>
          <w:tcPr>
            <w:tcW w:w="2028" w:type="dxa"/>
          </w:tcPr>
          <w:p w14:paraId="10D2D51B" w14:textId="77777777" w:rsidR="00BE131D" w:rsidRDefault="00BE131D" w:rsidP="00BE131D">
            <w:pPr>
              <w:jc w:val="center"/>
            </w:pPr>
            <w:r w:rsidRPr="00626FF8">
              <w:rPr>
                <w:rFonts w:ascii="Times New Roman" w:hAnsi="Times New Roman" w:cs="Times New Roman"/>
                <w:sz w:val="28"/>
                <w:szCs w:val="28"/>
                <w:lang w:val="kk-KZ"/>
              </w:rPr>
              <w:t>8 сағат</w:t>
            </w:r>
          </w:p>
        </w:tc>
      </w:tr>
      <w:tr w:rsidR="00BE131D" w14:paraId="643B919C" w14:textId="77777777" w:rsidTr="00BE131D">
        <w:tc>
          <w:tcPr>
            <w:tcW w:w="2027" w:type="dxa"/>
          </w:tcPr>
          <w:p w14:paraId="36EF240F"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Сәрсенбі</w:t>
            </w:r>
            <w:proofErr w:type="spellEnd"/>
          </w:p>
        </w:tc>
        <w:tc>
          <w:tcPr>
            <w:tcW w:w="2027" w:type="dxa"/>
          </w:tcPr>
          <w:p w14:paraId="0F472BB8" w14:textId="77777777" w:rsidR="00BE131D" w:rsidRDefault="00BE131D" w:rsidP="00BE131D">
            <w:pPr>
              <w:jc w:val="center"/>
            </w:pPr>
            <w:r w:rsidRPr="00194A1C">
              <w:rPr>
                <w:rFonts w:ascii="Times New Roman" w:hAnsi="Times New Roman" w:cs="Times New Roman"/>
                <w:sz w:val="28"/>
                <w:szCs w:val="28"/>
                <w:lang w:val="kk-KZ"/>
              </w:rPr>
              <w:t>09:00</w:t>
            </w:r>
          </w:p>
        </w:tc>
        <w:tc>
          <w:tcPr>
            <w:tcW w:w="2028" w:type="dxa"/>
          </w:tcPr>
          <w:p w14:paraId="3864FB46" w14:textId="1EF17A21" w:rsidR="00BE131D" w:rsidRDefault="00BE131D" w:rsidP="00BE131D">
            <w:pPr>
              <w:jc w:val="center"/>
            </w:pPr>
            <w:r w:rsidRPr="002D1511">
              <w:rPr>
                <w:rFonts w:ascii="Times New Roman" w:hAnsi="Times New Roman" w:cs="Times New Roman"/>
                <w:sz w:val="28"/>
                <w:szCs w:val="28"/>
                <w:lang w:val="kk-KZ"/>
              </w:rPr>
              <w:t>13:00</w:t>
            </w:r>
            <w:r w:rsidR="009D05B2">
              <w:rPr>
                <w:rFonts w:ascii="Times New Roman" w:hAnsi="Times New Roman" w:cs="Times New Roman"/>
                <w:sz w:val="28"/>
                <w:szCs w:val="28"/>
                <w:lang w:val="kk-KZ"/>
              </w:rPr>
              <w:t>-</w:t>
            </w:r>
            <w:r w:rsidRPr="002D1511">
              <w:rPr>
                <w:rFonts w:ascii="Times New Roman" w:hAnsi="Times New Roman" w:cs="Times New Roman"/>
                <w:sz w:val="28"/>
                <w:szCs w:val="28"/>
                <w:lang w:val="kk-KZ"/>
              </w:rPr>
              <w:t>14:00</w:t>
            </w:r>
          </w:p>
        </w:tc>
        <w:tc>
          <w:tcPr>
            <w:tcW w:w="2028" w:type="dxa"/>
          </w:tcPr>
          <w:p w14:paraId="15088692" w14:textId="77777777" w:rsidR="00BE131D" w:rsidRDefault="00BE131D" w:rsidP="00BE131D">
            <w:pPr>
              <w:jc w:val="center"/>
            </w:pPr>
            <w:r w:rsidRPr="007C1BAD">
              <w:rPr>
                <w:rFonts w:ascii="Times New Roman" w:hAnsi="Times New Roman" w:cs="Times New Roman"/>
                <w:sz w:val="28"/>
                <w:szCs w:val="28"/>
                <w:lang w:val="kk-KZ"/>
              </w:rPr>
              <w:t>18:00</w:t>
            </w:r>
          </w:p>
        </w:tc>
        <w:tc>
          <w:tcPr>
            <w:tcW w:w="2028" w:type="dxa"/>
          </w:tcPr>
          <w:p w14:paraId="031F563A" w14:textId="77777777" w:rsidR="00BE131D" w:rsidRDefault="00BE131D" w:rsidP="00BE131D">
            <w:pPr>
              <w:jc w:val="center"/>
            </w:pPr>
            <w:r w:rsidRPr="00626FF8">
              <w:rPr>
                <w:rFonts w:ascii="Times New Roman" w:hAnsi="Times New Roman" w:cs="Times New Roman"/>
                <w:sz w:val="28"/>
                <w:szCs w:val="28"/>
                <w:lang w:val="kk-KZ"/>
              </w:rPr>
              <w:t>8 сағат</w:t>
            </w:r>
          </w:p>
        </w:tc>
      </w:tr>
      <w:tr w:rsidR="00BE131D" w14:paraId="37044B4B" w14:textId="77777777" w:rsidTr="00BE131D">
        <w:tc>
          <w:tcPr>
            <w:tcW w:w="2027" w:type="dxa"/>
          </w:tcPr>
          <w:p w14:paraId="5C4E03C3"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Бейсенбі</w:t>
            </w:r>
            <w:proofErr w:type="spellEnd"/>
          </w:p>
        </w:tc>
        <w:tc>
          <w:tcPr>
            <w:tcW w:w="2027" w:type="dxa"/>
          </w:tcPr>
          <w:p w14:paraId="37F32482" w14:textId="77777777" w:rsidR="00BE131D" w:rsidRDefault="00BE131D" w:rsidP="00BE131D">
            <w:pPr>
              <w:jc w:val="center"/>
            </w:pPr>
            <w:r w:rsidRPr="00194A1C">
              <w:rPr>
                <w:rFonts w:ascii="Times New Roman" w:hAnsi="Times New Roman" w:cs="Times New Roman"/>
                <w:sz w:val="28"/>
                <w:szCs w:val="28"/>
                <w:lang w:val="kk-KZ"/>
              </w:rPr>
              <w:t>09:00</w:t>
            </w:r>
          </w:p>
        </w:tc>
        <w:tc>
          <w:tcPr>
            <w:tcW w:w="2028" w:type="dxa"/>
          </w:tcPr>
          <w:p w14:paraId="05CC72CF" w14:textId="27B90184" w:rsidR="00BE131D" w:rsidRDefault="00BE131D" w:rsidP="00BE131D">
            <w:pPr>
              <w:jc w:val="center"/>
            </w:pPr>
            <w:r w:rsidRPr="002D1511">
              <w:rPr>
                <w:rFonts w:ascii="Times New Roman" w:hAnsi="Times New Roman" w:cs="Times New Roman"/>
                <w:sz w:val="28"/>
                <w:szCs w:val="28"/>
                <w:lang w:val="kk-KZ"/>
              </w:rPr>
              <w:t>13:00</w:t>
            </w:r>
            <w:r w:rsidR="009D05B2">
              <w:rPr>
                <w:rFonts w:ascii="Times New Roman" w:hAnsi="Times New Roman" w:cs="Times New Roman"/>
                <w:sz w:val="28"/>
                <w:szCs w:val="28"/>
                <w:lang w:val="kk-KZ"/>
              </w:rPr>
              <w:t>-</w:t>
            </w:r>
            <w:r w:rsidRPr="002D1511">
              <w:rPr>
                <w:rFonts w:ascii="Times New Roman" w:hAnsi="Times New Roman" w:cs="Times New Roman"/>
                <w:sz w:val="28"/>
                <w:szCs w:val="28"/>
                <w:lang w:val="kk-KZ"/>
              </w:rPr>
              <w:t>14:00</w:t>
            </w:r>
          </w:p>
        </w:tc>
        <w:tc>
          <w:tcPr>
            <w:tcW w:w="2028" w:type="dxa"/>
          </w:tcPr>
          <w:p w14:paraId="0F5D320A" w14:textId="77777777" w:rsidR="00BE131D" w:rsidRDefault="00BE131D" w:rsidP="00BE131D">
            <w:pPr>
              <w:jc w:val="center"/>
            </w:pPr>
            <w:r w:rsidRPr="007C1BAD">
              <w:rPr>
                <w:rFonts w:ascii="Times New Roman" w:hAnsi="Times New Roman" w:cs="Times New Roman"/>
                <w:sz w:val="28"/>
                <w:szCs w:val="28"/>
                <w:lang w:val="kk-KZ"/>
              </w:rPr>
              <w:t>18:00</w:t>
            </w:r>
          </w:p>
        </w:tc>
        <w:tc>
          <w:tcPr>
            <w:tcW w:w="2028" w:type="dxa"/>
          </w:tcPr>
          <w:p w14:paraId="05555E03" w14:textId="77777777" w:rsidR="00BE131D" w:rsidRDefault="00BE131D" w:rsidP="00BE131D">
            <w:pPr>
              <w:jc w:val="center"/>
            </w:pPr>
            <w:r w:rsidRPr="00626FF8">
              <w:rPr>
                <w:rFonts w:ascii="Times New Roman" w:hAnsi="Times New Roman" w:cs="Times New Roman"/>
                <w:sz w:val="28"/>
                <w:szCs w:val="28"/>
                <w:lang w:val="kk-KZ"/>
              </w:rPr>
              <w:t>8 сағат</w:t>
            </w:r>
          </w:p>
        </w:tc>
      </w:tr>
      <w:tr w:rsidR="00BE131D" w14:paraId="306E4F86" w14:textId="77777777" w:rsidTr="00BE131D">
        <w:tc>
          <w:tcPr>
            <w:tcW w:w="2027" w:type="dxa"/>
          </w:tcPr>
          <w:p w14:paraId="3AC94A8C"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Жұма</w:t>
            </w:r>
            <w:proofErr w:type="spellEnd"/>
          </w:p>
        </w:tc>
        <w:tc>
          <w:tcPr>
            <w:tcW w:w="2027" w:type="dxa"/>
          </w:tcPr>
          <w:p w14:paraId="573DAF94" w14:textId="77777777" w:rsidR="00BE131D" w:rsidRDefault="00BE131D" w:rsidP="00BE131D">
            <w:pPr>
              <w:jc w:val="center"/>
            </w:pPr>
            <w:r w:rsidRPr="00194A1C">
              <w:rPr>
                <w:rFonts w:ascii="Times New Roman" w:hAnsi="Times New Roman" w:cs="Times New Roman"/>
                <w:sz w:val="28"/>
                <w:szCs w:val="28"/>
                <w:lang w:val="kk-KZ"/>
              </w:rPr>
              <w:t>09:00</w:t>
            </w:r>
          </w:p>
        </w:tc>
        <w:tc>
          <w:tcPr>
            <w:tcW w:w="2028" w:type="dxa"/>
          </w:tcPr>
          <w:p w14:paraId="7485AEFB" w14:textId="50FEF988" w:rsidR="00BE131D" w:rsidRDefault="00BE131D" w:rsidP="00BE131D">
            <w:pPr>
              <w:jc w:val="center"/>
            </w:pPr>
            <w:r w:rsidRPr="002D1511">
              <w:rPr>
                <w:rFonts w:ascii="Times New Roman" w:hAnsi="Times New Roman" w:cs="Times New Roman"/>
                <w:sz w:val="28"/>
                <w:szCs w:val="28"/>
                <w:lang w:val="kk-KZ"/>
              </w:rPr>
              <w:t>13:00</w:t>
            </w:r>
            <w:r w:rsidR="009D05B2">
              <w:rPr>
                <w:rFonts w:ascii="Times New Roman" w:hAnsi="Times New Roman" w:cs="Times New Roman"/>
                <w:sz w:val="28"/>
                <w:szCs w:val="28"/>
                <w:lang w:val="kk-KZ"/>
              </w:rPr>
              <w:t>-</w:t>
            </w:r>
            <w:r w:rsidRPr="002D1511">
              <w:rPr>
                <w:rFonts w:ascii="Times New Roman" w:hAnsi="Times New Roman" w:cs="Times New Roman"/>
                <w:sz w:val="28"/>
                <w:szCs w:val="28"/>
                <w:lang w:val="kk-KZ"/>
              </w:rPr>
              <w:t>14:00</w:t>
            </w:r>
          </w:p>
        </w:tc>
        <w:tc>
          <w:tcPr>
            <w:tcW w:w="2028" w:type="dxa"/>
          </w:tcPr>
          <w:p w14:paraId="4796DACE" w14:textId="77777777" w:rsidR="00BE131D" w:rsidRDefault="00BE131D" w:rsidP="00BE131D">
            <w:pPr>
              <w:jc w:val="center"/>
            </w:pPr>
            <w:r w:rsidRPr="007C1BAD">
              <w:rPr>
                <w:rFonts w:ascii="Times New Roman" w:hAnsi="Times New Roman" w:cs="Times New Roman"/>
                <w:sz w:val="28"/>
                <w:szCs w:val="28"/>
                <w:lang w:val="kk-KZ"/>
              </w:rPr>
              <w:t>18:00</w:t>
            </w:r>
          </w:p>
        </w:tc>
        <w:tc>
          <w:tcPr>
            <w:tcW w:w="2028" w:type="dxa"/>
          </w:tcPr>
          <w:p w14:paraId="0154E1FD" w14:textId="77777777" w:rsidR="00BE131D" w:rsidRDefault="00BE131D" w:rsidP="00BE131D">
            <w:pPr>
              <w:jc w:val="center"/>
            </w:pPr>
            <w:r w:rsidRPr="00626FF8">
              <w:rPr>
                <w:rFonts w:ascii="Times New Roman" w:hAnsi="Times New Roman" w:cs="Times New Roman"/>
                <w:sz w:val="28"/>
                <w:szCs w:val="28"/>
                <w:lang w:val="kk-KZ"/>
              </w:rPr>
              <w:t>8 сағат</w:t>
            </w:r>
          </w:p>
        </w:tc>
      </w:tr>
      <w:tr w:rsidR="00BE131D" w14:paraId="634CCD9A" w14:textId="77777777" w:rsidTr="00BE131D">
        <w:tc>
          <w:tcPr>
            <w:tcW w:w="2027" w:type="dxa"/>
          </w:tcPr>
          <w:p w14:paraId="12ED8C65"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Сенбі</w:t>
            </w:r>
            <w:proofErr w:type="spellEnd"/>
          </w:p>
        </w:tc>
        <w:tc>
          <w:tcPr>
            <w:tcW w:w="2027" w:type="dxa"/>
          </w:tcPr>
          <w:p w14:paraId="3E2FACF6" w14:textId="77777777" w:rsidR="00BE131D" w:rsidRDefault="00BE131D" w:rsidP="00BE131D">
            <w:pPr>
              <w:jc w:val="center"/>
            </w:pPr>
            <w:r w:rsidRPr="00BE131D">
              <w:rPr>
                <w:rFonts w:ascii="Times New Roman" w:hAnsi="Times New Roman" w:cs="Times New Roman"/>
                <w:sz w:val="28"/>
                <w:szCs w:val="28"/>
                <w:lang w:val="kk-KZ"/>
              </w:rPr>
              <w:t>Демалыс күні</w:t>
            </w:r>
          </w:p>
        </w:tc>
        <w:tc>
          <w:tcPr>
            <w:tcW w:w="2028" w:type="dxa"/>
          </w:tcPr>
          <w:p w14:paraId="460B2648" w14:textId="77777777" w:rsidR="00BE131D" w:rsidRDefault="00BE131D" w:rsidP="00BE131D">
            <w:pPr>
              <w:jc w:val="center"/>
            </w:pPr>
            <w:r>
              <w:rPr>
                <w:rFonts w:ascii="Times New Roman" w:hAnsi="Times New Roman" w:cs="Times New Roman"/>
                <w:sz w:val="28"/>
                <w:szCs w:val="28"/>
                <w:lang w:val="kk-KZ"/>
              </w:rPr>
              <w:t>-</w:t>
            </w:r>
          </w:p>
        </w:tc>
        <w:tc>
          <w:tcPr>
            <w:tcW w:w="2028" w:type="dxa"/>
          </w:tcPr>
          <w:p w14:paraId="34C87046" w14:textId="77777777" w:rsidR="00BE131D" w:rsidRDefault="00BE131D" w:rsidP="00BE131D">
            <w:pPr>
              <w:jc w:val="center"/>
            </w:pPr>
            <w:r>
              <w:rPr>
                <w:rFonts w:ascii="Times New Roman" w:hAnsi="Times New Roman" w:cs="Times New Roman"/>
                <w:sz w:val="28"/>
                <w:szCs w:val="28"/>
                <w:lang w:val="kk-KZ"/>
              </w:rPr>
              <w:t>-</w:t>
            </w:r>
          </w:p>
        </w:tc>
        <w:tc>
          <w:tcPr>
            <w:tcW w:w="2028" w:type="dxa"/>
          </w:tcPr>
          <w:p w14:paraId="0887F849" w14:textId="77777777" w:rsidR="00BE131D" w:rsidRDefault="00BE131D" w:rsidP="00BE131D">
            <w:pPr>
              <w:jc w:val="center"/>
            </w:pPr>
            <w:r>
              <w:rPr>
                <w:rFonts w:ascii="Times New Roman" w:hAnsi="Times New Roman" w:cs="Times New Roman"/>
                <w:sz w:val="28"/>
                <w:szCs w:val="28"/>
                <w:lang w:val="kk-KZ"/>
              </w:rPr>
              <w:t>-</w:t>
            </w:r>
          </w:p>
        </w:tc>
      </w:tr>
      <w:tr w:rsidR="00BE131D" w14:paraId="00DE6257" w14:textId="77777777" w:rsidTr="00BE131D">
        <w:tc>
          <w:tcPr>
            <w:tcW w:w="2027" w:type="dxa"/>
          </w:tcPr>
          <w:p w14:paraId="147878EC" w14:textId="77777777" w:rsidR="00BE131D" w:rsidRDefault="00BE131D">
            <w:pPr>
              <w:rPr>
                <w:rFonts w:ascii="Times New Roman" w:hAnsi="Times New Roman" w:cs="Times New Roman"/>
                <w:sz w:val="28"/>
                <w:szCs w:val="28"/>
                <w:lang w:val="kk-KZ"/>
              </w:rPr>
            </w:pPr>
            <w:proofErr w:type="spellStart"/>
            <w:r w:rsidRPr="0017236A">
              <w:rPr>
                <w:rFonts w:ascii="Times New Roman" w:hAnsi="Times New Roman" w:cs="Times New Roman"/>
                <w:sz w:val="28"/>
                <w:szCs w:val="28"/>
              </w:rPr>
              <w:t>Жексенбі</w:t>
            </w:r>
            <w:proofErr w:type="spellEnd"/>
          </w:p>
        </w:tc>
        <w:tc>
          <w:tcPr>
            <w:tcW w:w="2027" w:type="dxa"/>
          </w:tcPr>
          <w:p w14:paraId="6CC39F64" w14:textId="77777777" w:rsidR="00BE131D" w:rsidRDefault="00BE131D" w:rsidP="00BE131D">
            <w:pPr>
              <w:jc w:val="center"/>
            </w:pPr>
            <w:r w:rsidRPr="00BE131D">
              <w:rPr>
                <w:rFonts w:ascii="Times New Roman" w:hAnsi="Times New Roman" w:cs="Times New Roman"/>
                <w:sz w:val="28"/>
                <w:szCs w:val="28"/>
                <w:lang w:val="kk-KZ"/>
              </w:rPr>
              <w:t>Демалыс күні</w:t>
            </w:r>
          </w:p>
        </w:tc>
        <w:tc>
          <w:tcPr>
            <w:tcW w:w="2028" w:type="dxa"/>
          </w:tcPr>
          <w:p w14:paraId="27C6BF3C" w14:textId="77777777" w:rsidR="00BE131D" w:rsidRDefault="00BE131D" w:rsidP="00BE131D">
            <w:pPr>
              <w:jc w:val="center"/>
            </w:pPr>
            <w:r>
              <w:rPr>
                <w:rFonts w:ascii="Times New Roman" w:hAnsi="Times New Roman" w:cs="Times New Roman"/>
                <w:sz w:val="28"/>
                <w:szCs w:val="28"/>
                <w:lang w:val="kk-KZ"/>
              </w:rPr>
              <w:t>-</w:t>
            </w:r>
          </w:p>
        </w:tc>
        <w:tc>
          <w:tcPr>
            <w:tcW w:w="2028" w:type="dxa"/>
          </w:tcPr>
          <w:p w14:paraId="0EA316AC" w14:textId="77777777" w:rsidR="00BE131D" w:rsidRDefault="00BE131D" w:rsidP="00BE131D">
            <w:pPr>
              <w:jc w:val="center"/>
            </w:pPr>
            <w:r>
              <w:rPr>
                <w:rFonts w:ascii="Times New Roman" w:hAnsi="Times New Roman" w:cs="Times New Roman"/>
                <w:sz w:val="28"/>
                <w:szCs w:val="28"/>
                <w:lang w:val="kk-KZ"/>
              </w:rPr>
              <w:t>-</w:t>
            </w:r>
          </w:p>
        </w:tc>
        <w:tc>
          <w:tcPr>
            <w:tcW w:w="2028" w:type="dxa"/>
          </w:tcPr>
          <w:p w14:paraId="21A98EF7" w14:textId="77777777" w:rsidR="00BE131D" w:rsidRDefault="00BE131D" w:rsidP="00BE131D">
            <w:pPr>
              <w:jc w:val="center"/>
            </w:pPr>
            <w:r>
              <w:rPr>
                <w:rFonts w:ascii="Times New Roman" w:hAnsi="Times New Roman" w:cs="Times New Roman"/>
                <w:sz w:val="28"/>
                <w:szCs w:val="28"/>
                <w:lang w:val="kk-KZ"/>
              </w:rPr>
              <w:t>-</w:t>
            </w:r>
          </w:p>
        </w:tc>
      </w:tr>
    </w:tbl>
    <w:p w14:paraId="6E6F5774" w14:textId="77777777" w:rsidR="00BE131D" w:rsidRDefault="00BE131D">
      <w:pPr>
        <w:spacing w:after="0"/>
        <w:rPr>
          <w:rFonts w:ascii="Times New Roman" w:hAnsi="Times New Roman" w:cs="Times New Roman"/>
          <w:sz w:val="28"/>
          <w:szCs w:val="28"/>
          <w:lang w:val="kk-KZ"/>
        </w:rPr>
      </w:pPr>
    </w:p>
    <w:p w14:paraId="407AF1A8" w14:textId="77777777" w:rsidR="003D22B6" w:rsidRPr="0017236A" w:rsidRDefault="003D22B6">
      <w:pPr>
        <w:spacing w:after="0"/>
        <w:rPr>
          <w:rFonts w:ascii="Times New Roman" w:hAnsi="Times New Roman" w:cs="Times New Roman"/>
          <w:sz w:val="28"/>
          <w:szCs w:val="28"/>
        </w:rPr>
      </w:pPr>
    </w:p>
    <w:p w14:paraId="47958A6E" w14:textId="77777777" w:rsidR="003D22B6" w:rsidRPr="00BE131D" w:rsidRDefault="00106650">
      <w:pPr>
        <w:spacing w:after="0"/>
        <w:rPr>
          <w:rFonts w:ascii="Times New Roman" w:hAnsi="Times New Roman" w:cs="Times New Roman"/>
          <w:b/>
          <w:sz w:val="28"/>
          <w:szCs w:val="28"/>
        </w:rPr>
      </w:pPr>
      <w:r w:rsidRPr="00BE131D">
        <w:rPr>
          <w:rFonts w:ascii="Times New Roman" w:hAnsi="Times New Roman" w:cs="Times New Roman"/>
          <w:b/>
          <w:sz w:val="28"/>
          <w:szCs w:val="28"/>
        </w:rPr>
        <w:t>Жұмыс уақытының нормасы: аптасына 40 сағат.</w:t>
      </w:r>
    </w:p>
    <w:p w14:paraId="4EEC73FA" w14:textId="77777777" w:rsidR="003D22B6" w:rsidRDefault="003D22B6">
      <w:pPr>
        <w:spacing w:after="0"/>
        <w:rPr>
          <w:rFonts w:ascii="Times New Roman" w:hAnsi="Times New Roman" w:cs="Times New Roman"/>
          <w:sz w:val="28"/>
          <w:szCs w:val="28"/>
          <w:lang w:val="kk-KZ"/>
        </w:rPr>
      </w:pPr>
    </w:p>
    <w:p w14:paraId="602A2BBD" w14:textId="77777777" w:rsidR="0072415B" w:rsidRDefault="0072415B">
      <w:pPr>
        <w:spacing w:after="0"/>
        <w:rPr>
          <w:rFonts w:ascii="Times New Roman" w:hAnsi="Times New Roman" w:cs="Times New Roman"/>
          <w:sz w:val="28"/>
          <w:szCs w:val="28"/>
          <w:lang w:val="kk-KZ"/>
        </w:rPr>
      </w:pPr>
    </w:p>
    <w:p w14:paraId="4CDCDD68" w14:textId="77777777" w:rsidR="0072415B" w:rsidRDefault="0072415B">
      <w:pPr>
        <w:spacing w:after="0"/>
        <w:rPr>
          <w:rFonts w:ascii="Times New Roman" w:hAnsi="Times New Roman" w:cs="Times New Roman"/>
          <w:sz w:val="28"/>
          <w:szCs w:val="28"/>
          <w:lang w:val="kk-KZ"/>
        </w:rPr>
      </w:pPr>
    </w:p>
    <w:p w14:paraId="5026C043" w14:textId="77777777" w:rsidR="0072415B" w:rsidRDefault="0072415B">
      <w:pPr>
        <w:spacing w:after="0"/>
        <w:rPr>
          <w:rFonts w:ascii="Times New Roman" w:hAnsi="Times New Roman" w:cs="Times New Roman"/>
          <w:sz w:val="28"/>
          <w:szCs w:val="28"/>
          <w:lang w:val="kk-KZ"/>
        </w:rPr>
      </w:pPr>
    </w:p>
    <w:p w14:paraId="79AAB03D" w14:textId="77777777" w:rsidR="0072415B" w:rsidRDefault="0072415B">
      <w:pPr>
        <w:spacing w:after="0"/>
        <w:rPr>
          <w:rFonts w:ascii="Times New Roman" w:hAnsi="Times New Roman" w:cs="Times New Roman"/>
          <w:sz w:val="28"/>
          <w:szCs w:val="28"/>
          <w:lang w:val="kk-KZ"/>
        </w:rPr>
      </w:pPr>
    </w:p>
    <w:p w14:paraId="24381590" w14:textId="77777777" w:rsidR="0072415B" w:rsidRDefault="0072415B">
      <w:pPr>
        <w:spacing w:after="0"/>
        <w:rPr>
          <w:rFonts w:ascii="Times New Roman" w:hAnsi="Times New Roman" w:cs="Times New Roman"/>
          <w:sz w:val="28"/>
          <w:szCs w:val="28"/>
          <w:lang w:val="kk-KZ"/>
        </w:rPr>
      </w:pPr>
    </w:p>
    <w:p w14:paraId="16A00377" w14:textId="77777777" w:rsidR="0072415B" w:rsidRDefault="0072415B">
      <w:pPr>
        <w:spacing w:after="0"/>
        <w:rPr>
          <w:rFonts w:ascii="Times New Roman" w:hAnsi="Times New Roman" w:cs="Times New Roman"/>
          <w:sz w:val="28"/>
          <w:szCs w:val="28"/>
          <w:lang w:val="kk-KZ"/>
        </w:rPr>
      </w:pPr>
    </w:p>
    <w:p w14:paraId="13B1B105" w14:textId="77777777" w:rsidR="0072415B" w:rsidRDefault="0072415B">
      <w:pPr>
        <w:spacing w:after="0"/>
        <w:rPr>
          <w:rFonts w:ascii="Times New Roman" w:hAnsi="Times New Roman" w:cs="Times New Roman"/>
          <w:sz w:val="28"/>
          <w:szCs w:val="28"/>
          <w:lang w:val="kk-KZ"/>
        </w:rPr>
      </w:pPr>
    </w:p>
    <w:p w14:paraId="22E0B68E" w14:textId="77777777" w:rsidR="0072415B" w:rsidRDefault="0072415B">
      <w:pPr>
        <w:spacing w:after="0"/>
        <w:rPr>
          <w:rFonts w:ascii="Times New Roman" w:hAnsi="Times New Roman" w:cs="Times New Roman"/>
          <w:sz w:val="28"/>
          <w:szCs w:val="28"/>
          <w:lang w:val="kk-KZ"/>
        </w:rPr>
      </w:pPr>
    </w:p>
    <w:p w14:paraId="21C81FBC" w14:textId="77777777" w:rsidR="0072415B" w:rsidRDefault="0072415B">
      <w:pPr>
        <w:spacing w:after="0"/>
        <w:rPr>
          <w:rFonts w:ascii="Times New Roman" w:hAnsi="Times New Roman" w:cs="Times New Roman"/>
          <w:sz w:val="28"/>
          <w:szCs w:val="28"/>
          <w:lang w:val="kk-KZ"/>
        </w:rPr>
      </w:pPr>
    </w:p>
    <w:p w14:paraId="157620FA" w14:textId="77777777" w:rsidR="0072415B" w:rsidRDefault="0072415B">
      <w:pPr>
        <w:spacing w:after="0"/>
        <w:rPr>
          <w:rFonts w:ascii="Times New Roman" w:hAnsi="Times New Roman" w:cs="Times New Roman"/>
          <w:sz w:val="28"/>
          <w:szCs w:val="28"/>
          <w:lang w:val="kk-KZ"/>
        </w:rPr>
      </w:pPr>
    </w:p>
    <w:p w14:paraId="6FDBDAB4" w14:textId="77777777" w:rsidR="0072415B" w:rsidRDefault="0072415B">
      <w:pPr>
        <w:spacing w:after="0"/>
        <w:rPr>
          <w:rFonts w:ascii="Times New Roman" w:hAnsi="Times New Roman" w:cs="Times New Roman"/>
          <w:sz w:val="28"/>
          <w:szCs w:val="28"/>
          <w:lang w:val="kk-KZ"/>
        </w:rPr>
      </w:pPr>
    </w:p>
    <w:p w14:paraId="60621AF5" w14:textId="77777777" w:rsidR="0072415B" w:rsidRDefault="0072415B">
      <w:pPr>
        <w:spacing w:after="0"/>
        <w:rPr>
          <w:rFonts w:ascii="Times New Roman" w:hAnsi="Times New Roman" w:cs="Times New Roman"/>
          <w:sz w:val="28"/>
          <w:szCs w:val="28"/>
          <w:lang w:val="kk-KZ"/>
        </w:rPr>
      </w:pPr>
    </w:p>
    <w:p w14:paraId="2EB114AD" w14:textId="77777777" w:rsidR="0072415B" w:rsidRDefault="0072415B">
      <w:pPr>
        <w:spacing w:after="0"/>
        <w:rPr>
          <w:rFonts w:ascii="Times New Roman" w:hAnsi="Times New Roman" w:cs="Times New Roman"/>
          <w:sz w:val="28"/>
          <w:szCs w:val="28"/>
          <w:lang w:val="kk-KZ"/>
        </w:rPr>
      </w:pPr>
    </w:p>
    <w:p w14:paraId="5A730B5C" w14:textId="77777777" w:rsidR="0072415B" w:rsidRDefault="0072415B">
      <w:pPr>
        <w:spacing w:after="0"/>
        <w:rPr>
          <w:rFonts w:ascii="Times New Roman" w:hAnsi="Times New Roman" w:cs="Times New Roman"/>
          <w:sz w:val="28"/>
          <w:szCs w:val="28"/>
          <w:lang w:val="kk-KZ"/>
        </w:rPr>
      </w:pPr>
    </w:p>
    <w:p w14:paraId="6C9DA86F" w14:textId="741C8D08" w:rsidR="009D05B2" w:rsidRDefault="009D05B2" w:rsidP="009D05B2">
      <w:pPr>
        <w:spacing w:after="0" w:line="240" w:lineRule="auto"/>
        <w:rPr>
          <w:rFonts w:ascii="Times New Roman" w:hAnsi="Times New Roman" w:cs="Times New Roman"/>
          <w:sz w:val="28"/>
          <w:szCs w:val="28"/>
          <w:lang w:val="kk-KZ"/>
        </w:rPr>
      </w:pPr>
    </w:p>
    <w:p w14:paraId="065B6F2F" w14:textId="77777777" w:rsidR="008F193D" w:rsidRDefault="008F193D" w:rsidP="009D05B2">
      <w:pPr>
        <w:spacing w:after="0" w:line="240" w:lineRule="auto"/>
        <w:rPr>
          <w:rFonts w:ascii="Times New Roman" w:hAnsi="Times New Roman" w:cs="Times New Roman"/>
          <w:sz w:val="28"/>
          <w:szCs w:val="28"/>
          <w:lang w:val="kk-KZ"/>
        </w:rPr>
      </w:pPr>
    </w:p>
    <w:p w14:paraId="763B08D8" w14:textId="15698C05" w:rsidR="009D05B2" w:rsidRDefault="009D05B2" w:rsidP="009D05B2">
      <w:pPr>
        <w:spacing w:after="0" w:line="240" w:lineRule="auto"/>
        <w:rPr>
          <w:rFonts w:ascii="Times New Roman" w:hAnsi="Times New Roman" w:cs="Times New Roman"/>
          <w:sz w:val="28"/>
          <w:szCs w:val="28"/>
          <w:lang w:val="kk-KZ"/>
        </w:rPr>
      </w:pPr>
    </w:p>
    <w:p w14:paraId="0D2D6374" w14:textId="77777777" w:rsidR="00882AE0" w:rsidRDefault="00882AE0" w:rsidP="009D05B2">
      <w:pPr>
        <w:spacing w:after="0" w:line="240" w:lineRule="auto"/>
        <w:rPr>
          <w:rFonts w:ascii="Times New Roman" w:hAnsi="Times New Roman" w:cs="Times New Roman"/>
          <w:sz w:val="28"/>
          <w:szCs w:val="28"/>
          <w:lang w:val="kk-KZ"/>
        </w:rPr>
      </w:pPr>
    </w:p>
    <w:p w14:paraId="12D59A15" w14:textId="77777777" w:rsidR="0072415B" w:rsidRPr="009D05B2" w:rsidRDefault="0072415B" w:rsidP="009D05B2">
      <w:pPr>
        <w:spacing w:after="0" w:line="240" w:lineRule="auto"/>
        <w:ind w:left="6521"/>
        <w:jc w:val="both"/>
        <w:rPr>
          <w:rFonts w:ascii="Times New Roman" w:hAnsi="Times New Roman" w:cs="Times New Roman"/>
          <w:b/>
          <w:bCs/>
          <w:iCs/>
          <w:sz w:val="24"/>
          <w:szCs w:val="24"/>
          <w:lang w:val="kk-KZ"/>
        </w:rPr>
      </w:pPr>
      <w:r w:rsidRPr="009D05B2">
        <w:rPr>
          <w:rFonts w:ascii="Times New Roman" w:hAnsi="Times New Roman" w:cs="Times New Roman"/>
          <w:b/>
          <w:bCs/>
          <w:iCs/>
          <w:sz w:val="24"/>
          <w:szCs w:val="24"/>
          <w:lang w:val="kk-KZ"/>
        </w:rPr>
        <w:lastRenderedPageBreak/>
        <w:t xml:space="preserve">«Қарағанды қалалық </w:t>
      </w:r>
    </w:p>
    <w:p w14:paraId="2784C2DD" w14:textId="77777777" w:rsidR="0072415B" w:rsidRPr="009D05B2" w:rsidRDefault="0072415B" w:rsidP="009D05B2">
      <w:pPr>
        <w:spacing w:after="0" w:line="240" w:lineRule="auto"/>
        <w:ind w:left="6521"/>
        <w:jc w:val="both"/>
        <w:rPr>
          <w:rFonts w:ascii="Times New Roman" w:hAnsi="Times New Roman" w:cs="Times New Roman"/>
          <w:b/>
          <w:bCs/>
          <w:iCs/>
          <w:sz w:val="24"/>
          <w:szCs w:val="24"/>
          <w:lang w:val="kk-KZ"/>
        </w:rPr>
      </w:pPr>
      <w:r w:rsidRPr="009D05B2">
        <w:rPr>
          <w:rFonts w:ascii="Times New Roman" w:hAnsi="Times New Roman" w:cs="Times New Roman"/>
          <w:b/>
          <w:bCs/>
          <w:iCs/>
          <w:sz w:val="24"/>
          <w:szCs w:val="24"/>
          <w:lang w:val="kk-KZ"/>
        </w:rPr>
        <w:t>мәслихатының аппараты» ММ-нің</w:t>
      </w:r>
    </w:p>
    <w:p w14:paraId="2B346AB5" w14:textId="77777777" w:rsidR="0072415B" w:rsidRPr="009D05B2" w:rsidRDefault="0072415B" w:rsidP="009D05B2">
      <w:pPr>
        <w:spacing w:after="0" w:line="240" w:lineRule="auto"/>
        <w:ind w:left="6521"/>
        <w:jc w:val="both"/>
        <w:rPr>
          <w:rFonts w:ascii="Times New Roman" w:hAnsi="Times New Roman" w:cs="Times New Roman"/>
          <w:b/>
          <w:bCs/>
          <w:iCs/>
          <w:sz w:val="24"/>
          <w:szCs w:val="24"/>
          <w:lang w:val="kk-KZ"/>
        </w:rPr>
      </w:pPr>
      <w:r w:rsidRPr="009D05B2">
        <w:rPr>
          <w:rFonts w:ascii="Times New Roman" w:hAnsi="Times New Roman" w:cs="Times New Roman"/>
          <w:b/>
          <w:bCs/>
          <w:iCs/>
          <w:sz w:val="24"/>
          <w:szCs w:val="24"/>
          <w:lang w:val="kk-KZ"/>
        </w:rPr>
        <w:t>еңбек тәртібі қағидаларына</w:t>
      </w:r>
    </w:p>
    <w:p w14:paraId="14EE741A" w14:textId="77777777" w:rsidR="003D22B6" w:rsidRPr="000F33C5" w:rsidRDefault="00D40DD9" w:rsidP="009D05B2">
      <w:pPr>
        <w:spacing w:after="0" w:line="240" w:lineRule="auto"/>
        <w:ind w:left="6521"/>
        <w:jc w:val="both"/>
        <w:rPr>
          <w:rFonts w:ascii="Times New Roman" w:hAnsi="Times New Roman" w:cs="Times New Roman"/>
          <w:i/>
          <w:sz w:val="28"/>
          <w:szCs w:val="28"/>
          <w:lang w:val="kk-KZ"/>
        </w:rPr>
      </w:pPr>
      <w:r w:rsidRPr="009D05B2">
        <w:rPr>
          <w:rFonts w:ascii="Times New Roman" w:hAnsi="Times New Roman" w:cs="Times New Roman"/>
          <w:b/>
          <w:bCs/>
          <w:iCs/>
          <w:sz w:val="24"/>
          <w:szCs w:val="24"/>
          <w:lang w:val="kk-KZ"/>
        </w:rPr>
        <w:t>2</w:t>
      </w:r>
      <w:r w:rsidR="0072415B" w:rsidRPr="009D05B2">
        <w:rPr>
          <w:rFonts w:ascii="Times New Roman" w:hAnsi="Times New Roman" w:cs="Times New Roman"/>
          <w:b/>
          <w:bCs/>
          <w:iCs/>
          <w:sz w:val="24"/>
          <w:szCs w:val="24"/>
          <w:lang w:val="kk-KZ"/>
        </w:rPr>
        <w:t>-қосымша</w:t>
      </w:r>
    </w:p>
    <w:p w14:paraId="1AE8D4D3" w14:textId="77777777" w:rsidR="003D22B6" w:rsidRPr="000F33C5" w:rsidRDefault="003D22B6">
      <w:pPr>
        <w:spacing w:after="0"/>
        <w:rPr>
          <w:rFonts w:ascii="Times New Roman" w:hAnsi="Times New Roman" w:cs="Times New Roman"/>
          <w:sz w:val="28"/>
          <w:szCs w:val="28"/>
          <w:lang w:val="kk-KZ"/>
        </w:rPr>
      </w:pPr>
    </w:p>
    <w:p w14:paraId="71397226" w14:textId="77777777" w:rsidR="003D22B6" w:rsidRPr="000F33C5" w:rsidRDefault="00106650" w:rsidP="00D40DD9">
      <w:pPr>
        <w:spacing w:after="0"/>
        <w:jc w:val="center"/>
        <w:rPr>
          <w:rFonts w:ascii="Times New Roman" w:hAnsi="Times New Roman" w:cs="Times New Roman"/>
          <w:sz w:val="28"/>
          <w:szCs w:val="28"/>
          <w:lang w:val="kk-KZ"/>
        </w:rPr>
      </w:pPr>
      <w:r w:rsidRPr="000F33C5">
        <w:rPr>
          <w:rFonts w:ascii="Times New Roman" w:hAnsi="Times New Roman" w:cs="Times New Roman"/>
          <w:b/>
          <w:sz w:val="28"/>
          <w:szCs w:val="28"/>
          <w:lang w:val="kk-KZ"/>
        </w:rPr>
        <w:t>АКТ</w:t>
      </w:r>
    </w:p>
    <w:p w14:paraId="43DD114B" w14:textId="77777777" w:rsidR="003D22B6" w:rsidRPr="009D05B2" w:rsidRDefault="00106650" w:rsidP="00D40DD9">
      <w:pPr>
        <w:spacing w:after="0"/>
        <w:jc w:val="center"/>
        <w:rPr>
          <w:rFonts w:ascii="Times New Roman" w:hAnsi="Times New Roman" w:cs="Times New Roman"/>
          <w:b/>
          <w:bCs/>
          <w:sz w:val="28"/>
          <w:szCs w:val="28"/>
          <w:lang w:val="kk-KZ"/>
        </w:rPr>
      </w:pPr>
      <w:r w:rsidRPr="009D05B2">
        <w:rPr>
          <w:rFonts w:ascii="Times New Roman" w:hAnsi="Times New Roman" w:cs="Times New Roman"/>
          <w:b/>
          <w:bCs/>
          <w:sz w:val="28"/>
          <w:szCs w:val="28"/>
          <w:lang w:val="kk-KZ"/>
        </w:rPr>
        <w:t>қызметкердің жұмыс орнында болмағаны туралы</w:t>
      </w:r>
    </w:p>
    <w:p w14:paraId="12ED3CE5" w14:textId="77777777" w:rsidR="003D22B6" w:rsidRPr="000F33C5" w:rsidRDefault="003D22B6">
      <w:pPr>
        <w:spacing w:after="0"/>
        <w:rPr>
          <w:rFonts w:ascii="Times New Roman" w:hAnsi="Times New Roman" w:cs="Times New Roman"/>
          <w:sz w:val="28"/>
          <w:szCs w:val="28"/>
          <w:lang w:val="kk-KZ"/>
        </w:rPr>
      </w:pPr>
    </w:p>
    <w:p w14:paraId="3245DE15" w14:textId="3738E33E" w:rsidR="003D22B6" w:rsidRPr="009D05B2" w:rsidRDefault="00106650" w:rsidP="0032397C">
      <w:pPr>
        <w:spacing w:after="0" w:line="240" w:lineRule="auto"/>
        <w:rPr>
          <w:rFonts w:ascii="Times New Roman" w:hAnsi="Times New Roman" w:cs="Times New Roman"/>
          <w:sz w:val="27"/>
          <w:szCs w:val="27"/>
          <w:lang w:val="kk-KZ"/>
        </w:rPr>
      </w:pPr>
      <w:r w:rsidRPr="009D05B2">
        <w:rPr>
          <w:rFonts w:ascii="Times New Roman" w:hAnsi="Times New Roman" w:cs="Times New Roman"/>
          <w:sz w:val="27"/>
          <w:szCs w:val="27"/>
          <w:lang w:val="kk-KZ"/>
        </w:rPr>
        <w:t>Қарағанды қ</w:t>
      </w:r>
      <w:r w:rsidR="009D05B2" w:rsidRPr="009D05B2">
        <w:rPr>
          <w:rFonts w:ascii="Times New Roman" w:hAnsi="Times New Roman" w:cs="Times New Roman"/>
          <w:sz w:val="27"/>
          <w:szCs w:val="27"/>
          <w:lang w:val="kk-KZ"/>
        </w:rPr>
        <w:t>.</w:t>
      </w:r>
      <w:r w:rsidRPr="009D05B2">
        <w:rPr>
          <w:rFonts w:ascii="Times New Roman" w:hAnsi="Times New Roman" w:cs="Times New Roman"/>
          <w:sz w:val="27"/>
          <w:szCs w:val="27"/>
          <w:lang w:val="kk-KZ"/>
        </w:rPr>
        <w:t xml:space="preserve"> </w:t>
      </w:r>
      <w:r w:rsidR="009B7886" w:rsidRPr="009D05B2">
        <w:rPr>
          <w:rFonts w:ascii="Times New Roman" w:hAnsi="Times New Roman" w:cs="Times New Roman"/>
          <w:sz w:val="27"/>
          <w:szCs w:val="27"/>
          <w:lang w:val="kk-KZ"/>
        </w:rPr>
        <w:t xml:space="preserve">                                                      </w:t>
      </w:r>
      <w:r w:rsidR="009D05B2" w:rsidRPr="009D05B2">
        <w:rPr>
          <w:rFonts w:ascii="Times New Roman" w:hAnsi="Times New Roman" w:cs="Times New Roman"/>
          <w:sz w:val="27"/>
          <w:szCs w:val="27"/>
          <w:lang w:val="kk-KZ"/>
        </w:rPr>
        <w:t xml:space="preserve">               </w:t>
      </w:r>
      <w:r w:rsidR="009D05B2">
        <w:rPr>
          <w:rFonts w:ascii="Times New Roman" w:hAnsi="Times New Roman" w:cs="Times New Roman"/>
          <w:sz w:val="27"/>
          <w:szCs w:val="27"/>
          <w:lang w:val="kk-KZ"/>
        </w:rPr>
        <w:t xml:space="preserve">      </w:t>
      </w:r>
      <w:r w:rsidRPr="009D05B2">
        <w:rPr>
          <w:rFonts w:ascii="Times New Roman" w:hAnsi="Times New Roman" w:cs="Times New Roman"/>
          <w:sz w:val="27"/>
          <w:szCs w:val="27"/>
          <w:lang w:val="kk-KZ"/>
        </w:rPr>
        <w:t>«_____» __________ 20___ жыл</w:t>
      </w:r>
    </w:p>
    <w:p w14:paraId="3D658AA5" w14:textId="77777777" w:rsidR="003D22B6" w:rsidRPr="009D05B2" w:rsidRDefault="003D22B6" w:rsidP="0032397C">
      <w:pPr>
        <w:spacing w:after="0" w:line="240" w:lineRule="auto"/>
        <w:rPr>
          <w:rFonts w:ascii="Times New Roman" w:hAnsi="Times New Roman" w:cs="Times New Roman"/>
          <w:sz w:val="27"/>
          <w:szCs w:val="27"/>
          <w:lang w:val="kk-KZ"/>
        </w:rPr>
      </w:pPr>
    </w:p>
    <w:p w14:paraId="7B84AC90" w14:textId="77777777" w:rsidR="003D22B6" w:rsidRPr="009D05B2" w:rsidRDefault="00106650" w:rsidP="0032397C">
      <w:pPr>
        <w:spacing w:after="0" w:line="240" w:lineRule="auto"/>
        <w:ind w:firstLine="709"/>
        <w:rPr>
          <w:rFonts w:ascii="Times New Roman" w:hAnsi="Times New Roman" w:cs="Times New Roman"/>
          <w:sz w:val="27"/>
          <w:szCs w:val="27"/>
          <w:lang w:val="kk-KZ"/>
        </w:rPr>
      </w:pPr>
      <w:r w:rsidRPr="009D05B2">
        <w:rPr>
          <w:rFonts w:ascii="Times New Roman" w:hAnsi="Times New Roman" w:cs="Times New Roman"/>
          <w:sz w:val="27"/>
          <w:szCs w:val="27"/>
          <w:lang w:val="kk-KZ"/>
        </w:rPr>
        <w:t>Біз, төменде қол қоюшылар:</w:t>
      </w:r>
    </w:p>
    <w:p w14:paraId="2BDCFB3D" w14:textId="117B7D85" w:rsidR="003D22B6" w:rsidRPr="000F33C5" w:rsidRDefault="00106650" w:rsidP="0032397C">
      <w:pPr>
        <w:spacing w:after="0" w:line="240" w:lineRule="auto"/>
        <w:rPr>
          <w:rFonts w:ascii="Times New Roman" w:hAnsi="Times New Roman" w:cs="Times New Roman"/>
          <w:sz w:val="28"/>
          <w:szCs w:val="28"/>
          <w:lang w:val="kk-KZ"/>
        </w:rPr>
      </w:pPr>
      <w:r w:rsidRPr="009D05B2">
        <w:rPr>
          <w:rFonts w:ascii="Times New Roman" w:hAnsi="Times New Roman" w:cs="Times New Roman"/>
          <w:sz w:val="27"/>
          <w:szCs w:val="27"/>
          <w:lang w:val="kk-KZ"/>
        </w:rPr>
        <w:t>1.</w:t>
      </w:r>
      <w:r w:rsidRPr="000F33C5">
        <w:rPr>
          <w:rFonts w:ascii="Times New Roman" w:hAnsi="Times New Roman" w:cs="Times New Roman"/>
          <w:sz w:val="28"/>
          <w:szCs w:val="28"/>
          <w:lang w:val="kk-KZ"/>
        </w:rPr>
        <w:t xml:space="preserve"> _____________________________________________________________</w:t>
      </w:r>
      <w:r w:rsidR="009D05B2">
        <w:rPr>
          <w:rFonts w:ascii="Times New Roman" w:hAnsi="Times New Roman" w:cs="Times New Roman"/>
          <w:sz w:val="28"/>
          <w:szCs w:val="28"/>
          <w:lang w:val="kk-KZ"/>
        </w:rPr>
        <w:t>__________</w:t>
      </w:r>
    </w:p>
    <w:p w14:paraId="579F0E6D" w14:textId="77777777" w:rsidR="003D22B6" w:rsidRPr="009D05B2" w:rsidRDefault="00106650" w:rsidP="0032397C">
      <w:pPr>
        <w:spacing w:after="0" w:line="240" w:lineRule="auto"/>
        <w:jc w:val="center"/>
        <w:rPr>
          <w:rFonts w:ascii="Times New Roman" w:hAnsi="Times New Roman" w:cs="Times New Roman"/>
          <w:sz w:val="24"/>
          <w:szCs w:val="24"/>
          <w:lang w:val="kk-KZ"/>
        </w:rPr>
      </w:pPr>
      <w:r w:rsidRPr="009D05B2">
        <w:rPr>
          <w:rFonts w:ascii="Times New Roman" w:hAnsi="Times New Roman" w:cs="Times New Roman"/>
          <w:sz w:val="24"/>
          <w:szCs w:val="24"/>
          <w:lang w:val="kk-KZ"/>
        </w:rPr>
        <w:t>(лауазымы, Т.А.Ә.)</w:t>
      </w:r>
    </w:p>
    <w:p w14:paraId="0BF95F71" w14:textId="23899C31" w:rsidR="003D22B6" w:rsidRPr="000F33C5" w:rsidRDefault="00106650" w:rsidP="0032397C">
      <w:pPr>
        <w:spacing w:after="0" w:line="240" w:lineRule="auto"/>
        <w:rPr>
          <w:rFonts w:ascii="Times New Roman" w:hAnsi="Times New Roman" w:cs="Times New Roman"/>
          <w:sz w:val="28"/>
          <w:szCs w:val="28"/>
          <w:lang w:val="kk-KZ"/>
        </w:rPr>
      </w:pPr>
      <w:r w:rsidRPr="009D05B2">
        <w:rPr>
          <w:rFonts w:ascii="Times New Roman" w:hAnsi="Times New Roman" w:cs="Times New Roman"/>
          <w:sz w:val="27"/>
          <w:szCs w:val="27"/>
          <w:lang w:val="kk-KZ"/>
        </w:rPr>
        <w:t>2.</w:t>
      </w:r>
      <w:r w:rsidRPr="000F33C5">
        <w:rPr>
          <w:rFonts w:ascii="Times New Roman" w:hAnsi="Times New Roman" w:cs="Times New Roman"/>
          <w:sz w:val="28"/>
          <w:szCs w:val="28"/>
          <w:lang w:val="kk-KZ"/>
        </w:rPr>
        <w:t xml:space="preserve"> _____________________________________________________________</w:t>
      </w:r>
      <w:r w:rsidR="009D05B2">
        <w:rPr>
          <w:rFonts w:ascii="Times New Roman" w:hAnsi="Times New Roman" w:cs="Times New Roman"/>
          <w:sz w:val="28"/>
          <w:szCs w:val="28"/>
          <w:lang w:val="kk-KZ"/>
        </w:rPr>
        <w:t>__________</w:t>
      </w:r>
    </w:p>
    <w:p w14:paraId="78CF1E7B" w14:textId="77777777" w:rsidR="003D22B6" w:rsidRPr="009D05B2" w:rsidRDefault="00106650" w:rsidP="0032397C">
      <w:pPr>
        <w:spacing w:after="0" w:line="240" w:lineRule="auto"/>
        <w:jc w:val="center"/>
        <w:rPr>
          <w:rFonts w:ascii="Times New Roman" w:hAnsi="Times New Roman" w:cs="Times New Roman"/>
          <w:sz w:val="24"/>
          <w:szCs w:val="24"/>
          <w:lang w:val="kk-KZ"/>
        </w:rPr>
      </w:pPr>
      <w:r w:rsidRPr="009D05B2">
        <w:rPr>
          <w:rFonts w:ascii="Times New Roman" w:hAnsi="Times New Roman" w:cs="Times New Roman"/>
          <w:sz w:val="24"/>
          <w:szCs w:val="24"/>
          <w:lang w:val="kk-KZ"/>
        </w:rPr>
        <w:t>(лауазымы, Т.А.Ә.)</w:t>
      </w:r>
    </w:p>
    <w:p w14:paraId="3CD149DF" w14:textId="19F81A13" w:rsidR="003D22B6" w:rsidRPr="000F33C5" w:rsidRDefault="00106650" w:rsidP="0032397C">
      <w:pPr>
        <w:spacing w:after="0" w:line="240" w:lineRule="auto"/>
        <w:rPr>
          <w:rFonts w:ascii="Times New Roman" w:hAnsi="Times New Roman" w:cs="Times New Roman"/>
          <w:sz w:val="28"/>
          <w:szCs w:val="28"/>
          <w:lang w:val="kk-KZ"/>
        </w:rPr>
      </w:pPr>
      <w:r w:rsidRPr="009D05B2">
        <w:rPr>
          <w:rFonts w:ascii="Times New Roman" w:hAnsi="Times New Roman" w:cs="Times New Roman"/>
          <w:sz w:val="27"/>
          <w:szCs w:val="27"/>
          <w:lang w:val="kk-KZ"/>
        </w:rPr>
        <w:t>3.</w:t>
      </w:r>
      <w:r w:rsidRPr="000F33C5">
        <w:rPr>
          <w:rFonts w:ascii="Times New Roman" w:hAnsi="Times New Roman" w:cs="Times New Roman"/>
          <w:sz w:val="28"/>
          <w:szCs w:val="28"/>
          <w:lang w:val="kk-KZ"/>
        </w:rPr>
        <w:t xml:space="preserve"> _____________________________________________________________</w:t>
      </w:r>
      <w:r w:rsidR="009D05B2">
        <w:rPr>
          <w:rFonts w:ascii="Times New Roman" w:hAnsi="Times New Roman" w:cs="Times New Roman"/>
          <w:sz w:val="28"/>
          <w:szCs w:val="28"/>
          <w:lang w:val="kk-KZ"/>
        </w:rPr>
        <w:t>__________</w:t>
      </w:r>
    </w:p>
    <w:p w14:paraId="440BCD26" w14:textId="77777777" w:rsidR="003D22B6" w:rsidRPr="009D05B2" w:rsidRDefault="00106650" w:rsidP="0032397C">
      <w:pPr>
        <w:spacing w:after="0" w:line="240" w:lineRule="auto"/>
        <w:jc w:val="center"/>
        <w:rPr>
          <w:rFonts w:ascii="Times New Roman" w:hAnsi="Times New Roman" w:cs="Times New Roman"/>
          <w:sz w:val="24"/>
          <w:szCs w:val="24"/>
          <w:lang w:val="kk-KZ"/>
        </w:rPr>
      </w:pPr>
      <w:r w:rsidRPr="009D05B2">
        <w:rPr>
          <w:rFonts w:ascii="Times New Roman" w:hAnsi="Times New Roman" w:cs="Times New Roman"/>
          <w:sz w:val="24"/>
          <w:szCs w:val="24"/>
          <w:lang w:val="kk-KZ"/>
        </w:rPr>
        <w:t>(лауазымы, Т.А.Ә.)</w:t>
      </w:r>
    </w:p>
    <w:p w14:paraId="13C9FC2E" w14:textId="77777777" w:rsidR="003D22B6" w:rsidRPr="000F33C5" w:rsidRDefault="003D22B6" w:rsidP="0032397C">
      <w:pPr>
        <w:spacing w:after="0" w:line="240" w:lineRule="auto"/>
        <w:rPr>
          <w:rFonts w:ascii="Times New Roman" w:hAnsi="Times New Roman" w:cs="Times New Roman"/>
          <w:sz w:val="28"/>
          <w:szCs w:val="28"/>
          <w:lang w:val="kk-KZ"/>
        </w:rPr>
      </w:pPr>
    </w:p>
    <w:p w14:paraId="46DC2E3A" w14:textId="77777777" w:rsidR="003D22B6" w:rsidRPr="000F33C5" w:rsidRDefault="00106650" w:rsidP="0032397C">
      <w:pPr>
        <w:spacing w:after="0" w:line="240" w:lineRule="auto"/>
        <w:rPr>
          <w:rFonts w:ascii="Times New Roman" w:hAnsi="Times New Roman" w:cs="Times New Roman"/>
          <w:sz w:val="28"/>
          <w:szCs w:val="28"/>
          <w:lang w:val="kk-KZ"/>
        </w:rPr>
      </w:pPr>
      <w:r w:rsidRPr="000F33C5">
        <w:rPr>
          <w:rFonts w:ascii="Times New Roman" w:hAnsi="Times New Roman" w:cs="Times New Roman"/>
          <w:sz w:val="28"/>
          <w:szCs w:val="28"/>
          <w:lang w:val="kk-KZ"/>
        </w:rPr>
        <w:t>осы актіні «_____» __________ 20___ жылы қызметкер</w:t>
      </w:r>
    </w:p>
    <w:p w14:paraId="07E645C9" w14:textId="14B4CA35" w:rsidR="003D22B6" w:rsidRPr="009B7886" w:rsidRDefault="00106650" w:rsidP="0032397C">
      <w:pPr>
        <w:spacing w:after="0" w:line="240" w:lineRule="auto"/>
        <w:rPr>
          <w:rFonts w:ascii="Times New Roman" w:hAnsi="Times New Roman" w:cs="Times New Roman"/>
          <w:sz w:val="28"/>
          <w:szCs w:val="28"/>
          <w:lang w:val="kk-KZ"/>
        </w:rPr>
      </w:pPr>
      <w:r w:rsidRPr="000F33C5">
        <w:rPr>
          <w:rFonts w:ascii="Times New Roman" w:hAnsi="Times New Roman" w:cs="Times New Roman"/>
          <w:sz w:val="28"/>
          <w:szCs w:val="28"/>
          <w:lang w:val="kk-KZ"/>
        </w:rPr>
        <w:t>_______________________________________</w:t>
      </w:r>
      <w:r w:rsidR="009B7886" w:rsidRPr="000F33C5">
        <w:rPr>
          <w:rFonts w:ascii="Times New Roman" w:hAnsi="Times New Roman" w:cs="Times New Roman"/>
          <w:sz w:val="28"/>
          <w:szCs w:val="28"/>
          <w:lang w:val="kk-KZ"/>
        </w:rPr>
        <w:t>_______________________________</w:t>
      </w:r>
      <w:r w:rsidR="009D05B2">
        <w:rPr>
          <w:rFonts w:ascii="Times New Roman" w:hAnsi="Times New Roman" w:cs="Times New Roman"/>
          <w:sz w:val="28"/>
          <w:szCs w:val="28"/>
          <w:lang w:val="kk-KZ"/>
        </w:rPr>
        <w:t>___</w:t>
      </w:r>
    </w:p>
    <w:p w14:paraId="280FD3E9" w14:textId="6E750FC4" w:rsidR="003D22B6" w:rsidRDefault="00106650" w:rsidP="0032397C">
      <w:pPr>
        <w:spacing w:after="0" w:line="240" w:lineRule="auto"/>
        <w:jc w:val="center"/>
        <w:rPr>
          <w:rFonts w:ascii="Times New Roman" w:hAnsi="Times New Roman" w:cs="Times New Roman"/>
          <w:sz w:val="24"/>
          <w:szCs w:val="24"/>
          <w:lang w:val="kk-KZ"/>
        </w:rPr>
      </w:pPr>
      <w:r w:rsidRPr="009D05B2">
        <w:rPr>
          <w:rFonts w:ascii="Times New Roman" w:hAnsi="Times New Roman" w:cs="Times New Roman"/>
          <w:sz w:val="24"/>
          <w:szCs w:val="24"/>
          <w:lang w:val="kk-KZ"/>
        </w:rPr>
        <w:t>(лауазымы, Т.А.Ә.)</w:t>
      </w:r>
    </w:p>
    <w:p w14:paraId="1BEAB749" w14:textId="77777777" w:rsidR="009D05B2" w:rsidRPr="009D05B2" w:rsidRDefault="009D05B2" w:rsidP="0032397C">
      <w:pPr>
        <w:spacing w:after="0" w:line="240" w:lineRule="auto"/>
        <w:jc w:val="center"/>
        <w:rPr>
          <w:rFonts w:ascii="Times New Roman" w:hAnsi="Times New Roman" w:cs="Times New Roman"/>
          <w:sz w:val="24"/>
          <w:szCs w:val="24"/>
          <w:lang w:val="kk-KZ"/>
        </w:rPr>
      </w:pPr>
    </w:p>
    <w:p w14:paraId="02416BB6" w14:textId="77777777" w:rsidR="003D22B6" w:rsidRPr="009D05B2" w:rsidRDefault="00106650" w:rsidP="0032397C">
      <w:pPr>
        <w:spacing w:after="0" w:line="240" w:lineRule="auto"/>
        <w:rPr>
          <w:rFonts w:ascii="Times New Roman" w:hAnsi="Times New Roman" w:cs="Times New Roman"/>
          <w:sz w:val="27"/>
          <w:szCs w:val="27"/>
          <w:lang w:val="kk-KZ"/>
        </w:rPr>
      </w:pPr>
      <w:r w:rsidRPr="009D05B2">
        <w:rPr>
          <w:rFonts w:ascii="Times New Roman" w:hAnsi="Times New Roman" w:cs="Times New Roman"/>
          <w:sz w:val="27"/>
          <w:szCs w:val="27"/>
          <w:lang w:val="kk-KZ"/>
        </w:rPr>
        <w:t>мына мекенжай бойынша жұмыс орнында:</w:t>
      </w:r>
    </w:p>
    <w:p w14:paraId="22CDE555" w14:textId="61625F16" w:rsidR="003D22B6" w:rsidRPr="0017236A" w:rsidRDefault="00106650" w:rsidP="0032397C">
      <w:pPr>
        <w:spacing w:after="0" w:line="240" w:lineRule="auto"/>
        <w:rPr>
          <w:rFonts w:ascii="Times New Roman" w:hAnsi="Times New Roman" w:cs="Times New Roman"/>
          <w:sz w:val="28"/>
          <w:szCs w:val="28"/>
          <w:lang w:val="ru-RU"/>
        </w:rPr>
      </w:pPr>
      <w:r w:rsidRPr="0017236A">
        <w:rPr>
          <w:rFonts w:ascii="Times New Roman" w:hAnsi="Times New Roman" w:cs="Times New Roman"/>
          <w:sz w:val="28"/>
          <w:szCs w:val="28"/>
          <w:lang w:val="ru-RU"/>
        </w:rPr>
        <w:t>_______________________________________</w:t>
      </w:r>
      <w:r w:rsidR="009B7886">
        <w:rPr>
          <w:rFonts w:ascii="Times New Roman" w:hAnsi="Times New Roman" w:cs="Times New Roman"/>
          <w:sz w:val="28"/>
          <w:szCs w:val="28"/>
          <w:lang w:val="ru-RU"/>
        </w:rPr>
        <w:t>_______________________________</w:t>
      </w:r>
      <w:r w:rsidR="009D05B2">
        <w:rPr>
          <w:rFonts w:ascii="Times New Roman" w:hAnsi="Times New Roman" w:cs="Times New Roman"/>
          <w:sz w:val="28"/>
          <w:szCs w:val="28"/>
          <w:lang w:val="ru-RU"/>
        </w:rPr>
        <w:t>___</w:t>
      </w:r>
    </w:p>
    <w:p w14:paraId="4FE3BAE8" w14:textId="77777777" w:rsidR="003D22B6" w:rsidRPr="009D05B2" w:rsidRDefault="00106650" w:rsidP="0032397C">
      <w:pPr>
        <w:spacing w:after="0" w:line="240" w:lineRule="auto"/>
        <w:jc w:val="both"/>
        <w:rPr>
          <w:rFonts w:ascii="Times New Roman" w:hAnsi="Times New Roman" w:cs="Times New Roman"/>
          <w:sz w:val="27"/>
          <w:szCs w:val="27"/>
          <w:lang w:val="ru-RU"/>
        </w:rPr>
      </w:pPr>
      <w:r w:rsidRPr="009D05B2">
        <w:rPr>
          <w:rFonts w:ascii="Times New Roman" w:hAnsi="Times New Roman" w:cs="Times New Roman"/>
          <w:sz w:val="27"/>
          <w:szCs w:val="27"/>
          <w:lang w:val="ru-RU"/>
        </w:rPr>
        <w:t xml:space="preserve">«____» </w:t>
      </w:r>
      <w:proofErr w:type="spellStart"/>
      <w:r w:rsidRPr="009D05B2">
        <w:rPr>
          <w:rFonts w:ascii="Times New Roman" w:hAnsi="Times New Roman" w:cs="Times New Roman"/>
          <w:sz w:val="27"/>
          <w:szCs w:val="27"/>
          <w:lang w:val="ru-RU"/>
        </w:rPr>
        <w:t>сағат</w:t>
      </w:r>
      <w:proofErr w:type="spellEnd"/>
      <w:r w:rsidRPr="009D05B2">
        <w:rPr>
          <w:rFonts w:ascii="Times New Roman" w:hAnsi="Times New Roman" w:cs="Times New Roman"/>
          <w:sz w:val="27"/>
          <w:szCs w:val="27"/>
          <w:lang w:val="ru-RU"/>
        </w:rPr>
        <w:t xml:space="preserve"> «_____» </w:t>
      </w:r>
      <w:proofErr w:type="spellStart"/>
      <w:r w:rsidRPr="009D05B2">
        <w:rPr>
          <w:rFonts w:ascii="Times New Roman" w:hAnsi="Times New Roman" w:cs="Times New Roman"/>
          <w:sz w:val="27"/>
          <w:szCs w:val="27"/>
          <w:lang w:val="ru-RU"/>
        </w:rPr>
        <w:t>минуттан</w:t>
      </w:r>
      <w:proofErr w:type="spellEnd"/>
      <w:r w:rsidRPr="009D05B2">
        <w:rPr>
          <w:rFonts w:ascii="Times New Roman" w:hAnsi="Times New Roman" w:cs="Times New Roman"/>
          <w:sz w:val="27"/>
          <w:szCs w:val="27"/>
          <w:lang w:val="ru-RU"/>
        </w:rPr>
        <w:t xml:space="preserve"> «______» </w:t>
      </w:r>
      <w:proofErr w:type="spellStart"/>
      <w:r w:rsidRPr="009D05B2">
        <w:rPr>
          <w:rFonts w:ascii="Times New Roman" w:hAnsi="Times New Roman" w:cs="Times New Roman"/>
          <w:sz w:val="27"/>
          <w:szCs w:val="27"/>
          <w:lang w:val="ru-RU"/>
        </w:rPr>
        <w:t>сағат</w:t>
      </w:r>
      <w:proofErr w:type="spellEnd"/>
      <w:r w:rsidRPr="009D05B2">
        <w:rPr>
          <w:rFonts w:ascii="Times New Roman" w:hAnsi="Times New Roman" w:cs="Times New Roman"/>
          <w:sz w:val="27"/>
          <w:szCs w:val="27"/>
          <w:lang w:val="ru-RU"/>
        </w:rPr>
        <w:t xml:space="preserve"> «_____» </w:t>
      </w:r>
      <w:proofErr w:type="spellStart"/>
      <w:r w:rsidRPr="009D05B2">
        <w:rPr>
          <w:rFonts w:ascii="Times New Roman" w:hAnsi="Times New Roman" w:cs="Times New Roman"/>
          <w:sz w:val="27"/>
          <w:szCs w:val="27"/>
          <w:lang w:val="ru-RU"/>
        </w:rPr>
        <w:t>минутқа</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дейін</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болмағаны</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туралы</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жасадық</w:t>
      </w:r>
      <w:proofErr w:type="spellEnd"/>
      <w:r w:rsidRPr="009D05B2">
        <w:rPr>
          <w:rFonts w:ascii="Times New Roman" w:hAnsi="Times New Roman" w:cs="Times New Roman"/>
          <w:sz w:val="27"/>
          <w:szCs w:val="27"/>
          <w:lang w:val="ru-RU"/>
        </w:rPr>
        <w:t>.</w:t>
      </w:r>
    </w:p>
    <w:p w14:paraId="6E863CA1" w14:textId="77777777" w:rsidR="003D22B6" w:rsidRPr="009D05B2" w:rsidRDefault="003D22B6" w:rsidP="0032397C">
      <w:pPr>
        <w:spacing w:after="0" w:line="240" w:lineRule="auto"/>
        <w:rPr>
          <w:rFonts w:ascii="Times New Roman" w:hAnsi="Times New Roman" w:cs="Times New Roman"/>
          <w:sz w:val="27"/>
          <w:szCs w:val="27"/>
          <w:lang w:val="ru-RU"/>
        </w:rPr>
      </w:pPr>
    </w:p>
    <w:p w14:paraId="2ED0F156" w14:textId="455BF2B9" w:rsidR="003D22B6" w:rsidRPr="009D05B2" w:rsidRDefault="00106650" w:rsidP="0032397C">
      <w:pPr>
        <w:spacing w:after="0" w:line="240" w:lineRule="auto"/>
        <w:ind w:firstLine="720"/>
        <w:rPr>
          <w:rFonts w:ascii="Times New Roman" w:hAnsi="Times New Roman" w:cs="Times New Roman"/>
          <w:sz w:val="27"/>
          <w:szCs w:val="27"/>
          <w:lang w:val="ru-RU"/>
        </w:rPr>
      </w:pPr>
      <w:proofErr w:type="spellStart"/>
      <w:r w:rsidRPr="009D05B2">
        <w:rPr>
          <w:rFonts w:ascii="Times New Roman" w:hAnsi="Times New Roman" w:cs="Times New Roman"/>
          <w:sz w:val="27"/>
          <w:szCs w:val="27"/>
          <w:lang w:val="ru-RU"/>
        </w:rPr>
        <w:t>Болмаған</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уақытының</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ұзақтығы</w:t>
      </w:r>
      <w:proofErr w:type="spellEnd"/>
      <w:r w:rsidRPr="009D05B2">
        <w:rPr>
          <w:rFonts w:ascii="Times New Roman" w:hAnsi="Times New Roman" w:cs="Times New Roman"/>
          <w:sz w:val="27"/>
          <w:szCs w:val="27"/>
          <w:lang w:val="ru-RU"/>
        </w:rPr>
        <w:t>: _____________________________</w:t>
      </w:r>
      <w:r w:rsidR="009D05B2">
        <w:rPr>
          <w:rFonts w:ascii="Times New Roman" w:hAnsi="Times New Roman" w:cs="Times New Roman"/>
          <w:sz w:val="27"/>
          <w:szCs w:val="27"/>
          <w:lang w:val="ru-RU"/>
        </w:rPr>
        <w:t>______________</w:t>
      </w:r>
    </w:p>
    <w:p w14:paraId="20C74C08" w14:textId="77777777" w:rsidR="003D22B6" w:rsidRPr="009D05B2" w:rsidRDefault="003D22B6" w:rsidP="0032397C">
      <w:pPr>
        <w:spacing w:after="0" w:line="240" w:lineRule="auto"/>
        <w:rPr>
          <w:rFonts w:ascii="Times New Roman" w:hAnsi="Times New Roman" w:cs="Times New Roman"/>
          <w:sz w:val="27"/>
          <w:szCs w:val="27"/>
          <w:lang w:val="ru-RU"/>
        </w:rPr>
      </w:pPr>
    </w:p>
    <w:p w14:paraId="18BC95F1" w14:textId="526F9AD5" w:rsidR="003D22B6" w:rsidRPr="009D05B2" w:rsidRDefault="00106650" w:rsidP="0032397C">
      <w:pPr>
        <w:spacing w:after="0" w:line="240" w:lineRule="auto"/>
        <w:ind w:firstLine="720"/>
        <w:rPr>
          <w:rFonts w:ascii="Times New Roman" w:hAnsi="Times New Roman" w:cs="Times New Roman"/>
          <w:sz w:val="27"/>
          <w:szCs w:val="27"/>
          <w:lang w:val="ru-RU"/>
        </w:rPr>
      </w:pPr>
      <w:r w:rsidRPr="009D05B2">
        <w:rPr>
          <w:rFonts w:ascii="Times New Roman" w:hAnsi="Times New Roman" w:cs="Times New Roman"/>
          <w:sz w:val="27"/>
          <w:szCs w:val="27"/>
          <w:lang w:val="ru-RU"/>
        </w:rPr>
        <w:t xml:space="preserve">Акт </w:t>
      </w:r>
      <w:proofErr w:type="spellStart"/>
      <w:r w:rsidRPr="009D05B2">
        <w:rPr>
          <w:rFonts w:ascii="Times New Roman" w:hAnsi="Times New Roman" w:cs="Times New Roman"/>
          <w:sz w:val="27"/>
          <w:szCs w:val="27"/>
          <w:lang w:val="ru-RU"/>
        </w:rPr>
        <w:t>жасалған</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кезде</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болмау</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себебі</w:t>
      </w:r>
      <w:proofErr w:type="spellEnd"/>
      <w:r w:rsidRPr="009D05B2">
        <w:rPr>
          <w:rFonts w:ascii="Times New Roman" w:hAnsi="Times New Roman" w:cs="Times New Roman"/>
          <w:sz w:val="27"/>
          <w:szCs w:val="27"/>
          <w:lang w:val="ru-RU"/>
        </w:rPr>
        <w:t>: _______________________</w:t>
      </w:r>
      <w:r w:rsidR="0032397C">
        <w:rPr>
          <w:rFonts w:ascii="Times New Roman" w:hAnsi="Times New Roman" w:cs="Times New Roman"/>
          <w:sz w:val="27"/>
          <w:szCs w:val="27"/>
          <w:lang w:val="ru-RU"/>
        </w:rPr>
        <w:t>__________________</w:t>
      </w:r>
    </w:p>
    <w:p w14:paraId="15D0F986" w14:textId="7DAD7462" w:rsidR="003D22B6" w:rsidRPr="009D05B2" w:rsidRDefault="00106650" w:rsidP="0032397C">
      <w:pPr>
        <w:spacing w:after="0" w:line="240" w:lineRule="auto"/>
        <w:rPr>
          <w:rFonts w:ascii="Times New Roman" w:hAnsi="Times New Roman" w:cs="Times New Roman"/>
          <w:sz w:val="27"/>
          <w:szCs w:val="27"/>
          <w:lang w:val="ru-RU"/>
        </w:rPr>
      </w:pPr>
      <w:r w:rsidRPr="009D05B2">
        <w:rPr>
          <w:rFonts w:ascii="Times New Roman" w:hAnsi="Times New Roman" w:cs="Times New Roman"/>
          <w:sz w:val="27"/>
          <w:szCs w:val="27"/>
          <w:lang w:val="ru-RU"/>
        </w:rPr>
        <w:t>_______________________________________</w:t>
      </w:r>
      <w:r w:rsidR="009B7886" w:rsidRPr="009D05B2">
        <w:rPr>
          <w:rFonts w:ascii="Times New Roman" w:hAnsi="Times New Roman" w:cs="Times New Roman"/>
          <w:sz w:val="27"/>
          <w:szCs w:val="27"/>
          <w:lang w:val="ru-RU"/>
        </w:rPr>
        <w:t>_______________________________</w:t>
      </w:r>
      <w:r w:rsidR="0032397C">
        <w:rPr>
          <w:rFonts w:ascii="Times New Roman" w:hAnsi="Times New Roman" w:cs="Times New Roman"/>
          <w:sz w:val="27"/>
          <w:szCs w:val="27"/>
          <w:lang w:val="ru-RU"/>
        </w:rPr>
        <w:t>______</w:t>
      </w:r>
    </w:p>
    <w:p w14:paraId="0D013B49" w14:textId="77777777" w:rsidR="003D22B6" w:rsidRPr="009D05B2" w:rsidRDefault="003D22B6" w:rsidP="0032397C">
      <w:pPr>
        <w:spacing w:after="0" w:line="240" w:lineRule="auto"/>
        <w:rPr>
          <w:rFonts w:ascii="Times New Roman" w:hAnsi="Times New Roman" w:cs="Times New Roman"/>
          <w:sz w:val="27"/>
          <w:szCs w:val="27"/>
          <w:lang w:val="ru-RU"/>
        </w:rPr>
      </w:pPr>
    </w:p>
    <w:p w14:paraId="034C1C71" w14:textId="77777777" w:rsidR="003D22B6" w:rsidRPr="009D05B2" w:rsidRDefault="00106650" w:rsidP="0032397C">
      <w:pPr>
        <w:spacing w:after="0" w:line="240" w:lineRule="auto"/>
        <w:ind w:firstLine="709"/>
        <w:jc w:val="both"/>
        <w:rPr>
          <w:rFonts w:ascii="Times New Roman" w:hAnsi="Times New Roman" w:cs="Times New Roman"/>
          <w:sz w:val="27"/>
          <w:szCs w:val="27"/>
          <w:lang w:val="ru-RU"/>
        </w:rPr>
      </w:pPr>
      <w:proofErr w:type="spellStart"/>
      <w:r w:rsidRPr="009D05B2">
        <w:rPr>
          <w:rFonts w:ascii="Times New Roman" w:hAnsi="Times New Roman" w:cs="Times New Roman"/>
          <w:sz w:val="27"/>
          <w:szCs w:val="27"/>
          <w:lang w:val="ru-RU"/>
        </w:rPr>
        <w:t>Қызметкерге</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белгіленген</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тәртіппен</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жазбаша</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түсініктеме</w:t>
      </w:r>
      <w:proofErr w:type="spellEnd"/>
      <w:r w:rsidRPr="009D05B2">
        <w:rPr>
          <w:rFonts w:ascii="Times New Roman" w:hAnsi="Times New Roman" w:cs="Times New Roman"/>
          <w:sz w:val="27"/>
          <w:szCs w:val="27"/>
          <w:lang w:val="ru-RU"/>
        </w:rPr>
        <w:t xml:space="preserve"> </w:t>
      </w:r>
      <w:r w:rsidR="009B7886" w:rsidRPr="009D05B2">
        <w:rPr>
          <w:rFonts w:ascii="Times New Roman" w:hAnsi="Times New Roman" w:cs="Times New Roman"/>
          <w:sz w:val="27"/>
          <w:szCs w:val="27"/>
          <w:lang w:val="ru-RU"/>
        </w:rPr>
        <w:t>беру</w:t>
      </w:r>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қажеттігі</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туралы</w:t>
      </w:r>
      <w:proofErr w:type="spellEnd"/>
      <w:r w:rsidRPr="009D05B2">
        <w:rPr>
          <w:rFonts w:ascii="Times New Roman" w:hAnsi="Times New Roman" w:cs="Times New Roman"/>
          <w:sz w:val="27"/>
          <w:szCs w:val="27"/>
          <w:lang w:val="ru-RU"/>
        </w:rPr>
        <w:t xml:space="preserve"> </w:t>
      </w:r>
      <w:proofErr w:type="spellStart"/>
      <w:r w:rsidRPr="009D05B2">
        <w:rPr>
          <w:rFonts w:ascii="Times New Roman" w:hAnsi="Times New Roman" w:cs="Times New Roman"/>
          <w:sz w:val="27"/>
          <w:szCs w:val="27"/>
          <w:lang w:val="ru-RU"/>
        </w:rPr>
        <w:t>хабарланды</w:t>
      </w:r>
      <w:proofErr w:type="spellEnd"/>
      <w:r w:rsidRPr="009D05B2">
        <w:rPr>
          <w:rFonts w:ascii="Times New Roman" w:hAnsi="Times New Roman" w:cs="Times New Roman"/>
          <w:sz w:val="27"/>
          <w:szCs w:val="27"/>
          <w:lang w:val="ru-RU"/>
        </w:rPr>
        <w:t>.</w:t>
      </w:r>
    </w:p>
    <w:p w14:paraId="19EBC204" w14:textId="77777777" w:rsidR="003D22B6" w:rsidRPr="009D05B2" w:rsidRDefault="003D22B6" w:rsidP="0032397C">
      <w:pPr>
        <w:spacing w:after="0" w:line="240" w:lineRule="auto"/>
        <w:rPr>
          <w:rFonts w:ascii="Times New Roman" w:hAnsi="Times New Roman" w:cs="Times New Roman"/>
          <w:sz w:val="27"/>
          <w:szCs w:val="27"/>
          <w:lang w:val="ru-RU"/>
        </w:rPr>
      </w:pPr>
    </w:p>
    <w:p w14:paraId="047ED852" w14:textId="77777777" w:rsidR="003D22B6" w:rsidRPr="009D05B2" w:rsidRDefault="00106650" w:rsidP="0032397C">
      <w:pPr>
        <w:spacing w:after="0" w:line="240" w:lineRule="auto"/>
        <w:rPr>
          <w:rFonts w:ascii="Times New Roman" w:hAnsi="Times New Roman" w:cs="Times New Roman"/>
          <w:b/>
          <w:sz w:val="27"/>
          <w:szCs w:val="27"/>
          <w:lang w:val="ru-RU"/>
        </w:rPr>
      </w:pPr>
      <w:proofErr w:type="spellStart"/>
      <w:r w:rsidRPr="009D05B2">
        <w:rPr>
          <w:rFonts w:ascii="Times New Roman" w:hAnsi="Times New Roman" w:cs="Times New Roman"/>
          <w:b/>
          <w:sz w:val="27"/>
          <w:szCs w:val="27"/>
          <w:lang w:val="ru-RU"/>
        </w:rPr>
        <w:t>Қолдары</w:t>
      </w:r>
      <w:proofErr w:type="spellEnd"/>
      <w:r w:rsidRPr="009D05B2">
        <w:rPr>
          <w:rFonts w:ascii="Times New Roman" w:hAnsi="Times New Roman" w:cs="Times New Roman"/>
          <w:b/>
          <w:sz w:val="27"/>
          <w:szCs w:val="27"/>
          <w:lang w:val="ru-RU"/>
        </w:rPr>
        <w:t>:</w:t>
      </w:r>
    </w:p>
    <w:p w14:paraId="113D6323" w14:textId="77777777" w:rsidR="003D22B6" w:rsidRPr="0017236A" w:rsidRDefault="00106650" w:rsidP="0032397C">
      <w:pPr>
        <w:spacing w:after="0" w:line="240" w:lineRule="auto"/>
        <w:rPr>
          <w:rFonts w:ascii="Times New Roman" w:hAnsi="Times New Roman" w:cs="Times New Roman"/>
          <w:sz w:val="28"/>
          <w:szCs w:val="28"/>
          <w:lang w:val="ru-RU"/>
        </w:rPr>
      </w:pPr>
      <w:r w:rsidRPr="0017236A">
        <w:rPr>
          <w:rFonts w:ascii="Times New Roman" w:hAnsi="Times New Roman" w:cs="Times New Roman"/>
          <w:sz w:val="28"/>
          <w:szCs w:val="28"/>
          <w:lang w:val="ru-RU"/>
        </w:rPr>
        <w:t>________________ /________________/</w:t>
      </w:r>
    </w:p>
    <w:p w14:paraId="7B10E2AB" w14:textId="77777777" w:rsidR="003D22B6" w:rsidRPr="0017236A" w:rsidRDefault="00106650" w:rsidP="0032397C">
      <w:pPr>
        <w:spacing w:after="0" w:line="240" w:lineRule="auto"/>
        <w:rPr>
          <w:rFonts w:ascii="Times New Roman" w:hAnsi="Times New Roman" w:cs="Times New Roman"/>
          <w:sz w:val="28"/>
          <w:szCs w:val="28"/>
          <w:lang w:val="ru-RU"/>
        </w:rPr>
      </w:pPr>
      <w:r w:rsidRPr="0017236A">
        <w:rPr>
          <w:rFonts w:ascii="Times New Roman" w:hAnsi="Times New Roman" w:cs="Times New Roman"/>
          <w:sz w:val="28"/>
          <w:szCs w:val="28"/>
          <w:lang w:val="ru-RU"/>
        </w:rPr>
        <w:t>________________ /________________/</w:t>
      </w:r>
    </w:p>
    <w:p w14:paraId="51D4B9B9" w14:textId="77777777" w:rsidR="003D22B6" w:rsidRPr="0017236A" w:rsidRDefault="00106650" w:rsidP="0032397C">
      <w:pPr>
        <w:spacing w:after="0" w:line="240" w:lineRule="auto"/>
        <w:rPr>
          <w:rFonts w:ascii="Times New Roman" w:hAnsi="Times New Roman" w:cs="Times New Roman"/>
          <w:sz w:val="28"/>
          <w:szCs w:val="28"/>
          <w:lang w:val="ru-RU"/>
        </w:rPr>
      </w:pPr>
      <w:r w:rsidRPr="0017236A">
        <w:rPr>
          <w:rFonts w:ascii="Times New Roman" w:hAnsi="Times New Roman" w:cs="Times New Roman"/>
          <w:sz w:val="28"/>
          <w:szCs w:val="28"/>
          <w:lang w:val="ru-RU"/>
        </w:rPr>
        <w:t>________________ /________________/</w:t>
      </w:r>
    </w:p>
    <w:p w14:paraId="511D4C9A" w14:textId="77777777" w:rsidR="0032397C" w:rsidRPr="0017236A" w:rsidRDefault="0032397C">
      <w:pPr>
        <w:spacing w:after="0"/>
        <w:rPr>
          <w:rFonts w:ascii="Times New Roman" w:hAnsi="Times New Roman" w:cs="Times New Roman"/>
          <w:sz w:val="28"/>
          <w:szCs w:val="28"/>
          <w:lang w:val="ru-RU"/>
        </w:rPr>
      </w:pPr>
    </w:p>
    <w:p w14:paraId="5426AFC9" w14:textId="77777777" w:rsidR="003D22B6" w:rsidRPr="0032397C" w:rsidRDefault="00106650">
      <w:pPr>
        <w:spacing w:after="0"/>
        <w:rPr>
          <w:rFonts w:ascii="Times New Roman" w:hAnsi="Times New Roman" w:cs="Times New Roman"/>
          <w:sz w:val="24"/>
          <w:szCs w:val="24"/>
          <w:lang w:val="ru-RU"/>
        </w:rPr>
      </w:pPr>
      <w:proofErr w:type="spellStart"/>
      <w:r w:rsidRPr="0032397C">
        <w:rPr>
          <w:rFonts w:ascii="Times New Roman" w:hAnsi="Times New Roman" w:cs="Times New Roman"/>
          <w:sz w:val="24"/>
          <w:szCs w:val="24"/>
          <w:lang w:val="ru-RU"/>
        </w:rPr>
        <w:t>Актімен</w:t>
      </w:r>
      <w:proofErr w:type="spellEnd"/>
      <w:r w:rsidRPr="0032397C">
        <w:rPr>
          <w:rFonts w:ascii="Times New Roman" w:hAnsi="Times New Roman" w:cs="Times New Roman"/>
          <w:sz w:val="24"/>
          <w:szCs w:val="24"/>
          <w:lang w:val="ru-RU"/>
        </w:rPr>
        <w:t xml:space="preserve"> </w:t>
      </w:r>
      <w:proofErr w:type="spellStart"/>
      <w:r w:rsidRPr="0032397C">
        <w:rPr>
          <w:rFonts w:ascii="Times New Roman" w:hAnsi="Times New Roman" w:cs="Times New Roman"/>
          <w:sz w:val="24"/>
          <w:szCs w:val="24"/>
          <w:lang w:val="ru-RU"/>
        </w:rPr>
        <w:t>таныстым</w:t>
      </w:r>
      <w:proofErr w:type="spellEnd"/>
      <w:r w:rsidRPr="0032397C">
        <w:rPr>
          <w:rFonts w:ascii="Times New Roman" w:hAnsi="Times New Roman" w:cs="Times New Roman"/>
          <w:sz w:val="24"/>
          <w:szCs w:val="24"/>
          <w:lang w:val="ru-RU"/>
        </w:rPr>
        <w:t>:</w:t>
      </w:r>
    </w:p>
    <w:p w14:paraId="6B329F7D" w14:textId="77777777" w:rsidR="003D22B6" w:rsidRPr="0032397C" w:rsidRDefault="00106650">
      <w:pPr>
        <w:spacing w:after="0"/>
        <w:rPr>
          <w:rFonts w:ascii="Times New Roman" w:hAnsi="Times New Roman" w:cs="Times New Roman"/>
          <w:sz w:val="24"/>
          <w:szCs w:val="24"/>
          <w:lang w:val="ru-RU"/>
        </w:rPr>
      </w:pPr>
      <w:r w:rsidRPr="0032397C">
        <w:rPr>
          <w:rFonts w:ascii="Times New Roman" w:hAnsi="Times New Roman" w:cs="Times New Roman"/>
          <w:sz w:val="24"/>
          <w:szCs w:val="24"/>
          <w:lang w:val="ru-RU"/>
        </w:rPr>
        <w:t>________________ /__________/</w:t>
      </w:r>
    </w:p>
    <w:p w14:paraId="7B546E87" w14:textId="30981060" w:rsidR="0032397C" w:rsidRDefault="00106650">
      <w:pPr>
        <w:spacing w:after="0"/>
        <w:rPr>
          <w:rFonts w:ascii="Times New Roman" w:hAnsi="Times New Roman" w:cs="Times New Roman"/>
          <w:sz w:val="24"/>
          <w:szCs w:val="24"/>
          <w:lang w:val="ru-RU"/>
        </w:rPr>
      </w:pPr>
      <w:r w:rsidRPr="0032397C">
        <w:rPr>
          <w:rFonts w:ascii="Times New Roman" w:hAnsi="Times New Roman" w:cs="Times New Roman"/>
          <w:sz w:val="24"/>
          <w:szCs w:val="24"/>
          <w:lang w:val="ru-RU"/>
        </w:rPr>
        <w:t xml:space="preserve">«_____» __________ 20___ </w:t>
      </w:r>
      <w:proofErr w:type="spellStart"/>
      <w:r w:rsidRPr="0032397C">
        <w:rPr>
          <w:rFonts w:ascii="Times New Roman" w:hAnsi="Times New Roman" w:cs="Times New Roman"/>
          <w:sz w:val="24"/>
          <w:szCs w:val="24"/>
          <w:lang w:val="ru-RU"/>
        </w:rPr>
        <w:t>жыл</w:t>
      </w:r>
      <w:proofErr w:type="spellEnd"/>
    </w:p>
    <w:p w14:paraId="54B9109C" w14:textId="77777777" w:rsidR="008F193D" w:rsidRDefault="008F193D">
      <w:pPr>
        <w:spacing w:after="0"/>
        <w:rPr>
          <w:rFonts w:ascii="Times New Roman" w:hAnsi="Times New Roman" w:cs="Times New Roman"/>
          <w:sz w:val="24"/>
          <w:szCs w:val="24"/>
          <w:lang w:val="ru-RU"/>
        </w:rPr>
      </w:pPr>
    </w:p>
    <w:p w14:paraId="22EF1E40" w14:textId="77777777" w:rsidR="0032397C" w:rsidRPr="0032397C" w:rsidRDefault="0032397C">
      <w:pPr>
        <w:spacing w:after="0"/>
        <w:rPr>
          <w:rFonts w:ascii="Times New Roman" w:hAnsi="Times New Roman" w:cs="Times New Roman"/>
          <w:sz w:val="24"/>
          <w:szCs w:val="24"/>
          <w:lang w:val="ru-RU"/>
        </w:rPr>
      </w:pPr>
    </w:p>
    <w:p w14:paraId="33383CCC" w14:textId="77777777" w:rsidR="00D40DD9" w:rsidRPr="0032397C" w:rsidRDefault="00D40DD9" w:rsidP="0032397C">
      <w:pPr>
        <w:spacing w:after="0" w:line="240" w:lineRule="auto"/>
        <w:ind w:left="6521"/>
        <w:jc w:val="both"/>
        <w:rPr>
          <w:rFonts w:ascii="Times New Roman" w:hAnsi="Times New Roman" w:cs="Times New Roman"/>
          <w:b/>
          <w:bCs/>
          <w:iCs/>
          <w:sz w:val="24"/>
          <w:szCs w:val="24"/>
          <w:lang w:val="kk-KZ"/>
        </w:rPr>
      </w:pPr>
      <w:r w:rsidRPr="0032397C">
        <w:rPr>
          <w:rFonts w:ascii="Times New Roman" w:hAnsi="Times New Roman" w:cs="Times New Roman"/>
          <w:b/>
          <w:bCs/>
          <w:iCs/>
          <w:sz w:val="24"/>
          <w:szCs w:val="24"/>
          <w:lang w:val="kk-KZ"/>
        </w:rPr>
        <w:lastRenderedPageBreak/>
        <w:t xml:space="preserve">«Қарағанды қалалық </w:t>
      </w:r>
    </w:p>
    <w:p w14:paraId="0F811BEE" w14:textId="77777777" w:rsidR="00D40DD9" w:rsidRPr="0032397C" w:rsidRDefault="00D40DD9" w:rsidP="0032397C">
      <w:pPr>
        <w:spacing w:after="0" w:line="240" w:lineRule="auto"/>
        <w:ind w:left="6521"/>
        <w:jc w:val="both"/>
        <w:rPr>
          <w:rFonts w:ascii="Times New Roman" w:hAnsi="Times New Roman" w:cs="Times New Roman"/>
          <w:b/>
          <w:bCs/>
          <w:iCs/>
          <w:sz w:val="24"/>
          <w:szCs w:val="24"/>
          <w:lang w:val="kk-KZ"/>
        </w:rPr>
      </w:pPr>
      <w:r w:rsidRPr="0032397C">
        <w:rPr>
          <w:rFonts w:ascii="Times New Roman" w:hAnsi="Times New Roman" w:cs="Times New Roman"/>
          <w:b/>
          <w:bCs/>
          <w:iCs/>
          <w:sz w:val="24"/>
          <w:szCs w:val="24"/>
          <w:lang w:val="kk-KZ"/>
        </w:rPr>
        <w:t>мәслихатының аппараты» ММ-нің</w:t>
      </w:r>
    </w:p>
    <w:p w14:paraId="67192751" w14:textId="77777777" w:rsidR="00D40DD9" w:rsidRPr="0032397C" w:rsidRDefault="00D40DD9" w:rsidP="0032397C">
      <w:pPr>
        <w:spacing w:after="0" w:line="240" w:lineRule="auto"/>
        <w:ind w:left="6521"/>
        <w:jc w:val="both"/>
        <w:rPr>
          <w:rFonts w:ascii="Times New Roman" w:hAnsi="Times New Roman" w:cs="Times New Roman"/>
          <w:b/>
          <w:bCs/>
          <w:iCs/>
          <w:sz w:val="24"/>
          <w:szCs w:val="24"/>
          <w:lang w:val="kk-KZ"/>
        </w:rPr>
      </w:pPr>
      <w:r w:rsidRPr="0032397C">
        <w:rPr>
          <w:rFonts w:ascii="Times New Roman" w:hAnsi="Times New Roman" w:cs="Times New Roman"/>
          <w:b/>
          <w:bCs/>
          <w:iCs/>
          <w:sz w:val="24"/>
          <w:szCs w:val="24"/>
          <w:lang w:val="kk-KZ"/>
        </w:rPr>
        <w:t>еңбек тәртібі қағидаларына</w:t>
      </w:r>
    </w:p>
    <w:p w14:paraId="4B062E8F" w14:textId="77777777" w:rsidR="00D40DD9" w:rsidRPr="0032397C" w:rsidRDefault="00346B03" w:rsidP="0032397C">
      <w:pPr>
        <w:spacing w:after="0" w:line="240" w:lineRule="auto"/>
        <w:ind w:left="6521"/>
        <w:jc w:val="both"/>
        <w:rPr>
          <w:rFonts w:ascii="Times New Roman" w:hAnsi="Times New Roman" w:cs="Times New Roman"/>
          <w:b/>
          <w:bCs/>
          <w:iCs/>
          <w:sz w:val="24"/>
          <w:szCs w:val="24"/>
          <w:lang w:val="kk-KZ"/>
        </w:rPr>
      </w:pPr>
      <w:r w:rsidRPr="0032397C">
        <w:rPr>
          <w:rFonts w:ascii="Times New Roman" w:hAnsi="Times New Roman" w:cs="Times New Roman"/>
          <w:b/>
          <w:bCs/>
          <w:iCs/>
          <w:sz w:val="24"/>
          <w:szCs w:val="24"/>
          <w:lang w:val="kk-KZ"/>
        </w:rPr>
        <w:t>3</w:t>
      </w:r>
      <w:r w:rsidR="00D40DD9" w:rsidRPr="0032397C">
        <w:rPr>
          <w:rFonts w:ascii="Times New Roman" w:hAnsi="Times New Roman" w:cs="Times New Roman"/>
          <w:b/>
          <w:bCs/>
          <w:iCs/>
          <w:sz w:val="24"/>
          <w:szCs w:val="24"/>
          <w:lang w:val="kk-KZ"/>
        </w:rPr>
        <w:t>-қосымша</w:t>
      </w:r>
    </w:p>
    <w:p w14:paraId="573B1D14" w14:textId="794D923D" w:rsidR="00D40DD9" w:rsidRDefault="00D40DD9" w:rsidP="0032397C">
      <w:pPr>
        <w:spacing w:after="0" w:line="240" w:lineRule="auto"/>
        <w:rPr>
          <w:rFonts w:ascii="Times New Roman" w:hAnsi="Times New Roman" w:cs="Times New Roman"/>
          <w:sz w:val="28"/>
          <w:szCs w:val="28"/>
          <w:lang w:val="kk-KZ"/>
        </w:rPr>
      </w:pPr>
    </w:p>
    <w:p w14:paraId="2FF021ED" w14:textId="77777777" w:rsidR="0032397C" w:rsidRPr="00D40DD9" w:rsidRDefault="0032397C" w:rsidP="0032397C">
      <w:pPr>
        <w:spacing w:after="0" w:line="240" w:lineRule="auto"/>
        <w:rPr>
          <w:rFonts w:ascii="Times New Roman" w:hAnsi="Times New Roman" w:cs="Times New Roman"/>
          <w:sz w:val="28"/>
          <w:szCs w:val="28"/>
          <w:lang w:val="kk-KZ"/>
        </w:rPr>
      </w:pPr>
    </w:p>
    <w:p w14:paraId="11D775F7" w14:textId="77777777" w:rsidR="009B7886" w:rsidRDefault="00106650" w:rsidP="0032397C">
      <w:pPr>
        <w:spacing w:after="0" w:line="240" w:lineRule="auto"/>
        <w:ind w:firstLine="567"/>
        <w:jc w:val="center"/>
        <w:rPr>
          <w:rFonts w:ascii="Times New Roman" w:hAnsi="Times New Roman" w:cs="Times New Roman"/>
          <w:b/>
          <w:sz w:val="28"/>
          <w:szCs w:val="28"/>
          <w:lang w:val="kk-KZ"/>
        </w:rPr>
      </w:pPr>
      <w:r w:rsidRPr="009B7886">
        <w:rPr>
          <w:rFonts w:ascii="Times New Roman" w:hAnsi="Times New Roman" w:cs="Times New Roman"/>
          <w:b/>
          <w:sz w:val="28"/>
          <w:szCs w:val="28"/>
          <w:lang w:val="kk-KZ"/>
        </w:rPr>
        <w:t>«Қарағанды қалалық мәслихатының аппараты» ММ-нің</w:t>
      </w:r>
      <w:r w:rsidR="00D40DD9" w:rsidRPr="009B7886">
        <w:rPr>
          <w:rFonts w:ascii="Times New Roman" w:hAnsi="Times New Roman" w:cs="Times New Roman"/>
          <w:b/>
          <w:sz w:val="28"/>
          <w:szCs w:val="28"/>
          <w:lang w:val="kk-KZ"/>
        </w:rPr>
        <w:t xml:space="preserve"> </w:t>
      </w:r>
    </w:p>
    <w:p w14:paraId="54737023" w14:textId="4AF76139" w:rsidR="0032397C" w:rsidRPr="009B7886" w:rsidRDefault="00D40DD9" w:rsidP="0032397C">
      <w:pPr>
        <w:spacing w:after="0" w:line="240" w:lineRule="auto"/>
        <w:ind w:firstLine="567"/>
        <w:jc w:val="center"/>
        <w:rPr>
          <w:rFonts w:ascii="Times New Roman" w:hAnsi="Times New Roman" w:cs="Times New Roman"/>
          <w:b/>
          <w:sz w:val="28"/>
          <w:szCs w:val="28"/>
          <w:lang w:val="kk-KZ"/>
        </w:rPr>
      </w:pPr>
      <w:r w:rsidRPr="009B7886">
        <w:rPr>
          <w:rFonts w:ascii="Times New Roman" w:hAnsi="Times New Roman" w:cs="Times New Roman"/>
          <w:b/>
          <w:sz w:val="28"/>
          <w:szCs w:val="28"/>
          <w:lang w:val="kk-KZ"/>
        </w:rPr>
        <w:t>е</w:t>
      </w:r>
      <w:r w:rsidR="00106650" w:rsidRPr="009B7886">
        <w:rPr>
          <w:rFonts w:ascii="Times New Roman" w:hAnsi="Times New Roman" w:cs="Times New Roman"/>
          <w:b/>
          <w:sz w:val="28"/>
          <w:szCs w:val="28"/>
          <w:lang w:val="kk-KZ"/>
        </w:rPr>
        <w:t>ңбек тәртібі қағидаларымен</w:t>
      </w:r>
    </w:p>
    <w:p w14:paraId="3B672019" w14:textId="77777777" w:rsidR="009B7886" w:rsidRDefault="009B7886" w:rsidP="0032397C">
      <w:pPr>
        <w:spacing w:after="0" w:line="240" w:lineRule="auto"/>
        <w:jc w:val="center"/>
        <w:rPr>
          <w:rFonts w:ascii="Times New Roman" w:hAnsi="Times New Roman" w:cs="Times New Roman"/>
          <w:b/>
          <w:sz w:val="28"/>
          <w:szCs w:val="28"/>
          <w:lang w:val="kk-KZ"/>
        </w:rPr>
      </w:pPr>
      <w:r w:rsidRPr="00D40DD9">
        <w:rPr>
          <w:rFonts w:ascii="Times New Roman" w:hAnsi="Times New Roman" w:cs="Times New Roman"/>
          <w:b/>
          <w:sz w:val="28"/>
          <w:szCs w:val="28"/>
          <w:lang w:val="kk-KZ"/>
        </w:rPr>
        <w:t>ТАНЫСУ ПАРАҒЫ</w:t>
      </w:r>
    </w:p>
    <w:p w14:paraId="7E4743DB" w14:textId="77777777" w:rsidR="009B7886" w:rsidRPr="00D40DD9" w:rsidRDefault="009B7886" w:rsidP="0032397C">
      <w:pPr>
        <w:spacing w:after="0" w:line="240" w:lineRule="auto"/>
        <w:ind w:firstLine="567"/>
        <w:jc w:val="both"/>
        <w:rPr>
          <w:rFonts w:ascii="Times New Roman" w:hAnsi="Times New Roman" w:cs="Times New Roman"/>
          <w:sz w:val="28"/>
          <w:szCs w:val="28"/>
          <w:lang w:val="kk-KZ"/>
        </w:rPr>
      </w:pPr>
    </w:p>
    <w:p w14:paraId="3056D591" w14:textId="3F34174B" w:rsidR="0032397C" w:rsidRDefault="00106650" w:rsidP="0032397C">
      <w:pPr>
        <w:spacing w:after="0" w:line="240" w:lineRule="auto"/>
        <w:jc w:val="both"/>
        <w:rPr>
          <w:rFonts w:ascii="Times New Roman" w:hAnsi="Times New Roman" w:cs="Times New Roman"/>
          <w:sz w:val="24"/>
          <w:szCs w:val="24"/>
          <w:lang w:val="kk-KZ"/>
        </w:rPr>
      </w:pPr>
      <w:r w:rsidRPr="0032397C">
        <w:rPr>
          <w:rFonts w:ascii="Times New Roman" w:hAnsi="Times New Roman" w:cs="Times New Roman"/>
          <w:sz w:val="24"/>
          <w:szCs w:val="24"/>
          <w:lang w:val="kk-KZ"/>
        </w:rPr>
        <w:t xml:space="preserve">Қызметкер осы параққа қол қоя отырып, «Қарағанды қалалық мәслихатының аппараты» ММ-нің </w:t>
      </w:r>
      <w:r w:rsidR="009B7886" w:rsidRPr="0032397C">
        <w:rPr>
          <w:rFonts w:ascii="Times New Roman" w:hAnsi="Times New Roman" w:cs="Times New Roman"/>
          <w:sz w:val="24"/>
          <w:szCs w:val="24"/>
          <w:lang w:val="kk-KZ"/>
        </w:rPr>
        <w:t>е</w:t>
      </w:r>
      <w:r w:rsidRPr="0032397C">
        <w:rPr>
          <w:rFonts w:ascii="Times New Roman" w:hAnsi="Times New Roman" w:cs="Times New Roman"/>
          <w:sz w:val="24"/>
          <w:szCs w:val="24"/>
          <w:lang w:val="kk-KZ"/>
        </w:rPr>
        <w:t>ңбек тәртібі қағидаларымен танысқанын және оларды сақтауға міндеттенетінін растайды.</w:t>
      </w:r>
    </w:p>
    <w:p w14:paraId="13502F0B" w14:textId="062983A1" w:rsidR="0032397C" w:rsidRDefault="0032397C" w:rsidP="0032397C">
      <w:pPr>
        <w:spacing w:after="0" w:line="240" w:lineRule="auto"/>
        <w:ind w:firstLine="567"/>
        <w:jc w:val="both"/>
        <w:rPr>
          <w:rFonts w:ascii="Times New Roman" w:hAnsi="Times New Roman" w:cs="Times New Roman"/>
          <w:sz w:val="24"/>
          <w:szCs w:val="24"/>
          <w:lang w:val="kk-KZ"/>
        </w:rPr>
      </w:pPr>
    </w:p>
    <w:tbl>
      <w:tblPr>
        <w:tblStyle w:val="aff0"/>
        <w:tblW w:w="10343" w:type="dxa"/>
        <w:tblLook w:val="04A0" w:firstRow="1" w:lastRow="0" w:firstColumn="1" w:lastColumn="0" w:noHBand="0" w:noVBand="1"/>
      </w:tblPr>
      <w:tblGrid>
        <w:gridCol w:w="3009"/>
        <w:gridCol w:w="3221"/>
        <w:gridCol w:w="2129"/>
        <w:gridCol w:w="1984"/>
      </w:tblGrid>
      <w:tr w:rsidR="0032397C" w:rsidRPr="007F3E8C" w14:paraId="1B4E51D4" w14:textId="77777777" w:rsidTr="0032397C">
        <w:tc>
          <w:tcPr>
            <w:tcW w:w="3009" w:type="dxa"/>
            <w:vAlign w:val="center"/>
          </w:tcPr>
          <w:p w14:paraId="73978B52" w14:textId="7D7B2F2F" w:rsidR="0032397C" w:rsidRPr="007F3E8C" w:rsidRDefault="0032397C" w:rsidP="0032397C">
            <w:pPr>
              <w:jc w:val="center"/>
              <w:rPr>
                <w:rFonts w:ascii="Times New Roman" w:hAnsi="Times New Roman" w:cs="Times New Roman"/>
                <w:b/>
                <w:bCs/>
                <w:sz w:val="24"/>
                <w:szCs w:val="24"/>
                <w:lang w:val="ru-RU"/>
              </w:rPr>
            </w:pPr>
            <w:proofErr w:type="spellStart"/>
            <w:r w:rsidRPr="00106650">
              <w:rPr>
                <w:rFonts w:ascii="Times New Roman" w:hAnsi="Times New Roman" w:cs="Times New Roman"/>
                <w:b/>
                <w:bCs/>
                <w:sz w:val="24"/>
                <w:szCs w:val="24"/>
              </w:rPr>
              <w:t>Қызметкердің</w:t>
            </w:r>
            <w:proofErr w:type="spellEnd"/>
            <w:r w:rsidRPr="00106650">
              <w:rPr>
                <w:rFonts w:ascii="Times New Roman" w:hAnsi="Times New Roman" w:cs="Times New Roman"/>
                <w:b/>
                <w:bCs/>
                <w:sz w:val="24"/>
                <w:szCs w:val="24"/>
              </w:rPr>
              <w:t xml:space="preserve"> Т.А.Ә.</w:t>
            </w:r>
          </w:p>
        </w:tc>
        <w:tc>
          <w:tcPr>
            <w:tcW w:w="3221" w:type="dxa"/>
            <w:vAlign w:val="center"/>
          </w:tcPr>
          <w:p w14:paraId="17C8C2DA" w14:textId="70DA193A" w:rsidR="0032397C" w:rsidRPr="007F3E8C" w:rsidRDefault="0032397C" w:rsidP="0032397C">
            <w:pPr>
              <w:jc w:val="center"/>
              <w:rPr>
                <w:rFonts w:ascii="Times New Roman" w:hAnsi="Times New Roman" w:cs="Times New Roman"/>
                <w:b/>
                <w:bCs/>
                <w:sz w:val="24"/>
                <w:szCs w:val="24"/>
                <w:lang w:val="ru-RU"/>
              </w:rPr>
            </w:pPr>
            <w:proofErr w:type="spellStart"/>
            <w:r w:rsidRPr="00106650">
              <w:rPr>
                <w:rFonts w:ascii="Times New Roman" w:hAnsi="Times New Roman" w:cs="Times New Roman"/>
                <w:b/>
                <w:bCs/>
                <w:sz w:val="24"/>
                <w:szCs w:val="24"/>
              </w:rPr>
              <w:t>Лауазымы</w:t>
            </w:r>
            <w:proofErr w:type="spellEnd"/>
          </w:p>
        </w:tc>
        <w:tc>
          <w:tcPr>
            <w:tcW w:w="2129" w:type="dxa"/>
            <w:vAlign w:val="center"/>
          </w:tcPr>
          <w:p w14:paraId="0BE7D4A1" w14:textId="70AC4047" w:rsidR="0032397C" w:rsidRPr="007F3E8C" w:rsidRDefault="0032397C" w:rsidP="0032397C">
            <w:pPr>
              <w:jc w:val="center"/>
              <w:rPr>
                <w:rFonts w:ascii="Times New Roman" w:hAnsi="Times New Roman" w:cs="Times New Roman"/>
                <w:b/>
                <w:bCs/>
                <w:sz w:val="24"/>
                <w:szCs w:val="24"/>
                <w:lang w:val="ru-RU"/>
              </w:rPr>
            </w:pPr>
            <w:proofErr w:type="spellStart"/>
            <w:r w:rsidRPr="00106650">
              <w:rPr>
                <w:rFonts w:ascii="Times New Roman" w:hAnsi="Times New Roman" w:cs="Times New Roman"/>
                <w:b/>
                <w:bCs/>
                <w:sz w:val="24"/>
                <w:szCs w:val="24"/>
              </w:rPr>
              <w:t>Танысу</w:t>
            </w:r>
            <w:proofErr w:type="spellEnd"/>
            <w:r w:rsidRPr="00106650">
              <w:rPr>
                <w:rFonts w:ascii="Times New Roman" w:hAnsi="Times New Roman" w:cs="Times New Roman"/>
                <w:b/>
                <w:bCs/>
                <w:sz w:val="24"/>
                <w:szCs w:val="24"/>
              </w:rPr>
              <w:t xml:space="preserve"> </w:t>
            </w:r>
            <w:proofErr w:type="spellStart"/>
            <w:r w:rsidRPr="00106650">
              <w:rPr>
                <w:rFonts w:ascii="Times New Roman" w:hAnsi="Times New Roman" w:cs="Times New Roman"/>
                <w:b/>
                <w:bCs/>
                <w:sz w:val="24"/>
                <w:szCs w:val="24"/>
              </w:rPr>
              <w:t>күні</w:t>
            </w:r>
            <w:proofErr w:type="spellEnd"/>
          </w:p>
        </w:tc>
        <w:tc>
          <w:tcPr>
            <w:tcW w:w="1984" w:type="dxa"/>
            <w:vAlign w:val="center"/>
          </w:tcPr>
          <w:p w14:paraId="57D4D724" w14:textId="56098FF0" w:rsidR="0032397C" w:rsidRPr="007F3E8C" w:rsidRDefault="0032397C" w:rsidP="0032397C">
            <w:pPr>
              <w:jc w:val="center"/>
              <w:rPr>
                <w:rFonts w:ascii="Times New Roman" w:hAnsi="Times New Roman" w:cs="Times New Roman"/>
                <w:b/>
                <w:bCs/>
                <w:sz w:val="24"/>
                <w:szCs w:val="24"/>
                <w:lang w:val="ru-RU"/>
              </w:rPr>
            </w:pPr>
            <w:proofErr w:type="spellStart"/>
            <w:r w:rsidRPr="00106650">
              <w:rPr>
                <w:rFonts w:ascii="Times New Roman" w:hAnsi="Times New Roman" w:cs="Times New Roman"/>
                <w:b/>
                <w:bCs/>
                <w:sz w:val="24"/>
                <w:szCs w:val="24"/>
              </w:rPr>
              <w:t>Қызметкердің</w:t>
            </w:r>
            <w:proofErr w:type="spellEnd"/>
            <w:r w:rsidRPr="00106650">
              <w:rPr>
                <w:rFonts w:ascii="Times New Roman" w:hAnsi="Times New Roman" w:cs="Times New Roman"/>
                <w:b/>
                <w:bCs/>
                <w:sz w:val="24"/>
                <w:szCs w:val="24"/>
              </w:rPr>
              <w:t xml:space="preserve"> </w:t>
            </w:r>
            <w:proofErr w:type="spellStart"/>
            <w:r w:rsidRPr="00106650">
              <w:rPr>
                <w:rFonts w:ascii="Times New Roman" w:hAnsi="Times New Roman" w:cs="Times New Roman"/>
                <w:b/>
                <w:bCs/>
                <w:sz w:val="24"/>
                <w:szCs w:val="24"/>
              </w:rPr>
              <w:t>қолы</w:t>
            </w:r>
            <w:proofErr w:type="spellEnd"/>
          </w:p>
        </w:tc>
      </w:tr>
      <w:tr w:rsidR="0032397C" w14:paraId="6C838DAA" w14:textId="77777777" w:rsidTr="0032397C">
        <w:tc>
          <w:tcPr>
            <w:tcW w:w="3009" w:type="dxa"/>
          </w:tcPr>
          <w:p w14:paraId="26A5EC03" w14:textId="77777777" w:rsidR="0032397C" w:rsidRDefault="0032397C" w:rsidP="008E2DE7">
            <w:pPr>
              <w:jc w:val="both"/>
              <w:rPr>
                <w:rFonts w:ascii="Times New Roman" w:hAnsi="Times New Roman" w:cs="Times New Roman"/>
                <w:sz w:val="28"/>
                <w:szCs w:val="28"/>
              </w:rPr>
            </w:pPr>
          </w:p>
        </w:tc>
        <w:tc>
          <w:tcPr>
            <w:tcW w:w="3221" w:type="dxa"/>
          </w:tcPr>
          <w:p w14:paraId="465BF932" w14:textId="77777777" w:rsidR="0032397C" w:rsidRDefault="0032397C" w:rsidP="008E2DE7">
            <w:pPr>
              <w:jc w:val="both"/>
              <w:rPr>
                <w:rFonts w:ascii="Times New Roman" w:hAnsi="Times New Roman" w:cs="Times New Roman"/>
                <w:sz w:val="28"/>
                <w:szCs w:val="28"/>
              </w:rPr>
            </w:pPr>
          </w:p>
        </w:tc>
        <w:tc>
          <w:tcPr>
            <w:tcW w:w="2129" w:type="dxa"/>
          </w:tcPr>
          <w:p w14:paraId="5173BF4A" w14:textId="77777777" w:rsidR="0032397C" w:rsidRDefault="0032397C" w:rsidP="008E2DE7">
            <w:pPr>
              <w:jc w:val="both"/>
              <w:rPr>
                <w:rFonts w:ascii="Times New Roman" w:hAnsi="Times New Roman" w:cs="Times New Roman"/>
                <w:sz w:val="28"/>
                <w:szCs w:val="28"/>
              </w:rPr>
            </w:pPr>
          </w:p>
        </w:tc>
        <w:tc>
          <w:tcPr>
            <w:tcW w:w="1984" w:type="dxa"/>
          </w:tcPr>
          <w:p w14:paraId="607E68B3" w14:textId="77777777" w:rsidR="0032397C" w:rsidRDefault="0032397C" w:rsidP="008E2DE7">
            <w:pPr>
              <w:jc w:val="both"/>
              <w:rPr>
                <w:rFonts w:ascii="Times New Roman" w:hAnsi="Times New Roman" w:cs="Times New Roman"/>
                <w:sz w:val="28"/>
                <w:szCs w:val="28"/>
              </w:rPr>
            </w:pPr>
          </w:p>
        </w:tc>
      </w:tr>
      <w:tr w:rsidR="0032397C" w14:paraId="494B00C3" w14:textId="77777777" w:rsidTr="0032397C">
        <w:tc>
          <w:tcPr>
            <w:tcW w:w="3009" w:type="dxa"/>
          </w:tcPr>
          <w:p w14:paraId="0DDEAF84" w14:textId="77777777" w:rsidR="0032397C" w:rsidRDefault="0032397C" w:rsidP="008E2DE7">
            <w:pPr>
              <w:jc w:val="both"/>
              <w:rPr>
                <w:rFonts w:ascii="Times New Roman" w:hAnsi="Times New Roman" w:cs="Times New Roman"/>
                <w:sz w:val="28"/>
                <w:szCs w:val="28"/>
              </w:rPr>
            </w:pPr>
          </w:p>
        </w:tc>
        <w:tc>
          <w:tcPr>
            <w:tcW w:w="3221" w:type="dxa"/>
          </w:tcPr>
          <w:p w14:paraId="33001F10" w14:textId="77777777" w:rsidR="0032397C" w:rsidRDefault="0032397C" w:rsidP="008E2DE7">
            <w:pPr>
              <w:jc w:val="both"/>
              <w:rPr>
                <w:rFonts w:ascii="Times New Roman" w:hAnsi="Times New Roman" w:cs="Times New Roman"/>
                <w:sz w:val="28"/>
                <w:szCs w:val="28"/>
              </w:rPr>
            </w:pPr>
          </w:p>
        </w:tc>
        <w:tc>
          <w:tcPr>
            <w:tcW w:w="2129" w:type="dxa"/>
          </w:tcPr>
          <w:p w14:paraId="26B486ED" w14:textId="77777777" w:rsidR="0032397C" w:rsidRDefault="0032397C" w:rsidP="008E2DE7">
            <w:pPr>
              <w:jc w:val="both"/>
              <w:rPr>
                <w:rFonts w:ascii="Times New Roman" w:hAnsi="Times New Roman" w:cs="Times New Roman"/>
                <w:sz w:val="28"/>
                <w:szCs w:val="28"/>
              </w:rPr>
            </w:pPr>
          </w:p>
        </w:tc>
        <w:tc>
          <w:tcPr>
            <w:tcW w:w="1984" w:type="dxa"/>
          </w:tcPr>
          <w:p w14:paraId="76A8EAF7" w14:textId="77777777" w:rsidR="0032397C" w:rsidRDefault="0032397C" w:rsidP="008E2DE7">
            <w:pPr>
              <w:jc w:val="both"/>
              <w:rPr>
                <w:rFonts w:ascii="Times New Roman" w:hAnsi="Times New Roman" w:cs="Times New Roman"/>
                <w:sz w:val="28"/>
                <w:szCs w:val="28"/>
              </w:rPr>
            </w:pPr>
          </w:p>
        </w:tc>
      </w:tr>
      <w:tr w:rsidR="0032397C" w14:paraId="114F9D77" w14:textId="77777777" w:rsidTr="0032397C">
        <w:tc>
          <w:tcPr>
            <w:tcW w:w="3009" w:type="dxa"/>
          </w:tcPr>
          <w:p w14:paraId="5D691C91" w14:textId="77777777" w:rsidR="0032397C" w:rsidRDefault="0032397C" w:rsidP="008E2DE7">
            <w:pPr>
              <w:jc w:val="both"/>
              <w:rPr>
                <w:rFonts w:ascii="Times New Roman" w:hAnsi="Times New Roman" w:cs="Times New Roman"/>
                <w:sz w:val="28"/>
                <w:szCs w:val="28"/>
              </w:rPr>
            </w:pPr>
          </w:p>
        </w:tc>
        <w:tc>
          <w:tcPr>
            <w:tcW w:w="3221" w:type="dxa"/>
          </w:tcPr>
          <w:p w14:paraId="2479DDD0" w14:textId="77777777" w:rsidR="0032397C" w:rsidRDefault="0032397C" w:rsidP="008E2DE7">
            <w:pPr>
              <w:jc w:val="both"/>
              <w:rPr>
                <w:rFonts w:ascii="Times New Roman" w:hAnsi="Times New Roman" w:cs="Times New Roman"/>
                <w:sz w:val="28"/>
                <w:szCs w:val="28"/>
              </w:rPr>
            </w:pPr>
          </w:p>
        </w:tc>
        <w:tc>
          <w:tcPr>
            <w:tcW w:w="2129" w:type="dxa"/>
          </w:tcPr>
          <w:p w14:paraId="723F470E" w14:textId="77777777" w:rsidR="0032397C" w:rsidRDefault="0032397C" w:rsidP="008E2DE7">
            <w:pPr>
              <w:jc w:val="both"/>
              <w:rPr>
                <w:rFonts w:ascii="Times New Roman" w:hAnsi="Times New Roman" w:cs="Times New Roman"/>
                <w:sz w:val="28"/>
                <w:szCs w:val="28"/>
              </w:rPr>
            </w:pPr>
          </w:p>
        </w:tc>
        <w:tc>
          <w:tcPr>
            <w:tcW w:w="1984" w:type="dxa"/>
          </w:tcPr>
          <w:p w14:paraId="0095E3C5" w14:textId="77777777" w:rsidR="0032397C" w:rsidRDefault="0032397C" w:rsidP="008E2DE7">
            <w:pPr>
              <w:jc w:val="both"/>
              <w:rPr>
                <w:rFonts w:ascii="Times New Roman" w:hAnsi="Times New Roman" w:cs="Times New Roman"/>
                <w:sz w:val="28"/>
                <w:szCs w:val="28"/>
              </w:rPr>
            </w:pPr>
          </w:p>
        </w:tc>
      </w:tr>
      <w:tr w:rsidR="0032397C" w14:paraId="2A387E76" w14:textId="77777777" w:rsidTr="0032397C">
        <w:tc>
          <w:tcPr>
            <w:tcW w:w="3009" w:type="dxa"/>
          </w:tcPr>
          <w:p w14:paraId="365887BE" w14:textId="77777777" w:rsidR="0032397C" w:rsidRDefault="0032397C" w:rsidP="008E2DE7">
            <w:pPr>
              <w:jc w:val="both"/>
              <w:rPr>
                <w:rFonts w:ascii="Times New Roman" w:hAnsi="Times New Roman" w:cs="Times New Roman"/>
                <w:sz w:val="28"/>
                <w:szCs w:val="28"/>
              </w:rPr>
            </w:pPr>
          </w:p>
        </w:tc>
        <w:tc>
          <w:tcPr>
            <w:tcW w:w="3221" w:type="dxa"/>
          </w:tcPr>
          <w:p w14:paraId="7D5C5B20" w14:textId="77777777" w:rsidR="0032397C" w:rsidRDefault="0032397C" w:rsidP="008E2DE7">
            <w:pPr>
              <w:jc w:val="both"/>
              <w:rPr>
                <w:rFonts w:ascii="Times New Roman" w:hAnsi="Times New Roman" w:cs="Times New Roman"/>
                <w:sz w:val="28"/>
                <w:szCs w:val="28"/>
              </w:rPr>
            </w:pPr>
          </w:p>
        </w:tc>
        <w:tc>
          <w:tcPr>
            <w:tcW w:w="2129" w:type="dxa"/>
          </w:tcPr>
          <w:p w14:paraId="5B20CDB7" w14:textId="77777777" w:rsidR="0032397C" w:rsidRDefault="0032397C" w:rsidP="008E2DE7">
            <w:pPr>
              <w:jc w:val="both"/>
              <w:rPr>
                <w:rFonts w:ascii="Times New Roman" w:hAnsi="Times New Roman" w:cs="Times New Roman"/>
                <w:sz w:val="28"/>
                <w:szCs w:val="28"/>
              </w:rPr>
            </w:pPr>
          </w:p>
        </w:tc>
        <w:tc>
          <w:tcPr>
            <w:tcW w:w="1984" w:type="dxa"/>
          </w:tcPr>
          <w:p w14:paraId="1480BF53" w14:textId="77777777" w:rsidR="0032397C" w:rsidRDefault="0032397C" w:rsidP="008E2DE7">
            <w:pPr>
              <w:jc w:val="both"/>
              <w:rPr>
                <w:rFonts w:ascii="Times New Roman" w:hAnsi="Times New Roman" w:cs="Times New Roman"/>
                <w:sz w:val="28"/>
                <w:szCs w:val="28"/>
              </w:rPr>
            </w:pPr>
          </w:p>
        </w:tc>
      </w:tr>
      <w:tr w:rsidR="0032397C" w14:paraId="05725768" w14:textId="77777777" w:rsidTr="0032397C">
        <w:tc>
          <w:tcPr>
            <w:tcW w:w="3009" w:type="dxa"/>
          </w:tcPr>
          <w:p w14:paraId="54584E41" w14:textId="77777777" w:rsidR="0032397C" w:rsidRDefault="0032397C" w:rsidP="008E2DE7">
            <w:pPr>
              <w:jc w:val="both"/>
              <w:rPr>
                <w:rFonts w:ascii="Times New Roman" w:hAnsi="Times New Roman" w:cs="Times New Roman"/>
                <w:sz w:val="28"/>
                <w:szCs w:val="28"/>
              </w:rPr>
            </w:pPr>
          </w:p>
        </w:tc>
        <w:tc>
          <w:tcPr>
            <w:tcW w:w="3221" w:type="dxa"/>
          </w:tcPr>
          <w:p w14:paraId="5ABF0833" w14:textId="77777777" w:rsidR="0032397C" w:rsidRDefault="0032397C" w:rsidP="008E2DE7">
            <w:pPr>
              <w:jc w:val="both"/>
              <w:rPr>
                <w:rFonts w:ascii="Times New Roman" w:hAnsi="Times New Roman" w:cs="Times New Roman"/>
                <w:sz w:val="28"/>
                <w:szCs w:val="28"/>
              </w:rPr>
            </w:pPr>
          </w:p>
        </w:tc>
        <w:tc>
          <w:tcPr>
            <w:tcW w:w="2129" w:type="dxa"/>
          </w:tcPr>
          <w:p w14:paraId="6DAA7EA4" w14:textId="77777777" w:rsidR="0032397C" w:rsidRDefault="0032397C" w:rsidP="008E2DE7">
            <w:pPr>
              <w:jc w:val="both"/>
              <w:rPr>
                <w:rFonts w:ascii="Times New Roman" w:hAnsi="Times New Roman" w:cs="Times New Roman"/>
                <w:sz w:val="28"/>
                <w:szCs w:val="28"/>
              </w:rPr>
            </w:pPr>
          </w:p>
        </w:tc>
        <w:tc>
          <w:tcPr>
            <w:tcW w:w="1984" w:type="dxa"/>
          </w:tcPr>
          <w:p w14:paraId="40C94BEB" w14:textId="77777777" w:rsidR="0032397C" w:rsidRDefault="0032397C" w:rsidP="008E2DE7">
            <w:pPr>
              <w:jc w:val="both"/>
              <w:rPr>
                <w:rFonts w:ascii="Times New Roman" w:hAnsi="Times New Roman" w:cs="Times New Roman"/>
                <w:sz w:val="28"/>
                <w:szCs w:val="28"/>
              </w:rPr>
            </w:pPr>
          </w:p>
        </w:tc>
      </w:tr>
      <w:tr w:rsidR="0032397C" w14:paraId="3C24F604" w14:textId="77777777" w:rsidTr="0032397C">
        <w:tc>
          <w:tcPr>
            <w:tcW w:w="3009" w:type="dxa"/>
          </w:tcPr>
          <w:p w14:paraId="0E8FECE1" w14:textId="77777777" w:rsidR="0032397C" w:rsidRDefault="0032397C" w:rsidP="008E2DE7">
            <w:pPr>
              <w:jc w:val="both"/>
              <w:rPr>
                <w:rFonts w:ascii="Times New Roman" w:hAnsi="Times New Roman" w:cs="Times New Roman"/>
                <w:sz w:val="28"/>
                <w:szCs w:val="28"/>
              </w:rPr>
            </w:pPr>
          </w:p>
        </w:tc>
        <w:tc>
          <w:tcPr>
            <w:tcW w:w="3221" w:type="dxa"/>
          </w:tcPr>
          <w:p w14:paraId="427F1AC7" w14:textId="77777777" w:rsidR="0032397C" w:rsidRDefault="0032397C" w:rsidP="008E2DE7">
            <w:pPr>
              <w:jc w:val="both"/>
              <w:rPr>
                <w:rFonts w:ascii="Times New Roman" w:hAnsi="Times New Roman" w:cs="Times New Roman"/>
                <w:sz w:val="28"/>
                <w:szCs w:val="28"/>
              </w:rPr>
            </w:pPr>
          </w:p>
        </w:tc>
        <w:tc>
          <w:tcPr>
            <w:tcW w:w="2129" w:type="dxa"/>
          </w:tcPr>
          <w:p w14:paraId="2133101F" w14:textId="77777777" w:rsidR="0032397C" w:rsidRDefault="0032397C" w:rsidP="008E2DE7">
            <w:pPr>
              <w:jc w:val="both"/>
              <w:rPr>
                <w:rFonts w:ascii="Times New Roman" w:hAnsi="Times New Roman" w:cs="Times New Roman"/>
                <w:sz w:val="28"/>
                <w:szCs w:val="28"/>
              </w:rPr>
            </w:pPr>
          </w:p>
        </w:tc>
        <w:tc>
          <w:tcPr>
            <w:tcW w:w="1984" w:type="dxa"/>
          </w:tcPr>
          <w:p w14:paraId="3EFE4835" w14:textId="77777777" w:rsidR="0032397C" w:rsidRDefault="0032397C" w:rsidP="008E2DE7">
            <w:pPr>
              <w:jc w:val="both"/>
              <w:rPr>
                <w:rFonts w:ascii="Times New Roman" w:hAnsi="Times New Roman" w:cs="Times New Roman"/>
                <w:sz w:val="28"/>
                <w:szCs w:val="28"/>
              </w:rPr>
            </w:pPr>
          </w:p>
        </w:tc>
      </w:tr>
      <w:tr w:rsidR="0032397C" w14:paraId="07FDB373" w14:textId="77777777" w:rsidTr="0032397C">
        <w:tc>
          <w:tcPr>
            <w:tcW w:w="3009" w:type="dxa"/>
          </w:tcPr>
          <w:p w14:paraId="70FECC58" w14:textId="77777777" w:rsidR="0032397C" w:rsidRDefault="0032397C" w:rsidP="008E2DE7">
            <w:pPr>
              <w:jc w:val="both"/>
              <w:rPr>
                <w:rFonts w:ascii="Times New Roman" w:hAnsi="Times New Roman" w:cs="Times New Roman"/>
                <w:sz w:val="28"/>
                <w:szCs w:val="28"/>
              </w:rPr>
            </w:pPr>
          </w:p>
        </w:tc>
        <w:tc>
          <w:tcPr>
            <w:tcW w:w="3221" w:type="dxa"/>
          </w:tcPr>
          <w:p w14:paraId="79F24473" w14:textId="77777777" w:rsidR="0032397C" w:rsidRDefault="0032397C" w:rsidP="008E2DE7">
            <w:pPr>
              <w:jc w:val="both"/>
              <w:rPr>
                <w:rFonts w:ascii="Times New Roman" w:hAnsi="Times New Roman" w:cs="Times New Roman"/>
                <w:sz w:val="28"/>
                <w:szCs w:val="28"/>
              </w:rPr>
            </w:pPr>
          </w:p>
        </w:tc>
        <w:tc>
          <w:tcPr>
            <w:tcW w:w="2129" w:type="dxa"/>
          </w:tcPr>
          <w:p w14:paraId="5E38F2FA" w14:textId="77777777" w:rsidR="0032397C" w:rsidRDefault="0032397C" w:rsidP="008E2DE7">
            <w:pPr>
              <w:jc w:val="both"/>
              <w:rPr>
                <w:rFonts w:ascii="Times New Roman" w:hAnsi="Times New Roman" w:cs="Times New Roman"/>
                <w:sz w:val="28"/>
                <w:szCs w:val="28"/>
              </w:rPr>
            </w:pPr>
          </w:p>
        </w:tc>
        <w:tc>
          <w:tcPr>
            <w:tcW w:w="1984" w:type="dxa"/>
          </w:tcPr>
          <w:p w14:paraId="49CE3CC2" w14:textId="77777777" w:rsidR="0032397C" w:rsidRDefault="0032397C" w:rsidP="008E2DE7">
            <w:pPr>
              <w:jc w:val="both"/>
              <w:rPr>
                <w:rFonts w:ascii="Times New Roman" w:hAnsi="Times New Roman" w:cs="Times New Roman"/>
                <w:sz w:val="28"/>
                <w:szCs w:val="28"/>
              </w:rPr>
            </w:pPr>
          </w:p>
        </w:tc>
      </w:tr>
      <w:tr w:rsidR="0032397C" w14:paraId="0CB21714" w14:textId="77777777" w:rsidTr="0032397C">
        <w:tc>
          <w:tcPr>
            <w:tcW w:w="3009" w:type="dxa"/>
          </w:tcPr>
          <w:p w14:paraId="2AD9F581" w14:textId="77777777" w:rsidR="0032397C" w:rsidRDefault="0032397C" w:rsidP="008E2DE7">
            <w:pPr>
              <w:jc w:val="both"/>
              <w:rPr>
                <w:rFonts w:ascii="Times New Roman" w:hAnsi="Times New Roman" w:cs="Times New Roman"/>
                <w:sz w:val="28"/>
                <w:szCs w:val="28"/>
              </w:rPr>
            </w:pPr>
          </w:p>
        </w:tc>
        <w:tc>
          <w:tcPr>
            <w:tcW w:w="3221" w:type="dxa"/>
          </w:tcPr>
          <w:p w14:paraId="06AC2E95" w14:textId="77777777" w:rsidR="0032397C" w:rsidRDefault="0032397C" w:rsidP="008E2DE7">
            <w:pPr>
              <w:jc w:val="both"/>
              <w:rPr>
                <w:rFonts w:ascii="Times New Roman" w:hAnsi="Times New Roman" w:cs="Times New Roman"/>
                <w:sz w:val="28"/>
                <w:szCs w:val="28"/>
              </w:rPr>
            </w:pPr>
          </w:p>
        </w:tc>
        <w:tc>
          <w:tcPr>
            <w:tcW w:w="2129" w:type="dxa"/>
          </w:tcPr>
          <w:p w14:paraId="1683C001" w14:textId="77777777" w:rsidR="0032397C" w:rsidRDefault="0032397C" w:rsidP="008E2DE7">
            <w:pPr>
              <w:jc w:val="both"/>
              <w:rPr>
                <w:rFonts w:ascii="Times New Roman" w:hAnsi="Times New Roman" w:cs="Times New Roman"/>
                <w:sz w:val="28"/>
                <w:szCs w:val="28"/>
              </w:rPr>
            </w:pPr>
          </w:p>
        </w:tc>
        <w:tc>
          <w:tcPr>
            <w:tcW w:w="1984" w:type="dxa"/>
          </w:tcPr>
          <w:p w14:paraId="5769B0D7" w14:textId="77777777" w:rsidR="0032397C" w:rsidRDefault="0032397C" w:rsidP="008E2DE7">
            <w:pPr>
              <w:jc w:val="both"/>
              <w:rPr>
                <w:rFonts w:ascii="Times New Roman" w:hAnsi="Times New Roman" w:cs="Times New Roman"/>
                <w:sz w:val="28"/>
                <w:szCs w:val="28"/>
              </w:rPr>
            </w:pPr>
          </w:p>
        </w:tc>
      </w:tr>
      <w:tr w:rsidR="0032397C" w14:paraId="5CB72DA9" w14:textId="77777777" w:rsidTr="0032397C">
        <w:tc>
          <w:tcPr>
            <w:tcW w:w="3009" w:type="dxa"/>
          </w:tcPr>
          <w:p w14:paraId="272C0E1E" w14:textId="77777777" w:rsidR="0032397C" w:rsidRDefault="0032397C" w:rsidP="008E2DE7">
            <w:pPr>
              <w:jc w:val="both"/>
              <w:rPr>
                <w:rFonts w:ascii="Times New Roman" w:hAnsi="Times New Roman" w:cs="Times New Roman"/>
                <w:sz w:val="28"/>
                <w:szCs w:val="28"/>
              </w:rPr>
            </w:pPr>
          </w:p>
        </w:tc>
        <w:tc>
          <w:tcPr>
            <w:tcW w:w="3221" w:type="dxa"/>
          </w:tcPr>
          <w:p w14:paraId="6026630C" w14:textId="77777777" w:rsidR="0032397C" w:rsidRDefault="0032397C" w:rsidP="008E2DE7">
            <w:pPr>
              <w:jc w:val="both"/>
              <w:rPr>
                <w:rFonts w:ascii="Times New Roman" w:hAnsi="Times New Roman" w:cs="Times New Roman"/>
                <w:sz w:val="28"/>
                <w:szCs w:val="28"/>
              </w:rPr>
            </w:pPr>
          </w:p>
        </w:tc>
        <w:tc>
          <w:tcPr>
            <w:tcW w:w="2129" w:type="dxa"/>
          </w:tcPr>
          <w:p w14:paraId="3BB2AE82" w14:textId="77777777" w:rsidR="0032397C" w:rsidRDefault="0032397C" w:rsidP="008E2DE7">
            <w:pPr>
              <w:jc w:val="both"/>
              <w:rPr>
                <w:rFonts w:ascii="Times New Roman" w:hAnsi="Times New Roman" w:cs="Times New Roman"/>
                <w:sz w:val="28"/>
                <w:szCs w:val="28"/>
              </w:rPr>
            </w:pPr>
          </w:p>
        </w:tc>
        <w:tc>
          <w:tcPr>
            <w:tcW w:w="1984" w:type="dxa"/>
          </w:tcPr>
          <w:p w14:paraId="50DD8153" w14:textId="77777777" w:rsidR="0032397C" w:rsidRDefault="0032397C" w:rsidP="008E2DE7">
            <w:pPr>
              <w:jc w:val="both"/>
              <w:rPr>
                <w:rFonts w:ascii="Times New Roman" w:hAnsi="Times New Roman" w:cs="Times New Roman"/>
                <w:sz w:val="28"/>
                <w:szCs w:val="28"/>
              </w:rPr>
            </w:pPr>
          </w:p>
        </w:tc>
      </w:tr>
      <w:tr w:rsidR="0032397C" w14:paraId="3A4BACC2" w14:textId="77777777" w:rsidTr="0032397C">
        <w:tc>
          <w:tcPr>
            <w:tcW w:w="3009" w:type="dxa"/>
          </w:tcPr>
          <w:p w14:paraId="7A5F846F" w14:textId="77777777" w:rsidR="0032397C" w:rsidRDefault="0032397C" w:rsidP="008E2DE7">
            <w:pPr>
              <w:jc w:val="both"/>
              <w:rPr>
                <w:rFonts w:ascii="Times New Roman" w:hAnsi="Times New Roman" w:cs="Times New Roman"/>
                <w:sz w:val="28"/>
                <w:szCs w:val="28"/>
              </w:rPr>
            </w:pPr>
          </w:p>
        </w:tc>
        <w:tc>
          <w:tcPr>
            <w:tcW w:w="3221" w:type="dxa"/>
          </w:tcPr>
          <w:p w14:paraId="3D688093" w14:textId="77777777" w:rsidR="0032397C" w:rsidRDefault="0032397C" w:rsidP="008E2DE7">
            <w:pPr>
              <w:jc w:val="both"/>
              <w:rPr>
                <w:rFonts w:ascii="Times New Roman" w:hAnsi="Times New Roman" w:cs="Times New Roman"/>
                <w:sz w:val="28"/>
                <w:szCs w:val="28"/>
              </w:rPr>
            </w:pPr>
          </w:p>
        </w:tc>
        <w:tc>
          <w:tcPr>
            <w:tcW w:w="2129" w:type="dxa"/>
          </w:tcPr>
          <w:p w14:paraId="6D1950C1" w14:textId="77777777" w:rsidR="0032397C" w:rsidRDefault="0032397C" w:rsidP="008E2DE7">
            <w:pPr>
              <w:jc w:val="both"/>
              <w:rPr>
                <w:rFonts w:ascii="Times New Roman" w:hAnsi="Times New Roman" w:cs="Times New Roman"/>
                <w:sz w:val="28"/>
                <w:szCs w:val="28"/>
              </w:rPr>
            </w:pPr>
          </w:p>
        </w:tc>
        <w:tc>
          <w:tcPr>
            <w:tcW w:w="1984" w:type="dxa"/>
          </w:tcPr>
          <w:p w14:paraId="7F3BF5A5" w14:textId="77777777" w:rsidR="0032397C" w:rsidRDefault="0032397C" w:rsidP="008E2DE7">
            <w:pPr>
              <w:jc w:val="both"/>
              <w:rPr>
                <w:rFonts w:ascii="Times New Roman" w:hAnsi="Times New Roman" w:cs="Times New Roman"/>
                <w:sz w:val="28"/>
                <w:szCs w:val="28"/>
              </w:rPr>
            </w:pPr>
          </w:p>
        </w:tc>
      </w:tr>
      <w:tr w:rsidR="0032397C" w14:paraId="44FC0B97" w14:textId="77777777" w:rsidTr="0032397C">
        <w:tc>
          <w:tcPr>
            <w:tcW w:w="3009" w:type="dxa"/>
          </w:tcPr>
          <w:p w14:paraId="042F6506" w14:textId="77777777" w:rsidR="0032397C" w:rsidRDefault="0032397C" w:rsidP="008E2DE7">
            <w:pPr>
              <w:jc w:val="both"/>
              <w:rPr>
                <w:rFonts w:ascii="Times New Roman" w:hAnsi="Times New Roman" w:cs="Times New Roman"/>
                <w:sz w:val="28"/>
                <w:szCs w:val="28"/>
              </w:rPr>
            </w:pPr>
          </w:p>
        </w:tc>
        <w:tc>
          <w:tcPr>
            <w:tcW w:w="3221" w:type="dxa"/>
          </w:tcPr>
          <w:p w14:paraId="294342CA" w14:textId="77777777" w:rsidR="0032397C" w:rsidRDefault="0032397C" w:rsidP="008E2DE7">
            <w:pPr>
              <w:jc w:val="both"/>
              <w:rPr>
                <w:rFonts w:ascii="Times New Roman" w:hAnsi="Times New Roman" w:cs="Times New Roman"/>
                <w:sz w:val="28"/>
                <w:szCs w:val="28"/>
              </w:rPr>
            </w:pPr>
          </w:p>
        </w:tc>
        <w:tc>
          <w:tcPr>
            <w:tcW w:w="2129" w:type="dxa"/>
          </w:tcPr>
          <w:p w14:paraId="14660E49" w14:textId="77777777" w:rsidR="0032397C" w:rsidRDefault="0032397C" w:rsidP="008E2DE7">
            <w:pPr>
              <w:jc w:val="both"/>
              <w:rPr>
                <w:rFonts w:ascii="Times New Roman" w:hAnsi="Times New Roman" w:cs="Times New Roman"/>
                <w:sz w:val="28"/>
                <w:szCs w:val="28"/>
              </w:rPr>
            </w:pPr>
          </w:p>
        </w:tc>
        <w:tc>
          <w:tcPr>
            <w:tcW w:w="1984" w:type="dxa"/>
          </w:tcPr>
          <w:p w14:paraId="2A3EC443" w14:textId="77777777" w:rsidR="0032397C" w:rsidRDefault="0032397C" w:rsidP="008E2DE7">
            <w:pPr>
              <w:jc w:val="both"/>
              <w:rPr>
                <w:rFonts w:ascii="Times New Roman" w:hAnsi="Times New Roman" w:cs="Times New Roman"/>
                <w:sz w:val="28"/>
                <w:szCs w:val="28"/>
              </w:rPr>
            </w:pPr>
          </w:p>
        </w:tc>
      </w:tr>
      <w:tr w:rsidR="0032397C" w14:paraId="76A8374E" w14:textId="77777777" w:rsidTr="0032397C">
        <w:tc>
          <w:tcPr>
            <w:tcW w:w="3009" w:type="dxa"/>
          </w:tcPr>
          <w:p w14:paraId="1455841D" w14:textId="77777777" w:rsidR="0032397C" w:rsidRDefault="0032397C" w:rsidP="008E2DE7">
            <w:pPr>
              <w:jc w:val="both"/>
              <w:rPr>
                <w:rFonts w:ascii="Times New Roman" w:hAnsi="Times New Roman" w:cs="Times New Roman"/>
                <w:sz w:val="28"/>
                <w:szCs w:val="28"/>
              </w:rPr>
            </w:pPr>
          </w:p>
        </w:tc>
        <w:tc>
          <w:tcPr>
            <w:tcW w:w="3221" w:type="dxa"/>
          </w:tcPr>
          <w:p w14:paraId="2FBA015C" w14:textId="77777777" w:rsidR="0032397C" w:rsidRDefault="0032397C" w:rsidP="008E2DE7">
            <w:pPr>
              <w:jc w:val="both"/>
              <w:rPr>
                <w:rFonts w:ascii="Times New Roman" w:hAnsi="Times New Roman" w:cs="Times New Roman"/>
                <w:sz w:val="28"/>
                <w:szCs w:val="28"/>
              </w:rPr>
            </w:pPr>
          </w:p>
        </w:tc>
        <w:tc>
          <w:tcPr>
            <w:tcW w:w="2129" w:type="dxa"/>
          </w:tcPr>
          <w:p w14:paraId="0DD30270" w14:textId="77777777" w:rsidR="0032397C" w:rsidRDefault="0032397C" w:rsidP="008E2DE7">
            <w:pPr>
              <w:jc w:val="both"/>
              <w:rPr>
                <w:rFonts w:ascii="Times New Roman" w:hAnsi="Times New Roman" w:cs="Times New Roman"/>
                <w:sz w:val="28"/>
                <w:szCs w:val="28"/>
              </w:rPr>
            </w:pPr>
          </w:p>
        </w:tc>
        <w:tc>
          <w:tcPr>
            <w:tcW w:w="1984" w:type="dxa"/>
          </w:tcPr>
          <w:p w14:paraId="73113842" w14:textId="77777777" w:rsidR="0032397C" w:rsidRDefault="0032397C" w:rsidP="008E2DE7">
            <w:pPr>
              <w:jc w:val="both"/>
              <w:rPr>
                <w:rFonts w:ascii="Times New Roman" w:hAnsi="Times New Roman" w:cs="Times New Roman"/>
                <w:sz w:val="28"/>
                <w:szCs w:val="28"/>
              </w:rPr>
            </w:pPr>
          </w:p>
        </w:tc>
      </w:tr>
      <w:tr w:rsidR="0032397C" w14:paraId="07288115" w14:textId="77777777" w:rsidTr="0032397C">
        <w:tc>
          <w:tcPr>
            <w:tcW w:w="3009" w:type="dxa"/>
          </w:tcPr>
          <w:p w14:paraId="2E5EAAF1" w14:textId="77777777" w:rsidR="0032397C" w:rsidRDefault="0032397C" w:rsidP="008E2DE7">
            <w:pPr>
              <w:jc w:val="both"/>
              <w:rPr>
                <w:rFonts w:ascii="Times New Roman" w:hAnsi="Times New Roman" w:cs="Times New Roman"/>
                <w:sz w:val="28"/>
                <w:szCs w:val="28"/>
              </w:rPr>
            </w:pPr>
          </w:p>
        </w:tc>
        <w:tc>
          <w:tcPr>
            <w:tcW w:w="3221" w:type="dxa"/>
          </w:tcPr>
          <w:p w14:paraId="00D09FEB" w14:textId="77777777" w:rsidR="0032397C" w:rsidRDefault="0032397C" w:rsidP="008E2DE7">
            <w:pPr>
              <w:jc w:val="both"/>
              <w:rPr>
                <w:rFonts w:ascii="Times New Roman" w:hAnsi="Times New Roman" w:cs="Times New Roman"/>
                <w:sz w:val="28"/>
                <w:szCs w:val="28"/>
              </w:rPr>
            </w:pPr>
          </w:p>
        </w:tc>
        <w:tc>
          <w:tcPr>
            <w:tcW w:w="2129" w:type="dxa"/>
          </w:tcPr>
          <w:p w14:paraId="5E93AEF8" w14:textId="77777777" w:rsidR="0032397C" w:rsidRDefault="0032397C" w:rsidP="008E2DE7">
            <w:pPr>
              <w:jc w:val="both"/>
              <w:rPr>
                <w:rFonts w:ascii="Times New Roman" w:hAnsi="Times New Roman" w:cs="Times New Roman"/>
                <w:sz w:val="28"/>
                <w:szCs w:val="28"/>
              </w:rPr>
            </w:pPr>
          </w:p>
        </w:tc>
        <w:tc>
          <w:tcPr>
            <w:tcW w:w="1984" w:type="dxa"/>
          </w:tcPr>
          <w:p w14:paraId="62AC4D90" w14:textId="77777777" w:rsidR="0032397C" w:rsidRDefault="0032397C" w:rsidP="008E2DE7">
            <w:pPr>
              <w:jc w:val="both"/>
              <w:rPr>
                <w:rFonts w:ascii="Times New Roman" w:hAnsi="Times New Roman" w:cs="Times New Roman"/>
                <w:sz w:val="28"/>
                <w:szCs w:val="28"/>
              </w:rPr>
            </w:pPr>
          </w:p>
        </w:tc>
      </w:tr>
      <w:tr w:rsidR="0032397C" w14:paraId="073C85BE" w14:textId="77777777" w:rsidTr="0032397C">
        <w:tc>
          <w:tcPr>
            <w:tcW w:w="3009" w:type="dxa"/>
          </w:tcPr>
          <w:p w14:paraId="37ECA818" w14:textId="77777777" w:rsidR="0032397C" w:rsidRDefault="0032397C" w:rsidP="008E2DE7">
            <w:pPr>
              <w:jc w:val="both"/>
              <w:rPr>
                <w:rFonts w:ascii="Times New Roman" w:hAnsi="Times New Roman" w:cs="Times New Roman"/>
                <w:sz w:val="28"/>
                <w:szCs w:val="28"/>
              </w:rPr>
            </w:pPr>
          </w:p>
        </w:tc>
        <w:tc>
          <w:tcPr>
            <w:tcW w:w="3221" w:type="dxa"/>
          </w:tcPr>
          <w:p w14:paraId="0CF973AB" w14:textId="77777777" w:rsidR="0032397C" w:rsidRDefault="0032397C" w:rsidP="008E2DE7">
            <w:pPr>
              <w:jc w:val="both"/>
              <w:rPr>
                <w:rFonts w:ascii="Times New Roman" w:hAnsi="Times New Roman" w:cs="Times New Roman"/>
                <w:sz w:val="28"/>
                <w:szCs w:val="28"/>
              </w:rPr>
            </w:pPr>
          </w:p>
        </w:tc>
        <w:tc>
          <w:tcPr>
            <w:tcW w:w="2129" w:type="dxa"/>
          </w:tcPr>
          <w:p w14:paraId="58D71D85" w14:textId="77777777" w:rsidR="0032397C" w:rsidRDefault="0032397C" w:rsidP="008E2DE7">
            <w:pPr>
              <w:jc w:val="both"/>
              <w:rPr>
                <w:rFonts w:ascii="Times New Roman" w:hAnsi="Times New Roman" w:cs="Times New Roman"/>
                <w:sz w:val="28"/>
                <w:szCs w:val="28"/>
              </w:rPr>
            </w:pPr>
          </w:p>
        </w:tc>
        <w:tc>
          <w:tcPr>
            <w:tcW w:w="1984" w:type="dxa"/>
          </w:tcPr>
          <w:p w14:paraId="4F944C36" w14:textId="77777777" w:rsidR="0032397C" w:rsidRDefault="0032397C" w:rsidP="008E2DE7">
            <w:pPr>
              <w:jc w:val="both"/>
              <w:rPr>
                <w:rFonts w:ascii="Times New Roman" w:hAnsi="Times New Roman" w:cs="Times New Roman"/>
                <w:sz w:val="28"/>
                <w:szCs w:val="28"/>
              </w:rPr>
            </w:pPr>
          </w:p>
        </w:tc>
      </w:tr>
      <w:tr w:rsidR="0032397C" w14:paraId="41ADEAF5" w14:textId="77777777" w:rsidTr="0032397C">
        <w:tc>
          <w:tcPr>
            <w:tcW w:w="3009" w:type="dxa"/>
          </w:tcPr>
          <w:p w14:paraId="37E3807F" w14:textId="77777777" w:rsidR="0032397C" w:rsidRDefault="0032397C" w:rsidP="008E2DE7">
            <w:pPr>
              <w:jc w:val="both"/>
              <w:rPr>
                <w:rFonts w:ascii="Times New Roman" w:hAnsi="Times New Roman" w:cs="Times New Roman"/>
                <w:sz w:val="28"/>
                <w:szCs w:val="28"/>
              </w:rPr>
            </w:pPr>
          </w:p>
        </w:tc>
        <w:tc>
          <w:tcPr>
            <w:tcW w:w="3221" w:type="dxa"/>
          </w:tcPr>
          <w:p w14:paraId="2DC56400" w14:textId="77777777" w:rsidR="0032397C" w:rsidRDefault="0032397C" w:rsidP="008E2DE7">
            <w:pPr>
              <w:jc w:val="both"/>
              <w:rPr>
                <w:rFonts w:ascii="Times New Roman" w:hAnsi="Times New Roman" w:cs="Times New Roman"/>
                <w:sz w:val="28"/>
                <w:szCs w:val="28"/>
              </w:rPr>
            </w:pPr>
          </w:p>
        </w:tc>
        <w:tc>
          <w:tcPr>
            <w:tcW w:w="2129" w:type="dxa"/>
          </w:tcPr>
          <w:p w14:paraId="089A2201" w14:textId="77777777" w:rsidR="0032397C" w:rsidRDefault="0032397C" w:rsidP="008E2DE7">
            <w:pPr>
              <w:jc w:val="both"/>
              <w:rPr>
                <w:rFonts w:ascii="Times New Roman" w:hAnsi="Times New Roman" w:cs="Times New Roman"/>
                <w:sz w:val="28"/>
                <w:szCs w:val="28"/>
              </w:rPr>
            </w:pPr>
          </w:p>
        </w:tc>
        <w:tc>
          <w:tcPr>
            <w:tcW w:w="1984" w:type="dxa"/>
          </w:tcPr>
          <w:p w14:paraId="1C173737" w14:textId="77777777" w:rsidR="0032397C" w:rsidRDefault="0032397C" w:rsidP="008E2DE7">
            <w:pPr>
              <w:jc w:val="both"/>
              <w:rPr>
                <w:rFonts w:ascii="Times New Roman" w:hAnsi="Times New Roman" w:cs="Times New Roman"/>
                <w:sz w:val="28"/>
                <w:szCs w:val="28"/>
              </w:rPr>
            </w:pPr>
          </w:p>
        </w:tc>
      </w:tr>
      <w:tr w:rsidR="0032397C" w14:paraId="298E8F32" w14:textId="77777777" w:rsidTr="0032397C">
        <w:tc>
          <w:tcPr>
            <w:tcW w:w="3009" w:type="dxa"/>
          </w:tcPr>
          <w:p w14:paraId="481B98C3" w14:textId="77777777" w:rsidR="0032397C" w:rsidRDefault="0032397C" w:rsidP="008E2DE7">
            <w:pPr>
              <w:jc w:val="both"/>
              <w:rPr>
                <w:rFonts w:ascii="Times New Roman" w:hAnsi="Times New Roman" w:cs="Times New Roman"/>
                <w:sz w:val="28"/>
                <w:szCs w:val="28"/>
              </w:rPr>
            </w:pPr>
          </w:p>
        </w:tc>
        <w:tc>
          <w:tcPr>
            <w:tcW w:w="3221" w:type="dxa"/>
          </w:tcPr>
          <w:p w14:paraId="65C04FEC" w14:textId="77777777" w:rsidR="0032397C" w:rsidRDefault="0032397C" w:rsidP="008E2DE7">
            <w:pPr>
              <w:jc w:val="both"/>
              <w:rPr>
                <w:rFonts w:ascii="Times New Roman" w:hAnsi="Times New Roman" w:cs="Times New Roman"/>
                <w:sz w:val="28"/>
                <w:szCs w:val="28"/>
              </w:rPr>
            </w:pPr>
          </w:p>
        </w:tc>
        <w:tc>
          <w:tcPr>
            <w:tcW w:w="2129" w:type="dxa"/>
          </w:tcPr>
          <w:p w14:paraId="1DC6FDD5" w14:textId="77777777" w:rsidR="0032397C" w:rsidRDefault="0032397C" w:rsidP="008E2DE7">
            <w:pPr>
              <w:jc w:val="both"/>
              <w:rPr>
                <w:rFonts w:ascii="Times New Roman" w:hAnsi="Times New Roman" w:cs="Times New Roman"/>
                <w:sz w:val="28"/>
                <w:szCs w:val="28"/>
              </w:rPr>
            </w:pPr>
          </w:p>
        </w:tc>
        <w:tc>
          <w:tcPr>
            <w:tcW w:w="1984" w:type="dxa"/>
          </w:tcPr>
          <w:p w14:paraId="760499D6" w14:textId="77777777" w:rsidR="0032397C" w:rsidRDefault="0032397C" w:rsidP="008E2DE7">
            <w:pPr>
              <w:jc w:val="both"/>
              <w:rPr>
                <w:rFonts w:ascii="Times New Roman" w:hAnsi="Times New Roman" w:cs="Times New Roman"/>
                <w:sz w:val="28"/>
                <w:szCs w:val="28"/>
              </w:rPr>
            </w:pPr>
          </w:p>
        </w:tc>
      </w:tr>
      <w:tr w:rsidR="0032397C" w14:paraId="6A231070" w14:textId="77777777" w:rsidTr="0032397C">
        <w:tc>
          <w:tcPr>
            <w:tcW w:w="3009" w:type="dxa"/>
          </w:tcPr>
          <w:p w14:paraId="5D182CBB" w14:textId="77777777" w:rsidR="0032397C" w:rsidRDefault="0032397C" w:rsidP="008E2DE7">
            <w:pPr>
              <w:jc w:val="both"/>
              <w:rPr>
                <w:rFonts w:ascii="Times New Roman" w:hAnsi="Times New Roman" w:cs="Times New Roman"/>
                <w:sz w:val="28"/>
                <w:szCs w:val="28"/>
              </w:rPr>
            </w:pPr>
          </w:p>
        </w:tc>
        <w:tc>
          <w:tcPr>
            <w:tcW w:w="3221" w:type="dxa"/>
          </w:tcPr>
          <w:p w14:paraId="0378EB49" w14:textId="77777777" w:rsidR="0032397C" w:rsidRDefault="0032397C" w:rsidP="008E2DE7">
            <w:pPr>
              <w:jc w:val="both"/>
              <w:rPr>
                <w:rFonts w:ascii="Times New Roman" w:hAnsi="Times New Roman" w:cs="Times New Roman"/>
                <w:sz w:val="28"/>
                <w:szCs w:val="28"/>
              </w:rPr>
            </w:pPr>
          </w:p>
        </w:tc>
        <w:tc>
          <w:tcPr>
            <w:tcW w:w="2129" w:type="dxa"/>
          </w:tcPr>
          <w:p w14:paraId="50E711D5" w14:textId="77777777" w:rsidR="0032397C" w:rsidRDefault="0032397C" w:rsidP="008E2DE7">
            <w:pPr>
              <w:jc w:val="both"/>
              <w:rPr>
                <w:rFonts w:ascii="Times New Roman" w:hAnsi="Times New Roman" w:cs="Times New Roman"/>
                <w:sz w:val="28"/>
                <w:szCs w:val="28"/>
              </w:rPr>
            </w:pPr>
          </w:p>
        </w:tc>
        <w:tc>
          <w:tcPr>
            <w:tcW w:w="1984" w:type="dxa"/>
          </w:tcPr>
          <w:p w14:paraId="4BA3E8B4" w14:textId="77777777" w:rsidR="0032397C" w:rsidRDefault="0032397C" w:rsidP="008E2DE7">
            <w:pPr>
              <w:jc w:val="both"/>
              <w:rPr>
                <w:rFonts w:ascii="Times New Roman" w:hAnsi="Times New Roman" w:cs="Times New Roman"/>
                <w:sz w:val="28"/>
                <w:szCs w:val="28"/>
              </w:rPr>
            </w:pPr>
          </w:p>
        </w:tc>
      </w:tr>
      <w:tr w:rsidR="0032397C" w14:paraId="2B6FDC1A" w14:textId="77777777" w:rsidTr="0032397C">
        <w:tc>
          <w:tcPr>
            <w:tcW w:w="3009" w:type="dxa"/>
          </w:tcPr>
          <w:p w14:paraId="5E3A8ABA" w14:textId="77777777" w:rsidR="0032397C" w:rsidRDefault="0032397C" w:rsidP="008E2DE7">
            <w:pPr>
              <w:jc w:val="both"/>
              <w:rPr>
                <w:rFonts w:ascii="Times New Roman" w:hAnsi="Times New Roman" w:cs="Times New Roman"/>
                <w:sz w:val="28"/>
                <w:szCs w:val="28"/>
              </w:rPr>
            </w:pPr>
          </w:p>
        </w:tc>
        <w:tc>
          <w:tcPr>
            <w:tcW w:w="3221" w:type="dxa"/>
          </w:tcPr>
          <w:p w14:paraId="06E8ECF2" w14:textId="77777777" w:rsidR="0032397C" w:rsidRDefault="0032397C" w:rsidP="008E2DE7">
            <w:pPr>
              <w:jc w:val="both"/>
              <w:rPr>
                <w:rFonts w:ascii="Times New Roman" w:hAnsi="Times New Roman" w:cs="Times New Roman"/>
                <w:sz w:val="28"/>
                <w:szCs w:val="28"/>
              </w:rPr>
            </w:pPr>
          </w:p>
        </w:tc>
        <w:tc>
          <w:tcPr>
            <w:tcW w:w="2129" w:type="dxa"/>
          </w:tcPr>
          <w:p w14:paraId="30D6BE8E" w14:textId="77777777" w:rsidR="0032397C" w:rsidRDefault="0032397C" w:rsidP="008E2DE7">
            <w:pPr>
              <w:jc w:val="both"/>
              <w:rPr>
                <w:rFonts w:ascii="Times New Roman" w:hAnsi="Times New Roman" w:cs="Times New Roman"/>
                <w:sz w:val="28"/>
                <w:szCs w:val="28"/>
              </w:rPr>
            </w:pPr>
          </w:p>
        </w:tc>
        <w:tc>
          <w:tcPr>
            <w:tcW w:w="1984" w:type="dxa"/>
          </w:tcPr>
          <w:p w14:paraId="395921BB" w14:textId="77777777" w:rsidR="0032397C" w:rsidRDefault="0032397C" w:rsidP="008E2DE7">
            <w:pPr>
              <w:jc w:val="both"/>
              <w:rPr>
                <w:rFonts w:ascii="Times New Roman" w:hAnsi="Times New Roman" w:cs="Times New Roman"/>
                <w:sz w:val="28"/>
                <w:szCs w:val="28"/>
              </w:rPr>
            </w:pPr>
          </w:p>
        </w:tc>
      </w:tr>
      <w:tr w:rsidR="0032397C" w14:paraId="03086628" w14:textId="77777777" w:rsidTr="0032397C">
        <w:tc>
          <w:tcPr>
            <w:tcW w:w="3009" w:type="dxa"/>
          </w:tcPr>
          <w:p w14:paraId="7D5B8AC3" w14:textId="77777777" w:rsidR="0032397C" w:rsidRDefault="0032397C" w:rsidP="008E2DE7">
            <w:pPr>
              <w:jc w:val="both"/>
              <w:rPr>
                <w:rFonts w:ascii="Times New Roman" w:hAnsi="Times New Roman" w:cs="Times New Roman"/>
                <w:sz w:val="28"/>
                <w:szCs w:val="28"/>
              </w:rPr>
            </w:pPr>
          </w:p>
        </w:tc>
        <w:tc>
          <w:tcPr>
            <w:tcW w:w="3221" w:type="dxa"/>
          </w:tcPr>
          <w:p w14:paraId="3BE75952" w14:textId="77777777" w:rsidR="0032397C" w:rsidRDefault="0032397C" w:rsidP="008E2DE7">
            <w:pPr>
              <w:jc w:val="both"/>
              <w:rPr>
                <w:rFonts w:ascii="Times New Roman" w:hAnsi="Times New Roman" w:cs="Times New Roman"/>
                <w:sz w:val="28"/>
                <w:szCs w:val="28"/>
              </w:rPr>
            </w:pPr>
          </w:p>
        </w:tc>
        <w:tc>
          <w:tcPr>
            <w:tcW w:w="2129" w:type="dxa"/>
          </w:tcPr>
          <w:p w14:paraId="355A69A5" w14:textId="77777777" w:rsidR="0032397C" w:rsidRDefault="0032397C" w:rsidP="008E2DE7">
            <w:pPr>
              <w:jc w:val="both"/>
              <w:rPr>
                <w:rFonts w:ascii="Times New Roman" w:hAnsi="Times New Roman" w:cs="Times New Roman"/>
                <w:sz w:val="28"/>
                <w:szCs w:val="28"/>
              </w:rPr>
            </w:pPr>
          </w:p>
        </w:tc>
        <w:tc>
          <w:tcPr>
            <w:tcW w:w="1984" w:type="dxa"/>
          </w:tcPr>
          <w:p w14:paraId="6893A406" w14:textId="77777777" w:rsidR="0032397C" w:rsidRDefault="0032397C" w:rsidP="008E2DE7">
            <w:pPr>
              <w:jc w:val="both"/>
              <w:rPr>
                <w:rFonts w:ascii="Times New Roman" w:hAnsi="Times New Roman" w:cs="Times New Roman"/>
                <w:sz w:val="28"/>
                <w:szCs w:val="28"/>
              </w:rPr>
            </w:pPr>
          </w:p>
        </w:tc>
      </w:tr>
      <w:tr w:rsidR="0032397C" w14:paraId="5947A56D" w14:textId="77777777" w:rsidTr="0032397C">
        <w:tc>
          <w:tcPr>
            <w:tcW w:w="3009" w:type="dxa"/>
          </w:tcPr>
          <w:p w14:paraId="7443B630" w14:textId="77777777" w:rsidR="0032397C" w:rsidRDefault="0032397C" w:rsidP="008E2DE7">
            <w:pPr>
              <w:jc w:val="both"/>
              <w:rPr>
                <w:rFonts w:ascii="Times New Roman" w:hAnsi="Times New Roman" w:cs="Times New Roman"/>
                <w:sz w:val="28"/>
                <w:szCs w:val="28"/>
              </w:rPr>
            </w:pPr>
          </w:p>
        </w:tc>
        <w:tc>
          <w:tcPr>
            <w:tcW w:w="3221" w:type="dxa"/>
          </w:tcPr>
          <w:p w14:paraId="64B14F57" w14:textId="77777777" w:rsidR="0032397C" w:rsidRDefault="0032397C" w:rsidP="008E2DE7">
            <w:pPr>
              <w:jc w:val="both"/>
              <w:rPr>
                <w:rFonts w:ascii="Times New Roman" w:hAnsi="Times New Roman" w:cs="Times New Roman"/>
                <w:sz w:val="28"/>
                <w:szCs w:val="28"/>
              </w:rPr>
            </w:pPr>
          </w:p>
        </w:tc>
        <w:tc>
          <w:tcPr>
            <w:tcW w:w="2129" w:type="dxa"/>
          </w:tcPr>
          <w:p w14:paraId="013DAFC6" w14:textId="77777777" w:rsidR="0032397C" w:rsidRDefault="0032397C" w:rsidP="008E2DE7">
            <w:pPr>
              <w:jc w:val="both"/>
              <w:rPr>
                <w:rFonts w:ascii="Times New Roman" w:hAnsi="Times New Roman" w:cs="Times New Roman"/>
                <w:sz w:val="28"/>
                <w:szCs w:val="28"/>
              </w:rPr>
            </w:pPr>
          </w:p>
        </w:tc>
        <w:tc>
          <w:tcPr>
            <w:tcW w:w="1984" w:type="dxa"/>
          </w:tcPr>
          <w:p w14:paraId="368CF960" w14:textId="77777777" w:rsidR="0032397C" w:rsidRDefault="0032397C" w:rsidP="008E2DE7">
            <w:pPr>
              <w:jc w:val="both"/>
              <w:rPr>
                <w:rFonts w:ascii="Times New Roman" w:hAnsi="Times New Roman" w:cs="Times New Roman"/>
                <w:sz w:val="28"/>
                <w:szCs w:val="28"/>
              </w:rPr>
            </w:pPr>
          </w:p>
        </w:tc>
      </w:tr>
      <w:tr w:rsidR="0032397C" w14:paraId="013DBA3A" w14:textId="77777777" w:rsidTr="0032397C">
        <w:tc>
          <w:tcPr>
            <w:tcW w:w="3009" w:type="dxa"/>
          </w:tcPr>
          <w:p w14:paraId="2CA22BD4" w14:textId="77777777" w:rsidR="0032397C" w:rsidRDefault="0032397C" w:rsidP="008E2DE7">
            <w:pPr>
              <w:jc w:val="both"/>
              <w:rPr>
                <w:rFonts w:ascii="Times New Roman" w:hAnsi="Times New Roman" w:cs="Times New Roman"/>
                <w:sz w:val="28"/>
                <w:szCs w:val="28"/>
              </w:rPr>
            </w:pPr>
          </w:p>
        </w:tc>
        <w:tc>
          <w:tcPr>
            <w:tcW w:w="3221" w:type="dxa"/>
          </w:tcPr>
          <w:p w14:paraId="647826B3" w14:textId="77777777" w:rsidR="0032397C" w:rsidRDefault="0032397C" w:rsidP="008E2DE7">
            <w:pPr>
              <w:jc w:val="both"/>
              <w:rPr>
                <w:rFonts w:ascii="Times New Roman" w:hAnsi="Times New Roman" w:cs="Times New Roman"/>
                <w:sz w:val="28"/>
                <w:szCs w:val="28"/>
              </w:rPr>
            </w:pPr>
          </w:p>
        </w:tc>
        <w:tc>
          <w:tcPr>
            <w:tcW w:w="2129" w:type="dxa"/>
          </w:tcPr>
          <w:p w14:paraId="70719431" w14:textId="77777777" w:rsidR="0032397C" w:rsidRDefault="0032397C" w:rsidP="008E2DE7">
            <w:pPr>
              <w:jc w:val="both"/>
              <w:rPr>
                <w:rFonts w:ascii="Times New Roman" w:hAnsi="Times New Roman" w:cs="Times New Roman"/>
                <w:sz w:val="28"/>
                <w:szCs w:val="28"/>
              </w:rPr>
            </w:pPr>
          </w:p>
        </w:tc>
        <w:tc>
          <w:tcPr>
            <w:tcW w:w="1984" w:type="dxa"/>
          </w:tcPr>
          <w:p w14:paraId="504EFC9C" w14:textId="77777777" w:rsidR="0032397C" w:rsidRDefault="0032397C" w:rsidP="008E2DE7">
            <w:pPr>
              <w:jc w:val="both"/>
              <w:rPr>
                <w:rFonts w:ascii="Times New Roman" w:hAnsi="Times New Roman" w:cs="Times New Roman"/>
                <w:sz w:val="28"/>
                <w:szCs w:val="28"/>
              </w:rPr>
            </w:pPr>
          </w:p>
        </w:tc>
      </w:tr>
      <w:tr w:rsidR="0032397C" w14:paraId="17F43CC5" w14:textId="77777777" w:rsidTr="0032397C">
        <w:tc>
          <w:tcPr>
            <w:tcW w:w="3009" w:type="dxa"/>
          </w:tcPr>
          <w:p w14:paraId="381DF679" w14:textId="77777777" w:rsidR="0032397C" w:rsidRDefault="0032397C" w:rsidP="008E2DE7">
            <w:pPr>
              <w:jc w:val="both"/>
              <w:rPr>
                <w:rFonts w:ascii="Times New Roman" w:hAnsi="Times New Roman" w:cs="Times New Roman"/>
                <w:sz w:val="28"/>
                <w:szCs w:val="28"/>
              </w:rPr>
            </w:pPr>
          </w:p>
        </w:tc>
        <w:tc>
          <w:tcPr>
            <w:tcW w:w="3221" w:type="dxa"/>
          </w:tcPr>
          <w:p w14:paraId="70854AA9" w14:textId="77777777" w:rsidR="0032397C" w:rsidRDefault="0032397C" w:rsidP="008E2DE7">
            <w:pPr>
              <w:jc w:val="both"/>
              <w:rPr>
                <w:rFonts w:ascii="Times New Roman" w:hAnsi="Times New Roman" w:cs="Times New Roman"/>
                <w:sz w:val="28"/>
                <w:szCs w:val="28"/>
              </w:rPr>
            </w:pPr>
          </w:p>
        </w:tc>
        <w:tc>
          <w:tcPr>
            <w:tcW w:w="2129" w:type="dxa"/>
          </w:tcPr>
          <w:p w14:paraId="448E1E5E" w14:textId="77777777" w:rsidR="0032397C" w:rsidRDefault="0032397C" w:rsidP="008E2DE7">
            <w:pPr>
              <w:jc w:val="both"/>
              <w:rPr>
                <w:rFonts w:ascii="Times New Roman" w:hAnsi="Times New Roman" w:cs="Times New Roman"/>
                <w:sz w:val="28"/>
                <w:szCs w:val="28"/>
              </w:rPr>
            </w:pPr>
          </w:p>
        </w:tc>
        <w:tc>
          <w:tcPr>
            <w:tcW w:w="1984" w:type="dxa"/>
          </w:tcPr>
          <w:p w14:paraId="1B2FE86C" w14:textId="77777777" w:rsidR="0032397C" w:rsidRDefault="0032397C" w:rsidP="008E2DE7">
            <w:pPr>
              <w:jc w:val="both"/>
              <w:rPr>
                <w:rFonts w:ascii="Times New Roman" w:hAnsi="Times New Roman" w:cs="Times New Roman"/>
                <w:sz w:val="28"/>
                <w:szCs w:val="28"/>
              </w:rPr>
            </w:pPr>
          </w:p>
        </w:tc>
      </w:tr>
      <w:tr w:rsidR="0032397C" w14:paraId="3FBE23F3" w14:textId="77777777" w:rsidTr="0032397C">
        <w:tc>
          <w:tcPr>
            <w:tcW w:w="3009" w:type="dxa"/>
          </w:tcPr>
          <w:p w14:paraId="0FCC1AA0" w14:textId="77777777" w:rsidR="0032397C" w:rsidRDefault="0032397C" w:rsidP="008E2DE7">
            <w:pPr>
              <w:jc w:val="both"/>
              <w:rPr>
                <w:rFonts w:ascii="Times New Roman" w:hAnsi="Times New Roman" w:cs="Times New Roman"/>
                <w:sz w:val="28"/>
                <w:szCs w:val="28"/>
              </w:rPr>
            </w:pPr>
          </w:p>
        </w:tc>
        <w:tc>
          <w:tcPr>
            <w:tcW w:w="3221" w:type="dxa"/>
          </w:tcPr>
          <w:p w14:paraId="2426236D" w14:textId="77777777" w:rsidR="0032397C" w:rsidRDefault="0032397C" w:rsidP="008E2DE7">
            <w:pPr>
              <w:jc w:val="both"/>
              <w:rPr>
                <w:rFonts w:ascii="Times New Roman" w:hAnsi="Times New Roman" w:cs="Times New Roman"/>
                <w:sz w:val="28"/>
                <w:szCs w:val="28"/>
              </w:rPr>
            </w:pPr>
          </w:p>
        </w:tc>
        <w:tc>
          <w:tcPr>
            <w:tcW w:w="2129" w:type="dxa"/>
          </w:tcPr>
          <w:p w14:paraId="6629C205" w14:textId="77777777" w:rsidR="0032397C" w:rsidRDefault="0032397C" w:rsidP="008E2DE7">
            <w:pPr>
              <w:jc w:val="both"/>
              <w:rPr>
                <w:rFonts w:ascii="Times New Roman" w:hAnsi="Times New Roman" w:cs="Times New Roman"/>
                <w:sz w:val="28"/>
                <w:szCs w:val="28"/>
              </w:rPr>
            </w:pPr>
          </w:p>
        </w:tc>
        <w:tc>
          <w:tcPr>
            <w:tcW w:w="1984" w:type="dxa"/>
          </w:tcPr>
          <w:p w14:paraId="6B052736" w14:textId="77777777" w:rsidR="0032397C" w:rsidRDefault="0032397C" w:rsidP="008E2DE7">
            <w:pPr>
              <w:jc w:val="both"/>
              <w:rPr>
                <w:rFonts w:ascii="Times New Roman" w:hAnsi="Times New Roman" w:cs="Times New Roman"/>
                <w:sz w:val="28"/>
                <w:szCs w:val="28"/>
              </w:rPr>
            </w:pPr>
          </w:p>
        </w:tc>
      </w:tr>
      <w:tr w:rsidR="0032397C" w14:paraId="34E8071E" w14:textId="77777777" w:rsidTr="0032397C">
        <w:tc>
          <w:tcPr>
            <w:tcW w:w="3009" w:type="dxa"/>
          </w:tcPr>
          <w:p w14:paraId="7C75F951" w14:textId="77777777" w:rsidR="0032397C" w:rsidRDefault="0032397C" w:rsidP="008E2DE7">
            <w:pPr>
              <w:jc w:val="both"/>
              <w:rPr>
                <w:rFonts w:ascii="Times New Roman" w:hAnsi="Times New Roman" w:cs="Times New Roman"/>
                <w:sz w:val="28"/>
                <w:szCs w:val="28"/>
              </w:rPr>
            </w:pPr>
          </w:p>
        </w:tc>
        <w:tc>
          <w:tcPr>
            <w:tcW w:w="3221" w:type="dxa"/>
          </w:tcPr>
          <w:p w14:paraId="54EA82AC" w14:textId="77777777" w:rsidR="0032397C" w:rsidRDefault="0032397C" w:rsidP="008E2DE7">
            <w:pPr>
              <w:jc w:val="both"/>
              <w:rPr>
                <w:rFonts w:ascii="Times New Roman" w:hAnsi="Times New Roman" w:cs="Times New Roman"/>
                <w:sz w:val="28"/>
                <w:szCs w:val="28"/>
              </w:rPr>
            </w:pPr>
          </w:p>
        </w:tc>
        <w:tc>
          <w:tcPr>
            <w:tcW w:w="2129" w:type="dxa"/>
          </w:tcPr>
          <w:p w14:paraId="43A3F034" w14:textId="77777777" w:rsidR="0032397C" w:rsidRDefault="0032397C" w:rsidP="008E2DE7">
            <w:pPr>
              <w:jc w:val="both"/>
              <w:rPr>
                <w:rFonts w:ascii="Times New Roman" w:hAnsi="Times New Roman" w:cs="Times New Roman"/>
                <w:sz w:val="28"/>
                <w:szCs w:val="28"/>
              </w:rPr>
            </w:pPr>
          </w:p>
        </w:tc>
        <w:tc>
          <w:tcPr>
            <w:tcW w:w="1984" w:type="dxa"/>
          </w:tcPr>
          <w:p w14:paraId="0342CE11" w14:textId="77777777" w:rsidR="0032397C" w:rsidRDefault="0032397C" w:rsidP="008E2DE7">
            <w:pPr>
              <w:jc w:val="both"/>
              <w:rPr>
                <w:rFonts w:ascii="Times New Roman" w:hAnsi="Times New Roman" w:cs="Times New Roman"/>
                <w:sz w:val="28"/>
                <w:szCs w:val="28"/>
              </w:rPr>
            </w:pPr>
          </w:p>
        </w:tc>
      </w:tr>
      <w:tr w:rsidR="0032397C" w14:paraId="7DA61F02" w14:textId="77777777" w:rsidTr="0032397C">
        <w:tc>
          <w:tcPr>
            <w:tcW w:w="3009" w:type="dxa"/>
          </w:tcPr>
          <w:p w14:paraId="4465D26E" w14:textId="77777777" w:rsidR="0032397C" w:rsidRDefault="0032397C" w:rsidP="008E2DE7">
            <w:pPr>
              <w:jc w:val="both"/>
              <w:rPr>
                <w:rFonts w:ascii="Times New Roman" w:hAnsi="Times New Roman" w:cs="Times New Roman"/>
                <w:sz w:val="28"/>
                <w:szCs w:val="28"/>
              </w:rPr>
            </w:pPr>
          </w:p>
        </w:tc>
        <w:tc>
          <w:tcPr>
            <w:tcW w:w="3221" w:type="dxa"/>
          </w:tcPr>
          <w:p w14:paraId="1146B036" w14:textId="77777777" w:rsidR="0032397C" w:rsidRDefault="0032397C" w:rsidP="008E2DE7">
            <w:pPr>
              <w:jc w:val="both"/>
              <w:rPr>
                <w:rFonts w:ascii="Times New Roman" w:hAnsi="Times New Roman" w:cs="Times New Roman"/>
                <w:sz w:val="28"/>
                <w:szCs w:val="28"/>
              </w:rPr>
            </w:pPr>
          </w:p>
        </w:tc>
        <w:tc>
          <w:tcPr>
            <w:tcW w:w="2129" w:type="dxa"/>
          </w:tcPr>
          <w:p w14:paraId="5FE2D0D2" w14:textId="77777777" w:rsidR="0032397C" w:rsidRDefault="0032397C" w:rsidP="008E2DE7">
            <w:pPr>
              <w:jc w:val="both"/>
              <w:rPr>
                <w:rFonts w:ascii="Times New Roman" w:hAnsi="Times New Roman" w:cs="Times New Roman"/>
                <w:sz w:val="28"/>
                <w:szCs w:val="28"/>
              </w:rPr>
            </w:pPr>
          </w:p>
        </w:tc>
        <w:tc>
          <w:tcPr>
            <w:tcW w:w="1984" w:type="dxa"/>
          </w:tcPr>
          <w:p w14:paraId="1B71F3E3" w14:textId="77777777" w:rsidR="0032397C" w:rsidRDefault="0032397C" w:rsidP="008E2DE7">
            <w:pPr>
              <w:jc w:val="both"/>
              <w:rPr>
                <w:rFonts w:ascii="Times New Roman" w:hAnsi="Times New Roman" w:cs="Times New Roman"/>
                <w:sz w:val="28"/>
                <w:szCs w:val="28"/>
              </w:rPr>
            </w:pPr>
          </w:p>
        </w:tc>
      </w:tr>
      <w:tr w:rsidR="0032397C" w14:paraId="21A0727B" w14:textId="77777777" w:rsidTr="0032397C">
        <w:tc>
          <w:tcPr>
            <w:tcW w:w="3009" w:type="dxa"/>
          </w:tcPr>
          <w:p w14:paraId="69007DDE" w14:textId="77777777" w:rsidR="0032397C" w:rsidRDefault="0032397C" w:rsidP="008E2DE7">
            <w:pPr>
              <w:jc w:val="both"/>
              <w:rPr>
                <w:rFonts w:ascii="Times New Roman" w:hAnsi="Times New Roman" w:cs="Times New Roman"/>
                <w:sz w:val="28"/>
                <w:szCs w:val="28"/>
              </w:rPr>
            </w:pPr>
          </w:p>
        </w:tc>
        <w:tc>
          <w:tcPr>
            <w:tcW w:w="3221" w:type="dxa"/>
          </w:tcPr>
          <w:p w14:paraId="52E9AE73" w14:textId="77777777" w:rsidR="0032397C" w:rsidRDefault="0032397C" w:rsidP="008E2DE7">
            <w:pPr>
              <w:jc w:val="both"/>
              <w:rPr>
                <w:rFonts w:ascii="Times New Roman" w:hAnsi="Times New Roman" w:cs="Times New Roman"/>
                <w:sz w:val="28"/>
                <w:szCs w:val="28"/>
              </w:rPr>
            </w:pPr>
          </w:p>
        </w:tc>
        <w:tc>
          <w:tcPr>
            <w:tcW w:w="2129" w:type="dxa"/>
          </w:tcPr>
          <w:p w14:paraId="69D654D5" w14:textId="77777777" w:rsidR="0032397C" w:rsidRDefault="0032397C" w:rsidP="008E2DE7">
            <w:pPr>
              <w:jc w:val="both"/>
              <w:rPr>
                <w:rFonts w:ascii="Times New Roman" w:hAnsi="Times New Roman" w:cs="Times New Roman"/>
                <w:sz w:val="28"/>
                <w:szCs w:val="28"/>
              </w:rPr>
            </w:pPr>
          </w:p>
        </w:tc>
        <w:tc>
          <w:tcPr>
            <w:tcW w:w="1984" w:type="dxa"/>
          </w:tcPr>
          <w:p w14:paraId="5E814E29" w14:textId="77777777" w:rsidR="0032397C" w:rsidRDefault="0032397C" w:rsidP="008E2DE7">
            <w:pPr>
              <w:jc w:val="both"/>
              <w:rPr>
                <w:rFonts w:ascii="Times New Roman" w:hAnsi="Times New Roman" w:cs="Times New Roman"/>
                <w:sz w:val="28"/>
                <w:szCs w:val="28"/>
              </w:rPr>
            </w:pPr>
          </w:p>
        </w:tc>
      </w:tr>
      <w:tr w:rsidR="0032397C" w14:paraId="57624FE7" w14:textId="77777777" w:rsidTr="0032397C">
        <w:tc>
          <w:tcPr>
            <w:tcW w:w="3009" w:type="dxa"/>
          </w:tcPr>
          <w:p w14:paraId="2354AEA1" w14:textId="77777777" w:rsidR="0032397C" w:rsidRDefault="0032397C" w:rsidP="008E2DE7">
            <w:pPr>
              <w:jc w:val="both"/>
              <w:rPr>
                <w:rFonts w:ascii="Times New Roman" w:hAnsi="Times New Roman" w:cs="Times New Roman"/>
                <w:sz w:val="28"/>
                <w:szCs w:val="28"/>
              </w:rPr>
            </w:pPr>
          </w:p>
        </w:tc>
        <w:tc>
          <w:tcPr>
            <w:tcW w:w="3221" w:type="dxa"/>
          </w:tcPr>
          <w:p w14:paraId="02BC1715" w14:textId="77777777" w:rsidR="0032397C" w:rsidRDefault="0032397C" w:rsidP="008E2DE7">
            <w:pPr>
              <w:jc w:val="both"/>
              <w:rPr>
                <w:rFonts w:ascii="Times New Roman" w:hAnsi="Times New Roman" w:cs="Times New Roman"/>
                <w:sz w:val="28"/>
                <w:szCs w:val="28"/>
              </w:rPr>
            </w:pPr>
          </w:p>
        </w:tc>
        <w:tc>
          <w:tcPr>
            <w:tcW w:w="2129" w:type="dxa"/>
          </w:tcPr>
          <w:p w14:paraId="04CE23C6" w14:textId="77777777" w:rsidR="0032397C" w:rsidRDefault="0032397C" w:rsidP="008E2DE7">
            <w:pPr>
              <w:jc w:val="both"/>
              <w:rPr>
                <w:rFonts w:ascii="Times New Roman" w:hAnsi="Times New Roman" w:cs="Times New Roman"/>
                <w:sz w:val="28"/>
                <w:szCs w:val="28"/>
              </w:rPr>
            </w:pPr>
          </w:p>
        </w:tc>
        <w:tc>
          <w:tcPr>
            <w:tcW w:w="1984" w:type="dxa"/>
          </w:tcPr>
          <w:p w14:paraId="733F1DAC" w14:textId="77777777" w:rsidR="0032397C" w:rsidRDefault="0032397C" w:rsidP="008E2DE7">
            <w:pPr>
              <w:jc w:val="both"/>
              <w:rPr>
                <w:rFonts w:ascii="Times New Roman" w:hAnsi="Times New Roman" w:cs="Times New Roman"/>
                <w:sz w:val="28"/>
                <w:szCs w:val="28"/>
              </w:rPr>
            </w:pPr>
          </w:p>
        </w:tc>
      </w:tr>
      <w:tr w:rsidR="0032397C" w14:paraId="46FD2D0E" w14:textId="77777777" w:rsidTr="0032397C">
        <w:tc>
          <w:tcPr>
            <w:tcW w:w="3009" w:type="dxa"/>
          </w:tcPr>
          <w:p w14:paraId="71A0285B" w14:textId="77777777" w:rsidR="0032397C" w:rsidRDefault="0032397C" w:rsidP="008E2DE7">
            <w:pPr>
              <w:jc w:val="both"/>
              <w:rPr>
                <w:rFonts w:ascii="Times New Roman" w:hAnsi="Times New Roman" w:cs="Times New Roman"/>
                <w:sz w:val="28"/>
                <w:szCs w:val="28"/>
              </w:rPr>
            </w:pPr>
          </w:p>
        </w:tc>
        <w:tc>
          <w:tcPr>
            <w:tcW w:w="3221" w:type="dxa"/>
          </w:tcPr>
          <w:p w14:paraId="28392A4A" w14:textId="77777777" w:rsidR="0032397C" w:rsidRDefault="0032397C" w:rsidP="008E2DE7">
            <w:pPr>
              <w:jc w:val="both"/>
              <w:rPr>
                <w:rFonts w:ascii="Times New Roman" w:hAnsi="Times New Roman" w:cs="Times New Roman"/>
                <w:sz w:val="28"/>
                <w:szCs w:val="28"/>
              </w:rPr>
            </w:pPr>
          </w:p>
        </w:tc>
        <w:tc>
          <w:tcPr>
            <w:tcW w:w="2129" w:type="dxa"/>
          </w:tcPr>
          <w:p w14:paraId="34181CD8" w14:textId="77777777" w:rsidR="0032397C" w:rsidRDefault="0032397C" w:rsidP="008E2DE7">
            <w:pPr>
              <w:jc w:val="both"/>
              <w:rPr>
                <w:rFonts w:ascii="Times New Roman" w:hAnsi="Times New Roman" w:cs="Times New Roman"/>
                <w:sz w:val="28"/>
                <w:szCs w:val="28"/>
              </w:rPr>
            </w:pPr>
          </w:p>
        </w:tc>
        <w:tc>
          <w:tcPr>
            <w:tcW w:w="1984" w:type="dxa"/>
          </w:tcPr>
          <w:p w14:paraId="1C175AA5" w14:textId="77777777" w:rsidR="0032397C" w:rsidRDefault="0032397C" w:rsidP="008E2DE7">
            <w:pPr>
              <w:jc w:val="both"/>
              <w:rPr>
                <w:rFonts w:ascii="Times New Roman" w:hAnsi="Times New Roman" w:cs="Times New Roman"/>
                <w:sz w:val="28"/>
                <w:szCs w:val="28"/>
              </w:rPr>
            </w:pPr>
          </w:p>
        </w:tc>
      </w:tr>
    </w:tbl>
    <w:p w14:paraId="0902DE36" w14:textId="77777777" w:rsidR="003D22B6" w:rsidRPr="000F33C5" w:rsidRDefault="003D22B6" w:rsidP="0032397C">
      <w:pPr>
        <w:spacing w:after="0" w:line="240" w:lineRule="auto"/>
        <w:rPr>
          <w:rFonts w:ascii="Times New Roman" w:hAnsi="Times New Roman" w:cs="Times New Roman"/>
          <w:sz w:val="28"/>
          <w:szCs w:val="28"/>
          <w:lang w:val="kk-KZ"/>
        </w:rPr>
      </w:pPr>
    </w:p>
    <w:sectPr w:rsidR="003D22B6" w:rsidRPr="000F33C5" w:rsidSect="0032397C">
      <w:pgSz w:w="12240" w:h="15840"/>
      <w:pgMar w:top="709" w:right="758"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DE004E1"/>
    <w:multiLevelType w:val="hybridMultilevel"/>
    <w:tmpl w:val="DBE44C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FF90315"/>
    <w:multiLevelType w:val="hybridMultilevel"/>
    <w:tmpl w:val="D602C3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4CE20F0"/>
    <w:multiLevelType w:val="hybridMultilevel"/>
    <w:tmpl w:val="79F413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A5E2041"/>
    <w:multiLevelType w:val="hybridMultilevel"/>
    <w:tmpl w:val="1C7E67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07D67B7"/>
    <w:multiLevelType w:val="hybridMultilevel"/>
    <w:tmpl w:val="4F40D8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68A1525"/>
    <w:multiLevelType w:val="hybridMultilevel"/>
    <w:tmpl w:val="B8E0209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ED95852"/>
    <w:multiLevelType w:val="hybridMultilevel"/>
    <w:tmpl w:val="2F704A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E1E1C98"/>
    <w:multiLevelType w:val="hybridMultilevel"/>
    <w:tmpl w:val="706A17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2"/>
  </w:num>
  <w:num w:numId="12">
    <w:abstractNumId w:val="13"/>
  </w:num>
  <w:num w:numId="13">
    <w:abstractNumId w:val="11"/>
  </w:num>
  <w:num w:numId="14">
    <w:abstractNumId w:val="14"/>
  </w:num>
  <w:num w:numId="15">
    <w:abstractNumId w:val="16"/>
  </w:num>
  <w:num w:numId="16">
    <w:abstractNumId w:val="1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257"/>
    <w:rsid w:val="00034616"/>
    <w:rsid w:val="0006063C"/>
    <w:rsid w:val="000A752A"/>
    <w:rsid w:val="000B0C8C"/>
    <w:rsid w:val="000C5FE3"/>
    <w:rsid w:val="000E0D19"/>
    <w:rsid w:val="000F33C5"/>
    <w:rsid w:val="00101C70"/>
    <w:rsid w:val="00106650"/>
    <w:rsid w:val="00110787"/>
    <w:rsid w:val="0015074B"/>
    <w:rsid w:val="00161E00"/>
    <w:rsid w:val="00170906"/>
    <w:rsid w:val="0017236A"/>
    <w:rsid w:val="00192F7B"/>
    <w:rsid w:val="001C4E0C"/>
    <w:rsid w:val="00263ABD"/>
    <w:rsid w:val="00281A48"/>
    <w:rsid w:val="0029639D"/>
    <w:rsid w:val="002A0323"/>
    <w:rsid w:val="0032051B"/>
    <w:rsid w:val="0032397C"/>
    <w:rsid w:val="003246C6"/>
    <w:rsid w:val="00326F90"/>
    <w:rsid w:val="00346B03"/>
    <w:rsid w:val="003D22B6"/>
    <w:rsid w:val="003D39F8"/>
    <w:rsid w:val="003F4350"/>
    <w:rsid w:val="0047518B"/>
    <w:rsid w:val="004E4834"/>
    <w:rsid w:val="004F6174"/>
    <w:rsid w:val="00581CE9"/>
    <w:rsid w:val="005B44F7"/>
    <w:rsid w:val="00603910"/>
    <w:rsid w:val="00620657"/>
    <w:rsid w:val="006464A0"/>
    <w:rsid w:val="006977D3"/>
    <w:rsid w:val="006A7042"/>
    <w:rsid w:val="00702DE4"/>
    <w:rsid w:val="0071721E"/>
    <w:rsid w:val="00720D6C"/>
    <w:rsid w:val="0072415B"/>
    <w:rsid w:val="00780BD7"/>
    <w:rsid w:val="007E53F1"/>
    <w:rsid w:val="007E6803"/>
    <w:rsid w:val="00882AE0"/>
    <w:rsid w:val="008B7FEC"/>
    <w:rsid w:val="008C2853"/>
    <w:rsid w:val="008E6092"/>
    <w:rsid w:val="008F193D"/>
    <w:rsid w:val="008F3BC1"/>
    <w:rsid w:val="009905C6"/>
    <w:rsid w:val="009935CF"/>
    <w:rsid w:val="009B7886"/>
    <w:rsid w:val="009C3AA5"/>
    <w:rsid w:val="009D05B2"/>
    <w:rsid w:val="009D0E19"/>
    <w:rsid w:val="00A46658"/>
    <w:rsid w:val="00A84FAF"/>
    <w:rsid w:val="00A91F86"/>
    <w:rsid w:val="00AA1D8D"/>
    <w:rsid w:val="00B13153"/>
    <w:rsid w:val="00B1797F"/>
    <w:rsid w:val="00B45BFF"/>
    <w:rsid w:val="00B47730"/>
    <w:rsid w:val="00BB30CD"/>
    <w:rsid w:val="00BC5759"/>
    <w:rsid w:val="00BE131D"/>
    <w:rsid w:val="00C23032"/>
    <w:rsid w:val="00C545C6"/>
    <w:rsid w:val="00CA1CB0"/>
    <w:rsid w:val="00CB0664"/>
    <w:rsid w:val="00CF0C1D"/>
    <w:rsid w:val="00CF3165"/>
    <w:rsid w:val="00D13481"/>
    <w:rsid w:val="00D40DD9"/>
    <w:rsid w:val="00D45265"/>
    <w:rsid w:val="00D86DB3"/>
    <w:rsid w:val="00DD0020"/>
    <w:rsid w:val="00E04786"/>
    <w:rsid w:val="00E41ED6"/>
    <w:rsid w:val="00E73C93"/>
    <w:rsid w:val="00E95BC5"/>
    <w:rsid w:val="00EF0E1E"/>
    <w:rsid w:val="00F660F3"/>
    <w:rsid w:val="00F871C2"/>
    <w:rsid w:val="00F93158"/>
    <w:rsid w:val="00F931A3"/>
    <w:rsid w:val="00F94B72"/>
    <w:rsid w:val="00FA4132"/>
    <w:rsid w:val="00FC693F"/>
    <w:rsid w:val="00FD62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D8B51"/>
  <w14:defaultImageDpi w14:val="300"/>
  <w15:docId w15:val="{2835EE4B-6B64-44F3-A0ED-340061B6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Сетка таблицы1"/>
    <w:basedOn w:val="a3"/>
    <w:next w:val="aff0"/>
    <w:uiPriority w:val="39"/>
    <w:rsid w:val="00106650"/>
    <w:pPr>
      <w:spacing w:after="0" w:line="240" w:lineRule="auto"/>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8D74F-BB6C-46D5-8E1C-96AD9774E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3055</Words>
  <Characters>17420</Characters>
  <Application>Microsoft Office Word</Application>
  <DocSecurity>0</DocSecurity>
  <Lines>145</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7</cp:revision>
  <cp:lastPrinted>2026-09-29T09:36:00Z</cp:lastPrinted>
  <dcterms:created xsi:type="dcterms:W3CDTF">2026-09-25T04:59:00Z</dcterms:created>
  <dcterms:modified xsi:type="dcterms:W3CDTF">2026-09-29T09:39:00Z</dcterms:modified>
  <cp:category/>
</cp:coreProperties>
</file>