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05E83C" w14:textId="77777777" w:rsidR="008F7A8C" w:rsidRDefault="00462671">
      <w:pPr>
        <w:spacing w:after="0" w:line="240" w:lineRule="auto"/>
        <w:jc w:val="right"/>
      </w:pPr>
      <w:r>
        <w:rPr>
          <w:sz w:val="16"/>
        </w:rPr>
        <w:t>Қазақстан Республикасы Қаржы министрінің 2024 жылғы 28 тамыздағы № 590 бұйрығымен бекітілген нысан</w:t>
      </w:r>
    </w:p>
    <w:p w14:paraId="50AB41F4" w14:textId="77777777" w:rsidR="008F7A8C" w:rsidRDefault="00462671">
      <w:pPr>
        <w:spacing w:after="60" w:line="240" w:lineRule="auto"/>
        <w:jc w:val="center"/>
      </w:pPr>
      <w:r>
        <w:rPr>
          <w:b/>
          <w:sz w:val="22"/>
        </w:rPr>
        <w:t>КРЕДИТОРЛАР ТАЛАПТАРЫНЫҢ ТІЗІЛІМІ</w:t>
      </w:r>
    </w:p>
    <w:p w14:paraId="550E06BB" w14:textId="77777777" w:rsidR="008F7A8C" w:rsidRDefault="00462671">
      <w:pPr>
        <w:spacing w:after="60" w:line="240" w:lineRule="auto"/>
        <w:jc w:val="center"/>
      </w:pPr>
      <w:r>
        <w:rPr>
          <w:b/>
          <w:sz w:val="19"/>
        </w:rPr>
        <w:t>төлем қабілеттілігін қалпына келтіру рәсімі бойынша</w:t>
      </w:r>
    </w:p>
    <w:p w14:paraId="16250CA7" w14:textId="77777777" w:rsidR="008F7A8C" w:rsidRDefault="00462671">
      <w:pPr>
        <w:spacing w:after="60" w:line="240" w:lineRule="auto"/>
        <w:jc w:val="center"/>
      </w:pPr>
      <w:r>
        <w:rPr>
          <w:b/>
          <w:sz w:val="19"/>
        </w:rPr>
        <w:t>Бертілеуова Нұрай Нұрланқызы, ЖСН 990803451000</w:t>
      </w:r>
    </w:p>
    <w:p w14:paraId="2663188B" w14:textId="77777777" w:rsidR="008F7A8C" w:rsidRDefault="00462671">
      <w:pPr>
        <w:spacing w:after="60" w:line="240" w:lineRule="auto"/>
        <w:jc w:val="center"/>
      </w:pPr>
      <w:r>
        <w:rPr>
          <w:b/>
          <w:sz w:val="18"/>
        </w:rPr>
        <w:t>Ақтөбе қ.</w:t>
      </w:r>
    </w:p>
    <w:p w14:paraId="42B156FA" w14:textId="77777777" w:rsidR="008F7A8C" w:rsidRDefault="00462671">
      <w:pPr>
        <w:spacing w:after="60" w:line="240" w:lineRule="auto"/>
        <w:jc w:val="center"/>
      </w:pPr>
      <w:r>
        <w:rPr>
          <w:b/>
          <w:sz w:val="18"/>
        </w:rPr>
        <w:t>Қалыптастырылған күні: «21» қыркүйек 2026 жыл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63"/>
        <w:gridCol w:w="1963"/>
        <w:gridCol w:w="1963"/>
        <w:gridCol w:w="1963"/>
        <w:gridCol w:w="1963"/>
        <w:gridCol w:w="1963"/>
        <w:gridCol w:w="1963"/>
        <w:gridCol w:w="1963"/>
      </w:tblGrid>
      <w:tr w:rsidR="008F7A8C" w14:paraId="35F42DD2" w14:textId="77777777">
        <w:trPr>
          <w:tblHeader/>
          <w:jc w:val="center"/>
        </w:trPr>
        <w:tc>
          <w:tcPr>
            <w:tcW w:w="1963" w:type="dxa"/>
            <w:vAlign w:val="center"/>
          </w:tcPr>
          <w:p w14:paraId="28627D6D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№</w:t>
            </w:r>
          </w:p>
        </w:tc>
        <w:tc>
          <w:tcPr>
            <w:tcW w:w="1963" w:type="dxa"/>
            <w:vAlign w:val="center"/>
          </w:tcPr>
          <w:p w14:paraId="657298CF" w14:textId="77777777" w:rsidR="008F7A8C" w:rsidRPr="00462671" w:rsidRDefault="00462671">
            <w:pPr>
              <w:jc w:val="center"/>
              <w:rPr>
                <w:lang w:val="ru-RU"/>
              </w:rPr>
            </w:pPr>
            <w:r w:rsidRPr="00462671">
              <w:rPr>
                <w:b/>
                <w:sz w:val="14"/>
                <w:lang w:val="ru-RU"/>
              </w:rPr>
              <w:t>Кредитордың Т.А.Ә. (бар болса) / атауы</w:t>
            </w:r>
          </w:p>
        </w:tc>
        <w:tc>
          <w:tcPr>
            <w:tcW w:w="1963" w:type="dxa"/>
            <w:vAlign w:val="center"/>
          </w:tcPr>
          <w:p w14:paraId="785D31B6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Кредитордың ЖСН/БСН</w:t>
            </w:r>
          </w:p>
        </w:tc>
        <w:tc>
          <w:tcPr>
            <w:tcW w:w="1963" w:type="dxa"/>
            <w:vAlign w:val="center"/>
          </w:tcPr>
          <w:p w14:paraId="2A48FE44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Қойылған талаптар сомасы (теңге)</w:t>
            </w:r>
          </w:p>
        </w:tc>
        <w:tc>
          <w:tcPr>
            <w:tcW w:w="1963" w:type="dxa"/>
            <w:vAlign w:val="center"/>
          </w:tcPr>
          <w:p w14:paraId="4D4F46F3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Қаржылық басқарушы қабылдаған шешімнің негізділігін растайтын құжаттар (атауы, күні, нөмірі), берешектің туындаған к</w:t>
            </w:r>
            <w:r>
              <w:rPr>
                <w:b/>
                <w:sz w:val="14"/>
              </w:rPr>
              <w:t>үні</w:t>
            </w:r>
          </w:p>
        </w:tc>
        <w:tc>
          <w:tcPr>
            <w:tcW w:w="1963" w:type="dxa"/>
            <w:vAlign w:val="center"/>
          </w:tcPr>
          <w:p w14:paraId="7561C6B8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Танылған талаптар сомасы (теңге)</w:t>
            </w:r>
          </w:p>
        </w:tc>
        <w:tc>
          <w:tcPr>
            <w:tcW w:w="1963" w:type="dxa"/>
            <w:vAlign w:val="center"/>
          </w:tcPr>
          <w:p w14:paraId="43117701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Танылмаған талаптар сомасы (теңге)</w:t>
            </w:r>
          </w:p>
        </w:tc>
        <w:tc>
          <w:tcPr>
            <w:tcW w:w="1963" w:type="dxa"/>
            <w:vAlign w:val="center"/>
          </w:tcPr>
          <w:p w14:paraId="100F4C70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Ескертпе</w:t>
            </w:r>
          </w:p>
        </w:tc>
      </w:tr>
      <w:tr w:rsidR="008F7A8C" w14:paraId="694066E2" w14:textId="77777777">
        <w:trPr>
          <w:jc w:val="center"/>
        </w:trPr>
        <w:tc>
          <w:tcPr>
            <w:tcW w:w="1963" w:type="dxa"/>
            <w:vAlign w:val="center"/>
          </w:tcPr>
          <w:p w14:paraId="738E8F8D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1.</w:t>
            </w:r>
          </w:p>
        </w:tc>
        <w:tc>
          <w:tcPr>
            <w:tcW w:w="1963" w:type="dxa"/>
            <w:vAlign w:val="center"/>
          </w:tcPr>
          <w:p w14:paraId="3F261241" w14:textId="77777777" w:rsidR="008F7A8C" w:rsidRDefault="00462671">
            <w:r>
              <w:rPr>
                <w:b/>
                <w:sz w:val="14"/>
              </w:rPr>
              <w:t>Бірінші кезек</w:t>
            </w:r>
          </w:p>
        </w:tc>
        <w:tc>
          <w:tcPr>
            <w:tcW w:w="1963" w:type="dxa"/>
            <w:vAlign w:val="center"/>
          </w:tcPr>
          <w:p w14:paraId="32970F2C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682DD05E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409F87A1" w14:textId="77777777" w:rsidR="008F7A8C" w:rsidRDefault="008F7A8C"/>
        </w:tc>
        <w:tc>
          <w:tcPr>
            <w:tcW w:w="1963" w:type="dxa"/>
            <w:vAlign w:val="center"/>
          </w:tcPr>
          <w:p w14:paraId="43231164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335F045E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5F375839" w14:textId="77777777" w:rsidR="008F7A8C" w:rsidRDefault="008F7A8C"/>
        </w:tc>
      </w:tr>
      <w:tr w:rsidR="008F7A8C" w14:paraId="2CFEDEA5" w14:textId="77777777">
        <w:trPr>
          <w:jc w:val="center"/>
        </w:trPr>
        <w:tc>
          <w:tcPr>
            <w:tcW w:w="1963" w:type="dxa"/>
            <w:vAlign w:val="center"/>
          </w:tcPr>
          <w:p w14:paraId="66B7E6AF" w14:textId="77777777" w:rsidR="008F7A8C" w:rsidRDefault="00462671">
            <w:pPr>
              <w:jc w:val="center"/>
            </w:pPr>
            <w:r>
              <w:rPr>
                <w:sz w:val="14"/>
              </w:rPr>
              <w:t>1)</w:t>
            </w:r>
          </w:p>
        </w:tc>
        <w:tc>
          <w:tcPr>
            <w:tcW w:w="1963" w:type="dxa"/>
            <w:vAlign w:val="center"/>
          </w:tcPr>
          <w:p w14:paraId="3819A7B5" w14:textId="77777777" w:rsidR="008F7A8C" w:rsidRDefault="00462671">
            <w:r>
              <w:rPr>
                <w:sz w:val="14"/>
              </w:rPr>
              <w:t>Өмірге немесе денсаулыққа келтірілген зиянды өтеу бойынша берешекті өндіріп алу талаптары</w:t>
            </w:r>
          </w:p>
        </w:tc>
        <w:tc>
          <w:tcPr>
            <w:tcW w:w="1963" w:type="dxa"/>
            <w:vAlign w:val="center"/>
          </w:tcPr>
          <w:p w14:paraId="4B43A651" w14:textId="77777777" w:rsidR="008F7A8C" w:rsidRDefault="00462671">
            <w:pPr>
              <w:jc w:val="center"/>
            </w:pPr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7D5049EA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0C3083B5" w14:textId="77777777" w:rsidR="008F7A8C" w:rsidRDefault="00462671"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3C39673C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013A3048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305AF893" w14:textId="77777777" w:rsidR="008F7A8C" w:rsidRDefault="00462671">
            <w:r>
              <w:rPr>
                <w:sz w:val="14"/>
              </w:rPr>
              <w:t>Жоқ</w:t>
            </w:r>
          </w:p>
        </w:tc>
      </w:tr>
      <w:tr w:rsidR="008F7A8C" w14:paraId="2121B525" w14:textId="77777777">
        <w:trPr>
          <w:jc w:val="center"/>
        </w:trPr>
        <w:tc>
          <w:tcPr>
            <w:tcW w:w="1963" w:type="dxa"/>
            <w:vAlign w:val="center"/>
          </w:tcPr>
          <w:p w14:paraId="48B02A9B" w14:textId="77777777" w:rsidR="008F7A8C" w:rsidRDefault="00462671">
            <w:pPr>
              <w:jc w:val="center"/>
            </w:pPr>
            <w:r>
              <w:rPr>
                <w:sz w:val="14"/>
              </w:rPr>
              <w:t>2)</w:t>
            </w:r>
          </w:p>
        </w:tc>
        <w:tc>
          <w:tcPr>
            <w:tcW w:w="1963" w:type="dxa"/>
            <w:vAlign w:val="center"/>
          </w:tcPr>
          <w:p w14:paraId="295F6985" w14:textId="77777777" w:rsidR="008F7A8C" w:rsidRDefault="00462671">
            <w:r>
              <w:rPr>
                <w:sz w:val="14"/>
              </w:rPr>
              <w:t xml:space="preserve">Алименттерді өндіріп алу </w:t>
            </w:r>
            <w:r>
              <w:rPr>
                <w:sz w:val="14"/>
              </w:rPr>
              <w:t>талаптары</w:t>
            </w:r>
          </w:p>
        </w:tc>
        <w:tc>
          <w:tcPr>
            <w:tcW w:w="1963" w:type="dxa"/>
            <w:vAlign w:val="center"/>
          </w:tcPr>
          <w:p w14:paraId="4C5FD002" w14:textId="77777777" w:rsidR="008F7A8C" w:rsidRDefault="00462671">
            <w:pPr>
              <w:jc w:val="center"/>
            </w:pPr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12BBBB84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471561D0" w14:textId="77777777" w:rsidR="008F7A8C" w:rsidRDefault="00462671"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1A563E82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79A8C1D0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5A20386E" w14:textId="77777777" w:rsidR="008F7A8C" w:rsidRDefault="00462671">
            <w:r>
              <w:rPr>
                <w:sz w:val="14"/>
              </w:rPr>
              <w:t>Жоқ</w:t>
            </w:r>
          </w:p>
        </w:tc>
      </w:tr>
      <w:tr w:rsidR="008F7A8C" w14:paraId="121607BC" w14:textId="77777777">
        <w:trPr>
          <w:jc w:val="center"/>
        </w:trPr>
        <w:tc>
          <w:tcPr>
            <w:tcW w:w="1963" w:type="dxa"/>
            <w:vAlign w:val="center"/>
          </w:tcPr>
          <w:p w14:paraId="252F1679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1A7DE51E" w14:textId="77777777" w:rsidR="008F7A8C" w:rsidRDefault="00462671">
            <w:r>
              <w:rPr>
                <w:b/>
                <w:sz w:val="14"/>
              </w:rPr>
              <w:t>Бірінші кезек бойынша жиыны:</w:t>
            </w:r>
          </w:p>
        </w:tc>
        <w:tc>
          <w:tcPr>
            <w:tcW w:w="1963" w:type="dxa"/>
            <w:vAlign w:val="center"/>
          </w:tcPr>
          <w:p w14:paraId="6ACB7C79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1B73203A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2AA804B3" w14:textId="77777777" w:rsidR="008F7A8C" w:rsidRDefault="008F7A8C"/>
        </w:tc>
        <w:tc>
          <w:tcPr>
            <w:tcW w:w="1963" w:type="dxa"/>
            <w:vAlign w:val="center"/>
          </w:tcPr>
          <w:p w14:paraId="0AC90047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5C1C4E93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44FF52BD" w14:textId="77777777" w:rsidR="008F7A8C" w:rsidRDefault="008F7A8C"/>
        </w:tc>
      </w:tr>
      <w:tr w:rsidR="008F7A8C" w14:paraId="4486B549" w14:textId="77777777">
        <w:trPr>
          <w:jc w:val="center"/>
        </w:trPr>
        <w:tc>
          <w:tcPr>
            <w:tcW w:w="1963" w:type="dxa"/>
            <w:vAlign w:val="center"/>
          </w:tcPr>
          <w:p w14:paraId="7233806D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2.</w:t>
            </w:r>
          </w:p>
        </w:tc>
        <w:tc>
          <w:tcPr>
            <w:tcW w:w="1963" w:type="dxa"/>
            <w:vAlign w:val="center"/>
          </w:tcPr>
          <w:p w14:paraId="3CD2BA3A" w14:textId="77777777" w:rsidR="008F7A8C" w:rsidRDefault="00462671">
            <w:r>
              <w:rPr>
                <w:b/>
                <w:sz w:val="14"/>
              </w:rPr>
              <w:t>Екінші кезек</w:t>
            </w:r>
          </w:p>
        </w:tc>
        <w:tc>
          <w:tcPr>
            <w:tcW w:w="1963" w:type="dxa"/>
            <w:vAlign w:val="center"/>
          </w:tcPr>
          <w:p w14:paraId="7B3F1ACF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3EF46BF0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41DDB007" w14:textId="77777777" w:rsidR="008F7A8C" w:rsidRDefault="008F7A8C"/>
        </w:tc>
        <w:tc>
          <w:tcPr>
            <w:tcW w:w="1963" w:type="dxa"/>
            <w:vAlign w:val="center"/>
          </w:tcPr>
          <w:p w14:paraId="70B6CE36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3011ED5F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3ACC23D0" w14:textId="77777777" w:rsidR="008F7A8C" w:rsidRDefault="008F7A8C"/>
        </w:tc>
      </w:tr>
      <w:tr w:rsidR="008F7A8C" w14:paraId="200B1A44" w14:textId="77777777">
        <w:trPr>
          <w:jc w:val="center"/>
        </w:trPr>
        <w:tc>
          <w:tcPr>
            <w:tcW w:w="1963" w:type="dxa"/>
            <w:vAlign w:val="center"/>
          </w:tcPr>
          <w:p w14:paraId="7EE5795F" w14:textId="77777777" w:rsidR="008F7A8C" w:rsidRDefault="00462671">
            <w:pPr>
              <w:jc w:val="center"/>
            </w:pPr>
            <w:r>
              <w:rPr>
                <w:sz w:val="14"/>
              </w:rPr>
              <w:t>1)</w:t>
            </w:r>
          </w:p>
        </w:tc>
        <w:tc>
          <w:tcPr>
            <w:tcW w:w="1963" w:type="dxa"/>
            <w:vAlign w:val="center"/>
          </w:tcPr>
          <w:p w14:paraId="446E3922" w14:textId="77777777" w:rsidR="008F7A8C" w:rsidRDefault="00462671">
            <w:r>
              <w:rPr>
                <w:sz w:val="14"/>
              </w:rPr>
              <w:t>Салық берешегі</w:t>
            </w:r>
          </w:p>
        </w:tc>
        <w:tc>
          <w:tcPr>
            <w:tcW w:w="1963" w:type="dxa"/>
            <w:vAlign w:val="center"/>
          </w:tcPr>
          <w:p w14:paraId="53929E7F" w14:textId="77777777" w:rsidR="008F7A8C" w:rsidRDefault="00462671">
            <w:pPr>
              <w:jc w:val="center"/>
            </w:pPr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3AD7637A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74100407" w14:textId="77777777" w:rsidR="008F7A8C" w:rsidRDefault="00462671"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2577700A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7211EDE5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34E06839" w14:textId="77777777" w:rsidR="008F7A8C" w:rsidRDefault="00462671">
            <w:r>
              <w:rPr>
                <w:sz w:val="14"/>
              </w:rPr>
              <w:t>Жоқ</w:t>
            </w:r>
          </w:p>
        </w:tc>
      </w:tr>
      <w:tr w:rsidR="008F7A8C" w14:paraId="4E23F171" w14:textId="77777777">
        <w:trPr>
          <w:jc w:val="center"/>
        </w:trPr>
        <w:tc>
          <w:tcPr>
            <w:tcW w:w="1963" w:type="dxa"/>
            <w:vAlign w:val="center"/>
          </w:tcPr>
          <w:p w14:paraId="64FB6816" w14:textId="77777777" w:rsidR="008F7A8C" w:rsidRDefault="00462671">
            <w:pPr>
              <w:jc w:val="center"/>
            </w:pPr>
            <w:r>
              <w:rPr>
                <w:sz w:val="14"/>
              </w:rPr>
              <w:t>2)</w:t>
            </w:r>
          </w:p>
        </w:tc>
        <w:tc>
          <w:tcPr>
            <w:tcW w:w="1963" w:type="dxa"/>
            <w:vAlign w:val="center"/>
          </w:tcPr>
          <w:p w14:paraId="1BD4F57A" w14:textId="77777777" w:rsidR="008F7A8C" w:rsidRDefault="00462671">
            <w:r>
              <w:rPr>
                <w:sz w:val="14"/>
              </w:rPr>
              <w:t>Кедендік төлемдер бойынша берешек</w:t>
            </w:r>
          </w:p>
        </w:tc>
        <w:tc>
          <w:tcPr>
            <w:tcW w:w="1963" w:type="dxa"/>
            <w:vAlign w:val="center"/>
          </w:tcPr>
          <w:p w14:paraId="53DA08DC" w14:textId="77777777" w:rsidR="008F7A8C" w:rsidRDefault="00462671">
            <w:pPr>
              <w:jc w:val="center"/>
            </w:pPr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6E92BAF5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0E1B3D72" w14:textId="77777777" w:rsidR="008F7A8C" w:rsidRDefault="00462671"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4610FC61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14AEF766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1755B596" w14:textId="77777777" w:rsidR="008F7A8C" w:rsidRDefault="00462671">
            <w:r>
              <w:rPr>
                <w:sz w:val="14"/>
              </w:rPr>
              <w:t>Жоқ</w:t>
            </w:r>
          </w:p>
        </w:tc>
      </w:tr>
      <w:tr w:rsidR="008F7A8C" w14:paraId="018A9F76" w14:textId="77777777">
        <w:trPr>
          <w:jc w:val="center"/>
        </w:trPr>
        <w:tc>
          <w:tcPr>
            <w:tcW w:w="1963" w:type="dxa"/>
            <w:vAlign w:val="center"/>
          </w:tcPr>
          <w:p w14:paraId="53F24D7F" w14:textId="77777777" w:rsidR="008F7A8C" w:rsidRDefault="00462671">
            <w:pPr>
              <w:jc w:val="center"/>
            </w:pPr>
            <w:r>
              <w:rPr>
                <w:sz w:val="14"/>
              </w:rPr>
              <w:t>3)</w:t>
            </w:r>
          </w:p>
        </w:tc>
        <w:tc>
          <w:tcPr>
            <w:tcW w:w="1963" w:type="dxa"/>
            <w:vAlign w:val="center"/>
          </w:tcPr>
          <w:p w14:paraId="1193EBFD" w14:textId="77777777" w:rsidR="008F7A8C" w:rsidRDefault="00462671">
            <w:r>
              <w:rPr>
                <w:sz w:val="14"/>
              </w:rPr>
              <w:t xml:space="preserve">Бюджетке төленетін міндетті төлемдер </w:t>
            </w:r>
            <w:r>
              <w:rPr>
                <w:sz w:val="14"/>
              </w:rPr>
              <w:t>бойынша берешек</w:t>
            </w:r>
          </w:p>
        </w:tc>
        <w:tc>
          <w:tcPr>
            <w:tcW w:w="1963" w:type="dxa"/>
            <w:vAlign w:val="center"/>
          </w:tcPr>
          <w:p w14:paraId="72D0FD22" w14:textId="77777777" w:rsidR="008F7A8C" w:rsidRDefault="00462671">
            <w:pPr>
              <w:jc w:val="center"/>
            </w:pPr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568BF258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51DCF083" w14:textId="77777777" w:rsidR="008F7A8C" w:rsidRDefault="00462671"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2403A390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3AA69A36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2476EDB9" w14:textId="77777777" w:rsidR="008F7A8C" w:rsidRDefault="00462671">
            <w:r>
              <w:rPr>
                <w:sz w:val="14"/>
              </w:rPr>
              <w:t>Жоқ</w:t>
            </w:r>
          </w:p>
        </w:tc>
      </w:tr>
      <w:tr w:rsidR="008F7A8C" w14:paraId="6C66E6CC" w14:textId="77777777">
        <w:trPr>
          <w:jc w:val="center"/>
        </w:trPr>
        <w:tc>
          <w:tcPr>
            <w:tcW w:w="1963" w:type="dxa"/>
            <w:vAlign w:val="center"/>
          </w:tcPr>
          <w:p w14:paraId="3E142FC2" w14:textId="77777777" w:rsidR="008F7A8C" w:rsidRDefault="00462671">
            <w:pPr>
              <w:jc w:val="center"/>
            </w:pPr>
            <w:r>
              <w:rPr>
                <w:sz w:val="14"/>
              </w:rPr>
              <w:t>4)</w:t>
            </w:r>
          </w:p>
        </w:tc>
        <w:tc>
          <w:tcPr>
            <w:tcW w:w="1963" w:type="dxa"/>
            <w:vAlign w:val="center"/>
          </w:tcPr>
          <w:p w14:paraId="277900AB" w14:textId="77777777" w:rsidR="008F7A8C" w:rsidRDefault="00462671">
            <w:r>
              <w:rPr>
                <w:sz w:val="14"/>
              </w:rPr>
              <w:t>Сот шешімі бойынша өндіріп алынатын бюджет төлемдері бойынша берешек</w:t>
            </w:r>
          </w:p>
        </w:tc>
        <w:tc>
          <w:tcPr>
            <w:tcW w:w="1963" w:type="dxa"/>
            <w:vAlign w:val="center"/>
          </w:tcPr>
          <w:p w14:paraId="681B613B" w14:textId="77777777" w:rsidR="008F7A8C" w:rsidRDefault="00462671">
            <w:pPr>
              <w:jc w:val="center"/>
            </w:pPr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7D6E0EB7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02376D1C" w14:textId="77777777" w:rsidR="008F7A8C" w:rsidRDefault="00462671"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23616A92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6B421AA3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6204C783" w14:textId="77777777" w:rsidR="008F7A8C" w:rsidRDefault="00462671">
            <w:r>
              <w:rPr>
                <w:sz w:val="14"/>
              </w:rPr>
              <w:t>Жоқ</w:t>
            </w:r>
          </w:p>
        </w:tc>
      </w:tr>
      <w:tr w:rsidR="008F7A8C" w14:paraId="1260EF9D" w14:textId="77777777">
        <w:trPr>
          <w:jc w:val="center"/>
        </w:trPr>
        <w:tc>
          <w:tcPr>
            <w:tcW w:w="1963" w:type="dxa"/>
            <w:vAlign w:val="center"/>
          </w:tcPr>
          <w:p w14:paraId="42B103C4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1BEA4029" w14:textId="77777777" w:rsidR="008F7A8C" w:rsidRDefault="00462671">
            <w:r>
              <w:rPr>
                <w:b/>
                <w:sz w:val="14"/>
              </w:rPr>
              <w:t>Екінші кезек бойынша жиыны:</w:t>
            </w:r>
          </w:p>
        </w:tc>
        <w:tc>
          <w:tcPr>
            <w:tcW w:w="1963" w:type="dxa"/>
            <w:vAlign w:val="center"/>
          </w:tcPr>
          <w:p w14:paraId="04AC2317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5ACAD3B0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3227F8D4" w14:textId="77777777" w:rsidR="008F7A8C" w:rsidRDefault="008F7A8C"/>
        </w:tc>
        <w:tc>
          <w:tcPr>
            <w:tcW w:w="1963" w:type="dxa"/>
            <w:vAlign w:val="center"/>
          </w:tcPr>
          <w:p w14:paraId="4281BA74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05DABB07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3345A893" w14:textId="77777777" w:rsidR="008F7A8C" w:rsidRDefault="008F7A8C"/>
        </w:tc>
      </w:tr>
      <w:tr w:rsidR="008F7A8C" w14:paraId="5C11EC5C" w14:textId="77777777">
        <w:trPr>
          <w:jc w:val="center"/>
        </w:trPr>
        <w:tc>
          <w:tcPr>
            <w:tcW w:w="1963" w:type="dxa"/>
            <w:vAlign w:val="center"/>
          </w:tcPr>
          <w:p w14:paraId="2BD51634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3.</w:t>
            </w:r>
          </w:p>
        </w:tc>
        <w:tc>
          <w:tcPr>
            <w:tcW w:w="1963" w:type="dxa"/>
            <w:vAlign w:val="center"/>
          </w:tcPr>
          <w:p w14:paraId="28C19D43" w14:textId="77777777" w:rsidR="008F7A8C" w:rsidRDefault="00462671">
            <w:r>
              <w:rPr>
                <w:b/>
                <w:sz w:val="14"/>
              </w:rPr>
              <w:t>Үшінші кезек</w:t>
            </w:r>
          </w:p>
        </w:tc>
        <w:tc>
          <w:tcPr>
            <w:tcW w:w="1963" w:type="dxa"/>
            <w:vAlign w:val="center"/>
          </w:tcPr>
          <w:p w14:paraId="26BADB0C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69722EAD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5C75A273" w14:textId="77777777" w:rsidR="008F7A8C" w:rsidRDefault="008F7A8C"/>
        </w:tc>
        <w:tc>
          <w:tcPr>
            <w:tcW w:w="1963" w:type="dxa"/>
            <w:vAlign w:val="center"/>
          </w:tcPr>
          <w:p w14:paraId="27E5FC6E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3D11DBF5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7130113B" w14:textId="77777777" w:rsidR="008F7A8C" w:rsidRDefault="008F7A8C"/>
        </w:tc>
      </w:tr>
      <w:tr w:rsidR="008F7A8C" w14:paraId="00DC0ADC" w14:textId="77777777">
        <w:trPr>
          <w:jc w:val="center"/>
        </w:trPr>
        <w:tc>
          <w:tcPr>
            <w:tcW w:w="1963" w:type="dxa"/>
            <w:vAlign w:val="center"/>
          </w:tcPr>
          <w:p w14:paraId="36A55CDD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1)</w:t>
            </w:r>
          </w:p>
        </w:tc>
        <w:tc>
          <w:tcPr>
            <w:tcW w:w="1963" w:type="dxa"/>
            <w:vAlign w:val="center"/>
          </w:tcPr>
          <w:p w14:paraId="00E86327" w14:textId="77777777" w:rsidR="008F7A8C" w:rsidRDefault="00462671">
            <w:r>
              <w:rPr>
                <w:b/>
                <w:sz w:val="14"/>
              </w:rPr>
              <w:t xml:space="preserve">Азаматтық-құқықтық және өзге де </w:t>
            </w:r>
            <w:r>
              <w:rPr>
                <w:b/>
                <w:sz w:val="14"/>
              </w:rPr>
              <w:t>міндеттемелер бойынша кредиторлардың талаптары:</w:t>
            </w:r>
          </w:p>
        </w:tc>
        <w:tc>
          <w:tcPr>
            <w:tcW w:w="1963" w:type="dxa"/>
            <w:vAlign w:val="center"/>
          </w:tcPr>
          <w:p w14:paraId="6E3092FA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5883696C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44702921" w14:textId="77777777" w:rsidR="008F7A8C" w:rsidRDefault="008F7A8C"/>
        </w:tc>
        <w:tc>
          <w:tcPr>
            <w:tcW w:w="1963" w:type="dxa"/>
            <w:vAlign w:val="center"/>
          </w:tcPr>
          <w:p w14:paraId="1DE6A91D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34F27402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54594C96" w14:textId="77777777" w:rsidR="008F7A8C" w:rsidRDefault="008F7A8C"/>
        </w:tc>
      </w:tr>
      <w:tr w:rsidR="008F7A8C" w14:paraId="6F4AFCBA" w14:textId="77777777">
        <w:trPr>
          <w:jc w:val="center"/>
        </w:trPr>
        <w:tc>
          <w:tcPr>
            <w:tcW w:w="1963" w:type="dxa"/>
            <w:vAlign w:val="center"/>
          </w:tcPr>
          <w:p w14:paraId="149950C6" w14:textId="77777777" w:rsidR="008F7A8C" w:rsidRDefault="00462671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963" w:type="dxa"/>
            <w:vAlign w:val="center"/>
          </w:tcPr>
          <w:p w14:paraId="58BC6DE8" w14:textId="77777777" w:rsidR="008F7A8C" w:rsidRDefault="00462671">
            <w:r>
              <w:rPr>
                <w:sz w:val="14"/>
              </w:rPr>
              <w:t>АО «Kaspi Bank»</w:t>
            </w:r>
          </w:p>
        </w:tc>
        <w:tc>
          <w:tcPr>
            <w:tcW w:w="1963" w:type="dxa"/>
            <w:vAlign w:val="center"/>
          </w:tcPr>
          <w:p w14:paraId="4FD1488A" w14:textId="77777777" w:rsidR="008F7A8C" w:rsidRDefault="00462671">
            <w:pPr>
              <w:jc w:val="center"/>
            </w:pPr>
            <w:r>
              <w:rPr>
                <w:sz w:val="14"/>
              </w:rPr>
              <w:t>971240001315</w:t>
            </w:r>
          </w:p>
        </w:tc>
        <w:tc>
          <w:tcPr>
            <w:tcW w:w="1963" w:type="dxa"/>
            <w:vAlign w:val="center"/>
          </w:tcPr>
          <w:p w14:paraId="2AD8C3D4" w14:textId="77777777" w:rsidR="008F7A8C" w:rsidRDefault="00462671">
            <w:pPr>
              <w:jc w:val="center"/>
            </w:pPr>
            <w:r>
              <w:rPr>
                <w:sz w:val="14"/>
              </w:rPr>
              <w:t>2 697 668,24</w:t>
            </w:r>
          </w:p>
        </w:tc>
        <w:tc>
          <w:tcPr>
            <w:tcW w:w="1963" w:type="dxa"/>
            <w:vAlign w:val="center"/>
          </w:tcPr>
          <w:p w14:paraId="58DD72DB" w14:textId="77777777" w:rsidR="008F7A8C" w:rsidRDefault="00462671">
            <w:r>
              <w:rPr>
                <w:sz w:val="14"/>
              </w:rPr>
              <w:t>Қаржылық басқарушының 05.08.2026 ж. қорытындысы; 03.06.2026 ж. МКБ дербес кредиттік есебі; 03.06.2026 ж. №593214007 БКБ дербес кредиттік есебі; міндеттемелер</w:t>
            </w:r>
            <w:r>
              <w:rPr>
                <w:sz w:val="14"/>
              </w:rPr>
              <w:t xml:space="preserve"> тізбесі; берешектің туындаған күні: 02.04.2021</w:t>
            </w:r>
          </w:p>
        </w:tc>
        <w:tc>
          <w:tcPr>
            <w:tcW w:w="1963" w:type="dxa"/>
            <w:vAlign w:val="center"/>
          </w:tcPr>
          <w:p w14:paraId="428C2967" w14:textId="77777777" w:rsidR="008F7A8C" w:rsidRDefault="00462671">
            <w:pPr>
              <w:jc w:val="center"/>
            </w:pPr>
            <w:r>
              <w:rPr>
                <w:sz w:val="14"/>
              </w:rPr>
              <w:t>2 697 668,24</w:t>
            </w:r>
          </w:p>
        </w:tc>
        <w:tc>
          <w:tcPr>
            <w:tcW w:w="1963" w:type="dxa"/>
            <w:vAlign w:val="center"/>
          </w:tcPr>
          <w:p w14:paraId="161D3933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7A2818C3" w14:textId="77777777" w:rsidR="008F7A8C" w:rsidRDefault="00462671">
            <w:r>
              <w:rPr>
                <w:sz w:val="14"/>
              </w:rPr>
              <w:t>Кепілсіз</w:t>
            </w:r>
          </w:p>
        </w:tc>
      </w:tr>
      <w:tr w:rsidR="008F7A8C" w14:paraId="58EABBEE" w14:textId="77777777">
        <w:trPr>
          <w:jc w:val="center"/>
        </w:trPr>
        <w:tc>
          <w:tcPr>
            <w:tcW w:w="1963" w:type="dxa"/>
            <w:vAlign w:val="center"/>
          </w:tcPr>
          <w:p w14:paraId="2ACE7092" w14:textId="77777777" w:rsidR="008F7A8C" w:rsidRDefault="00462671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1963" w:type="dxa"/>
            <w:vAlign w:val="center"/>
          </w:tcPr>
          <w:p w14:paraId="4CC15466" w14:textId="77777777" w:rsidR="008F7A8C" w:rsidRPr="00462671" w:rsidRDefault="00462671">
            <w:pPr>
              <w:rPr>
                <w:lang w:val="ru-RU"/>
              </w:rPr>
            </w:pPr>
            <w:r w:rsidRPr="00462671">
              <w:rPr>
                <w:sz w:val="14"/>
                <w:lang w:val="ru-RU"/>
              </w:rPr>
              <w:t>ТОО «МФО ФРИДОМ ФИНАНС Кредит»</w:t>
            </w:r>
          </w:p>
        </w:tc>
        <w:tc>
          <w:tcPr>
            <w:tcW w:w="1963" w:type="dxa"/>
            <w:vAlign w:val="center"/>
          </w:tcPr>
          <w:p w14:paraId="2FCFB236" w14:textId="77777777" w:rsidR="008F7A8C" w:rsidRDefault="00462671">
            <w:pPr>
              <w:jc w:val="center"/>
            </w:pPr>
            <w:r>
              <w:rPr>
                <w:sz w:val="14"/>
              </w:rPr>
              <w:t>190340008954</w:t>
            </w:r>
          </w:p>
        </w:tc>
        <w:tc>
          <w:tcPr>
            <w:tcW w:w="1963" w:type="dxa"/>
            <w:vAlign w:val="center"/>
          </w:tcPr>
          <w:p w14:paraId="4DF47D56" w14:textId="77777777" w:rsidR="008F7A8C" w:rsidRDefault="00462671">
            <w:pPr>
              <w:jc w:val="center"/>
            </w:pPr>
            <w:r>
              <w:rPr>
                <w:sz w:val="14"/>
              </w:rPr>
              <w:t>162 699,00</w:t>
            </w:r>
          </w:p>
        </w:tc>
        <w:tc>
          <w:tcPr>
            <w:tcW w:w="1963" w:type="dxa"/>
            <w:vAlign w:val="center"/>
          </w:tcPr>
          <w:p w14:paraId="37791D2A" w14:textId="77777777" w:rsidR="008F7A8C" w:rsidRDefault="00462671">
            <w:r>
              <w:rPr>
                <w:sz w:val="14"/>
              </w:rPr>
              <w:t xml:space="preserve">Қаржылық басқарушының 05.08.2026 ж. қорытындысы; 03.06.2026 ж. МКБ дербес кредиттік есебі; 03.06.2026 ж. </w:t>
            </w:r>
            <w:r>
              <w:rPr>
                <w:sz w:val="14"/>
              </w:rPr>
              <w:t>№593214007 БКБ дербес кредиттік есебі; міндеттемелер тізбесі; берешектің туындаған күні: 07.02.2024</w:t>
            </w:r>
          </w:p>
        </w:tc>
        <w:tc>
          <w:tcPr>
            <w:tcW w:w="1963" w:type="dxa"/>
            <w:vAlign w:val="center"/>
          </w:tcPr>
          <w:p w14:paraId="3C60B4B1" w14:textId="77777777" w:rsidR="008F7A8C" w:rsidRDefault="00462671">
            <w:pPr>
              <w:jc w:val="center"/>
            </w:pPr>
            <w:r>
              <w:rPr>
                <w:sz w:val="14"/>
              </w:rPr>
              <w:t>162 699,00</w:t>
            </w:r>
          </w:p>
        </w:tc>
        <w:tc>
          <w:tcPr>
            <w:tcW w:w="1963" w:type="dxa"/>
            <w:vAlign w:val="center"/>
          </w:tcPr>
          <w:p w14:paraId="6500BB5F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682119E1" w14:textId="77777777" w:rsidR="008F7A8C" w:rsidRDefault="00462671">
            <w:r>
              <w:rPr>
                <w:sz w:val="14"/>
              </w:rPr>
              <w:t>Кепілсіз</w:t>
            </w:r>
          </w:p>
        </w:tc>
      </w:tr>
      <w:tr w:rsidR="008F7A8C" w14:paraId="65F495A3" w14:textId="77777777">
        <w:trPr>
          <w:jc w:val="center"/>
        </w:trPr>
        <w:tc>
          <w:tcPr>
            <w:tcW w:w="1963" w:type="dxa"/>
            <w:vAlign w:val="center"/>
          </w:tcPr>
          <w:p w14:paraId="40388894" w14:textId="77777777" w:rsidR="008F7A8C" w:rsidRDefault="00462671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1963" w:type="dxa"/>
            <w:vAlign w:val="center"/>
          </w:tcPr>
          <w:p w14:paraId="53DC7DEA" w14:textId="77777777" w:rsidR="008F7A8C" w:rsidRDefault="00462671">
            <w:r>
              <w:rPr>
                <w:sz w:val="14"/>
              </w:rPr>
              <w:t>АО «Home Credit Bank»</w:t>
            </w:r>
          </w:p>
        </w:tc>
        <w:tc>
          <w:tcPr>
            <w:tcW w:w="1963" w:type="dxa"/>
            <w:vAlign w:val="center"/>
          </w:tcPr>
          <w:p w14:paraId="4CD76647" w14:textId="77777777" w:rsidR="008F7A8C" w:rsidRDefault="00462671">
            <w:pPr>
              <w:jc w:val="center"/>
            </w:pPr>
            <w:r>
              <w:rPr>
                <w:sz w:val="14"/>
              </w:rPr>
              <w:t>930540000147</w:t>
            </w:r>
          </w:p>
        </w:tc>
        <w:tc>
          <w:tcPr>
            <w:tcW w:w="1963" w:type="dxa"/>
            <w:vAlign w:val="center"/>
          </w:tcPr>
          <w:p w14:paraId="7E7B9DB0" w14:textId="77777777" w:rsidR="008F7A8C" w:rsidRDefault="00462671">
            <w:pPr>
              <w:jc w:val="center"/>
            </w:pPr>
            <w:r>
              <w:rPr>
                <w:sz w:val="14"/>
              </w:rPr>
              <w:t>238 310,79</w:t>
            </w:r>
          </w:p>
        </w:tc>
        <w:tc>
          <w:tcPr>
            <w:tcW w:w="1963" w:type="dxa"/>
            <w:vAlign w:val="center"/>
          </w:tcPr>
          <w:p w14:paraId="675D585B" w14:textId="77777777" w:rsidR="008F7A8C" w:rsidRDefault="00462671">
            <w:r>
              <w:rPr>
                <w:sz w:val="14"/>
              </w:rPr>
              <w:t>Қаржылық басқарушының 05.08.2026 ж. қорытындысы; 03.06.2026 ж. МКБ дербес кредитті</w:t>
            </w:r>
            <w:r>
              <w:rPr>
                <w:sz w:val="14"/>
              </w:rPr>
              <w:t xml:space="preserve">к есебі; 03.06.2026 ж. №593214007 БКБ дербес </w:t>
            </w:r>
            <w:r>
              <w:rPr>
                <w:sz w:val="14"/>
              </w:rPr>
              <w:lastRenderedPageBreak/>
              <w:t>кредиттік есебі; міндеттемелер тізбесі; берешектің туындаған күні: 28.09.2024</w:t>
            </w:r>
          </w:p>
        </w:tc>
        <w:tc>
          <w:tcPr>
            <w:tcW w:w="1963" w:type="dxa"/>
            <w:vAlign w:val="center"/>
          </w:tcPr>
          <w:p w14:paraId="031378CC" w14:textId="77777777" w:rsidR="008F7A8C" w:rsidRDefault="00462671">
            <w:pPr>
              <w:jc w:val="center"/>
            </w:pPr>
            <w:r>
              <w:rPr>
                <w:sz w:val="14"/>
              </w:rPr>
              <w:lastRenderedPageBreak/>
              <w:t>238 310,79</w:t>
            </w:r>
          </w:p>
        </w:tc>
        <w:tc>
          <w:tcPr>
            <w:tcW w:w="1963" w:type="dxa"/>
            <w:vAlign w:val="center"/>
          </w:tcPr>
          <w:p w14:paraId="1D0DE681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3950A5C7" w14:textId="77777777" w:rsidR="008F7A8C" w:rsidRDefault="00462671">
            <w:r>
              <w:rPr>
                <w:sz w:val="14"/>
              </w:rPr>
              <w:t>Кепілсіз</w:t>
            </w:r>
          </w:p>
        </w:tc>
      </w:tr>
      <w:tr w:rsidR="008F7A8C" w14:paraId="3596F2D3" w14:textId="77777777">
        <w:trPr>
          <w:jc w:val="center"/>
        </w:trPr>
        <w:tc>
          <w:tcPr>
            <w:tcW w:w="1963" w:type="dxa"/>
            <w:vAlign w:val="center"/>
          </w:tcPr>
          <w:p w14:paraId="731D7FF4" w14:textId="77777777" w:rsidR="008F7A8C" w:rsidRDefault="00462671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963" w:type="dxa"/>
            <w:vAlign w:val="center"/>
          </w:tcPr>
          <w:p w14:paraId="4DC2A981" w14:textId="77777777" w:rsidR="008F7A8C" w:rsidRDefault="00462671">
            <w:r>
              <w:rPr>
                <w:sz w:val="14"/>
              </w:rPr>
              <w:t>АО «Bereke Bank»</w:t>
            </w:r>
          </w:p>
        </w:tc>
        <w:tc>
          <w:tcPr>
            <w:tcW w:w="1963" w:type="dxa"/>
            <w:vAlign w:val="center"/>
          </w:tcPr>
          <w:p w14:paraId="3FED8910" w14:textId="77777777" w:rsidR="008F7A8C" w:rsidRDefault="00462671">
            <w:pPr>
              <w:jc w:val="center"/>
            </w:pPr>
            <w:r>
              <w:rPr>
                <w:sz w:val="14"/>
              </w:rPr>
              <w:t>930740000137</w:t>
            </w:r>
          </w:p>
        </w:tc>
        <w:tc>
          <w:tcPr>
            <w:tcW w:w="1963" w:type="dxa"/>
            <w:vAlign w:val="center"/>
          </w:tcPr>
          <w:p w14:paraId="16B0046E" w14:textId="77777777" w:rsidR="008F7A8C" w:rsidRDefault="00462671">
            <w:pPr>
              <w:jc w:val="center"/>
            </w:pPr>
            <w:r>
              <w:rPr>
                <w:sz w:val="14"/>
              </w:rPr>
              <w:t>2 612 350,21</w:t>
            </w:r>
          </w:p>
        </w:tc>
        <w:tc>
          <w:tcPr>
            <w:tcW w:w="1963" w:type="dxa"/>
            <w:vAlign w:val="center"/>
          </w:tcPr>
          <w:p w14:paraId="79A6ACB9" w14:textId="77777777" w:rsidR="008F7A8C" w:rsidRDefault="00462671">
            <w:r>
              <w:rPr>
                <w:sz w:val="14"/>
              </w:rPr>
              <w:t xml:space="preserve">Қаржылық басқарушының 05.08.2026 ж. қорытындысы; </w:t>
            </w:r>
            <w:r>
              <w:rPr>
                <w:sz w:val="14"/>
              </w:rPr>
              <w:t>03.06.2026 ж. МКБ дербес кредиттік есебі; 03.06.2026 ж. №593214007 БКБ дербес кредиттік есебі; міндеттемелер тізбесі; берешектің туындаған күні: 04.11.2024</w:t>
            </w:r>
          </w:p>
        </w:tc>
        <w:tc>
          <w:tcPr>
            <w:tcW w:w="1963" w:type="dxa"/>
            <w:vAlign w:val="center"/>
          </w:tcPr>
          <w:p w14:paraId="0A3D4154" w14:textId="77777777" w:rsidR="008F7A8C" w:rsidRDefault="00462671">
            <w:pPr>
              <w:jc w:val="center"/>
            </w:pPr>
            <w:r>
              <w:rPr>
                <w:sz w:val="14"/>
              </w:rPr>
              <w:t>2 612 350,21</w:t>
            </w:r>
          </w:p>
        </w:tc>
        <w:tc>
          <w:tcPr>
            <w:tcW w:w="1963" w:type="dxa"/>
            <w:vAlign w:val="center"/>
          </w:tcPr>
          <w:p w14:paraId="6AFFDA67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746A85AB" w14:textId="77777777" w:rsidR="008F7A8C" w:rsidRDefault="00462671">
            <w:r>
              <w:rPr>
                <w:sz w:val="14"/>
              </w:rPr>
              <w:t>Кепілсіз</w:t>
            </w:r>
          </w:p>
        </w:tc>
      </w:tr>
      <w:tr w:rsidR="008F7A8C" w14:paraId="2BA1B1B1" w14:textId="77777777">
        <w:trPr>
          <w:jc w:val="center"/>
        </w:trPr>
        <w:tc>
          <w:tcPr>
            <w:tcW w:w="1963" w:type="dxa"/>
            <w:vAlign w:val="center"/>
          </w:tcPr>
          <w:p w14:paraId="7AEE4C4F" w14:textId="77777777" w:rsidR="008F7A8C" w:rsidRDefault="00462671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1963" w:type="dxa"/>
            <w:vAlign w:val="center"/>
          </w:tcPr>
          <w:p w14:paraId="22F273BA" w14:textId="77777777" w:rsidR="008F7A8C" w:rsidRDefault="00462671">
            <w:r>
              <w:rPr>
                <w:sz w:val="14"/>
              </w:rPr>
              <w:t>ТОО «МФО ОнлайнКазФинанс»</w:t>
            </w:r>
          </w:p>
        </w:tc>
        <w:tc>
          <w:tcPr>
            <w:tcW w:w="1963" w:type="dxa"/>
            <w:vAlign w:val="center"/>
          </w:tcPr>
          <w:p w14:paraId="4A4E7851" w14:textId="77777777" w:rsidR="008F7A8C" w:rsidRDefault="00462671">
            <w:pPr>
              <w:jc w:val="center"/>
            </w:pPr>
            <w:r>
              <w:rPr>
                <w:sz w:val="14"/>
              </w:rPr>
              <w:t>160840000397</w:t>
            </w:r>
          </w:p>
        </w:tc>
        <w:tc>
          <w:tcPr>
            <w:tcW w:w="1963" w:type="dxa"/>
            <w:vAlign w:val="center"/>
          </w:tcPr>
          <w:p w14:paraId="3F6A9BC9" w14:textId="77777777" w:rsidR="008F7A8C" w:rsidRDefault="00462671">
            <w:pPr>
              <w:jc w:val="center"/>
            </w:pPr>
            <w:r>
              <w:rPr>
                <w:sz w:val="14"/>
              </w:rPr>
              <w:t>477 619,96</w:t>
            </w:r>
          </w:p>
        </w:tc>
        <w:tc>
          <w:tcPr>
            <w:tcW w:w="1963" w:type="dxa"/>
            <w:vAlign w:val="center"/>
          </w:tcPr>
          <w:p w14:paraId="77E7381F" w14:textId="77777777" w:rsidR="008F7A8C" w:rsidRDefault="00462671">
            <w:r>
              <w:rPr>
                <w:sz w:val="14"/>
              </w:rPr>
              <w:t>Қаржылық басқарушыны</w:t>
            </w:r>
            <w:r>
              <w:rPr>
                <w:sz w:val="14"/>
              </w:rPr>
              <w:t>ң 05.08.2026 ж. қорытындысы; 03.06.2026 ж. МКБ дербес кредиттік есебі; 03.06.2026 ж. №593214007 БКБ дербес кредиттік есебі; міндеттемелер тізбесі; берешектің туындаған күні: 03.03.2025</w:t>
            </w:r>
          </w:p>
        </w:tc>
        <w:tc>
          <w:tcPr>
            <w:tcW w:w="1963" w:type="dxa"/>
            <w:vAlign w:val="center"/>
          </w:tcPr>
          <w:p w14:paraId="7C60EFC0" w14:textId="77777777" w:rsidR="008F7A8C" w:rsidRDefault="00462671">
            <w:pPr>
              <w:jc w:val="center"/>
            </w:pPr>
            <w:r>
              <w:rPr>
                <w:sz w:val="14"/>
              </w:rPr>
              <w:t>477 619,96</w:t>
            </w:r>
          </w:p>
        </w:tc>
        <w:tc>
          <w:tcPr>
            <w:tcW w:w="1963" w:type="dxa"/>
            <w:vAlign w:val="center"/>
          </w:tcPr>
          <w:p w14:paraId="2DDA8792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338FB864" w14:textId="77777777" w:rsidR="008F7A8C" w:rsidRDefault="00462671">
            <w:r>
              <w:rPr>
                <w:sz w:val="14"/>
              </w:rPr>
              <w:t>Кепілсіз</w:t>
            </w:r>
          </w:p>
        </w:tc>
      </w:tr>
      <w:tr w:rsidR="008F7A8C" w14:paraId="0853B4ED" w14:textId="77777777">
        <w:trPr>
          <w:jc w:val="center"/>
        </w:trPr>
        <w:tc>
          <w:tcPr>
            <w:tcW w:w="1963" w:type="dxa"/>
            <w:vAlign w:val="center"/>
          </w:tcPr>
          <w:p w14:paraId="752A9336" w14:textId="77777777" w:rsidR="008F7A8C" w:rsidRDefault="00462671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1963" w:type="dxa"/>
            <w:vAlign w:val="center"/>
          </w:tcPr>
          <w:p w14:paraId="7D5E7C7E" w14:textId="77777777" w:rsidR="008F7A8C" w:rsidRDefault="00462671">
            <w:r>
              <w:rPr>
                <w:sz w:val="14"/>
              </w:rPr>
              <w:t>ТОО «Lending and Finance Technologies»</w:t>
            </w:r>
          </w:p>
        </w:tc>
        <w:tc>
          <w:tcPr>
            <w:tcW w:w="1963" w:type="dxa"/>
            <w:vAlign w:val="center"/>
          </w:tcPr>
          <w:p w14:paraId="2CDAF3F9" w14:textId="77777777" w:rsidR="008F7A8C" w:rsidRDefault="00462671">
            <w:pPr>
              <w:jc w:val="center"/>
            </w:pPr>
            <w:r>
              <w:rPr>
                <w:sz w:val="14"/>
              </w:rPr>
              <w:t>1508</w:t>
            </w:r>
            <w:r>
              <w:rPr>
                <w:sz w:val="14"/>
              </w:rPr>
              <w:t>40012933</w:t>
            </w:r>
          </w:p>
        </w:tc>
        <w:tc>
          <w:tcPr>
            <w:tcW w:w="1963" w:type="dxa"/>
            <w:vAlign w:val="center"/>
          </w:tcPr>
          <w:p w14:paraId="66CE5738" w14:textId="77777777" w:rsidR="008F7A8C" w:rsidRDefault="00462671">
            <w:pPr>
              <w:jc w:val="center"/>
            </w:pPr>
            <w:r>
              <w:rPr>
                <w:sz w:val="14"/>
              </w:rPr>
              <w:t>76 490,73</w:t>
            </w:r>
          </w:p>
        </w:tc>
        <w:tc>
          <w:tcPr>
            <w:tcW w:w="1963" w:type="dxa"/>
            <w:vAlign w:val="center"/>
          </w:tcPr>
          <w:p w14:paraId="14F4EF4A" w14:textId="77777777" w:rsidR="008F7A8C" w:rsidRDefault="00462671">
            <w:r>
              <w:rPr>
                <w:sz w:val="14"/>
              </w:rPr>
              <w:t>Қаржылық басқарушының 05.08.2026 ж. қорытындысы; 03.06.2026 ж. МКБ дербес кредиттік есебі; 03.06.2026 ж. №593214007 БКБ дербес кредиттік есебі; міндеттемелер тізбесі; берешектің туындаған күні: 12.03.2025</w:t>
            </w:r>
          </w:p>
        </w:tc>
        <w:tc>
          <w:tcPr>
            <w:tcW w:w="1963" w:type="dxa"/>
            <w:vAlign w:val="center"/>
          </w:tcPr>
          <w:p w14:paraId="138CAB99" w14:textId="77777777" w:rsidR="008F7A8C" w:rsidRDefault="00462671">
            <w:pPr>
              <w:jc w:val="center"/>
            </w:pPr>
            <w:r>
              <w:rPr>
                <w:sz w:val="14"/>
              </w:rPr>
              <w:t>76 490,73</w:t>
            </w:r>
          </w:p>
        </w:tc>
        <w:tc>
          <w:tcPr>
            <w:tcW w:w="1963" w:type="dxa"/>
            <w:vAlign w:val="center"/>
          </w:tcPr>
          <w:p w14:paraId="169FCB86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0B4F9D56" w14:textId="77777777" w:rsidR="008F7A8C" w:rsidRDefault="00462671">
            <w:r>
              <w:rPr>
                <w:sz w:val="14"/>
              </w:rPr>
              <w:t>Кепілсіз</w:t>
            </w:r>
          </w:p>
        </w:tc>
      </w:tr>
      <w:tr w:rsidR="008F7A8C" w14:paraId="2BF7EC44" w14:textId="77777777">
        <w:trPr>
          <w:jc w:val="center"/>
        </w:trPr>
        <w:tc>
          <w:tcPr>
            <w:tcW w:w="1963" w:type="dxa"/>
            <w:vAlign w:val="center"/>
          </w:tcPr>
          <w:p w14:paraId="0E50A2EB" w14:textId="77777777" w:rsidR="008F7A8C" w:rsidRDefault="00462671">
            <w:pPr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1963" w:type="dxa"/>
            <w:vAlign w:val="center"/>
          </w:tcPr>
          <w:p w14:paraId="4686DB66" w14:textId="77777777" w:rsidR="008F7A8C" w:rsidRDefault="00462671">
            <w:r>
              <w:rPr>
                <w:sz w:val="14"/>
              </w:rPr>
              <w:t>ТОО «МФО ФинтехФинанс»</w:t>
            </w:r>
          </w:p>
        </w:tc>
        <w:tc>
          <w:tcPr>
            <w:tcW w:w="1963" w:type="dxa"/>
            <w:vAlign w:val="center"/>
          </w:tcPr>
          <w:p w14:paraId="3E9BC394" w14:textId="77777777" w:rsidR="008F7A8C" w:rsidRDefault="00462671">
            <w:pPr>
              <w:jc w:val="center"/>
            </w:pPr>
            <w:r>
              <w:rPr>
                <w:sz w:val="14"/>
              </w:rPr>
              <w:t>200840014753</w:t>
            </w:r>
          </w:p>
        </w:tc>
        <w:tc>
          <w:tcPr>
            <w:tcW w:w="1963" w:type="dxa"/>
            <w:vAlign w:val="center"/>
          </w:tcPr>
          <w:p w14:paraId="78AAD157" w14:textId="77777777" w:rsidR="008F7A8C" w:rsidRDefault="00462671">
            <w:pPr>
              <w:jc w:val="center"/>
            </w:pPr>
            <w:r>
              <w:rPr>
                <w:sz w:val="14"/>
              </w:rPr>
              <w:t>181 065,88</w:t>
            </w:r>
          </w:p>
        </w:tc>
        <w:tc>
          <w:tcPr>
            <w:tcW w:w="1963" w:type="dxa"/>
            <w:vAlign w:val="center"/>
          </w:tcPr>
          <w:p w14:paraId="4C2DE8DF" w14:textId="77777777" w:rsidR="008F7A8C" w:rsidRDefault="00462671">
            <w:r>
              <w:rPr>
                <w:sz w:val="14"/>
              </w:rPr>
              <w:t>Қаржылық басқарушының 05.08.2026 ж. қорытындысы; 03.06.2026 ж. МКБ дербес кредиттік есебі; 03.06.2026 ж. №593214007 БКБ дербес кредиттік есебі; міндеттемелер тізбесі; берешектің туындаған күні: 28.01.2026</w:t>
            </w:r>
          </w:p>
        </w:tc>
        <w:tc>
          <w:tcPr>
            <w:tcW w:w="1963" w:type="dxa"/>
            <w:vAlign w:val="center"/>
          </w:tcPr>
          <w:p w14:paraId="184B8D01" w14:textId="77777777" w:rsidR="008F7A8C" w:rsidRDefault="00462671">
            <w:pPr>
              <w:jc w:val="center"/>
            </w:pPr>
            <w:r>
              <w:rPr>
                <w:sz w:val="14"/>
              </w:rPr>
              <w:t xml:space="preserve">181 </w:t>
            </w:r>
            <w:r>
              <w:rPr>
                <w:sz w:val="14"/>
              </w:rPr>
              <w:t>065,88</w:t>
            </w:r>
          </w:p>
        </w:tc>
        <w:tc>
          <w:tcPr>
            <w:tcW w:w="1963" w:type="dxa"/>
            <w:vAlign w:val="center"/>
          </w:tcPr>
          <w:p w14:paraId="256D189C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6555E9D1" w14:textId="77777777" w:rsidR="008F7A8C" w:rsidRDefault="00462671">
            <w:r>
              <w:rPr>
                <w:sz w:val="14"/>
              </w:rPr>
              <w:t>Кепілсіз</w:t>
            </w:r>
          </w:p>
        </w:tc>
      </w:tr>
      <w:tr w:rsidR="008F7A8C" w14:paraId="2D72820F" w14:textId="77777777">
        <w:trPr>
          <w:jc w:val="center"/>
        </w:trPr>
        <w:tc>
          <w:tcPr>
            <w:tcW w:w="1963" w:type="dxa"/>
            <w:vAlign w:val="center"/>
          </w:tcPr>
          <w:p w14:paraId="612FB169" w14:textId="77777777" w:rsidR="008F7A8C" w:rsidRDefault="00462671">
            <w:pPr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963" w:type="dxa"/>
            <w:vAlign w:val="center"/>
          </w:tcPr>
          <w:p w14:paraId="7DB5F8A2" w14:textId="77777777" w:rsidR="008F7A8C" w:rsidRDefault="00462671">
            <w:r>
              <w:rPr>
                <w:sz w:val="14"/>
              </w:rPr>
              <w:t>ТОО «МФО Бизнес займ»</w:t>
            </w:r>
          </w:p>
        </w:tc>
        <w:tc>
          <w:tcPr>
            <w:tcW w:w="1963" w:type="dxa"/>
            <w:vAlign w:val="center"/>
          </w:tcPr>
          <w:p w14:paraId="491069D8" w14:textId="77777777" w:rsidR="008F7A8C" w:rsidRDefault="00462671">
            <w:pPr>
              <w:jc w:val="center"/>
            </w:pPr>
            <w:r>
              <w:rPr>
                <w:sz w:val="14"/>
              </w:rPr>
              <w:t>240640009707</w:t>
            </w:r>
          </w:p>
        </w:tc>
        <w:tc>
          <w:tcPr>
            <w:tcW w:w="1963" w:type="dxa"/>
            <w:vAlign w:val="center"/>
          </w:tcPr>
          <w:p w14:paraId="15B95B36" w14:textId="77777777" w:rsidR="008F7A8C" w:rsidRDefault="00462671">
            <w:pPr>
              <w:jc w:val="center"/>
            </w:pPr>
            <w:r>
              <w:rPr>
                <w:sz w:val="14"/>
              </w:rPr>
              <w:t>173 295,00</w:t>
            </w:r>
          </w:p>
        </w:tc>
        <w:tc>
          <w:tcPr>
            <w:tcW w:w="1963" w:type="dxa"/>
            <w:vAlign w:val="center"/>
          </w:tcPr>
          <w:p w14:paraId="02ECF4FF" w14:textId="77777777" w:rsidR="008F7A8C" w:rsidRDefault="00462671">
            <w:r>
              <w:rPr>
                <w:sz w:val="14"/>
              </w:rPr>
              <w:t xml:space="preserve">Қаржылық басқарушының 05.08.2026 ж. қорытындысы; 03.06.2026 ж. МКБ дербес кредиттік есебі; 03.06.2026 ж. №593214007 БКБ дербес кредиттік есебі; міндеттемелер тізбесі; </w:t>
            </w:r>
            <w:r>
              <w:rPr>
                <w:sz w:val="14"/>
              </w:rPr>
              <w:t>берешектің туындаған күні: 09.02.2026</w:t>
            </w:r>
          </w:p>
        </w:tc>
        <w:tc>
          <w:tcPr>
            <w:tcW w:w="1963" w:type="dxa"/>
            <w:vAlign w:val="center"/>
          </w:tcPr>
          <w:p w14:paraId="577F8DF6" w14:textId="77777777" w:rsidR="008F7A8C" w:rsidRDefault="00462671">
            <w:pPr>
              <w:jc w:val="center"/>
            </w:pPr>
            <w:r>
              <w:rPr>
                <w:sz w:val="14"/>
              </w:rPr>
              <w:t>173 295,00</w:t>
            </w:r>
          </w:p>
        </w:tc>
        <w:tc>
          <w:tcPr>
            <w:tcW w:w="1963" w:type="dxa"/>
            <w:vAlign w:val="center"/>
          </w:tcPr>
          <w:p w14:paraId="53760078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70FCCDDD" w14:textId="77777777" w:rsidR="008F7A8C" w:rsidRDefault="00462671">
            <w:r>
              <w:rPr>
                <w:sz w:val="14"/>
              </w:rPr>
              <w:t>Кепілсіз</w:t>
            </w:r>
          </w:p>
        </w:tc>
      </w:tr>
      <w:tr w:rsidR="008F7A8C" w14:paraId="66F1FA8A" w14:textId="77777777">
        <w:trPr>
          <w:jc w:val="center"/>
        </w:trPr>
        <w:tc>
          <w:tcPr>
            <w:tcW w:w="1963" w:type="dxa"/>
            <w:vAlign w:val="center"/>
          </w:tcPr>
          <w:p w14:paraId="1CF44D26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63405A28" w14:textId="77777777" w:rsidR="008F7A8C" w:rsidRDefault="00462671">
            <w:r>
              <w:rPr>
                <w:b/>
                <w:sz w:val="14"/>
              </w:rPr>
              <w:t>1) тармақша бойынша жиыны:</w:t>
            </w:r>
          </w:p>
        </w:tc>
        <w:tc>
          <w:tcPr>
            <w:tcW w:w="1963" w:type="dxa"/>
            <w:vAlign w:val="center"/>
          </w:tcPr>
          <w:p w14:paraId="36CFA8F1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5790FB6B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6 619 499,81</w:t>
            </w:r>
          </w:p>
        </w:tc>
        <w:tc>
          <w:tcPr>
            <w:tcW w:w="1963" w:type="dxa"/>
            <w:vAlign w:val="center"/>
          </w:tcPr>
          <w:p w14:paraId="700A17DA" w14:textId="77777777" w:rsidR="008F7A8C" w:rsidRDefault="008F7A8C"/>
        </w:tc>
        <w:tc>
          <w:tcPr>
            <w:tcW w:w="1963" w:type="dxa"/>
            <w:vAlign w:val="center"/>
          </w:tcPr>
          <w:p w14:paraId="4E41FA2F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6 619 499,81</w:t>
            </w:r>
          </w:p>
        </w:tc>
        <w:tc>
          <w:tcPr>
            <w:tcW w:w="1963" w:type="dxa"/>
            <w:vAlign w:val="center"/>
          </w:tcPr>
          <w:p w14:paraId="5427BDCE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13A974C9" w14:textId="77777777" w:rsidR="008F7A8C" w:rsidRDefault="008F7A8C"/>
        </w:tc>
      </w:tr>
      <w:tr w:rsidR="008F7A8C" w14:paraId="2E2C3D7F" w14:textId="77777777">
        <w:trPr>
          <w:jc w:val="center"/>
        </w:trPr>
        <w:tc>
          <w:tcPr>
            <w:tcW w:w="1963" w:type="dxa"/>
            <w:vAlign w:val="center"/>
          </w:tcPr>
          <w:p w14:paraId="6C2570D3" w14:textId="77777777" w:rsidR="008F7A8C" w:rsidRDefault="00462671">
            <w:pPr>
              <w:jc w:val="center"/>
            </w:pPr>
            <w:r>
              <w:rPr>
                <w:sz w:val="14"/>
              </w:rPr>
              <w:t>2)</w:t>
            </w:r>
          </w:p>
        </w:tc>
        <w:tc>
          <w:tcPr>
            <w:tcW w:w="1963" w:type="dxa"/>
            <w:vAlign w:val="center"/>
          </w:tcPr>
          <w:p w14:paraId="73662FAF" w14:textId="77777777" w:rsidR="008F7A8C" w:rsidRDefault="00462671">
            <w:r>
              <w:rPr>
                <w:sz w:val="14"/>
              </w:rPr>
              <w:t>Кепіл кредиторының талаптары</w:t>
            </w:r>
          </w:p>
        </w:tc>
        <w:tc>
          <w:tcPr>
            <w:tcW w:w="1963" w:type="dxa"/>
            <w:vAlign w:val="center"/>
          </w:tcPr>
          <w:p w14:paraId="32402F1B" w14:textId="77777777" w:rsidR="008F7A8C" w:rsidRDefault="00462671">
            <w:pPr>
              <w:jc w:val="center"/>
            </w:pPr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635BF340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598FD349" w14:textId="77777777" w:rsidR="008F7A8C" w:rsidRDefault="00462671"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7DA98D14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6C96383E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59F885A7" w14:textId="77777777" w:rsidR="008F7A8C" w:rsidRDefault="00462671">
            <w:r>
              <w:rPr>
                <w:sz w:val="14"/>
              </w:rPr>
              <w:t>Жоқ</w:t>
            </w:r>
          </w:p>
        </w:tc>
      </w:tr>
      <w:tr w:rsidR="008F7A8C" w14:paraId="0FA23D60" w14:textId="77777777">
        <w:trPr>
          <w:jc w:val="center"/>
        </w:trPr>
        <w:tc>
          <w:tcPr>
            <w:tcW w:w="1963" w:type="dxa"/>
            <w:vAlign w:val="center"/>
          </w:tcPr>
          <w:p w14:paraId="72400534" w14:textId="77777777" w:rsidR="008F7A8C" w:rsidRDefault="00462671">
            <w:pPr>
              <w:jc w:val="center"/>
            </w:pPr>
            <w:r>
              <w:rPr>
                <w:sz w:val="14"/>
              </w:rPr>
              <w:t>3)</w:t>
            </w:r>
          </w:p>
        </w:tc>
        <w:tc>
          <w:tcPr>
            <w:tcW w:w="1963" w:type="dxa"/>
            <w:vAlign w:val="center"/>
          </w:tcPr>
          <w:p w14:paraId="1D149474" w14:textId="77777777" w:rsidR="008F7A8C" w:rsidRDefault="00462671">
            <w:r>
              <w:rPr>
                <w:sz w:val="14"/>
              </w:rPr>
              <w:t xml:space="preserve">Соттың мәмілені жарамсыз деп тану туралы шешім қабылдауы </w:t>
            </w:r>
            <w:r>
              <w:rPr>
                <w:sz w:val="14"/>
              </w:rPr>
              <w:t>нәтижесінде туындаған талаптар</w:t>
            </w:r>
          </w:p>
        </w:tc>
        <w:tc>
          <w:tcPr>
            <w:tcW w:w="1963" w:type="dxa"/>
            <w:vAlign w:val="center"/>
          </w:tcPr>
          <w:p w14:paraId="398FE3A8" w14:textId="77777777" w:rsidR="008F7A8C" w:rsidRDefault="00462671">
            <w:pPr>
              <w:jc w:val="center"/>
            </w:pPr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601D82BD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672D7D46" w14:textId="77777777" w:rsidR="008F7A8C" w:rsidRDefault="00462671"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572BE6DB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4A444623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384379BE" w14:textId="77777777" w:rsidR="008F7A8C" w:rsidRDefault="00462671">
            <w:r>
              <w:rPr>
                <w:sz w:val="14"/>
              </w:rPr>
              <w:t>Жоқ</w:t>
            </w:r>
          </w:p>
        </w:tc>
      </w:tr>
      <w:tr w:rsidR="008F7A8C" w14:paraId="4011D11B" w14:textId="77777777">
        <w:trPr>
          <w:jc w:val="center"/>
        </w:trPr>
        <w:tc>
          <w:tcPr>
            <w:tcW w:w="1963" w:type="dxa"/>
            <w:vAlign w:val="center"/>
          </w:tcPr>
          <w:p w14:paraId="5E194D10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0BAE39B4" w14:textId="77777777" w:rsidR="008F7A8C" w:rsidRDefault="00462671">
            <w:r>
              <w:rPr>
                <w:b/>
                <w:sz w:val="14"/>
              </w:rPr>
              <w:t>Үшінші кезек бойынша жиыны:</w:t>
            </w:r>
          </w:p>
        </w:tc>
        <w:tc>
          <w:tcPr>
            <w:tcW w:w="1963" w:type="dxa"/>
            <w:vAlign w:val="center"/>
          </w:tcPr>
          <w:p w14:paraId="35E86E88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30E51D77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6 619 499,81</w:t>
            </w:r>
          </w:p>
        </w:tc>
        <w:tc>
          <w:tcPr>
            <w:tcW w:w="1963" w:type="dxa"/>
            <w:vAlign w:val="center"/>
          </w:tcPr>
          <w:p w14:paraId="60A831B3" w14:textId="77777777" w:rsidR="008F7A8C" w:rsidRDefault="008F7A8C"/>
        </w:tc>
        <w:tc>
          <w:tcPr>
            <w:tcW w:w="1963" w:type="dxa"/>
            <w:vAlign w:val="center"/>
          </w:tcPr>
          <w:p w14:paraId="2F878734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6 619 499,81</w:t>
            </w:r>
          </w:p>
        </w:tc>
        <w:tc>
          <w:tcPr>
            <w:tcW w:w="1963" w:type="dxa"/>
            <w:vAlign w:val="center"/>
          </w:tcPr>
          <w:p w14:paraId="7D5AB44C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1BC3C2B8" w14:textId="77777777" w:rsidR="008F7A8C" w:rsidRDefault="008F7A8C"/>
        </w:tc>
      </w:tr>
      <w:tr w:rsidR="008F7A8C" w14:paraId="2452D735" w14:textId="77777777">
        <w:trPr>
          <w:jc w:val="center"/>
        </w:trPr>
        <w:tc>
          <w:tcPr>
            <w:tcW w:w="1963" w:type="dxa"/>
            <w:vAlign w:val="center"/>
          </w:tcPr>
          <w:p w14:paraId="068FBE7F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lastRenderedPageBreak/>
              <w:t>4.</w:t>
            </w:r>
          </w:p>
        </w:tc>
        <w:tc>
          <w:tcPr>
            <w:tcW w:w="1963" w:type="dxa"/>
            <w:vAlign w:val="center"/>
          </w:tcPr>
          <w:p w14:paraId="538BBEC4" w14:textId="77777777" w:rsidR="008F7A8C" w:rsidRDefault="00462671">
            <w:r>
              <w:rPr>
                <w:b/>
                <w:sz w:val="14"/>
              </w:rPr>
              <w:t>Төртінші кезек</w:t>
            </w:r>
          </w:p>
        </w:tc>
        <w:tc>
          <w:tcPr>
            <w:tcW w:w="1963" w:type="dxa"/>
            <w:vAlign w:val="center"/>
          </w:tcPr>
          <w:p w14:paraId="33223A9F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432FC24C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1A3DC3F7" w14:textId="77777777" w:rsidR="008F7A8C" w:rsidRDefault="008F7A8C"/>
        </w:tc>
        <w:tc>
          <w:tcPr>
            <w:tcW w:w="1963" w:type="dxa"/>
            <w:vAlign w:val="center"/>
          </w:tcPr>
          <w:p w14:paraId="4E9392DA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0E7590E9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4F44FAB5" w14:textId="77777777" w:rsidR="008F7A8C" w:rsidRDefault="008F7A8C"/>
        </w:tc>
      </w:tr>
      <w:tr w:rsidR="008F7A8C" w14:paraId="130ACBBC" w14:textId="77777777">
        <w:trPr>
          <w:jc w:val="center"/>
        </w:trPr>
        <w:tc>
          <w:tcPr>
            <w:tcW w:w="1963" w:type="dxa"/>
            <w:vAlign w:val="center"/>
          </w:tcPr>
          <w:p w14:paraId="1916E3D9" w14:textId="77777777" w:rsidR="008F7A8C" w:rsidRDefault="00462671">
            <w:pPr>
              <w:jc w:val="center"/>
            </w:pPr>
            <w:r>
              <w:rPr>
                <w:sz w:val="14"/>
              </w:rPr>
              <w:t>1)</w:t>
            </w:r>
          </w:p>
        </w:tc>
        <w:tc>
          <w:tcPr>
            <w:tcW w:w="1963" w:type="dxa"/>
            <w:vAlign w:val="center"/>
          </w:tcPr>
          <w:p w14:paraId="1E2FBC46" w14:textId="77777777" w:rsidR="008F7A8C" w:rsidRDefault="00462671">
            <w:r>
              <w:rPr>
                <w:sz w:val="14"/>
              </w:rPr>
              <w:t>Залалдарды өтеу жөніндегі кредиторлардың талаптары</w:t>
            </w:r>
          </w:p>
        </w:tc>
        <w:tc>
          <w:tcPr>
            <w:tcW w:w="1963" w:type="dxa"/>
            <w:vAlign w:val="center"/>
          </w:tcPr>
          <w:p w14:paraId="28568500" w14:textId="77777777" w:rsidR="008F7A8C" w:rsidRDefault="00462671">
            <w:pPr>
              <w:jc w:val="center"/>
            </w:pPr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1A3913FD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1AC09339" w14:textId="77777777" w:rsidR="008F7A8C" w:rsidRDefault="00462671"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68DCC207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780C7BF4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11FC31AF" w14:textId="77777777" w:rsidR="008F7A8C" w:rsidRDefault="00462671">
            <w:r>
              <w:rPr>
                <w:sz w:val="14"/>
              </w:rPr>
              <w:t>Жоқ</w:t>
            </w:r>
          </w:p>
        </w:tc>
      </w:tr>
      <w:tr w:rsidR="008F7A8C" w14:paraId="54C26538" w14:textId="77777777">
        <w:trPr>
          <w:jc w:val="center"/>
        </w:trPr>
        <w:tc>
          <w:tcPr>
            <w:tcW w:w="1963" w:type="dxa"/>
            <w:vAlign w:val="center"/>
          </w:tcPr>
          <w:p w14:paraId="2036B7E0" w14:textId="77777777" w:rsidR="008F7A8C" w:rsidRDefault="00462671">
            <w:pPr>
              <w:jc w:val="center"/>
            </w:pPr>
            <w:r>
              <w:rPr>
                <w:sz w:val="14"/>
              </w:rPr>
              <w:t>2)</w:t>
            </w:r>
          </w:p>
        </w:tc>
        <w:tc>
          <w:tcPr>
            <w:tcW w:w="1963" w:type="dxa"/>
            <w:vAlign w:val="center"/>
          </w:tcPr>
          <w:p w14:paraId="6E38D846" w14:textId="77777777" w:rsidR="008F7A8C" w:rsidRDefault="00462671">
            <w:r>
              <w:rPr>
                <w:sz w:val="14"/>
              </w:rPr>
              <w:t xml:space="preserve">Тұрақсыздық айыбын </w:t>
            </w:r>
            <w:r>
              <w:rPr>
                <w:sz w:val="14"/>
              </w:rPr>
              <w:t>(айыппұлдарды, өсімпұлдарды) өндіріп алу жөніндегі кредиторлардың талаптары</w:t>
            </w:r>
          </w:p>
        </w:tc>
        <w:tc>
          <w:tcPr>
            <w:tcW w:w="1963" w:type="dxa"/>
            <w:vAlign w:val="center"/>
          </w:tcPr>
          <w:p w14:paraId="15CDF5B6" w14:textId="77777777" w:rsidR="008F7A8C" w:rsidRDefault="00462671">
            <w:pPr>
              <w:jc w:val="center"/>
            </w:pPr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1957F966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5F076CF5" w14:textId="77777777" w:rsidR="008F7A8C" w:rsidRDefault="00462671"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3AEBE7F8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072EDD54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2BED96E4" w14:textId="77777777" w:rsidR="008F7A8C" w:rsidRDefault="00462671">
            <w:r>
              <w:rPr>
                <w:sz w:val="14"/>
              </w:rPr>
              <w:t>Жоқ</w:t>
            </w:r>
          </w:p>
        </w:tc>
      </w:tr>
      <w:tr w:rsidR="008F7A8C" w14:paraId="32D9C356" w14:textId="77777777">
        <w:trPr>
          <w:jc w:val="center"/>
        </w:trPr>
        <w:tc>
          <w:tcPr>
            <w:tcW w:w="1963" w:type="dxa"/>
            <w:vAlign w:val="center"/>
          </w:tcPr>
          <w:p w14:paraId="40B1FE9E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0781D51C" w14:textId="77777777" w:rsidR="008F7A8C" w:rsidRDefault="00462671">
            <w:r>
              <w:rPr>
                <w:b/>
                <w:sz w:val="14"/>
              </w:rPr>
              <w:t>Төртінші кезек бойынша жиыны:</w:t>
            </w:r>
          </w:p>
        </w:tc>
        <w:tc>
          <w:tcPr>
            <w:tcW w:w="1963" w:type="dxa"/>
            <w:vAlign w:val="center"/>
          </w:tcPr>
          <w:p w14:paraId="1AD94141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1BA9294A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43A1CB15" w14:textId="77777777" w:rsidR="008F7A8C" w:rsidRDefault="008F7A8C"/>
        </w:tc>
        <w:tc>
          <w:tcPr>
            <w:tcW w:w="1963" w:type="dxa"/>
            <w:vAlign w:val="center"/>
          </w:tcPr>
          <w:p w14:paraId="30F8BE3F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51A733A7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1675736C" w14:textId="77777777" w:rsidR="008F7A8C" w:rsidRDefault="008F7A8C"/>
        </w:tc>
      </w:tr>
      <w:tr w:rsidR="008F7A8C" w14:paraId="50EBF305" w14:textId="77777777">
        <w:trPr>
          <w:jc w:val="center"/>
        </w:trPr>
        <w:tc>
          <w:tcPr>
            <w:tcW w:w="1963" w:type="dxa"/>
            <w:vAlign w:val="center"/>
          </w:tcPr>
          <w:p w14:paraId="6727908F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5.</w:t>
            </w:r>
          </w:p>
        </w:tc>
        <w:tc>
          <w:tcPr>
            <w:tcW w:w="1963" w:type="dxa"/>
            <w:vAlign w:val="center"/>
          </w:tcPr>
          <w:p w14:paraId="73E1A160" w14:textId="77777777" w:rsidR="008F7A8C" w:rsidRDefault="00462671">
            <w:r>
              <w:rPr>
                <w:b/>
                <w:sz w:val="14"/>
              </w:rPr>
              <w:t>Бесінші кезек</w:t>
            </w:r>
          </w:p>
        </w:tc>
        <w:tc>
          <w:tcPr>
            <w:tcW w:w="1963" w:type="dxa"/>
            <w:vAlign w:val="center"/>
          </w:tcPr>
          <w:p w14:paraId="31F8E181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33EFCEA2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11D6DC3E" w14:textId="77777777" w:rsidR="008F7A8C" w:rsidRDefault="008F7A8C"/>
        </w:tc>
        <w:tc>
          <w:tcPr>
            <w:tcW w:w="1963" w:type="dxa"/>
            <w:vAlign w:val="center"/>
          </w:tcPr>
          <w:p w14:paraId="7ACC039F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7FB3E770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33C2BD7B" w14:textId="77777777" w:rsidR="008F7A8C" w:rsidRDefault="008F7A8C"/>
        </w:tc>
      </w:tr>
      <w:tr w:rsidR="008F7A8C" w14:paraId="7128CC9C" w14:textId="77777777">
        <w:trPr>
          <w:jc w:val="center"/>
        </w:trPr>
        <w:tc>
          <w:tcPr>
            <w:tcW w:w="1963" w:type="dxa"/>
            <w:vAlign w:val="center"/>
          </w:tcPr>
          <w:p w14:paraId="06D6F0C5" w14:textId="77777777" w:rsidR="008F7A8C" w:rsidRDefault="00462671">
            <w:pPr>
              <w:jc w:val="center"/>
            </w:pPr>
            <w:r>
              <w:rPr>
                <w:sz w:val="14"/>
              </w:rPr>
              <w:t>1)</w:t>
            </w:r>
          </w:p>
        </w:tc>
        <w:tc>
          <w:tcPr>
            <w:tcW w:w="1963" w:type="dxa"/>
            <w:vAlign w:val="center"/>
          </w:tcPr>
          <w:p w14:paraId="7EDF62E5" w14:textId="77777777" w:rsidR="008F7A8C" w:rsidRDefault="00462671">
            <w:r>
              <w:rPr>
                <w:sz w:val="14"/>
              </w:rPr>
              <w:t xml:space="preserve">Берешекті қайта құрылымдау құралдарының бірін ұсыну жөніндегі міндетті </w:t>
            </w:r>
            <w:r>
              <w:rPr>
                <w:sz w:val="14"/>
              </w:rPr>
              <w:t>орындамаған кредиторлардың талаптары</w:t>
            </w:r>
          </w:p>
        </w:tc>
        <w:tc>
          <w:tcPr>
            <w:tcW w:w="1963" w:type="dxa"/>
            <w:vAlign w:val="center"/>
          </w:tcPr>
          <w:p w14:paraId="5AE1E745" w14:textId="77777777" w:rsidR="008F7A8C" w:rsidRDefault="00462671">
            <w:pPr>
              <w:jc w:val="center"/>
            </w:pPr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27723A7A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643A3030" w14:textId="77777777" w:rsidR="008F7A8C" w:rsidRDefault="00462671"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2757816C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630CD9DC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7F0EADA7" w14:textId="77777777" w:rsidR="008F7A8C" w:rsidRDefault="00462671">
            <w:r>
              <w:rPr>
                <w:sz w:val="14"/>
              </w:rPr>
              <w:t>Жоқ</w:t>
            </w:r>
          </w:p>
        </w:tc>
      </w:tr>
      <w:tr w:rsidR="008F7A8C" w14:paraId="4E614AB6" w14:textId="77777777">
        <w:trPr>
          <w:jc w:val="center"/>
        </w:trPr>
        <w:tc>
          <w:tcPr>
            <w:tcW w:w="1963" w:type="dxa"/>
            <w:vAlign w:val="center"/>
          </w:tcPr>
          <w:p w14:paraId="453E8112" w14:textId="77777777" w:rsidR="008F7A8C" w:rsidRDefault="00462671">
            <w:pPr>
              <w:jc w:val="center"/>
            </w:pPr>
            <w:r>
              <w:rPr>
                <w:sz w:val="14"/>
              </w:rPr>
              <w:t>2)</w:t>
            </w:r>
          </w:p>
        </w:tc>
        <w:tc>
          <w:tcPr>
            <w:tcW w:w="1963" w:type="dxa"/>
            <w:vAlign w:val="center"/>
          </w:tcPr>
          <w:p w14:paraId="09EA67E2" w14:textId="77777777" w:rsidR="008F7A8C" w:rsidRDefault="00462671">
            <w:r>
              <w:rPr>
                <w:sz w:val="14"/>
              </w:rPr>
              <w:t>Оларды ұсыну мерзімі өткеннен кейін мәлімделген талаптар</w:t>
            </w:r>
          </w:p>
        </w:tc>
        <w:tc>
          <w:tcPr>
            <w:tcW w:w="1963" w:type="dxa"/>
            <w:vAlign w:val="center"/>
          </w:tcPr>
          <w:p w14:paraId="00A00280" w14:textId="77777777" w:rsidR="008F7A8C" w:rsidRDefault="00462671">
            <w:pPr>
              <w:jc w:val="center"/>
            </w:pPr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158CA139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4F11CE71" w14:textId="77777777" w:rsidR="008F7A8C" w:rsidRDefault="00462671"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79299602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4B6CC1DD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26560DEF" w14:textId="77777777" w:rsidR="008F7A8C" w:rsidRDefault="00462671">
            <w:r>
              <w:rPr>
                <w:sz w:val="14"/>
              </w:rPr>
              <w:t>Жоқ</w:t>
            </w:r>
          </w:p>
        </w:tc>
      </w:tr>
      <w:tr w:rsidR="008F7A8C" w14:paraId="76A03ABA" w14:textId="77777777">
        <w:trPr>
          <w:jc w:val="center"/>
        </w:trPr>
        <w:tc>
          <w:tcPr>
            <w:tcW w:w="1963" w:type="dxa"/>
            <w:vAlign w:val="center"/>
          </w:tcPr>
          <w:p w14:paraId="057C0D80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031E91C3" w14:textId="77777777" w:rsidR="008F7A8C" w:rsidRDefault="00462671">
            <w:r>
              <w:rPr>
                <w:b/>
                <w:sz w:val="14"/>
              </w:rPr>
              <w:t>Бесінші кезек бойынша жиыны:</w:t>
            </w:r>
          </w:p>
        </w:tc>
        <w:tc>
          <w:tcPr>
            <w:tcW w:w="1963" w:type="dxa"/>
            <w:vAlign w:val="center"/>
          </w:tcPr>
          <w:p w14:paraId="46CAAA66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67F7EC9D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2D3D208C" w14:textId="77777777" w:rsidR="008F7A8C" w:rsidRDefault="008F7A8C"/>
        </w:tc>
        <w:tc>
          <w:tcPr>
            <w:tcW w:w="1963" w:type="dxa"/>
            <w:vAlign w:val="center"/>
          </w:tcPr>
          <w:p w14:paraId="1D1668B6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7FBBDD63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652925E9" w14:textId="77777777" w:rsidR="008F7A8C" w:rsidRDefault="008F7A8C"/>
        </w:tc>
      </w:tr>
      <w:tr w:rsidR="008F7A8C" w14:paraId="089CBBA9" w14:textId="77777777">
        <w:trPr>
          <w:jc w:val="center"/>
        </w:trPr>
        <w:tc>
          <w:tcPr>
            <w:tcW w:w="1963" w:type="dxa"/>
            <w:vAlign w:val="center"/>
          </w:tcPr>
          <w:p w14:paraId="7BF9DEAA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3BE00B95" w14:textId="77777777" w:rsidR="008F7A8C" w:rsidRDefault="00462671">
            <w:r>
              <w:rPr>
                <w:b/>
                <w:sz w:val="14"/>
              </w:rPr>
              <w:t>Тізілім бойынша жиыны:</w:t>
            </w:r>
          </w:p>
        </w:tc>
        <w:tc>
          <w:tcPr>
            <w:tcW w:w="1963" w:type="dxa"/>
            <w:vAlign w:val="center"/>
          </w:tcPr>
          <w:p w14:paraId="1D29154B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4C22A0A2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6 619 499,81</w:t>
            </w:r>
          </w:p>
        </w:tc>
        <w:tc>
          <w:tcPr>
            <w:tcW w:w="1963" w:type="dxa"/>
            <w:vAlign w:val="center"/>
          </w:tcPr>
          <w:p w14:paraId="67793E24" w14:textId="77777777" w:rsidR="008F7A8C" w:rsidRDefault="008F7A8C"/>
        </w:tc>
        <w:tc>
          <w:tcPr>
            <w:tcW w:w="1963" w:type="dxa"/>
            <w:vAlign w:val="center"/>
          </w:tcPr>
          <w:p w14:paraId="3151DC5F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6 619 499,81</w:t>
            </w:r>
          </w:p>
        </w:tc>
        <w:tc>
          <w:tcPr>
            <w:tcW w:w="1963" w:type="dxa"/>
            <w:vAlign w:val="center"/>
          </w:tcPr>
          <w:p w14:paraId="2C7FF491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43D6202A" w14:textId="77777777" w:rsidR="008F7A8C" w:rsidRDefault="008F7A8C"/>
        </w:tc>
      </w:tr>
      <w:tr w:rsidR="008F7A8C" w14:paraId="374C5F8E" w14:textId="77777777">
        <w:trPr>
          <w:jc w:val="center"/>
        </w:trPr>
        <w:tc>
          <w:tcPr>
            <w:tcW w:w="1963" w:type="dxa"/>
            <w:vAlign w:val="center"/>
          </w:tcPr>
          <w:p w14:paraId="7FD7F20C" w14:textId="77777777" w:rsidR="008F7A8C" w:rsidRDefault="00462671">
            <w:pPr>
              <w:jc w:val="center"/>
            </w:pPr>
            <w:r>
              <w:rPr>
                <w:sz w:val="14"/>
              </w:rPr>
              <w:t>6.</w:t>
            </w:r>
          </w:p>
        </w:tc>
        <w:tc>
          <w:tcPr>
            <w:tcW w:w="1963" w:type="dxa"/>
            <w:vAlign w:val="center"/>
          </w:tcPr>
          <w:p w14:paraId="1A6DA448" w14:textId="77777777" w:rsidR="008F7A8C" w:rsidRDefault="00462671">
            <w:r>
              <w:rPr>
                <w:sz w:val="14"/>
              </w:rPr>
              <w:t>Тізілімнен шығарылған талаптар</w:t>
            </w:r>
          </w:p>
        </w:tc>
        <w:tc>
          <w:tcPr>
            <w:tcW w:w="1963" w:type="dxa"/>
            <w:vAlign w:val="center"/>
          </w:tcPr>
          <w:p w14:paraId="7B44239D" w14:textId="77777777" w:rsidR="008F7A8C" w:rsidRDefault="00462671">
            <w:pPr>
              <w:jc w:val="center"/>
            </w:pPr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0017267D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132C44FB" w14:textId="77777777" w:rsidR="008F7A8C" w:rsidRDefault="00462671"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245F142C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6E95ABF3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7EF27A57" w14:textId="77777777" w:rsidR="008F7A8C" w:rsidRDefault="00462671">
            <w:r>
              <w:rPr>
                <w:sz w:val="14"/>
              </w:rPr>
              <w:t>Жоқ</w:t>
            </w:r>
          </w:p>
        </w:tc>
      </w:tr>
    </w:tbl>
    <w:p w14:paraId="19BE5908" w14:textId="77777777" w:rsidR="00462671" w:rsidRDefault="00462671">
      <w:pPr>
        <w:spacing w:after="0" w:line="240" w:lineRule="auto"/>
        <w:rPr>
          <w:sz w:val="18"/>
        </w:rPr>
      </w:pPr>
    </w:p>
    <w:p w14:paraId="07FA9F7C" w14:textId="5947275F" w:rsidR="008F7A8C" w:rsidRDefault="00462671">
      <w:pPr>
        <w:spacing w:after="0" w:line="240" w:lineRule="auto"/>
      </w:pPr>
      <w:r>
        <w:rPr>
          <w:sz w:val="18"/>
        </w:rPr>
        <w:t>Қаржылық басқарушы: __________________  Елдесова Самал Ергосаевна</w:t>
      </w:r>
    </w:p>
    <w:p w14:paraId="34C503CE" w14:textId="4A098346" w:rsidR="008F7A8C" w:rsidRDefault="00462671"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69FDF1DD" wp14:editId="74C9F9BD">
                <wp:simplePos x="0" y="0"/>
                <wp:positionH relativeFrom="column">
                  <wp:posOffset>1340327</wp:posOffset>
                </wp:positionH>
                <wp:positionV relativeFrom="paragraph">
                  <wp:posOffset>-169452</wp:posOffset>
                </wp:positionV>
                <wp:extent cx="553680" cy="564480"/>
                <wp:effectExtent l="38100" t="38100" r="0" b="45720"/>
                <wp:wrapNone/>
                <wp:docPr id="2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553680" cy="564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7DCCBE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" o:spid="_x0000_s1026" type="#_x0000_t75" style="position:absolute;margin-left:104.85pt;margin-top:-14.05pt;width:45.05pt;height:45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">
                <v:imagedata r:id="rId7" o:title=""/>
              </v:shape>
            </w:pict>
          </mc:Fallback>
        </mc:AlternateContent>
      </w:r>
      <w:r>
        <w:br w:type="page"/>
      </w:r>
    </w:p>
    <w:p w14:paraId="052FD2AD" w14:textId="77777777" w:rsidR="008F7A8C" w:rsidRPr="00462671" w:rsidRDefault="00462671">
      <w:pPr>
        <w:spacing w:after="0" w:line="240" w:lineRule="auto"/>
        <w:jc w:val="right"/>
        <w:rPr>
          <w:lang w:val="ru-RU"/>
        </w:rPr>
      </w:pPr>
      <w:r w:rsidRPr="00462671">
        <w:rPr>
          <w:sz w:val="16"/>
          <w:lang w:val="ru-RU"/>
        </w:rPr>
        <w:lastRenderedPageBreak/>
        <w:t>Утверждена приказом Министра финансов Республики Казахстан от 28 августа 2024 года № 590, форма</w:t>
      </w:r>
    </w:p>
    <w:p w14:paraId="16B1EC59" w14:textId="77777777" w:rsidR="008F7A8C" w:rsidRPr="00462671" w:rsidRDefault="00462671">
      <w:pPr>
        <w:spacing w:after="60" w:line="240" w:lineRule="auto"/>
        <w:jc w:val="center"/>
        <w:rPr>
          <w:lang w:val="ru-RU"/>
        </w:rPr>
      </w:pPr>
      <w:r w:rsidRPr="00462671">
        <w:rPr>
          <w:b/>
          <w:sz w:val="22"/>
          <w:lang w:val="ru-RU"/>
        </w:rPr>
        <w:t xml:space="preserve">РЕЕСТР ТРЕБОВАНИЙ </w:t>
      </w:r>
      <w:r w:rsidRPr="00462671">
        <w:rPr>
          <w:b/>
          <w:sz w:val="22"/>
          <w:lang w:val="ru-RU"/>
        </w:rPr>
        <w:t>КРЕДИТОРОВ</w:t>
      </w:r>
    </w:p>
    <w:p w14:paraId="42C4E055" w14:textId="77777777" w:rsidR="008F7A8C" w:rsidRPr="00462671" w:rsidRDefault="00462671">
      <w:pPr>
        <w:spacing w:after="60" w:line="240" w:lineRule="auto"/>
        <w:jc w:val="center"/>
        <w:rPr>
          <w:lang w:val="ru-RU"/>
        </w:rPr>
      </w:pPr>
      <w:r w:rsidRPr="00462671">
        <w:rPr>
          <w:b/>
          <w:sz w:val="19"/>
          <w:lang w:val="ru-RU"/>
        </w:rPr>
        <w:t>по восстановлению платежеспособности</w:t>
      </w:r>
    </w:p>
    <w:p w14:paraId="15DEFA18" w14:textId="77777777" w:rsidR="008F7A8C" w:rsidRPr="00462671" w:rsidRDefault="00462671">
      <w:pPr>
        <w:spacing w:after="60" w:line="240" w:lineRule="auto"/>
        <w:jc w:val="center"/>
        <w:rPr>
          <w:lang w:val="ru-RU"/>
        </w:rPr>
      </w:pPr>
      <w:r w:rsidRPr="00462671">
        <w:rPr>
          <w:b/>
          <w:sz w:val="19"/>
          <w:lang w:val="ru-RU"/>
        </w:rPr>
        <w:t>Бертілеуова Нұрай Нұрланқызы, ИИН 990803451000</w:t>
      </w:r>
    </w:p>
    <w:p w14:paraId="262D1CB3" w14:textId="77777777" w:rsidR="008F7A8C" w:rsidRPr="00462671" w:rsidRDefault="00462671">
      <w:pPr>
        <w:spacing w:after="60" w:line="240" w:lineRule="auto"/>
        <w:jc w:val="center"/>
        <w:rPr>
          <w:lang w:val="ru-RU"/>
        </w:rPr>
      </w:pPr>
      <w:r w:rsidRPr="00462671">
        <w:rPr>
          <w:b/>
          <w:sz w:val="18"/>
          <w:lang w:val="ru-RU"/>
        </w:rPr>
        <w:t>г. Актобе</w:t>
      </w:r>
    </w:p>
    <w:p w14:paraId="2BB2B86D" w14:textId="77777777" w:rsidR="008F7A8C" w:rsidRDefault="00462671">
      <w:pPr>
        <w:spacing w:after="60" w:line="240" w:lineRule="auto"/>
        <w:jc w:val="center"/>
      </w:pPr>
      <w:r>
        <w:rPr>
          <w:b/>
          <w:sz w:val="18"/>
        </w:rPr>
        <w:t>Дата формирования: «21» сентября 2026 года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63"/>
        <w:gridCol w:w="1963"/>
        <w:gridCol w:w="1963"/>
        <w:gridCol w:w="1963"/>
        <w:gridCol w:w="1963"/>
        <w:gridCol w:w="1963"/>
        <w:gridCol w:w="1963"/>
        <w:gridCol w:w="1963"/>
      </w:tblGrid>
      <w:tr w:rsidR="008F7A8C" w14:paraId="4DBE42DE" w14:textId="77777777">
        <w:trPr>
          <w:tblHeader/>
          <w:jc w:val="center"/>
        </w:trPr>
        <w:tc>
          <w:tcPr>
            <w:tcW w:w="1963" w:type="dxa"/>
            <w:vAlign w:val="center"/>
          </w:tcPr>
          <w:p w14:paraId="0259E653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№</w:t>
            </w:r>
          </w:p>
        </w:tc>
        <w:tc>
          <w:tcPr>
            <w:tcW w:w="1963" w:type="dxa"/>
            <w:vAlign w:val="center"/>
          </w:tcPr>
          <w:p w14:paraId="4DE59E85" w14:textId="77777777" w:rsidR="008F7A8C" w:rsidRPr="00462671" w:rsidRDefault="00462671">
            <w:pPr>
              <w:jc w:val="center"/>
              <w:rPr>
                <w:lang w:val="ru-RU"/>
              </w:rPr>
            </w:pPr>
            <w:r w:rsidRPr="00462671">
              <w:rPr>
                <w:b/>
                <w:sz w:val="14"/>
                <w:lang w:val="ru-RU"/>
              </w:rPr>
              <w:t>Ф.И.О. (при его наличии) / наименование кредитора</w:t>
            </w:r>
          </w:p>
        </w:tc>
        <w:tc>
          <w:tcPr>
            <w:tcW w:w="1963" w:type="dxa"/>
            <w:vAlign w:val="center"/>
          </w:tcPr>
          <w:p w14:paraId="7CFF4023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ИИН/БИН кредитора</w:t>
            </w:r>
          </w:p>
        </w:tc>
        <w:tc>
          <w:tcPr>
            <w:tcW w:w="1963" w:type="dxa"/>
            <w:vAlign w:val="center"/>
          </w:tcPr>
          <w:p w14:paraId="674C7E2A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 xml:space="preserve">Сумма предъявленных </w:t>
            </w:r>
            <w:r>
              <w:rPr>
                <w:b/>
                <w:sz w:val="14"/>
              </w:rPr>
              <w:t>требований (тенге)</w:t>
            </w:r>
          </w:p>
        </w:tc>
        <w:tc>
          <w:tcPr>
            <w:tcW w:w="1963" w:type="dxa"/>
            <w:vAlign w:val="center"/>
          </w:tcPr>
          <w:p w14:paraId="7C911068" w14:textId="77777777" w:rsidR="008F7A8C" w:rsidRPr="00462671" w:rsidRDefault="00462671">
            <w:pPr>
              <w:jc w:val="center"/>
              <w:rPr>
                <w:lang w:val="ru-RU"/>
              </w:rPr>
            </w:pPr>
            <w:r w:rsidRPr="00462671">
              <w:rPr>
                <w:b/>
                <w:sz w:val="14"/>
                <w:lang w:val="ru-RU"/>
              </w:rPr>
              <w:t>Документы, подтверждающие обоснованность принятого финансовым управляющим решения (наименование, дата, номер), дата возникновения задолженности</w:t>
            </w:r>
          </w:p>
        </w:tc>
        <w:tc>
          <w:tcPr>
            <w:tcW w:w="1963" w:type="dxa"/>
            <w:vAlign w:val="center"/>
          </w:tcPr>
          <w:p w14:paraId="642F6F59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Сумма признанных требований (тенге)</w:t>
            </w:r>
          </w:p>
        </w:tc>
        <w:tc>
          <w:tcPr>
            <w:tcW w:w="1963" w:type="dxa"/>
            <w:vAlign w:val="center"/>
          </w:tcPr>
          <w:p w14:paraId="0ACF960E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Сумма непризнанных требований (тенге)</w:t>
            </w:r>
          </w:p>
        </w:tc>
        <w:tc>
          <w:tcPr>
            <w:tcW w:w="1963" w:type="dxa"/>
            <w:vAlign w:val="center"/>
          </w:tcPr>
          <w:p w14:paraId="58BC6011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Примечание</w:t>
            </w:r>
          </w:p>
        </w:tc>
      </w:tr>
      <w:tr w:rsidR="008F7A8C" w14:paraId="24B558AA" w14:textId="77777777">
        <w:trPr>
          <w:jc w:val="center"/>
        </w:trPr>
        <w:tc>
          <w:tcPr>
            <w:tcW w:w="1963" w:type="dxa"/>
            <w:vAlign w:val="center"/>
          </w:tcPr>
          <w:p w14:paraId="17181E8F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1.</w:t>
            </w:r>
          </w:p>
        </w:tc>
        <w:tc>
          <w:tcPr>
            <w:tcW w:w="1963" w:type="dxa"/>
            <w:vAlign w:val="center"/>
          </w:tcPr>
          <w:p w14:paraId="13591A9C" w14:textId="77777777" w:rsidR="008F7A8C" w:rsidRDefault="00462671">
            <w:r>
              <w:rPr>
                <w:b/>
                <w:sz w:val="14"/>
              </w:rPr>
              <w:t>Перв</w:t>
            </w:r>
            <w:r>
              <w:rPr>
                <w:b/>
                <w:sz w:val="14"/>
              </w:rPr>
              <w:t>ая очередь</w:t>
            </w:r>
          </w:p>
        </w:tc>
        <w:tc>
          <w:tcPr>
            <w:tcW w:w="1963" w:type="dxa"/>
            <w:vAlign w:val="center"/>
          </w:tcPr>
          <w:p w14:paraId="5C5E9129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32F3BE77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4BDEBCA3" w14:textId="77777777" w:rsidR="008F7A8C" w:rsidRDefault="008F7A8C"/>
        </w:tc>
        <w:tc>
          <w:tcPr>
            <w:tcW w:w="1963" w:type="dxa"/>
            <w:vAlign w:val="center"/>
          </w:tcPr>
          <w:p w14:paraId="3AF79826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4794C8F7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31EE796F" w14:textId="77777777" w:rsidR="008F7A8C" w:rsidRDefault="008F7A8C"/>
        </w:tc>
      </w:tr>
      <w:tr w:rsidR="008F7A8C" w14:paraId="14940E2F" w14:textId="77777777">
        <w:trPr>
          <w:jc w:val="center"/>
        </w:trPr>
        <w:tc>
          <w:tcPr>
            <w:tcW w:w="1963" w:type="dxa"/>
            <w:vAlign w:val="center"/>
          </w:tcPr>
          <w:p w14:paraId="5C173438" w14:textId="77777777" w:rsidR="008F7A8C" w:rsidRDefault="00462671">
            <w:pPr>
              <w:jc w:val="center"/>
            </w:pPr>
            <w:r>
              <w:rPr>
                <w:sz w:val="14"/>
              </w:rPr>
              <w:t>1)</w:t>
            </w:r>
          </w:p>
        </w:tc>
        <w:tc>
          <w:tcPr>
            <w:tcW w:w="1963" w:type="dxa"/>
            <w:vAlign w:val="center"/>
          </w:tcPr>
          <w:p w14:paraId="013B269C" w14:textId="77777777" w:rsidR="008F7A8C" w:rsidRPr="00462671" w:rsidRDefault="00462671">
            <w:pPr>
              <w:rPr>
                <w:lang w:val="ru-RU"/>
              </w:rPr>
            </w:pPr>
            <w:r w:rsidRPr="00462671">
              <w:rPr>
                <w:sz w:val="14"/>
                <w:lang w:val="ru-RU"/>
              </w:rPr>
              <w:t>Требования по взысканию задолженности по возмещению вреда, причиненного жизни или здоровью</w:t>
            </w:r>
          </w:p>
        </w:tc>
        <w:tc>
          <w:tcPr>
            <w:tcW w:w="1963" w:type="dxa"/>
            <w:vAlign w:val="center"/>
          </w:tcPr>
          <w:p w14:paraId="5544CF1D" w14:textId="77777777" w:rsidR="008F7A8C" w:rsidRDefault="00462671">
            <w:pPr>
              <w:jc w:val="center"/>
            </w:pPr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4BCA7E53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325D25F2" w14:textId="77777777" w:rsidR="008F7A8C" w:rsidRDefault="00462671"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3A858F0E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30CDD345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632EC6F8" w14:textId="77777777" w:rsidR="008F7A8C" w:rsidRDefault="00462671">
            <w:r>
              <w:rPr>
                <w:sz w:val="14"/>
              </w:rPr>
              <w:t>Отсутствуют</w:t>
            </w:r>
          </w:p>
        </w:tc>
      </w:tr>
      <w:tr w:rsidR="008F7A8C" w14:paraId="70367D9A" w14:textId="77777777">
        <w:trPr>
          <w:jc w:val="center"/>
        </w:trPr>
        <w:tc>
          <w:tcPr>
            <w:tcW w:w="1963" w:type="dxa"/>
            <w:vAlign w:val="center"/>
          </w:tcPr>
          <w:p w14:paraId="0EF0DEBE" w14:textId="77777777" w:rsidR="008F7A8C" w:rsidRDefault="00462671">
            <w:pPr>
              <w:jc w:val="center"/>
            </w:pPr>
            <w:r>
              <w:rPr>
                <w:sz w:val="14"/>
              </w:rPr>
              <w:t>2)</w:t>
            </w:r>
          </w:p>
        </w:tc>
        <w:tc>
          <w:tcPr>
            <w:tcW w:w="1963" w:type="dxa"/>
            <w:vAlign w:val="center"/>
          </w:tcPr>
          <w:p w14:paraId="499DE54E" w14:textId="77777777" w:rsidR="008F7A8C" w:rsidRDefault="00462671">
            <w:r>
              <w:rPr>
                <w:sz w:val="14"/>
              </w:rPr>
              <w:t>Требования по взысканию алиментов</w:t>
            </w:r>
          </w:p>
        </w:tc>
        <w:tc>
          <w:tcPr>
            <w:tcW w:w="1963" w:type="dxa"/>
            <w:vAlign w:val="center"/>
          </w:tcPr>
          <w:p w14:paraId="4972C9B6" w14:textId="77777777" w:rsidR="008F7A8C" w:rsidRDefault="00462671">
            <w:pPr>
              <w:jc w:val="center"/>
            </w:pPr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53B125EE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4E08FAFE" w14:textId="77777777" w:rsidR="008F7A8C" w:rsidRDefault="00462671"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4991D2D1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7A516F05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211CFD84" w14:textId="77777777" w:rsidR="008F7A8C" w:rsidRDefault="00462671">
            <w:r>
              <w:rPr>
                <w:sz w:val="14"/>
              </w:rPr>
              <w:t>Отсутствуют</w:t>
            </w:r>
          </w:p>
        </w:tc>
      </w:tr>
      <w:tr w:rsidR="008F7A8C" w14:paraId="07392821" w14:textId="77777777">
        <w:trPr>
          <w:jc w:val="center"/>
        </w:trPr>
        <w:tc>
          <w:tcPr>
            <w:tcW w:w="1963" w:type="dxa"/>
            <w:vAlign w:val="center"/>
          </w:tcPr>
          <w:p w14:paraId="757D762D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692B98A7" w14:textId="77777777" w:rsidR="008F7A8C" w:rsidRDefault="00462671">
            <w:r>
              <w:rPr>
                <w:b/>
                <w:sz w:val="14"/>
              </w:rPr>
              <w:t>Итого по первой очереди:</w:t>
            </w:r>
          </w:p>
        </w:tc>
        <w:tc>
          <w:tcPr>
            <w:tcW w:w="1963" w:type="dxa"/>
            <w:vAlign w:val="center"/>
          </w:tcPr>
          <w:p w14:paraId="488C25B2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438EEE23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5D5291B3" w14:textId="77777777" w:rsidR="008F7A8C" w:rsidRDefault="008F7A8C"/>
        </w:tc>
        <w:tc>
          <w:tcPr>
            <w:tcW w:w="1963" w:type="dxa"/>
            <w:vAlign w:val="center"/>
          </w:tcPr>
          <w:p w14:paraId="43AC69D4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4864AFC6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59B81CE3" w14:textId="77777777" w:rsidR="008F7A8C" w:rsidRDefault="008F7A8C"/>
        </w:tc>
      </w:tr>
      <w:tr w:rsidR="008F7A8C" w14:paraId="5CA891F9" w14:textId="77777777">
        <w:trPr>
          <w:jc w:val="center"/>
        </w:trPr>
        <w:tc>
          <w:tcPr>
            <w:tcW w:w="1963" w:type="dxa"/>
            <w:vAlign w:val="center"/>
          </w:tcPr>
          <w:p w14:paraId="36C53089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2.</w:t>
            </w:r>
          </w:p>
        </w:tc>
        <w:tc>
          <w:tcPr>
            <w:tcW w:w="1963" w:type="dxa"/>
            <w:vAlign w:val="center"/>
          </w:tcPr>
          <w:p w14:paraId="45E3DA9A" w14:textId="77777777" w:rsidR="008F7A8C" w:rsidRDefault="00462671">
            <w:r>
              <w:rPr>
                <w:b/>
                <w:sz w:val="14"/>
              </w:rPr>
              <w:t>Вторая очередь</w:t>
            </w:r>
          </w:p>
        </w:tc>
        <w:tc>
          <w:tcPr>
            <w:tcW w:w="1963" w:type="dxa"/>
            <w:vAlign w:val="center"/>
          </w:tcPr>
          <w:p w14:paraId="51460FD3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07D9EF3E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4EBBCBFA" w14:textId="77777777" w:rsidR="008F7A8C" w:rsidRDefault="008F7A8C"/>
        </w:tc>
        <w:tc>
          <w:tcPr>
            <w:tcW w:w="1963" w:type="dxa"/>
            <w:vAlign w:val="center"/>
          </w:tcPr>
          <w:p w14:paraId="158D2757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632AEF33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01275305" w14:textId="77777777" w:rsidR="008F7A8C" w:rsidRDefault="008F7A8C"/>
        </w:tc>
      </w:tr>
      <w:tr w:rsidR="008F7A8C" w14:paraId="52DE4DA7" w14:textId="77777777">
        <w:trPr>
          <w:jc w:val="center"/>
        </w:trPr>
        <w:tc>
          <w:tcPr>
            <w:tcW w:w="1963" w:type="dxa"/>
            <w:vAlign w:val="center"/>
          </w:tcPr>
          <w:p w14:paraId="49F4EF46" w14:textId="77777777" w:rsidR="008F7A8C" w:rsidRDefault="00462671">
            <w:pPr>
              <w:jc w:val="center"/>
            </w:pPr>
            <w:r>
              <w:rPr>
                <w:sz w:val="14"/>
              </w:rPr>
              <w:t>1)</w:t>
            </w:r>
          </w:p>
        </w:tc>
        <w:tc>
          <w:tcPr>
            <w:tcW w:w="1963" w:type="dxa"/>
            <w:vAlign w:val="center"/>
          </w:tcPr>
          <w:p w14:paraId="548C325C" w14:textId="77777777" w:rsidR="008F7A8C" w:rsidRDefault="00462671">
            <w:r>
              <w:rPr>
                <w:sz w:val="14"/>
              </w:rPr>
              <w:t>Налоговая задолженность</w:t>
            </w:r>
          </w:p>
        </w:tc>
        <w:tc>
          <w:tcPr>
            <w:tcW w:w="1963" w:type="dxa"/>
            <w:vAlign w:val="center"/>
          </w:tcPr>
          <w:p w14:paraId="2174DCC6" w14:textId="77777777" w:rsidR="008F7A8C" w:rsidRDefault="00462671">
            <w:pPr>
              <w:jc w:val="center"/>
            </w:pPr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1B465A3E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7500CCD8" w14:textId="77777777" w:rsidR="008F7A8C" w:rsidRDefault="00462671"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3ABF6FE2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5D33FCDA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2E78298A" w14:textId="77777777" w:rsidR="008F7A8C" w:rsidRDefault="00462671">
            <w:r>
              <w:rPr>
                <w:sz w:val="14"/>
              </w:rPr>
              <w:t>Отсутствуют</w:t>
            </w:r>
          </w:p>
        </w:tc>
      </w:tr>
      <w:tr w:rsidR="008F7A8C" w14:paraId="04B5BFB0" w14:textId="77777777">
        <w:trPr>
          <w:jc w:val="center"/>
        </w:trPr>
        <w:tc>
          <w:tcPr>
            <w:tcW w:w="1963" w:type="dxa"/>
            <w:vAlign w:val="center"/>
          </w:tcPr>
          <w:p w14:paraId="3555D430" w14:textId="77777777" w:rsidR="008F7A8C" w:rsidRDefault="00462671">
            <w:pPr>
              <w:jc w:val="center"/>
            </w:pPr>
            <w:r>
              <w:rPr>
                <w:sz w:val="14"/>
              </w:rPr>
              <w:t>2)</w:t>
            </w:r>
          </w:p>
        </w:tc>
        <w:tc>
          <w:tcPr>
            <w:tcW w:w="1963" w:type="dxa"/>
            <w:vAlign w:val="center"/>
          </w:tcPr>
          <w:p w14:paraId="38BA0B15" w14:textId="77777777" w:rsidR="008F7A8C" w:rsidRDefault="00462671">
            <w:r>
              <w:rPr>
                <w:sz w:val="14"/>
              </w:rPr>
              <w:t>Задолженность по таможенным платежам</w:t>
            </w:r>
          </w:p>
        </w:tc>
        <w:tc>
          <w:tcPr>
            <w:tcW w:w="1963" w:type="dxa"/>
            <w:vAlign w:val="center"/>
          </w:tcPr>
          <w:p w14:paraId="5447EFB5" w14:textId="77777777" w:rsidR="008F7A8C" w:rsidRDefault="00462671">
            <w:pPr>
              <w:jc w:val="center"/>
            </w:pPr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66C3CCBE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009274A3" w14:textId="77777777" w:rsidR="008F7A8C" w:rsidRDefault="00462671"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0D913C01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17B79AFA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79C13907" w14:textId="77777777" w:rsidR="008F7A8C" w:rsidRDefault="00462671">
            <w:r>
              <w:rPr>
                <w:sz w:val="14"/>
              </w:rPr>
              <w:t>Отсутствуют</w:t>
            </w:r>
          </w:p>
        </w:tc>
      </w:tr>
      <w:tr w:rsidR="008F7A8C" w14:paraId="016E52C4" w14:textId="77777777">
        <w:trPr>
          <w:jc w:val="center"/>
        </w:trPr>
        <w:tc>
          <w:tcPr>
            <w:tcW w:w="1963" w:type="dxa"/>
            <w:vAlign w:val="center"/>
          </w:tcPr>
          <w:p w14:paraId="4B8781A7" w14:textId="77777777" w:rsidR="008F7A8C" w:rsidRDefault="00462671">
            <w:pPr>
              <w:jc w:val="center"/>
            </w:pPr>
            <w:r>
              <w:rPr>
                <w:sz w:val="14"/>
              </w:rPr>
              <w:t>3)</w:t>
            </w:r>
          </w:p>
        </w:tc>
        <w:tc>
          <w:tcPr>
            <w:tcW w:w="1963" w:type="dxa"/>
            <w:vAlign w:val="center"/>
          </w:tcPr>
          <w:p w14:paraId="2885BEC8" w14:textId="77777777" w:rsidR="008F7A8C" w:rsidRPr="00462671" w:rsidRDefault="00462671">
            <w:pPr>
              <w:rPr>
                <w:lang w:val="ru-RU"/>
              </w:rPr>
            </w:pPr>
            <w:r w:rsidRPr="00462671">
              <w:rPr>
                <w:sz w:val="14"/>
                <w:lang w:val="ru-RU"/>
              </w:rPr>
              <w:t>Задолженность по обязательным платежам в бюджет</w:t>
            </w:r>
          </w:p>
        </w:tc>
        <w:tc>
          <w:tcPr>
            <w:tcW w:w="1963" w:type="dxa"/>
            <w:vAlign w:val="center"/>
          </w:tcPr>
          <w:p w14:paraId="2DF4D3B4" w14:textId="77777777" w:rsidR="008F7A8C" w:rsidRDefault="00462671">
            <w:pPr>
              <w:jc w:val="center"/>
            </w:pPr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246A5A16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1F0ED297" w14:textId="77777777" w:rsidR="008F7A8C" w:rsidRDefault="00462671"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16B1A11B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377E4FC4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03C6EC92" w14:textId="77777777" w:rsidR="008F7A8C" w:rsidRDefault="00462671">
            <w:r>
              <w:rPr>
                <w:sz w:val="14"/>
              </w:rPr>
              <w:t>Отсутствуют</w:t>
            </w:r>
          </w:p>
        </w:tc>
      </w:tr>
      <w:tr w:rsidR="008F7A8C" w14:paraId="7DEF20FE" w14:textId="77777777">
        <w:trPr>
          <w:jc w:val="center"/>
        </w:trPr>
        <w:tc>
          <w:tcPr>
            <w:tcW w:w="1963" w:type="dxa"/>
            <w:vAlign w:val="center"/>
          </w:tcPr>
          <w:p w14:paraId="0069E5C0" w14:textId="77777777" w:rsidR="008F7A8C" w:rsidRDefault="00462671">
            <w:pPr>
              <w:jc w:val="center"/>
            </w:pPr>
            <w:r>
              <w:rPr>
                <w:sz w:val="14"/>
              </w:rPr>
              <w:t>4)</w:t>
            </w:r>
          </w:p>
        </w:tc>
        <w:tc>
          <w:tcPr>
            <w:tcW w:w="1963" w:type="dxa"/>
            <w:vAlign w:val="center"/>
          </w:tcPr>
          <w:p w14:paraId="799FA13B" w14:textId="77777777" w:rsidR="008F7A8C" w:rsidRPr="00462671" w:rsidRDefault="00462671">
            <w:pPr>
              <w:rPr>
                <w:lang w:val="ru-RU"/>
              </w:rPr>
            </w:pPr>
            <w:r w:rsidRPr="00462671">
              <w:rPr>
                <w:sz w:val="14"/>
                <w:lang w:val="ru-RU"/>
              </w:rPr>
              <w:t>Задолженность по платежам в бюджет, взыскиваемым по решению суда</w:t>
            </w:r>
          </w:p>
        </w:tc>
        <w:tc>
          <w:tcPr>
            <w:tcW w:w="1963" w:type="dxa"/>
            <w:vAlign w:val="center"/>
          </w:tcPr>
          <w:p w14:paraId="7BF95FC2" w14:textId="77777777" w:rsidR="008F7A8C" w:rsidRDefault="00462671">
            <w:pPr>
              <w:jc w:val="center"/>
            </w:pPr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28DB8BA4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0988D74B" w14:textId="77777777" w:rsidR="008F7A8C" w:rsidRDefault="00462671"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61B7FB03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6A2586B7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3CAE1883" w14:textId="77777777" w:rsidR="008F7A8C" w:rsidRDefault="00462671">
            <w:r>
              <w:rPr>
                <w:sz w:val="14"/>
              </w:rPr>
              <w:t>Отсутствуют</w:t>
            </w:r>
          </w:p>
        </w:tc>
      </w:tr>
      <w:tr w:rsidR="008F7A8C" w14:paraId="71C08E32" w14:textId="77777777">
        <w:trPr>
          <w:jc w:val="center"/>
        </w:trPr>
        <w:tc>
          <w:tcPr>
            <w:tcW w:w="1963" w:type="dxa"/>
            <w:vAlign w:val="center"/>
          </w:tcPr>
          <w:p w14:paraId="59D1B472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5D046323" w14:textId="77777777" w:rsidR="008F7A8C" w:rsidRDefault="00462671">
            <w:r>
              <w:rPr>
                <w:b/>
                <w:sz w:val="14"/>
              </w:rPr>
              <w:t>Итого по второй очереди:</w:t>
            </w:r>
          </w:p>
        </w:tc>
        <w:tc>
          <w:tcPr>
            <w:tcW w:w="1963" w:type="dxa"/>
            <w:vAlign w:val="center"/>
          </w:tcPr>
          <w:p w14:paraId="0C5C1ADF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447F98BB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6E130EDB" w14:textId="77777777" w:rsidR="008F7A8C" w:rsidRDefault="008F7A8C"/>
        </w:tc>
        <w:tc>
          <w:tcPr>
            <w:tcW w:w="1963" w:type="dxa"/>
            <w:vAlign w:val="center"/>
          </w:tcPr>
          <w:p w14:paraId="6C2DC7FD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335E2C6C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3EDAFA49" w14:textId="77777777" w:rsidR="008F7A8C" w:rsidRDefault="008F7A8C"/>
        </w:tc>
      </w:tr>
      <w:tr w:rsidR="008F7A8C" w14:paraId="336140F2" w14:textId="77777777">
        <w:trPr>
          <w:jc w:val="center"/>
        </w:trPr>
        <w:tc>
          <w:tcPr>
            <w:tcW w:w="1963" w:type="dxa"/>
            <w:vAlign w:val="center"/>
          </w:tcPr>
          <w:p w14:paraId="031BFF8A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3.</w:t>
            </w:r>
          </w:p>
        </w:tc>
        <w:tc>
          <w:tcPr>
            <w:tcW w:w="1963" w:type="dxa"/>
            <w:vAlign w:val="center"/>
          </w:tcPr>
          <w:p w14:paraId="64270FD9" w14:textId="77777777" w:rsidR="008F7A8C" w:rsidRDefault="00462671">
            <w:r>
              <w:rPr>
                <w:b/>
                <w:sz w:val="14"/>
              </w:rPr>
              <w:t>Третья очередь</w:t>
            </w:r>
          </w:p>
        </w:tc>
        <w:tc>
          <w:tcPr>
            <w:tcW w:w="1963" w:type="dxa"/>
            <w:vAlign w:val="center"/>
          </w:tcPr>
          <w:p w14:paraId="4997D2F2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608479F6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5547A95C" w14:textId="77777777" w:rsidR="008F7A8C" w:rsidRDefault="008F7A8C"/>
        </w:tc>
        <w:tc>
          <w:tcPr>
            <w:tcW w:w="1963" w:type="dxa"/>
            <w:vAlign w:val="center"/>
          </w:tcPr>
          <w:p w14:paraId="393903D7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5B552BA4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6D7818ED" w14:textId="77777777" w:rsidR="008F7A8C" w:rsidRDefault="008F7A8C"/>
        </w:tc>
      </w:tr>
      <w:tr w:rsidR="008F7A8C" w:rsidRPr="00462671" w14:paraId="3E10C96B" w14:textId="77777777">
        <w:trPr>
          <w:jc w:val="center"/>
        </w:trPr>
        <w:tc>
          <w:tcPr>
            <w:tcW w:w="1963" w:type="dxa"/>
            <w:vAlign w:val="center"/>
          </w:tcPr>
          <w:p w14:paraId="35055FB4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1)</w:t>
            </w:r>
          </w:p>
        </w:tc>
        <w:tc>
          <w:tcPr>
            <w:tcW w:w="1963" w:type="dxa"/>
            <w:vAlign w:val="center"/>
          </w:tcPr>
          <w:p w14:paraId="2A35436D" w14:textId="77777777" w:rsidR="008F7A8C" w:rsidRPr="00462671" w:rsidRDefault="00462671">
            <w:pPr>
              <w:rPr>
                <w:lang w:val="ru-RU"/>
              </w:rPr>
            </w:pPr>
            <w:r w:rsidRPr="00462671">
              <w:rPr>
                <w:b/>
                <w:sz w:val="14"/>
                <w:lang w:val="ru-RU"/>
              </w:rPr>
              <w:t>Требования кредиторов по гражданско-правовым и иным обязательствам:</w:t>
            </w:r>
          </w:p>
        </w:tc>
        <w:tc>
          <w:tcPr>
            <w:tcW w:w="1963" w:type="dxa"/>
            <w:vAlign w:val="center"/>
          </w:tcPr>
          <w:p w14:paraId="58686791" w14:textId="77777777" w:rsidR="008F7A8C" w:rsidRPr="00462671" w:rsidRDefault="008F7A8C">
            <w:pPr>
              <w:jc w:val="center"/>
              <w:rPr>
                <w:lang w:val="ru-RU"/>
              </w:rPr>
            </w:pPr>
          </w:p>
        </w:tc>
        <w:tc>
          <w:tcPr>
            <w:tcW w:w="1963" w:type="dxa"/>
            <w:vAlign w:val="center"/>
          </w:tcPr>
          <w:p w14:paraId="3859FDA4" w14:textId="77777777" w:rsidR="008F7A8C" w:rsidRPr="00462671" w:rsidRDefault="008F7A8C">
            <w:pPr>
              <w:jc w:val="center"/>
              <w:rPr>
                <w:lang w:val="ru-RU"/>
              </w:rPr>
            </w:pPr>
          </w:p>
        </w:tc>
        <w:tc>
          <w:tcPr>
            <w:tcW w:w="1963" w:type="dxa"/>
            <w:vAlign w:val="center"/>
          </w:tcPr>
          <w:p w14:paraId="6F645FDB" w14:textId="77777777" w:rsidR="008F7A8C" w:rsidRPr="00462671" w:rsidRDefault="008F7A8C">
            <w:pPr>
              <w:rPr>
                <w:lang w:val="ru-RU"/>
              </w:rPr>
            </w:pPr>
          </w:p>
        </w:tc>
        <w:tc>
          <w:tcPr>
            <w:tcW w:w="1963" w:type="dxa"/>
            <w:vAlign w:val="center"/>
          </w:tcPr>
          <w:p w14:paraId="78BE483F" w14:textId="77777777" w:rsidR="008F7A8C" w:rsidRPr="00462671" w:rsidRDefault="008F7A8C">
            <w:pPr>
              <w:jc w:val="center"/>
              <w:rPr>
                <w:lang w:val="ru-RU"/>
              </w:rPr>
            </w:pPr>
          </w:p>
        </w:tc>
        <w:tc>
          <w:tcPr>
            <w:tcW w:w="1963" w:type="dxa"/>
            <w:vAlign w:val="center"/>
          </w:tcPr>
          <w:p w14:paraId="36E6841C" w14:textId="77777777" w:rsidR="008F7A8C" w:rsidRPr="00462671" w:rsidRDefault="008F7A8C">
            <w:pPr>
              <w:jc w:val="center"/>
              <w:rPr>
                <w:lang w:val="ru-RU"/>
              </w:rPr>
            </w:pPr>
          </w:p>
        </w:tc>
        <w:tc>
          <w:tcPr>
            <w:tcW w:w="1963" w:type="dxa"/>
            <w:vAlign w:val="center"/>
          </w:tcPr>
          <w:p w14:paraId="4466FD50" w14:textId="77777777" w:rsidR="008F7A8C" w:rsidRPr="00462671" w:rsidRDefault="008F7A8C">
            <w:pPr>
              <w:rPr>
                <w:lang w:val="ru-RU"/>
              </w:rPr>
            </w:pPr>
          </w:p>
        </w:tc>
      </w:tr>
      <w:tr w:rsidR="008F7A8C" w14:paraId="56C0F10C" w14:textId="77777777">
        <w:trPr>
          <w:jc w:val="center"/>
        </w:trPr>
        <w:tc>
          <w:tcPr>
            <w:tcW w:w="1963" w:type="dxa"/>
            <w:vAlign w:val="center"/>
          </w:tcPr>
          <w:p w14:paraId="250BE22B" w14:textId="77777777" w:rsidR="008F7A8C" w:rsidRDefault="00462671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963" w:type="dxa"/>
            <w:vAlign w:val="center"/>
          </w:tcPr>
          <w:p w14:paraId="53F04C5C" w14:textId="77777777" w:rsidR="008F7A8C" w:rsidRDefault="00462671">
            <w:r>
              <w:rPr>
                <w:sz w:val="14"/>
              </w:rPr>
              <w:t xml:space="preserve">АО </w:t>
            </w:r>
            <w:r>
              <w:rPr>
                <w:sz w:val="14"/>
              </w:rPr>
              <w:t>«Kaspi Bank»</w:t>
            </w:r>
          </w:p>
        </w:tc>
        <w:tc>
          <w:tcPr>
            <w:tcW w:w="1963" w:type="dxa"/>
            <w:vAlign w:val="center"/>
          </w:tcPr>
          <w:p w14:paraId="44AE3CDD" w14:textId="77777777" w:rsidR="008F7A8C" w:rsidRDefault="00462671">
            <w:pPr>
              <w:jc w:val="center"/>
            </w:pPr>
            <w:r>
              <w:rPr>
                <w:sz w:val="14"/>
              </w:rPr>
              <w:t>971240001315</w:t>
            </w:r>
          </w:p>
        </w:tc>
        <w:tc>
          <w:tcPr>
            <w:tcW w:w="1963" w:type="dxa"/>
            <w:vAlign w:val="center"/>
          </w:tcPr>
          <w:p w14:paraId="6B61C326" w14:textId="77777777" w:rsidR="008F7A8C" w:rsidRDefault="00462671">
            <w:pPr>
              <w:jc w:val="center"/>
            </w:pPr>
            <w:r>
              <w:rPr>
                <w:sz w:val="14"/>
              </w:rPr>
              <w:t>2 697 668,24</w:t>
            </w:r>
          </w:p>
        </w:tc>
        <w:tc>
          <w:tcPr>
            <w:tcW w:w="1963" w:type="dxa"/>
            <w:vAlign w:val="center"/>
          </w:tcPr>
          <w:p w14:paraId="208872FB" w14:textId="77777777" w:rsidR="008F7A8C" w:rsidRPr="00462671" w:rsidRDefault="00462671">
            <w:pPr>
              <w:rPr>
                <w:lang w:val="ru-RU"/>
              </w:rPr>
            </w:pPr>
            <w:r w:rsidRPr="00462671">
              <w:rPr>
                <w:sz w:val="14"/>
                <w:lang w:val="ru-RU"/>
              </w:rPr>
              <w:t xml:space="preserve">Заключение финансового управляющего от 05.08.2026; персональный кредитный отчет ГКБ от 03.06.2026; персональный кредитный отчет ПКБ №593214007 от 03.06.2026; перечень обязательств; дата возникновения </w:t>
            </w:r>
            <w:r w:rsidRPr="00462671">
              <w:rPr>
                <w:sz w:val="14"/>
                <w:lang w:val="ru-RU"/>
              </w:rPr>
              <w:t>задолженности: 02.04.2021</w:t>
            </w:r>
          </w:p>
        </w:tc>
        <w:tc>
          <w:tcPr>
            <w:tcW w:w="1963" w:type="dxa"/>
            <w:vAlign w:val="center"/>
          </w:tcPr>
          <w:p w14:paraId="2DAFC97F" w14:textId="77777777" w:rsidR="008F7A8C" w:rsidRDefault="00462671">
            <w:pPr>
              <w:jc w:val="center"/>
            </w:pPr>
            <w:r>
              <w:rPr>
                <w:sz w:val="14"/>
              </w:rPr>
              <w:t>2 697 668,24</w:t>
            </w:r>
          </w:p>
        </w:tc>
        <w:tc>
          <w:tcPr>
            <w:tcW w:w="1963" w:type="dxa"/>
            <w:vAlign w:val="center"/>
          </w:tcPr>
          <w:p w14:paraId="4BD1DD76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4D29C6EB" w14:textId="77777777" w:rsidR="008F7A8C" w:rsidRDefault="00462671">
            <w:r>
              <w:rPr>
                <w:sz w:val="14"/>
              </w:rPr>
              <w:t>Без залога</w:t>
            </w:r>
          </w:p>
        </w:tc>
      </w:tr>
      <w:tr w:rsidR="008F7A8C" w14:paraId="56D54F19" w14:textId="77777777">
        <w:trPr>
          <w:jc w:val="center"/>
        </w:trPr>
        <w:tc>
          <w:tcPr>
            <w:tcW w:w="1963" w:type="dxa"/>
            <w:vAlign w:val="center"/>
          </w:tcPr>
          <w:p w14:paraId="42EC44BB" w14:textId="77777777" w:rsidR="008F7A8C" w:rsidRDefault="00462671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1963" w:type="dxa"/>
            <w:vAlign w:val="center"/>
          </w:tcPr>
          <w:p w14:paraId="7D159EEF" w14:textId="77777777" w:rsidR="008F7A8C" w:rsidRPr="00462671" w:rsidRDefault="00462671">
            <w:pPr>
              <w:rPr>
                <w:lang w:val="ru-RU"/>
              </w:rPr>
            </w:pPr>
            <w:r w:rsidRPr="00462671">
              <w:rPr>
                <w:sz w:val="14"/>
                <w:lang w:val="ru-RU"/>
              </w:rPr>
              <w:t>ТОО «МФО ФРИДОМ ФИНАНС Кредит»</w:t>
            </w:r>
          </w:p>
        </w:tc>
        <w:tc>
          <w:tcPr>
            <w:tcW w:w="1963" w:type="dxa"/>
            <w:vAlign w:val="center"/>
          </w:tcPr>
          <w:p w14:paraId="417F3155" w14:textId="77777777" w:rsidR="008F7A8C" w:rsidRDefault="00462671">
            <w:pPr>
              <w:jc w:val="center"/>
            </w:pPr>
            <w:r>
              <w:rPr>
                <w:sz w:val="14"/>
              </w:rPr>
              <w:t>190340008954</w:t>
            </w:r>
          </w:p>
        </w:tc>
        <w:tc>
          <w:tcPr>
            <w:tcW w:w="1963" w:type="dxa"/>
            <w:vAlign w:val="center"/>
          </w:tcPr>
          <w:p w14:paraId="4794631E" w14:textId="77777777" w:rsidR="008F7A8C" w:rsidRDefault="00462671">
            <w:pPr>
              <w:jc w:val="center"/>
            </w:pPr>
            <w:r>
              <w:rPr>
                <w:sz w:val="14"/>
              </w:rPr>
              <w:t>162 699,00</w:t>
            </w:r>
          </w:p>
        </w:tc>
        <w:tc>
          <w:tcPr>
            <w:tcW w:w="1963" w:type="dxa"/>
            <w:vAlign w:val="center"/>
          </w:tcPr>
          <w:p w14:paraId="22AB5C8D" w14:textId="77777777" w:rsidR="008F7A8C" w:rsidRPr="00462671" w:rsidRDefault="00462671">
            <w:pPr>
              <w:rPr>
                <w:lang w:val="ru-RU"/>
              </w:rPr>
            </w:pPr>
            <w:r w:rsidRPr="00462671">
              <w:rPr>
                <w:sz w:val="14"/>
                <w:lang w:val="ru-RU"/>
              </w:rPr>
              <w:t xml:space="preserve">Заключение финансового управляющего от 05.08.2026; персональный кредитный отчет ГКБ от 03.06.2026; персональный кредитный отчет ПКБ </w:t>
            </w:r>
            <w:r w:rsidRPr="00462671">
              <w:rPr>
                <w:sz w:val="14"/>
                <w:lang w:val="ru-RU"/>
              </w:rPr>
              <w:t>№593214007 от 03.06.2026; перечень обязательств; дата возникновения задолженности: 07.02.2024</w:t>
            </w:r>
          </w:p>
        </w:tc>
        <w:tc>
          <w:tcPr>
            <w:tcW w:w="1963" w:type="dxa"/>
            <w:vAlign w:val="center"/>
          </w:tcPr>
          <w:p w14:paraId="230A6138" w14:textId="77777777" w:rsidR="008F7A8C" w:rsidRDefault="00462671">
            <w:pPr>
              <w:jc w:val="center"/>
            </w:pPr>
            <w:r>
              <w:rPr>
                <w:sz w:val="14"/>
              </w:rPr>
              <w:t>162 699,00</w:t>
            </w:r>
          </w:p>
        </w:tc>
        <w:tc>
          <w:tcPr>
            <w:tcW w:w="1963" w:type="dxa"/>
            <w:vAlign w:val="center"/>
          </w:tcPr>
          <w:p w14:paraId="60406C92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229204F7" w14:textId="77777777" w:rsidR="008F7A8C" w:rsidRDefault="00462671">
            <w:r>
              <w:rPr>
                <w:sz w:val="14"/>
              </w:rPr>
              <w:t>Без залога</w:t>
            </w:r>
          </w:p>
        </w:tc>
      </w:tr>
      <w:tr w:rsidR="008F7A8C" w14:paraId="168CC030" w14:textId="77777777">
        <w:trPr>
          <w:jc w:val="center"/>
        </w:trPr>
        <w:tc>
          <w:tcPr>
            <w:tcW w:w="1963" w:type="dxa"/>
            <w:vAlign w:val="center"/>
          </w:tcPr>
          <w:p w14:paraId="504843FA" w14:textId="77777777" w:rsidR="008F7A8C" w:rsidRDefault="00462671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1963" w:type="dxa"/>
            <w:vAlign w:val="center"/>
          </w:tcPr>
          <w:p w14:paraId="7F64BC1C" w14:textId="77777777" w:rsidR="008F7A8C" w:rsidRDefault="00462671">
            <w:r>
              <w:rPr>
                <w:sz w:val="14"/>
              </w:rPr>
              <w:t>АО «Home Credit Bank»</w:t>
            </w:r>
          </w:p>
        </w:tc>
        <w:tc>
          <w:tcPr>
            <w:tcW w:w="1963" w:type="dxa"/>
            <w:vAlign w:val="center"/>
          </w:tcPr>
          <w:p w14:paraId="56918CC2" w14:textId="77777777" w:rsidR="008F7A8C" w:rsidRDefault="00462671">
            <w:pPr>
              <w:jc w:val="center"/>
            </w:pPr>
            <w:r>
              <w:rPr>
                <w:sz w:val="14"/>
              </w:rPr>
              <w:t>930540000147</w:t>
            </w:r>
          </w:p>
        </w:tc>
        <w:tc>
          <w:tcPr>
            <w:tcW w:w="1963" w:type="dxa"/>
            <w:vAlign w:val="center"/>
          </w:tcPr>
          <w:p w14:paraId="28D1E1CB" w14:textId="77777777" w:rsidR="008F7A8C" w:rsidRDefault="00462671">
            <w:pPr>
              <w:jc w:val="center"/>
            </w:pPr>
            <w:r>
              <w:rPr>
                <w:sz w:val="14"/>
              </w:rPr>
              <w:t>238 310,79</w:t>
            </w:r>
          </w:p>
        </w:tc>
        <w:tc>
          <w:tcPr>
            <w:tcW w:w="1963" w:type="dxa"/>
            <w:vAlign w:val="center"/>
          </w:tcPr>
          <w:p w14:paraId="16CFF121" w14:textId="77777777" w:rsidR="008F7A8C" w:rsidRPr="00462671" w:rsidRDefault="00462671">
            <w:pPr>
              <w:rPr>
                <w:lang w:val="ru-RU"/>
              </w:rPr>
            </w:pPr>
            <w:r w:rsidRPr="00462671">
              <w:rPr>
                <w:sz w:val="14"/>
                <w:lang w:val="ru-RU"/>
              </w:rPr>
              <w:t xml:space="preserve">Заключение финансового </w:t>
            </w:r>
            <w:r w:rsidRPr="00462671">
              <w:rPr>
                <w:sz w:val="14"/>
                <w:lang w:val="ru-RU"/>
              </w:rPr>
              <w:lastRenderedPageBreak/>
              <w:t>управляющего от 05.08.2026; персональный кредитный отчет ГКБ от</w:t>
            </w:r>
            <w:r w:rsidRPr="00462671">
              <w:rPr>
                <w:sz w:val="14"/>
                <w:lang w:val="ru-RU"/>
              </w:rPr>
              <w:t xml:space="preserve"> 03.06.2026; персональный кредитный отчет ПКБ №593214007 от 03.06.2026; перечень обязательств; дата возникновения задолженности: 28.09.2024</w:t>
            </w:r>
          </w:p>
        </w:tc>
        <w:tc>
          <w:tcPr>
            <w:tcW w:w="1963" w:type="dxa"/>
            <w:vAlign w:val="center"/>
          </w:tcPr>
          <w:p w14:paraId="4262444C" w14:textId="77777777" w:rsidR="008F7A8C" w:rsidRDefault="00462671">
            <w:pPr>
              <w:jc w:val="center"/>
            </w:pPr>
            <w:r>
              <w:rPr>
                <w:sz w:val="14"/>
              </w:rPr>
              <w:lastRenderedPageBreak/>
              <w:t>238 310,79</w:t>
            </w:r>
          </w:p>
        </w:tc>
        <w:tc>
          <w:tcPr>
            <w:tcW w:w="1963" w:type="dxa"/>
            <w:vAlign w:val="center"/>
          </w:tcPr>
          <w:p w14:paraId="4EE2F21F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736F7948" w14:textId="77777777" w:rsidR="008F7A8C" w:rsidRDefault="00462671">
            <w:r>
              <w:rPr>
                <w:sz w:val="14"/>
              </w:rPr>
              <w:t>Без залога</w:t>
            </w:r>
          </w:p>
        </w:tc>
      </w:tr>
      <w:tr w:rsidR="008F7A8C" w14:paraId="3795F96C" w14:textId="77777777">
        <w:trPr>
          <w:jc w:val="center"/>
        </w:trPr>
        <w:tc>
          <w:tcPr>
            <w:tcW w:w="1963" w:type="dxa"/>
            <w:vAlign w:val="center"/>
          </w:tcPr>
          <w:p w14:paraId="30B59CD2" w14:textId="77777777" w:rsidR="008F7A8C" w:rsidRDefault="00462671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963" w:type="dxa"/>
            <w:vAlign w:val="center"/>
          </w:tcPr>
          <w:p w14:paraId="424E04A6" w14:textId="77777777" w:rsidR="008F7A8C" w:rsidRDefault="00462671">
            <w:r>
              <w:rPr>
                <w:sz w:val="14"/>
              </w:rPr>
              <w:t>АО «Bereke Bank»</w:t>
            </w:r>
          </w:p>
        </w:tc>
        <w:tc>
          <w:tcPr>
            <w:tcW w:w="1963" w:type="dxa"/>
            <w:vAlign w:val="center"/>
          </w:tcPr>
          <w:p w14:paraId="46151E69" w14:textId="77777777" w:rsidR="008F7A8C" w:rsidRDefault="00462671">
            <w:pPr>
              <w:jc w:val="center"/>
            </w:pPr>
            <w:r>
              <w:rPr>
                <w:sz w:val="14"/>
              </w:rPr>
              <w:t>930740000137</w:t>
            </w:r>
          </w:p>
        </w:tc>
        <w:tc>
          <w:tcPr>
            <w:tcW w:w="1963" w:type="dxa"/>
            <w:vAlign w:val="center"/>
          </w:tcPr>
          <w:p w14:paraId="333C6E46" w14:textId="77777777" w:rsidR="008F7A8C" w:rsidRDefault="00462671">
            <w:pPr>
              <w:jc w:val="center"/>
            </w:pPr>
            <w:r>
              <w:rPr>
                <w:sz w:val="14"/>
              </w:rPr>
              <w:t>2 612 350,21</w:t>
            </w:r>
          </w:p>
        </w:tc>
        <w:tc>
          <w:tcPr>
            <w:tcW w:w="1963" w:type="dxa"/>
            <w:vAlign w:val="center"/>
          </w:tcPr>
          <w:p w14:paraId="305F3BE3" w14:textId="77777777" w:rsidR="008F7A8C" w:rsidRPr="00462671" w:rsidRDefault="00462671">
            <w:pPr>
              <w:rPr>
                <w:lang w:val="ru-RU"/>
              </w:rPr>
            </w:pPr>
            <w:r w:rsidRPr="00462671">
              <w:rPr>
                <w:sz w:val="14"/>
                <w:lang w:val="ru-RU"/>
              </w:rPr>
              <w:t>Заключение финансового управляющего от 05.0</w:t>
            </w:r>
            <w:r w:rsidRPr="00462671">
              <w:rPr>
                <w:sz w:val="14"/>
                <w:lang w:val="ru-RU"/>
              </w:rPr>
              <w:t>8.2026; персональный кредитный отчет ГКБ от 03.06.2026; персональный кредитный отчет ПКБ №593214007 от 03.06.2026; перечень обязательств; дата возникновения задолженности: 04.11.2024</w:t>
            </w:r>
          </w:p>
        </w:tc>
        <w:tc>
          <w:tcPr>
            <w:tcW w:w="1963" w:type="dxa"/>
            <w:vAlign w:val="center"/>
          </w:tcPr>
          <w:p w14:paraId="50893FBE" w14:textId="77777777" w:rsidR="008F7A8C" w:rsidRDefault="00462671">
            <w:pPr>
              <w:jc w:val="center"/>
            </w:pPr>
            <w:r>
              <w:rPr>
                <w:sz w:val="14"/>
              </w:rPr>
              <w:t>2 612 350,21</w:t>
            </w:r>
          </w:p>
        </w:tc>
        <w:tc>
          <w:tcPr>
            <w:tcW w:w="1963" w:type="dxa"/>
            <w:vAlign w:val="center"/>
          </w:tcPr>
          <w:p w14:paraId="3C5F326B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2B1DF6E8" w14:textId="77777777" w:rsidR="008F7A8C" w:rsidRDefault="00462671">
            <w:r>
              <w:rPr>
                <w:sz w:val="14"/>
              </w:rPr>
              <w:t>Без залога</w:t>
            </w:r>
          </w:p>
        </w:tc>
      </w:tr>
      <w:tr w:rsidR="008F7A8C" w14:paraId="28B916B3" w14:textId="77777777">
        <w:trPr>
          <w:jc w:val="center"/>
        </w:trPr>
        <w:tc>
          <w:tcPr>
            <w:tcW w:w="1963" w:type="dxa"/>
            <w:vAlign w:val="center"/>
          </w:tcPr>
          <w:p w14:paraId="0F8E8798" w14:textId="77777777" w:rsidR="008F7A8C" w:rsidRDefault="00462671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1963" w:type="dxa"/>
            <w:vAlign w:val="center"/>
          </w:tcPr>
          <w:p w14:paraId="69F48026" w14:textId="77777777" w:rsidR="008F7A8C" w:rsidRDefault="00462671">
            <w:r>
              <w:rPr>
                <w:sz w:val="14"/>
              </w:rPr>
              <w:t>ТОО «МФО ОнлайнКазФинанс»</w:t>
            </w:r>
          </w:p>
        </w:tc>
        <w:tc>
          <w:tcPr>
            <w:tcW w:w="1963" w:type="dxa"/>
            <w:vAlign w:val="center"/>
          </w:tcPr>
          <w:p w14:paraId="63E518E7" w14:textId="77777777" w:rsidR="008F7A8C" w:rsidRDefault="00462671">
            <w:pPr>
              <w:jc w:val="center"/>
            </w:pPr>
            <w:r>
              <w:rPr>
                <w:sz w:val="14"/>
              </w:rPr>
              <w:t>160840000397</w:t>
            </w:r>
          </w:p>
        </w:tc>
        <w:tc>
          <w:tcPr>
            <w:tcW w:w="1963" w:type="dxa"/>
            <w:vAlign w:val="center"/>
          </w:tcPr>
          <w:p w14:paraId="66F953B8" w14:textId="77777777" w:rsidR="008F7A8C" w:rsidRDefault="00462671">
            <w:pPr>
              <w:jc w:val="center"/>
            </w:pPr>
            <w:r>
              <w:rPr>
                <w:sz w:val="14"/>
              </w:rPr>
              <w:t>477 619,96</w:t>
            </w:r>
          </w:p>
        </w:tc>
        <w:tc>
          <w:tcPr>
            <w:tcW w:w="1963" w:type="dxa"/>
            <w:vAlign w:val="center"/>
          </w:tcPr>
          <w:p w14:paraId="060DB913" w14:textId="77777777" w:rsidR="008F7A8C" w:rsidRDefault="00462671">
            <w:r>
              <w:rPr>
                <w:sz w:val="14"/>
              </w:rPr>
              <w:t>Заключение финансового управляющего от 05.08.2026; персональный кредитный отчет ГКБ от 03.06.2026; персональный кредитный отчет ПКБ №593214007 от 03.06.2026; перечень обязательств; дата возникновения задолженности: 03.03.2025</w:t>
            </w:r>
          </w:p>
        </w:tc>
        <w:tc>
          <w:tcPr>
            <w:tcW w:w="1963" w:type="dxa"/>
            <w:vAlign w:val="center"/>
          </w:tcPr>
          <w:p w14:paraId="5781D1B6" w14:textId="77777777" w:rsidR="008F7A8C" w:rsidRDefault="00462671">
            <w:pPr>
              <w:jc w:val="center"/>
            </w:pPr>
            <w:r>
              <w:rPr>
                <w:sz w:val="14"/>
              </w:rPr>
              <w:t>477 61</w:t>
            </w:r>
            <w:r>
              <w:rPr>
                <w:sz w:val="14"/>
              </w:rPr>
              <w:t>9,96</w:t>
            </w:r>
          </w:p>
        </w:tc>
        <w:tc>
          <w:tcPr>
            <w:tcW w:w="1963" w:type="dxa"/>
            <w:vAlign w:val="center"/>
          </w:tcPr>
          <w:p w14:paraId="2A571BB8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6ACF2B32" w14:textId="77777777" w:rsidR="008F7A8C" w:rsidRDefault="00462671">
            <w:r>
              <w:rPr>
                <w:sz w:val="14"/>
              </w:rPr>
              <w:t>Без залога</w:t>
            </w:r>
          </w:p>
        </w:tc>
      </w:tr>
      <w:tr w:rsidR="008F7A8C" w14:paraId="6ACE10CD" w14:textId="77777777">
        <w:trPr>
          <w:jc w:val="center"/>
        </w:trPr>
        <w:tc>
          <w:tcPr>
            <w:tcW w:w="1963" w:type="dxa"/>
            <w:vAlign w:val="center"/>
          </w:tcPr>
          <w:p w14:paraId="5FA89C7B" w14:textId="77777777" w:rsidR="008F7A8C" w:rsidRDefault="00462671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1963" w:type="dxa"/>
            <w:vAlign w:val="center"/>
          </w:tcPr>
          <w:p w14:paraId="6287F126" w14:textId="77777777" w:rsidR="008F7A8C" w:rsidRDefault="00462671">
            <w:r>
              <w:rPr>
                <w:sz w:val="14"/>
              </w:rPr>
              <w:t>ТОО «Lending and Finance Technologies»</w:t>
            </w:r>
          </w:p>
        </w:tc>
        <w:tc>
          <w:tcPr>
            <w:tcW w:w="1963" w:type="dxa"/>
            <w:vAlign w:val="center"/>
          </w:tcPr>
          <w:p w14:paraId="143B302D" w14:textId="77777777" w:rsidR="008F7A8C" w:rsidRDefault="00462671">
            <w:pPr>
              <w:jc w:val="center"/>
            </w:pPr>
            <w:r>
              <w:rPr>
                <w:sz w:val="14"/>
              </w:rPr>
              <w:t>150840012933</w:t>
            </w:r>
          </w:p>
        </w:tc>
        <w:tc>
          <w:tcPr>
            <w:tcW w:w="1963" w:type="dxa"/>
            <w:vAlign w:val="center"/>
          </w:tcPr>
          <w:p w14:paraId="3DB3DB01" w14:textId="77777777" w:rsidR="008F7A8C" w:rsidRDefault="00462671">
            <w:pPr>
              <w:jc w:val="center"/>
            </w:pPr>
            <w:r>
              <w:rPr>
                <w:sz w:val="14"/>
              </w:rPr>
              <w:t>76 490,73</w:t>
            </w:r>
          </w:p>
        </w:tc>
        <w:tc>
          <w:tcPr>
            <w:tcW w:w="1963" w:type="dxa"/>
            <w:vAlign w:val="center"/>
          </w:tcPr>
          <w:p w14:paraId="37E59918" w14:textId="77777777" w:rsidR="008F7A8C" w:rsidRDefault="00462671">
            <w:r>
              <w:rPr>
                <w:sz w:val="14"/>
              </w:rPr>
              <w:t>Заключение финансового управляющего от 05.08.2026; персональный кредитный отчет ГКБ от 03.06.2026; персональный кредитный отчет ПКБ №593214007 от 03.06.2026; перечень обя</w:t>
            </w:r>
            <w:r>
              <w:rPr>
                <w:sz w:val="14"/>
              </w:rPr>
              <w:t>зательств; дата возникновения задолженности: 12.03.2025</w:t>
            </w:r>
          </w:p>
        </w:tc>
        <w:tc>
          <w:tcPr>
            <w:tcW w:w="1963" w:type="dxa"/>
            <w:vAlign w:val="center"/>
          </w:tcPr>
          <w:p w14:paraId="7E2EFE7D" w14:textId="77777777" w:rsidR="008F7A8C" w:rsidRDefault="00462671">
            <w:pPr>
              <w:jc w:val="center"/>
            </w:pPr>
            <w:r>
              <w:rPr>
                <w:sz w:val="14"/>
              </w:rPr>
              <w:t>76 490,73</w:t>
            </w:r>
          </w:p>
        </w:tc>
        <w:tc>
          <w:tcPr>
            <w:tcW w:w="1963" w:type="dxa"/>
            <w:vAlign w:val="center"/>
          </w:tcPr>
          <w:p w14:paraId="6BE5FA44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70BF0274" w14:textId="77777777" w:rsidR="008F7A8C" w:rsidRDefault="00462671">
            <w:r>
              <w:rPr>
                <w:sz w:val="14"/>
              </w:rPr>
              <w:t>Без залога</w:t>
            </w:r>
          </w:p>
        </w:tc>
      </w:tr>
      <w:tr w:rsidR="008F7A8C" w14:paraId="13A6BD4F" w14:textId="77777777">
        <w:trPr>
          <w:jc w:val="center"/>
        </w:trPr>
        <w:tc>
          <w:tcPr>
            <w:tcW w:w="1963" w:type="dxa"/>
            <w:vAlign w:val="center"/>
          </w:tcPr>
          <w:p w14:paraId="7E6781A1" w14:textId="77777777" w:rsidR="008F7A8C" w:rsidRDefault="00462671">
            <w:pPr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1963" w:type="dxa"/>
            <w:vAlign w:val="center"/>
          </w:tcPr>
          <w:p w14:paraId="63E4F2C0" w14:textId="77777777" w:rsidR="008F7A8C" w:rsidRDefault="00462671">
            <w:r>
              <w:rPr>
                <w:sz w:val="14"/>
              </w:rPr>
              <w:t>ТОО «МФО ФинтехФинанс»</w:t>
            </w:r>
          </w:p>
        </w:tc>
        <w:tc>
          <w:tcPr>
            <w:tcW w:w="1963" w:type="dxa"/>
            <w:vAlign w:val="center"/>
          </w:tcPr>
          <w:p w14:paraId="614193ED" w14:textId="77777777" w:rsidR="008F7A8C" w:rsidRDefault="00462671">
            <w:pPr>
              <w:jc w:val="center"/>
            </w:pPr>
            <w:r>
              <w:rPr>
                <w:sz w:val="14"/>
              </w:rPr>
              <w:t>200840014753</w:t>
            </w:r>
          </w:p>
        </w:tc>
        <w:tc>
          <w:tcPr>
            <w:tcW w:w="1963" w:type="dxa"/>
            <w:vAlign w:val="center"/>
          </w:tcPr>
          <w:p w14:paraId="2BD4E5AF" w14:textId="77777777" w:rsidR="008F7A8C" w:rsidRDefault="00462671">
            <w:pPr>
              <w:jc w:val="center"/>
            </w:pPr>
            <w:r>
              <w:rPr>
                <w:sz w:val="14"/>
              </w:rPr>
              <w:t>181 065,88</w:t>
            </w:r>
          </w:p>
        </w:tc>
        <w:tc>
          <w:tcPr>
            <w:tcW w:w="1963" w:type="dxa"/>
            <w:vAlign w:val="center"/>
          </w:tcPr>
          <w:p w14:paraId="217C2459" w14:textId="77777777" w:rsidR="008F7A8C" w:rsidRDefault="00462671">
            <w:r>
              <w:rPr>
                <w:sz w:val="14"/>
              </w:rPr>
              <w:t xml:space="preserve">Заключение финансового управляющего от 05.08.2026; персональный кредитный отчет ГКБ от 03.06.2026; персональный </w:t>
            </w:r>
            <w:r>
              <w:rPr>
                <w:sz w:val="14"/>
              </w:rPr>
              <w:t>кредитный отчет ПКБ №593214007 от 03.06.2026; перечень обязательств; дата возникновения задолженности: 28.01.2026</w:t>
            </w:r>
          </w:p>
        </w:tc>
        <w:tc>
          <w:tcPr>
            <w:tcW w:w="1963" w:type="dxa"/>
            <w:vAlign w:val="center"/>
          </w:tcPr>
          <w:p w14:paraId="328B1F88" w14:textId="77777777" w:rsidR="008F7A8C" w:rsidRDefault="00462671">
            <w:pPr>
              <w:jc w:val="center"/>
            </w:pPr>
            <w:r>
              <w:rPr>
                <w:sz w:val="14"/>
              </w:rPr>
              <w:t>181 065,88</w:t>
            </w:r>
          </w:p>
        </w:tc>
        <w:tc>
          <w:tcPr>
            <w:tcW w:w="1963" w:type="dxa"/>
            <w:vAlign w:val="center"/>
          </w:tcPr>
          <w:p w14:paraId="1E457CE6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6AD54AE2" w14:textId="77777777" w:rsidR="008F7A8C" w:rsidRDefault="00462671">
            <w:r>
              <w:rPr>
                <w:sz w:val="14"/>
              </w:rPr>
              <w:t>Без залога</w:t>
            </w:r>
          </w:p>
        </w:tc>
      </w:tr>
      <w:tr w:rsidR="008F7A8C" w14:paraId="18C0FDDB" w14:textId="77777777">
        <w:trPr>
          <w:jc w:val="center"/>
        </w:trPr>
        <w:tc>
          <w:tcPr>
            <w:tcW w:w="1963" w:type="dxa"/>
            <w:vAlign w:val="center"/>
          </w:tcPr>
          <w:p w14:paraId="7EB94741" w14:textId="77777777" w:rsidR="008F7A8C" w:rsidRDefault="00462671">
            <w:pPr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963" w:type="dxa"/>
            <w:vAlign w:val="center"/>
          </w:tcPr>
          <w:p w14:paraId="24EF745D" w14:textId="77777777" w:rsidR="008F7A8C" w:rsidRDefault="00462671">
            <w:r>
              <w:rPr>
                <w:sz w:val="14"/>
              </w:rPr>
              <w:t>ТОО «МФО Бизнес займ»</w:t>
            </w:r>
          </w:p>
        </w:tc>
        <w:tc>
          <w:tcPr>
            <w:tcW w:w="1963" w:type="dxa"/>
            <w:vAlign w:val="center"/>
          </w:tcPr>
          <w:p w14:paraId="114FCF0E" w14:textId="77777777" w:rsidR="008F7A8C" w:rsidRDefault="00462671">
            <w:pPr>
              <w:jc w:val="center"/>
            </w:pPr>
            <w:r>
              <w:rPr>
                <w:sz w:val="14"/>
              </w:rPr>
              <w:t>240640009707</w:t>
            </w:r>
          </w:p>
        </w:tc>
        <w:tc>
          <w:tcPr>
            <w:tcW w:w="1963" w:type="dxa"/>
            <w:vAlign w:val="center"/>
          </w:tcPr>
          <w:p w14:paraId="3DC71990" w14:textId="77777777" w:rsidR="008F7A8C" w:rsidRDefault="00462671">
            <w:pPr>
              <w:jc w:val="center"/>
            </w:pPr>
            <w:r>
              <w:rPr>
                <w:sz w:val="14"/>
              </w:rPr>
              <w:t>173 295,00</w:t>
            </w:r>
          </w:p>
        </w:tc>
        <w:tc>
          <w:tcPr>
            <w:tcW w:w="1963" w:type="dxa"/>
            <w:vAlign w:val="center"/>
          </w:tcPr>
          <w:p w14:paraId="1A2C7C1C" w14:textId="77777777" w:rsidR="008F7A8C" w:rsidRDefault="00462671">
            <w:r>
              <w:rPr>
                <w:sz w:val="14"/>
              </w:rPr>
              <w:t>Заключение финансового управляющего от 05.08.2026; персональный кр</w:t>
            </w:r>
            <w:r>
              <w:rPr>
                <w:sz w:val="14"/>
              </w:rPr>
              <w:t xml:space="preserve">едитный отчет ГКБ от 03.06.2026; персональный кредитный отчет ПКБ №593214007 от 03.06.2026; перечень обязательств; дата </w:t>
            </w:r>
            <w:r>
              <w:rPr>
                <w:sz w:val="14"/>
              </w:rPr>
              <w:lastRenderedPageBreak/>
              <w:t>возникновения задолженности: 09.02.2026</w:t>
            </w:r>
          </w:p>
        </w:tc>
        <w:tc>
          <w:tcPr>
            <w:tcW w:w="1963" w:type="dxa"/>
            <w:vAlign w:val="center"/>
          </w:tcPr>
          <w:p w14:paraId="37A20CFF" w14:textId="77777777" w:rsidR="008F7A8C" w:rsidRDefault="00462671">
            <w:pPr>
              <w:jc w:val="center"/>
            </w:pPr>
            <w:r>
              <w:rPr>
                <w:sz w:val="14"/>
              </w:rPr>
              <w:lastRenderedPageBreak/>
              <w:t>173 295,00</w:t>
            </w:r>
          </w:p>
        </w:tc>
        <w:tc>
          <w:tcPr>
            <w:tcW w:w="1963" w:type="dxa"/>
            <w:vAlign w:val="center"/>
          </w:tcPr>
          <w:p w14:paraId="5ED96FC5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56A1D04D" w14:textId="77777777" w:rsidR="008F7A8C" w:rsidRDefault="00462671">
            <w:r>
              <w:rPr>
                <w:sz w:val="14"/>
              </w:rPr>
              <w:t>Без залога</w:t>
            </w:r>
          </w:p>
        </w:tc>
      </w:tr>
      <w:tr w:rsidR="008F7A8C" w14:paraId="46B6C050" w14:textId="77777777">
        <w:trPr>
          <w:jc w:val="center"/>
        </w:trPr>
        <w:tc>
          <w:tcPr>
            <w:tcW w:w="1963" w:type="dxa"/>
            <w:vAlign w:val="center"/>
          </w:tcPr>
          <w:p w14:paraId="3ED772E8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6A5FF888" w14:textId="77777777" w:rsidR="008F7A8C" w:rsidRDefault="00462671">
            <w:r>
              <w:rPr>
                <w:b/>
                <w:sz w:val="14"/>
              </w:rPr>
              <w:t>Итого по подпункту 1):</w:t>
            </w:r>
          </w:p>
        </w:tc>
        <w:tc>
          <w:tcPr>
            <w:tcW w:w="1963" w:type="dxa"/>
            <w:vAlign w:val="center"/>
          </w:tcPr>
          <w:p w14:paraId="7ECE79D4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5224C6F4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6 619 499,81</w:t>
            </w:r>
          </w:p>
        </w:tc>
        <w:tc>
          <w:tcPr>
            <w:tcW w:w="1963" w:type="dxa"/>
            <w:vAlign w:val="center"/>
          </w:tcPr>
          <w:p w14:paraId="67F1721A" w14:textId="77777777" w:rsidR="008F7A8C" w:rsidRDefault="008F7A8C"/>
        </w:tc>
        <w:tc>
          <w:tcPr>
            <w:tcW w:w="1963" w:type="dxa"/>
            <w:vAlign w:val="center"/>
          </w:tcPr>
          <w:p w14:paraId="34B34C21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6 619 499,81</w:t>
            </w:r>
          </w:p>
        </w:tc>
        <w:tc>
          <w:tcPr>
            <w:tcW w:w="1963" w:type="dxa"/>
            <w:vAlign w:val="center"/>
          </w:tcPr>
          <w:p w14:paraId="5D7C4B0E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0458335A" w14:textId="77777777" w:rsidR="008F7A8C" w:rsidRDefault="008F7A8C"/>
        </w:tc>
      </w:tr>
      <w:tr w:rsidR="008F7A8C" w14:paraId="4FD2F742" w14:textId="77777777">
        <w:trPr>
          <w:jc w:val="center"/>
        </w:trPr>
        <w:tc>
          <w:tcPr>
            <w:tcW w:w="1963" w:type="dxa"/>
            <w:vAlign w:val="center"/>
          </w:tcPr>
          <w:p w14:paraId="6BFC94E0" w14:textId="77777777" w:rsidR="008F7A8C" w:rsidRDefault="00462671">
            <w:pPr>
              <w:jc w:val="center"/>
            </w:pPr>
            <w:r>
              <w:rPr>
                <w:sz w:val="14"/>
              </w:rPr>
              <w:t>2)</w:t>
            </w:r>
          </w:p>
        </w:tc>
        <w:tc>
          <w:tcPr>
            <w:tcW w:w="1963" w:type="dxa"/>
            <w:vAlign w:val="center"/>
          </w:tcPr>
          <w:p w14:paraId="53E85115" w14:textId="77777777" w:rsidR="008F7A8C" w:rsidRDefault="00462671">
            <w:r>
              <w:rPr>
                <w:sz w:val="14"/>
              </w:rPr>
              <w:t>Требования залогового кредитора</w:t>
            </w:r>
          </w:p>
        </w:tc>
        <w:tc>
          <w:tcPr>
            <w:tcW w:w="1963" w:type="dxa"/>
            <w:vAlign w:val="center"/>
          </w:tcPr>
          <w:p w14:paraId="127B6846" w14:textId="77777777" w:rsidR="008F7A8C" w:rsidRDefault="00462671">
            <w:pPr>
              <w:jc w:val="center"/>
            </w:pPr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235C1083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1DF22538" w14:textId="77777777" w:rsidR="008F7A8C" w:rsidRDefault="00462671"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6D8A8E96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778D0800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7878DD69" w14:textId="77777777" w:rsidR="008F7A8C" w:rsidRDefault="00462671">
            <w:r>
              <w:rPr>
                <w:sz w:val="14"/>
              </w:rPr>
              <w:t>Отсутствуют</w:t>
            </w:r>
          </w:p>
        </w:tc>
      </w:tr>
      <w:tr w:rsidR="008F7A8C" w14:paraId="3B0405DD" w14:textId="77777777">
        <w:trPr>
          <w:jc w:val="center"/>
        </w:trPr>
        <w:tc>
          <w:tcPr>
            <w:tcW w:w="1963" w:type="dxa"/>
            <w:vAlign w:val="center"/>
          </w:tcPr>
          <w:p w14:paraId="6B649164" w14:textId="77777777" w:rsidR="008F7A8C" w:rsidRDefault="00462671">
            <w:pPr>
              <w:jc w:val="center"/>
            </w:pPr>
            <w:r>
              <w:rPr>
                <w:sz w:val="14"/>
              </w:rPr>
              <w:t>3)</w:t>
            </w:r>
          </w:p>
        </w:tc>
        <w:tc>
          <w:tcPr>
            <w:tcW w:w="1963" w:type="dxa"/>
            <w:vAlign w:val="center"/>
          </w:tcPr>
          <w:p w14:paraId="0C2A912F" w14:textId="77777777" w:rsidR="008F7A8C" w:rsidRDefault="00462671">
            <w:r>
              <w:rPr>
                <w:sz w:val="14"/>
              </w:rPr>
              <w:t>Требования, возникшие в результате принятия судом решения о признании сделки недействительной</w:t>
            </w:r>
          </w:p>
        </w:tc>
        <w:tc>
          <w:tcPr>
            <w:tcW w:w="1963" w:type="dxa"/>
            <w:vAlign w:val="center"/>
          </w:tcPr>
          <w:p w14:paraId="58106242" w14:textId="77777777" w:rsidR="008F7A8C" w:rsidRDefault="00462671">
            <w:pPr>
              <w:jc w:val="center"/>
            </w:pPr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079661EF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2F37CD24" w14:textId="77777777" w:rsidR="008F7A8C" w:rsidRDefault="00462671"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0AC5A437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5B39860E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48D8AA24" w14:textId="77777777" w:rsidR="008F7A8C" w:rsidRDefault="00462671">
            <w:r>
              <w:rPr>
                <w:sz w:val="14"/>
              </w:rPr>
              <w:t>Отсутствуют</w:t>
            </w:r>
          </w:p>
        </w:tc>
      </w:tr>
      <w:tr w:rsidR="008F7A8C" w14:paraId="2BA206CD" w14:textId="77777777">
        <w:trPr>
          <w:jc w:val="center"/>
        </w:trPr>
        <w:tc>
          <w:tcPr>
            <w:tcW w:w="1963" w:type="dxa"/>
            <w:vAlign w:val="center"/>
          </w:tcPr>
          <w:p w14:paraId="2461C082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5523112B" w14:textId="77777777" w:rsidR="008F7A8C" w:rsidRDefault="00462671">
            <w:r>
              <w:rPr>
                <w:b/>
                <w:sz w:val="14"/>
              </w:rPr>
              <w:t>Итого по третьей очереди:</w:t>
            </w:r>
          </w:p>
        </w:tc>
        <w:tc>
          <w:tcPr>
            <w:tcW w:w="1963" w:type="dxa"/>
            <w:vAlign w:val="center"/>
          </w:tcPr>
          <w:p w14:paraId="3D568593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3B4F21E8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6 619 499,81</w:t>
            </w:r>
          </w:p>
        </w:tc>
        <w:tc>
          <w:tcPr>
            <w:tcW w:w="1963" w:type="dxa"/>
            <w:vAlign w:val="center"/>
          </w:tcPr>
          <w:p w14:paraId="65D4A263" w14:textId="77777777" w:rsidR="008F7A8C" w:rsidRDefault="008F7A8C"/>
        </w:tc>
        <w:tc>
          <w:tcPr>
            <w:tcW w:w="1963" w:type="dxa"/>
            <w:vAlign w:val="center"/>
          </w:tcPr>
          <w:p w14:paraId="29669964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6 619 499,81</w:t>
            </w:r>
          </w:p>
        </w:tc>
        <w:tc>
          <w:tcPr>
            <w:tcW w:w="1963" w:type="dxa"/>
            <w:vAlign w:val="center"/>
          </w:tcPr>
          <w:p w14:paraId="60175A9B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7AFBDEDF" w14:textId="77777777" w:rsidR="008F7A8C" w:rsidRDefault="008F7A8C"/>
        </w:tc>
      </w:tr>
      <w:tr w:rsidR="008F7A8C" w14:paraId="76609AB9" w14:textId="77777777">
        <w:trPr>
          <w:jc w:val="center"/>
        </w:trPr>
        <w:tc>
          <w:tcPr>
            <w:tcW w:w="1963" w:type="dxa"/>
            <w:vAlign w:val="center"/>
          </w:tcPr>
          <w:p w14:paraId="01EBAEA2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4.</w:t>
            </w:r>
          </w:p>
        </w:tc>
        <w:tc>
          <w:tcPr>
            <w:tcW w:w="1963" w:type="dxa"/>
            <w:vAlign w:val="center"/>
          </w:tcPr>
          <w:p w14:paraId="49972D41" w14:textId="77777777" w:rsidR="008F7A8C" w:rsidRDefault="00462671">
            <w:r>
              <w:rPr>
                <w:b/>
                <w:sz w:val="14"/>
              </w:rPr>
              <w:t>Четвертая очередь</w:t>
            </w:r>
          </w:p>
        </w:tc>
        <w:tc>
          <w:tcPr>
            <w:tcW w:w="1963" w:type="dxa"/>
            <w:vAlign w:val="center"/>
          </w:tcPr>
          <w:p w14:paraId="47AFFD7E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459CA450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25586D3A" w14:textId="77777777" w:rsidR="008F7A8C" w:rsidRDefault="008F7A8C"/>
        </w:tc>
        <w:tc>
          <w:tcPr>
            <w:tcW w:w="1963" w:type="dxa"/>
            <w:vAlign w:val="center"/>
          </w:tcPr>
          <w:p w14:paraId="4C630D95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0F0CD9DC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7B0E8065" w14:textId="77777777" w:rsidR="008F7A8C" w:rsidRDefault="008F7A8C"/>
        </w:tc>
      </w:tr>
      <w:tr w:rsidR="008F7A8C" w14:paraId="36E4FF59" w14:textId="77777777">
        <w:trPr>
          <w:jc w:val="center"/>
        </w:trPr>
        <w:tc>
          <w:tcPr>
            <w:tcW w:w="1963" w:type="dxa"/>
            <w:vAlign w:val="center"/>
          </w:tcPr>
          <w:p w14:paraId="731CAB1B" w14:textId="77777777" w:rsidR="008F7A8C" w:rsidRDefault="00462671">
            <w:pPr>
              <w:jc w:val="center"/>
            </w:pPr>
            <w:r>
              <w:rPr>
                <w:sz w:val="14"/>
              </w:rPr>
              <w:t>1)</w:t>
            </w:r>
          </w:p>
        </w:tc>
        <w:tc>
          <w:tcPr>
            <w:tcW w:w="1963" w:type="dxa"/>
            <w:vAlign w:val="center"/>
          </w:tcPr>
          <w:p w14:paraId="2DDD2D69" w14:textId="77777777" w:rsidR="008F7A8C" w:rsidRDefault="00462671">
            <w:r>
              <w:rPr>
                <w:sz w:val="14"/>
              </w:rPr>
              <w:t>Требования кредиторов по возмещению убытков</w:t>
            </w:r>
          </w:p>
        </w:tc>
        <w:tc>
          <w:tcPr>
            <w:tcW w:w="1963" w:type="dxa"/>
            <w:vAlign w:val="center"/>
          </w:tcPr>
          <w:p w14:paraId="1923DFB3" w14:textId="77777777" w:rsidR="008F7A8C" w:rsidRDefault="00462671">
            <w:pPr>
              <w:jc w:val="center"/>
            </w:pPr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1049A59B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7462DB09" w14:textId="77777777" w:rsidR="008F7A8C" w:rsidRDefault="00462671"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0F79DD29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51262F28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40EBF363" w14:textId="77777777" w:rsidR="008F7A8C" w:rsidRDefault="00462671">
            <w:r>
              <w:rPr>
                <w:sz w:val="14"/>
              </w:rPr>
              <w:t>Отсутствуют</w:t>
            </w:r>
          </w:p>
        </w:tc>
      </w:tr>
      <w:tr w:rsidR="008F7A8C" w14:paraId="79B03575" w14:textId="77777777">
        <w:trPr>
          <w:jc w:val="center"/>
        </w:trPr>
        <w:tc>
          <w:tcPr>
            <w:tcW w:w="1963" w:type="dxa"/>
            <w:vAlign w:val="center"/>
          </w:tcPr>
          <w:p w14:paraId="0A24BFC5" w14:textId="77777777" w:rsidR="008F7A8C" w:rsidRDefault="00462671">
            <w:pPr>
              <w:jc w:val="center"/>
            </w:pPr>
            <w:r>
              <w:rPr>
                <w:sz w:val="14"/>
              </w:rPr>
              <w:t>2)</w:t>
            </w:r>
          </w:p>
        </w:tc>
        <w:tc>
          <w:tcPr>
            <w:tcW w:w="1963" w:type="dxa"/>
            <w:vAlign w:val="center"/>
          </w:tcPr>
          <w:p w14:paraId="3EDD9227" w14:textId="77777777" w:rsidR="008F7A8C" w:rsidRDefault="00462671">
            <w:r>
              <w:rPr>
                <w:sz w:val="14"/>
              </w:rPr>
              <w:t>Требования кредиторов по взысканию неустоек (штрафов, пеней)</w:t>
            </w:r>
          </w:p>
        </w:tc>
        <w:tc>
          <w:tcPr>
            <w:tcW w:w="1963" w:type="dxa"/>
            <w:vAlign w:val="center"/>
          </w:tcPr>
          <w:p w14:paraId="553CB4BD" w14:textId="77777777" w:rsidR="008F7A8C" w:rsidRDefault="00462671">
            <w:pPr>
              <w:jc w:val="center"/>
            </w:pPr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14EE96F2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2021850D" w14:textId="77777777" w:rsidR="008F7A8C" w:rsidRDefault="00462671"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40FA13F9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54DCFF89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3D4420EF" w14:textId="77777777" w:rsidR="008F7A8C" w:rsidRDefault="00462671">
            <w:r>
              <w:rPr>
                <w:sz w:val="14"/>
              </w:rPr>
              <w:t>Отсутствуют</w:t>
            </w:r>
          </w:p>
        </w:tc>
      </w:tr>
      <w:tr w:rsidR="008F7A8C" w14:paraId="767F1C38" w14:textId="77777777">
        <w:trPr>
          <w:jc w:val="center"/>
        </w:trPr>
        <w:tc>
          <w:tcPr>
            <w:tcW w:w="1963" w:type="dxa"/>
            <w:vAlign w:val="center"/>
          </w:tcPr>
          <w:p w14:paraId="77FFB207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275D9F5F" w14:textId="77777777" w:rsidR="008F7A8C" w:rsidRDefault="00462671">
            <w:r>
              <w:rPr>
                <w:b/>
                <w:sz w:val="14"/>
              </w:rPr>
              <w:t>Итого по четвертой очереди:</w:t>
            </w:r>
          </w:p>
        </w:tc>
        <w:tc>
          <w:tcPr>
            <w:tcW w:w="1963" w:type="dxa"/>
            <w:vAlign w:val="center"/>
          </w:tcPr>
          <w:p w14:paraId="4DB7B77C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1C06DDD3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4E78AFF5" w14:textId="77777777" w:rsidR="008F7A8C" w:rsidRDefault="008F7A8C"/>
        </w:tc>
        <w:tc>
          <w:tcPr>
            <w:tcW w:w="1963" w:type="dxa"/>
            <w:vAlign w:val="center"/>
          </w:tcPr>
          <w:p w14:paraId="07032EB6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2023B464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14CC239E" w14:textId="77777777" w:rsidR="008F7A8C" w:rsidRDefault="008F7A8C"/>
        </w:tc>
      </w:tr>
      <w:tr w:rsidR="008F7A8C" w14:paraId="6EC6509F" w14:textId="77777777">
        <w:trPr>
          <w:jc w:val="center"/>
        </w:trPr>
        <w:tc>
          <w:tcPr>
            <w:tcW w:w="1963" w:type="dxa"/>
            <w:vAlign w:val="center"/>
          </w:tcPr>
          <w:p w14:paraId="056A768D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5.</w:t>
            </w:r>
          </w:p>
        </w:tc>
        <w:tc>
          <w:tcPr>
            <w:tcW w:w="1963" w:type="dxa"/>
            <w:vAlign w:val="center"/>
          </w:tcPr>
          <w:p w14:paraId="6052A968" w14:textId="77777777" w:rsidR="008F7A8C" w:rsidRDefault="00462671">
            <w:r>
              <w:rPr>
                <w:b/>
                <w:sz w:val="14"/>
              </w:rPr>
              <w:t>Пятая очередь</w:t>
            </w:r>
          </w:p>
        </w:tc>
        <w:tc>
          <w:tcPr>
            <w:tcW w:w="1963" w:type="dxa"/>
            <w:vAlign w:val="center"/>
          </w:tcPr>
          <w:p w14:paraId="5E39DEBC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6D22B7F9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67F8B7F3" w14:textId="77777777" w:rsidR="008F7A8C" w:rsidRDefault="008F7A8C"/>
        </w:tc>
        <w:tc>
          <w:tcPr>
            <w:tcW w:w="1963" w:type="dxa"/>
            <w:vAlign w:val="center"/>
          </w:tcPr>
          <w:p w14:paraId="4BB5E614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1C487053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2209D893" w14:textId="77777777" w:rsidR="008F7A8C" w:rsidRDefault="008F7A8C"/>
        </w:tc>
      </w:tr>
      <w:tr w:rsidR="008F7A8C" w14:paraId="2B60C42D" w14:textId="77777777">
        <w:trPr>
          <w:jc w:val="center"/>
        </w:trPr>
        <w:tc>
          <w:tcPr>
            <w:tcW w:w="1963" w:type="dxa"/>
            <w:vAlign w:val="center"/>
          </w:tcPr>
          <w:p w14:paraId="490FE011" w14:textId="77777777" w:rsidR="008F7A8C" w:rsidRDefault="00462671">
            <w:pPr>
              <w:jc w:val="center"/>
            </w:pPr>
            <w:r>
              <w:rPr>
                <w:sz w:val="14"/>
              </w:rPr>
              <w:t>1)</w:t>
            </w:r>
          </w:p>
        </w:tc>
        <w:tc>
          <w:tcPr>
            <w:tcW w:w="1963" w:type="dxa"/>
            <w:vAlign w:val="center"/>
          </w:tcPr>
          <w:p w14:paraId="0113D335" w14:textId="77777777" w:rsidR="008F7A8C" w:rsidRDefault="00462671">
            <w:r>
              <w:rPr>
                <w:sz w:val="14"/>
              </w:rPr>
              <w:t>Требования кредиторов, не исполнивших обязанность по предложению одного из инструментов реструктуризации задолженности</w:t>
            </w:r>
          </w:p>
        </w:tc>
        <w:tc>
          <w:tcPr>
            <w:tcW w:w="1963" w:type="dxa"/>
            <w:vAlign w:val="center"/>
          </w:tcPr>
          <w:p w14:paraId="709A425C" w14:textId="77777777" w:rsidR="008F7A8C" w:rsidRDefault="00462671">
            <w:pPr>
              <w:jc w:val="center"/>
            </w:pPr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68F0C6C5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780668FA" w14:textId="77777777" w:rsidR="008F7A8C" w:rsidRDefault="00462671"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28F630DD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07BD5373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053708FF" w14:textId="77777777" w:rsidR="008F7A8C" w:rsidRDefault="00462671">
            <w:r>
              <w:rPr>
                <w:sz w:val="14"/>
              </w:rPr>
              <w:t>Отсутствуют</w:t>
            </w:r>
          </w:p>
        </w:tc>
      </w:tr>
      <w:tr w:rsidR="008F7A8C" w14:paraId="64164BA6" w14:textId="77777777">
        <w:trPr>
          <w:jc w:val="center"/>
        </w:trPr>
        <w:tc>
          <w:tcPr>
            <w:tcW w:w="1963" w:type="dxa"/>
            <w:vAlign w:val="center"/>
          </w:tcPr>
          <w:p w14:paraId="3A52CC43" w14:textId="77777777" w:rsidR="008F7A8C" w:rsidRDefault="00462671">
            <w:pPr>
              <w:jc w:val="center"/>
            </w:pPr>
            <w:r>
              <w:rPr>
                <w:sz w:val="14"/>
              </w:rPr>
              <w:t>2)</w:t>
            </w:r>
          </w:p>
        </w:tc>
        <w:tc>
          <w:tcPr>
            <w:tcW w:w="1963" w:type="dxa"/>
            <w:vAlign w:val="center"/>
          </w:tcPr>
          <w:p w14:paraId="1572FEFC" w14:textId="77777777" w:rsidR="008F7A8C" w:rsidRDefault="00462671">
            <w:r>
              <w:rPr>
                <w:sz w:val="14"/>
              </w:rPr>
              <w:t>Требования, заявленные после истечения срока их предъявления</w:t>
            </w:r>
          </w:p>
        </w:tc>
        <w:tc>
          <w:tcPr>
            <w:tcW w:w="1963" w:type="dxa"/>
            <w:vAlign w:val="center"/>
          </w:tcPr>
          <w:p w14:paraId="77ACB873" w14:textId="77777777" w:rsidR="008F7A8C" w:rsidRDefault="00462671">
            <w:pPr>
              <w:jc w:val="center"/>
            </w:pPr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382D08BE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32B52955" w14:textId="77777777" w:rsidR="008F7A8C" w:rsidRDefault="00462671"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6AFF6038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621B22FA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4619BA8B" w14:textId="77777777" w:rsidR="008F7A8C" w:rsidRDefault="00462671">
            <w:r>
              <w:rPr>
                <w:sz w:val="14"/>
              </w:rPr>
              <w:t>Отсутствуют</w:t>
            </w:r>
          </w:p>
        </w:tc>
      </w:tr>
      <w:tr w:rsidR="008F7A8C" w14:paraId="1752BAA9" w14:textId="77777777">
        <w:trPr>
          <w:jc w:val="center"/>
        </w:trPr>
        <w:tc>
          <w:tcPr>
            <w:tcW w:w="1963" w:type="dxa"/>
            <w:vAlign w:val="center"/>
          </w:tcPr>
          <w:p w14:paraId="46610163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127F03E4" w14:textId="77777777" w:rsidR="008F7A8C" w:rsidRDefault="00462671">
            <w:r>
              <w:rPr>
                <w:b/>
                <w:sz w:val="14"/>
              </w:rPr>
              <w:t>Итого по пятой очереди:</w:t>
            </w:r>
          </w:p>
        </w:tc>
        <w:tc>
          <w:tcPr>
            <w:tcW w:w="1963" w:type="dxa"/>
            <w:vAlign w:val="center"/>
          </w:tcPr>
          <w:p w14:paraId="2DC4FBE6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790077A0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21FA237F" w14:textId="77777777" w:rsidR="008F7A8C" w:rsidRDefault="008F7A8C"/>
        </w:tc>
        <w:tc>
          <w:tcPr>
            <w:tcW w:w="1963" w:type="dxa"/>
            <w:vAlign w:val="center"/>
          </w:tcPr>
          <w:p w14:paraId="1430880C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24DFDDB9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3B49BFE0" w14:textId="77777777" w:rsidR="008F7A8C" w:rsidRDefault="008F7A8C"/>
        </w:tc>
      </w:tr>
      <w:tr w:rsidR="008F7A8C" w14:paraId="71833572" w14:textId="77777777">
        <w:trPr>
          <w:jc w:val="center"/>
        </w:trPr>
        <w:tc>
          <w:tcPr>
            <w:tcW w:w="1963" w:type="dxa"/>
            <w:vAlign w:val="center"/>
          </w:tcPr>
          <w:p w14:paraId="5BCFA768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48561B98" w14:textId="77777777" w:rsidR="008F7A8C" w:rsidRDefault="00462671">
            <w:r>
              <w:rPr>
                <w:b/>
                <w:sz w:val="14"/>
              </w:rPr>
              <w:t>Итого по реестру:</w:t>
            </w:r>
          </w:p>
        </w:tc>
        <w:tc>
          <w:tcPr>
            <w:tcW w:w="1963" w:type="dxa"/>
            <w:vAlign w:val="center"/>
          </w:tcPr>
          <w:p w14:paraId="2A6D75C1" w14:textId="77777777" w:rsidR="008F7A8C" w:rsidRDefault="008F7A8C">
            <w:pPr>
              <w:jc w:val="center"/>
            </w:pPr>
          </w:p>
        </w:tc>
        <w:tc>
          <w:tcPr>
            <w:tcW w:w="1963" w:type="dxa"/>
            <w:vAlign w:val="center"/>
          </w:tcPr>
          <w:p w14:paraId="444B374B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6 619 499,81</w:t>
            </w:r>
          </w:p>
        </w:tc>
        <w:tc>
          <w:tcPr>
            <w:tcW w:w="1963" w:type="dxa"/>
            <w:vAlign w:val="center"/>
          </w:tcPr>
          <w:p w14:paraId="14950B58" w14:textId="77777777" w:rsidR="008F7A8C" w:rsidRDefault="008F7A8C"/>
        </w:tc>
        <w:tc>
          <w:tcPr>
            <w:tcW w:w="1963" w:type="dxa"/>
            <w:vAlign w:val="center"/>
          </w:tcPr>
          <w:p w14:paraId="34E0F34E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6 619 499,81</w:t>
            </w:r>
          </w:p>
        </w:tc>
        <w:tc>
          <w:tcPr>
            <w:tcW w:w="1963" w:type="dxa"/>
            <w:vAlign w:val="center"/>
          </w:tcPr>
          <w:p w14:paraId="34E2C3FD" w14:textId="77777777" w:rsidR="008F7A8C" w:rsidRDefault="00462671">
            <w:pPr>
              <w:jc w:val="center"/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7A8593C7" w14:textId="77777777" w:rsidR="008F7A8C" w:rsidRDefault="008F7A8C"/>
        </w:tc>
      </w:tr>
      <w:tr w:rsidR="008F7A8C" w14:paraId="3DB1E124" w14:textId="77777777">
        <w:trPr>
          <w:jc w:val="center"/>
        </w:trPr>
        <w:tc>
          <w:tcPr>
            <w:tcW w:w="1963" w:type="dxa"/>
            <w:vAlign w:val="center"/>
          </w:tcPr>
          <w:p w14:paraId="51A655DE" w14:textId="77777777" w:rsidR="008F7A8C" w:rsidRDefault="00462671">
            <w:pPr>
              <w:jc w:val="center"/>
            </w:pPr>
            <w:r>
              <w:rPr>
                <w:sz w:val="14"/>
              </w:rPr>
              <w:t>6.</w:t>
            </w:r>
          </w:p>
        </w:tc>
        <w:tc>
          <w:tcPr>
            <w:tcW w:w="1963" w:type="dxa"/>
            <w:vAlign w:val="center"/>
          </w:tcPr>
          <w:p w14:paraId="7538FE6F" w14:textId="77777777" w:rsidR="008F7A8C" w:rsidRDefault="00462671">
            <w:r>
              <w:rPr>
                <w:sz w:val="14"/>
              </w:rPr>
              <w:t>Требования, исключенные из реестра</w:t>
            </w:r>
          </w:p>
        </w:tc>
        <w:tc>
          <w:tcPr>
            <w:tcW w:w="1963" w:type="dxa"/>
            <w:vAlign w:val="center"/>
          </w:tcPr>
          <w:p w14:paraId="2685F1E5" w14:textId="77777777" w:rsidR="008F7A8C" w:rsidRDefault="00462671">
            <w:pPr>
              <w:jc w:val="center"/>
            </w:pPr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7B9DA48C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69BE7E33" w14:textId="77777777" w:rsidR="008F7A8C" w:rsidRDefault="00462671">
            <w:r>
              <w:rPr>
                <w:sz w:val="14"/>
              </w:rPr>
              <w:t>—</w:t>
            </w:r>
          </w:p>
        </w:tc>
        <w:tc>
          <w:tcPr>
            <w:tcW w:w="1963" w:type="dxa"/>
            <w:vAlign w:val="center"/>
          </w:tcPr>
          <w:p w14:paraId="4BFC67BB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2D245EC8" w14:textId="77777777" w:rsidR="008F7A8C" w:rsidRDefault="00462671">
            <w:pPr>
              <w:jc w:val="center"/>
            </w:pPr>
            <w:r>
              <w:rPr>
                <w:sz w:val="14"/>
              </w:rPr>
              <w:t>0,00</w:t>
            </w:r>
          </w:p>
        </w:tc>
        <w:tc>
          <w:tcPr>
            <w:tcW w:w="1963" w:type="dxa"/>
            <w:vAlign w:val="center"/>
          </w:tcPr>
          <w:p w14:paraId="6754DD12" w14:textId="77777777" w:rsidR="008F7A8C" w:rsidRDefault="00462671">
            <w:r>
              <w:rPr>
                <w:sz w:val="14"/>
              </w:rPr>
              <w:t>Отсутствуют</w:t>
            </w:r>
          </w:p>
        </w:tc>
      </w:tr>
    </w:tbl>
    <w:p w14:paraId="30F4648D" w14:textId="77777777" w:rsidR="00462671" w:rsidRDefault="00462671">
      <w:pPr>
        <w:spacing w:after="0" w:line="240" w:lineRule="auto"/>
        <w:rPr>
          <w:sz w:val="18"/>
        </w:rPr>
      </w:pPr>
    </w:p>
    <w:p w14:paraId="6C17079B" w14:textId="76BCBFE5" w:rsidR="008F7A8C" w:rsidRDefault="00462671">
      <w:pPr>
        <w:spacing w:after="0" w:line="240" w:lineRule="auto"/>
      </w:pPr>
      <w:r>
        <w:rPr>
          <w:noProof/>
          <w:sz w:val="18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421A9B98" wp14:editId="7BDFC117">
                <wp:simplePos x="0" y="0"/>
                <wp:positionH relativeFrom="column">
                  <wp:posOffset>1419887</wp:posOffset>
                </wp:positionH>
                <wp:positionV relativeFrom="paragraph">
                  <wp:posOffset>-1104</wp:posOffset>
                </wp:positionV>
                <wp:extent cx="545400" cy="637920"/>
                <wp:effectExtent l="38100" t="38100" r="1270" b="48260"/>
                <wp:wrapNone/>
                <wp:docPr id="3" name="Ink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545400" cy="637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B9D20F" id="Ink 3" o:spid="_x0000_s1026" type="#_x0000_t75" style="position:absolute;margin-left:111.1pt;margin-top:-.8pt;width:44.4pt;height:51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3;&#10;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">
                <v:imagedata r:id="rId9" o:title=""/>
              </v:shape>
            </w:pict>
          </mc:Fallback>
        </mc:AlternateContent>
      </w:r>
      <w:r>
        <w:rPr>
          <w:sz w:val="18"/>
        </w:rPr>
        <w:t xml:space="preserve">Финансовый управляющий: __________________  Елдесова Самал </w:t>
      </w:r>
      <w:r>
        <w:rPr>
          <w:sz w:val="18"/>
        </w:rPr>
        <w:t>Ергосаевна</w:t>
      </w:r>
    </w:p>
    <w:sectPr w:rsidR="008F7A8C" w:rsidSect="00034616">
      <w:pgSz w:w="16838" w:h="11906" w:orient="landscape"/>
      <w:pgMar w:top="567" w:right="567" w:bottom="567" w:left="567" w:header="720" w:footer="720" w:gutter="0"/>
      <w:cols w:space="720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финансов Республики Казахстан - Тлесова Л.Ш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62671"/>
    <w:rsid w:val="008F7A8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1A5E7A"/>
  <w14:defaultImageDpi w14:val="300"/>
  <w15:docId w15:val="{D658C322-C214-C041-BF79-61EF73244C76}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customXml" Target="ink/ink2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ustomXml" Target="ink/ink1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21T14:04:22.570"/>
    </inkml:context>
    <inkml:brush xml:id="br0">
      <inkml:brushProperty name="width" value="0.05" units="cm"/>
      <inkml:brushProperty name="height" value="0.05" units="cm"/>
      <inkml:brushProperty name="color" value="#004F8B"/>
    </inkml:brush>
  </inkml:definitions>
  <inkml:trace contextRef="#ctx0" brushRef="#br0">687 55 24575,'3'-3'0,"-8"6"0,2 10 0,-16 21 0,-4 31 0,-9 18-686,11-31 0,-1 2 686,4-1 0,-1 0 0,-6 0 0,-1 0 0,-2 2 0,0-1 0,1-1 0,-1 1 0,-5 6 0,1 2 0,-2 4 0,2 0 0,7-4 0,0 0 0,-2 3 0,-1 0 0,-1 3 0,3-5 0,-2 8 334,-11 2-334,35-73 0,1-49 0,18-16-3220,-5 9 0,1-6 3220,7-4 0,2-1 0,-5 3 0,8-8-280,10 2 1,14-14 0,4-6-1,0 5 1,-9 13 279,5-13 0,2 3 0,-7 15 0,8-13 0,2-1 0,-4 10 0,-10 18 0,14 0 0,-18 8 0,-8 17 0,-13 14 0,-3 8 5748,-3 9-5748,6 93 3127,-5-66-3127,15 65 0,-11-89 0,8-5 0,-6 2 0,-3-3 0,-8 3 0,-3 1 0,-7 3 0,-1 3 0,5 1 0,-1 2 0,4 1 0,0-3 0,7-1 0,6 2 0,33-3 0,8-6 0,7-4 0,-2-6 0,1-1-430,20-1 1,-4-2 429,19-20 0,-30 16 0,-34 2 0,-28 9 0,-2 4 0,-10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6-09-21T14:04:32.441"/>
    </inkml:context>
    <inkml:brush xml:id="br0">
      <inkml:brushProperty name="width" value="0.05" units="cm"/>
      <inkml:brushProperty name="height" value="0.05" units="cm"/>
      <inkml:brushProperty name="color" value="#004F8B"/>
    </inkml:brush>
  </inkml:definitions>
  <inkml:trace contextRef="#ctx0" brushRef="#br0">1188 0 24575,'-8'16'0,"-3"-3"0,-6 24 0,-16 23 0,-9 23-1643,8-25 0,-5 4 1643,-6 7 0,-2 1 0,-9 8 0,-3 1 0,17-26 0,0-1 0,-1 2 0,0 1 0,1 2 0,0-2 0,-16 24 0,0-1 0,16-21 0,-1 0 0,3-1 0,-9 23 0,2-3 0,2-11 0,3-3 0,12-6 0,5-6 768,-6 1-768,12-8 0,9-35 0,9-5 0,-1-16 0,20-41 0,-6-17 0,5 14 0,1-4 314,-4-5 1,1-1-315,11-7 0,5 0 0,3-2 0,3 1 0,5 5 0,5 3 0,1 6 0,12-6 0,-3 9 0,13-11 0,5-4 0,-3 5 0,-12 10 0,5-5 0,-1 1 0,8-7 0,15-13 0,-8 8 0,-30 29 0,-35 34 0,-1-2 0,1 2 0,0-3 0,0 0 0,0 3 0,0 1 1889,-4 6-1889,7 7 0,-12 2 0,4 5 0,-9 0 0,-6 1 0,-2 3 0,-8 6 0,0 1 0,-3 7 0,6-7 0,0-4 0,10-7 0,6-6 0,4 2 0,13-5 0,-4-1 0,10-1 0,-11-5 0,2 5 0,-7-2 0,-6 18 0,2-5 0,1 13 0,4-12 0,0-4 0,2-1 0,-6-5 0,3 2 0,0-6 0,1 2 0,0-2 0,-4 0 0,5-4 0,-3-4 0,7-3 0,-2 3 0,-3 1 0,-1 0 0,-6 2 0,-1 1 0,-3 4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1119</Words>
  <Characters>8363</Characters>
  <Application>Microsoft Office Word</Application>
  <DocSecurity>0</DocSecurity>
  <Lines>269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9370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2013-12-23T23:15:00Z</dcterms:created>
  <dcterms:modified xsi:type="dcterms:W3CDTF">2026-09-21T14:04:00Z</dcterms:modified>
  <cp:category/>
</cp:coreProperties>
</file>