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60E4" w14:textId="1C03C7C1" w:rsidR="00A46FEB" w:rsidRPr="00673569" w:rsidRDefault="00A46FEB" w:rsidP="00A46FEB">
      <w:pPr>
        <w:jc w:val="right"/>
        <w:rPr>
          <w:rFonts w:cs="Times New Roman"/>
          <w:sz w:val="28"/>
          <w:szCs w:val="28"/>
          <w:lang w:val="kk-KZ"/>
        </w:rPr>
      </w:pPr>
      <w:r w:rsidRPr="00673569">
        <w:rPr>
          <w:rFonts w:cs="Times New Roman"/>
          <w:sz w:val="28"/>
          <w:szCs w:val="28"/>
          <w:lang w:val="kk-KZ"/>
        </w:rPr>
        <w:t>шешіміне қосымша</w:t>
      </w:r>
    </w:p>
    <w:p w14:paraId="457434E2" w14:textId="24DEFDD3" w:rsidR="00A93613" w:rsidRPr="00673569" w:rsidRDefault="00A93613">
      <w:pPr>
        <w:spacing w:after="0" w:line="240" w:lineRule="auto"/>
        <w:jc w:val="right"/>
        <w:rPr>
          <w:rFonts w:cs="Times New Roman"/>
          <w:sz w:val="28"/>
          <w:szCs w:val="28"/>
          <w:lang w:val="kk-KZ"/>
        </w:rPr>
      </w:pPr>
    </w:p>
    <w:p w14:paraId="0764B034" w14:textId="3CC86B4B" w:rsidR="00A93613" w:rsidRPr="00673569" w:rsidRDefault="00A93613">
      <w:pPr>
        <w:spacing w:after="0" w:line="240" w:lineRule="auto"/>
        <w:jc w:val="right"/>
        <w:rPr>
          <w:rFonts w:cs="Times New Roman"/>
          <w:sz w:val="28"/>
          <w:szCs w:val="28"/>
          <w:lang w:val="kk-KZ"/>
        </w:rPr>
      </w:pPr>
    </w:p>
    <w:p w14:paraId="6FC9031F" w14:textId="0D89A52A" w:rsidR="00A93613" w:rsidRPr="00673569" w:rsidRDefault="00A93613">
      <w:pPr>
        <w:spacing w:after="0" w:line="240" w:lineRule="auto"/>
        <w:jc w:val="right"/>
        <w:rPr>
          <w:rFonts w:cs="Times New Roman"/>
          <w:sz w:val="28"/>
          <w:szCs w:val="28"/>
          <w:lang w:val="kk-KZ"/>
        </w:rPr>
      </w:pPr>
    </w:p>
    <w:p w14:paraId="7491FB1F" w14:textId="77777777" w:rsidR="00A93613" w:rsidRPr="00673569" w:rsidRDefault="00A93613">
      <w:pPr>
        <w:spacing w:after="0" w:line="240" w:lineRule="auto"/>
        <w:jc w:val="right"/>
        <w:rPr>
          <w:rFonts w:cs="Times New Roman"/>
          <w:sz w:val="28"/>
          <w:szCs w:val="28"/>
          <w:lang w:val="kk-KZ"/>
        </w:rPr>
      </w:pPr>
    </w:p>
    <w:p w14:paraId="4E603272" w14:textId="77777777" w:rsidR="00802718" w:rsidRPr="00673569" w:rsidRDefault="00030C01">
      <w:pPr>
        <w:spacing w:after="0" w:line="240" w:lineRule="auto"/>
        <w:jc w:val="center"/>
        <w:rPr>
          <w:rFonts w:cs="Times New Roman"/>
          <w:sz w:val="28"/>
          <w:szCs w:val="28"/>
          <w:lang w:val="kk-KZ"/>
        </w:rPr>
      </w:pPr>
      <w:r w:rsidRPr="00673569">
        <w:rPr>
          <w:rFonts w:cs="Times New Roman"/>
          <w:b/>
          <w:sz w:val="28"/>
          <w:szCs w:val="28"/>
          <w:lang w:val="kk-KZ"/>
        </w:rPr>
        <w:t>«Облыстың (қаланың, ауданның) Құрметті азаматы» атағын беру</w:t>
      </w:r>
      <w:r w:rsidRPr="00673569">
        <w:rPr>
          <w:rFonts w:cs="Times New Roman"/>
          <w:b/>
          <w:sz w:val="28"/>
          <w:szCs w:val="28"/>
          <w:lang w:val="kk-KZ"/>
        </w:rPr>
        <w:br/>
        <w:t>қағидалары</w:t>
      </w:r>
    </w:p>
    <w:p w14:paraId="2B24AA35" w14:textId="77777777" w:rsidR="00A93613" w:rsidRPr="00673569" w:rsidRDefault="00A93613">
      <w:pPr>
        <w:spacing w:after="0" w:line="240" w:lineRule="auto"/>
        <w:jc w:val="center"/>
        <w:rPr>
          <w:rFonts w:cs="Times New Roman"/>
          <w:b/>
          <w:sz w:val="28"/>
          <w:szCs w:val="28"/>
          <w:lang w:val="kk-KZ"/>
        </w:rPr>
      </w:pPr>
    </w:p>
    <w:p w14:paraId="4F4AE08B" w14:textId="77777777" w:rsidR="00A93613" w:rsidRPr="00673569" w:rsidRDefault="00A93613">
      <w:pPr>
        <w:spacing w:after="0" w:line="240" w:lineRule="auto"/>
        <w:jc w:val="center"/>
        <w:rPr>
          <w:rFonts w:cs="Times New Roman"/>
          <w:b/>
          <w:sz w:val="28"/>
          <w:szCs w:val="28"/>
          <w:lang w:val="kk-KZ"/>
        </w:rPr>
      </w:pPr>
    </w:p>
    <w:p w14:paraId="5B7C0C37" w14:textId="38A28EBE" w:rsidR="00802718" w:rsidRPr="00673569" w:rsidRDefault="00030C01">
      <w:pPr>
        <w:spacing w:after="0" w:line="240" w:lineRule="auto"/>
        <w:jc w:val="center"/>
        <w:rPr>
          <w:rFonts w:cs="Times New Roman"/>
          <w:b/>
          <w:sz w:val="28"/>
          <w:szCs w:val="28"/>
          <w:lang w:val="kk-KZ"/>
        </w:rPr>
      </w:pPr>
      <w:r w:rsidRPr="00673569">
        <w:rPr>
          <w:rFonts w:cs="Times New Roman"/>
          <w:b/>
          <w:sz w:val="28"/>
          <w:szCs w:val="28"/>
          <w:lang w:val="kk-KZ"/>
        </w:rPr>
        <w:t>1-тарау. Жалпы ережелер</w:t>
      </w:r>
    </w:p>
    <w:p w14:paraId="2E50BA33" w14:textId="77777777" w:rsidR="00A93613" w:rsidRPr="00673569" w:rsidRDefault="00A93613" w:rsidP="00A93613">
      <w:pPr>
        <w:spacing w:after="0" w:line="240" w:lineRule="auto"/>
        <w:rPr>
          <w:rFonts w:cs="Times New Roman"/>
          <w:sz w:val="28"/>
          <w:szCs w:val="28"/>
          <w:lang w:val="kk-KZ"/>
        </w:rPr>
      </w:pPr>
    </w:p>
    <w:p w14:paraId="40ED7ACA" w14:textId="77777777" w:rsidR="00802718" w:rsidRPr="00673569" w:rsidRDefault="00030C01" w:rsidP="00A93613">
      <w:pPr>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1. Осы «Облыстың (қаланың, ауданның) Құрметті азаматы» атағын беру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Заңының 6-бабы 1-тармағының 12-2) тармақшасына сәйкес әзірленді және «Облыстың (қаланың, ауданның) Құрметті азаматы» атағын беру тәртібін айқындайды.</w:t>
      </w:r>
    </w:p>
    <w:p w14:paraId="718C64EE"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2. «Облыстың (қаланың, ауданның) Құрметті азаматы» атағын беру (бұдан әрі – «Құрметті азамат» атағы) елеулі еңбек үлесін қосқан азаматтардың көп жылғы жемісті қызметі мен бастамашылдығын қоғам тарапынан мойындау және көтермелеу болып табылады, сондай-ақ азаматтардың еңбек және қоғамдық белсенділігін арттыруға бағытталған.</w:t>
      </w:r>
    </w:p>
    <w:p w14:paraId="3208FE97"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3. «Құрметті азамат» атағы облыста (қалада, ауданда) кемінде 10 жыл еңбек еткен Қазақстан Республикасының азаматтарына және шетел азаматтарына мына талаптардың біріне сәйкес келген жағдайда беріледі:</w:t>
      </w:r>
    </w:p>
    <w:p w14:paraId="1E1BB1B6"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1) кәсіби немесе азаматтық борышын орындау кезінде көрсеткен ерлігі, сондай-ақ заңдылық пен құқықтық тәртіпті нығайту жөніндегі жұмысқа қосқан үлесі үшін;</w:t>
      </w:r>
    </w:p>
    <w:p w14:paraId="277D5834"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2) мемлекеттік, саяси және қоғам қайраткерлеріне жергілікті мемлекеттік басқару және өзін-өзі басқару саласындағы тиімді қызметі, сондай-ақ өңірдің әлеуметтік-экономикалық дамуына қосқан үлесі үшін;</w:t>
      </w:r>
    </w:p>
    <w:p w14:paraId="0EAD8881"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3) қоғамдық қызметтегі жетістіктері және қайырымдылық қызметі үшін;</w:t>
      </w:r>
    </w:p>
    <w:p w14:paraId="325A6686"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4) облыста (қалада, ауданда) спорт пен мәдениет, ғылым, білім беру, денсаулық сақтау, құрылыс, кәсіпкерлік, бизнес және ауыл шаруашылығы салаларын дамытуға үлес қосқаны үшін;</w:t>
      </w:r>
    </w:p>
    <w:p w14:paraId="511BFC38" w14:textId="77777777" w:rsidR="00802718" w:rsidRPr="00673569" w:rsidRDefault="00030C01" w:rsidP="00A93613">
      <w:pPr>
        <w:tabs>
          <w:tab w:val="left" w:pos="851"/>
          <w:tab w:val="left" w:pos="993"/>
        </w:tabs>
        <w:spacing w:after="0" w:line="240" w:lineRule="auto"/>
        <w:ind w:firstLine="709"/>
        <w:jc w:val="both"/>
        <w:rPr>
          <w:rFonts w:eastAsia="Times New Roman" w:cs="Times New Roman"/>
          <w:sz w:val="28"/>
          <w:szCs w:val="28"/>
          <w:lang w:val="kk-KZ" w:eastAsia="ru-RU"/>
        </w:rPr>
      </w:pPr>
      <w:r w:rsidRPr="00673569">
        <w:rPr>
          <w:rFonts w:eastAsia="Times New Roman" w:cs="Times New Roman"/>
          <w:sz w:val="28"/>
          <w:szCs w:val="28"/>
          <w:lang w:val="kk-KZ" w:eastAsia="ru-RU"/>
        </w:rPr>
        <w:t>5) тәуелсіз және егемен Қазақстанның тұтастығын сақтау, этносаралық қатынастар мен келісімді, достық пен ынтымақтастықты нығайтуға қосқан ерен еңбегі үшін.</w:t>
      </w:r>
    </w:p>
    <w:p w14:paraId="4318F330" w14:textId="3D4AA11B" w:rsidR="00A93613" w:rsidRDefault="00A93613">
      <w:pPr>
        <w:spacing w:after="0" w:line="240" w:lineRule="auto"/>
        <w:jc w:val="center"/>
        <w:rPr>
          <w:rFonts w:cs="Times New Roman"/>
          <w:b/>
          <w:sz w:val="28"/>
          <w:szCs w:val="28"/>
          <w:lang w:val="kk-KZ"/>
        </w:rPr>
      </w:pPr>
    </w:p>
    <w:p w14:paraId="73135A1A" w14:textId="77777777" w:rsidR="00673569" w:rsidRPr="00673569" w:rsidRDefault="00673569">
      <w:pPr>
        <w:spacing w:after="0" w:line="240" w:lineRule="auto"/>
        <w:jc w:val="center"/>
        <w:rPr>
          <w:rFonts w:cs="Times New Roman"/>
          <w:b/>
          <w:sz w:val="28"/>
          <w:szCs w:val="28"/>
          <w:lang w:val="kk-KZ"/>
        </w:rPr>
      </w:pPr>
    </w:p>
    <w:p w14:paraId="39A7CC82" w14:textId="2F3656A0" w:rsidR="00802718" w:rsidRPr="00673569" w:rsidRDefault="00030C01">
      <w:pPr>
        <w:spacing w:after="0" w:line="240" w:lineRule="auto"/>
        <w:jc w:val="center"/>
        <w:rPr>
          <w:rFonts w:cs="Times New Roman"/>
          <w:b/>
          <w:sz w:val="28"/>
          <w:szCs w:val="28"/>
          <w:lang w:val="kk-KZ"/>
        </w:rPr>
      </w:pPr>
      <w:r w:rsidRPr="00673569">
        <w:rPr>
          <w:rFonts w:cs="Times New Roman"/>
          <w:b/>
          <w:sz w:val="28"/>
          <w:szCs w:val="28"/>
          <w:lang w:val="kk-KZ"/>
        </w:rPr>
        <w:lastRenderedPageBreak/>
        <w:t>2-тарау. «Құрметті азамат» атағын беру тәртібі</w:t>
      </w:r>
    </w:p>
    <w:p w14:paraId="52A5F7F7" w14:textId="77777777" w:rsidR="00A93613" w:rsidRPr="00673569" w:rsidRDefault="00A93613">
      <w:pPr>
        <w:spacing w:after="0" w:line="240" w:lineRule="auto"/>
        <w:jc w:val="center"/>
        <w:rPr>
          <w:rFonts w:cs="Times New Roman"/>
          <w:sz w:val="28"/>
          <w:szCs w:val="28"/>
          <w:lang w:val="kk-KZ"/>
        </w:rPr>
      </w:pPr>
    </w:p>
    <w:p w14:paraId="755D5ABC"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4. «Құрметті азамат» атағына ұсынылатын әрбір адамға Қағидаларға 1-қосымшаға сәйкес нысан бойынша марапаттау парағы жасалады.</w:t>
      </w:r>
    </w:p>
    <w:p w14:paraId="196ED164"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«Құрметті азамат» атағын беру туралы өтінішхаттарды жергілікті атқарушы органдар, шығармашылық одақтар (еңбек және шығармашылық ұжымдар) және басқа да ұйымдар еркін нысанда енгізеді.</w:t>
      </w:r>
    </w:p>
    <w:p w14:paraId="4B639CCE"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Марапаттау парағында «Құрметті азамат» атағына ұсынылатын адамның жеке басын сипаттайтын деректер, тиісті қызмет саласындағы жалпы еңбек өтілі, адамның еңбек, кәсіби немесе қоғамдық қызметі туралы мәліметтер, нақты еңбегі, жұмысының тиімділігі мен сапасы туралы мәліметтер көрсетіледі.</w:t>
      </w:r>
    </w:p>
    <w:p w14:paraId="47835C82"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Марапаттау парағына ұйымның басшысы қол қояды және қол қойған ұйымдардың мөрлерімен расталады.</w:t>
      </w:r>
    </w:p>
    <w:p w14:paraId="1580C09E"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«Құрметті азамат» атағына ұсынылатын әрбір адамға ұсыныс жеке-жеке дайындалады.</w:t>
      </w:r>
    </w:p>
    <w:p w14:paraId="076A3BA1"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Облыс әкімдігі жанындағы Қазақстан Республикасының Мемлекеттік наградалар жөніндегі комиссиясының (бұдан әрі – Мемлекеттік наградалар жөніндегі комиссия) отырысына дейін отыз күннен аз уақыт бұрын келіп түскен марапаттау құжаттары қарауға қабылданбайды.</w:t>
      </w:r>
    </w:p>
    <w:p w14:paraId="117E34E1"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5. Марапаттау парағын Мемлекеттік наградалар жөніндегі комиссия ресімдейді.</w:t>
      </w:r>
    </w:p>
    <w:p w14:paraId="31BF67B7"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6. Медальдар мен оларға берілетін куәліктерді дайындау, сондай-ақ олардың есебі мен сақталуы облыс (қала, аудан) әкімінің аппаратына жүктеледі.</w:t>
      </w:r>
    </w:p>
    <w:p w14:paraId="16FAB85E"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7. Өз кандидатураларын өздері ұсынған адамдардан келіп түскен «Құрметті азамат» атағын беру туралы өтінішхаттар қаралмайды.</w:t>
      </w:r>
    </w:p>
    <w:p w14:paraId="2B7F9C4E"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Облыстың қаласы немесе ауданының «Құрметті азаматы» атағына ие адамды қайта ұсынуға жол берілмейді.</w:t>
      </w:r>
    </w:p>
    <w:p w14:paraId="599C31FA"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«Құрметті азамат» атағын қайтыс болғаннан кейін ел мүддесін қорғау кезінде көрсеткен ерлігі, батылдығы, қаһармандығы үшін және адам өмірін құтқаруға байланысты жағдайларда беруге болады.</w:t>
      </w:r>
    </w:p>
    <w:p w14:paraId="58363543"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8. Өтінішхат Мемлекеттік наградалар жөніндегі комиссияда қаралады.</w:t>
      </w:r>
    </w:p>
    <w:p w14:paraId="32A62554"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9. Мемлекеттік наградалар жөніндегі комиссияның шешімі дауыстардың көпшілік санымен қабылданады. Дауыстар тең болған жағдайда комиссия төрағасының дауысы шешуші болып табылады.</w:t>
      </w:r>
    </w:p>
    <w:p w14:paraId="2AF2E720"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t>10. Мемлекеттік наградалар жөніндегі комиссияның шешімі ұсынымдық сипатта болады және оның барлық мүшелері қол қоятын хаттамамен ресімделеді.</w:t>
      </w:r>
    </w:p>
    <w:p w14:paraId="439987C6" w14:textId="77777777" w:rsidR="00802718" w:rsidRPr="00673569" w:rsidRDefault="00030C01" w:rsidP="00A93613">
      <w:pPr>
        <w:spacing w:after="0" w:line="240" w:lineRule="auto"/>
        <w:ind w:firstLine="709"/>
        <w:jc w:val="both"/>
        <w:rPr>
          <w:rFonts w:eastAsia="Times New Roman" w:cs="Times New Roman"/>
          <w:color w:val="000000"/>
          <w:sz w:val="28"/>
          <w:szCs w:val="28"/>
          <w:lang w:val="kk-KZ" w:eastAsia="ru-RU"/>
        </w:rPr>
      </w:pPr>
      <w:r w:rsidRPr="00673569">
        <w:rPr>
          <w:rFonts w:eastAsia="Times New Roman" w:cs="Times New Roman"/>
          <w:color w:val="000000"/>
          <w:sz w:val="28"/>
          <w:szCs w:val="28"/>
          <w:lang w:val="kk-KZ" w:eastAsia="ru-RU"/>
        </w:rPr>
        <w:lastRenderedPageBreak/>
        <w:t>11. «Құрметті азамат» атағы облыс, қала, облыс аудандары бойынша тиісінше әр екі жыл сайын Қазақстан Республикасының және шетел азаматтарының он адамына дейін берілуі мүмкін.</w:t>
      </w:r>
    </w:p>
    <w:p w14:paraId="73FA85E7"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Облыстың (қаланың, ауданның) мерейтойлық датасына орай «Құрметті азамат» атағы қосымша әр бес жыл сайын беріледі және Қазақстан Республикасының және шетел азаматтарының бес адамына дейін берілуі мүмкін.</w:t>
      </w:r>
    </w:p>
    <w:p w14:paraId="6CEFD9FD"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Облыс (қала, аудан) әкімінің ұсынысы бойынша қауіпті табиғи құбылыстың, апаттың, дүлей зілзаланың немесе өзге де авариялық жағдайдың салдарын жоюға немесе оның алдын алуға көмек көрсеткен Қазақстан Республикасының және шетел азаматтарына «Құрметті азамат» атағы берілуі мүмкін.</w:t>
      </w:r>
    </w:p>
    <w:p w14:paraId="488AAE7A"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12. «Құрметті азамат» атағын беру туралы тиісті мәслихаттың шешімі жергілікті бұқаралық ақпарат құралдарында жарияланады.</w:t>
      </w:r>
    </w:p>
    <w:p w14:paraId="0B5469FF"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13. «Құрметті азамат» атағы мына адамдарға берілмейді:</w:t>
      </w:r>
    </w:p>
    <w:p w14:paraId="40730FCA"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 «Құрметті азамат» атағына ұсынылған кезде Қазақстан Республикасының заңнамасында белгіленген тәртіппен өтелмеген немесе алынбаған соттылығы бар адамдарға;</w:t>
      </w:r>
    </w:p>
    <w:p w14:paraId="19317C0C"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2) сот шешімімен әрекетке қабілетсіз немесе әрекет қабілеті шектелген деп танылған адамдарға.</w:t>
      </w:r>
    </w:p>
    <w:p w14:paraId="00D603C6" w14:textId="77777777" w:rsidR="00A93613" w:rsidRPr="00673569" w:rsidRDefault="00A93613">
      <w:pPr>
        <w:spacing w:after="0" w:line="240" w:lineRule="auto"/>
        <w:jc w:val="center"/>
        <w:rPr>
          <w:rFonts w:cs="Times New Roman"/>
          <w:b/>
          <w:sz w:val="28"/>
          <w:szCs w:val="28"/>
          <w:lang w:val="kk-KZ"/>
        </w:rPr>
      </w:pPr>
    </w:p>
    <w:p w14:paraId="2997FCEC" w14:textId="77777777" w:rsidR="00A93613" w:rsidRPr="00673569" w:rsidRDefault="00A93613">
      <w:pPr>
        <w:spacing w:after="0" w:line="240" w:lineRule="auto"/>
        <w:jc w:val="center"/>
        <w:rPr>
          <w:rFonts w:cs="Times New Roman"/>
          <w:b/>
          <w:sz w:val="28"/>
          <w:szCs w:val="28"/>
          <w:lang w:val="kk-KZ"/>
        </w:rPr>
      </w:pPr>
    </w:p>
    <w:p w14:paraId="1A708CA9" w14:textId="46CEA4D1" w:rsidR="00802718" w:rsidRPr="00673569" w:rsidRDefault="00030C01">
      <w:pPr>
        <w:spacing w:after="0" w:line="240" w:lineRule="auto"/>
        <w:jc w:val="center"/>
        <w:rPr>
          <w:rFonts w:cs="Times New Roman"/>
          <w:b/>
          <w:sz w:val="28"/>
          <w:szCs w:val="28"/>
          <w:lang w:val="kk-KZ"/>
        </w:rPr>
      </w:pPr>
      <w:r w:rsidRPr="00673569">
        <w:rPr>
          <w:rFonts w:cs="Times New Roman"/>
          <w:b/>
          <w:sz w:val="28"/>
          <w:szCs w:val="28"/>
          <w:lang w:val="kk-KZ"/>
        </w:rPr>
        <w:t>3-тарау. Медаль мен куәлікті табыстау тәртібі</w:t>
      </w:r>
    </w:p>
    <w:p w14:paraId="0095B52B" w14:textId="77777777" w:rsidR="00A93613" w:rsidRPr="00673569" w:rsidRDefault="00A93613">
      <w:pPr>
        <w:spacing w:after="0" w:line="240" w:lineRule="auto"/>
        <w:jc w:val="center"/>
        <w:rPr>
          <w:rFonts w:cs="Times New Roman"/>
          <w:sz w:val="28"/>
          <w:szCs w:val="28"/>
          <w:lang w:val="kk-KZ"/>
        </w:rPr>
      </w:pPr>
    </w:p>
    <w:p w14:paraId="6AD100FD"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14. Тиісті мәслихаттың «Құрметті азамат» атағын беру туралы шешімі күшіне енген күннен бастап екі айдан кешіктірмей, осы атақ берілген адамға салтанатты жағдайда медаль және «Құрметті азамат» атағына берілетін куәлік табыс етіледі.</w:t>
      </w:r>
    </w:p>
    <w:p w14:paraId="6F1FE2B1"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Сондай-ақ медаль мен «Құрметті азамат» атағына берілетін куәлікті мемлекеттік және ұлттық мерекелерге орай, бірақ тиісті мәслихаттың «Құрметті азамат» атағын беру туралы шешімі күшіне енген күннен бастап екі айдан кешіктірмей табыстауға болады.</w:t>
      </w:r>
    </w:p>
    <w:p w14:paraId="35489903"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«Құрметті азамат» атағына берілетін медаль мен куәлікті облыстардың (қалалардың, аудандардың) әкімдері немесе мәслихат төрағасы табыстайды.</w:t>
      </w:r>
    </w:p>
    <w:p w14:paraId="3D22D38B"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15. Медаль мен куәлікті табыстау алдында тиісті мәслихаттың «Құрметті азамат» атағын беру туралы шешімі жария етіледі.</w:t>
      </w:r>
    </w:p>
    <w:p w14:paraId="7C1A51F6"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Медаль мен куәлік «Құрметті азамат» атағы берілген адамға жеке табысталады.</w:t>
      </w:r>
    </w:p>
    <w:p w14:paraId="18C73BBD"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Егер «Құрметті азамат» атағы берілген адам денсаулық жағдайына байланысты табыстау рәсіміне келе алмаса, медаль мен куәлік оның орналасқан жерінде табысталуы мүмкін.</w:t>
      </w:r>
    </w:p>
    <w:p w14:paraId="2E4B6E65"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lastRenderedPageBreak/>
        <w:t>«Құрметті азамат» атағы қайтыс болғаннан кейін берілген жағдайда, атақ беру туралы құжаттар, сондай-ақ оған арналған медаль қайтыс болған адамның отбасы мүшелеріне табысталады.</w:t>
      </w:r>
    </w:p>
    <w:p w14:paraId="1ED6DD07"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Қайтыс болған адамның Қазақстан Республикасының азаматтық заңнамасының талаптарын ескере отырып ресімделген мұрагерлерінің</w:t>
      </w:r>
      <w:r w:rsidRPr="00673569">
        <w:rPr>
          <w:rFonts w:cs="Times New Roman"/>
          <w:sz w:val="28"/>
          <w:szCs w:val="28"/>
          <w:lang w:val="kk-KZ"/>
        </w:rPr>
        <w:t xml:space="preserve"> </w:t>
      </w:r>
      <w:r w:rsidRPr="00673569">
        <w:rPr>
          <w:rFonts w:eastAsia="Times New Roman" w:cs="Times New Roman"/>
          <w:sz w:val="28"/>
          <w:szCs w:val="24"/>
          <w:lang w:val="kk-KZ" w:eastAsia="ru-RU"/>
        </w:rPr>
        <w:t>келісімімен «Құрметті азамат» атағын беру туралы құжаттар және оған арналған медаль мұражайларға сақтауға берілуі мүмкін.</w:t>
      </w:r>
    </w:p>
    <w:p w14:paraId="33EA2232"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Мұрагерлері болмаған жағдайда, «Құрметті азамат» атағын беру туралы құжаттар және оған арналған медаль мұражайларға сақтауға беріледі.</w:t>
      </w:r>
    </w:p>
    <w:p w14:paraId="382EAB09"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16. «Құрметті азамат» атағына арналған медаль осы Қағидаларға 2-қосымшаға сәйкес нысан бойынша дайындалады.</w:t>
      </w:r>
    </w:p>
    <w:p w14:paraId="71644E0F"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«Құрметті азамат» атағына ие болған әрбір адамға медальмен бірге 3-қосымшаға сәйкес нысан бойынша медальға арналған куәлік беріледі.</w:t>
      </w:r>
    </w:p>
    <w:p w14:paraId="301394D4"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«Құрметті азамат» атағына берілетін куәлікке облыс (қала, аудан) мәслихатының төрағасы қол қояды.</w:t>
      </w:r>
    </w:p>
    <w:p w14:paraId="7A415AC2"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17. Медальдар мен оларға берілетін куәліктерді дайындауға жұмсалатын шығыстар тиісті жергілікті бюджет қаражаты есебінен жүзеге асырылады.</w:t>
      </w:r>
    </w:p>
    <w:p w14:paraId="4D4ADA4D" w14:textId="77777777" w:rsidR="00A93613" w:rsidRPr="00673569" w:rsidRDefault="00A93613">
      <w:pPr>
        <w:spacing w:after="0" w:line="240" w:lineRule="auto"/>
        <w:jc w:val="center"/>
        <w:rPr>
          <w:rFonts w:cs="Times New Roman"/>
          <w:b/>
          <w:sz w:val="28"/>
          <w:szCs w:val="28"/>
          <w:lang w:val="kk-KZ"/>
        </w:rPr>
      </w:pPr>
    </w:p>
    <w:p w14:paraId="2B69C303" w14:textId="77777777" w:rsidR="00A93613" w:rsidRPr="00673569" w:rsidRDefault="00A93613">
      <w:pPr>
        <w:spacing w:after="0" w:line="240" w:lineRule="auto"/>
        <w:jc w:val="center"/>
        <w:rPr>
          <w:rFonts w:cs="Times New Roman"/>
          <w:b/>
          <w:sz w:val="28"/>
          <w:szCs w:val="28"/>
          <w:lang w:val="kk-KZ"/>
        </w:rPr>
      </w:pPr>
    </w:p>
    <w:p w14:paraId="3843CB33" w14:textId="136B14CC" w:rsidR="00802718" w:rsidRPr="00673569" w:rsidRDefault="00030C01">
      <w:pPr>
        <w:spacing w:after="0" w:line="240" w:lineRule="auto"/>
        <w:jc w:val="center"/>
        <w:rPr>
          <w:rFonts w:cs="Times New Roman"/>
          <w:b/>
          <w:sz w:val="28"/>
          <w:szCs w:val="28"/>
          <w:lang w:val="kk-KZ"/>
        </w:rPr>
      </w:pPr>
      <w:r w:rsidRPr="00673569">
        <w:rPr>
          <w:rFonts w:cs="Times New Roman"/>
          <w:b/>
          <w:sz w:val="28"/>
          <w:szCs w:val="28"/>
          <w:lang w:val="kk-KZ"/>
        </w:rPr>
        <w:t>4-тарау. Қорытынды ережелер</w:t>
      </w:r>
    </w:p>
    <w:p w14:paraId="0E098D43" w14:textId="77777777" w:rsidR="00A93613" w:rsidRPr="00673569" w:rsidRDefault="00A93613">
      <w:pPr>
        <w:spacing w:after="0" w:line="240" w:lineRule="auto"/>
        <w:jc w:val="center"/>
        <w:rPr>
          <w:rFonts w:cs="Times New Roman"/>
          <w:sz w:val="28"/>
          <w:szCs w:val="28"/>
          <w:lang w:val="kk-KZ"/>
        </w:rPr>
      </w:pPr>
    </w:p>
    <w:p w14:paraId="1BD72DC9"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18. Соттың айыптау үкімі заңды күшіне енген жағдайда, «Құрметті азамат» атағынан айыру тиісті мәслихаттың шешімі бойынша жүзеге асырылады.</w:t>
      </w:r>
    </w:p>
    <w:p w14:paraId="29042BB9" w14:textId="77777777" w:rsidR="00802718" w:rsidRPr="00673569" w:rsidRDefault="00030C01" w:rsidP="00A93613">
      <w:pPr>
        <w:spacing w:after="0" w:line="240" w:lineRule="auto"/>
        <w:ind w:firstLine="709"/>
        <w:jc w:val="both"/>
        <w:rPr>
          <w:rFonts w:eastAsia="Times New Roman" w:cs="Times New Roman"/>
          <w:sz w:val="28"/>
          <w:szCs w:val="24"/>
          <w:lang w:val="kk-KZ" w:eastAsia="ru-RU"/>
        </w:rPr>
      </w:pPr>
      <w:r w:rsidRPr="00673569">
        <w:rPr>
          <w:rFonts w:eastAsia="Times New Roman" w:cs="Times New Roman"/>
          <w:sz w:val="28"/>
          <w:szCs w:val="24"/>
          <w:lang w:val="kk-KZ" w:eastAsia="ru-RU"/>
        </w:rPr>
        <w:t>19. «Құрметті азамат» атағынан айырылған адам осы атақты беруге қайта ұсынылмайды.</w:t>
      </w:r>
    </w:p>
    <w:p w14:paraId="2599FD87" w14:textId="77777777" w:rsidR="00A93613" w:rsidRPr="00673569" w:rsidRDefault="00A93613" w:rsidP="00A93613">
      <w:pPr>
        <w:spacing w:after="0" w:line="240" w:lineRule="auto"/>
        <w:ind w:firstLine="709"/>
        <w:jc w:val="both"/>
        <w:rPr>
          <w:rFonts w:cs="Times New Roman"/>
          <w:sz w:val="28"/>
          <w:szCs w:val="28"/>
          <w:lang w:val="kk-KZ"/>
        </w:rPr>
      </w:pPr>
    </w:p>
    <w:p w14:paraId="1F9FDAD1" w14:textId="77777777" w:rsidR="00A93613" w:rsidRPr="00673569" w:rsidRDefault="00A93613" w:rsidP="00A93613">
      <w:pPr>
        <w:spacing w:after="0" w:line="240" w:lineRule="auto"/>
        <w:ind w:firstLine="709"/>
        <w:jc w:val="both"/>
        <w:rPr>
          <w:rFonts w:cs="Times New Roman"/>
          <w:sz w:val="28"/>
          <w:szCs w:val="28"/>
          <w:lang w:val="kk-KZ"/>
        </w:rPr>
      </w:pPr>
    </w:p>
    <w:p w14:paraId="529A554C" w14:textId="77777777" w:rsidR="00A93613" w:rsidRPr="00673569" w:rsidRDefault="00A93613" w:rsidP="00A93613">
      <w:pPr>
        <w:spacing w:after="0" w:line="240" w:lineRule="auto"/>
        <w:ind w:firstLine="709"/>
        <w:jc w:val="both"/>
        <w:rPr>
          <w:rFonts w:cs="Times New Roman"/>
          <w:sz w:val="28"/>
          <w:szCs w:val="28"/>
          <w:lang w:val="kk-KZ"/>
        </w:rPr>
      </w:pPr>
    </w:p>
    <w:p w14:paraId="05C7287E" w14:textId="77777777" w:rsidR="00A93613" w:rsidRPr="00673569" w:rsidRDefault="00A93613" w:rsidP="00A93613">
      <w:pPr>
        <w:spacing w:after="0" w:line="240" w:lineRule="auto"/>
        <w:ind w:firstLine="709"/>
        <w:jc w:val="both"/>
        <w:rPr>
          <w:rFonts w:cs="Times New Roman"/>
          <w:sz w:val="28"/>
          <w:szCs w:val="28"/>
          <w:lang w:val="kk-KZ"/>
        </w:rPr>
      </w:pPr>
    </w:p>
    <w:p w14:paraId="4469221F" w14:textId="77777777" w:rsidR="00A93613" w:rsidRPr="00673569" w:rsidRDefault="00A93613" w:rsidP="00A93613">
      <w:pPr>
        <w:spacing w:after="0" w:line="240" w:lineRule="auto"/>
        <w:ind w:firstLine="709"/>
        <w:jc w:val="both"/>
        <w:rPr>
          <w:rFonts w:cs="Times New Roman"/>
          <w:sz w:val="28"/>
          <w:szCs w:val="28"/>
          <w:lang w:val="kk-KZ"/>
        </w:rPr>
      </w:pPr>
    </w:p>
    <w:p w14:paraId="104EC985" w14:textId="77777777" w:rsidR="00A93613" w:rsidRPr="00673569" w:rsidRDefault="00A93613" w:rsidP="00A93613">
      <w:pPr>
        <w:spacing w:after="0" w:line="240" w:lineRule="auto"/>
        <w:ind w:firstLine="709"/>
        <w:jc w:val="both"/>
        <w:rPr>
          <w:rFonts w:cs="Times New Roman"/>
          <w:sz w:val="28"/>
          <w:szCs w:val="28"/>
          <w:lang w:val="kk-KZ"/>
        </w:rPr>
      </w:pPr>
    </w:p>
    <w:p w14:paraId="3995A705" w14:textId="77777777" w:rsidR="00A93613" w:rsidRPr="00673569" w:rsidRDefault="00A93613" w:rsidP="00A93613">
      <w:pPr>
        <w:spacing w:after="0" w:line="240" w:lineRule="auto"/>
        <w:ind w:firstLine="709"/>
        <w:jc w:val="both"/>
        <w:rPr>
          <w:rFonts w:cs="Times New Roman"/>
          <w:sz w:val="28"/>
          <w:szCs w:val="28"/>
          <w:lang w:val="kk-KZ"/>
        </w:rPr>
      </w:pPr>
    </w:p>
    <w:p w14:paraId="3BC09EEF" w14:textId="77777777" w:rsidR="00A93613" w:rsidRPr="00673569" w:rsidRDefault="00A93613" w:rsidP="00A93613">
      <w:pPr>
        <w:spacing w:after="0" w:line="240" w:lineRule="auto"/>
        <w:ind w:firstLine="709"/>
        <w:jc w:val="both"/>
        <w:rPr>
          <w:rFonts w:cs="Times New Roman"/>
          <w:sz w:val="28"/>
          <w:szCs w:val="28"/>
          <w:lang w:val="kk-KZ"/>
        </w:rPr>
      </w:pPr>
    </w:p>
    <w:p w14:paraId="679E062C" w14:textId="77777777" w:rsidR="00A93613" w:rsidRPr="00673569" w:rsidRDefault="00A93613" w:rsidP="00A93613">
      <w:pPr>
        <w:spacing w:after="0" w:line="240" w:lineRule="auto"/>
        <w:ind w:firstLine="709"/>
        <w:jc w:val="both"/>
        <w:rPr>
          <w:rFonts w:cs="Times New Roman"/>
          <w:sz w:val="28"/>
          <w:szCs w:val="28"/>
          <w:lang w:val="kk-KZ"/>
        </w:rPr>
      </w:pPr>
    </w:p>
    <w:p w14:paraId="345FAD89" w14:textId="77777777" w:rsidR="00A93613" w:rsidRPr="00673569" w:rsidRDefault="00A93613" w:rsidP="00A93613">
      <w:pPr>
        <w:spacing w:after="0" w:line="240" w:lineRule="auto"/>
        <w:ind w:firstLine="709"/>
        <w:jc w:val="both"/>
        <w:rPr>
          <w:rFonts w:cs="Times New Roman"/>
          <w:sz w:val="28"/>
          <w:szCs w:val="28"/>
          <w:lang w:val="kk-KZ"/>
        </w:rPr>
      </w:pPr>
    </w:p>
    <w:p w14:paraId="55913BA8" w14:textId="77777777" w:rsidR="00A93613" w:rsidRPr="00673569" w:rsidRDefault="00A93613" w:rsidP="00A93613">
      <w:pPr>
        <w:spacing w:after="0" w:line="240" w:lineRule="auto"/>
        <w:ind w:firstLine="709"/>
        <w:jc w:val="both"/>
        <w:rPr>
          <w:rFonts w:cs="Times New Roman"/>
          <w:sz w:val="28"/>
          <w:szCs w:val="28"/>
          <w:lang w:val="kk-KZ"/>
        </w:rPr>
      </w:pPr>
    </w:p>
    <w:p w14:paraId="3FAA8289" w14:textId="77777777" w:rsidR="00A93613" w:rsidRPr="00673569" w:rsidRDefault="00A93613" w:rsidP="00A93613">
      <w:pPr>
        <w:spacing w:after="0" w:line="240" w:lineRule="auto"/>
        <w:ind w:firstLine="709"/>
        <w:jc w:val="both"/>
        <w:rPr>
          <w:rFonts w:cs="Times New Roman"/>
          <w:sz w:val="28"/>
          <w:szCs w:val="28"/>
          <w:lang w:val="kk-KZ"/>
        </w:rPr>
      </w:pPr>
    </w:p>
    <w:p w14:paraId="0B5E87D5" w14:textId="77777777" w:rsidR="00A93613" w:rsidRPr="00673569" w:rsidRDefault="00A93613" w:rsidP="00A93613">
      <w:pPr>
        <w:spacing w:after="0" w:line="240" w:lineRule="auto"/>
        <w:ind w:firstLine="709"/>
        <w:jc w:val="both"/>
        <w:rPr>
          <w:rFonts w:cs="Times New Roman"/>
          <w:sz w:val="28"/>
          <w:szCs w:val="28"/>
          <w:lang w:val="kk-KZ"/>
        </w:rPr>
      </w:pPr>
    </w:p>
    <w:p w14:paraId="448DA37C" w14:textId="77777777" w:rsidR="00A93613" w:rsidRPr="00673569" w:rsidRDefault="00A93613" w:rsidP="00A93613">
      <w:pPr>
        <w:spacing w:after="0" w:line="240" w:lineRule="auto"/>
        <w:ind w:firstLine="709"/>
        <w:jc w:val="both"/>
        <w:rPr>
          <w:rFonts w:cs="Times New Roman"/>
          <w:sz w:val="28"/>
          <w:szCs w:val="28"/>
          <w:lang w:val="kk-KZ"/>
        </w:rPr>
      </w:pPr>
    </w:p>
    <w:p w14:paraId="17A6B10A" w14:textId="77777777" w:rsidR="00A93613" w:rsidRPr="00673569" w:rsidRDefault="00A93613" w:rsidP="00A93613">
      <w:pPr>
        <w:spacing w:after="0" w:line="240" w:lineRule="auto"/>
        <w:jc w:val="both"/>
        <w:rPr>
          <w:rFonts w:cs="Times New Roman"/>
          <w:sz w:val="28"/>
          <w:szCs w:val="28"/>
          <w:lang w:val="kk-KZ"/>
        </w:rPr>
      </w:pPr>
    </w:p>
    <w:p w14:paraId="5510B42B" w14:textId="5B2328D8" w:rsidR="00A93613" w:rsidRPr="00673569" w:rsidRDefault="00A93613" w:rsidP="00A93613">
      <w:pPr>
        <w:tabs>
          <w:tab w:val="left" w:pos="7605"/>
        </w:tabs>
        <w:spacing w:after="0" w:line="240" w:lineRule="auto"/>
        <w:ind w:left="5664"/>
        <w:jc w:val="center"/>
        <w:rPr>
          <w:rFonts w:eastAsia="Times New Roman" w:cs="Times New Roman"/>
          <w:sz w:val="28"/>
          <w:szCs w:val="24"/>
          <w:lang w:val="kk-KZ" w:eastAsia="ru-RU"/>
        </w:rPr>
      </w:pPr>
      <w:bookmarkStart w:id="0" w:name="_Hlk236143439"/>
      <w:r w:rsidRPr="00673569">
        <w:rPr>
          <w:rFonts w:eastAsia="Times New Roman" w:cs="Times New Roman"/>
          <w:sz w:val="28"/>
          <w:szCs w:val="24"/>
          <w:lang w:val="kk-KZ" w:eastAsia="ru-RU"/>
        </w:rPr>
        <w:lastRenderedPageBreak/>
        <w:t>«Облыстың (қаланың, ауданның)</w:t>
      </w:r>
      <w:bookmarkEnd w:id="0"/>
      <w:r w:rsidRPr="00673569">
        <w:rPr>
          <w:rFonts w:eastAsia="Times New Roman" w:cs="Times New Roman"/>
          <w:sz w:val="28"/>
          <w:szCs w:val="24"/>
          <w:lang w:val="kk-KZ" w:eastAsia="ru-RU"/>
        </w:rPr>
        <w:t xml:space="preserve"> Құрметті азаматы» атағын берудің қағидаларына </w:t>
      </w:r>
    </w:p>
    <w:p w14:paraId="10FD25CF" w14:textId="77777777" w:rsidR="00704AC7" w:rsidRPr="00673569" w:rsidRDefault="00030C01" w:rsidP="00704AC7">
      <w:pPr>
        <w:tabs>
          <w:tab w:val="left" w:pos="7605"/>
        </w:tabs>
        <w:spacing w:after="0" w:line="240" w:lineRule="auto"/>
        <w:ind w:left="5664"/>
        <w:jc w:val="center"/>
        <w:rPr>
          <w:rFonts w:eastAsia="Times New Roman" w:cs="Times New Roman"/>
          <w:sz w:val="28"/>
          <w:szCs w:val="24"/>
          <w:lang w:val="kk-KZ" w:eastAsia="ru-RU"/>
        </w:rPr>
      </w:pPr>
      <w:r w:rsidRPr="00673569">
        <w:rPr>
          <w:rFonts w:eastAsia="Times New Roman" w:cs="Times New Roman"/>
          <w:sz w:val="28"/>
          <w:szCs w:val="24"/>
          <w:lang w:val="kk-KZ" w:eastAsia="ru-RU"/>
        </w:rPr>
        <w:t>1-қосымша</w:t>
      </w:r>
      <w:r w:rsidR="00704AC7" w:rsidRPr="00673569">
        <w:rPr>
          <w:rFonts w:eastAsia="Times New Roman" w:cs="Times New Roman"/>
          <w:sz w:val="28"/>
          <w:szCs w:val="24"/>
          <w:lang w:val="kk-KZ" w:eastAsia="ru-RU"/>
        </w:rPr>
        <w:br/>
      </w:r>
    </w:p>
    <w:p w14:paraId="57CBB442" w14:textId="4F057FCD" w:rsidR="00802718" w:rsidRPr="00673569" w:rsidRDefault="00030C01" w:rsidP="00704AC7">
      <w:pPr>
        <w:tabs>
          <w:tab w:val="left" w:pos="7605"/>
        </w:tabs>
        <w:spacing w:after="0" w:line="240" w:lineRule="auto"/>
        <w:ind w:left="5664"/>
        <w:jc w:val="center"/>
        <w:rPr>
          <w:rFonts w:eastAsia="Times New Roman" w:cs="Times New Roman"/>
          <w:sz w:val="28"/>
          <w:szCs w:val="24"/>
          <w:lang w:val="kk-KZ" w:eastAsia="ru-RU"/>
        </w:rPr>
      </w:pPr>
      <w:r w:rsidRPr="00673569">
        <w:rPr>
          <w:rFonts w:eastAsia="Times New Roman" w:cs="Times New Roman"/>
          <w:sz w:val="28"/>
          <w:szCs w:val="24"/>
          <w:lang w:val="kk-KZ" w:eastAsia="ru-RU"/>
        </w:rPr>
        <w:t>Нысан</w:t>
      </w:r>
    </w:p>
    <w:p w14:paraId="4CF2E8F3" w14:textId="77777777" w:rsidR="00704AC7" w:rsidRPr="00673569" w:rsidRDefault="00704AC7" w:rsidP="00704AC7">
      <w:pPr>
        <w:tabs>
          <w:tab w:val="left" w:pos="7605"/>
        </w:tabs>
        <w:spacing w:after="0" w:line="240" w:lineRule="auto"/>
        <w:ind w:left="5664"/>
        <w:jc w:val="center"/>
        <w:rPr>
          <w:rFonts w:eastAsia="Times New Roman" w:cs="Times New Roman"/>
          <w:sz w:val="28"/>
          <w:szCs w:val="24"/>
          <w:lang w:val="kk-KZ" w:eastAsia="ru-RU"/>
        </w:rPr>
      </w:pPr>
    </w:p>
    <w:p w14:paraId="3CCF3DB0" w14:textId="77777777" w:rsidR="00802718" w:rsidRPr="00673569" w:rsidRDefault="00030C01" w:rsidP="00704AC7">
      <w:pPr>
        <w:tabs>
          <w:tab w:val="left" w:pos="7605"/>
        </w:tabs>
        <w:spacing w:after="0" w:line="240" w:lineRule="auto"/>
        <w:ind w:left="5664"/>
        <w:jc w:val="center"/>
        <w:rPr>
          <w:rFonts w:eastAsia="Times New Roman" w:cs="Times New Roman"/>
          <w:sz w:val="28"/>
          <w:szCs w:val="24"/>
          <w:lang w:val="kk-KZ" w:eastAsia="ru-RU"/>
        </w:rPr>
      </w:pPr>
      <w:r w:rsidRPr="00673569">
        <w:rPr>
          <w:rFonts w:eastAsia="Times New Roman" w:cs="Times New Roman"/>
          <w:sz w:val="28"/>
          <w:szCs w:val="24"/>
          <w:lang w:val="kk-KZ" w:eastAsia="ru-RU"/>
        </w:rPr>
        <w:t>___________________</w:t>
      </w:r>
      <w:r w:rsidRPr="00673569">
        <w:rPr>
          <w:rFonts w:eastAsia="Times New Roman" w:cs="Times New Roman"/>
          <w:sz w:val="28"/>
          <w:szCs w:val="24"/>
          <w:lang w:val="kk-KZ" w:eastAsia="ru-RU"/>
        </w:rPr>
        <w:br/>
        <w:t>облыстың (қаланың, ауданның)</w:t>
      </w:r>
    </w:p>
    <w:p w14:paraId="757E707C" w14:textId="420C9C18" w:rsidR="00802718" w:rsidRPr="00673569" w:rsidRDefault="00030C01">
      <w:pPr>
        <w:spacing w:after="0" w:line="240" w:lineRule="auto"/>
        <w:jc w:val="center"/>
        <w:rPr>
          <w:rFonts w:cs="Times New Roman"/>
          <w:b/>
          <w:sz w:val="28"/>
          <w:szCs w:val="28"/>
          <w:lang w:val="kk-KZ"/>
        </w:rPr>
      </w:pPr>
      <w:r w:rsidRPr="00673569">
        <w:rPr>
          <w:rFonts w:cs="Times New Roman"/>
          <w:b/>
          <w:sz w:val="28"/>
          <w:szCs w:val="28"/>
          <w:lang w:val="kk-KZ"/>
        </w:rPr>
        <w:t>МАРАПАТТАУ ПАРАҒЫ</w:t>
      </w:r>
    </w:p>
    <w:p w14:paraId="78CD23A6" w14:textId="77777777" w:rsidR="00704AC7" w:rsidRPr="00673569" w:rsidRDefault="00704AC7">
      <w:pPr>
        <w:spacing w:after="0" w:line="240" w:lineRule="auto"/>
        <w:jc w:val="center"/>
        <w:rPr>
          <w:rFonts w:cs="Times New Roman"/>
          <w:sz w:val="28"/>
          <w:szCs w:val="28"/>
          <w:lang w:val="kk-KZ"/>
        </w:rPr>
      </w:pPr>
    </w:p>
    <w:p w14:paraId="0EAE464D" w14:textId="2A3AF16A" w:rsidR="00802718" w:rsidRPr="00673569" w:rsidRDefault="00030C01">
      <w:pPr>
        <w:spacing w:after="0" w:line="240" w:lineRule="auto"/>
        <w:rPr>
          <w:rFonts w:cs="Times New Roman"/>
          <w:sz w:val="28"/>
          <w:szCs w:val="28"/>
          <w:lang w:val="kk-KZ"/>
        </w:rPr>
      </w:pPr>
      <w:r w:rsidRPr="00673569">
        <w:rPr>
          <w:rFonts w:cs="Times New Roman"/>
          <w:sz w:val="28"/>
          <w:szCs w:val="28"/>
          <w:lang w:val="kk-KZ"/>
        </w:rPr>
        <w:t xml:space="preserve">1. Тегі, аты, әкесінің аты </w:t>
      </w:r>
      <w:r w:rsidR="00C9683D" w:rsidRPr="00C9683D">
        <w:rPr>
          <w:rFonts w:cs="Times New Roman"/>
          <w:sz w:val="28"/>
          <w:szCs w:val="28"/>
          <w:lang w:val="kk-KZ"/>
        </w:rPr>
        <w:t>(ол болған жағдайда)</w:t>
      </w:r>
      <w:r w:rsidRPr="00673569">
        <w:rPr>
          <w:rFonts w:cs="Times New Roman"/>
          <w:sz w:val="28"/>
          <w:szCs w:val="28"/>
          <w:lang w:val="kk-KZ"/>
        </w:rPr>
        <w:t>________________________</w:t>
      </w:r>
    </w:p>
    <w:p w14:paraId="4ECBB830" w14:textId="77777777" w:rsidR="00802718" w:rsidRPr="00673569" w:rsidRDefault="00030C01">
      <w:pPr>
        <w:spacing w:after="0" w:line="240" w:lineRule="auto"/>
        <w:rPr>
          <w:rFonts w:cs="Times New Roman"/>
          <w:sz w:val="28"/>
          <w:szCs w:val="28"/>
          <w:lang w:val="kk-KZ"/>
        </w:rPr>
      </w:pPr>
      <w:r w:rsidRPr="00673569">
        <w:rPr>
          <w:rFonts w:cs="Times New Roman"/>
          <w:sz w:val="28"/>
          <w:szCs w:val="28"/>
          <w:lang w:val="kk-KZ"/>
        </w:rPr>
        <w:t>2. Жеке сәйкестендіру нөмірі (ЖСН) ________________________________</w:t>
      </w:r>
    </w:p>
    <w:p w14:paraId="614D323A" w14:textId="77777777" w:rsidR="00673569" w:rsidRPr="00673569" w:rsidRDefault="00030C01" w:rsidP="00673569">
      <w:pPr>
        <w:spacing w:after="0" w:line="240" w:lineRule="auto"/>
        <w:rPr>
          <w:rFonts w:cs="Times New Roman"/>
          <w:sz w:val="28"/>
          <w:szCs w:val="28"/>
          <w:lang w:val="kk-KZ"/>
        </w:rPr>
      </w:pPr>
      <w:r w:rsidRPr="00673569">
        <w:rPr>
          <w:rFonts w:cs="Times New Roman"/>
          <w:sz w:val="28"/>
          <w:szCs w:val="28"/>
          <w:lang w:val="kk-KZ"/>
        </w:rPr>
        <w:t xml:space="preserve">3. </w:t>
      </w:r>
      <w:r w:rsidR="00673569" w:rsidRPr="00673569">
        <w:rPr>
          <w:rFonts w:cs="Times New Roman"/>
          <w:sz w:val="28"/>
          <w:szCs w:val="28"/>
          <w:lang w:val="kk-KZ"/>
        </w:rPr>
        <w:t>Лауазымы, жұмыс, қызмет орны (кәсіпорын, мекеме, ұйым бөлімшесінің</w:t>
      </w:r>
    </w:p>
    <w:p w14:paraId="7865D676" w14:textId="698CD7F9" w:rsidR="00802718" w:rsidRPr="00673569" w:rsidRDefault="00673569" w:rsidP="00673569">
      <w:pPr>
        <w:spacing w:after="0" w:line="240" w:lineRule="auto"/>
        <w:rPr>
          <w:rFonts w:cs="Times New Roman"/>
          <w:sz w:val="28"/>
          <w:szCs w:val="28"/>
          <w:lang w:val="kk-KZ"/>
        </w:rPr>
      </w:pPr>
      <w:r w:rsidRPr="00673569">
        <w:rPr>
          <w:rFonts w:cs="Times New Roman"/>
          <w:sz w:val="28"/>
          <w:szCs w:val="28"/>
          <w:lang w:val="kk-KZ"/>
        </w:rPr>
        <w:t>нақты атауы дәл көрсетілуі керек)</w:t>
      </w:r>
      <w:r w:rsidR="00030C01" w:rsidRPr="00673569">
        <w:rPr>
          <w:rFonts w:cs="Times New Roman"/>
          <w:sz w:val="28"/>
          <w:szCs w:val="28"/>
          <w:lang w:val="kk-KZ"/>
        </w:rPr>
        <w:t>___________________</w:t>
      </w:r>
    </w:p>
    <w:p w14:paraId="75E16294" w14:textId="77777777" w:rsidR="00802718" w:rsidRPr="00673569" w:rsidRDefault="00030C01">
      <w:pPr>
        <w:spacing w:after="0" w:line="240" w:lineRule="auto"/>
        <w:rPr>
          <w:rFonts w:cs="Times New Roman"/>
          <w:sz w:val="28"/>
          <w:szCs w:val="28"/>
          <w:lang w:val="kk-KZ"/>
        </w:rPr>
      </w:pPr>
      <w:r w:rsidRPr="00673569">
        <w:rPr>
          <w:rFonts w:cs="Times New Roman"/>
          <w:sz w:val="28"/>
          <w:szCs w:val="28"/>
          <w:lang w:val="kk-KZ"/>
        </w:rPr>
        <w:t>4. Жынысы ______________</w:t>
      </w:r>
    </w:p>
    <w:p w14:paraId="628FAF64" w14:textId="2D703129" w:rsidR="00802718" w:rsidRPr="00673569" w:rsidRDefault="00030C01">
      <w:pPr>
        <w:spacing w:after="0" w:line="240" w:lineRule="auto"/>
        <w:rPr>
          <w:rFonts w:cs="Times New Roman"/>
          <w:sz w:val="28"/>
          <w:szCs w:val="28"/>
          <w:lang w:val="kk-KZ"/>
        </w:rPr>
      </w:pPr>
      <w:r w:rsidRPr="00673569">
        <w:rPr>
          <w:rFonts w:cs="Times New Roman"/>
          <w:sz w:val="28"/>
          <w:szCs w:val="28"/>
          <w:lang w:val="kk-KZ"/>
        </w:rPr>
        <w:t xml:space="preserve">5. Туған жылы </w:t>
      </w:r>
      <w:r w:rsidR="00673569" w:rsidRPr="00673569">
        <w:rPr>
          <w:rFonts w:cs="Times New Roman"/>
          <w:sz w:val="28"/>
          <w:szCs w:val="28"/>
          <w:lang w:val="kk-KZ"/>
        </w:rPr>
        <w:t>мен туған жері</w:t>
      </w:r>
      <w:r w:rsidRPr="00673569">
        <w:rPr>
          <w:rFonts w:cs="Times New Roman"/>
          <w:sz w:val="28"/>
          <w:szCs w:val="28"/>
          <w:lang w:val="kk-KZ"/>
        </w:rPr>
        <w:t>________________</w:t>
      </w:r>
    </w:p>
    <w:p w14:paraId="3D487143" w14:textId="77777777" w:rsidR="00802718" w:rsidRPr="00673569" w:rsidRDefault="00030C01">
      <w:pPr>
        <w:spacing w:after="0" w:line="240" w:lineRule="auto"/>
        <w:rPr>
          <w:rFonts w:cs="Times New Roman"/>
          <w:sz w:val="28"/>
          <w:szCs w:val="28"/>
          <w:lang w:val="kk-KZ"/>
        </w:rPr>
      </w:pPr>
      <w:r w:rsidRPr="00673569">
        <w:rPr>
          <w:rFonts w:cs="Times New Roman"/>
          <w:sz w:val="28"/>
          <w:szCs w:val="28"/>
          <w:lang w:val="kk-KZ"/>
        </w:rPr>
        <w:t>6. Білімі ________________________</w:t>
      </w:r>
    </w:p>
    <w:p w14:paraId="1F2DDA54" w14:textId="6F0525E3" w:rsidR="00802718" w:rsidRPr="00673569" w:rsidRDefault="00030C01">
      <w:pPr>
        <w:spacing w:after="0" w:line="240" w:lineRule="auto"/>
        <w:rPr>
          <w:rFonts w:cs="Times New Roman"/>
          <w:sz w:val="28"/>
          <w:szCs w:val="28"/>
          <w:lang w:val="kk-KZ"/>
        </w:rPr>
      </w:pPr>
      <w:r w:rsidRPr="00673569">
        <w:rPr>
          <w:rFonts w:cs="Times New Roman"/>
          <w:sz w:val="28"/>
          <w:szCs w:val="28"/>
          <w:lang w:val="kk-KZ"/>
        </w:rPr>
        <w:t>7. Ғылыми дәрежесі, ғылыми атағы ____________________________</w:t>
      </w:r>
    </w:p>
    <w:p w14:paraId="4F5BC9F3" w14:textId="77777777" w:rsidR="00673569" w:rsidRPr="00673569" w:rsidRDefault="00030C01" w:rsidP="00673569">
      <w:pPr>
        <w:spacing w:after="0" w:line="240" w:lineRule="auto"/>
        <w:rPr>
          <w:rFonts w:cs="Times New Roman"/>
          <w:sz w:val="28"/>
          <w:szCs w:val="28"/>
          <w:lang w:val="kk-KZ"/>
        </w:rPr>
      </w:pPr>
      <w:r w:rsidRPr="00673569">
        <w:rPr>
          <w:rFonts w:cs="Times New Roman"/>
          <w:sz w:val="28"/>
          <w:szCs w:val="28"/>
          <w:lang w:val="kk-KZ"/>
        </w:rPr>
        <w:t xml:space="preserve">8. </w:t>
      </w:r>
      <w:r w:rsidR="00673569" w:rsidRPr="00673569">
        <w:rPr>
          <w:rFonts w:cs="Times New Roman"/>
          <w:sz w:val="28"/>
          <w:szCs w:val="28"/>
          <w:lang w:val="kk-KZ"/>
        </w:rPr>
        <w:t>Қазақстан Республикасының қандай мемлекеттік наградаларымен</w:t>
      </w:r>
    </w:p>
    <w:p w14:paraId="3D1D8AD4" w14:textId="36C99926" w:rsidR="00802718" w:rsidRPr="00673569" w:rsidRDefault="00673569" w:rsidP="00673569">
      <w:pPr>
        <w:spacing w:after="0" w:line="240" w:lineRule="auto"/>
        <w:rPr>
          <w:rFonts w:cs="Times New Roman"/>
          <w:sz w:val="28"/>
          <w:szCs w:val="28"/>
          <w:lang w:val="kk-KZ"/>
        </w:rPr>
      </w:pPr>
      <w:r w:rsidRPr="00673569">
        <w:rPr>
          <w:rFonts w:cs="Times New Roman"/>
          <w:sz w:val="28"/>
          <w:szCs w:val="28"/>
          <w:lang w:val="kk-KZ"/>
        </w:rPr>
        <w:t xml:space="preserve">наградталған және наградталған </w:t>
      </w:r>
      <w:r>
        <w:rPr>
          <w:rFonts w:cs="Times New Roman"/>
          <w:sz w:val="28"/>
          <w:szCs w:val="28"/>
          <w:lang w:val="kk-KZ"/>
        </w:rPr>
        <w:t>у</w:t>
      </w:r>
      <w:r w:rsidRPr="00673569">
        <w:rPr>
          <w:rFonts w:cs="Times New Roman"/>
          <w:sz w:val="28"/>
          <w:szCs w:val="28"/>
          <w:lang w:val="kk-KZ"/>
        </w:rPr>
        <w:t>ақыты:</w:t>
      </w:r>
      <w:r w:rsidR="00030C01" w:rsidRPr="00673569">
        <w:rPr>
          <w:rFonts w:cs="Times New Roman"/>
          <w:sz w:val="28"/>
          <w:szCs w:val="28"/>
          <w:lang w:val="kk-KZ"/>
        </w:rPr>
        <w:t>________________________________</w:t>
      </w:r>
    </w:p>
    <w:p w14:paraId="3163B757" w14:textId="324C2C20" w:rsidR="00802718" w:rsidRPr="00673569" w:rsidRDefault="00030C01">
      <w:pPr>
        <w:spacing w:after="0" w:line="240" w:lineRule="auto"/>
        <w:rPr>
          <w:rFonts w:cs="Times New Roman"/>
          <w:sz w:val="28"/>
          <w:szCs w:val="28"/>
          <w:lang w:val="kk-KZ"/>
        </w:rPr>
      </w:pPr>
      <w:r w:rsidRPr="00673569">
        <w:rPr>
          <w:rFonts w:cs="Times New Roman"/>
          <w:sz w:val="28"/>
          <w:szCs w:val="28"/>
          <w:lang w:val="kk-KZ"/>
        </w:rPr>
        <w:t xml:space="preserve">9. </w:t>
      </w:r>
      <w:r w:rsidR="00673569" w:rsidRPr="00673569">
        <w:rPr>
          <w:rFonts w:cs="Times New Roman"/>
          <w:sz w:val="28"/>
          <w:szCs w:val="28"/>
          <w:lang w:val="kk-KZ"/>
        </w:rPr>
        <w:t>Үйінің мекенжайы</w:t>
      </w:r>
      <w:r w:rsidRPr="00673569">
        <w:rPr>
          <w:rFonts w:cs="Times New Roman"/>
          <w:sz w:val="28"/>
          <w:szCs w:val="28"/>
          <w:lang w:val="kk-KZ"/>
        </w:rPr>
        <w:t xml:space="preserve"> __________________________________________</w:t>
      </w:r>
    </w:p>
    <w:p w14:paraId="597D53A7" w14:textId="460F77BC" w:rsidR="00802718" w:rsidRPr="00673569" w:rsidRDefault="00030C01">
      <w:pPr>
        <w:spacing w:after="0" w:line="240" w:lineRule="auto"/>
        <w:rPr>
          <w:rFonts w:cs="Times New Roman"/>
          <w:sz w:val="28"/>
          <w:szCs w:val="28"/>
          <w:lang w:val="kk-KZ"/>
        </w:rPr>
      </w:pPr>
      <w:r w:rsidRPr="00673569">
        <w:rPr>
          <w:rFonts w:cs="Times New Roman"/>
          <w:sz w:val="28"/>
          <w:szCs w:val="28"/>
          <w:lang w:val="kk-KZ"/>
        </w:rPr>
        <w:t xml:space="preserve">10. </w:t>
      </w:r>
      <w:r w:rsidR="00673569" w:rsidRPr="00673569">
        <w:rPr>
          <w:rFonts w:cs="Times New Roman"/>
          <w:sz w:val="28"/>
          <w:szCs w:val="28"/>
          <w:lang w:val="kk-KZ"/>
        </w:rPr>
        <w:t>Жалпы жұмыс өтілі</w:t>
      </w:r>
      <w:r w:rsidR="00673569">
        <w:rPr>
          <w:rFonts w:cs="Times New Roman"/>
          <w:sz w:val="28"/>
          <w:szCs w:val="28"/>
          <w:lang w:val="kk-KZ"/>
        </w:rPr>
        <w:t xml:space="preserve"> </w:t>
      </w:r>
      <w:r w:rsidRPr="00673569">
        <w:rPr>
          <w:rFonts w:cs="Times New Roman"/>
          <w:sz w:val="28"/>
          <w:szCs w:val="28"/>
          <w:lang w:val="kk-KZ"/>
        </w:rPr>
        <w:t>______</w:t>
      </w:r>
    </w:p>
    <w:p w14:paraId="37FF1FB6" w14:textId="77777777" w:rsidR="00802718" w:rsidRPr="00673569" w:rsidRDefault="00030C01">
      <w:pPr>
        <w:spacing w:after="0" w:line="240" w:lineRule="auto"/>
        <w:rPr>
          <w:rFonts w:cs="Times New Roman"/>
          <w:sz w:val="28"/>
          <w:szCs w:val="28"/>
          <w:lang w:val="kk-KZ"/>
        </w:rPr>
      </w:pPr>
      <w:r w:rsidRPr="00673569">
        <w:rPr>
          <w:rFonts w:cs="Times New Roman"/>
          <w:sz w:val="28"/>
          <w:szCs w:val="28"/>
          <w:lang w:val="kk-KZ"/>
        </w:rPr>
        <w:t>11. Саладағы еңбек өтілі _______</w:t>
      </w:r>
    </w:p>
    <w:p w14:paraId="2D40DEF6" w14:textId="77777777" w:rsidR="00C9683D" w:rsidRPr="00C9683D" w:rsidRDefault="00030C01" w:rsidP="00C9683D">
      <w:pPr>
        <w:spacing w:after="0" w:line="240" w:lineRule="auto"/>
        <w:rPr>
          <w:rFonts w:cs="Times New Roman"/>
          <w:sz w:val="28"/>
          <w:szCs w:val="28"/>
          <w:lang w:val="kk-KZ"/>
        </w:rPr>
      </w:pPr>
      <w:r w:rsidRPr="00673569">
        <w:rPr>
          <w:rFonts w:cs="Times New Roman"/>
          <w:sz w:val="28"/>
          <w:szCs w:val="28"/>
          <w:lang w:val="kk-KZ"/>
        </w:rPr>
        <w:t xml:space="preserve">12. </w:t>
      </w:r>
      <w:r w:rsidR="00C9683D" w:rsidRPr="00C9683D">
        <w:rPr>
          <w:rFonts w:cs="Times New Roman"/>
          <w:sz w:val="28"/>
          <w:szCs w:val="28"/>
          <w:lang w:val="kk-KZ"/>
        </w:rPr>
        <w:t>Тиісті қызмет саласындағы еңбек өтілі, тұлғаның еңбек, кәсіби немесе</w:t>
      </w:r>
    </w:p>
    <w:p w14:paraId="51704E20" w14:textId="2CB65797" w:rsidR="00802718" w:rsidRPr="00673569" w:rsidRDefault="00C9683D" w:rsidP="00C9683D">
      <w:pPr>
        <w:spacing w:after="0" w:line="240" w:lineRule="auto"/>
        <w:rPr>
          <w:rFonts w:cs="Times New Roman"/>
          <w:sz w:val="28"/>
          <w:szCs w:val="28"/>
          <w:lang w:val="kk-KZ"/>
        </w:rPr>
      </w:pPr>
      <w:r w:rsidRPr="00C9683D">
        <w:rPr>
          <w:rFonts w:cs="Times New Roman"/>
          <w:sz w:val="28"/>
          <w:szCs w:val="28"/>
          <w:lang w:val="kk-KZ"/>
        </w:rPr>
        <w:t>қоғамдық қызметі туралы мәліметтер</w:t>
      </w:r>
      <w:r w:rsidR="00030C01" w:rsidRPr="00673569">
        <w:rPr>
          <w:rFonts w:cs="Times New Roman"/>
          <w:sz w:val="28"/>
          <w:szCs w:val="28"/>
          <w:lang w:val="kk-KZ"/>
        </w:rPr>
        <w:t xml:space="preserve"> _________________</w:t>
      </w:r>
    </w:p>
    <w:p w14:paraId="5CA5366C"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13. Наградталушының нақты айрықша еңбегін сипаттайтын мінездеме:</w:t>
      </w:r>
    </w:p>
    <w:p w14:paraId="4925AA72"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Кандидатура ____________________________________________________</w:t>
      </w:r>
    </w:p>
    <w:p w14:paraId="4508AFC1"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(кәсіпорынның, мекеменің, ұйымның атауы</w:t>
      </w:r>
    </w:p>
    <w:p w14:paraId="794B5EDE"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_________________________________________талқылау болған уақыт,</w:t>
      </w:r>
    </w:p>
    <w:p w14:paraId="5B837018"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хаттаманың №)_________________________________ талқыланып, ұсынылған.</w:t>
      </w:r>
    </w:p>
    <w:p w14:paraId="5C7035E3"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Мына___________________________________________атағына</w:t>
      </w:r>
    </w:p>
    <w:p w14:paraId="57D03841"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ұсынылады</w:t>
      </w:r>
    </w:p>
    <w:p w14:paraId="6A0AF9F1" w14:textId="73B70346"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 xml:space="preserve">(облыстың (қаланың,ауданның) </w:t>
      </w:r>
      <w:r>
        <w:rPr>
          <w:rFonts w:cs="Times New Roman"/>
          <w:sz w:val="28"/>
          <w:szCs w:val="28"/>
          <w:lang w:val="kk-KZ"/>
        </w:rPr>
        <w:t>«</w:t>
      </w:r>
      <w:r w:rsidRPr="00C9683D">
        <w:rPr>
          <w:rFonts w:cs="Times New Roman"/>
          <w:sz w:val="28"/>
          <w:szCs w:val="28"/>
          <w:lang w:val="kk-KZ"/>
        </w:rPr>
        <w:t>Құрметті азаматы</w:t>
      </w:r>
      <w:r>
        <w:rPr>
          <w:rFonts w:cs="Times New Roman"/>
          <w:sz w:val="28"/>
          <w:szCs w:val="28"/>
          <w:lang w:val="kk-KZ"/>
        </w:rPr>
        <w:t>»</w:t>
      </w:r>
      <w:r w:rsidRPr="00C9683D">
        <w:rPr>
          <w:rFonts w:cs="Times New Roman"/>
          <w:sz w:val="28"/>
          <w:szCs w:val="28"/>
          <w:lang w:val="kk-KZ"/>
        </w:rPr>
        <w:t xml:space="preserve"> атағы)</w:t>
      </w:r>
    </w:p>
    <w:p w14:paraId="422374B5"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Ұйым басшысы ___________________________ __________________________</w:t>
      </w:r>
    </w:p>
    <w:p w14:paraId="65411BA5" w14:textId="77777777" w:rsidR="00C9683D" w:rsidRPr="00C9683D" w:rsidRDefault="00C9683D" w:rsidP="00C9683D">
      <w:pPr>
        <w:spacing w:after="0" w:line="240" w:lineRule="auto"/>
        <w:rPr>
          <w:rFonts w:cs="Times New Roman"/>
          <w:sz w:val="28"/>
          <w:szCs w:val="28"/>
          <w:lang w:val="kk-KZ"/>
        </w:rPr>
      </w:pPr>
      <w:r w:rsidRPr="00C9683D">
        <w:rPr>
          <w:rFonts w:cs="Times New Roman"/>
          <w:sz w:val="28"/>
          <w:szCs w:val="28"/>
          <w:lang w:val="kk-KZ"/>
        </w:rPr>
        <w:t>(ТАӘ) (ол болған жағдайда) (ТАӘ) (ол болған жағдайда)</w:t>
      </w:r>
    </w:p>
    <w:p w14:paraId="790CCA77" w14:textId="0DCE6542" w:rsidR="00A93613" w:rsidRPr="00673569" w:rsidRDefault="00C9683D" w:rsidP="00C9683D">
      <w:pPr>
        <w:spacing w:after="0" w:line="240" w:lineRule="auto"/>
        <w:jc w:val="right"/>
        <w:rPr>
          <w:rFonts w:cs="Times New Roman"/>
          <w:sz w:val="28"/>
          <w:szCs w:val="28"/>
          <w:lang w:val="kk-KZ"/>
        </w:rPr>
      </w:pPr>
      <w:r w:rsidRPr="00C9683D">
        <w:rPr>
          <w:rFonts w:cs="Times New Roman"/>
          <w:sz w:val="28"/>
          <w:szCs w:val="28"/>
          <w:lang w:val="kk-KZ"/>
        </w:rPr>
        <w:t>___________________________ ______________ (қолы) (қолы)</w:t>
      </w:r>
    </w:p>
    <w:p w14:paraId="3B748B23" w14:textId="77777777" w:rsidR="00A93613" w:rsidRPr="00673569" w:rsidRDefault="00A93613">
      <w:pPr>
        <w:spacing w:after="0" w:line="240" w:lineRule="auto"/>
        <w:jc w:val="right"/>
        <w:rPr>
          <w:rFonts w:cs="Times New Roman"/>
          <w:sz w:val="28"/>
          <w:szCs w:val="28"/>
          <w:lang w:val="kk-KZ"/>
        </w:rPr>
      </w:pPr>
    </w:p>
    <w:p w14:paraId="40B19859" w14:textId="6EE2CDA4" w:rsidR="00A93613" w:rsidRPr="00673569" w:rsidRDefault="00030C01" w:rsidP="00A93613">
      <w:pPr>
        <w:tabs>
          <w:tab w:val="left" w:pos="7605"/>
        </w:tabs>
        <w:spacing w:after="0" w:line="240" w:lineRule="auto"/>
        <w:ind w:left="5664"/>
        <w:jc w:val="center"/>
        <w:rPr>
          <w:rFonts w:eastAsia="Times New Roman" w:cs="Times New Roman"/>
          <w:sz w:val="28"/>
          <w:szCs w:val="24"/>
          <w:lang w:val="kk-KZ" w:eastAsia="ru-RU"/>
        </w:rPr>
      </w:pPr>
      <w:r w:rsidRPr="00673569">
        <w:rPr>
          <w:rFonts w:eastAsia="Times New Roman" w:cs="Times New Roman"/>
          <w:sz w:val="28"/>
          <w:szCs w:val="24"/>
          <w:lang w:val="kk-KZ" w:eastAsia="ru-RU"/>
        </w:rPr>
        <w:lastRenderedPageBreak/>
        <w:t>«Облыстың (қаланың, ауданның) Құрметті азаматы» атағын берудің қағидаларына</w:t>
      </w:r>
    </w:p>
    <w:p w14:paraId="238CD5D5" w14:textId="620A5025" w:rsidR="00802718" w:rsidRPr="00673569" w:rsidRDefault="00030C01" w:rsidP="00A93613">
      <w:pPr>
        <w:tabs>
          <w:tab w:val="left" w:pos="7605"/>
        </w:tabs>
        <w:spacing w:after="0" w:line="240" w:lineRule="auto"/>
        <w:ind w:left="5664"/>
        <w:jc w:val="center"/>
        <w:rPr>
          <w:rFonts w:eastAsia="Times New Roman" w:cs="Times New Roman"/>
          <w:sz w:val="28"/>
          <w:szCs w:val="24"/>
          <w:lang w:val="kk-KZ" w:eastAsia="ru-RU"/>
        </w:rPr>
      </w:pPr>
      <w:r w:rsidRPr="00673569">
        <w:rPr>
          <w:rFonts w:eastAsia="Times New Roman" w:cs="Times New Roman"/>
          <w:sz w:val="28"/>
          <w:szCs w:val="24"/>
          <w:lang w:val="kk-KZ" w:eastAsia="ru-RU"/>
        </w:rPr>
        <w:t>2-қосымша</w:t>
      </w:r>
    </w:p>
    <w:p w14:paraId="046D1EE0" w14:textId="77777777" w:rsidR="00A93613" w:rsidRPr="00673569" w:rsidRDefault="00A93613">
      <w:pPr>
        <w:spacing w:after="0" w:line="240" w:lineRule="auto"/>
        <w:jc w:val="right"/>
        <w:rPr>
          <w:rFonts w:cs="Times New Roman"/>
          <w:sz w:val="28"/>
          <w:szCs w:val="28"/>
          <w:lang w:val="kk-KZ"/>
        </w:rPr>
      </w:pPr>
    </w:p>
    <w:p w14:paraId="43A781B6" w14:textId="77777777" w:rsidR="00A93613" w:rsidRPr="00673569" w:rsidRDefault="00A93613">
      <w:pPr>
        <w:spacing w:after="0" w:line="240" w:lineRule="auto"/>
        <w:jc w:val="right"/>
        <w:rPr>
          <w:rFonts w:cs="Times New Roman"/>
          <w:sz w:val="28"/>
          <w:szCs w:val="28"/>
          <w:lang w:val="kk-KZ"/>
        </w:rPr>
      </w:pPr>
    </w:p>
    <w:p w14:paraId="6F08DAFC" w14:textId="77777777" w:rsidR="00704AC7" w:rsidRPr="00673569" w:rsidRDefault="00704AC7" w:rsidP="00704AC7">
      <w:pPr>
        <w:tabs>
          <w:tab w:val="left" w:pos="7605"/>
        </w:tabs>
        <w:spacing w:after="0" w:line="240" w:lineRule="auto"/>
        <w:jc w:val="center"/>
        <w:rPr>
          <w:rFonts w:eastAsia="Times New Roman" w:cs="Times New Roman"/>
          <w:sz w:val="28"/>
          <w:szCs w:val="24"/>
          <w:lang w:val="kk-KZ" w:eastAsia="ru-RU"/>
        </w:rPr>
      </w:pPr>
      <w:r w:rsidRPr="00673569">
        <w:rPr>
          <w:rFonts w:eastAsia="Times New Roman" w:cs="Times New Roman"/>
          <w:sz w:val="28"/>
          <w:szCs w:val="24"/>
          <w:lang w:val="kk-KZ" w:eastAsia="ru-RU"/>
        </w:rPr>
        <w:tab/>
      </w:r>
    </w:p>
    <w:p w14:paraId="603671B2" w14:textId="73552CC8" w:rsidR="00704AC7" w:rsidRPr="00673569" w:rsidRDefault="00704AC7" w:rsidP="00704AC7">
      <w:pPr>
        <w:tabs>
          <w:tab w:val="left" w:pos="7605"/>
        </w:tabs>
        <w:spacing w:after="0" w:line="240" w:lineRule="auto"/>
        <w:jc w:val="center"/>
        <w:rPr>
          <w:rFonts w:eastAsia="Calibri" w:cs="Times New Roman"/>
          <w:sz w:val="28"/>
          <w:szCs w:val="28"/>
          <w:lang w:val="kk-KZ"/>
        </w:rPr>
      </w:pPr>
      <w:r w:rsidRPr="00673569">
        <w:rPr>
          <w:rFonts w:eastAsia="Times New Roman" w:cs="Times New Roman"/>
          <w:sz w:val="28"/>
          <w:szCs w:val="24"/>
          <w:lang w:val="kk-KZ" w:eastAsia="ru-RU"/>
        </w:rPr>
        <w:t xml:space="preserve">                                                                                        Нысан</w:t>
      </w:r>
      <w:r w:rsidRPr="00673569">
        <w:rPr>
          <w:rFonts w:eastAsia="Calibri" w:cs="Times New Roman"/>
          <w:sz w:val="28"/>
          <w:szCs w:val="28"/>
          <w:lang w:val="kk-KZ"/>
        </w:rPr>
        <w:t xml:space="preserve"> </w:t>
      </w:r>
    </w:p>
    <w:p w14:paraId="09D080A4" w14:textId="6CF44DAF" w:rsidR="00704AC7" w:rsidRPr="00673569" w:rsidRDefault="00704AC7" w:rsidP="00704AC7">
      <w:pPr>
        <w:pStyle w:val="a9"/>
        <w:ind w:left="720" w:hanging="360"/>
        <w:rPr>
          <w:rFonts w:ascii="Times New Roman" w:eastAsiaTheme="minorHAnsi" w:hAnsi="Times New Roman" w:cs="Times New Roman"/>
          <w:sz w:val="28"/>
          <w:szCs w:val="28"/>
          <w:lang w:val="kk-KZ"/>
        </w:rPr>
      </w:pPr>
      <w:r w:rsidRPr="00673569">
        <w:rPr>
          <w:rFonts w:ascii="Times New Roman" w:eastAsiaTheme="minorHAnsi" w:hAnsi="Times New Roman" w:cs="Times New Roman"/>
          <w:sz w:val="28"/>
          <w:szCs w:val="28"/>
          <w:lang w:val="kk-KZ"/>
        </w:rPr>
        <w:t>1.</w:t>
      </w:r>
      <w:r w:rsidRPr="00673569">
        <w:rPr>
          <w:rFonts w:ascii="Times New Roman" w:hAnsi="Times New Roman" w:cs="Times New Roman"/>
          <w:lang w:val="kk-KZ"/>
        </w:rPr>
        <w:t xml:space="preserve"> </w:t>
      </w:r>
      <w:r w:rsidR="00673569" w:rsidRPr="00673569">
        <w:rPr>
          <w:rFonts w:ascii="Times New Roman" w:eastAsiaTheme="minorHAnsi" w:hAnsi="Times New Roman" w:cs="Times New Roman"/>
          <w:sz w:val="28"/>
          <w:szCs w:val="28"/>
          <w:lang w:val="kk-KZ"/>
        </w:rPr>
        <w:t>Медальдің эскизі мен сипаттамасы:</w:t>
      </w:r>
    </w:p>
    <w:p w14:paraId="1EE3CD33" w14:textId="77777777" w:rsidR="00704AC7" w:rsidRPr="00673569" w:rsidRDefault="00704AC7" w:rsidP="00704AC7">
      <w:pPr>
        <w:spacing w:after="0" w:line="240" w:lineRule="auto"/>
        <w:ind w:left="720"/>
        <w:rPr>
          <w:rFonts w:eastAsia="Calibri" w:cs="Times New Roman"/>
          <w:sz w:val="28"/>
          <w:szCs w:val="28"/>
          <w:lang w:val="kk-KZ"/>
        </w:rPr>
      </w:pPr>
    </w:p>
    <w:p w14:paraId="2443EB28" w14:textId="77777777" w:rsidR="00704AC7" w:rsidRPr="00673569" w:rsidRDefault="00704AC7" w:rsidP="00704AC7">
      <w:pPr>
        <w:spacing w:after="0" w:line="240" w:lineRule="auto"/>
        <w:ind w:left="720"/>
        <w:rPr>
          <w:rFonts w:eastAsia="Calibri" w:cs="Times New Roman"/>
          <w:sz w:val="28"/>
          <w:szCs w:val="28"/>
          <w:lang w:val="kk-KZ"/>
        </w:rPr>
      </w:pPr>
    </w:p>
    <w:tbl>
      <w:tblPr>
        <w:tblStyle w:val="14"/>
        <w:tblW w:w="0" w:type="auto"/>
        <w:tblLook w:val="04A0" w:firstRow="1" w:lastRow="0" w:firstColumn="1" w:lastColumn="0" w:noHBand="0" w:noVBand="1"/>
      </w:tblPr>
      <w:tblGrid>
        <w:gridCol w:w="4697"/>
        <w:gridCol w:w="4697"/>
      </w:tblGrid>
      <w:tr w:rsidR="00704AC7" w:rsidRPr="00673569" w14:paraId="55A56F62" w14:textId="77777777" w:rsidTr="00E87773">
        <w:tc>
          <w:tcPr>
            <w:tcW w:w="4885" w:type="dxa"/>
          </w:tcPr>
          <w:p w14:paraId="5CA117E6" w14:textId="0F2630A1" w:rsidR="00704AC7" w:rsidRPr="00673569" w:rsidRDefault="00673569" w:rsidP="00704AC7">
            <w:pPr>
              <w:jc w:val="center"/>
              <w:rPr>
                <w:sz w:val="28"/>
                <w:szCs w:val="28"/>
                <w:lang w:val="kk-KZ"/>
              </w:rPr>
            </w:pPr>
            <w:r w:rsidRPr="00673569">
              <w:rPr>
                <w:sz w:val="28"/>
                <w:szCs w:val="28"/>
                <w:lang w:val="kk-KZ"/>
              </w:rPr>
              <w:t>Медальдің аверсі</w:t>
            </w:r>
          </w:p>
        </w:tc>
        <w:tc>
          <w:tcPr>
            <w:tcW w:w="4886" w:type="dxa"/>
          </w:tcPr>
          <w:p w14:paraId="2B1EBF81" w14:textId="45D43EEA" w:rsidR="00704AC7" w:rsidRPr="00673569" w:rsidRDefault="00673569" w:rsidP="00673569">
            <w:pPr>
              <w:jc w:val="center"/>
              <w:rPr>
                <w:sz w:val="28"/>
                <w:szCs w:val="28"/>
                <w:lang w:val="kk-KZ"/>
              </w:rPr>
            </w:pPr>
            <w:r w:rsidRPr="00673569">
              <w:rPr>
                <w:sz w:val="28"/>
                <w:szCs w:val="28"/>
                <w:lang w:val="kk-KZ"/>
              </w:rPr>
              <w:t>Медальдің реверсі</w:t>
            </w:r>
          </w:p>
        </w:tc>
      </w:tr>
      <w:tr w:rsidR="00704AC7" w:rsidRPr="00673569" w14:paraId="4AB6B848" w14:textId="77777777" w:rsidTr="00E87773">
        <w:tc>
          <w:tcPr>
            <w:tcW w:w="4885" w:type="dxa"/>
          </w:tcPr>
          <w:p w14:paraId="46AEF34B" w14:textId="77777777" w:rsidR="00704AC7" w:rsidRPr="00673569" w:rsidRDefault="00704AC7" w:rsidP="00704AC7">
            <w:pPr>
              <w:jc w:val="center"/>
              <w:rPr>
                <w:sz w:val="28"/>
                <w:szCs w:val="28"/>
                <w:lang w:val="kk-KZ"/>
              </w:rPr>
            </w:pPr>
          </w:p>
          <w:p w14:paraId="4C6980E9" w14:textId="77777777" w:rsidR="00673569" w:rsidRPr="00673569" w:rsidRDefault="00673569" w:rsidP="00673569">
            <w:pPr>
              <w:jc w:val="center"/>
              <w:rPr>
                <w:sz w:val="22"/>
                <w:szCs w:val="28"/>
                <w:lang w:val="kk-KZ"/>
              </w:rPr>
            </w:pPr>
            <w:r w:rsidRPr="00673569">
              <w:rPr>
                <w:sz w:val="22"/>
                <w:szCs w:val="28"/>
                <w:lang w:val="kk-KZ"/>
              </w:rPr>
              <w:t>Медаль аверсінің ортасында өңірлік нышанның бейнесі. Жоғары шеткі бөлігін бойлай облыстың (қаланың, ауданның)</w:t>
            </w:r>
          </w:p>
          <w:p w14:paraId="3EDE5FA7" w14:textId="06833B6C" w:rsidR="00704AC7" w:rsidRPr="00673569" w:rsidRDefault="00673569" w:rsidP="00673569">
            <w:pPr>
              <w:jc w:val="center"/>
              <w:rPr>
                <w:sz w:val="20"/>
                <w:szCs w:val="20"/>
                <w:lang w:val="kk-KZ"/>
              </w:rPr>
            </w:pPr>
            <w:r w:rsidRPr="00673569">
              <w:rPr>
                <w:sz w:val="22"/>
                <w:szCs w:val="28"/>
                <w:lang w:val="kk-KZ"/>
              </w:rPr>
              <w:t>құрметті азаматы деген жазу жазылады</w:t>
            </w:r>
          </w:p>
        </w:tc>
        <w:tc>
          <w:tcPr>
            <w:tcW w:w="4886" w:type="dxa"/>
          </w:tcPr>
          <w:p w14:paraId="490E0DE5" w14:textId="77777777" w:rsidR="00704AC7" w:rsidRPr="00673569" w:rsidRDefault="00704AC7" w:rsidP="00704AC7">
            <w:pPr>
              <w:jc w:val="center"/>
              <w:rPr>
                <w:lang w:val="kk-KZ"/>
              </w:rPr>
            </w:pPr>
          </w:p>
          <w:p w14:paraId="7EC79BF3" w14:textId="4450BFB3" w:rsidR="00704AC7" w:rsidRPr="00673569" w:rsidRDefault="00673569" w:rsidP="00704AC7">
            <w:pPr>
              <w:jc w:val="center"/>
              <w:rPr>
                <w:sz w:val="22"/>
                <w:szCs w:val="28"/>
                <w:lang w:val="kk-KZ"/>
              </w:rPr>
            </w:pPr>
            <w:r w:rsidRPr="00673569">
              <w:rPr>
                <w:lang w:val="kk-KZ"/>
              </w:rPr>
              <w:t>Реверсінде медальдің реттік нөмірі орналасқан.</w:t>
            </w:r>
          </w:p>
        </w:tc>
      </w:tr>
    </w:tbl>
    <w:p w14:paraId="5EC8777F" w14:textId="77777777" w:rsidR="00704AC7" w:rsidRPr="00673569" w:rsidRDefault="00704AC7" w:rsidP="00704AC7">
      <w:pPr>
        <w:tabs>
          <w:tab w:val="left" w:pos="7605"/>
        </w:tabs>
        <w:spacing w:after="0" w:line="240" w:lineRule="auto"/>
        <w:rPr>
          <w:rFonts w:eastAsia="Times New Roman" w:cs="Times New Roman"/>
          <w:sz w:val="28"/>
          <w:szCs w:val="24"/>
          <w:lang w:val="kk-KZ" w:eastAsia="ru-RU"/>
        </w:rPr>
      </w:pPr>
    </w:p>
    <w:p w14:paraId="4B9D3F11" w14:textId="77777777" w:rsidR="00704AC7" w:rsidRPr="00673569" w:rsidRDefault="00704AC7" w:rsidP="00704AC7">
      <w:pPr>
        <w:tabs>
          <w:tab w:val="left" w:pos="7605"/>
        </w:tabs>
        <w:spacing w:after="0" w:line="240" w:lineRule="auto"/>
        <w:rPr>
          <w:rFonts w:eastAsia="Times New Roman" w:cs="Times New Roman"/>
          <w:sz w:val="28"/>
          <w:szCs w:val="24"/>
          <w:lang w:val="kk-KZ" w:eastAsia="ru-RU"/>
        </w:rPr>
      </w:pPr>
    </w:p>
    <w:p w14:paraId="5EAC39F7" w14:textId="77777777" w:rsid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Медальге мынадай талаптар қойылады:</w:t>
      </w:r>
    </w:p>
    <w:p w14:paraId="3BCAA007" w14:textId="14355FE3" w:rsid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1) медальдің визуалды құрамдас бөлігі, көлемді бейнесі және (немесе) моделі анық бедері бар;</w:t>
      </w:r>
    </w:p>
    <w:p w14:paraId="219F516D" w14:textId="77777777" w:rsid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2) медаль жобасында ресми атаулар, жазулар және басқа да мәтіндер қазақ тілінде жазылады;</w:t>
      </w:r>
    </w:p>
    <w:p w14:paraId="277FC1F2" w14:textId="77777777" w:rsid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Медальдің дизайнын дайындау кезінде:</w:t>
      </w:r>
    </w:p>
    <w:p w14:paraId="37599317" w14:textId="77777777" w:rsid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1) медаль жезден диаметрі 34 миллиметр (бұдан әрі – мм) шеңбер пішінінде жасалады. Медальдің аверсі жылтырақ;</w:t>
      </w:r>
    </w:p>
    <w:p w14:paraId="3E2251F3" w14:textId="77777777" w:rsid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2) реверсінде медальдің реттік нөмірі орналасады;</w:t>
      </w:r>
    </w:p>
    <w:p w14:paraId="77257D65" w14:textId="1B26E4C0" w:rsidR="00A93613" w:rsidRPr="00673569" w:rsidRDefault="00673569" w:rsidP="00673569">
      <w:pPr>
        <w:spacing w:after="0" w:line="240" w:lineRule="auto"/>
        <w:ind w:firstLine="708"/>
        <w:jc w:val="both"/>
        <w:rPr>
          <w:rFonts w:eastAsia="Times New Roman" w:cs="Times New Roman"/>
          <w:sz w:val="28"/>
          <w:szCs w:val="28"/>
          <w:lang w:val="kk-KZ" w:eastAsia="ru-RU"/>
        </w:rPr>
      </w:pPr>
      <w:r w:rsidRPr="00673569">
        <w:rPr>
          <w:rFonts w:eastAsia="Times New Roman" w:cs="Times New Roman"/>
          <w:sz w:val="28"/>
          <w:szCs w:val="28"/>
          <w:lang w:val="kk-KZ" w:eastAsia="ru-RU"/>
        </w:rPr>
        <w:t>3) медаль құлақша мен шығыршық арқылы көгілдір түсті муар лентасымен қапталған, ені 30 мм және биіктігі 50 мм алтытбұрышты тағанға жалғанады. Медаль киімге визорлы бекіткіші бар түйреуіш арқылы бекітіледі.</w:t>
      </w:r>
    </w:p>
    <w:p w14:paraId="1C2BF8F6" w14:textId="77777777" w:rsidR="00A93613" w:rsidRPr="00673569" w:rsidRDefault="00A93613">
      <w:pPr>
        <w:spacing w:after="0" w:line="240" w:lineRule="auto"/>
        <w:jc w:val="right"/>
        <w:rPr>
          <w:rFonts w:cs="Times New Roman"/>
          <w:sz w:val="28"/>
          <w:szCs w:val="28"/>
          <w:lang w:val="kk-KZ"/>
        </w:rPr>
      </w:pPr>
    </w:p>
    <w:p w14:paraId="75DB64BD" w14:textId="1D028766" w:rsidR="00A93613" w:rsidRDefault="00A93613">
      <w:pPr>
        <w:spacing w:after="0" w:line="240" w:lineRule="auto"/>
        <w:jc w:val="right"/>
        <w:rPr>
          <w:rFonts w:cs="Times New Roman"/>
          <w:sz w:val="28"/>
          <w:szCs w:val="28"/>
          <w:lang w:val="kk-KZ"/>
        </w:rPr>
      </w:pPr>
    </w:p>
    <w:p w14:paraId="05110343" w14:textId="78B6E572" w:rsidR="00C9683D" w:rsidRDefault="00C9683D">
      <w:pPr>
        <w:spacing w:after="0" w:line="240" w:lineRule="auto"/>
        <w:jc w:val="right"/>
        <w:rPr>
          <w:rFonts w:cs="Times New Roman"/>
          <w:sz w:val="28"/>
          <w:szCs w:val="28"/>
          <w:lang w:val="kk-KZ"/>
        </w:rPr>
      </w:pPr>
    </w:p>
    <w:p w14:paraId="1B8D4AE4" w14:textId="167EC5B4" w:rsidR="00C9683D" w:rsidRDefault="00C9683D">
      <w:pPr>
        <w:spacing w:after="0" w:line="240" w:lineRule="auto"/>
        <w:jc w:val="right"/>
        <w:rPr>
          <w:rFonts w:cs="Times New Roman"/>
          <w:sz w:val="28"/>
          <w:szCs w:val="28"/>
          <w:lang w:val="kk-KZ"/>
        </w:rPr>
      </w:pPr>
    </w:p>
    <w:p w14:paraId="187338B3" w14:textId="77777777" w:rsidR="00C9683D" w:rsidRPr="00673569" w:rsidRDefault="00C9683D">
      <w:pPr>
        <w:spacing w:after="0" w:line="240" w:lineRule="auto"/>
        <w:jc w:val="right"/>
        <w:rPr>
          <w:rFonts w:cs="Times New Roman"/>
          <w:sz w:val="28"/>
          <w:szCs w:val="28"/>
          <w:lang w:val="kk-KZ"/>
        </w:rPr>
      </w:pPr>
    </w:p>
    <w:p w14:paraId="38BA464F" w14:textId="77777777" w:rsidR="00A93613" w:rsidRPr="00673569" w:rsidRDefault="00A93613">
      <w:pPr>
        <w:spacing w:after="0" w:line="240" w:lineRule="auto"/>
        <w:jc w:val="right"/>
        <w:rPr>
          <w:rFonts w:cs="Times New Roman"/>
          <w:sz w:val="28"/>
          <w:szCs w:val="28"/>
          <w:lang w:val="kk-KZ"/>
        </w:rPr>
      </w:pPr>
    </w:p>
    <w:p w14:paraId="676D62B3" w14:textId="77777777" w:rsidR="00A93613" w:rsidRPr="00673569" w:rsidRDefault="00A93613">
      <w:pPr>
        <w:spacing w:after="0" w:line="240" w:lineRule="auto"/>
        <w:jc w:val="right"/>
        <w:rPr>
          <w:rFonts w:cs="Times New Roman"/>
          <w:sz w:val="28"/>
          <w:szCs w:val="28"/>
          <w:lang w:val="kk-KZ"/>
        </w:rPr>
      </w:pPr>
    </w:p>
    <w:p w14:paraId="72B72929" w14:textId="77777777" w:rsidR="00A93613" w:rsidRPr="00673569" w:rsidRDefault="00A93613">
      <w:pPr>
        <w:spacing w:after="0" w:line="240" w:lineRule="auto"/>
        <w:jc w:val="right"/>
        <w:rPr>
          <w:rFonts w:cs="Times New Roman"/>
          <w:sz w:val="28"/>
          <w:szCs w:val="28"/>
          <w:lang w:val="kk-KZ"/>
        </w:rPr>
      </w:pPr>
    </w:p>
    <w:p w14:paraId="45C99949" w14:textId="2263F76D" w:rsidR="00A93613" w:rsidRPr="00673569" w:rsidRDefault="00A93613" w:rsidP="00030C01">
      <w:pPr>
        <w:spacing w:after="0" w:line="240" w:lineRule="auto"/>
        <w:jc w:val="right"/>
        <w:rPr>
          <w:rFonts w:cs="Times New Roman"/>
          <w:sz w:val="28"/>
          <w:szCs w:val="28"/>
          <w:lang w:val="kk-KZ"/>
        </w:rPr>
      </w:pPr>
    </w:p>
    <w:p w14:paraId="0D3DC950" w14:textId="77777777" w:rsidR="00030C01" w:rsidRPr="00673569" w:rsidRDefault="00030C01" w:rsidP="00030C01">
      <w:pPr>
        <w:spacing w:after="0" w:line="240" w:lineRule="auto"/>
        <w:ind w:left="4248"/>
        <w:jc w:val="center"/>
        <w:rPr>
          <w:rFonts w:eastAsia="Calibri" w:cs="Times New Roman"/>
          <w:sz w:val="28"/>
          <w:lang w:val="kk-KZ"/>
        </w:rPr>
      </w:pPr>
    </w:p>
    <w:p w14:paraId="7804425C" w14:textId="0DF8115B" w:rsidR="00030C01" w:rsidRPr="00673569" w:rsidRDefault="00030C01" w:rsidP="00673569">
      <w:pPr>
        <w:pStyle w:val="a9"/>
        <w:ind w:left="5670"/>
        <w:jc w:val="center"/>
        <w:rPr>
          <w:rFonts w:ascii="Times New Roman" w:eastAsiaTheme="minorHAnsi" w:hAnsi="Times New Roman" w:cs="Times New Roman"/>
          <w:sz w:val="28"/>
          <w:lang w:val="kk-KZ"/>
        </w:rPr>
      </w:pPr>
      <w:r w:rsidRPr="00673569">
        <w:rPr>
          <w:rFonts w:ascii="Times New Roman" w:eastAsiaTheme="minorHAnsi" w:hAnsi="Times New Roman" w:cs="Times New Roman"/>
          <w:sz w:val="28"/>
          <w:lang w:val="kk-KZ"/>
        </w:rPr>
        <w:lastRenderedPageBreak/>
        <w:t>«Облыстың (қаланың, ауданның) Құрметті азаматы» атағын берудің қағидаларына</w:t>
      </w:r>
      <w:r w:rsidRPr="00673569">
        <w:rPr>
          <w:rFonts w:ascii="Times New Roman" w:eastAsiaTheme="minorHAnsi" w:hAnsi="Times New Roman" w:cs="Times New Roman"/>
          <w:sz w:val="28"/>
          <w:lang w:val="kk-KZ"/>
        </w:rPr>
        <w:br/>
        <w:t>3-қосымша</w:t>
      </w:r>
    </w:p>
    <w:p w14:paraId="513A0674" w14:textId="3A16663C" w:rsidR="00030C01" w:rsidRPr="00673569" w:rsidRDefault="00030C01" w:rsidP="00030C01">
      <w:pPr>
        <w:pStyle w:val="a9"/>
        <w:ind w:left="4248"/>
        <w:jc w:val="center"/>
        <w:rPr>
          <w:rFonts w:ascii="Times New Roman" w:eastAsiaTheme="minorHAnsi" w:hAnsi="Times New Roman" w:cs="Times New Roman"/>
          <w:sz w:val="28"/>
          <w:lang w:val="kk-KZ"/>
        </w:rPr>
      </w:pPr>
    </w:p>
    <w:p w14:paraId="085CDA53" w14:textId="77777777" w:rsidR="00030C01" w:rsidRPr="00673569" w:rsidRDefault="00030C01" w:rsidP="00030C01">
      <w:pPr>
        <w:pStyle w:val="a9"/>
        <w:ind w:left="4248"/>
        <w:jc w:val="center"/>
        <w:rPr>
          <w:rFonts w:ascii="Times New Roman" w:eastAsiaTheme="minorHAnsi" w:hAnsi="Times New Roman" w:cs="Times New Roman"/>
          <w:sz w:val="28"/>
          <w:lang w:val="kk-KZ"/>
        </w:rPr>
      </w:pPr>
    </w:p>
    <w:p w14:paraId="5672AFB1" w14:textId="47243846" w:rsidR="00030C01" w:rsidRPr="00673569" w:rsidRDefault="00030C01" w:rsidP="00030C01">
      <w:pPr>
        <w:pStyle w:val="a9"/>
        <w:ind w:left="4248"/>
        <w:jc w:val="right"/>
        <w:rPr>
          <w:rFonts w:ascii="Times New Roman" w:eastAsiaTheme="minorHAnsi" w:hAnsi="Times New Roman" w:cs="Times New Roman"/>
          <w:sz w:val="28"/>
          <w:lang w:val="kk-KZ"/>
        </w:rPr>
      </w:pPr>
      <w:r w:rsidRPr="00673569">
        <w:rPr>
          <w:rFonts w:ascii="Times New Roman" w:eastAsiaTheme="minorHAnsi" w:hAnsi="Times New Roman" w:cs="Times New Roman"/>
          <w:sz w:val="28"/>
          <w:lang w:val="kk-KZ"/>
        </w:rPr>
        <w:t>Нысан</w:t>
      </w:r>
    </w:p>
    <w:p w14:paraId="0E230EF0" w14:textId="7674E24D" w:rsidR="00030C01" w:rsidRPr="00673569" w:rsidRDefault="00673569" w:rsidP="00030C01">
      <w:pPr>
        <w:spacing w:after="0" w:line="240" w:lineRule="auto"/>
        <w:ind w:left="360"/>
        <w:rPr>
          <w:rFonts w:eastAsia="Calibri" w:cs="Times New Roman"/>
          <w:sz w:val="28"/>
          <w:szCs w:val="28"/>
          <w:lang w:val="kk-KZ"/>
        </w:rPr>
      </w:pPr>
      <w:r w:rsidRPr="00673569">
        <w:rPr>
          <w:rFonts w:eastAsia="Calibri" w:cs="Times New Roman"/>
          <w:sz w:val="28"/>
          <w:szCs w:val="28"/>
          <w:lang w:val="kk-KZ"/>
        </w:rPr>
        <w:t>Куәлік эскизі:</w:t>
      </w:r>
    </w:p>
    <w:p w14:paraId="7200D1AB" w14:textId="77777777" w:rsidR="00030C01" w:rsidRPr="00673569" w:rsidRDefault="00030C01" w:rsidP="00030C01">
      <w:pPr>
        <w:spacing w:after="0" w:line="240" w:lineRule="auto"/>
        <w:ind w:left="1065"/>
        <w:jc w:val="both"/>
        <w:rPr>
          <w:rFonts w:eastAsia="Calibri" w:cs="Times New Roman"/>
          <w:sz w:val="28"/>
          <w:szCs w:val="28"/>
          <w:lang w:val="kk-KZ"/>
        </w:rPr>
      </w:pPr>
    </w:p>
    <w:tbl>
      <w:tblPr>
        <w:tblStyle w:val="110"/>
        <w:tblW w:w="0" w:type="auto"/>
        <w:tblLook w:val="04A0" w:firstRow="1" w:lastRow="0" w:firstColumn="1" w:lastColumn="0" w:noHBand="0" w:noVBand="1"/>
      </w:tblPr>
      <w:tblGrid>
        <w:gridCol w:w="4672"/>
        <w:gridCol w:w="4673"/>
      </w:tblGrid>
      <w:tr w:rsidR="00030C01" w:rsidRPr="00673569" w14:paraId="5781CCD1" w14:textId="77777777" w:rsidTr="00E87773">
        <w:tc>
          <w:tcPr>
            <w:tcW w:w="4672" w:type="dxa"/>
          </w:tcPr>
          <w:p w14:paraId="24788E13" w14:textId="071D046F" w:rsidR="00030C01" w:rsidRPr="00673569" w:rsidRDefault="00673569" w:rsidP="00030C01">
            <w:pPr>
              <w:jc w:val="center"/>
              <w:rPr>
                <w:rFonts w:cs="Times New Roman"/>
                <w:sz w:val="28"/>
                <w:szCs w:val="28"/>
                <w:lang w:val="kk-KZ"/>
              </w:rPr>
            </w:pPr>
            <w:r w:rsidRPr="00673569">
              <w:rPr>
                <w:rFonts w:cs="Times New Roman"/>
                <w:sz w:val="28"/>
                <w:szCs w:val="28"/>
                <w:lang w:val="kk-KZ"/>
              </w:rPr>
              <w:t>Куәліктің алғы сол жағы</w:t>
            </w:r>
          </w:p>
        </w:tc>
        <w:tc>
          <w:tcPr>
            <w:tcW w:w="4673" w:type="dxa"/>
          </w:tcPr>
          <w:p w14:paraId="3FEF399B" w14:textId="66CFF5FA" w:rsidR="00030C01" w:rsidRPr="00673569" w:rsidRDefault="00673569" w:rsidP="00030C01">
            <w:pPr>
              <w:jc w:val="center"/>
              <w:rPr>
                <w:rFonts w:cs="Times New Roman"/>
                <w:sz w:val="28"/>
                <w:szCs w:val="28"/>
                <w:lang w:val="kk-KZ"/>
              </w:rPr>
            </w:pPr>
            <w:r w:rsidRPr="00673569">
              <w:rPr>
                <w:rFonts w:cs="Times New Roman"/>
                <w:sz w:val="28"/>
                <w:szCs w:val="28"/>
                <w:lang w:val="kk-KZ"/>
              </w:rPr>
              <w:t>Куәліктің алғы оң жағы</w:t>
            </w:r>
          </w:p>
        </w:tc>
      </w:tr>
      <w:tr w:rsidR="00030C01" w:rsidRPr="00673569" w14:paraId="1D4F2D1F" w14:textId="77777777" w:rsidTr="00E87773">
        <w:tc>
          <w:tcPr>
            <w:tcW w:w="4672" w:type="dxa"/>
          </w:tcPr>
          <w:p w14:paraId="299B6224" w14:textId="77777777" w:rsidR="00030C01" w:rsidRPr="00673569" w:rsidRDefault="00030C01" w:rsidP="00030C01">
            <w:pPr>
              <w:jc w:val="center"/>
              <w:rPr>
                <w:rFonts w:cs="Times New Roman"/>
                <w:sz w:val="20"/>
                <w:szCs w:val="20"/>
                <w:lang w:val="kk-KZ"/>
              </w:rPr>
            </w:pPr>
          </w:p>
          <w:p w14:paraId="4910CE5A" w14:textId="77777777" w:rsidR="00030C01" w:rsidRPr="00673569" w:rsidRDefault="00030C01" w:rsidP="00030C01">
            <w:pPr>
              <w:jc w:val="center"/>
              <w:rPr>
                <w:rFonts w:cs="Times New Roman"/>
                <w:sz w:val="20"/>
                <w:szCs w:val="20"/>
                <w:lang w:val="kk-KZ"/>
              </w:rPr>
            </w:pPr>
          </w:p>
          <w:p w14:paraId="24C93348" w14:textId="77777777" w:rsidR="00030C01" w:rsidRPr="00673569" w:rsidRDefault="00030C01" w:rsidP="00030C01">
            <w:pPr>
              <w:jc w:val="center"/>
              <w:rPr>
                <w:rFonts w:cs="Times New Roman"/>
                <w:sz w:val="20"/>
                <w:szCs w:val="20"/>
                <w:lang w:val="kk-KZ"/>
              </w:rPr>
            </w:pPr>
          </w:p>
          <w:p w14:paraId="69A1E399" w14:textId="6A0E782E" w:rsidR="00030C01" w:rsidRPr="00673569" w:rsidRDefault="00673569" w:rsidP="00030C01">
            <w:pPr>
              <w:jc w:val="center"/>
              <w:rPr>
                <w:rFonts w:cs="Times New Roman"/>
                <w:sz w:val="20"/>
                <w:szCs w:val="20"/>
                <w:lang w:val="kk-KZ"/>
              </w:rPr>
            </w:pPr>
            <w:r w:rsidRPr="00673569">
              <w:rPr>
                <w:rFonts w:cs="Times New Roman"/>
                <w:sz w:val="20"/>
                <w:szCs w:val="20"/>
                <w:lang w:val="kk-KZ"/>
              </w:rPr>
              <w:t>(Медальдің сурет)</w:t>
            </w:r>
          </w:p>
        </w:tc>
        <w:tc>
          <w:tcPr>
            <w:tcW w:w="4673" w:type="dxa"/>
          </w:tcPr>
          <w:p w14:paraId="77C19501"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Облыстың (қаланың, ауданның)</w:t>
            </w:r>
          </w:p>
          <w:p w14:paraId="587E2DCA"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атауы</w:t>
            </w:r>
          </w:p>
          <w:p w14:paraId="7BAF83E8"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 куәлік</w:t>
            </w:r>
          </w:p>
          <w:p w14:paraId="17646035"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ТАӘ (ол болған жағдайда)</w:t>
            </w:r>
          </w:p>
          <w:p w14:paraId="00CB8DBA"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Мәслихаттың шешімі жазылады</w:t>
            </w:r>
          </w:p>
          <w:p w14:paraId="1C08BC17"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Облыстың (қаланың, ауданның)</w:t>
            </w:r>
          </w:p>
          <w:p w14:paraId="0DB2BED2" w14:textId="16247595" w:rsidR="00030C01" w:rsidRPr="00673569" w:rsidRDefault="00673569" w:rsidP="00673569">
            <w:pPr>
              <w:jc w:val="center"/>
              <w:rPr>
                <w:rFonts w:cs="Times New Roman"/>
                <w:sz w:val="20"/>
                <w:szCs w:val="20"/>
                <w:lang w:val="kk-KZ"/>
              </w:rPr>
            </w:pPr>
            <w:r w:rsidRPr="00673569">
              <w:rPr>
                <w:rFonts w:cs="Times New Roman"/>
                <w:sz w:val="20"/>
                <w:szCs w:val="20"/>
                <w:lang w:val="kk-KZ"/>
              </w:rPr>
              <w:t>мәслихат төрағасының қолы мен мөрі</w:t>
            </w:r>
          </w:p>
        </w:tc>
      </w:tr>
    </w:tbl>
    <w:p w14:paraId="0182C5E6" w14:textId="77777777" w:rsidR="00030C01" w:rsidRPr="00673569" w:rsidRDefault="00030C01" w:rsidP="00030C01">
      <w:pPr>
        <w:spacing w:after="0" w:line="240" w:lineRule="auto"/>
        <w:ind w:firstLine="709"/>
        <w:jc w:val="both"/>
        <w:rPr>
          <w:rFonts w:eastAsia="Times New Roman" w:cs="Times New Roman"/>
          <w:sz w:val="28"/>
          <w:szCs w:val="28"/>
          <w:lang w:val="kk-KZ" w:eastAsia="ru-RU"/>
        </w:rPr>
      </w:pPr>
    </w:p>
    <w:p w14:paraId="10EEAE8C" w14:textId="77777777" w:rsidR="00030C01" w:rsidRPr="00673569" w:rsidRDefault="00030C01" w:rsidP="00030C01">
      <w:pPr>
        <w:spacing w:after="0" w:line="240" w:lineRule="auto"/>
        <w:rPr>
          <w:rFonts w:eastAsia="Times New Roman" w:cs="Times New Roman"/>
          <w:sz w:val="28"/>
          <w:szCs w:val="28"/>
          <w:lang w:val="kk-KZ" w:eastAsia="ru-RU"/>
        </w:rPr>
      </w:pPr>
    </w:p>
    <w:p w14:paraId="2FAAE7DC" w14:textId="77777777" w:rsidR="00030C01" w:rsidRPr="00673569" w:rsidRDefault="00030C01" w:rsidP="00030C01">
      <w:pPr>
        <w:spacing w:after="0" w:line="240" w:lineRule="auto"/>
        <w:rPr>
          <w:rFonts w:eastAsia="Times New Roman" w:cs="Times New Roman"/>
          <w:sz w:val="28"/>
          <w:szCs w:val="28"/>
          <w:lang w:val="kk-KZ" w:eastAsia="ru-RU"/>
        </w:rPr>
      </w:pPr>
    </w:p>
    <w:p w14:paraId="4A8DAE56" w14:textId="77777777" w:rsidR="00030C01" w:rsidRPr="00673569" w:rsidRDefault="00030C01" w:rsidP="00030C01">
      <w:pPr>
        <w:spacing w:after="0" w:line="240" w:lineRule="auto"/>
        <w:rPr>
          <w:rFonts w:eastAsia="Times New Roman" w:cs="Times New Roman"/>
          <w:sz w:val="28"/>
          <w:szCs w:val="28"/>
          <w:lang w:val="kk-KZ" w:eastAsia="ru-RU"/>
        </w:rPr>
      </w:pPr>
    </w:p>
    <w:tbl>
      <w:tblPr>
        <w:tblStyle w:val="110"/>
        <w:tblW w:w="0" w:type="auto"/>
        <w:tblLook w:val="04A0" w:firstRow="1" w:lastRow="0" w:firstColumn="1" w:lastColumn="0" w:noHBand="0" w:noVBand="1"/>
      </w:tblPr>
      <w:tblGrid>
        <w:gridCol w:w="4672"/>
        <w:gridCol w:w="4673"/>
      </w:tblGrid>
      <w:tr w:rsidR="00030C01" w:rsidRPr="00673569" w14:paraId="043F8472" w14:textId="77777777" w:rsidTr="00E87773">
        <w:tc>
          <w:tcPr>
            <w:tcW w:w="4672" w:type="dxa"/>
          </w:tcPr>
          <w:p w14:paraId="3865FF68" w14:textId="3FC31D44" w:rsidR="00030C01" w:rsidRPr="00673569" w:rsidRDefault="00673569" w:rsidP="00030C01">
            <w:pPr>
              <w:jc w:val="center"/>
              <w:rPr>
                <w:rFonts w:cs="Times New Roman"/>
                <w:sz w:val="28"/>
                <w:szCs w:val="28"/>
                <w:lang w:val="kk-KZ"/>
              </w:rPr>
            </w:pPr>
            <w:r w:rsidRPr="00673569">
              <w:rPr>
                <w:rFonts w:cs="Times New Roman"/>
                <w:sz w:val="28"/>
                <w:szCs w:val="28"/>
                <w:lang w:val="kk-KZ"/>
              </w:rPr>
              <w:t>Куәліктің артқы сол жағы</w:t>
            </w:r>
          </w:p>
        </w:tc>
        <w:tc>
          <w:tcPr>
            <w:tcW w:w="4673" w:type="dxa"/>
          </w:tcPr>
          <w:p w14:paraId="3C0418FD" w14:textId="75402C8D" w:rsidR="00030C01" w:rsidRPr="00673569" w:rsidRDefault="00673569" w:rsidP="00030C01">
            <w:pPr>
              <w:jc w:val="center"/>
              <w:rPr>
                <w:rFonts w:cs="Times New Roman"/>
                <w:sz w:val="28"/>
                <w:szCs w:val="28"/>
                <w:lang w:val="kk-KZ"/>
              </w:rPr>
            </w:pPr>
            <w:r w:rsidRPr="00673569">
              <w:rPr>
                <w:rFonts w:cs="Times New Roman"/>
                <w:sz w:val="28"/>
                <w:szCs w:val="28"/>
                <w:lang w:val="kk-KZ"/>
              </w:rPr>
              <w:t>Куәліктің артқы оң жағы</w:t>
            </w:r>
          </w:p>
        </w:tc>
      </w:tr>
      <w:tr w:rsidR="00030C01" w:rsidRPr="00673569" w14:paraId="7C2FFBD6" w14:textId="77777777" w:rsidTr="00E87773">
        <w:tc>
          <w:tcPr>
            <w:tcW w:w="4672" w:type="dxa"/>
          </w:tcPr>
          <w:p w14:paraId="13C8B76C" w14:textId="77777777" w:rsidR="00030C01" w:rsidRPr="00673569" w:rsidRDefault="00030C01" w:rsidP="00030C01">
            <w:pPr>
              <w:jc w:val="center"/>
              <w:rPr>
                <w:rFonts w:cs="Times New Roman"/>
                <w:sz w:val="20"/>
                <w:szCs w:val="20"/>
                <w:lang w:val="kk-KZ"/>
              </w:rPr>
            </w:pPr>
          </w:p>
          <w:p w14:paraId="163171F2" w14:textId="77777777" w:rsidR="00030C01" w:rsidRPr="00673569" w:rsidRDefault="00030C01" w:rsidP="00030C01">
            <w:pPr>
              <w:jc w:val="center"/>
              <w:rPr>
                <w:rFonts w:cs="Times New Roman"/>
                <w:sz w:val="20"/>
                <w:szCs w:val="20"/>
                <w:lang w:val="kk-KZ"/>
              </w:rPr>
            </w:pPr>
          </w:p>
          <w:p w14:paraId="01ECFDE0" w14:textId="77777777" w:rsidR="00030C01" w:rsidRPr="00673569" w:rsidRDefault="00030C01" w:rsidP="00030C01">
            <w:pPr>
              <w:jc w:val="center"/>
              <w:rPr>
                <w:rFonts w:cs="Times New Roman"/>
                <w:sz w:val="20"/>
                <w:szCs w:val="20"/>
                <w:lang w:val="kk-KZ"/>
              </w:rPr>
            </w:pPr>
          </w:p>
          <w:p w14:paraId="7BD42D3F" w14:textId="77777777" w:rsidR="00030C01" w:rsidRPr="00673569" w:rsidRDefault="00030C01" w:rsidP="00030C01">
            <w:pPr>
              <w:jc w:val="center"/>
              <w:rPr>
                <w:rFonts w:cs="Times New Roman"/>
                <w:sz w:val="20"/>
                <w:szCs w:val="20"/>
                <w:lang w:val="kk-KZ"/>
              </w:rPr>
            </w:pPr>
          </w:p>
          <w:p w14:paraId="15D8D6E8" w14:textId="77777777" w:rsidR="00030C01" w:rsidRPr="00673569" w:rsidRDefault="00030C01" w:rsidP="00030C01">
            <w:pPr>
              <w:jc w:val="center"/>
              <w:rPr>
                <w:rFonts w:cs="Times New Roman"/>
                <w:sz w:val="20"/>
                <w:szCs w:val="20"/>
                <w:lang w:val="kk-KZ"/>
              </w:rPr>
            </w:pPr>
          </w:p>
        </w:tc>
        <w:tc>
          <w:tcPr>
            <w:tcW w:w="4673" w:type="dxa"/>
          </w:tcPr>
          <w:p w14:paraId="3AB946FE" w14:textId="77777777" w:rsidR="00030C01" w:rsidRPr="00673569" w:rsidRDefault="00030C01" w:rsidP="00030C01">
            <w:pPr>
              <w:jc w:val="center"/>
              <w:rPr>
                <w:rFonts w:cs="Times New Roman"/>
                <w:sz w:val="20"/>
                <w:szCs w:val="20"/>
                <w:lang w:val="kk-KZ"/>
              </w:rPr>
            </w:pPr>
          </w:p>
          <w:p w14:paraId="70E54767" w14:textId="77777777" w:rsidR="00030C01" w:rsidRPr="00673569" w:rsidRDefault="00030C01" w:rsidP="00030C01">
            <w:pPr>
              <w:jc w:val="center"/>
              <w:rPr>
                <w:rFonts w:cs="Times New Roman"/>
                <w:sz w:val="20"/>
                <w:szCs w:val="20"/>
                <w:lang w:val="kk-KZ"/>
              </w:rPr>
            </w:pPr>
          </w:p>
          <w:p w14:paraId="26F11F0C" w14:textId="77777777" w:rsidR="00030C01" w:rsidRPr="00673569" w:rsidRDefault="00030C01" w:rsidP="00030C01">
            <w:pPr>
              <w:jc w:val="center"/>
              <w:rPr>
                <w:rFonts w:cs="Times New Roman"/>
                <w:sz w:val="20"/>
                <w:szCs w:val="20"/>
                <w:lang w:val="kk-KZ"/>
              </w:rPr>
            </w:pPr>
          </w:p>
          <w:p w14:paraId="0EDC9510" w14:textId="77777777" w:rsidR="00673569" w:rsidRPr="00673569" w:rsidRDefault="00673569" w:rsidP="00673569">
            <w:pPr>
              <w:jc w:val="center"/>
              <w:rPr>
                <w:rFonts w:cs="Times New Roman"/>
                <w:sz w:val="20"/>
                <w:szCs w:val="20"/>
                <w:lang w:val="kk-KZ"/>
              </w:rPr>
            </w:pPr>
            <w:r w:rsidRPr="00673569">
              <w:rPr>
                <w:rFonts w:cs="Times New Roman"/>
                <w:sz w:val="20"/>
                <w:szCs w:val="20"/>
                <w:lang w:val="kk-KZ"/>
              </w:rPr>
              <w:t>Облыстың (қаланың, ауданның)</w:t>
            </w:r>
          </w:p>
          <w:p w14:paraId="044FB7FB" w14:textId="3F4F2F34" w:rsidR="00030C01" w:rsidRPr="00673569" w:rsidRDefault="00673569" w:rsidP="00673569">
            <w:pPr>
              <w:jc w:val="center"/>
              <w:rPr>
                <w:rFonts w:cs="Times New Roman"/>
                <w:sz w:val="20"/>
                <w:szCs w:val="20"/>
                <w:lang w:val="kk-KZ"/>
              </w:rPr>
            </w:pPr>
            <w:r w:rsidRPr="00673569">
              <w:rPr>
                <w:rFonts w:cs="Times New Roman"/>
                <w:sz w:val="20"/>
                <w:szCs w:val="20"/>
                <w:lang w:val="kk-KZ"/>
              </w:rPr>
              <w:t>өңірлік нышанының бейнесі</w:t>
            </w:r>
          </w:p>
          <w:p w14:paraId="0151DBEC" w14:textId="77777777" w:rsidR="00030C01" w:rsidRPr="00673569" w:rsidRDefault="00030C01" w:rsidP="00030C01">
            <w:pPr>
              <w:jc w:val="center"/>
              <w:rPr>
                <w:rFonts w:cs="Times New Roman"/>
                <w:sz w:val="20"/>
                <w:szCs w:val="20"/>
                <w:lang w:val="kk-KZ"/>
              </w:rPr>
            </w:pPr>
          </w:p>
          <w:p w14:paraId="3C6EA801" w14:textId="77777777" w:rsidR="00030C01" w:rsidRPr="00673569" w:rsidRDefault="00030C01" w:rsidP="00030C01">
            <w:pPr>
              <w:jc w:val="center"/>
              <w:rPr>
                <w:rFonts w:cs="Times New Roman"/>
                <w:sz w:val="20"/>
                <w:szCs w:val="20"/>
                <w:lang w:val="kk-KZ"/>
              </w:rPr>
            </w:pPr>
          </w:p>
        </w:tc>
      </w:tr>
    </w:tbl>
    <w:p w14:paraId="57DD455D" w14:textId="77777777" w:rsidR="00030C01" w:rsidRPr="00673569" w:rsidRDefault="00030C01" w:rsidP="00030C01">
      <w:pPr>
        <w:spacing w:after="0" w:line="240" w:lineRule="auto"/>
        <w:rPr>
          <w:rFonts w:eastAsia="Times New Roman" w:cs="Times New Roman"/>
          <w:sz w:val="28"/>
          <w:szCs w:val="28"/>
          <w:lang w:val="kk-KZ" w:eastAsia="ru-RU"/>
        </w:rPr>
      </w:pPr>
    </w:p>
    <w:p w14:paraId="5EBAEE1B" w14:textId="77777777" w:rsidR="00030C01" w:rsidRPr="00673569" w:rsidRDefault="00030C01" w:rsidP="00030C01">
      <w:pPr>
        <w:spacing w:after="0" w:line="240" w:lineRule="auto"/>
        <w:rPr>
          <w:rFonts w:eastAsia="Times New Roman" w:cs="Times New Roman"/>
          <w:sz w:val="28"/>
          <w:szCs w:val="28"/>
          <w:lang w:val="kk-KZ" w:eastAsia="ru-RU"/>
        </w:rPr>
      </w:pPr>
    </w:p>
    <w:p w14:paraId="444D5C2C" w14:textId="77777777" w:rsidR="00030C01" w:rsidRPr="00673569" w:rsidRDefault="00030C01" w:rsidP="00030C01">
      <w:pPr>
        <w:spacing w:after="0" w:line="240" w:lineRule="auto"/>
        <w:rPr>
          <w:rFonts w:eastAsia="Times New Roman" w:cs="Times New Roman"/>
          <w:sz w:val="28"/>
          <w:szCs w:val="28"/>
          <w:lang w:val="kk-KZ" w:eastAsia="ru-RU"/>
        </w:rPr>
      </w:pPr>
    </w:p>
    <w:p w14:paraId="66D5E012" w14:textId="77777777" w:rsidR="00030C01" w:rsidRPr="00673569" w:rsidRDefault="00030C01" w:rsidP="00030C01">
      <w:pPr>
        <w:spacing w:after="0" w:line="240" w:lineRule="auto"/>
        <w:ind w:firstLine="284"/>
        <w:jc w:val="both"/>
        <w:rPr>
          <w:rFonts w:eastAsia="Calibri" w:cs="Times New Roman"/>
          <w:sz w:val="28"/>
          <w:lang w:val="kk-KZ"/>
        </w:rPr>
      </w:pPr>
    </w:p>
    <w:sectPr w:rsidR="00030C01" w:rsidRPr="00673569" w:rsidSect="00034616">
      <w:headerReference w:type="default" r:id="rId8"/>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F3A10" w14:textId="77777777" w:rsidR="006E34CE" w:rsidRDefault="006E34CE" w:rsidP="00F81910">
      <w:pPr>
        <w:spacing w:after="0" w:line="240" w:lineRule="auto"/>
      </w:pPr>
      <w:r>
        <w:separator/>
      </w:r>
    </w:p>
  </w:endnote>
  <w:endnote w:type="continuationSeparator" w:id="0">
    <w:p w14:paraId="4CF85805" w14:textId="77777777" w:rsidR="006E34CE" w:rsidRDefault="006E34CE" w:rsidP="00F81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224C4" w14:textId="77777777" w:rsidR="006E34CE" w:rsidRDefault="006E34CE" w:rsidP="00F81910">
      <w:pPr>
        <w:spacing w:after="0" w:line="240" w:lineRule="auto"/>
      </w:pPr>
      <w:r>
        <w:separator/>
      </w:r>
    </w:p>
  </w:footnote>
  <w:footnote w:type="continuationSeparator" w:id="0">
    <w:p w14:paraId="7B44CAFA" w14:textId="77777777" w:rsidR="006E34CE" w:rsidRDefault="006E34CE" w:rsidP="00F81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008040"/>
      <w:docPartObj>
        <w:docPartGallery w:val="Page Numbers (Top of Page)"/>
        <w:docPartUnique/>
      </w:docPartObj>
    </w:sdtPr>
    <w:sdtEndPr/>
    <w:sdtContent>
      <w:p w14:paraId="05BF5743" w14:textId="02F2F017" w:rsidR="00F81910" w:rsidRDefault="00F81910">
        <w:pPr>
          <w:pStyle w:val="a5"/>
          <w:jc w:val="center"/>
        </w:pPr>
        <w:r>
          <w:fldChar w:fldCharType="begin"/>
        </w:r>
        <w:r>
          <w:instrText>PAGE   \* MERGEFORMAT</w:instrText>
        </w:r>
        <w:r>
          <w:fldChar w:fldCharType="separate"/>
        </w:r>
        <w:r>
          <w:rPr>
            <w:lang w:val="ru-RU"/>
          </w:rPr>
          <w:t>2</w:t>
        </w:r>
        <w:r>
          <w:fldChar w:fldCharType="end"/>
        </w:r>
      </w:p>
    </w:sdtContent>
  </w:sdt>
  <w:p w14:paraId="1984309C" w14:textId="5192BF3D" w:rsidR="00F81910" w:rsidRPr="00F81910" w:rsidRDefault="00F81910">
    <w:pPr>
      <w:pStyle w:val="a5"/>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504816F6"/>
    <w:multiLevelType w:val="hybridMultilevel"/>
    <w:tmpl w:val="3C201AB8"/>
    <w:lvl w:ilvl="0" w:tplc="7E68C49E">
      <w:start w:val="1"/>
      <w:numFmt w:val="decimal"/>
      <w:lvlText w:val="%1."/>
      <w:lvlJc w:val="left"/>
      <w:pPr>
        <w:ind w:left="720" w:hanging="360"/>
      </w:pPr>
      <w:rPr>
        <w:rFonts w:hint="default"/>
      </w:rPr>
    </w:lvl>
    <w:lvl w:ilvl="1" w:tplc="81225B3E">
      <w:start w:val="1"/>
      <w:numFmt w:val="lowerLetter"/>
      <w:lvlText w:val="%2."/>
      <w:lvlJc w:val="left"/>
      <w:pPr>
        <w:ind w:left="1440" w:hanging="360"/>
      </w:pPr>
    </w:lvl>
    <w:lvl w:ilvl="2" w:tplc="DACECDD0">
      <w:start w:val="1"/>
      <w:numFmt w:val="lowerRoman"/>
      <w:lvlText w:val="%3."/>
      <w:lvlJc w:val="right"/>
      <w:pPr>
        <w:ind w:left="2160" w:hanging="180"/>
      </w:pPr>
    </w:lvl>
    <w:lvl w:ilvl="3" w:tplc="5D2491D0">
      <w:start w:val="1"/>
      <w:numFmt w:val="decimal"/>
      <w:lvlText w:val="%4."/>
      <w:lvlJc w:val="left"/>
      <w:pPr>
        <w:ind w:left="2880" w:hanging="360"/>
      </w:pPr>
    </w:lvl>
    <w:lvl w:ilvl="4" w:tplc="47526B78">
      <w:start w:val="1"/>
      <w:numFmt w:val="lowerLetter"/>
      <w:lvlText w:val="%5."/>
      <w:lvlJc w:val="left"/>
      <w:pPr>
        <w:ind w:left="3600" w:hanging="360"/>
      </w:pPr>
    </w:lvl>
    <w:lvl w:ilvl="5" w:tplc="475019AE">
      <w:start w:val="1"/>
      <w:numFmt w:val="lowerRoman"/>
      <w:lvlText w:val="%6."/>
      <w:lvlJc w:val="right"/>
      <w:pPr>
        <w:ind w:left="4320" w:hanging="180"/>
      </w:pPr>
    </w:lvl>
    <w:lvl w:ilvl="6" w:tplc="AFACD89E">
      <w:start w:val="1"/>
      <w:numFmt w:val="decimal"/>
      <w:lvlText w:val="%7."/>
      <w:lvlJc w:val="left"/>
      <w:pPr>
        <w:ind w:left="5040" w:hanging="360"/>
      </w:pPr>
    </w:lvl>
    <w:lvl w:ilvl="7" w:tplc="DE46A1C6">
      <w:start w:val="1"/>
      <w:numFmt w:val="lowerLetter"/>
      <w:lvlText w:val="%8."/>
      <w:lvlJc w:val="left"/>
      <w:pPr>
        <w:ind w:left="5760" w:hanging="360"/>
      </w:pPr>
    </w:lvl>
    <w:lvl w:ilvl="8" w:tplc="D61ECBA4">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C01"/>
    <w:rsid w:val="00034616"/>
    <w:rsid w:val="0006063C"/>
    <w:rsid w:val="0015074B"/>
    <w:rsid w:val="00293BC6"/>
    <w:rsid w:val="0029639D"/>
    <w:rsid w:val="00326F90"/>
    <w:rsid w:val="00673569"/>
    <w:rsid w:val="006E34CE"/>
    <w:rsid w:val="00704AC7"/>
    <w:rsid w:val="00802718"/>
    <w:rsid w:val="00A46FEB"/>
    <w:rsid w:val="00A93613"/>
    <w:rsid w:val="00AA1D8D"/>
    <w:rsid w:val="00B47730"/>
    <w:rsid w:val="00C9683D"/>
    <w:rsid w:val="00CB0664"/>
    <w:rsid w:val="00F819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CC933"/>
  <w14:defaultImageDpi w14:val="300"/>
  <w15:docId w15:val="{82D5ED1F-1BE0-499B-9569-6386B36B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Сетка таблицы1"/>
    <w:basedOn w:val="a3"/>
    <w:next w:val="aff0"/>
    <w:uiPriority w:val="39"/>
    <w:rsid w:val="00704AC7"/>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ff0"/>
    <w:uiPriority w:val="39"/>
    <w:rsid w:val="00030C01"/>
    <w:pPr>
      <w:spacing w:after="0" w:line="240" w:lineRule="auto"/>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5365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1553</Words>
  <Characters>8855</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DANIYAR BASSYGARIN</cp:lastModifiedBy>
  <cp:revision>5</cp:revision>
  <dcterms:created xsi:type="dcterms:W3CDTF">2026-07-28T10:40:00Z</dcterms:created>
  <dcterms:modified xsi:type="dcterms:W3CDTF">2026-09-01T12:45:00Z</dcterms:modified>
  <cp:category/>
</cp:coreProperties>
</file>