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49"/>
        <w:gridCol w:w="2149"/>
        <w:gridCol w:w="2149"/>
        <w:gridCol w:w="2149"/>
        <w:gridCol w:w="2149"/>
        <w:gridCol w:w="2149"/>
        <w:gridCol w:w="2149"/>
      </w:tblGrid>
      <w:tr>
        <w:tc>
          <w:tcPr>
            <w:tcW w:type="dxa" w:w="2835"/>
            <w:vAlign w:val="center"/>
          </w:tcPr>
          <w:p>
            <w:pPr>
              <w:jc w:val="center"/>
            </w:pPr>
            <w:r>
              <w:rPr>
                <w:rFonts w:ascii="Arial" w:hAnsi="Arial"/>
                <w:b/>
                <w:sz w:val="16"/>
              </w:rPr>
              <w:t>Атауы</w:t>
            </w:r>
          </w:p>
        </w:tc>
        <w:tc>
          <w:tcPr>
            <w:tcW w:type="dxa" w:w="1871"/>
            <w:vAlign w:val="center"/>
          </w:tcPr>
          <w:p>
            <w:pPr>
              <w:jc w:val="center"/>
            </w:pPr>
            <w:r>
              <w:rPr>
                <w:rFonts w:ascii="Arial" w:hAnsi="Arial"/>
                <w:b/>
                <w:sz w:val="16"/>
              </w:rPr>
              <w:t>Мекен-жайы</w:t>
            </w:r>
          </w:p>
        </w:tc>
        <w:tc>
          <w:tcPr>
            <w:tcW w:type="dxa" w:w="1814"/>
            <w:vAlign w:val="center"/>
          </w:tcPr>
          <w:p>
            <w:pPr>
              <w:jc w:val="center"/>
            </w:pPr>
            <w:r>
              <w:rPr>
                <w:rFonts w:ascii="Arial" w:hAnsi="Arial"/>
                <w:b/>
                <w:sz w:val="16"/>
              </w:rPr>
              <w:t>Мамандандыру</w:t>
            </w:r>
          </w:p>
        </w:tc>
        <w:tc>
          <w:tcPr>
            <w:tcW w:type="dxa" w:w="2948"/>
            <w:vAlign w:val="center"/>
          </w:tcPr>
          <w:p>
            <w:pPr>
              <w:jc w:val="center"/>
            </w:pPr>
            <w:r>
              <w:rPr>
                <w:rFonts w:ascii="Arial" w:hAnsi="Arial"/>
                <w:b/>
                <w:sz w:val="16"/>
              </w:rPr>
              <w:t>Қызметкерлер саны</w:t>
            </w:r>
          </w:p>
        </w:tc>
        <w:tc>
          <w:tcPr>
            <w:tcW w:type="dxa" w:w="2381"/>
            <w:vAlign w:val="center"/>
          </w:tcPr>
          <w:p>
            <w:pPr>
              <w:jc w:val="center"/>
            </w:pPr>
            <w:r>
              <w:rPr>
                <w:rFonts w:ascii="Arial" w:hAnsi="Arial"/>
                <w:b/>
                <w:sz w:val="16"/>
              </w:rPr>
              <w:t>Мамандардың қажеттілігі</w:t>
            </w:r>
          </w:p>
        </w:tc>
        <w:tc>
          <w:tcPr>
            <w:tcW w:type="dxa" w:w="1814"/>
            <w:vAlign w:val="center"/>
          </w:tcPr>
          <w:p>
            <w:pPr>
              <w:jc w:val="center"/>
            </w:pPr>
            <w:r>
              <w:rPr>
                <w:rFonts w:ascii="Arial" w:hAnsi="Arial"/>
                <w:b/>
                <w:sz w:val="16"/>
              </w:rPr>
              <w:t>Қанша халыққа қызмет етеді</w:t>
            </w:r>
          </w:p>
        </w:tc>
        <w:tc>
          <w:tcPr>
            <w:tcW w:type="dxa" w:w="2948"/>
            <w:vAlign w:val="center"/>
          </w:tcPr>
          <w:p>
            <w:pPr>
              <w:jc w:val="center"/>
            </w:pPr>
            <w:r>
              <w:rPr>
                <w:rFonts w:ascii="Arial" w:hAnsi="Arial"/>
                <w:b/>
                <w:sz w:val="16"/>
              </w:rPr>
              <w:t>Соңғы жөндеудің күні мен түрі</w:t>
            </w:r>
          </w:p>
        </w:tc>
      </w:tr>
      <w:tr>
        <w:tc>
          <w:tcPr>
            <w:tcW w:type="dxa" w:w="2835"/>
            <w:vAlign w:val="center"/>
          </w:tcPr>
          <w:p>
            <w:r>
              <w:rPr>
                <w:rFonts w:ascii="Arial" w:hAnsi="Arial"/>
                <w:sz w:val="15"/>
              </w:rPr>
              <w:t>Аудандық аурухана</w:t>
            </w:r>
          </w:p>
        </w:tc>
        <w:tc>
          <w:tcPr>
            <w:tcW w:type="dxa" w:w="1871"/>
            <w:vAlign w:val="center"/>
          </w:tcPr>
          <w:p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1814"/>
            <w:vAlign w:val="center"/>
          </w:tcPr>
          <w:p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2948"/>
            <w:vAlign w:val="center"/>
          </w:tcPr>
          <w:p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1814"/>
            <w:vAlign w:val="center"/>
          </w:tcPr>
          <w:p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2948"/>
            <w:vAlign w:val="center"/>
          </w:tcPr>
          <w:p>
            <w:r>
              <w:rPr>
                <w:rFonts w:ascii="Arial" w:hAnsi="Arial"/>
                <w:sz w:val="15"/>
              </w:rPr>
            </w:r>
          </w:p>
        </w:tc>
      </w:tr>
      <w:tr>
        <w:tc>
          <w:tcPr>
            <w:tcW w:type="dxa" w:w="2835"/>
            <w:vAlign w:val="center"/>
          </w:tcPr>
          <w:p>
            <w:r>
              <w:rPr>
                <w:rFonts w:ascii="Arial" w:hAnsi="Arial"/>
                <w:sz w:val="15"/>
              </w:rPr>
              <w:t>Абай облысы денсаулық сақтау басқармасының «Үржар ауданының көпсалалы орталық ауруханасы» шаруашылық жүргізу құқығындағы коммуналдық мемлекеттік кәсіпорны</w:t>
            </w:r>
          </w:p>
        </w:tc>
        <w:tc>
          <w:tcPr>
            <w:tcW w:type="dxa" w:w="1871"/>
            <w:vAlign w:val="center"/>
          </w:tcPr>
          <w:p>
            <w:r>
              <w:rPr>
                <w:rFonts w:ascii="Arial" w:hAnsi="Arial"/>
                <w:sz w:val="15"/>
              </w:rPr>
              <w:t>Үржар ауылы, Семушкина 1 Б</w:t>
            </w:r>
          </w:p>
        </w:tc>
        <w:tc>
          <w:tcPr>
            <w:tcW w:type="dxa" w:w="1814"/>
            <w:vAlign w:val="center"/>
          </w:tcPr>
          <w:p>
            <w:r>
              <w:rPr>
                <w:rFonts w:ascii="Arial" w:hAnsi="Arial"/>
                <w:sz w:val="15"/>
              </w:rPr>
              <w:t>Аудандық аурухана</w:t>
            </w:r>
          </w:p>
        </w:tc>
        <w:tc>
          <w:tcPr>
            <w:tcW w:type="dxa" w:w="2948"/>
            <w:vAlign w:val="center"/>
          </w:tcPr>
          <w:p>
            <w:r>
              <w:rPr>
                <w:rFonts w:ascii="Arial" w:hAnsi="Arial"/>
                <w:sz w:val="15"/>
              </w:rPr>
              <w:t>Дәрігерлер-56, Орта буын-118, кіші буын-60, басқалар-49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" w:hAnsi="Arial"/>
                <w:sz w:val="15"/>
              </w:rPr>
              <w:t>Стоматолог дәрігері, Анестезиолог-реаниматолог дәрігері</w:t>
            </w:r>
          </w:p>
        </w:tc>
        <w:tc>
          <w:tcPr>
            <w:tcW w:type="dxa" w:w="1814"/>
            <w:vAlign w:val="center"/>
          </w:tcPr>
          <w:p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2948"/>
            <w:vAlign w:val="center"/>
          </w:tcPr>
          <w:p>
            <w:r>
              <w:rPr>
                <w:rFonts w:ascii="Arial" w:hAnsi="Arial"/>
                <w:sz w:val="15"/>
              </w:rPr>
            </w:r>
          </w:p>
        </w:tc>
      </w:tr>
      <w:tr>
        <w:tc>
          <w:tcPr>
            <w:tcW w:type="dxa" w:w="2835"/>
            <w:vAlign w:val="center"/>
          </w:tcPr>
          <w:p>
            <w:r>
              <w:rPr>
                <w:rFonts w:ascii="Arial" w:hAnsi="Arial"/>
                <w:sz w:val="15"/>
              </w:rPr>
              <w:t>Дәрігерлік амбулатория</w:t>
            </w:r>
          </w:p>
        </w:tc>
        <w:tc>
          <w:tcPr>
            <w:tcW w:type="dxa" w:w="1871"/>
            <w:vAlign w:val="center"/>
          </w:tcPr>
          <w:p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1814"/>
            <w:vAlign w:val="center"/>
          </w:tcPr>
          <w:p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2948"/>
            <w:vAlign w:val="center"/>
          </w:tcPr>
          <w:p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1814"/>
            <w:vAlign w:val="center"/>
          </w:tcPr>
          <w:p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2948"/>
            <w:vAlign w:val="center"/>
          </w:tcPr>
          <w:p>
            <w:r>
              <w:rPr>
                <w:rFonts w:ascii="Arial" w:hAnsi="Arial"/>
                <w:sz w:val="15"/>
              </w:rPr>
            </w:r>
          </w:p>
        </w:tc>
      </w:tr>
      <w:tr>
        <w:tc>
          <w:tcPr>
            <w:tcW w:type="dxa" w:w="2835"/>
            <w:vAlign w:val="center"/>
          </w:tcPr>
          <w:p>
            <w:r>
              <w:rPr>
                <w:rFonts w:ascii="Arial" w:hAnsi="Arial"/>
                <w:sz w:val="15"/>
              </w:rPr>
              <w:t>ДА№1</w:t>
            </w:r>
          </w:p>
        </w:tc>
        <w:tc>
          <w:tcPr>
            <w:tcW w:type="dxa" w:w="1871"/>
            <w:vAlign w:val="center"/>
          </w:tcPr>
          <w:p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1814"/>
            <w:vAlign w:val="center"/>
          </w:tcPr>
          <w:p>
            <w:r>
              <w:rPr>
                <w:rFonts w:ascii="Arial" w:hAnsi="Arial"/>
                <w:sz w:val="15"/>
              </w:rPr>
              <w:t>Дәрігерлік амбулатория</w:t>
            </w:r>
          </w:p>
        </w:tc>
        <w:tc>
          <w:tcPr>
            <w:tcW w:type="dxa" w:w="2948"/>
            <w:vAlign w:val="center"/>
          </w:tcPr>
          <w:p>
            <w:r>
              <w:rPr>
                <w:rFonts w:ascii="Arial" w:hAnsi="Arial"/>
                <w:sz w:val="15"/>
              </w:rPr>
              <w:t>Дәрігер-10, Орта буын-43, кіші буын-3, басқалар-2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" w:hAnsi="Arial"/>
                <w:sz w:val="15"/>
              </w:rPr>
              <w:t>Педиатр дәрігер</w:t>
            </w:r>
          </w:p>
        </w:tc>
        <w:tc>
          <w:tcPr>
            <w:tcW w:type="dxa" w:w="1814"/>
            <w:vAlign w:val="center"/>
          </w:tcPr>
          <w:p>
            <w:r>
              <w:rPr>
                <w:rFonts w:ascii="Arial" w:hAnsi="Arial"/>
                <w:sz w:val="15"/>
              </w:rPr>
              <w:t>5451</w:t>
            </w:r>
          </w:p>
        </w:tc>
        <w:tc>
          <w:tcPr>
            <w:tcW w:type="dxa" w:w="2948"/>
            <w:vAlign w:val="center"/>
          </w:tcPr>
          <w:p>
            <w:r>
              <w:rPr>
                <w:rFonts w:ascii="Arial" w:hAnsi="Arial"/>
                <w:sz w:val="15"/>
              </w:rPr>
              <w:t>строительство по национальному проекту «МОДЕРНИЗАЦИЯ СЕЛЬСКОГО ЗДРАВООХРАНЕНИЯ»</w:t>
            </w:r>
          </w:p>
        </w:tc>
      </w:tr>
      <w:tr>
        <w:tc>
          <w:tcPr>
            <w:tcW w:type="dxa" w:w="2835"/>
            <w:vAlign w:val="center"/>
          </w:tcPr>
          <w:p>
            <w:r>
              <w:rPr>
                <w:rFonts w:ascii="Arial" w:hAnsi="Arial"/>
                <w:sz w:val="15"/>
              </w:rPr>
              <w:t>ДА№3</w:t>
            </w:r>
          </w:p>
        </w:tc>
        <w:tc>
          <w:tcPr>
            <w:tcW w:type="dxa" w:w="1871"/>
            <w:vAlign w:val="center"/>
          </w:tcPr>
          <w:p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1814"/>
            <w:vAlign w:val="center"/>
          </w:tcPr>
          <w:p>
            <w:r>
              <w:rPr>
                <w:rFonts w:ascii="Arial" w:hAnsi="Arial"/>
                <w:sz w:val="15"/>
              </w:rPr>
              <w:t>Дәрігерлік амбулатория</w:t>
            </w:r>
          </w:p>
        </w:tc>
        <w:tc>
          <w:tcPr>
            <w:tcW w:type="dxa" w:w="2948"/>
            <w:vAlign w:val="center"/>
          </w:tcPr>
          <w:p>
            <w:r>
              <w:rPr>
                <w:rFonts w:ascii="Arial" w:hAnsi="Arial"/>
                <w:sz w:val="15"/>
              </w:rPr>
              <w:t>Дәрігер-4, Орта буын-23, кіші буын-2, басқалар-1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1814"/>
            <w:vAlign w:val="center"/>
          </w:tcPr>
          <w:p>
            <w:r>
              <w:rPr>
                <w:rFonts w:ascii="Arial" w:hAnsi="Arial"/>
                <w:sz w:val="15"/>
              </w:rPr>
              <w:t>5621</w:t>
            </w:r>
          </w:p>
        </w:tc>
        <w:tc>
          <w:tcPr>
            <w:tcW w:type="dxa" w:w="2948"/>
            <w:vAlign w:val="center"/>
          </w:tcPr>
          <w:p>
            <w:r>
              <w:rPr>
                <w:rFonts w:ascii="Arial" w:hAnsi="Arial"/>
                <w:sz w:val="15"/>
              </w:rPr>
            </w:r>
          </w:p>
        </w:tc>
      </w:tr>
      <w:tr>
        <w:tc>
          <w:tcPr>
            <w:tcW w:type="dxa" w:w="2835"/>
            <w:vAlign w:val="center"/>
          </w:tcPr>
          <w:p>
            <w:r>
              <w:rPr>
                <w:rFonts w:ascii="Arial" w:hAnsi="Arial"/>
                <w:sz w:val="15"/>
              </w:rPr>
              <w:t>ДА Таскескен</w:t>
            </w:r>
          </w:p>
        </w:tc>
        <w:tc>
          <w:tcPr>
            <w:tcW w:type="dxa" w:w="1871"/>
            <w:vAlign w:val="center"/>
          </w:tcPr>
          <w:p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1814"/>
            <w:vAlign w:val="center"/>
          </w:tcPr>
          <w:p>
            <w:r>
              <w:rPr>
                <w:rFonts w:ascii="Arial" w:hAnsi="Arial"/>
                <w:sz w:val="15"/>
              </w:rPr>
              <w:t>Дәрігерлік амбулатория</w:t>
            </w:r>
          </w:p>
        </w:tc>
        <w:tc>
          <w:tcPr>
            <w:tcW w:type="dxa" w:w="2948"/>
            <w:vAlign w:val="center"/>
          </w:tcPr>
          <w:p>
            <w:r>
              <w:rPr>
                <w:rFonts w:ascii="Arial" w:hAnsi="Arial"/>
                <w:sz w:val="15"/>
              </w:rPr>
              <w:t>Дәрігер-6, Орта буын-27, кіші буын-11, басқалар-9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1814"/>
            <w:vAlign w:val="center"/>
          </w:tcPr>
          <w:p>
            <w:r>
              <w:rPr>
                <w:rFonts w:ascii="Arial" w:hAnsi="Arial"/>
                <w:sz w:val="15"/>
              </w:rPr>
              <w:t>2270</w:t>
            </w:r>
          </w:p>
        </w:tc>
        <w:tc>
          <w:tcPr>
            <w:tcW w:type="dxa" w:w="2948"/>
            <w:vAlign w:val="center"/>
          </w:tcPr>
          <w:p>
            <w:r>
              <w:rPr>
                <w:rFonts w:ascii="Arial" w:hAnsi="Arial"/>
                <w:sz w:val="15"/>
              </w:rPr>
            </w:r>
          </w:p>
        </w:tc>
      </w:tr>
      <w:tr>
        <w:tc>
          <w:tcPr>
            <w:tcW w:type="dxa" w:w="2835"/>
            <w:vAlign w:val="center"/>
          </w:tcPr>
          <w:p>
            <w:r>
              <w:rPr>
                <w:rFonts w:ascii="Arial" w:hAnsi="Arial"/>
                <w:sz w:val="15"/>
              </w:rPr>
              <w:t>ДА Алтыншокы</w:t>
            </w:r>
          </w:p>
        </w:tc>
        <w:tc>
          <w:tcPr>
            <w:tcW w:type="dxa" w:w="1871"/>
            <w:vAlign w:val="center"/>
          </w:tcPr>
          <w:p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1814"/>
            <w:vAlign w:val="center"/>
          </w:tcPr>
          <w:p>
            <w:r>
              <w:rPr>
                <w:rFonts w:ascii="Arial" w:hAnsi="Arial"/>
                <w:sz w:val="15"/>
              </w:rPr>
              <w:t>Дәрігерлік амбулатория</w:t>
            </w:r>
          </w:p>
        </w:tc>
        <w:tc>
          <w:tcPr>
            <w:tcW w:type="dxa" w:w="2948"/>
            <w:vAlign w:val="center"/>
          </w:tcPr>
          <w:p>
            <w:r>
              <w:rPr>
                <w:rFonts w:ascii="Arial" w:hAnsi="Arial"/>
                <w:sz w:val="15"/>
              </w:rPr>
              <w:t>Дәрігер-2, Орта буын-8, кіші буын-2, басқалар-2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1814"/>
            <w:vAlign w:val="center"/>
          </w:tcPr>
          <w:p>
            <w:r>
              <w:rPr>
                <w:rFonts w:ascii="Arial" w:hAnsi="Arial"/>
                <w:sz w:val="15"/>
              </w:rPr>
              <w:t>941</w:t>
            </w:r>
          </w:p>
        </w:tc>
        <w:tc>
          <w:tcPr>
            <w:tcW w:type="dxa" w:w="2948"/>
            <w:vAlign w:val="center"/>
          </w:tcPr>
          <w:p>
            <w:r>
              <w:rPr>
                <w:rFonts w:ascii="Arial" w:hAnsi="Arial"/>
                <w:sz w:val="15"/>
              </w:rPr>
            </w:r>
          </w:p>
        </w:tc>
      </w:tr>
      <w:tr>
        <w:tc>
          <w:tcPr>
            <w:tcW w:type="dxa" w:w="2835"/>
            <w:vAlign w:val="center"/>
          </w:tcPr>
          <w:p>
            <w:r>
              <w:rPr>
                <w:rFonts w:ascii="Arial" w:hAnsi="Arial"/>
                <w:sz w:val="15"/>
              </w:rPr>
              <w:t>ДА Барқытбел</w:t>
            </w:r>
          </w:p>
        </w:tc>
        <w:tc>
          <w:tcPr>
            <w:tcW w:type="dxa" w:w="1871"/>
            <w:vAlign w:val="center"/>
          </w:tcPr>
          <w:p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1814"/>
            <w:vAlign w:val="center"/>
          </w:tcPr>
          <w:p>
            <w:r>
              <w:rPr>
                <w:rFonts w:ascii="Arial" w:hAnsi="Arial"/>
                <w:sz w:val="15"/>
              </w:rPr>
              <w:t>Дәрігерлік амбулатория</w:t>
            </w:r>
          </w:p>
        </w:tc>
        <w:tc>
          <w:tcPr>
            <w:tcW w:type="dxa" w:w="2948"/>
            <w:vAlign w:val="center"/>
          </w:tcPr>
          <w:p>
            <w:r>
              <w:rPr>
                <w:rFonts w:ascii="Arial" w:hAnsi="Arial"/>
                <w:sz w:val="15"/>
              </w:rPr>
              <w:t>Дәрігер-1, Орта буын-7, кіші буын-1, басқалар-2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" w:hAnsi="Arial"/>
                <w:sz w:val="15"/>
              </w:rPr>
              <w:t>Жалпы тәжірибелі дәрігер</w:t>
            </w:r>
          </w:p>
        </w:tc>
        <w:tc>
          <w:tcPr>
            <w:tcW w:type="dxa" w:w="1814"/>
            <w:vAlign w:val="center"/>
          </w:tcPr>
          <w:p>
            <w:r>
              <w:rPr>
                <w:rFonts w:ascii="Arial" w:hAnsi="Arial"/>
                <w:sz w:val="15"/>
              </w:rPr>
              <w:t>862</w:t>
            </w:r>
          </w:p>
        </w:tc>
        <w:tc>
          <w:tcPr>
            <w:tcW w:type="dxa" w:w="2948"/>
            <w:vAlign w:val="center"/>
          </w:tcPr>
          <w:p>
            <w:r>
              <w:rPr>
                <w:rFonts w:ascii="Arial" w:hAnsi="Arial"/>
                <w:sz w:val="15"/>
              </w:rPr>
            </w:r>
          </w:p>
        </w:tc>
      </w:tr>
      <w:tr>
        <w:tc>
          <w:tcPr>
            <w:tcW w:type="dxa" w:w="2835"/>
            <w:vAlign w:val="center"/>
          </w:tcPr>
          <w:p>
            <w:r>
              <w:rPr>
                <w:rFonts w:ascii="Arial" w:hAnsi="Arial"/>
                <w:sz w:val="15"/>
              </w:rPr>
              <w:t>ДА Елтай</w:t>
            </w:r>
          </w:p>
        </w:tc>
        <w:tc>
          <w:tcPr>
            <w:tcW w:type="dxa" w:w="1871"/>
            <w:vAlign w:val="center"/>
          </w:tcPr>
          <w:p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1814"/>
            <w:vAlign w:val="center"/>
          </w:tcPr>
          <w:p>
            <w:r>
              <w:rPr>
                <w:rFonts w:ascii="Arial" w:hAnsi="Arial"/>
                <w:sz w:val="15"/>
              </w:rPr>
              <w:t>Дәрігерлік амбулатория</w:t>
            </w:r>
          </w:p>
        </w:tc>
        <w:tc>
          <w:tcPr>
            <w:tcW w:type="dxa" w:w="2948"/>
            <w:vAlign w:val="center"/>
          </w:tcPr>
          <w:p>
            <w:r>
              <w:rPr>
                <w:rFonts w:ascii="Arial" w:hAnsi="Arial"/>
                <w:sz w:val="15"/>
              </w:rPr>
              <w:t>Дәрігер-1, Орта буын-5, кіші буын-1, басқалар-2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1814"/>
            <w:vAlign w:val="center"/>
          </w:tcPr>
          <w:p>
            <w:r>
              <w:rPr>
                <w:rFonts w:ascii="Arial" w:hAnsi="Arial"/>
                <w:sz w:val="15"/>
              </w:rPr>
              <w:t>1503</w:t>
            </w:r>
          </w:p>
        </w:tc>
        <w:tc>
          <w:tcPr>
            <w:tcW w:type="dxa" w:w="2948"/>
            <w:vAlign w:val="center"/>
          </w:tcPr>
          <w:p>
            <w:r>
              <w:rPr>
                <w:rFonts w:ascii="Arial" w:hAnsi="Arial"/>
                <w:sz w:val="15"/>
              </w:rPr>
            </w:r>
          </w:p>
        </w:tc>
      </w:tr>
      <w:tr>
        <w:tc>
          <w:tcPr>
            <w:tcW w:type="dxa" w:w="2835"/>
            <w:vAlign w:val="center"/>
          </w:tcPr>
          <w:p>
            <w:r>
              <w:rPr>
                <w:rFonts w:ascii="Arial" w:hAnsi="Arial"/>
                <w:sz w:val="15"/>
              </w:rPr>
              <w:t>ДА Жана Тилек</w:t>
            </w:r>
          </w:p>
        </w:tc>
        <w:tc>
          <w:tcPr>
            <w:tcW w:type="dxa" w:w="1871"/>
            <w:vAlign w:val="center"/>
          </w:tcPr>
          <w:p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1814"/>
            <w:vAlign w:val="center"/>
          </w:tcPr>
          <w:p>
            <w:r>
              <w:rPr>
                <w:rFonts w:ascii="Arial" w:hAnsi="Arial"/>
                <w:sz w:val="15"/>
              </w:rPr>
              <w:t>Дәрігерлік амбулатория</w:t>
            </w:r>
          </w:p>
        </w:tc>
        <w:tc>
          <w:tcPr>
            <w:tcW w:type="dxa" w:w="2948"/>
            <w:vAlign w:val="center"/>
          </w:tcPr>
          <w:p>
            <w:r>
              <w:rPr>
                <w:rFonts w:ascii="Arial" w:hAnsi="Arial"/>
                <w:sz w:val="15"/>
              </w:rPr>
              <w:t>Дәрігер-1, Орта буын-6, кіші буын-1, басқалар-2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1814"/>
            <w:vAlign w:val="center"/>
          </w:tcPr>
          <w:p>
            <w:r>
              <w:rPr>
                <w:rFonts w:ascii="Arial" w:hAnsi="Arial"/>
                <w:sz w:val="15"/>
              </w:rPr>
              <w:t>1152</w:t>
            </w:r>
          </w:p>
        </w:tc>
        <w:tc>
          <w:tcPr>
            <w:tcW w:type="dxa" w:w="2948"/>
            <w:vAlign w:val="center"/>
          </w:tcPr>
          <w:p>
            <w:r>
              <w:rPr>
                <w:rFonts w:ascii="Arial" w:hAnsi="Arial"/>
                <w:sz w:val="15"/>
              </w:rPr>
            </w:r>
          </w:p>
        </w:tc>
      </w:tr>
      <w:tr>
        <w:tc>
          <w:tcPr>
            <w:tcW w:type="dxa" w:w="2835"/>
            <w:vAlign w:val="center"/>
          </w:tcPr>
          <w:p>
            <w:r>
              <w:rPr>
                <w:rFonts w:ascii="Arial" w:hAnsi="Arial"/>
                <w:sz w:val="15"/>
              </w:rPr>
              <w:t>ДА Жогаргы Егинсу</w:t>
            </w:r>
          </w:p>
        </w:tc>
        <w:tc>
          <w:tcPr>
            <w:tcW w:type="dxa" w:w="1871"/>
            <w:vAlign w:val="center"/>
          </w:tcPr>
          <w:p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1814"/>
            <w:vAlign w:val="center"/>
          </w:tcPr>
          <w:p>
            <w:r>
              <w:rPr>
                <w:rFonts w:ascii="Arial" w:hAnsi="Arial"/>
                <w:sz w:val="15"/>
              </w:rPr>
              <w:t>Дәрігерлік амбулатория</w:t>
            </w:r>
          </w:p>
        </w:tc>
        <w:tc>
          <w:tcPr>
            <w:tcW w:type="dxa" w:w="2948"/>
            <w:vAlign w:val="center"/>
          </w:tcPr>
          <w:p>
            <w:r>
              <w:rPr>
                <w:rFonts w:ascii="Arial" w:hAnsi="Arial"/>
                <w:sz w:val="15"/>
              </w:rPr>
              <w:t>Дәрігер-1, Орта буын-6, кіші буын-1, басқалар-2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1814"/>
            <w:vAlign w:val="center"/>
          </w:tcPr>
          <w:p>
            <w:r>
              <w:rPr>
                <w:rFonts w:ascii="Arial" w:hAnsi="Arial"/>
                <w:sz w:val="15"/>
              </w:rPr>
              <w:t>1267</w:t>
            </w:r>
          </w:p>
        </w:tc>
        <w:tc>
          <w:tcPr>
            <w:tcW w:type="dxa" w:w="2948"/>
            <w:vAlign w:val="center"/>
          </w:tcPr>
          <w:p>
            <w:r>
              <w:rPr>
                <w:rFonts w:ascii="Arial" w:hAnsi="Arial"/>
                <w:sz w:val="15"/>
              </w:rPr>
              <w:t>строительство по национальному проекту «МОДЕРНИЗАЦИЯ СЕЛЬСКОГО ЗДРАВООХРАНЕНИЯ»</w:t>
              <w:br/>
              <w:t>27.12.2024 г.</w:t>
            </w:r>
          </w:p>
        </w:tc>
      </w:tr>
      <w:tr>
        <w:tc>
          <w:tcPr>
            <w:tcW w:type="dxa" w:w="2835"/>
            <w:vAlign w:val="center"/>
          </w:tcPr>
          <w:p>
            <w:r>
              <w:rPr>
                <w:rFonts w:ascii="Arial" w:hAnsi="Arial"/>
                <w:sz w:val="15"/>
              </w:rPr>
              <w:t>ДА Қаратұма</w:t>
            </w:r>
          </w:p>
        </w:tc>
        <w:tc>
          <w:tcPr>
            <w:tcW w:type="dxa" w:w="1871"/>
            <w:vAlign w:val="center"/>
          </w:tcPr>
          <w:p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1814"/>
            <w:vAlign w:val="center"/>
          </w:tcPr>
          <w:p>
            <w:r>
              <w:rPr>
                <w:rFonts w:ascii="Arial" w:hAnsi="Arial"/>
                <w:sz w:val="15"/>
              </w:rPr>
              <w:t>Дәрігерлік амбулатория</w:t>
            </w:r>
          </w:p>
        </w:tc>
        <w:tc>
          <w:tcPr>
            <w:tcW w:type="dxa" w:w="2948"/>
            <w:vAlign w:val="center"/>
          </w:tcPr>
          <w:p>
            <w:r>
              <w:rPr>
                <w:rFonts w:ascii="Arial" w:hAnsi="Arial"/>
                <w:sz w:val="15"/>
              </w:rPr>
              <w:t>Дәрігер-1, Орта буын-5, кіші буын-1, басқалар-3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1814"/>
            <w:vAlign w:val="center"/>
          </w:tcPr>
          <w:p>
            <w:r>
              <w:rPr>
                <w:rFonts w:ascii="Arial" w:hAnsi="Arial"/>
                <w:sz w:val="15"/>
              </w:rPr>
              <w:t>1218</w:t>
            </w:r>
          </w:p>
        </w:tc>
        <w:tc>
          <w:tcPr>
            <w:tcW w:type="dxa" w:w="2948"/>
            <w:vAlign w:val="center"/>
          </w:tcPr>
          <w:p>
            <w:r>
              <w:rPr>
                <w:rFonts w:ascii="Arial" w:hAnsi="Arial"/>
                <w:sz w:val="15"/>
              </w:rPr>
            </w:r>
          </w:p>
        </w:tc>
      </w:tr>
      <w:tr>
        <w:tc>
          <w:tcPr>
            <w:tcW w:type="dxa" w:w="2835"/>
            <w:vAlign w:val="center"/>
          </w:tcPr>
          <w:p>
            <w:r>
              <w:rPr>
                <w:rFonts w:ascii="Arial" w:hAnsi="Arial"/>
                <w:sz w:val="15"/>
              </w:rPr>
              <w:t>ДА Көкөзек</w:t>
            </w:r>
          </w:p>
        </w:tc>
        <w:tc>
          <w:tcPr>
            <w:tcW w:type="dxa" w:w="1871"/>
            <w:vAlign w:val="center"/>
          </w:tcPr>
          <w:p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1814"/>
            <w:vAlign w:val="center"/>
          </w:tcPr>
          <w:p>
            <w:r>
              <w:rPr>
                <w:rFonts w:ascii="Arial" w:hAnsi="Arial"/>
                <w:sz w:val="15"/>
              </w:rPr>
              <w:t>Дәрігерлік амбулатория</w:t>
            </w:r>
          </w:p>
        </w:tc>
        <w:tc>
          <w:tcPr>
            <w:tcW w:type="dxa" w:w="2948"/>
            <w:vAlign w:val="center"/>
          </w:tcPr>
          <w:p>
            <w:r>
              <w:rPr>
                <w:rFonts w:ascii="Arial" w:hAnsi="Arial"/>
                <w:sz w:val="15"/>
              </w:rPr>
              <w:t>Дәрігер-1, Орта буын-6, кіші буын-1, басқалар-2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1814"/>
            <w:vAlign w:val="center"/>
          </w:tcPr>
          <w:p>
            <w:r>
              <w:rPr>
                <w:rFonts w:ascii="Arial" w:hAnsi="Arial"/>
                <w:sz w:val="15"/>
              </w:rPr>
              <w:t>1013</w:t>
            </w:r>
          </w:p>
        </w:tc>
        <w:tc>
          <w:tcPr>
            <w:tcW w:type="dxa" w:w="2948"/>
            <w:vAlign w:val="center"/>
          </w:tcPr>
          <w:p>
            <w:r>
              <w:rPr>
                <w:rFonts w:ascii="Arial" w:hAnsi="Arial"/>
                <w:sz w:val="15"/>
              </w:rPr>
            </w:r>
          </w:p>
        </w:tc>
      </w:tr>
      <w:tr>
        <w:tc>
          <w:tcPr>
            <w:tcW w:type="dxa" w:w="2835"/>
            <w:vAlign w:val="center"/>
          </w:tcPr>
          <w:p>
            <w:r>
              <w:rPr>
                <w:rFonts w:ascii="Arial" w:hAnsi="Arial"/>
                <w:sz w:val="15"/>
              </w:rPr>
              <w:t>ДА Қарақол</w:t>
            </w:r>
          </w:p>
        </w:tc>
        <w:tc>
          <w:tcPr>
            <w:tcW w:type="dxa" w:w="1871"/>
            <w:vAlign w:val="center"/>
          </w:tcPr>
          <w:p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1814"/>
            <w:vAlign w:val="center"/>
          </w:tcPr>
          <w:p>
            <w:r>
              <w:rPr>
                <w:rFonts w:ascii="Arial" w:hAnsi="Arial"/>
                <w:sz w:val="15"/>
              </w:rPr>
              <w:t>Дәрігерлік амбулатория</w:t>
            </w:r>
          </w:p>
        </w:tc>
        <w:tc>
          <w:tcPr>
            <w:tcW w:type="dxa" w:w="2948"/>
            <w:vAlign w:val="center"/>
          </w:tcPr>
          <w:p>
            <w:r>
              <w:rPr>
                <w:rFonts w:ascii="Arial" w:hAnsi="Arial"/>
                <w:sz w:val="15"/>
              </w:rPr>
              <w:t>Дәрігер-1, Орта буын-7, кіші буын-1, басқалар-2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1814"/>
            <w:vAlign w:val="center"/>
          </w:tcPr>
          <w:p>
            <w:r>
              <w:rPr>
                <w:rFonts w:ascii="Arial" w:hAnsi="Arial"/>
                <w:sz w:val="15"/>
              </w:rPr>
              <w:t>1582</w:t>
            </w:r>
          </w:p>
        </w:tc>
        <w:tc>
          <w:tcPr>
            <w:tcW w:type="dxa" w:w="2948"/>
            <w:vAlign w:val="center"/>
          </w:tcPr>
          <w:p>
            <w:r>
              <w:rPr>
                <w:rFonts w:ascii="Arial" w:hAnsi="Arial"/>
                <w:sz w:val="15"/>
              </w:rPr>
            </w:r>
          </w:p>
        </w:tc>
      </w:tr>
      <w:tr>
        <w:tc>
          <w:tcPr>
            <w:tcW w:type="dxa" w:w="2835"/>
            <w:vAlign w:val="center"/>
          </w:tcPr>
          <w:p>
            <w:r>
              <w:rPr>
                <w:rFonts w:ascii="Arial" w:hAnsi="Arial"/>
                <w:sz w:val="15"/>
              </w:rPr>
              <w:t>ДА Науалы</w:t>
            </w:r>
          </w:p>
        </w:tc>
        <w:tc>
          <w:tcPr>
            <w:tcW w:type="dxa" w:w="1871"/>
            <w:vAlign w:val="center"/>
          </w:tcPr>
          <w:p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1814"/>
            <w:vAlign w:val="center"/>
          </w:tcPr>
          <w:p>
            <w:r>
              <w:rPr>
                <w:rFonts w:ascii="Arial" w:hAnsi="Arial"/>
                <w:sz w:val="15"/>
              </w:rPr>
              <w:t>Дәрігерлік амбулатория</w:t>
            </w:r>
          </w:p>
        </w:tc>
        <w:tc>
          <w:tcPr>
            <w:tcW w:type="dxa" w:w="2948"/>
            <w:vAlign w:val="center"/>
          </w:tcPr>
          <w:p>
            <w:r>
              <w:rPr>
                <w:rFonts w:ascii="Arial" w:hAnsi="Arial"/>
                <w:sz w:val="15"/>
              </w:rPr>
              <w:t>Дәрігер-2, Орта буын-9, кіші буын-1, басқалар-3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1814"/>
            <w:vAlign w:val="center"/>
          </w:tcPr>
          <w:p>
            <w:r>
              <w:rPr>
                <w:rFonts w:ascii="Arial" w:hAnsi="Arial"/>
                <w:sz w:val="15"/>
              </w:rPr>
              <w:t>2426</w:t>
            </w:r>
          </w:p>
        </w:tc>
        <w:tc>
          <w:tcPr>
            <w:tcW w:type="dxa" w:w="2948"/>
            <w:vAlign w:val="center"/>
          </w:tcPr>
          <w:p>
            <w:r>
              <w:rPr>
                <w:rFonts w:ascii="Arial" w:hAnsi="Arial"/>
                <w:sz w:val="15"/>
              </w:rPr>
            </w:r>
          </w:p>
        </w:tc>
      </w:tr>
      <w:tr>
        <w:tc>
          <w:tcPr>
            <w:tcW w:type="dxa" w:w="2835"/>
            <w:vAlign w:val="center"/>
          </w:tcPr>
          <w:p>
            <w:r>
              <w:rPr>
                <w:rFonts w:ascii="Arial" w:hAnsi="Arial"/>
                <w:sz w:val="15"/>
              </w:rPr>
              <w:t>ДА Шолпан</w:t>
            </w:r>
          </w:p>
        </w:tc>
        <w:tc>
          <w:tcPr>
            <w:tcW w:type="dxa" w:w="1871"/>
            <w:vAlign w:val="center"/>
          </w:tcPr>
          <w:p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1814"/>
            <w:vAlign w:val="center"/>
          </w:tcPr>
          <w:p>
            <w:r>
              <w:rPr>
                <w:rFonts w:ascii="Arial" w:hAnsi="Arial"/>
                <w:sz w:val="15"/>
              </w:rPr>
              <w:t>Дәрігерлік амбулатория</w:t>
            </w:r>
          </w:p>
        </w:tc>
        <w:tc>
          <w:tcPr>
            <w:tcW w:type="dxa" w:w="2948"/>
            <w:vAlign w:val="center"/>
          </w:tcPr>
          <w:p>
            <w:r>
              <w:rPr>
                <w:rFonts w:ascii="Arial" w:hAnsi="Arial"/>
                <w:sz w:val="15"/>
              </w:rPr>
              <w:t>Дәрігер-1, Орта буын-6, кіші буын-1, басқалар-2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1814"/>
            <w:vAlign w:val="center"/>
          </w:tcPr>
          <w:p>
            <w:r>
              <w:rPr>
                <w:rFonts w:ascii="Arial" w:hAnsi="Arial"/>
                <w:sz w:val="15"/>
              </w:rPr>
              <w:t>1045</w:t>
            </w:r>
          </w:p>
        </w:tc>
        <w:tc>
          <w:tcPr>
            <w:tcW w:type="dxa" w:w="2948"/>
            <w:vAlign w:val="center"/>
          </w:tcPr>
          <w:p>
            <w:r>
              <w:rPr>
                <w:rFonts w:ascii="Arial" w:hAnsi="Arial"/>
                <w:sz w:val="15"/>
              </w:rPr>
            </w:r>
          </w:p>
        </w:tc>
      </w:tr>
      <w:tr>
        <w:tc>
          <w:tcPr>
            <w:tcW w:type="dxa" w:w="2835"/>
            <w:vAlign w:val="center"/>
          </w:tcPr>
          <w:p>
            <w:r>
              <w:rPr>
                <w:rFonts w:ascii="Arial" w:hAnsi="Arial"/>
                <w:sz w:val="15"/>
              </w:rPr>
              <w:t>ДА Бестерек</w:t>
            </w:r>
          </w:p>
        </w:tc>
        <w:tc>
          <w:tcPr>
            <w:tcW w:type="dxa" w:w="1871"/>
            <w:vAlign w:val="center"/>
          </w:tcPr>
          <w:p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1814"/>
            <w:vAlign w:val="center"/>
          </w:tcPr>
          <w:p>
            <w:r>
              <w:rPr>
                <w:rFonts w:ascii="Arial" w:hAnsi="Arial"/>
                <w:sz w:val="15"/>
              </w:rPr>
              <w:t>Дәрігерлік амбулатория</w:t>
            </w:r>
          </w:p>
        </w:tc>
        <w:tc>
          <w:tcPr>
            <w:tcW w:type="dxa" w:w="2948"/>
            <w:vAlign w:val="center"/>
          </w:tcPr>
          <w:p>
            <w:r>
              <w:rPr>
                <w:rFonts w:ascii="Arial" w:hAnsi="Arial"/>
                <w:sz w:val="15"/>
              </w:rPr>
              <w:t>Дәрігер-1, Орта буын-6, кіші буын-2, басқалар-2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1814"/>
            <w:vAlign w:val="center"/>
          </w:tcPr>
          <w:p>
            <w:r>
              <w:rPr>
                <w:rFonts w:ascii="Arial" w:hAnsi="Arial"/>
                <w:sz w:val="15"/>
              </w:rPr>
              <w:t>1514</w:t>
            </w:r>
          </w:p>
        </w:tc>
        <w:tc>
          <w:tcPr>
            <w:tcW w:type="dxa" w:w="2948"/>
            <w:vAlign w:val="center"/>
          </w:tcPr>
          <w:p>
            <w:r>
              <w:rPr>
                <w:rFonts w:ascii="Arial" w:hAnsi="Arial"/>
                <w:sz w:val="15"/>
              </w:rPr>
            </w:r>
          </w:p>
        </w:tc>
      </w:tr>
      <w:tr>
        <w:tc>
          <w:tcPr>
            <w:tcW w:type="dxa" w:w="2835"/>
            <w:vAlign w:val="center"/>
          </w:tcPr>
          <w:p>
            <w:r>
              <w:rPr>
                <w:rFonts w:ascii="Arial" w:hAnsi="Arial"/>
                <w:sz w:val="15"/>
              </w:rPr>
              <w:t>ДА Көлденең</w:t>
            </w:r>
          </w:p>
        </w:tc>
        <w:tc>
          <w:tcPr>
            <w:tcW w:type="dxa" w:w="1871"/>
            <w:vAlign w:val="center"/>
          </w:tcPr>
          <w:p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1814"/>
            <w:vAlign w:val="center"/>
          </w:tcPr>
          <w:p>
            <w:r>
              <w:rPr>
                <w:rFonts w:ascii="Arial" w:hAnsi="Arial"/>
                <w:sz w:val="15"/>
              </w:rPr>
              <w:t>Дәрігерлік амбулатория</w:t>
            </w:r>
          </w:p>
        </w:tc>
        <w:tc>
          <w:tcPr>
            <w:tcW w:type="dxa" w:w="2948"/>
            <w:vAlign w:val="center"/>
          </w:tcPr>
          <w:p>
            <w:r>
              <w:rPr>
                <w:rFonts w:ascii="Arial" w:hAnsi="Arial"/>
                <w:sz w:val="15"/>
              </w:rPr>
              <w:t>Дәрігер-1, Орта буын-4, кіші буын-1, басқалар-2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1814"/>
            <w:vAlign w:val="center"/>
          </w:tcPr>
          <w:p>
            <w:r>
              <w:rPr>
                <w:rFonts w:ascii="Arial" w:hAnsi="Arial"/>
                <w:sz w:val="15"/>
              </w:rPr>
              <w:t>1082</w:t>
            </w:r>
          </w:p>
        </w:tc>
        <w:tc>
          <w:tcPr>
            <w:tcW w:type="dxa" w:w="2948"/>
            <w:vAlign w:val="center"/>
          </w:tcPr>
          <w:p>
            <w:r>
              <w:rPr>
                <w:rFonts w:ascii="Arial" w:hAnsi="Arial"/>
                <w:sz w:val="15"/>
              </w:rPr>
            </w:r>
          </w:p>
        </w:tc>
      </w:tr>
      <w:tr>
        <w:tc>
          <w:tcPr>
            <w:tcW w:type="dxa" w:w="2835"/>
            <w:vAlign w:val="center"/>
          </w:tcPr>
          <w:p>
            <w:r>
              <w:rPr>
                <w:rFonts w:ascii="Arial" w:hAnsi="Arial"/>
                <w:sz w:val="15"/>
              </w:rPr>
              <w:t>ФАП Егінсу</w:t>
            </w:r>
          </w:p>
        </w:tc>
        <w:tc>
          <w:tcPr>
            <w:tcW w:type="dxa" w:w="1871"/>
            <w:vAlign w:val="center"/>
          </w:tcPr>
          <w:p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1814"/>
            <w:vAlign w:val="center"/>
          </w:tcPr>
          <w:p>
            <w:r>
              <w:rPr>
                <w:rFonts w:ascii="Arial" w:hAnsi="Arial"/>
                <w:sz w:val="15"/>
              </w:rPr>
              <w:t>ФАП</w:t>
            </w:r>
          </w:p>
        </w:tc>
        <w:tc>
          <w:tcPr>
            <w:tcW w:type="dxa" w:w="2948"/>
            <w:vAlign w:val="center"/>
          </w:tcPr>
          <w:p>
            <w:r>
              <w:rPr>
                <w:rFonts w:ascii="Arial" w:hAnsi="Arial"/>
                <w:sz w:val="15"/>
              </w:rPr>
              <w:t>Орта буын-2, кіші буын-1, басқалар-1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1814"/>
            <w:vAlign w:val="center"/>
          </w:tcPr>
          <w:p>
            <w:r>
              <w:rPr>
                <w:rFonts w:ascii="Arial" w:hAnsi="Arial"/>
                <w:sz w:val="15"/>
              </w:rPr>
              <w:t>534</w:t>
            </w:r>
          </w:p>
        </w:tc>
        <w:tc>
          <w:tcPr>
            <w:tcW w:type="dxa" w:w="2948"/>
            <w:vAlign w:val="center"/>
          </w:tcPr>
          <w:p>
            <w:r>
              <w:rPr>
                <w:rFonts w:ascii="Arial" w:hAnsi="Arial"/>
                <w:sz w:val="15"/>
              </w:rPr>
            </w:r>
          </w:p>
        </w:tc>
      </w:tr>
      <w:tr>
        <w:tc>
          <w:tcPr>
            <w:tcW w:type="dxa" w:w="2835"/>
            <w:vAlign w:val="center"/>
          </w:tcPr>
          <w:p>
            <w:r>
              <w:rPr>
                <w:rFonts w:ascii="Arial" w:hAnsi="Arial"/>
                <w:sz w:val="15"/>
              </w:rPr>
              <w:t>ФАП Жанай</w:t>
            </w:r>
          </w:p>
        </w:tc>
        <w:tc>
          <w:tcPr>
            <w:tcW w:type="dxa" w:w="1871"/>
            <w:vAlign w:val="center"/>
          </w:tcPr>
          <w:p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1814"/>
            <w:vAlign w:val="center"/>
          </w:tcPr>
          <w:p>
            <w:r>
              <w:rPr>
                <w:rFonts w:ascii="Arial" w:hAnsi="Arial"/>
                <w:sz w:val="15"/>
              </w:rPr>
              <w:t>ФАП</w:t>
            </w:r>
          </w:p>
        </w:tc>
        <w:tc>
          <w:tcPr>
            <w:tcW w:type="dxa" w:w="2948"/>
            <w:vAlign w:val="center"/>
          </w:tcPr>
          <w:p>
            <w:r>
              <w:rPr>
                <w:rFonts w:ascii="Arial" w:hAnsi="Arial"/>
                <w:sz w:val="15"/>
              </w:rPr>
              <w:t>Орта буын-4, кіші буын-1, басқалар-1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1814"/>
            <w:vAlign w:val="center"/>
          </w:tcPr>
          <w:p>
            <w:r>
              <w:rPr>
                <w:rFonts w:ascii="Arial" w:hAnsi="Arial"/>
                <w:sz w:val="15"/>
              </w:rPr>
              <w:t>791</w:t>
            </w:r>
          </w:p>
        </w:tc>
        <w:tc>
          <w:tcPr>
            <w:tcW w:type="dxa" w:w="2948"/>
            <w:vAlign w:val="center"/>
          </w:tcPr>
          <w:p>
            <w:r>
              <w:rPr>
                <w:rFonts w:ascii="Arial" w:hAnsi="Arial"/>
                <w:sz w:val="15"/>
              </w:rPr>
            </w:r>
          </w:p>
        </w:tc>
      </w:tr>
      <w:tr>
        <w:tc>
          <w:tcPr>
            <w:tcW w:type="dxa" w:w="2835"/>
            <w:vAlign w:val="center"/>
          </w:tcPr>
          <w:p>
            <w:r>
              <w:rPr>
                <w:rFonts w:ascii="Arial" w:hAnsi="Arial"/>
                <w:sz w:val="15"/>
              </w:rPr>
              <w:t>ФАП Қызылту</w:t>
            </w:r>
          </w:p>
        </w:tc>
        <w:tc>
          <w:tcPr>
            <w:tcW w:type="dxa" w:w="1871"/>
            <w:vAlign w:val="center"/>
          </w:tcPr>
          <w:p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1814"/>
            <w:vAlign w:val="center"/>
          </w:tcPr>
          <w:p>
            <w:r>
              <w:rPr>
                <w:rFonts w:ascii="Arial" w:hAnsi="Arial"/>
                <w:sz w:val="15"/>
              </w:rPr>
              <w:t>ФАП</w:t>
            </w:r>
          </w:p>
        </w:tc>
        <w:tc>
          <w:tcPr>
            <w:tcW w:type="dxa" w:w="2948"/>
            <w:vAlign w:val="center"/>
          </w:tcPr>
          <w:p>
            <w:r>
              <w:rPr>
                <w:rFonts w:ascii="Arial" w:hAnsi="Arial"/>
                <w:sz w:val="15"/>
              </w:rPr>
              <w:t>Орта буын-3, кіші буын-1, басқалар-1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1814"/>
            <w:vAlign w:val="center"/>
          </w:tcPr>
          <w:p>
            <w:r>
              <w:rPr>
                <w:rFonts w:ascii="Arial" w:hAnsi="Arial"/>
                <w:sz w:val="15"/>
              </w:rPr>
              <w:t>532</w:t>
            </w:r>
          </w:p>
        </w:tc>
        <w:tc>
          <w:tcPr>
            <w:tcW w:type="dxa" w:w="2948"/>
            <w:vAlign w:val="center"/>
          </w:tcPr>
          <w:p>
            <w:r>
              <w:rPr>
                <w:rFonts w:ascii="Arial" w:hAnsi="Arial"/>
                <w:sz w:val="15"/>
              </w:rPr>
            </w:r>
          </w:p>
        </w:tc>
      </w:tr>
      <w:tr>
        <w:tc>
          <w:tcPr>
            <w:tcW w:type="dxa" w:w="2835"/>
            <w:vAlign w:val="center"/>
          </w:tcPr>
          <w:p>
            <w:r>
              <w:rPr>
                <w:rFonts w:ascii="Arial" w:hAnsi="Arial"/>
                <w:sz w:val="15"/>
              </w:rPr>
              <w:t>ФАП Сегізбай</w:t>
            </w:r>
          </w:p>
        </w:tc>
        <w:tc>
          <w:tcPr>
            <w:tcW w:type="dxa" w:w="1871"/>
            <w:vAlign w:val="center"/>
          </w:tcPr>
          <w:p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1814"/>
            <w:vAlign w:val="center"/>
          </w:tcPr>
          <w:p>
            <w:r>
              <w:rPr>
                <w:rFonts w:ascii="Arial" w:hAnsi="Arial"/>
                <w:sz w:val="15"/>
              </w:rPr>
              <w:t>ФАП</w:t>
            </w:r>
          </w:p>
        </w:tc>
        <w:tc>
          <w:tcPr>
            <w:tcW w:type="dxa" w:w="2948"/>
            <w:vAlign w:val="center"/>
          </w:tcPr>
          <w:p>
            <w:r>
              <w:rPr>
                <w:rFonts w:ascii="Arial" w:hAnsi="Arial"/>
                <w:sz w:val="15"/>
              </w:rPr>
              <w:t>Орта буын-2, кіші буын-1, басқалар-1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1814"/>
            <w:vAlign w:val="center"/>
          </w:tcPr>
          <w:p>
            <w:r>
              <w:rPr>
                <w:rFonts w:ascii="Arial" w:hAnsi="Arial"/>
                <w:sz w:val="15"/>
              </w:rPr>
              <w:t>406</w:t>
            </w:r>
          </w:p>
        </w:tc>
        <w:tc>
          <w:tcPr>
            <w:tcW w:type="dxa" w:w="2948"/>
            <w:vAlign w:val="center"/>
          </w:tcPr>
          <w:p>
            <w:r>
              <w:rPr>
                <w:rFonts w:ascii="Arial" w:hAnsi="Arial"/>
                <w:sz w:val="15"/>
              </w:rPr>
            </w:r>
          </w:p>
        </w:tc>
      </w:tr>
      <w:tr>
        <w:tc>
          <w:tcPr>
            <w:tcW w:type="dxa" w:w="2835"/>
            <w:vAlign w:val="center"/>
          </w:tcPr>
          <w:p>
            <w:r>
              <w:rPr>
                <w:rFonts w:ascii="Arial" w:hAnsi="Arial"/>
                <w:sz w:val="15"/>
              </w:rPr>
              <w:t>ФАП Айтбай</w:t>
            </w:r>
          </w:p>
        </w:tc>
        <w:tc>
          <w:tcPr>
            <w:tcW w:type="dxa" w:w="1871"/>
            <w:vAlign w:val="center"/>
          </w:tcPr>
          <w:p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1814"/>
            <w:vAlign w:val="center"/>
          </w:tcPr>
          <w:p>
            <w:r>
              <w:rPr>
                <w:rFonts w:ascii="Arial" w:hAnsi="Arial"/>
                <w:sz w:val="15"/>
              </w:rPr>
              <w:t>ФАП</w:t>
            </w:r>
          </w:p>
        </w:tc>
        <w:tc>
          <w:tcPr>
            <w:tcW w:type="dxa" w:w="2948"/>
            <w:vAlign w:val="center"/>
          </w:tcPr>
          <w:p>
            <w:r>
              <w:rPr>
                <w:rFonts w:ascii="Arial" w:hAnsi="Arial"/>
                <w:sz w:val="15"/>
              </w:rPr>
              <w:t>Орта буын-2, кіші буын-1, басқалар-1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1814"/>
            <w:vAlign w:val="center"/>
          </w:tcPr>
          <w:p>
            <w:r>
              <w:rPr>
                <w:rFonts w:ascii="Arial" w:hAnsi="Arial"/>
                <w:sz w:val="15"/>
              </w:rPr>
              <w:t>761</w:t>
            </w:r>
          </w:p>
        </w:tc>
        <w:tc>
          <w:tcPr>
            <w:tcW w:type="dxa" w:w="2948"/>
            <w:vAlign w:val="center"/>
          </w:tcPr>
          <w:p>
            <w:r>
              <w:rPr>
                <w:rFonts w:ascii="Arial" w:hAnsi="Arial"/>
                <w:sz w:val="15"/>
              </w:rPr>
            </w:r>
          </w:p>
        </w:tc>
      </w:tr>
      <w:tr>
        <w:tc>
          <w:tcPr>
            <w:tcW w:type="dxa" w:w="2835"/>
            <w:vAlign w:val="center"/>
          </w:tcPr>
          <w:p>
            <w:r>
              <w:rPr>
                <w:rFonts w:ascii="Arial" w:hAnsi="Arial"/>
                <w:sz w:val="15"/>
              </w:rPr>
              <w:t>ФАП Некрасовка</w:t>
            </w:r>
          </w:p>
        </w:tc>
        <w:tc>
          <w:tcPr>
            <w:tcW w:type="dxa" w:w="1871"/>
            <w:vAlign w:val="center"/>
          </w:tcPr>
          <w:p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1814"/>
            <w:vAlign w:val="center"/>
          </w:tcPr>
          <w:p>
            <w:r>
              <w:rPr>
                <w:rFonts w:ascii="Arial" w:hAnsi="Arial"/>
                <w:sz w:val="15"/>
              </w:rPr>
              <w:t>ФАП</w:t>
            </w:r>
          </w:p>
        </w:tc>
        <w:tc>
          <w:tcPr>
            <w:tcW w:type="dxa" w:w="2948"/>
            <w:vAlign w:val="center"/>
          </w:tcPr>
          <w:p>
            <w:r>
              <w:rPr>
                <w:rFonts w:ascii="Arial" w:hAnsi="Arial"/>
                <w:sz w:val="15"/>
              </w:rPr>
              <w:t>Орта буын-2, кіші буын-1, басқалар-1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1814"/>
            <w:vAlign w:val="center"/>
          </w:tcPr>
          <w:p>
            <w:r>
              <w:rPr>
                <w:rFonts w:ascii="Arial" w:hAnsi="Arial"/>
                <w:sz w:val="15"/>
              </w:rPr>
              <w:t>441</w:t>
            </w:r>
          </w:p>
        </w:tc>
        <w:tc>
          <w:tcPr>
            <w:tcW w:type="dxa" w:w="2948"/>
            <w:vAlign w:val="center"/>
          </w:tcPr>
          <w:p>
            <w:r>
              <w:rPr>
                <w:rFonts w:ascii="Arial" w:hAnsi="Arial"/>
                <w:sz w:val="15"/>
              </w:rPr>
              <w:t>строительство по национальному проекту «МОДЕРНИЗАЦИЯ СЕЛЬСКОГО ЗДРАВООХРАНЕНИЯ»</w:t>
              <w:br/>
              <w:t>27.12.2024 г.</w:t>
            </w:r>
          </w:p>
        </w:tc>
      </w:tr>
      <w:tr>
        <w:tc>
          <w:tcPr>
            <w:tcW w:type="dxa" w:w="2835"/>
            <w:vAlign w:val="center"/>
          </w:tcPr>
          <w:p>
            <w:r>
              <w:rPr>
                <w:rFonts w:ascii="Arial" w:hAnsi="Arial"/>
                <w:sz w:val="15"/>
              </w:rPr>
              <w:t>МП Қарамойыл</w:t>
            </w:r>
          </w:p>
        </w:tc>
        <w:tc>
          <w:tcPr>
            <w:tcW w:type="dxa" w:w="1871"/>
            <w:vAlign w:val="center"/>
          </w:tcPr>
          <w:p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1814"/>
            <w:vAlign w:val="center"/>
          </w:tcPr>
          <w:p>
            <w:r>
              <w:rPr>
                <w:rFonts w:ascii="Arial" w:hAnsi="Arial"/>
                <w:sz w:val="15"/>
              </w:rPr>
              <w:t>МП</w:t>
            </w:r>
          </w:p>
        </w:tc>
        <w:tc>
          <w:tcPr>
            <w:tcW w:type="dxa" w:w="2948"/>
            <w:vAlign w:val="center"/>
          </w:tcPr>
          <w:p>
            <w:r>
              <w:rPr>
                <w:rFonts w:ascii="Arial" w:hAnsi="Arial"/>
                <w:sz w:val="15"/>
              </w:rPr>
              <w:t>Орта буын-1, кіші буын-1,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1814"/>
            <w:vAlign w:val="center"/>
          </w:tcPr>
          <w:p>
            <w:r>
              <w:rPr>
                <w:rFonts w:ascii="Arial" w:hAnsi="Arial"/>
                <w:sz w:val="15"/>
              </w:rPr>
              <w:t>102</w:t>
            </w:r>
          </w:p>
        </w:tc>
        <w:tc>
          <w:tcPr>
            <w:tcW w:type="dxa" w:w="2948"/>
            <w:vAlign w:val="center"/>
          </w:tcPr>
          <w:p>
            <w:r>
              <w:rPr>
                <w:rFonts w:ascii="Arial" w:hAnsi="Arial"/>
                <w:sz w:val="15"/>
              </w:rPr>
            </w:r>
          </w:p>
        </w:tc>
      </w:tr>
      <w:tr>
        <w:tc>
          <w:tcPr>
            <w:tcW w:type="dxa" w:w="2835"/>
            <w:vAlign w:val="center"/>
          </w:tcPr>
          <w:p>
            <w:r>
              <w:rPr>
                <w:rFonts w:ascii="Arial" w:hAnsi="Arial"/>
                <w:sz w:val="15"/>
              </w:rPr>
              <w:t>МП Амангелді</w:t>
            </w:r>
          </w:p>
        </w:tc>
        <w:tc>
          <w:tcPr>
            <w:tcW w:type="dxa" w:w="1871"/>
            <w:vAlign w:val="center"/>
          </w:tcPr>
          <w:p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1814"/>
            <w:vAlign w:val="center"/>
          </w:tcPr>
          <w:p>
            <w:r>
              <w:rPr>
                <w:rFonts w:ascii="Arial" w:hAnsi="Arial"/>
                <w:sz w:val="15"/>
              </w:rPr>
              <w:t>МП</w:t>
            </w:r>
          </w:p>
        </w:tc>
        <w:tc>
          <w:tcPr>
            <w:tcW w:type="dxa" w:w="2948"/>
            <w:vAlign w:val="center"/>
          </w:tcPr>
          <w:p>
            <w:r>
              <w:rPr>
                <w:rFonts w:ascii="Arial" w:hAnsi="Arial"/>
                <w:sz w:val="15"/>
              </w:rPr>
              <w:t>Орта буын-1, кіші буын-1,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1814"/>
            <w:vAlign w:val="center"/>
          </w:tcPr>
          <w:p>
            <w:r>
              <w:rPr>
                <w:rFonts w:ascii="Arial" w:hAnsi="Arial"/>
                <w:sz w:val="15"/>
              </w:rPr>
              <w:t>112</w:t>
            </w:r>
          </w:p>
        </w:tc>
        <w:tc>
          <w:tcPr>
            <w:tcW w:type="dxa" w:w="2948"/>
            <w:vAlign w:val="center"/>
          </w:tcPr>
          <w:p>
            <w:r>
              <w:rPr>
                <w:rFonts w:ascii="Arial" w:hAnsi="Arial"/>
                <w:sz w:val="15"/>
              </w:rPr>
            </w:r>
          </w:p>
        </w:tc>
      </w:tr>
      <w:tr>
        <w:tc>
          <w:tcPr>
            <w:tcW w:type="dxa" w:w="2835"/>
            <w:vAlign w:val="center"/>
          </w:tcPr>
          <w:p>
            <w:r>
              <w:rPr>
                <w:rFonts w:ascii="Arial" w:hAnsi="Arial"/>
                <w:sz w:val="15"/>
              </w:rPr>
              <w:t>МП Бургон</w:t>
            </w:r>
          </w:p>
        </w:tc>
        <w:tc>
          <w:tcPr>
            <w:tcW w:type="dxa" w:w="1871"/>
            <w:vAlign w:val="center"/>
          </w:tcPr>
          <w:p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1814"/>
            <w:vAlign w:val="center"/>
          </w:tcPr>
          <w:p>
            <w:r>
              <w:rPr>
                <w:rFonts w:ascii="Arial" w:hAnsi="Arial"/>
                <w:sz w:val="15"/>
              </w:rPr>
              <w:t>МП</w:t>
            </w:r>
          </w:p>
        </w:tc>
        <w:tc>
          <w:tcPr>
            <w:tcW w:type="dxa" w:w="2948"/>
            <w:vAlign w:val="center"/>
          </w:tcPr>
          <w:p>
            <w:r>
              <w:rPr>
                <w:rFonts w:ascii="Arial" w:hAnsi="Arial"/>
                <w:sz w:val="15"/>
              </w:rPr>
              <w:t>Орта буын-1, басқалар-1,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1814"/>
            <w:vAlign w:val="center"/>
          </w:tcPr>
          <w:p>
            <w:r>
              <w:rPr>
                <w:rFonts w:ascii="Arial" w:hAnsi="Arial"/>
                <w:sz w:val="15"/>
              </w:rPr>
              <w:t>82</w:t>
            </w:r>
          </w:p>
        </w:tc>
        <w:tc>
          <w:tcPr>
            <w:tcW w:type="dxa" w:w="2948"/>
            <w:vAlign w:val="center"/>
          </w:tcPr>
          <w:p>
            <w:r>
              <w:rPr>
                <w:rFonts w:ascii="Arial" w:hAnsi="Arial"/>
                <w:sz w:val="15"/>
              </w:rPr>
            </w:r>
          </w:p>
        </w:tc>
      </w:tr>
      <w:tr>
        <w:tc>
          <w:tcPr>
            <w:tcW w:type="dxa" w:w="2835"/>
            <w:vAlign w:val="center"/>
          </w:tcPr>
          <w:p>
            <w:r>
              <w:rPr>
                <w:rFonts w:ascii="Arial" w:hAnsi="Arial"/>
                <w:sz w:val="15"/>
              </w:rPr>
              <w:t>МП Лайбұлақ</w:t>
            </w:r>
          </w:p>
        </w:tc>
        <w:tc>
          <w:tcPr>
            <w:tcW w:type="dxa" w:w="1871"/>
            <w:vAlign w:val="center"/>
          </w:tcPr>
          <w:p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1814"/>
            <w:vAlign w:val="center"/>
          </w:tcPr>
          <w:p>
            <w:r>
              <w:rPr>
                <w:rFonts w:ascii="Arial" w:hAnsi="Arial"/>
                <w:sz w:val="15"/>
              </w:rPr>
              <w:t>МП</w:t>
            </w:r>
          </w:p>
        </w:tc>
        <w:tc>
          <w:tcPr>
            <w:tcW w:type="dxa" w:w="2948"/>
            <w:vAlign w:val="center"/>
          </w:tcPr>
          <w:p>
            <w:r>
              <w:rPr>
                <w:rFonts w:ascii="Arial" w:hAnsi="Arial"/>
                <w:sz w:val="15"/>
              </w:rPr>
              <w:t>Орта буын-1, кіші буын-1,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1814"/>
            <w:vAlign w:val="center"/>
          </w:tcPr>
          <w:p>
            <w:r>
              <w:rPr>
                <w:rFonts w:ascii="Arial" w:hAnsi="Arial"/>
                <w:sz w:val="15"/>
              </w:rPr>
              <w:t>320</w:t>
            </w:r>
          </w:p>
        </w:tc>
        <w:tc>
          <w:tcPr>
            <w:tcW w:type="dxa" w:w="2948"/>
            <w:vAlign w:val="center"/>
          </w:tcPr>
          <w:p>
            <w:r>
              <w:rPr>
                <w:rFonts w:ascii="Arial" w:hAnsi="Arial"/>
                <w:sz w:val="15"/>
              </w:rPr>
              <w:t>строительство по национальному проекту «МОДЕРНИЗАЦИЯ СЕЛЬСКОГО ЗДРАВООХРАНЕНИЯ»</w:t>
              <w:br/>
              <w:t>27.12.2024 г.</w:t>
            </w:r>
          </w:p>
        </w:tc>
      </w:tr>
      <w:tr>
        <w:tc>
          <w:tcPr>
            <w:tcW w:type="dxa" w:w="2835"/>
            <w:vAlign w:val="center"/>
          </w:tcPr>
          <w:p>
            <w:r>
              <w:rPr>
                <w:rFonts w:ascii="Arial" w:hAnsi="Arial"/>
                <w:sz w:val="15"/>
              </w:rPr>
              <w:t>МП Текебұлақ</w:t>
            </w:r>
          </w:p>
        </w:tc>
        <w:tc>
          <w:tcPr>
            <w:tcW w:type="dxa" w:w="1871"/>
            <w:vAlign w:val="center"/>
          </w:tcPr>
          <w:p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1814"/>
            <w:vAlign w:val="center"/>
          </w:tcPr>
          <w:p>
            <w:r>
              <w:rPr>
                <w:rFonts w:ascii="Arial" w:hAnsi="Arial"/>
                <w:sz w:val="15"/>
              </w:rPr>
              <w:t>МП</w:t>
            </w:r>
          </w:p>
        </w:tc>
        <w:tc>
          <w:tcPr>
            <w:tcW w:type="dxa" w:w="2948"/>
            <w:vAlign w:val="center"/>
          </w:tcPr>
          <w:p>
            <w:r>
              <w:rPr>
                <w:rFonts w:ascii="Arial" w:hAnsi="Arial"/>
                <w:sz w:val="15"/>
              </w:rPr>
              <w:t>Орта буын-1, кіші буын-1,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1814"/>
            <w:vAlign w:val="center"/>
          </w:tcPr>
          <w:p>
            <w:r>
              <w:rPr>
                <w:rFonts w:ascii="Arial" w:hAnsi="Arial"/>
                <w:sz w:val="15"/>
              </w:rPr>
              <w:t>94</w:t>
            </w:r>
          </w:p>
        </w:tc>
        <w:tc>
          <w:tcPr>
            <w:tcW w:type="dxa" w:w="2948"/>
            <w:vAlign w:val="center"/>
          </w:tcPr>
          <w:p>
            <w:r>
              <w:rPr>
                <w:rFonts w:ascii="Arial" w:hAnsi="Arial"/>
                <w:sz w:val="15"/>
              </w:rPr>
            </w:r>
          </w:p>
        </w:tc>
      </w:tr>
      <w:tr>
        <w:tc>
          <w:tcPr>
            <w:tcW w:type="dxa" w:w="2835"/>
            <w:vAlign w:val="center"/>
          </w:tcPr>
          <w:p>
            <w:r>
              <w:rPr>
                <w:rFonts w:ascii="Arial" w:hAnsi="Arial"/>
                <w:sz w:val="15"/>
              </w:rPr>
              <w:t>МП Тасарық</w:t>
            </w:r>
          </w:p>
        </w:tc>
        <w:tc>
          <w:tcPr>
            <w:tcW w:type="dxa" w:w="1871"/>
            <w:vAlign w:val="center"/>
          </w:tcPr>
          <w:p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1814"/>
            <w:vAlign w:val="center"/>
          </w:tcPr>
          <w:p>
            <w:r>
              <w:rPr>
                <w:rFonts w:ascii="Arial" w:hAnsi="Arial"/>
                <w:sz w:val="15"/>
              </w:rPr>
              <w:t>МП</w:t>
            </w:r>
          </w:p>
        </w:tc>
        <w:tc>
          <w:tcPr>
            <w:tcW w:type="dxa" w:w="2948"/>
            <w:vAlign w:val="center"/>
          </w:tcPr>
          <w:p>
            <w:r>
              <w:rPr>
                <w:rFonts w:ascii="Arial" w:hAnsi="Arial"/>
                <w:sz w:val="15"/>
              </w:rPr>
              <w:t>Орта буын-1, кіші буын-1,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1814"/>
            <w:vAlign w:val="center"/>
          </w:tcPr>
          <w:p>
            <w:r>
              <w:rPr>
                <w:rFonts w:ascii="Arial" w:hAnsi="Arial"/>
                <w:sz w:val="15"/>
              </w:rPr>
              <w:t>321</w:t>
            </w:r>
          </w:p>
        </w:tc>
        <w:tc>
          <w:tcPr>
            <w:tcW w:type="dxa" w:w="2948"/>
            <w:vAlign w:val="center"/>
          </w:tcPr>
          <w:p>
            <w:r>
              <w:rPr>
                <w:rFonts w:ascii="Arial" w:hAnsi="Arial"/>
                <w:sz w:val="15"/>
              </w:rPr>
            </w:r>
          </w:p>
        </w:tc>
      </w:tr>
      <w:tr>
        <w:tc>
          <w:tcPr>
            <w:tcW w:type="dxa" w:w="2835"/>
            <w:vAlign w:val="center"/>
          </w:tcPr>
          <w:p>
            <w:r>
              <w:rPr>
                <w:rFonts w:ascii="Arial" w:hAnsi="Arial"/>
                <w:sz w:val="15"/>
              </w:rPr>
              <w:t>МП Қарабұйрат</w:t>
            </w:r>
          </w:p>
        </w:tc>
        <w:tc>
          <w:tcPr>
            <w:tcW w:type="dxa" w:w="1871"/>
            <w:vAlign w:val="center"/>
          </w:tcPr>
          <w:p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1814"/>
            <w:vAlign w:val="center"/>
          </w:tcPr>
          <w:p>
            <w:r>
              <w:rPr>
                <w:rFonts w:ascii="Arial" w:hAnsi="Arial"/>
                <w:sz w:val="15"/>
              </w:rPr>
              <w:t>МП</w:t>
            </w:r>
          </w:p>
        </w:tc>
        <w:tc>
          <w:tcPr>
            <w:tcW w:type="dxa" w:w="2948"/>
            <w:vAlign w:val="center"/>
          </w:tcPr>
          <w:p>
            <w:r>
              <w:rPr>
                <w:rFonts w:ascii="Arial" w:hAnsi="Arial"/>
                <w:sz w:val="15"/>
              </w:rPr>
              <w:t>Орта буын-1, кіші буын-1, басқалар-1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1814"/>
            <w:vAlign w:val="center"/>
          </w:tcPr>
          <w:p>
            <w:r>
              <w:rPr>
                <w:rFonts w:ascii="Arial" w:hAnsi="Arial"/>
                <w:sz w:val="15"/>
              </w:rPr>
              <w:t>213</w:t>
            </w:r>
          </w:p>
        </w:tc>
        <w:tc>
          <w:tcPr>
            <w:tcW w:type="dxa" w:w="2948"/>
            <w:vAlign w:val="center"/>
          </w:tcPr>
          <w:p>
            <w:r>
              <w:rPr>
                <w:rFonts w:ascii="Arial" w:hAnsi="Arial"/>
                <w:sz w:val="15"/>
              </w:rPr>
              <w:t>строительство по национальному проекту «МОДЕРНИЗАЦИЯ СЕЛЬСКОГО ЗДРАВООХРАНЕНИЯ»</w:t>
              <w:br/>
              <w:t>27.12.2024 г.</w:t>
            </w:r>
          </w:p>
        </w:tc>
      </w:tr>
      <w:tr>
        <w:tc>
          <w:tcPr>
            <w:tcW w:type="dxa" w:w="2835"/>
            <w:vAlign w:val="center"/>
          </w:tcPr>
          <w:p>
            <w:r>
              <w:rPr>
                <w:rFonts w:ascii="Arial" w:hAnsi="Arial"/>
                <w:sz w:val="15"/>
              </w:rPr>
              <w:t>МП Батпақты</w:t>
            </w:r>
          </w:p>
        </w:tc>
        <w:tc>
          <w:tcPr>
            <w:tcW w:type="dxa" w:w="1871"/>
            <w:vAlign w:val="center"/>
          </w:tcPr>
          <w:p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1814"/>
            <w:vAlign w:val="center"/>
          </w:tcPr>
          <w:p>
            <w:r>
              <w:rPr>
                <w:rFonts w:ascii="Arial" w:hAnsi="Arial"/>
                <w:sz w:val="15"/>
              </w:rPr>
              <w:t>МП</w:t>
            </w:r>
          </w:p>
        </w:tc>
        <w:tc>
          <w:tcPr>
            <w:tcW w:type="dxa" w:w="2948"/>
            <w:vAlign w:val="center"/>
          </w:tcPr>
          <w:p>
            <w:r>
              <w:rPr>
                <w:rFonts w:ascii="Arial" w:hAnsi="Arial"/>
                <w:sz w:val="15"/>
              </w:rPr>
              <w:t>Орта буын-1, кіші буын-1, басқалар-1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1814"/>
            <w:vAlign w:val="center"/>
          </w:tcPr>
          <w:p>
            <w:r>
              <w:rPr>
                <w:rFonts w:ascii="Arial" w:hAnsi="Arial"/>
                <w:sz w:val="15"/>
              </w:rPr>
              <w:t>170</w:t>
            </w:r>
          </w:p>
        </w:tc>
        <w:tc>
          <w:tcPr>
            <w:tcW w:type="dxa" w:w="2948"/>
            <w:vAlign w:val="center"/>
          </w:tcPr>
          <w:p>
            <w:r>
              <w:rPr>
                <w:rFonts w:ascii="Arial" w:hAnsi="Arial"/>
                <w:sz w:val="15"/>
              </w:rPr>
              <w:t>строительство по национальному проекту «МОДЕРНИЗАЦИЯ СЕЛЬСКОГО ЗДРАВООХРАНЕНИЯ»</w:t>
              <w:br/>
              <w:t>27.12.2024 г.</w:t>
            </w:r>
          </w:p>
        </w:tc>
      </w:tr>
      <w:tr>
        <w:tc>
          <w:tcPr>
            <w:tcW w:type="dxa" w:w="2835"/>
            <w:vAlign w:val="center"/>
          </w:tcPr>
          <w:p>
            <w:r>
              <w:rPr>
                <w:rFonts w:ascii="Arial" w:hAnsi="Arial"/>
                <w:sz w:val="15"/>
              </w:rPr>
              <w:t>МП Теректі</w:t>
            </w:r>
          </w:p>
        </w:tc>
        <w:tc>
          <w:tcPr>
            <w:tcW w:type="dxa" w:w="1871"/>
            <w:vAlign w:val="center"/>
          </w:tcPr>
          <w:p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1814"/>
            <w:vAlign w:val="center"/>
          </w:tcPr>
          <w:p>
            <w:r>
              <w:rPr>
                <w:rFonts w:ascii="Arial" w:hAnsi="Arial"/>
                <w:sz w:val="15"/>
              </w:rPr>
              <w:t>МП</w:t>
            </w:r>
          </w:p>
        </w:tc>
        <w:tc>
          <w:tcPr>
            <w:tcW w:type="dxa" w:w="2948"/>
            <w:vAlign w:val="center"/>
          </w:tcPr>
          <w:p>
            <w:r>
              <w:rPr>
                <w:rFonts w:ascii="Arial" w:hAnsi="Arial"/>
                <w:sz w:val="15"/>
              </w:rPr>
              <w:t>Орта буын-1, кіші буын-1, басқалар-1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1814"/>
            <w:vAlign w:val="center"/>
          </w:tcPr>
          <w:p>
            <w:r>
              <w:rPr>
                <w:rFonts w:ascii="Arial" w:hAnsi="Arial"/>
                <w:sz w:val="15"/>
              </w:rPr>
              <w:t>180</w:t>
            </w:r>
          </w:p>
        </w:tc>
        <w:tc>
          <w:tcPr>
            <w:tcW w:type="dxa" w:w="2948"/>
            <w:vAlign w:val="center"/>
          </w:tcPr>
          <w:p>
            <w:r>
              <w:rPr>
                <w:rFonts w:ascii="Arial" w:hAnsi="Arial"/>
                <w:sz w:val="15"/>
              </w:rPr>
              <w:t>строительство по национальному проекту «МОДЕРНИЗАЦИЯ СЕЛЬСКОГО ЗДРАВООХРАНЕНИЯ»</w:t>
              <w:br/>
              <w:t>27.12.2024 г.</w:t>
            </w:r>
          </w:p>
        </w:tc>
      </w:tr>
      <w:tr>
        <w:tc>
          <w:tcPr>
            <w:tcW w:type="dxa" w:w="2835"/>
            <w:vAlign w:val="center"/>
          </w:tcPr>
          <w:p>
            <w:r>
              <w:rPr>
                <w:rFonts w:ascii="Arial" w:hAnsi="Arial"/>
                <w:sz w:val="15"/>
              </w:rPr>
              <w:t>МП Ерқабанбай</w:t>
            </w:r>
          </w:p>
        </w:tc>
        <w:tc>
          <w:tcPr>
            <w:tcW w:type="dxa" w:w="1871"/>
            <w:vAlign w:val="center"/>
          </w:tcPr>
          <w:p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1814"/>
            <w:vAlign w:val="center"/>
          </w:tcPr>
          <w:p>
            <w:r>
              <w:rPr>
                <w:rFonts w:ascii="Arial" w:hAnsi="Arial"/>
                <w:sz w:val="15"/>
              </w:rPr>
              <w:t>МП</w:t>
            </w:r>
          </w:p>
        </w:tc>
        <w:tc>
          <w:tcPr>
            <w:tcW w:type="dxa" w:w="2948"/>
            <w:vAlign w:val="center"/>
          </w:tcPr>
          <w:p>
            <w:r>
              <w:rPr>
                <w:rFonts w:ascii="Arial" w:hAnsi="Arial"/>
                <w:sz w:val="15"/>
              </w:rPr>
              <w:t>Орта буын-1, кіші буын-1, басқалар-1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1814"/>
            <w:vAlign w:val="center"/>
          </w:tcPr>
          <w:p>
            <w:r>
              <w:rPr>
                <w:rFonts w:ascii="Arial" w:hAnsi="Arial"/>
                <w:sz w:val="15"/>
              </w:rPr>
              <w:t>360</w:t>
            </w:r>
          </w:p>
        </w:tc>
        <w:tc>
          <w:tcPr>
            <w:tcW w:type="dxa" w:w="2948"/>
            <w:vAlign w:val="center"/>
          </w:tcPr>
          <w:p>
            <w:r>
              <w:rPr>
                <w:rFonts w:ascii="Arial" w:hAnsi="Arial"/>
                <w:sz w:val="15"/>
              </w:rPr>
              <w:t>строительство по национальному проекту «МОДЕРНИЗАЦИЯ СЕЛЬСКОГО ЗДРАВООХРАНЕНИЯ»</w:t>
              <w:br/>
              <w:t>27.12.2024 г.</w:t>
            </w:r>
          </w:p>
        </w:tc>
      </w:tr>
      <w:tr>
        <w:tc>
          <w:tcPr>
            <w:tcW w:type="dxa" w:w="2835"/>
            <w:vAlign w:val="center"/>
          </w:tcPr>
          <w:p>
            <w:r>
              <w:rPr>
                <w:rFonts w:ascii="Arial" w:hAnsi="Arial"/>
                <w:sz w:val="15"/>
              </w:rPr>
              <w:t>МП Қазымбет</w:t>
            </w:r>
          </w:p>
        </w:tc>
        <w:tc>
          <w:tcPr>
            <w:tcW w:type="dxa" w:w="1871"/>
            <w:vAlign w:val="center"/>
          </w:tcPr>
          <w:p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1814"/>
            <w:vAlign w:val="center"/>
          </w:tcPr>
          <w:p>
            <w:r>
              <w:rPr>
                <w:rFonts w:ascii="Arial" w:hAnsi="Arial"/>
                <w:sz w:val="15"/>
              </w:rPr>
              <w:t>МП</w:t>
            </w:r>
          </w:p>
        </w:tc>
        <w:tc>
          <w:tcPr>
            <w:tcW w:type="dxa" w:w="2948"/>
            <w:vAlign w:val="center"/>
          </w:tcPr>
          <w:p>
            <w:r>
              <w:rPr>
                <w:rFonts w:ascii="Arial" w:hAnsi="Arial"/>
                <w:sz w:val="15"/>
              </w:rPr>
              <w:t>Орта буын-1, кіші буын-1,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1814"/>
            <w:vAlign w:val="center"/>
          </w:tcPr>
          <w:p>
            <w:r>
              <w:rPr>
                <w:rFonts w:ascii="Arial" w:hAnsi="Arial"/>
                <w:sz w:val="15"/>
              </w:rPr>
              <w:t>478</w:t>
            </w:r>
          </w:p>
        </w:tc>
        <w:tc>
          <w:tcPr>
            <w:tcW w:type="dxa" w:w="2948"/>
            <w:vAlign w:val="center"/>
          </w:tcPr>
          <w:p>
            <w:r>
              <w:rPr>
                <w:rFonts w:ascii="Arial" w:hAnsi="Arial"/>
                <w:sz w:val="15"/>
              </w:rPr>
            </w:r>
          </w:p>
        </w:tc>
      </w:tr>
      <w:tr>
        <w:tc>
          <w:tcPr>
            <w:tcW w:type="dxa" w:w="2835"/>
            <w:vAlign w:val="center"/>
          </w:tcPr>
          <w:p>
            <w:r>
              <w:rPr>
                <w:rFonts w:ascii="Arial" w:hAnsi="Arial"/>
                <w:sz w:val="15"/>
              </w:rPr>
              <w:t>МП Малақ</w:t>
            </w:r>
          </w:p>
        </w:tc>
        <w:tc>
          <w:tcPr>
            <w:tcW w:type="dxa" w:w="1871"/>
            <w:vAlign w:val="center"/>
          </w:tcPr>
          <w:p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1814"/>
            <w:vAlign w:val="center"/>
          </w:tcPr>
          <w:p>
            <w:r>
              <w:rPr>
                <w:rFonts w:ascii="Arial" w:hAnsi="Arial"/>
                <w:sz w:val="15"/>
              </w:rPr>
              <w:t>МП</w:t>
            </w:r>
          </w:p>
        </w:tc>
        <w:tc>
          <w:tcPr>
            <w:tcW w:type="dxa" w:w="2948"/>
            <w:vAlign w:val="center"/>
          </w:tcPr>
          <w:p>
            <w:r>
              <w:rPr>
                <w:rFonts w:ascii="Arial" w:hAnsi="Arial"/>
                <w:sz w:val="15"/>
              </w:rPr>
              <w:t>Орта буын-1, кіші буын-1,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1814"/>
            <w:vAlign w:val="center"/>
          </w:tcPr>
          <w:p>
            <w:r>
              <w:rPr>
                <w:rFonts w:ascii="Arial" w:hAnsi="Arial"/>
                <w:sz w:val="15"/>
              </w:rPr>
              <w:t>488</w:t>
            </w:r>
          </w:p>
        </w:tc>
        <w:tc>
          <w:tcPr>
            <w:tcW w:type="dxa" w:w="2948"/>
            <w:vAlign w:val="center"/>
          </w:tcPr>
          <w:p>
            <w:r>
              <w:rPr>
                <w:rFonts w:ascii="Arial" w:hAnsi="Arial"/>
                <w:sz w:val="15"/>
              </w:rPr>
            </w:r>
          </w:p>
        </w:tc>
      </w:tr>
      <w:tr>
        <w:tc>
          <w:tcPr>
            <w:tcW w:type="dxa" w:w="2835"/>
            <w:vAlign w:val="center"/>
          </w:tcPr>
          <w:p>
            <w:r>
              <w:rPr>
                <w:rFonts w:ascii="Arial" w:hAnsi="Arial"/>
                <w:sz w:val="15"/>
              </w:rPr>
              <w:t>МП Сағат</w:t>
            </w:r>
          </w:p>
        </w:tc>
        <w:tc>
          <w:tcPr>
            <w:tcW w:type="dxa" w:w="1871"/>
            <w:vAlign w:val="center"/>
          </w:tcPr>
          <w:p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1814"/>
            <w:vAlign w:val="center"/>
          </w:tcPr>
          <w:p>
            <w:r>
              <w:rPr>
                <w:rFonts w:ascii="Arial" w:hAnsi="Arial"/>
                <w:sz w:val="15"/>
              </w:rPr>
              <w:t>МП</w:t>
            </w:r>
          </w:p>
        </w:tc>
        <w:tc>
          <w:tcPr>
            <w:tcW w:type="dxa" w:w="2948"/>
            <w:vAlign w:val="center"/>
          </w:tcPr>
          <w:p>
            <w:r>
              <w:rPr>
                <w:rFonts w:ascii="Arial" w:hAnsi="Arial"/>
                <w:sz w:val="15"/>
              </w:rPr>
              <w:t>Орта буын-1, кіші буын-1,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1814"/>
            <w:vAlign w:val="center"/>
          </w:tcPr>
          <w:p>
            <w:r>
              <w:rPr>
                <w:rFonts w:ascii="Arial" w:hAnsi="Arial"/>
                <w:sz w:val="15"/>
              </w:rPr>
              <w:t>257</w:t>
            </w:r>
          </w:p>
        </w:tc>
        <w:tc>
          <w:tcPr>
            <w:tcW w:type="dxa" w:w="2948"/>
            <w:vAlign w:val="center"/>
          </w:tcPr>
          <w:p>
            <w:r>
              <w:rPr>
                <w:rFonts w:ascii="Arial" w:hAnsi="Arial"/>
                <w:sz w:val="15"/>
              </w:rPr>
            </w:r>
          </w:p>
        </w:tc>
      </w:tr>
    </w:tbl>
    <w:sectPr w:rsidR="00FC693F" w:rsidRPr="0006063C" w:rsidSect="00034616">
      <w:pgSz w:w="15840" w:h="12240" w:orient="landscape"/>
      <w:pgMar w:top="397" w:right="397" w:bottom="397" w:left="3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