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F21" w:rsidRPr="008A30A7" w:rsidRDefault="001653C9" w:rsidP="00CD4962">
      <w:pPr>
        <w:spacing w:after="0" w:line="240" w:lineRule="auto"/>
        <w:jc w:val="center"/>
        <w:rPr>
          <w:b/>
          <w:sz w:val="28"/>
          <w:szCs w:val="28"/>
        </w:rPr>
      </w:pPr>
      <w:r w:rsidRPr="008A30A7">
        <w:rPr>
          <w:b/>
          <w:sz w:val="28"/>
          <w:szCs w:val="28"/>
        </w:rPr>
        <w:t>АНЫҚТАМАЛЫҚ ТАЛДАУ</w:t>
      </w:r>
    </w:p>
    <w:p w:rsidR="00D24F21" w:rsidRPr="008A30A7" w:rsidRDefault="001653C9" w:rsidP="00CD4962">
      <w:pPr>
        <w:spacing w:after="0" w:line="240" w:lineRule="auto"/>
        <w:jc w:val="center"/>
        <w:rPr>
          <w:sz w:val="28"/>
          <w:szCs w:val="28"/>
        </w:rPr>
      </w:pPr>
      <w:r w:rsidRPr="008A30A7">
        <w:rPr>
          <w:b/>
          <w:sz w:val="28"/>
          <w:szCs w:val="28"/>
        </w:rPr>
        <w:t>«</w:t>
      </w:r>
      <w:proofErr w:type="spellStart"/>
      <w:r w:rsidR="00CD4962" w:rsidRPr="008A30A7">
        <w:rPr>
          <w:b/>
          <w:sz w:val="28"/>
          <w:szCs w:val="28"/>
        </w:rPr>
        <w:t>Әуежайы</w:t>
      </w:r>
      <w:proofErr w:type="spellEnd"/>
      <w:r w:rsidRPr="008A30A7">
        <w:rPr>
          <w:b/>
          <w:sz w:val="28"/>
          <w:szCs w:val="28"/>
        </w:rPr>
        <w:t xml:space="preserve"> </w:t>
      </w:r>
      <w:proofErr w:type="spellStart"/>
      <w:r w:rsidRPr="008A30A7">
        <w:rPr>
          <w:b/>
          <w:sz w:val="28"/>
          <w:szCs w:val="28"/>
        </w:rPr>
        <w:t>Балқаш</w:t>
      </w:r>
      <w:proofErr w:type="spellEnd"/>
      <w:r w:rsidRPr="008A30A7">
        <w:rPr>
          <w:b/>
          <w:sz w:val="28"/>
          <w:szCs w:val="28"/>
        </w:rPr>
        <w:t xml:space="preserve">» ЖШС </w:t>
      </w:r>
      <w:proofErr w:type="spellStart"/>
      <w:r w:rsidRPr="008A30A7">
        <w:rPr>
          <w:b/>
          <w:sz w:val="28"/>
          <w:szCs w:val="28"/>
        </w:rPr>
        <w:t>қызметіндегі</w:t>
      </w:r>
      <w:proofErr w:type="spellEnd"/>
      <w:r w:rsidRPr="008A30A7">
        <w:rPr>
          <w:b/>
          <w:sz w:val="28"/>
          <w:szCs w:val="28"/>
        </w:rPr>
        <w:t xml:space="preserve"> сыбайлас жемқорлық тәуекелдеріне ішкі талдау жүргізу нәтижелері туралы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 xml:space="preserve">Балқаш қ. </w:t>
      </w:r>
      <w:r w:rsidR="00CD4962" w:rsidRPr="008A30A7">
        <w:rPr>
          <w:sz w:val="28"/>
          <w:szCs w:val="28"/>
        </w:rPr>
        <w:tab/>
      </w:r>
      <w:r w:rsidR="00CD4962" w:rsidRPr="008A30A7">
        <w:rPr>
          <w:sz w:val="28"/>
          <w:szCs w:val="28"/>
        </w:rPr>
        <w:tab/>
      </w:r>
      <w:r w:rsidR="00CD4962" w:rsidRPr="008A30A7">
        <w:rPr>
          <w:sz w:val="28"/>
          <w:szCs w:val="28"/>
        </w:rPr>
        <w:tab/>
      </w:r>
      <w:r w:rsidR="00CD4962" w:rsidRPr="008A30A7">
        <w:rPr>
          <w:sz w:val="28"/>
          <w:szCs w:val="28"/>
        </w:rPr>
        <w:tab/>
      </w:r>
      <w:r w:rsidR="00CD4962" w:rsidRPr="008A30A7">
        <w:rPr>
          <w:sz w:val="28"/>
          <w:szCs w:val="28"/>
        </w:rPr>
        <w:tab/>
      </w:r>
      <w:r w:rsidR="00CD4962" w:rsidRPr="008A30A7">
        <w:rPr>
          <w:sz w:val="28"/>
          <w:szCs w:val="28"/>
        </w:rPr>
        <w:tab/>
      </w:r>
      <w:r w:rsidR="00CD4962" w:rsidRPr="008A30A7">
        <w:rPr>
          <w:sz w:val="28"/>
          <w:szCs w:val="28"/>
        </w:rPr>
        <w:tab/>
      </w:r>
      <w:r w:rsidR="00CD4962" w:rsidRPr="008A30A7">
        <w:rPr>
          <w:sz w:val="28"/>
          <w:szCs w:val="28"/>
        </w:rPr>
        <w:tab/>
      </w:r>
      <w:r w:rsidR="00CD4962" w:rsidRPr="008A30A7">
        <w:rPr>
          <w:sz w:val="28"/>
          <w:szCs w:val="28"/>
        </w:rPr>
        <w:tab/>
      </w:r>
      <w:r w:rsidR="00CD4962" w:rsidRPr="008A30A7">
        <w:rPr>
          <w:sz w:val="28"/>
          <w:szCs w:val="28"/>
        </w:rPr>
        <w:tab/>
      </w:r>
      <w:r w:rsidRPr="008A30A7">
        <w:rPr>
          <w:sz w:val="28"/>
          <w:szCs w:val="28"/>
        </w:rPr>
        <w:t>08.0</w:t>
      </w:r>
      <w:r w:rsidR="00CD4962" w:rsidRPr="008A30A7">
        <w:rPr>
          <w:sz w:val="28"/>
          <w:szCs w:val="28"/>
        </w:rPr>
        <w:t>9</w:t>
      </w:r>
      <w:r w:rsidRPr="008A30A7">
        <w:rPr>
          <w:sz w:val="28"/>
          <w:szCs w:val="28"/>
        </w:rPr>
        <w:t xml:space="preserve">.2026 </w:t>
      </w:r>
      <w:proofErr w:type="spellStart"/>
      <w:r w:rsidRPr="008A30A7">
        <w:rPr>
          <w:sz w:val="28"/>
          <w:szCs w:val="28"/>
        </w:rPr>
        <w:t>жыл</w:t>
      </w:r>
      <w:proofErr w:type="spellEnd"/>
    </w:p>
    <w:p w:rsidR="00D24F21" w:rsidRPr="008A30A7" w:rsidRDefault="00CD4962" w:rsidP="00CD4962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b/>
          <w:sz w:val="28"/>
          <w:szCs w:val="28"/>
        </w:rPr>
        <w:t>КІРІСПЕ БӨЛІМ</w:t>
      </w:r>
    </w:p>
    <w:p w:rsidR="00D24F21" w:rsidRPr="008A30A7" w:rsidRDefault="00CD4962" w:rsidP="00CD4962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 xml:space="preserve">         </w:t>
      </w:r>
      <w:r w:rsidR="001653C9" w:rsidRPr="008A30A7">
        <w:rPr>
          <w:sz w:val="28"/>
          <w:szCs w:val="28"/>
        </w:rPr>
        <w:t>«</w:t>
      </w:r>
      <w:r w:rsidRPr="008A30A7">
        <w:rPr>
          <w:sz w:val="28"/>
          <w:szCs w:val="28"/>
        </w:rPr>
        <w:t xml:space="preserve"> </w:t>
      </w:r>
      <w:proofErr w:type="spellStart"/>
      <w:r w:rsidRPr="008A30A7">
        <w:rPr>
          <w:sz w:val="28"/>
          <w:szCs w:val="28"/>
        </w:rPr>
        <w:t>Балқаш</w:t>
      </w:r>
      <w:proofErr w:type="spellEnd"/>
      <w:r w:rsidRPr="008A30A7">
        <w:rPr>
          <w:sz w:val="28"/>
          <w:szCs w:val="28"/>
        </w:rPr>
        <w:t xml:space="preserve"> </w:t>
      </w:r>
      <w:proofErr w:type="spellStart"/>
      <w:r w:rsidRPr="008A30A7">
        <w:rPr>
          <w:sz w:val="28"/>
          <w:szCs w:val="28"/>
        </w:rPr>
        <w:t>Әуежайы</w:t>
      </w:r>
      <w:proofErr w:type="spellEnd"/>
      <w:r w:rsidR="001653C9" w:rsidRPr="008A30A7">
        <w:rPr>
          <w:sz w:val="28"/>
          <w:szCs w:val="28"/>
        </w:rPr>
        <w:t xml:space="preserve"> </w:t>
      </w:r>
      <w:r w:rsidR="001653C9" w:rsidRPr="008A30A7">
        <w:rPr>
          <w:sz w:val="28"/>
          <w:szCs w:val="28"/>
        </w:rPr>
        <w:t xml:space="preserve">» ЖШС </w:t>
      </w:r>
      <w:proofErr w:type="spellStart"/>
      <w:r w:rsidR="001653C9" w:rsidRPr="008A30A7">
        <w:rPr>
          <w:sz w:val="28"/>
          <w:szCs w:val="28"/>
        </w:rPr>
        <w:t>директорының</w:t>
      </w:r>
      <w:proofErr w:type="spellEnd"/>
      <w:r w:rsidR="001653C9" w:rsidRPr="008A30A7">
        <w:rPr>
          <w:sz w:val="28"/>
          <w:szCs w:val="28"/>
        </w:rPr>
        <w:t xml:space="preserve"> 2026 жылғы 05 қыркүйектегі №34 «2025 </w:t>
      </w:r>
      <w:proofErr w:type="spellStart"/>
      <w:r w:rsidR="001653C9" w:rsidRPr="008A30A7">
        <w:rPr>
          <w:sz w:val="28"/>
          <w:szCs w:val="28"/>
        </w:rPr>
        <w:t>жылы</w:t>
      </w:r>
      <w:proofErr w:type="spellEnd"/>
      <w:r w:rsidR="001653C9" w:rsidRPr="008A30A7">
        <w:rPr>
          <w:sz w:val="28"/>
          <w:szCs w:val="28"/>
        </w:rPr>
        <w:t xml:space="preserve"> «</w:t>
      </w:r>
      <w:proofErr w:type="spellStart"/>
      <w:r w:rsidRPr="008A30A7">
        <w:rPr>
          <w:sz w:val="28"/>
          <w:szCs w:val="28"/>
        </w:rPr>
        <w:t>Балқаш</w:t>
      </w:r>
      <w:proofErr w:type="spellEnd"/>
      <w:r w:rsidRPr="008A30A7">
        <w:rPr>
          <w:sz w:val="28"/>
          <w:szCs w:val="28"/>
        </w:rPr>
        <w:t xml:space="preserve"> </w:t>
      </w:r>
      <w:proofErr w:type="spellStart"/>
      <w:r w:rsidRPr="008A30A7">
        <w:rPr>
          <w:sz w:val="28"/>
          <w:szCs w:val="28"/>
        </w:rPr>
        <w:t>Әуежайы</w:t>
      </w:r>
      <w:proofErr w:type="spellEnd"/>
      <w:r w:rsidR="001653C9" w:rsidRPr="008A30A7">
        <w:rPr>
          <w:sz w:val="28"/>
          <w:szCs w:val="28"/>
        </w:rPr>
        <w:t xml:space="preserve">» ЖШС </w:t>
      </w:r>
      <w:proofErr w:type="spellStart"/>
      <w:r w:rsidR="001653C9" w:rsidRPr="008A30A7">
        <w:rPr>
          <w:sz w:val="28"/>
          <w:szCs w:val="28"/>
        </w:rPr>
        <w:t>қызметіндегі</w:t>
      </w:r>
      <w:proofErr w:type="spellEnd"/>
      <w:r w:rsidR="001653C9" w:rsidRPr="008A30A7">
        <w:rPr>
          <w:sz w:val="28"/>
          <w:szCs w:val="28"/>
        </w:rPr>
        <w:t xml:space="preserve"> </w:t>
      </w:r>
      <w:proofErr w:type="spellStart"/>
      <w:r w:rsidR="001653C9" w:rsidRPr="008A30A7">
        <w:rPr>
          <w:sz w:val="28"/>
          <w:szCs w:val="28"/>
        </w:rPr>
        <w:t>сыбайлас</w:t>
      </w:r>
      <w:proofErr w:type="spellEnd"/>
      <w:r w:rsidR="001653C9" w:rsidRPr="008A30A7">
        <w:rPr>
          <w:sz w:val="28"/>
          <w:szCs w:val="28"/>
        </w:rPr>
        <w:t xml:space="preserve"> жемқорлық тәуекелдеріне ішкі талдау жүргізу туралы» бұйрығының негізінде жұмыс тобы сыбайлас жемқорлық тәуекелдеріне ішкі талдау жүргізді.</w:t>
      </w:r>
    </w:p>
    <w:p w:rsidR="00D24F21" w:rsidRPr="008A30A7" w:rsidRDefault="00CD4962" w:rsidP="00CD4962">
      <w:pPr>
        <w:spacing w:after="0" w:line="240" w:lineRule="auto"/>
        <w:jc w:val="both"/>
        <w:rPr>
          <w:sz w:val="28"/>
          <w:szCs w:val="28"/>
          <w:lang w:val="kk-KZ"/>
        </w:rPr>
      </w:pPr>
      <w:r w:rsidRPr="008A30A7">
        <w:rPr>
          <w:sz w:val="28"/>
          <w:szCs w:val="28"/>
          <w:lang w:val="kk-KZ"/>
        </w:rPr>
        <w:t xml:space="preserve">         </w:t>
      </w:r>
      <w:r w:rsidR="001653C9" w:rsidRPr="008A30A7">
        <w:rPr>
          <w:sz w:val="28"/>
          <w:szCs w:val="28"/>
          <w:lang w:val="kk-KZ"/>
        </w:rPr>
        <w:t>«</w:t>
      </w:r>
      <w:r w:rsidRPr="008A30A7">
        <w:rPr>
          <w:sz w:val="28"/>
          <w:szCs w:val="28"/>
          <w:lang w:val="kk-KZ"/>
        </w:rPr>
        <w:t>Балқаш</w:t>
      </w:r>
      <w:r w:rsidRPr="008A30A7">
        <w:rPr>
          <w:sz w:val="28"/>
          <w:szCs w:val="28"/>
          <w:lang w:val="kk-KZ"/>
        </w:rPr>
        <w:t xml:space="preserve"> Әуежайы</w:t>
      </w:r>
      <w:r w:rsidR="001653C9" w:rsidRPr="008A30A7">
        <w:rPr>
          <w:sz w:val="28"/>
          <w:szCs w:val="28"/>
          <w:lang w:val="kk-KZ"/>
        </w:rPr>
        <w:t>» ЖШС-індегі сыбайлас жемқорлық тәуекелдеріне ішкі талдау Қазақстан</w:t>
      </w:r>
      <w:r w:rsidR="001653C9" w:rsidRPr="008A30A7">
        <w:rPr>
          <w:sz w:val="28"/>
          <w:szCs w:val="28"/>
          <w:lang w:val="kk-KZ"/>
        </w:rPr>
        <w:t xml:space="preserve"> Республикасы Мемлекеттік қызмет істері және сыбайлас жемқорлыққа қарсы іс-қимыл агенттігі Төрағасының 2016 жылғы 19 қазандағы №12 бұйрығымен бекітілген Үлгілік қағидаларға сәйкес жүргізілді.</w:t>
      </w:r>
    </w:p>
    <w:p w:rsidR="00D24F21" w:rsidRPr="008A30A7" w:rsidRDefault="00CD4962" w:rsidP="00CD4962">
      <w:pPr>
        <w:spacing w:after="0" w:line="240" w:lineRule="auto"/>
        <w:jc w:val="both"/>
        <w:rPr>
          <w:sz w:val="28"/>
          <w:szCs w:val="28"/>
          <w:lang w:val="kk-KZ"/>
        </w:rPr>
      </w:pPr>
      <w:r w:rsidRPr="008A30A7">
        <w:rPr>
          <w:sz w:val="28"/>
          <w:szCs w:val="28"/>
          <w:lang w:val="kk-KZ"/>
        </w:rPr>
        <w:t xml:space="preserve">            </w:t>
      </w:r>
      <w:r w:rsidR="001653C9" w:rsidRPr="008A30A7">
        <w:rPr>
          <w:sz w:val="28"/>
          <w:szCs w:val="28"/>
          <w:lang w:val="kk-KZ"/>
        </w:rPr>
        <w:t>Сыбайлас жемқорлық тәуекелдеріне ішкі талдауды жұмыс тобы мынада</w:t>
      </w:r>
      <w:r w:rsidR="001653C9" w:rsidRPr="008A30A7">
        <w:rPr>
          <w:sz w:val="28"/>
          <w:szCs w:val="28"/>
          <w:lang w:val="kk-KZ"/>
        </w:rPr>
        <w:t>й құрамда жүргізді:</w:t>
      </w:r>
    </w:p>
    <w:p w:rsidR="00D24F21" w:rsidRPr="008A30A7" w:rsidRDefault="001653C9" w:rsidP="00CD4962">
      <w:pPr>
        <w:spacing w:after="0" w:line="240" w:lineRule="auto"/>
        <w:jc w:val="both"/>
        <w:rPr>
          <w:b/>
          <w:sz w:val="28"/>
          <w:szCs w:val="28"/>
        </w:rPr>
      </w:pPr>
      <w:proofErr w:type="spellStart"/>
      <w:r w:rsidRPr="008A30A7">
        <w:rPr>
          <w:b/>
          <w:sz w:val="28"/>
          <w:szCs w:val="28"/>
        </w:rPr>
        <w:t>Жұмыс</w:t>
      </w:r>
      <w:proofErr w:type="spellEnd"/>
      <w:r w:rsidRPr="008A30A7">
        <w:rPr>
          <w:b/>
          <w:sz w:val="28"/>
          <w:szCs w:val="28"/>
        </w:rPr>
        <w:t xml:space="preserve"> </w:t>
      </w:r>
      <w:proofErr w:type="spellStart"/>
      <w:r w:rsidRPr="008A30A7">
        <w:rPr>
          <w:b/>
          <w:sz w:val="28"/>
          <w:szCs w:val="28"/>
        </w:rPr>
        <w:t>тобының</w:t>
      </w:r>
      <w:proofErr w:type="spellEnd"/>
      <w:r w:rsidRPr="008A30A7">
        <w:rPr>
          <w:b/>
          <w:sz w:val="28"/>
          <w:szCs w:val="28"/>
        </w:rPr>
        <w:t xml:space="preserve"> </w:t>
      </w:r>
      <w:proofErr w:type="spellStart"/>
      <w:r w:rsidRPr="008A30A7">
        <w:rPr>
          <w:b/>
          <w:sz w:val="28"/>
          <w:szCs w:val="28"/>
        </w:rPr>
        <w:t>жетекшісі</w:t>
      </w:r>
      <w:proofErr w:type="spellEnd"/>
      <w:r w:rsidRPr="008A30A7">
        <w:rPr>
          <w:b/>
          <w:sz w:val="28"/>
          <w:szCs w:val="28"/>
        </w:rPr>
        <w:t>: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– </w:t>
      </w:r>
      <w:proofErr w:type="spellStart"/>
      <w:r w:rsidRPr="008A30A7">
        <w:rPr>
          <w:sz w:val="28"/>
          <w:szCs w:val="28"/>
          <w:lang w:val="ru-RU"/>
        </w:rPr>
        <w:t>директордың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орынбасары</w:t>
      </w:r>
      <w:proofErr w:type="spellEnd"/>
      <w:r w:rsidRPr="008A30A7">
        <w:rPr>
          <w:sz w:val="28"/>
          <w:szCs w:val="28"/>
          <w:lang w:val="ru-RU"/>
        </w:rPr>
        <w:t xml:space="preserve"> – </w:t>
      </w:r>
      <w:r w:rsidR="00CD4962" w:rsidRPr="008A30A7">
        <w:rPr>
          <w:sz w:val="28"/>
          <w:szCs w:val="28"/>
          <w:lang w:val="ru-RU"/>
        </w:rPr>
        <w:t>А</w:t>
      </w:r>
      <w:r w:rsidRPr="008A30A7">
        <w:rPr>
          <w:sz w:val="28"/>
          <w:szCs w:val="28"/>
          <w:lang w:val="ru-RU"/>
        </w:rPr>
        <w:t xml:space="preserve">САБ </w:t>
      </w:r>
      <w:proofErr w:type="spellStart"/>
      <w:r w:rsidRPr="008A30A7">
        <w:rPr>
          <w:sz w:val="28"/>
          <w:szCs w:val="28"/>
          <w:lang w:val="ru-RU"/>
        </w:rPr>
        <w:t>бастығы</w:t>
      </w:r>
      <w:proofErr w:type="spellEnd"/>
      <w:r w:rsidRPr="008A30A7">
        <w:rPr>
          <w:sz w:val="28"/>
          <w:szCs w:val="28"/>
          <w:lang w:val="ru-RU"/>
        </w:rPr>
        <w:t xml:space="preserve"> – </w:t>
      </w:r>
      <w:proofErr w:type="spellStart"/>
      <w:r w:rsidRPr="008A30A7">
        <w:rPr>
          <w:sz w:val="28"/>
          <w:szCs w:val="28"/>
          <w:lang w:val="ru-RU"/>
        </w:rPr>
        <w:t>Жексембаев</w:t>
      </w:r>
      <w:proofErr w:type="spellEnd"/>
      <w:r w:rsidRPr="008A30A7">
        <w:rPr>
          <w:sz w:val="28"/>
          <w:szCs w:val="28"/>
          <w:lang w:val="ru-RU"/>
        </w:rPr>
        <w:t xml:space="preserve"> А.Р.</w:t>
      </w:r>
    </w:p>
    <w:p w:rsidR="00D24F21" w:rsidRPr="008A30A7" w:rsidRDefault="001653C9" w:rsidP="00CD4962">
      <w:pPr>
        <w:spacing w:after="0" w:line="240" w:lineRule="auto"/>
        <w:jc w:val="both"/>
        <w:rPr>
          <w:b/>
          <w:sz w:val="28"/>
          <w:szCs w:val="28"/>
        </w:rPr>
      </w:pPr>
      <w:proofErr w:type="spellStart"/>
      <w:r w:rsidRPr="008A30A7">
        <w:rPr>
          <w:b/>
          <w:sz w:val="28"/>
          <w:szCs w:val="28"/>
        </w:rPr>
        <w:t>Топ</w:t>
      </w:r>
      <w:proofErr w:type="spellEnd"/>
      <w:r w:rsidRPr="008A30A7">
        <w:rPr>
          <w:b/>
          <w:sz w:val="28"/>
          <w:szCs w:val="28"/>
        </w:rPr>
        <w:t xml:space="preserve"> </w:t>
      </w:r>
      <w:proofErr w:type="spellStart"/>
      <w:r w:rsidRPr="008A30A7">
        <w:rPr>
          <w:b/>
          <w:sz w:val="28"/>
          <w:szCs w:val="28"/>
        </w:rPr>
        <w:t>мүшелері</w:t>
      </w:r>
      <w:proofErr w:type="spellEnd"/>
      <w:r w:rsidRPr="008A30A7">
        <w:rPr>
          <w:b/>
          <w:sz w:val="28"/>
          <w:szCs w:val="28"/>
        </w:rPr>
        <w:t>: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>– қаржы жөніндегі директордың орынбасары – Садвакасова С.Б.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 xml:space="preserve">– </w:t>
      </w:r>
      <w:r w:rsidR="00224E2D" w:rsidRPr="008A30A7">
        <w:rPr>
          <w:sz w:val="28"/>
          <w:szCs w:val="28"/>
          <w:lang w:val="kk-KZ"/>
        </w:rPr>
        <w:t xml:space="preserve">ҰӨҚжАҚЖҚҚ </w:t>
      </w:r>
      <w:proofErr w:type="spellStart"/>
      <w:r w:rsidRPr="008A30A7">
        <w:rPr>
          <w:sz w:val="28"/>
          <w:szCs w:val="28"/>
          <w:lang w:val="ru-RU"/>
        </w:rPr>
        <w:t>бастығы</w:t>
      </w:r>
      <w:proofErr w:type="spellEnd"/>
      <w:r w:rsidRPr="008A30A7">
        <w:rPr>
          <w:sz w:val="28"/>
          <w:szCs w:val="28"/>
        </w:rPr>
        <w:t xml:space="preserve"> – </w:t>
      </w:r>
      <w:proofErr w:type="spellStart"/>
      <w:r w:rsidRPr="008A30A7">
        <w:rPr>
          <w:sz w:val="28"/>
          <w:szCs w:val="28"/>
          <w:lang w:val="ru-RU"/>
        </w:rPr>
        <w:t>Бигельдиев</w:t>
      </w:r>
      <w:proofErr w:type="spellEnd"/>
      <w:r w:rsidRPr="008A30A7">
        <w:rPr>
          <w:sz w:val="28"/>
          <w:szCs w:val="28"/>
        </w:rPr>
        <w:t xml:space="preserve"> </w:t>
      </w:r>
      <w:r w:rsidRPr="008A30A7">
        <w:rPr>
          <w:sz w:val="28"/>
          <w:szCs w:val="28"/>
          <w:lang w:val="ru-RU"/>
        </w:rPr>
        <w:t>Е</w:t>
      </w:r>
      <w:r w:rsidRPr="008A30A7">
        <w:rPr>
          <w:sz w:val="28"/>
          <w:szCs w:val="28"/>
        </w:rPr>
        <w:t>.</w:t>
      </w:r>
      <w:r w:rsidRPr="008A30A7">
        <w:rPr>
          <w:sz w:val="28"/>
          <w:szCs w:val="28"/>
          <w:lang w:val="ru-RU"/>
        </w:rPr>
        <w:t>Т</w:t>
      </w:r>
      <w:r w:rsidRPr="008A30A7">
        <w:rPr>
          <w:sz w:val="28"/>
          <w:szCs w:val="28"/>
        </w:rPr>
        <w:t>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– </w:t>
      </w:r>
      <w:r w:rsidR="00CD4962" w:rsidRPr="008A30A7">
        <w:rPr>
          <w:sz w:val="28"/>
          <w:szCs w:val="28"/>
          <w:lang w:val="ru-RU"/>
        </w:rPr>
        <w:t>АКҚ</w:t>
      </w:r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бастығы</w:t>
      </w:r>
      <w:proofErr w:type="spellEnd"/>
      <w:r w:rsidRPr="008A30A7">
        <w:rPr>
          <w:sz w:val="28"/>
          <w:szCs w:val="28"/>
          <w:lang w:val="ru-RU"/>
        </w:rPr>
        <w:t xml:space="preserve"> – Матвейчук С.С.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– </w:t>
      </w:r>
      <w:r w:rsidR="00CD4962" w:rsidRPr="008A30A7">
        <w:rPr>
          <w:sz w:val="28"/>
          <w:szCs w:val="28"/>
          <w:lang w:val="ru-RU"/>
        </w:rPr>
        <w:t>АТБҚ</w:t>
      </w:r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бастығы</w:t>
      </w:r>
      <w:proofErr w:type="spellEnd"/>
      <w:r w:rsidRPr="008A30A7">
        <w:rPr>
          <w:sz w:val="28"/>
          <w:szCs w:val="28"/>
          <w:lang w:val="ru-RU"/>
        </w:rPr>
        <w:t xml:space="preserve"> – </w:t>
      </w:r>
      <w:proofErr w:type="spellStart"/>
      <w:r w:rsidRPr="008A30A7">
        <w:rPr>
          <w:sz w:val="28"/>
          <w:szCs w:val="28"/>
          <w:lang w:val="ru-RU"/>
        </w:rPr>
        <w:t>Ахнаев</w:t>
      </w:r>
      <w:proofErr w:type="spellEnd"/>
      <w:r w:rsidRPr="008A30A7">
        <w:rPr>
          <w:sz w:val="28"/>
          <w:szCs w:val="28"/>
          <w:lang w:val="ru-RU"/>
        </w:rPr>
        <w:t xml:space="preserve"> К.Р.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– </w:t>
      </w:r>
      <w:proofErr w:type="spellStart"/>
      <w:r w:rsidR="00224E2D" w:rsidRPr="008A30A7">
        <w:rPr>
          <w:sz w:val="28"/>
          <w:szCs w:val="28"/>
          <w:lang w:val="ru-RU"/>
        </w:rPr>
        <w:t>ҰЭЖТҚеҚ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бастығы</w:t>
      </w:r>
      <w:proofErr w:type="spellEnd"/>
      <w:r w:rsidRPr="008A30A7">
        <w:rPr>
          <w:sz w:val="28"/>
          <w:szCs w:val="28"/>
          <w:lang w:val="ru-RU"/>
        </w:rPr>
        <w:t xml:space="preserve"> – Нурбеков А.С.</w:t>
      </w:r>
    </w:p>
    <w:p w:rsidR="00D24F21" w:rsidRPr="008A30A7" w:rsidRDefault="00CD4962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– </w:t>
      </w:r>
      <w:proofErr w:type="spellStart"/>
      <w:r w:rsidRPr="008A30A7">
        <w:rPr>
          <w:sz w:val="28"/>
          <w:szCs w:val="28"/>
          <w:lang w:val="ru-RU"/>
        </w:rPr>
        <w:t>заңгер</w:t>
      </w:r>
      <w:proofErr w:type="spellEnd"/>
      <w:r w:rsidRPr="008A30A7">
        <w:rPr>
          <w:sz w:val="28"/>
          <w:szCs w:val="28"/>
          <w:lang w:val="ru-RU"/>
        </w:rPr>
        <w:t>-</w:t>
      </w:r>
      <w:r w:rsidRPr="008A30A7">
        <w:rPr>
          <w:sz w:val="28"/>
          <w:szCs w:val="28"/>
          <w:lang w:val="ru-RU"/>
        </w:rPr>
        <w:t>кадр</w:t>
      </w:r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бөлімінің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r w:rsidR="001653C9" w:rsidRPr="008A30A7">
        <w:rPr>
          <w:sz w:val="28"/>
          <w:szCs w:val="28"/>
          <w:lang w:val="ru-RU"/>
        </w:rPr>
        <w:t xml:space="preserve">инспекторы – </w:t>
      </w:r>
      <w:proofErr w:type="spellStart"/>
      <w:r w:rsidR="001653C9" w:rsidRPr="008A30A7">
        <w:rPr>
          <w:sz w:val="28"/>
          <w:szCs w:val="28"/>
          <w:lang w:val="ru-RU"/>
        </w:rPr>
        <w:t>Ахметжанов</w:t>
      </w:r>
      <w:proofErr w:type="spellEnd"/>
      <w:r w:rsidR="001653C9" w:rsidRPr="008A30A7">
        <w:rPr>
          <w:sz w:val="28"/>
          <w:szCs w:val="28"/>
          <w:lang w:val="ru-RU"/>
        </w:rPr>
        <w:t xml:space="preserve"> С.С.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b/>
          <w:sz w:val="28"/>
          <w:szCs w:val="28"/>
        </w:rPr>
        <w:t>I</w:t>
      </w:r>
      <w:r w:rsidRPr="008A30A7">
        <w:rPr>
          <w:b/>
          <w:sz w:val="28"/>
          <w:szCs w:val="28"/>
          <w:lang w:val="ru-RU"/>
        </w:rPr>
        <w:t>. «</w:t>
      </w:r>
      <w:proofErr w:type="spellStart"/>
      <w:r w:rsidR="00CD4962" w:rsidRPr="008A30A7">
        <w:rPr>
          <w:b/>
          <w:sz w:val="28"/>
          <w:szCs w:val="28"/>
          <w:lang w:val="ru-RU"/>
        </w:rPr>
        <w:t>Әуежайы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Балқаш</w:t>
      </w:r>
      <w:proofErr w:type="spellEnd"/>
      <w:r w:rsidRPr="008A30A7">
        <w:rPr>
          <w:b/>
          <w:sz w:val="28"/>
          <w:szCs w:val="28"/>
          <w:lang w:val="ru-RU"/>
        </w:rPr>
        <w:t xml:space="preserve">» ЖШС </w:t>
      </w:r>
      <w:proofErr w:type="spellStart"/>
      <w:r w:rsidRPr="008A30A7">
        <w:rPr>
          <w:b/>
          <w:sz w:val="28"/>
          <w:szCs w:val="28"/>
          <w:lang w:val="ru-RU"/>
        </w:rPr>
        <w:t>қызметіне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қатысты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құқықтық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актілердегі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сыбайлас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жемқорлық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тәуекелдерін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анықтау</w:t>
      </w:r>
      <w:proofErr w:type="spellEnd"/>
    </w:p>
    <w:p w:rsidR="00D24F21" w:rsidRPr="008A30A7" w:rsidRDefault="00CD4962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      </w:t>
      </w:r>
      <w:proofErr w:type="spellStart"/>
      <w:r w:rsidR="001653C9" w:rsidRPr="008A30A7">
        <w:rPr>
          <w:sz w:val="28"/>
          <w:szCs w:val="28"/>
          <w:lang w:val="ru-RU"/>
        </w:rPr>
        <w:t>Ішкі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құжаттарда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анықталған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тәуекелдер</w:t>
      </w:r>
      <w:proofErr w:type="spellEnd"/>
      <w:r w:rsidR="001653C9" w:rsidRPr="008A30A7">
        <w:rPr>
          <w:sz w:val="28"/>
          <w:szCs w:val="28"/>
          <w:lang w:val="ru-RU"/>
        </w:rPr>
        <w:t xml:space="preserve"> саны – 0 (</w:t>
      </w:r>
      <w:proofErr w:type="spellStart"/>
      <w:r w:rsidR="001653C9" w:rsidRPr="008A30A7">
        <w:rPr>
          <w:sz w:val="28"/>
          <w:szCs w:val="28"/>
          <w:lang w:val="ru-RU"/>
        </w:rPr>
        <w:t>бірлік</w:t>
      </w:r>
      <w:proofErr w:type="spellEnd"/>
      <w:r w:rsidR="001653C9" w:rsidRPr="008A30A7">
        <w:rPr>
          <w:sz w:val="28"/>
          <w:szCs w:val="28"/>
          <w:lang w:val="ru-RU"/>
        </w:rPr>
        <w:t>).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>«</w:t>
      </w:r>
      <w:proofErr w:type="spellStart"/>
      <w:r w:rsidR="00CD4962" w:rsidRPr="008A30A7">
        <w:rPr>
          <w:sz w:val="28"/>
          <w:szCs w:val="28"/>
          <w:lang w:val="ru-RU"/>
        </w:rPr>
        <w:t>Әуежайы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Балқаш</w:t>
      </w:r>
      <w:proofErr w:type="spellEnd"/>
      <w:r w:rsidRPr="008A30A7">
        <w:rPr>
          <w:sz w:val="28"/>
          <w:szCs w:val="28"/>
          <w:lang w:val="ru-RU"/>
        </w:rPr>
        <w:t xml:space="preserve">» ЖШС </w:t>
      </w:r>
      <w:proofErr w:type="spellStart"/>
      <w:r w:rsidRPr="008A30A7">
        <w:rPr>
          <w:sz w:val="28"/>
          <w:szCs w:val="28"/>
          <w:lang w:val="ru-RU"/>
        </w:rPr>
        <w:t>жолаушылар</w:t>
      </w:r>
      <w:proofErr w:type="spellEnd"/>
      <w:r w:rsidRPr="008A30A7">
        <w:rPr>
          <w:sz w:val="28"/>
          <w:szCs w:val="28"/>
          <w:lang w:val="ru-RU"/>
        </w:rPr>
        <w:t xml:space="preserve"> мен </w:t>
      </w:r>
      <w:proofErr w:type="spellStart"/>
      <w:r w:rsidRPr="008A30A7">
        <w:rPr>
          <w:sz w:val="28"/>
          <w:szCs w:val="28"/>
          <w:lang w:val="ru-RU"/>
        </w:rPr>
        <w:t>жүктерді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әуе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тасымалдау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саласында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басшылықты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жүзеге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асыратын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ұйым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болып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табылады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және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өз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қызметін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Қазақстан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Республикасының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Конституциясы</w:t>
      </w:r>
      <w:proofErr w:type="spellEnd"/>
      <w:r w:rsidRPr="008A30A7">
        <w:rPr>
          <w:sz w:val="28"/>
          <w:szCs w:val="28"/>
          <w:lang w:val="ru-RU"/>
        </w:rPr>
        <w:t xml:space="preserve"> мен </w:t>
      </w:r>
      <w:proofErr w:type="spellStart"/>
      <w:r w:rsidRPr="008A30A7">
        <w:rPr>
          <w:sz w:val="28"/>
          <w:szCs w:val="28"/>
          <w:lang w:val="ru-RU"/>
        </w:rPr>
        <w:t>заңдарына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Қазақстан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Республикасы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Үкіметінің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қаулыларына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өзге</w:t>
      </w:r>
      <w:proofErr w:type="spellEnd"/>
      <w:r w:rsidRPr="008A30A7">
        <w:rPr>
          <w:sz w:val="28"/>
          <w:szCs w:val="28"/>
          <w:lang w:val="ru-RU"/>
        </w:rPr>
        <w:t xml:space="preserve"> де </w:t>
      </w:r>
      <w:proofErr w:type="spellStart"/>
      <w:r w:rsidRPr="008A30A7">
        <w:rPr>
          <w:sz w:val="28"/>
          <w:szCs w:val="28"/>
          <w:lang w:val="ru-RU"/>
        </w:rPr>
        <w:t>но</w:t>
      </w:r>
      <w:r w:rsidRPr="008A30A7">
        <w:rPr>
          <w:sz w:val="28"/>
          <w:szCs w:val="28"/>
          <w:lang w:val="ru-RU"/>
        </w:rPr>
        <w:t>рмативтік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құқықтық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актілерге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сондай-ақ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Серіктестіктің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қызметі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туралы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Жарғыға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сәйкес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жүзеге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асырады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CD4962" w:rsidRPr="008A30A7" w:rsidRDefault="00CD4962" w:rsidP="00CD4962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D24F21" w:rsidRPr="008A30A7" w:rsidRDefault="001653C9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8A30A7">
        <w:rPr>
          <w:b/>
          <w:sz w:val="28"/>
          <w:szCs w:val="28"/>
          <w:lang w:val="ru-RU"/>
        </w:rPr>
        <w:t>«</w:t>
      </w:r>
      <w:proofErr w:type="spellStart"/>
      <w:r w:rsidR="00CD4962" w:rsidRPr="008A30A7">
        <w:rPr>
          <w:b/>
          <w:sz w:val="28"/>
          <w:szCs w:val="28"/>
          <w:lang w:val="ru-RU"/>
        </w:rPr>
        <w:t>Әуежайы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Балқаш</w:t>
      </w:r>
      <w:proofErr w:type="spellEnd"/>
      <w:r w:rsidRPr="008A30A7">
        <w:rPr>
          <w:b/>
          <w:sz w:val="28"/>
          <w:szCs w:val="28"/>
          <w:lang w:val="ru-RU"/>
        </w:rPr>
        <w:t>» ЖШС-</w:t>
      </w:r>
      <w:proofErr w:type="spellStart"/>
      <w:r w:rsidRPr="008A30A7">
        <w:rPr>
          <w:b/>
          <w:sz w:val="28"/>
          <w:szCs w:val="28"/>
          <w:lang w:val="ru-RU"/>
        </w:rPr>
        <w:t>нің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негізгі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міндеттері</w:t>
      </w:r>
      <w:proofErr w:type="spellEnd"/>
      <w:r w:rsidRPr="008A30A7">
        <w:rPr>
          <w:b/>
          <w:sz w:val="28"/>
          <w:szCs w:val="28"/>
          <w:lang w:val="ru-RU"/>
        </w:rPr>
        <w:t>: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– </w:t>
      </w:r>
      <w:proofErr w:type="spellStart"/>
      <w:r w:rsidRPr="008A30A7">
        <w:rPr>
          <w:sz w:val="28"/>
          <w:szCs w:val="28"/>
          <w:lang w:val="ru-RU"/>
        </w:rPr>
        <w:t>жолаушыларға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багажға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және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жүктерге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қауіпсіз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әрі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тұрақты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қызмет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көрсетуді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сондай-ақ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әуе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кемелерін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қабылдау</w:t>
      </w:r>
      <w:proofErr w:type="spellEnd"/>
      <w:r w:rsidRPr="008A30A7">
        <w:rPr>
          <w:sz w:val="28"/>
          <w:szCs w:val="28"/>
          <w:lang w:val="ru-RU"/>
        </w:rPr>
        <w:t xml:space="preserve"> мен </w:t>
      </w:r>
      <w:proofErr w:type="spellStart"/>
      <w:r w:rsidRPr="008A30A7">
        <w:rPr>
          <w:sz w:val="28"/>
          <w:szCs w:val="28"/>
          <w:lang w:val="ru-RU"/>
        </w:rPr>
        <w:t>жөнелтуді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қамтамасыз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ету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proofErr w:type="spellStart"/>
      <w:r w:rsidRPr="008A30A7">
        <w:rPr>
          <w:b/>
          <w:sz w:val="28"/>
          <w:szCs w:val="28"/>
          <w:lang w:val="ru-RU"/>
        </w:rPr>
        <w:t>Серіктестіктің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негізгі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функциялары</w:t>
      </w:r>
      <w:proofErr w:type="spellEnd"/>
      <w:r w:rsidRPr="008A30A7">
        <w:rPr>
          <w:sz w:val="28"/>
          <w:szCs w:val="28"/>
          <w:lang w:val="ru-RU"/>
        </w:rPr>
        <w:t>: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1) </w:t>
      </w:r>
      <w:proofErr w:type="spellStart"/>
      <w:r w:rsidRPr="008A30A7">
        <w:rPr>
          <w:sz w:val="28"/>
          <w:szCs w:val="28"/>
          <w:lang w:val="ru-RU"/>
        </w:rPr>
        <w:t>өз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құзыреті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шегінде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әуе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көлігіндегі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жолаушылар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тасымалын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дамытудың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басым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бағдарламаларын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әзірлеу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және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іске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асыру</w:t>
      </w:r>
      <w:proofErr w:type="spellEnd"/>
      <w:r w:rsidRPr="008A30A7">
        <w:rPr>
          <w:sz w:val="28"/>
          <w:szCs w:val="28"/>
          <w:lang w:val="ru-RU"/>
        </w:rPr>
        <w:t>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2) </w:t>
      </w:r>
      <w:proofErr w:type="spellStart"/>
      <w:r w:rsidRPr="008A30A7">
        <w:rPr>
          <w:sz w:val="28"/>
          <w:szCs w:val="28"/>
          <w:lang w:val="ru-RU"/>
        </w:rPr>
        <w:t>Серіктестіктің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құзыретіне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кіретін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мәселелер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бойынша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кәсіпорынның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әлеу</w:t>
      </w:r>
      <w:r w:rsidRPr="008A30A7">
        <w:rPr>
          <w:sz w:val="28"/>
          <w:szCs w:val="28"/>
          <w:lang w:val="ru-RU"/>
        </w:rPr>
        <w:t>меттік-экономикалық</w:t>
      </w:r>
      <w:proofErr w:type="spellEnd"/>
      <w:r w:rsidRPr="008A30A7">
        <w:rPr>
          <w:sz w:val="28"/>
          <w:szCs w:val="28"/>
          <w:lang w:val="ru-RU"/>
        </w:rPr>
        <w:t xml:space="preserve"> даму </w:t>
      </w:r>
      <w:proofErr w:type="spellStart"/>
      <w:r w:rsidRPr="008A30A7">
        <w:rPr>
          <w:sz w:val="28"/>
          <w:szCs w:val="28"/>
          <w:lang w:val="ru-RU"/>
        </w:rPr>
        <w:t>жағдайын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талдауға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және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болжамдарын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инвестициялық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бағдарламаларын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әзірлеуге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қатысу</w:t>
      </w:r>
      <w:proofErr w:type="spellEnd"/>
      <w:r w:rsidRPr="008A30A7">
        <w:rPr>
          <w:sz w:val="28"/>
          <w:szCs w:val="28"/>
          <w:lang w:val="ru-RU"/>
        </w:rPr>
        <w:t>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lastRenderedPageBreak/>
        <w:t xml:space="preserve">3) </w:t>
      </w:r>
      <w:proofErr w:type="spellStart"/>
      <w:r w:rsidRPr="008A30A7">
        <w:rPr>
          <w:sz w:val="28"/>
          <w:szCs w:val="28"/>
          <w:lang w:val="ru-RU"/>
        </w:rPr>
        <w:t>Серіктестіктің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құзыретіне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кіретін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мәселелер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бойынша</w:t>
      </w:r>
      <w:proofErr w:type="spellEnd"/>
      <w:r w:rsidRPr="008A30A7">
        <w:rPr>
          <w:sz w:val="28"/>
          <w:szCs w:val="28"/>
          <w:lang w:val="ru-RU"/>
        </w:rPr>
        <w:t xml:space="preserve"> «</w:t>
      </w:r>
      <w:proofErr w:type="spellStart"/>
      <w:r w:rsidRPr="008A30A7">
        <w:rPr>
          <w:sz w:val="28"/>
          <w:szCs w:val="28"/>
          <w:lang w:val="ru-RU"/>
        </w:rPr>
        <w:t>Қарағанды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облысының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жолаушылар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көлігі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және</w:t>
      </w:r>
      <w:proofErr w:type="spellEnd"/>
      <w:r w:rsidRPr="008A30A7">
        <w:rPr>
          <w:sz w:val="28"/>
          <w:szCs w:val="28"/>
          <w:lang w:val="ru-RU"/>
        </w:rPr>
        <w:t xml:space="preserve"> автомобиль </w:t>
      </w:r>
      <w:proofErr w:type="spellStart"/>
      <w:r w:rsidRPr="008A30A7">
        <w:rPr>
          <w:sz w:val="28"/>
          <w:szCs w:val="28"/>
          <w:lang w:val="ru-RU"/>
        </w:rPr>
        <w:t>жолдары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басқармасы</w:t>
      </w:r>
      <w:proofErr w:type="spellEnd"/>
      <w:r w:rsidRPr="008A30A7">
        <w:rPr>
          <w:sz w:val="28"/>
          <w:szCs w:val="28"/>
          <w:lang w:val="ru-RU"/>
        </w:rPr>
        <w:t xml:space="preserve">» </w:t>
      </w:r>
      <w:proofErr w:type="spellStart"/>
      <w:r w:rsidRPr="008A30A7">
        <w:rPr>
          <w:sz w:val="28"/>
          <w:szCs w:val="28"/>
          <w:lang w:val="ru-RU"/>
        </w:rPr>
        <w:t>бойынша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кеңестерг</w:t>
      </w:r>
      <w:r w:rsidRPr="008A30A7">
        <w:rPr>
          <w:sz w:val="28"/>
          <w:szCs w:val="28"/>
          <w:lang w:val="ru-RU"/>
        </w:rPr>
        <w:t>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материалдар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дайындауға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қатысу</w:t>
      </w:r>
      <w:proofErr w:type="spellEnd"/>
      <w:r w:rsidRPr="008A30A7">
        <w:rPr>
          <w:sz w:val="28"/>
          <w:szCs w:val="28"/>
          <w:lang w:val="ru-RU"/>
        </w:rPr>
        <w:t>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4) </w:t>
      </w:r>
      <w:proofErr w:type="spellStart"/>
      <w:r w:rsidRPr="008A30A7">
        <w:rPr>
          <w:sz w:val="28"/>
          <w:szCs w:val="28"/>
          <w:lang w:val="ru-RU"/>
        </w:rPr>
        <w:t>жолаушылар</w:t>
      </w:r>
      <w:proofErr w:type="spellEnd"/>
      <w:r w:rsidRPr="008A30A7">
        <w:rPr>
          <w:sz w:val="28"/>
          <w:szCs w:val="28"/>
          <w:lang w:val="ru-RU"/>
        </w:rPr>
        <w:t xml:space="preserve"> мен </w:t>
      </w:r>
      <w:proofErr w:type="spellStart"/>
      <w:r w:rsidRPr="008A30A7">
        <w:rPr>
          <w:sz w:val="28"/>
          <w:szCs w:val="28"/>
          <w:lang w:val="ru-RU"/>
        </w:rPr>
        <w:t>багажды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тұрақты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ішкі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әуе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тасымалдау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бағыттары</w:t>
      </w:r>
      <w:proofErr w:type="spellEnd"/>
      <w:r w:rsidRPr="008A30A7">
        <w:rPr>
          <w:sz w:val="28"/>
          <w:szCs w:val="28"/>
          <w:lang w:val="ru-RU"/>
        </w:rPr>
        <w:t xml:space="preserve"> мен </w:t>
      </w:r>
      <w:proofErr w:type="spellStart"/>
      <w:r w:rsidRPr="008A30A7">
        <w:rPr>
          <w:sz w:val="28"/>
          <w:szCs w:val="28"/>
          <w:lang w:val="ru-RU"/>
        </w:rPr>
        <w:t>ұшу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кестелерін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бекіту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жөніндегі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жұмысты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ұйымдастыру</w:t>
      </w:r>
      <w:proofErr w:type="spellEnd"/>
      <w:r w:rsidRPr="008A30A7">
        <w:rPr>
          <w:sz w:val="28"/>
          <w:szCs w:val="28"/>
          <w:lang w:val="ru-RU"/>
        </w:rPr>
        <w:t>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6) </w:t>
      </w:r>
      <w:proofErr w:type="spellStart"/>
      <w:r w:rsidRPr="008A30A7">
        <w:rPr>
          <w:sz w:val="28"/>
          <w:szCs w:val="28"/>
          <w:lang w:val="ru-RU"/>
        </w:rPr>
        <w:t>жолаушылар</w:t>
      </w:r>
      <w:proofErr w:type="spellEnd"/>
      <w:r w:rsidRPr="008A30A7">
        <w:rPr>
          <w:sz w:val="28"/>
          <w:szCs w:val="28"/>
          <w:lang w:val="ru-RU"/>
        </w:rPr>
        <w:t xml:space="preserve"> мен </w:t>
      </w:r>
      <w:proofErr w:type="spellStart"/>
      <w:r w:rsidRPr="008A30A7">
        <w:rPr>
          <w:sz w:val="28"/>
          <w:szCs w:val="28"/>
          <w:lang w:val="ru-RU"/>
        </w:rPr>
        <w:t>багажды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тұрақты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ішкі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әуе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тасымалдау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бойынша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маршруттар</w:t>
      </w:r>
      <w:proofErr w:type="spellEnd"/>
      <w:r w:rsidRPr="008A30A7">
        <w:rPr>
          <w:sz w:val="28"/>
          <w:szCs w:val="28"/>
          <w:lang w:val="ru-RU"/>
        </w:rPr>
        <w:t xml:space="preserve"> мен </w:t>
      </w:r>
      <w:proofErr w:type="spellStart"/>
      <w:r w:rsidRPr="008A30A7">
        <w:rPr>
          <w:sz w:val="28"/>
          <w:szCs w:val="28"/>
          <w:lang w:val="ru-RU"/>
        </w:rPr>
        <w:t>әуе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қозғалысының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кестелер</w:t>
      </w:r>
      <w:r w:rsidRPr="008A30A7">
        <w:rPr>
          <w:sz w:val="28"/>
          <w:szCs w:val="28"/>
          <w:lang w:val="ru-RU"/>
        </w:rPr>
        <w:t>ін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келісу</w:t>
      </w:r>
      <w:proofErr w:type="spellEnd"/>
      <w:r w:rsidRPr="008A30A7">
        <w:rPr>
          <w:sz w:val="28"/>
          <w:szCs w:val="28"/>
          <w:lang w:val="ru-RU"/>
        </w:rPr>
        <w:t>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7) </w:t>
      </w:r>
      <w:proofErr w:type="spellStart"/>
      <w:r w:rsidRPr="008A30A7">
        <w:rPr>
          <w:sz w:val="28"/>
          <w:szCs w:val="28"/>
          <w:lang w:val="ru-RU"/>
        </w:rPr>
        <w:t>төтенше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жағдайлар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туындаған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кезде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тасымалдауды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уақытша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тоқтату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туралы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шешімдер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қабылдау</w:t>
      </w:r>
      <w:proofErr w:type="spellEnd"/>
      <w:r w:rsidRPr="008A30A7">
        <w:rPr>
          <w:sz w:val="28"/>
          <w:szCs w:val="28"/>
          <w:lang w:val="ru-RU"/>
        </w:rPr>
        <w:t>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8) </w:t>
      </w:r>
      <w:proofErr w:type="spellStart"/>
      <w:r w:rsidRPr="008A30A7">
        <w:rPr>
          <w:sz w:val="28"/>
          <w:szCs w:val="28"/>
          <w:lang w:val="ru-RU"/>
        </w:rPr>
        <w:t>Серіктестік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қызметкерлерінің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цифрлық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сауаттылығын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арттыру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үшін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жағдай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жасау</w:t>
      </w:r>
      <w:proofErr w:type="spellEnd"/>
      <w:r w:rsidRPr="008A30A7">
        <w:rPr>
          <w:sz w:val="28"/>
          <w:szCs w:val="28"/>
          <w:lang w:val="ru-RU"/>
        </w:rPr>
        <w:t>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9) </w:t>
      </w:r>
      <w:proofErr w:type="spellStart"/>
      <w:r w:rsidRPr="008A30A7">
        <w:rPr>
          <w:sz w:val="28"/>
          <w:szCs w:val="28"/>
          <w:lang w:val="ru-RU"/>
        </w:rPr>
        <w:t>Қазақстан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Республикасының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заңнамасына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сәйкес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өзге</w:t>
      </w:r>
      <w:proofErr w:type="spellEnd"/>
      <w:r w:rsidRPr="008A30A7">
        <w:rPr>
          <w:sz w:val="28"/>
          <w:szCs w:val="28"/>
          <w:lang w:val="ru-RU"/>
        </w:rPr>
        <w:t xml:space="preserve"> де </w:t>
      </w:r>
      <w:proofErr w:type="spellStart"/>
      <w:r w:rsidRPr="008A30A7">
        <w:rPr>
          <w:sz w:val="28"/>
          <w:szCs w:val="28"/>
          <w:lang w:val="ru-RU"/>
        </w:rPr>
        <w:t>функцияларды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жүзеге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асыру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D24F21" w:rsidRPr="008A30A7" w:rsidRDefault="00224E2D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8A30A7">
        <w:rPr>
          <w:b/>
          <w:sz w:val="28"/>
          <w:szCs w:val="28"/>
          <w:lang w:val="ru-RU"/>
        </w:rPr>
        <w:t xml:space="preserve">      </w:t>
      </w:r>
      <w:proofErr w:type="spellStart"/>
      <w:r w:rsidR="001653C9" w:rsidRPr="008A30A7">
        <w:rPr>
          <w:b/>
          <w:sz w:val="28"/>
          <w:szCs w:val="28"/>
          <w:lang w:val="ru-RU"/>
        </w:rPr>
        <w:t>Дискрециялық</w:t>
      </w:r>
      <w:proofErr w:type="spellEnd"/>
      <w:r w:rsidR="001653C9"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b/>
          <w:sz w:val="28"/>
          <w:szCs w:val="28"/>
          <w:lang w:val="ru-RU"/>
        </w:rPr>
        <w:t>өкілеттіктердің</w:t>
      </w:r>
      <w:proofErr w:type="spellEnd"/>
      <w:r w:rsidR="001653C9"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b/>
          <w:sz w:val="28"/>
          <w:szCs w:val="28"/>
          <w:lang w:val="ru-RU"/>
        </w:rPr>
        <w:t>мынадай</w:t>
      </w:r>
      <w:proofErr w:type="spellEnd"/>
      <w:r w:rsidR="001653C9"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b/>
          <w:sz w:val="28"/>
          <w:szCs w:val="28"/>
          <w:lang w:val="ru-RU"/>
        </w:rPr>
        <w:t>ерекше</w:t>
      </w:r>
      <w:proofErr w:type="spellEnd"/>
      <w:r w:rsidR="001653C9"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b/>
          <w:sz w:val="28"/>
          <w:szCs w:val="28"/>
          <w:lang w:val="ru-RU"/>
        </w:rPr>
        <w:t>белгілері</w:t>
      </w:r>
      <w:proofErr w:type="spellEnd"/>
      <w:r w:rsidR="001653C9" w:rsidRPr="008A30A7">
        <w:rPr>
          <w:b/>
          <w:sz w:val="28"/>
          <w:szCs w:val="28"/>
          <w:lang w:val="ru-RU"/>
        </w:rPr>
        <w:t xml:space="preserve"> бар: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1) </w:t>
      </w:r>
      <w:proofErr w:type="spellStart"/>
      <w:r w:rsidRPr="008A30A7">
        <w:rPr>
          <w:sz w:val="28"/>
          <w:szCs w:val="28"/>
          <w:lang w:val="ru-RU"/>
        </w:rPr>
        <w:t>лауазымды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тұлғаға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және</w:t>
      </w:r>
      <w:proofErr w:type="spellEnd"/>
      <w:r w:rsidRPr="008A30A7">
        <w:rPr>
          <w:sz w:val="28"/>
          <w:szCs w:val="28"/>
          <w:lang w:val="ru-RU"/>
        </w:rPr>
        <w:t>/</w:t>
      </w:r>
      <w:proofErr w:type="spellStart"/>
      <w:r w:rsidRPr="008A30A7">
        <w:rPr>
          <w:sz w:val="28"/>
          <w:szCs w:val="28"/>
          <w:lang w:val="ru-RU"/>
        </w:rPr>
        <w:t>немесе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мемлекеттік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органға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заңдық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фактіні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өз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қалауы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бойынша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бағалауға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мүмкіндік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береді</w:t>
      </w:r>
      <w:proofErr w:type="spellEnd"/>
      <w:r w:rsidRPr="008A30A7">
        <w:rPr>
          <w:sz w:val="28"/>
          <w:szCs w:val="28"/>
          <w:lang w:val="ru-RU"/>
        </w:rPr>
        <w:t>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2) </w:t>
      </w:r>
      <w:proofErr w:type="spellStart"/>
      <w:r w:rsidRPr="008A30A7">
        <w:rPr>
          <w:sz w:val="28"/>
          <w:szCs w:val="28"/>
          <w:lang w:val="ru-RU"/>
        </w:rPr>
        <w:t>лауазымды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тұлғаға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және</w:t>
      </w:r>
      <w:proofErr w:type="spellEnd"/>
      <w:r w:rsidRPr="008A30A7">
        <w:rPr>
          <w:sz w:val="28"/>
          <w:szCs w:val="28"/>
          <w:lang w:val="ru-RU"/>
        </w:rPr>
        <w:t>/</w:t>
      </w:r>
      <w:proofErr w:type="spellStart"/>
      <w:r w:rsidRPr="008A30A7">
        <w:rPr>
          <w:sz w:val="28"/>
          <w:szCs w:val="28"/>
          <w:lang w:val="ru-RU"/>
        </w:rPr>
        <w:t>немесе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мемлекеттік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органға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өз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қалауы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бойынш</w:t>
      </w:r>
      <w:r w:rsidRPr="008A30A7">
        <w:rPr>
          <w:sz w:val="28"/>
          <w:szCs w:val="28"/>
          <w:lang w:val="ru-RU"/>
        </w:rPr>
        <w:t>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ықпал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ету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шарасын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таңдауға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және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актілер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шығаруға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мүмкіндік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береді</w:t>
      </w:r>
      <w:proofErr w:type="spellEnd"/>
      <w:r w:rsidRPr="008A30A7">
        <w:rPr>
          <w:sz w:val="28"/>
          <w:szCs w:val="28"/>
          <w:lang w:val="ru-RU"/>
        </w:rPr>
        <w:t>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3) </w:t>
      </w:r>
      <w:proofErr w:type="spellStart"/>
      <w:r w:rsidRPr="008A30A7">
        <w:rPr>
          <w:sz w:val="28"/>
          <w:szCs w:val="28"/>
          <w:lang w:val="ru-RU"/>
        </w:rPr>
        <w:t>лауазымды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тұлғаға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және</w:t>
      </w:r>
      <w:proofErr w:type="spellEnd"/>
      <w:r w:rsidRPr="008A30A7">
        <w:rPr>
          <w:sz w:val="28"/>
          <w:szCs w:val="28"/>
          <w:lang w:val="ru-RU"/>
        </w:rPr>
        <w:t>/</w:t>
      </w:r>
      <w:proofErr w:type="spellStart"/>
      <w:r w:rsidRPr="008A30A7">
        <w:rPr>
          <w:sz w:val="28"/>
          <w:szCs w:val="28"/>
          <w:lang w:val="ru-RU"/>
        </w:rPr>
        <w:t>немесе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мемлекеттік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органға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жеке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және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заңды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тұлғалардың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қызметін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немесе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іс-әрекеттерін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жүзеге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асыру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тәртібін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дербес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айқындау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құқығын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береді</w:t>
      </w:r>
      <w:proofErr w:type="spellEnd"/>
      <w:r w:rsidRPr="008A30A7">
        <w:rPr>
          <w:sz w:val="28"/>
          <w:szCs w:val="28"/>
          <w:lang w:val="ru-RU"/>
        </w:rPr>
        <w:t>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4) </w:t>
      </w:r>
      <w:proofErr w:type="spellStart"/>
      <w:r w:rsidRPr="008A30A7">
        <w:rPr>
          <w:sz w:val="28"/>
          <w:szCs w:val="28"/>
          <w:lang w:val="ru-RU"/>
        </w:rPr>
        <w:t>лауазымды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тұлғаға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және</w:t>
      </w:r>
      <w:proofErr w:type="spellEnd"/>
      <w:r w:rsidRPr="008A30A7">
        <w:rPr>
          <w:sz w:val="28"/>
          <w:szCs w:val="28"/>
          <w:lang w:val="ru-RU"/>
        </w:rPr>
        <w:t>/</w:t>
      </w:r>
      <w:proofErr w:type="spellStart"/>
      <w:r w:rsidRPr="008A30A7">
        <w:rPr>
          <w:sz w:val="28"/>
          <w:szCs w:val="28"/>
          <w:lang w:val="ru-RU"/>
        </w:rPr>
        <w:t>немесе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мемлекеттік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органға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нормативтік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құқықтық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актіні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орындау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тәсілін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өз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қалауы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бойынша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айқындауға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мүмкіндік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береді</w:t>
      </w:r>
      <w:proofErr w:type="spellEnd"/>
      <w:r w:rsidRPr="008A30A7">
        <w:rPr>
          <w:sz w:val="28"/>
          <w:szCs w:val="28"/>
          <w:lang w:val="ru-RU"/>
        </w:rPr>
        <w:t>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5) </w:t>
      </w:r>
      <w:proofErr w:type="spellStart"/>
      <w:r w:rsidRPr="008A30A7">
        <w:rPr>
          <w:sz w:val="28"/>
          <w:szCs w:val="28"/>
          <w:lang w:val="ru-RU"/>
        </w:rPr>
        <w:t>шешім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қабылдауға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бірнеше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лауазымды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тұлғаның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және</w:t>
      </w:r>
      <w:proofErr w:type="spellEnd"/>
      <w:r w:rsidRPr="008A30A7">
        <w:rPr>
          <w:sz w:val="28"/>
          <w:szCs w:val="28"/>
          <w:lang w:val="ru-RU"/>
        </w:rPr>
        <w:t>/</w:t>
      </w:r>
      <w:proofErr w:type="spellStart"/>
      <w:r w:rsidRPr="008A30A7">
        <w:rPr>
          <w:sz w:val="28"/>
          <w:szCs w:val="28"/>
          <w:lang w:val="ru-RU"/>
        </w:rPr>
        <w:t>немесе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мемлекеттік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органның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қатысу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мүмкіндігін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береді</w:t>
      </w:r>
      <w:proofErr w:type="spellEnd"/>
      <w:r w:rsidRPr="008A30A7">
        <w:rPr>
          <w:sz w:val="28"/>
          <w:szCs w:val="28"/>
          <w:lang w:val="ru-RU"/>
        </w:rPr>
        <w:t xml:space="preserve"> (параллель </w:t>
      </w:r>
      <w:proofErr w:type="spellStart"/>
      <w:r w:rsidRPr="008A30A7">
        <w:rPr>
          <w:sz w:val="28"/>
          <w:szCs w:val="28"/>
          <w:lang w:val="ru-RU"/>
        </w:rPr>
        <w:t>өкілеттіктер</w:t>
      </w:r>
      <w:proofErr w:type="spellEnd"/>
      <w:r w:rsidRPr="008A30A7">
        <w:rPr>
          <w:sz w:val="28"/>
          <w:szCs w:val="28"/>
          <w:lang w:val="ru-RU"/>
        </w:rPr>
        <w:t>);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>6</w:t>
      </w:r>
      <w:r w:rsidRPr="008A30A7">
        <w:rPr>
          <w:sz w:val="28"/>
          <w:szCs w:val="28"/>
          <w:lang w:val="ru-RU"/>
        </w:rPr>
        <w:t xml:space="preserve">) </w:t>
      </w:r>
      <w:proofErr w:type="spellStart"/>
      <w:r w:rsidRPr="008A30A7">
        <w:rPr>
          <w:sz w:val="28"/>
          <w:szCs w:val="28"/>
          <w:lang w:val="ru-RU"/>
        </w:rPr>
        <w:t>лауазымды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тұлғаға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және</w:t>
      </w:r>
      <w:proofErr w:type="spellEnd"/>
      <w:r w:rsidRPr="008A30A7">
        <w:rPr>
          <w:sz w:val="28"/>
          <w:szCs w:val="28"/>
          <w:lang w:val="ru-RU"/>
        </w:rPr>
        <w:t>/</w:t>
      </w:r>
      <w:proofErr w:type="spellStart"/>
      <w:r w:rsidRPr="008A30A7">
        <w:rPr>
          <w:sz w:val="28"/>
          <w:szCs w:val="28"/>
          <w:lang w:val="ru-RU"/>
        </w:rPr>
        <w:t>немесе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мемлекеттік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органға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шешім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қабылдаудың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нақты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шарттары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белгіленбестен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екі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немесе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одан</w:t>
      </w:r>
      <w:proofErr w:type="spellEnd"/>
      <w:r w:rsidRPr="008A30A7">
        <w:rPr>
          <w:sz w:val="28"/>
          <w:szCs w:val="28"/>
          <w:lang w:val="ru-RU"/>
        </w:rPr>
        <w:t xml:space="preserve"> да </w:t>
      </w:r>
      <w:proofErr w:type="spellStart"/>
      <w:r w:rsidRPr="008A30A7">
        <w:rPr>
          <w:sz w:val="28"/>
          <w:szCs w:val="28"/>
          <w:lang w:val="ru-RU"/>
        </w:rPr>
        <w:t>көп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шешім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нұсқасының</w:t>
      </w:r>
      <w:proofErr w:type="spellEnd"/>
      <w:r w:rsidRPr="008A30A7">
        <w:rPr>
          <w:sz w:val="28"/>
          <w:szCs w:val="28"/>
          <w:lang w:val="ru-RU"/>
        </w:rPr>
        <w:t xml:space="preserve"> (</w:t>
      </w:r>
      <w:proofErr w:type="spellStart"/>
      <w:r w:rsidRPr="008A30A7">
        <w:rPr>
          <w:sz w:val="28"/>
          <w:szCs w:val="28"/>
          <w:lang w:val="ru-RU"/>
        </w:rPr>
        <w:t>оң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немесе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теріс</w:t>
      </w:r>
      <w:proofErr w:type="spellEnd"/>
      <w:r w:rsidRPr="008A30A7">
        <w:rPr>
          <w:sz w:val="28"/>
          <w:szCs w:val="28"/>
          <w:lang w:val="ru-RU"/>
        </w:rPr>
        <w:t xml:space="preserve">) </w:t>
      </w:r>
      <w:proofErr w:type="spellStart"/>
      <w:r w:rsidRPr="008A30A7">
        <w:rPr>
          <w:sz w:val="28"/>
          <w:szCs w:val="28"/>
          <w:lang w:val="ru-RU"/>
        </w:rPr>
        <w:t>бірін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таңдау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құқығын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береді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proofErr w:type="spellStart"/>
      <w:r w:rsidRPr="008A30A7">
        <w:rPr>
          <w:sz w:val="28"/>
          <w:szCs w:val="28"/>
          <w:lang w:val="ru-RU"/>
        </w:rPr>
        <w:t>Серіктестіктің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қызметіне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қатысты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ішкі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құжаттарда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аталған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белгілер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ан</w:t>
      </w:r>
      <w:r w:rsidRPr="008A30A7">
        <w:rPr>
          <w:sz w:val="28"/>
          <w:szCs w:val="28"/>
          <w:lang w:val="ru-RU"/>
        </w:rPr>
        <w:t>ықталған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жоқ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proofErr w:type="spellStart"/>
      <w:r w:rsidRPr="008A30A7">
        <w:rPr>
          <w:sz w:val="28"/>
          <w:szCs w:val="28"/>
          <w:lang w:val="ru-RU"/>
        </w:rPr>
        <w:t>Талданған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құқықтық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актілердің</w:t>
      </w:r>
      <w:proofErr w:type="spellEnd"/>
      <w:r w:rsidRPr="008A30A7">
        <w:rPr>
          <w:sz w:val="28"/>
          <w:szCs w:val="28"/>
          <w:lang w:val="ru-RU"/>
        </w:rPr>
        <w:t>/</w:t>
      </w:r>
      <w:proofErr w:type="spellStart"/>
      <w:r w:rsidRPr="008A30A7">
        <w:rPr>
          <w:sz w:val="28"/>
          <w:szCs w:val="28"/>
          <w:lang w:val="ru-RU"/>
        </w:rPr>
        <w:t>ішкі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құжаттардың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тізбесі</w:t>
      </w:r>
      <w:proofErr w:type="spellEnd"/>
      <w:r w:rsidRPr="008A30A7">
        <w:rPr>
          <w:sz w:val="28"/>
          <w:szCs w:val="28"/>
          <w:lang w:val="ru-RU"/>
        </w:rPr>
        <w:t xml:space="preserve"> осы </w:t>
      </w:r>
      <w:proofErr w:type="spellStart"/>
      <w:r w:rsidRPr="008A30A7">
        <w:rPr>
          <w:sz w:val="28"/>
          <w:szCs w:val="28"/>
          <w:lang w:val="ru-RU"/>
        </w:rPr>
        <w:t>талдаудың</w:t>
      </w:r>
      <w:proofErr w:type="spellEnd"/>
      <w:r w:rsidRPr="008A30A7">
        <w:rPr>
          <w:sz w:val="28"/>
          <w:szCs w:val="28"/>
          <w:lang w:val="ru-RU"/>
        </w:rPr>
        <w:t xml:space="preserve"> 1-қосымшасында </w:t>
      </w:r>
      <w:proofErr w:type="spellStart"/>
      <w:r w:rsidRPr="008A30A7">
        <w:rPr>
          <w:sz w:val="28"/>
          <w:szCs w:val="28"/>
          <w:lang w:val="ru-RU"/>
        </w:rPr>
        <w:t>көрсетілген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b/>
          <w:sz w:val="28"/>
          <w:szCs w:val="28"/>
        </w:rPr>
        <w:t>II</w:t>
      </w:r>
      <w:r w:rsidRPr="008A30A7">
        <w:rPr>
          <w:b/>
          <w:sz w:val="28"/>
          <w:szCs w:val="28"/>
          <w:lang w:val="ru-RU"/>
        </w:rPr>
        <w:t xml:space="preserve">. </w:t>
      </w:r>
      <w:proofErr w:type="spellStart"/>
      <w:r w:rsidRPr="008A30A7">
        <w:rPr>
          <w:b/>
          <w:sz w:val="28"/>
          <w:szCs w:val="28"/>
          <w:lang w:val="ru-RU"/>
        </w:rPr>
        <w:t>Ұйымдастырушылық-басқарушылық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қызмет</w:t>
      </w:r>
      <w:proofErr w:type="spellEnd"/>
    </w:p>
    <w:p w:rsidR="00D24F21" w:rsidRPr="008A30A7" w:rsidRDefault="001653C9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8A30A7">
        <w:rPr>
          <w:b/>
          <w:sz w:val="28"/>
          <w:szCs w:val="28"/>
        </w:rPr>
        <w:t>II</w:t>
      </w:r>
      <w:r w:rsidRPr="008A30A7">
        <w:rPr>
          <w:b/>
          <w:sz w:val="28"/>
          <w:szCs w:val="28"/>
          <w:lang w:val="ru-RU"/>
        </w:rPr>
        <w:t xml:space="preserve">.1. </w:t>
      </w:r>
      <w:proofErr w:type="spellStart"/>
      <w:r w:rsidRPr="008A30A7">
        <w:rPr>
          <w:b/>
          <w:sz w:val="28"/>
          <w:szCs w:val="28"/>
          <w:lang w:val="ru-RU"/>
        </w:rPr>
        <w:t>Серіктестіктің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персоналына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байланысты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сыбайлас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жемқорлық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тәуекелдерін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анықтау</w:t>
      </w:r>
      <w:proofErr w:type="spellEnd"/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proofErr w:type="spellStart"/>
      <w:r w:rsidRPr="008A30A7">
        <w:rPr>
          <w:sz w:val="28"/>
          <w:szCs w:val="28"/>
          <w:lang w:val="ru-RU"/>
        </w:rPr>
        <w:t>Персоналға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байланыст</w:t>
      </w:r>
      <w:r w:rsidRPr="008A30A7">
        <w:rPr>
          <w:sz w:val="28"/>
          <w:szCs w:val="28"/>
          <w:lang w:val="ru-RU"/>
        </w:rPr>
        <w:t>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анықталған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тәуекелдер</w:t>
      </w:r>
      <w:proofErr w:type="spellEnd"/>
      <w:r w:rsidRPr="008A30A7">
        <w:rPr>
          <w:sz w:val="28"/>
          <w:szCs w:val="28"/>
          <w:lang w:val="ru-RU"/>
        </w:rPr>
        <w:t xml:space="preserve"> саны – 0 (</w:t>
      </w:r>
      <w:proofErr w:type="spellStart"/>
      <w:r w:rsidRPr="008A30A7">
        <w:rPr>
          <w:sz w:val="28"/>
          <w:szCs w:val="28"/>
          <w:lang w:val="ru-RU"/>
        </w:rPr>
        <w:t>бірлік</w:t>
      </w:r>
      <w:proofErr w:type="spellEnd"/>
      <w:r w:rsidRPr="008A30A7">
        <w:rPr>
          <w:sz w:val="28"/>
          <w:szCs w:val="28"/>
          <w:lang w:val="ru-RU"/>
        </w:rPr>
        <w:t>).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proofErr w:type="spellStart"/>
      <w:r w:rsidRPr="008A30A7">
        <w:rPr>
          <w:sz w:val="28"/>
          <w:szCs w:val="28"/>
          <w:lang w:val="ru-RU"/>
        </w:rPr>
        <w:t>Серіктестікте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штаттық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құрылым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әзірленіп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бекітілген</w:t>
      </w:r>
      <w:proofErr w:type="spellEnd"/>
      <w:r w:rsidRPr="008A30A7">
        <w:rPr>
          <w:sz w:val="28"/>
          <w:szCs w:val="28"/>
          <w:lang w:val="ru-RU"/>
        </w:rPr>
        <w:t xml:space="preserve">. </w:t>
      </w:r>
      <w:proofErr w:type="spellStart"/>
      <w:r w:rsidRPr="008A30A7">
        <w:rPr>
          <w:sz w:val="28"/>
          <w:szCs w:val="28"/>
          <w:lang w:val="ru-RU"/>
        </w:rPr>
        <w:t>Белгіленген</w:t>
      </w:r>
      <w:proofErr w:type="spellEnd"/>
      <w:r w:rsidRPr="008A30A7">
        <w:rPr>
          <w:sz w:val="28"/>
          <w:szCs w:val="28"/>
          <w:lang w:val="ru-RU"/>
        </w:rPr>
        <w:t xml:space="preserve"> штат саны </w:t>
      </w:r>
      <w:proofErr w:type="spellStart"/>
      <w:r w:rsidRPr="008A30A7">
        <w:rPr>
          <w:sz w:val="28"/>
          <w:szCs w:val="28"/>
          <w:lang w:val="ru-RU"/>
        </w:rPr>
        <w:t>лимиттерінің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сақталуына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бақылау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қамтамасыз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етілген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2025 </w:t>
      </w:r>
      <w:proofErr w:type="spellStart"/>
      <w:r w:rsidRPr="008A30A7">
        <w:rPr>
          <w:sz w:val="28"/>
          <w:szCs w:val="28"/>
          <w:lang w:val="ru-RU"/>
        </w:rPr>
        <w:t>жылы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Серіктестіктің</w:t>
      </w:r>
      <w:proofErr w:type="spellEnd"/>
      <w:r w:rsidRPr="008A30A7">
        <w:rPr>
          <w:sz w:val="28"/>
          <w:szCs w:val="28"/>
          <w:lang w:val="ru-RU"/>
        </w:rPr>
        <w:t xml:space="preserve"> штат саны – 72 </w:t>
      </w:r>
      <w:proofErr w:type="spellStart"/>
      <w:r w:rsidRPr="008A30A7">
        <w:rPr>
          <w:sz w:val="28"/>
          <w:szCs w:val="28"/>
          <w:lang w:val="ru-RU"/>
        </w:rPr>
        <w:t>бірлік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D24F21" w:rsidRPr="008A30A7" w:rsidRDefault="00224E2D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         </w:t>
      </w:r>
      <w:proofErr w:type="spellStart"/>
      <w:r w:rsidR="001653C9" w:rsidRPr="008A30A7">
        <w:rPr>
          <w:sz w:val="28"/>
          <w:szCs w:val="28"/>
          <w:lang w:val="ru-RU"/>
        </w:rPr>
        <w:t>Серіктестік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кадрларының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кәсіби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дамуын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қамтамасыз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ету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мақсатында</w:t>
      </w:r>
      <w:proofErr w:type="spellEnd"/>
      <w:r w:rsidR="001653C9" w:rsidRPr="008A30A7">
        <w:rPr>
          <w:sz w:val="28"/>
          <w:szCs w:val="28"/>
          <w:lang w:val="ru-RU"/>
        </w:rPr>
        <w:t xml:space="preserve"> 2025 </w:t>
      </w:r>
      <w:proofErr w:type="spellStart"/>
      <w:r w:rsidR="001653C9" w:rsidRPr="008A30A7">
        <w:rPr>
          <w:sz w:val="28"/>
          <w:szCs w:val="28"/>
          <w:lang w:val="ru-RU"/>
        </w:rPr>
        <w:t>жылы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қызметкерлер</w:t>
      </w:r>
      <w:proofErr w:type="spellEnd"/>
      <w:r w:rsidR="001653C9" w:rsidRPr="008A30A7">
        <w:rPr>
          <w:sz w:val="28"/>
          <w:szCs w:val="28"/>
          <w:lang w:val="ru-RU"/>
        </w:rPr>
        <w:t xml:space="preserve"> Алматы </w:t>
      </w:r>
      <w:proofErr w:type="spellStart"/>
      <w:r w:rsidR="001653C9" w:rsidRPr="008A30A7">
        <w:rPr>
          <w:sz w:val="28"/>
          <w:szCs w:val="28"/>
          <w:lang w:val="ru-RU"/>
        </w:rPr>
        <w:t>қаласындағы</w:t>
      </w:r>
      <w:proofErr w:type="spellEnd"/>
      <w:r w:rsidR="001653C9" w:rsidRPr="008A30A7">
        <w:rPr>
          <w:sz w:val="28"/>
          <w:szCs w:val="28"/>
          <w:lang w:val="ru-RU"/>
        </w:rPr>
        <w:t xml:space="preserve"> «</w:t>
      </w:r>
      <w:proofErr w:type="spellStart"/>
      <w:r w:rsidR="001653C9" w:rsidRPr="008A30A7">
        <w:rPr>
          <w:sz w:val="28"/>
          <w:szCs w:val="28"/>
          <w:lang w:val="ru-RU"/>
        </w:rPr>
        <w:t>Азаматтық</w:t>
      </w:r>
      <w:proofErr w:type="spellEnd"/>
      <w:r w:rsidR="001653C9" w:rsidRPr="008A30A7">
        <w:rPr>
          <w:sz w:val="28"/>
          <w:szCs w:val="28"/>
          <w:lang w:val="ru-RU"/>
        </w:rPr>
        <w:t xml:space="preserve"> авиация </w:t>
      </w:r>
      <w:proofErr w:type="spellStart"/>
      <w:r w:rsidR="001653C9" w:rsidRPr="008A30A7">
        <w:rPr>
          <w:sz w:val="28"/>
          <w:szCs w:val="28"/>
          <w:lang w:val="ru-RU"/>
        </w:rPr>
        <w:t>академиясы</w:t>
      </w:r>
      <w:proofErr w:type="spellEnd"/>
      <w:r w:rsidR="001653C9" w:rsidRPr="008A30A7">
        <w:rPr>
          <w:sz w:val="28"/>
          <w:szCs w:val="28"/>
          <w:lang w:val="ru-RU"/>
        </w:rPr>
        <w:t>» АҚ-</w:t>
      </w:r>
      <w:proofErr w:type="spellStart"/>
      <w:r w:rsidR="001653C9" w:rsidRPr="008A30A7">
        <w:rPr>
          <w:sz w:val="28"/>
          <w:szCs w:val="28"/>
          <w:lang w:val="ru-RU"/>
        </w:rPr>
        <w:t>ға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және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оқытуға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және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тиісті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сертификаттар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беруге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құқығы</w:t>
      </w:r>
      <w:proofErr w:type="spellEnd"/>
      <w:r w:rsidR="001653C9" w:rsidRPr="008A30A7">
        <w:rPr>
          <w:sz w:val="28"/>
          <w:szCs w:val="28"/>
          <w:lang w:val="ru-RU"/>
        </w:rPr>
        <w:t xml:space="preserve"> бар </w:t>
      </w:r>
      <w:proofErr w:type="spellStart"/>
      <w:r w:rsidR="001653C9" w:rsidRPr="008A30A7">
        <w:rPr>
          <w:sz w:val="28"/>
          <w:szCs w:val="28"/>
          <w:lang w:val="ru-RU"/>
        </w:rPr>
        <w:t>мамандандырылған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оқу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орындарына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оқуға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жіберілді</w:t>
      </w:r>
      <w:proofErr w:type="spellEnd"/>
      <w:r w:rsidR="001653C9" w:rsidRPr="008A30A7">
        <w:rPr>
          <w:sz w:val="28"/>
          <w:szCs w:val="28"/>
          <w:lang w:val="ru-RU"/>
        </w:rPr>
        <w:t>.</w:t>
      </w:r>
    </w:p>
    <w:p w:rsidR="00224E2D" w:rsidRPr="008A30A7" w:rsidRDefault="00224E2D" w:rsidP="00CD4962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224E2D" w:rsidRPr="008A30A7" w:rsidRDefault="00224E2D" w:rsidP="00CD4962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224E2D" w:rsidRPr="008A30A7" w:rsidRDefault="00224E2D" w:rsidP="00CD4962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D24F21" w:rsidRPr="008A30A7" w:rsidRDefault="00224E2D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lastRenderedPageBreak/>
        <w:t xml:space="preserve">         </w:t>
      </w:r>
      <w:proofErr w:type="spellStart"/>
      <w:r w:rsidR="001653C9" w:rsidRPr="008A30A7">
        <w:rPr>
          <w:sz w:val="28"/>
          <w:szCs w:val="28"/>
          <w:lang w:val="ru-RU"/>
        </w:rPr>
        <w:t>Серіктестікте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корпоративтік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мәдениетті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қалыпт</w:t>
      </w:r>
      <w:r w:rsidR="001653C9" w:rsidRPr="008A30A7">
        <w:rPr>
          <w:sz w:val="28"/>
          <w:szCs w:val="28"/>
          <w:lang w:val="ru-RU"/>
        </w:rPr>
        <w:t>астыру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және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қолайлы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әлеуметтік-психологиялық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еңбек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ахуалын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дамыту</w:t>
      </w:r>
      <w:proofErr w:type="spellEnd"/>
      <w:r w:rsidR="001653C9" w:rsidRPr="008A30A7">
        <w:rPr>
          <w:sz w:val="28"/>
          <w:szCs w:val="28"/>
          <w:lang w:val="ru-RU"/>
        </w:rPr>
        <w:t xml:space="preserve">, </w:t>
      </w:r>
      <w:proofErr w:type="spellStart"/>
      <w:r w:rsidR="001653C9" w:rsidRPr="008A30A7">
        <w:rPr>
          <w:sz w:val="28"/>
          <w:szCs w:val="28"/>
          <w:lang w:val="ru-RU"/>
        </w:rPr>
        <w:t>квазимемлекеттік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секторда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еңбек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және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сыбайлас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жемқорлыққа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қарсы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заңнаманың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орындалуын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қамтамасыз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ету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бойынша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тұрақты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жұмыс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жүргізілді</w:t>
      </w:r>
      <w:proofErr w:type="spellEnd"/>
      <w:r w:rsidR="001653C9" w:rsidRPr="008A30A7">
        <w:rPr>
          <w:sz w:val="28"/>
          <w:szCs w:val="28"/>
          <w:lang w:val="ru-RU"/>
        </w:rPr>
        <w:t>.</w:t>
      </w:r>
    </w:p>
    <w:p w:rsidR="00D24F21" w:rsidRPr="008A30A7" w:rsidRDefault="00224E2D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         </w:t>
      </w:r>
      <w:proofErr w:type="spellStart"/>
      <w:r w:rsidR="001653C9" w:rsidRPr="008A30A7">
        <w:rPr>
          <w:sz w:val="28"/>
          <w:szCs w:val="28"/>
          <w:lang w:val="ru-RU"/>
        </w:rPr>
        <w:t>Сыбайлас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жемқорлық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құқық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бұзушылықтары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үшін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Серіктесті</w:t>
      </w:r>
      <w:r w:rsidR="001653C9" w:rsidRPr="008A30A7">
        <w:rPr>
          <w:sz w:val="28"/>
          <w:szCs w:val="28"/>
          <w:lang w:val="ru-RU"/>
        </w:rPr>
        <w:t>к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қызметкерлері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жауапкершілікке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тартылған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жоқ</w:t>
      </w:r>
      <w:proofErr w:type="spellEnd"/>
      <w:r w:rsidR="001653C9" w:rsidRPr="008A30A7">
        <w:rPr>
          <w:sz w:val="28"/>
          <w:szCs w:val="28"/>
          <w:lang w:val="ru-RU"/>
        </w:rPr>
        <w:t>.</w:t>
      </w:r>
    </w:p>
    <w:p w:rsidR="00D24F21" w:rsidRPr="008A30A7" w:rsidRDefault="00224E2D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         </w:t>
      </w:r>
      <w:r w:rsidR="001653C9" w:rsidRPr="008A30A7">
        <w:rPr>
          <w:sz w:val="28"/>
          <w:szCs w:val="28"/>
          <w:lang w:val="ru-RU"/>
        </w:rPr>
        <w:t xml:space="preserve">2025 </w:t>
      </w:r>
      <w:proofErr w:type="spellStart"/>
      <w:r w:rsidR="001653C9" w:rsidRPr="008A30A7">
        <w:rPr>
          <w:sz w:val="28"/>
          <w:szCs w:val="28"/>
          <w:lang w:val="ru-RU"/>
        </w:rPr>
        <w:t>жылғы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есепті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кезеңнің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соңында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Серіктестікте</w:t>
      </w:r>
      <w:proofErr w:type="spellEnd"/>
      <w:r w:rsidR="001653C9" w:rsidRPr="008A30A7">
        <w:rPr>
          <w:sz w:val="28"/>
          <w:szCs w:val="28"/>
          <w:lang w:val="ru-RU"/>
        </w:rPr>
        <w:t xml:space="preserve"> 28 бос </w:t>
      </w:r>
      <w:proofErr w:type="spellStart"/>
      <w:r w:rsidR="001653C9" w:rsidRPr="008A30A7">
        <w:rPr>
          <w:sz w:val="28"/>
          <w:szCs w:val="28"/>
          <w:lang w:val="ru-RU"/>
        </w:rPr>
        <w:t>жұмыс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орны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болды</w:t>
      </w:r>
      <w:proofErr w:type="spellEnd"/>
      <w:r w:rsidR="001653C9" w:rsidRPr="008A30A7">
        <w:rPr>
          <w:sz w:val="28"/>
          <w:szCs w:val="28"/>
          <w:lang w:val="ru-RU"/>
        </w:rPr>
        <w:t xml:space="preserve">, </w:t>
      </w:r>
      <w:proofErr w:type="spellStart"/>
      <w:r w:rsidR="001653C9" w:rsidRPr="008A30A7">
        <w:rPr>
          <w:sz w:val="28"/>
          <w:szCs w:val="28"/>
          <w:lang w:val="ru-RU"/>
        </w:rPr>
        <w:t>олар</w:t>
      </w:r>
      <w:proofErr w:type="spellEnd"/>
      <w:r w:rsidR="001653C9" w:rsidRPr="008A30A7">
        <w:rPr>
          <w:sz w:val="28"/>
          <w:szCs w:val="28"/>
          <w:lang w:val="ru-RU"/>
        </w:rPr>
        <w:t xml:space="preserve"> «</w:t>
      </w:r>
      <w:proofErr w:type="spellStart"/>
      <w:r w:rsidR="001653C9" w:rsidRPr="008A30A7">
        <w:rPr>
          <w:sz w:val="28"/>
          <w:szCs w:val="28"/>
          <w:lang w:val="ru-RU"/>
        </w:rPr>
        <w:t>Еңбек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r w:rsidR="001653C9" w:rsidRPr="008A30A7">
        <w:rPr>
          <w:sz w:val="28"/>
          <w:szCs w:val="28"/>
        </w:rPr>
        <w:t>KZ</w:t>
      </w:r>
      <w:r w:rsidR="001653C9" w:rsidRPr="008A30A7">
        <w:rPr>
          <w:sz w:val="28"/>
          <w:szCs w:val="28"/>
          <w:lang w:val="ru-RU"/>
        </w:rPr>
        <w:t xml:space="preserve">» </w:t>
      </w:r>
      <w:proofErr w:type="spellStart"/>
      <w:r w:rsidR="001653C9" w:rsidRPr="008A30A7">
        <w:rPr>
          <w:sz w:val="28"/>
          <w:szCs w:val="28"/>
          <w:lang w:val="ru-RU"/>
        </w:rPr>
        <w:t>сайтында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орналастырылды</w:t>
      </w:r>
      <w:proofErr w:type="spellEnd"/>
      <w:r w:rsidR="001653C9" w:rsidRPr="008A30A7">
        <w:rPr>
          <w:sz w:val="28"/>
          <w:szCs w:val="28"/>
          <w:lang w:val="ru-RU"/>
        </w:rPr>
        <w:t>.</w:t>
      </w:r>
    </w:p>
    <w:p w:rsidR="00D24F21" w:rsidRPr="008A30A7" w:rsidRDefault="00224E2D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           </w:t>
      </w:r>
      <w:proofErr w:type="spellStart"/>
      <w:r w:rsidR="001653C9" w:rsidRPr="008A30A7">
        <w:rPr>
          <w:sz w:val="28"/>
          <w:szCs w:val="28"/>
          <w:lang w:val="ru-RU"/>
        </w:rPr>
        <w:t>Талдау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барысында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жұмыс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тобы</w:t>
      </w:r>
      <w:proofErr w:type="spellEnd"/>
      <w:r w:rsidR="001653C9" w:rsidRPr="008A30A7">
        <w:rPr>
          <w:sz w:val="28"/>
          <w:szCs w:val="28"/>
          <w:lang w:val="ru-RU"/>
        </w:rPr>
        <w:t xml:space="preserve"> осы </w:t>
      </w:r>
      <w:proofErr w:type="spellStart"/>
      <w:r w:rsidR="001653C9" w:rsidRPr="008A30A7">
        <w:rPr>
          <w:sz w:val="28"/>
          <w:szCs w:val="28"/>
          <w:lang w:val="ru-RU"/>
        </w:rPr>
        <w:t>анықтаманың</w:t>
      </w:r>
      <w:proofErr w:type="spellEnd"/>
      <w:r w:rsidR="001653C9" w:rsidRPr="008A30A7">
        <w:rPr>
          <w:sz w:val="28"/>
          <w:szCs w:val="28"/>
          <w:lang w:val="ru-RU"/>
        </w:rPr>
        <w:t xml:space="preserve"> 2-қосымшасына </w:t>
      </w:r>
      <w:proofErr w:type="spellStart"/>
      <w:r w:rsidR="001653C9" w:rsidRPr="008A30A7">
        <w:rPr>
          <w:sz w:val="28"/>
          <w:szCs w:val="28"/>
          <w:lang w:val="ru-RU"/>
        </w:rPr>
        <w:t>сәйкес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сыбайлас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жемқорлық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тәуекелдеріне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бейім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лауазымдарды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анықтады</w:t>
      </w:r>
      <w:proofErr w:type="spellEnd"/>
      <w:r w:rsidR="001653C9" w:rsidRPr="008A30A7">
        <w:rPr>
          <w:sz w:val="28"/>
          <w:szCs w:val="28"/>
          <w:lang w:val="ru-RU"/>
        </w:rPr>
        <w:t>.</w:t>
      </w:r>
    </w:p>
    <w:p w:rsidR="00D24F21" w:rsidRPr="008A30A7" w:rsidRDefault="001653C9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8A30A7">
        <w:rPr>
          <w:b/>
          <w:sz w:val="28"/>
          <w:szCs w:val="28"/>
        </w:rPr>
        <w:t>II</w:t>
      </w:r>
      <w:r w:rsidRPr="008A30A7">
        <w:rPr>
          <w:b/>
          <w:sz w:val="28"/>
          <w:szCs w:val="28"/>
          <w:lang w:val="ru-RU"/>
        </w:rPr>
        <w:t xml:space="preserve">.2. </w:t>
      </w:r>
      <w:proofErr w:type="spellStart"/>
      <w:r w:rsidRPr="008A30A7">
        <w:rPr>
          <w:b/>
          <w:sz w:val="28"/>
          <w:szCs w:val="28"/>
          <w:lang w:val="ru-RU"/>
        </w:rPr>
        <w:t>Мүдделер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қақтығысына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байланысты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сыбайлас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жемқорлық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тәуекелдерін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анықтау</w:t>
      </w:r>
      <w:proofErr w:type="spellEnd"/>
    </w:p>
    <w:p w:rsidR="00D24F21" w:rsidRPr="008A30A7" w:rsidRDefault="00224E2D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           </w:t>
      </w:r>
      <w:proofErr w:type="spellStart"/>
      <w:r w:rsidR="001653C9" w:rsidRPr="008A30A7">
        <w:rPr>
          <w:sz w:val="28"/>
          <w:szCs w:val="28"/>
          <w:lang w:val="ru-RU"/>
        </w:rPr>
        <w:t>Мүдделер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қақтығысына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байланысты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анықталған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тәуекелдер</w:t>
      </w:r>
      <w:proofErr w:type="spellEnd"/>
      <w:r w:rsidR="001653C9" w:rsidRPr="008A30A7">
        <w:rPr>
          <w:sz w:val="28"/>
          <w:szCs w:val="28"/>
          <w:lang w:val="ru-RU"/>
        </w:rPr>
        <w:t xml:space="preserve"> саны – 0 (</w:t>
      </w:r>
      <w:proofErr w:type="spellStart"/>
      <w:r w:rsidR="001653C9" w:rsidRPr="008A30A7">
        <w:rPr>
          <w:sz w:val="28"/>
          <w:szCs w:val="28"/>
          <w:lang w:val="ru-RU"/>
        </w:rPr>
        <w:t>бірлік</w:t>
      </w:r>
      <w:proofErr w:type="spellEnd"/>
      <w:r w:rsidR="001653C9" w:rsidRPr="008A30A7">
        <w:rPr>
          <w:sz w:val="28"/>
          <w:szCs w:val="28"/>
          <w:lang w:val="ru-RU"/>
        </w:rPr>
        <w:t>).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proofErr w:type="spellStart"/>
      <w:r w:rsidRPr="008A30A7">
        <w:rPr>
          <w:sz w:val="28"/>
          <w:szCs w:val="28"/>
          <w:lang w:val="ru-RU"/>
        </w:rPr>
        <w:t>Мемлекеттік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сатып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алулар</w:t>
      </w:r>
      <w:proofErr w:type="spellEnd"/>
      <w:r w:rsidRPr="008A30A7">
        <w:rPr>
          <w:sz w:val="28"/>
          <w:szCs w:val="28"/>
          <w:lang w:val="ru-RU"/>
        </w:rPr>
        <w:t xml:space="preserve"> (</w:t>
      </w:r>
      <w:proofErr w:type="spellStart"/>
      <w:r w:rsidRPr="008A30A7">
        <w:rPr>
          <w:sz w:val="28"/>
          <w:szCs w:val="28"/>
          <w:lang w:val="ru-RU"/>
        </w:rPr>
        <w:t>тауарлар</w:t>
      </w:r>
      <w:proofErr w:type="spellEnd"/>
      <w:r w:rsidRPr="008A30A7">
        <w:rPr>
          <w:sz w:val="28"/>
          <w:szCs w:val="28"/>
          <w:lang w:val="ru-RU"/>
        </w:rPr>
        <w:t xml:space="preserve"> мен </w:t>
      </w:r>
      <w:proofErr w:type="spellStart"/>
      <w:r w:rsidRPr="008A30A7">
        <w:rPr>
          <w:sz w:val="28"/>
          <w:szCs w:val="28"/>
          <w:lang w:val="ru-RU"/>
        </w:rPr>
        <w:t>қызметтерді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жеткізушіле</w:t>
      </w:r>
      <w:r w:rsidRPr="008A30A7">
        <w:rPr>
          <w:sz w:val="28"/>
          <w:szCs w:val="28"/>
          <w:lang w:val="ru-RU"/>
        </w:rPr>
        <w:t>р</w:t>
      </w:r>
      <w:proofErr w:type="spellEnd"/>
      <w:r w:rsidRPr="008A30A7">
        <w:rPr>
          <w:sz w:val="28"/>
          <w:szCs w:val="28"/>
          <w:lang w:val="ru-RU"/>
        </w:rPr>
        <w:t xml:space="preserve">) </w:t>
      </w:r>
      <w:proofErr w:type="spellStart"/>
      <w:r w:rsidRPr="008A30A7">
        <w:rPr>
          <w:sz w:val="28"/>
          <w:szCs w:val="28"/>
          <w:lang w:val="ru-RU"/>
        </w:rPr>
        <w:t>бөлігінде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сыбайлас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жемқорлық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тәуекелдеріне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талдау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жүргізу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барысында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үлестестік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фактілері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анықталған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жоқ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D24F21" w:rsidRPr="008A30A7" w:rsidRDefault="00224E2D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          </w:t>
      </w:r>
      <w:proofErr w:type="spellStart"/>
      <w:r w:rsidR="001653C9" w:rsidRPr="008A30A7">
        <w:rPr>
          <w:sz w:val="28"/>
          <w:szCs w:val="28"/>
          <w:lang w:val="ru-RU"/>
        </w:rPr>
        <w:t>Серіктестік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қызметкерлерінің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жеке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істерін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зерделеу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барысында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ерлі-зайыптылардың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бірге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жұмыс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істейтіні</w:t>
      </w:r>
      <w:proofErr w:type="spellEnd"/>
      <w:r w:rsidR="001653C9" w:rsidRPr="008A30A7">
        <w:rPr>
          <w:sz w:val="28"/>
          <w:szCs w:val="28"/>
          <w:lang w:val="ru-RU"/>
        </w:rPr>
        <w:t xml:space="preserve"> </w:t>
      </w:r>
      <w:proofErr w:type="spellStart"/>
      <w:r w:rsidR="001653C9" w:rsidRPr="008A30A7">
        <w:rPr>
          <w:sz w:val="28"/>
          <w:szCs w:val="28"/>
          <w:lang w:val="ru-RU"/>
        </w:rPr>
        <w:t>анықталды</w:t>
      </w:r>
      <w:proofErr w:type="spellEnd"/>
      <w:r w:rsidR="001653C9" w:rsidRPr="008A30A7">
        <w:rPr>
          <w:sz w:val="28"/>
          <w:szCs w:val="28"/>
          <w:lang w:val="ru-RU"/>
        </w:rPr>
        <w:t>: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– </w:t>
      </w:r>
      <w:proofErr w:type="spellStart"/>
      <w:r w:rsidRPr="008A30A7">
        <w:rPr>
          <w:sz w:val="28"/>
          <w:szCs w:val="28"/>
          <w:lang w:val="ru-RU"/>
        </w:rPr>
        <w:t>Жалбаев</w:t>
      </w:r>
      <w:proofErr w:type="spellEnd"/>
      <w:r w:rsidRPr="008A30A7">
        <w:rPr>
          <w:sz w:val="28"/>
          <w:szCs w:val="28"/>
          <w:lang w:val="ru-RU"/>
        </w:rPr>
        <w:t xml:space="preserve"> Е.Н. – САБ </w:t>
      </w:r>
      <w:proofErr w:type="spellStart"/>
      <w:r w:rsidRPr="008A30A7">
        <w:rPr>
          <w:sz w:val="28"/>
          <w:szCs w:val="28"/>
          <w:lang w:val="ru-RU"/>
        </w:rPr>
        <w:t>ауысым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бастығы</w:t>
      </w:r>
      <w:proofErr w:type="spellEnd"/>
      <w:r w:rsidRPr="008A30A7">
        <w:rPr>
          <w:sz w:val="28"/>
          <w:szCs w:val="28"/>
          <w:lang w:val="ru-RU"/>
        </w:rPr>
        <w:t>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– </w:t>
      </w:r>
      <w:proofErr w:type="spellStart"/>
      <w:r w:rsidRPr="008A30A7">
        <w:rPr>
          <w:sz w:val="28"/>
          <w:szCs w:val="28"/>
          <w:lang w:val="ru-RU"/>
        </w:rPr>
        <w:t>Молдажанова</w:t>
      </w:r>
      <w:proofErr w:type="spellEnd"/>
      <w:r w:rsidRPr="008A30A7">
        <w:rPr>
          <w:sz w:val="28"/>
          <w:szCs w:val="28"/>
          <w:lang w:val="ru-RU"/>
        </w:rPr>
        <w:t xml:space="preserve"> Г.Ш. – ПП АХС </w:t>
      </w:r>
      <w:proofErr w:type="spellStart"/>
      <w:r w:rsidRPr="008A30A7">
        <w:rPr>
          <w:sz w:val="28"/>
          <w:szCs w:val="28"/>
          <w:lang w:val="ru-RU"/>
        </w:rPr>
        <w:t>жинаушысы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тікелей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бағыныштылығы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жоқ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D24F21" w:rsidRPr="008A30A7" w:rsidRDefault="001653C9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8A30A7">
        <w:rPr>
          <w:b/>
          <w:sz w:val="28"/>
          <w:szCs w:val="28"/>
        </w:rPr>
        <w:t>II</w:t>
      </w:r>
      <w:r w:rsidRPr="008A30A7">
        <w:rPr>
          <w:b/>
          <w:sz w:val="28"/>
          <w:szCs w:val="28"/>
          <w:lang w:val="ru-RU"/>
        </w:rPr>
        <w:t>.</w:t>
      </w:r>
      <w:r w:rsidR="00224E2D" w:rsidRPr="008A30A7">
        <w:rPr>
          <w:b/>
          <w:sz w:val="28"/>
          <w:szCs w:val="28"/>
        </w:rPr>
        <w:t>3</w:t>
      </w:r>
      <w:r w:rsidRPr="008A30A7">
        <w:rPr>
          <w:b/>
          <w:sz w:val="28"/>
          <w:szCs w:val="28"/>
          <w:lang w:val="ru-RU"/>
        </w:rPr>
        <w:t xml:space="preserve">. </w:t>
      </w:r>
      <w:proofErr w:type="spellStart"/>
      <w:r w:rsidRPr="008A30A7">
        <w:rPr>
          <w:b/>
          <w:sz w:val="28"/>
          <w:szCs w:val="28"/>
          <w:lang w:val="ru-RU"/>
        </w:rPr>
        <w:t>Бақылау-ревизиялық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функцияларды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іске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асыруға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байланысты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сыбайлас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жемқорлық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тәуекелдерін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анықтау</w:t>
      </w:r>
      <w:proofErr w:type="spellEnd"/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proofErr w:type="spellStart"/>
      <w:r w:rsidRPr="008A30A7">
        <w:rPr>
          <w:sz w:val="28"/>
          <w:szCs w:val="28"/>
          <w:lang w:val="ru-RU"/>
        </w:rPr>
        <w:t>Серіктестік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бақылау-ревизиялық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функцияларды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жүзеге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асырмайды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осыған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байланысты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сыбайлас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жемқорлық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тәуекелдері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анықталған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жоқ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D24F21" w:rsidRPr="008A30A7" w:rsidRDefault="001653C9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8A30A7">
        <w:rPr>
          <w:b/>
          <w:sz w:val="28"/>
          <w:szCs w:val="28"/>
        </w:rPr>
        <w:t>II</w:t>
      </w:r>
      <w:r w:rsidRPr="008A30A7">
        <w:rPr>
          <w:b/>
          <w:sz w:val="28"/>
          <w:szCs w:val="28"/>
          <w:lang w:val="ru-RU"/>
        </w:rPr>
        <w:t>.</w:t>
      </w:r>
      <w:r w:rsidR="00224E2D" w:rsidRPr="008A30A7">
        <w:rPr>
          <w:b/>
          <w:sz w:val="28"/>
          <w:szCs w:val="28"/>
        </w:rPr>
        <w:t>4</w:t>
      </w:r>
      <w:r w:rsidRPr="008A30A7">
        <w:rPr>
          <w:b/>
          <w:sz w:val="28"/>
          <w:szCs w:val="28"/>
          <w:lang w:val="ru-RU"/>
        </w:rPr>
        <w:t xml:space="preserve">. </w:t>
      </w:r>
      <w:proofErr w:type="spellStart"/>
      <w:r w:rsidRPr="008A30A7">
        <w:rPr>
          <w:b/>
          <w:sz w:val="28"/>
          <w:szCs w:val="28"/>
          <w:lang w:val="ru-RU"/>
        </w:rPr>
        <w:t>Бюджеттік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және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қаржылық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қаражаттарды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игеруге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және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бөлуге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байланысты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сыбайлас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жемқорлық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тәуекелдерін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анықтау</w:t>
      </w:r>
      <w:proofErr w:type="spellEnd"/>
    </w:p>
    <w:p w:rsidR="00D24F21" w:rsidRPr="008A30A7" w:rsidRDefault="001653C9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8A30A7">
        <w:rPr>
          <w:b/>
          <w:sz w:val="28"/>
          <w:szCs w:val="28"/>
        </w:rPr>
        <w:t>II</w:t>
      </w:r>
      <w:r w:rsidRPr="008A30A7">
        <w:rPr>
          <w:b/>
          <w:sz w:val="28"/>
          <w:szCs w:val="28"/>
          <w:lang w:val="ru-RU"/>
        </w:rPr>
        <w:t>.</w:t>
      </w:r>
      <w:r w:rsidR="00224E2D" w:rsidRPr="008A30A7">
        <w:rPr>
          <w:b/>
          <w:sz w:val="28"/>
          <w:szCs w:val="28"/>
        </w:rPr>
        <w:t>5</w:t>
      </w:r>
      <w:r w:rsidRPr="008A30A7">
        <w:rPr>
          <w:b/>
          <w:sz w:val="28"/>
          <w:szCs w:val="28"/>
          <w:lang w:val="ru-RU"/>
        </w:rPr>
        <w:t xml:space="preserve">. Жеке </w:t>
      </w:r>
      <w:proofErr w:type="spellStart"/>
      <w:r w:rsidRPr="008A30A7">
        <w:rPr>
          <w:b/>
          <w:sz w:val="28"/>
          <w:szCs w:val="28"/>
          <w:lang w:val="ru-RU"/>
        </w:rPr>
        <w:t>және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заңды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тұлғалармен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шарттар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жасасуға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байланысты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сыбайлас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жемқорлық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тәуекелдерін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а</w:t>
      </w:r>
      <w:r w:rsidRPr="008A30A7">
        <w:rPr>
          <w:b/>
          <w:sz w:val="28"/>
          <w:szCs w:val="28"/>
          <w:lang w:val="ru-RU"/>
        </w:rPr>
        <w:t>нықтау</w:t>
      </w:r>
      <w:proofErr w:type="spellEnd"/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2025 </w:t>
      </w:r>
      <w:proofErr w:type="spellStart"/>
      <w:r w:rsidRPr="008A30A7">
        <w:rPr>
          <w:sz w:val="28"/>
          <w:szCs w:val="28"/>
          <w:lang w:val="ru-RU"/>
        </w:rPr>
        <w:t>жылы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мемлекеттік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сатып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алулар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бойынша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барлығы</w:t>
      </w:r>
      <w:proofErr w:type="spellEnd"/>
      <w:r w:rsidRPr="008A30A7">
        <w:rPr>
          <w:sz w:val="28"/>
          <w:szCs w:val="28"/>
          <w:lang w:val="ru-RU"/>
        </w:rPr>
        <w:t xml:space="preserve"> 17 </w:t>
      </w:r>
      <w:proofErr w:type="spellStart"/>
      <w:r w:rsidRPr="008A30A7">
        <w:rPr>
          <w:sz w:val="28"/>
          <w:szCs w:val="28"/>
          <w:lang w:val="ru-RU"/>
        </w:rPr>
        <w:t>шарт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жасалды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оның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ішінде</w:t>
      </w:r>
      <w:proofErr w:type="spellEnd"/>
      <w:r w:rsidRPr="008A30A7">
        <w:rPr>
          <w:sz w:val="28"/>
          <w:szCs w:val="28"/>
          <w:lang w:val="ru-RU"/>
        </w:rPr>
        <w:t>: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– </w:t>
      </w:r>
      <w:proofErr w:type="spellStart"/>
      <w:r w:rsidRPr="008A30A7">
        <w:rPr>
          <w:sz w:val="28"/>
          <w:szCs w:val="28"/>
          <w:lang w:val="ru-RU"/>
        </w:rPr>
        <w:t>ашық</w:t>
      </w:r>
      <w:proofErr w:type="spellEnd"/>
      <w:r w:rsidRPr="008A30A7">
        <w:rPr>
          <w:sz w:val="28"/>
          <w:szCs w:val="28"/>
          <w:lang w:val="ru-RU"/>
        </w:rPr>
        <w:t xml:space="preserve"> конкурс </w:t>
      </w:r>
      <w:proofErr w:type="spellStart"/>
      <w:r w:rsidRPr="008A30A7">
        <w:rPr>
          <w:sz w:val="28"/>
          <w:szCs w:val="28"/>
          <w:lang w:val="ru-RU"/>
        </w:rPr>
        <w:t>тәсілімен</w:t>
      </w:r>
      <w:proofErr w:type="spellEnd"/>
      <w:r w:rsidRPr="008A30A7">
        <w:rPr>
          <w:sz w:val="28"/>
          <w:szCs w:val="28"/>
          <w:lang w:val="ru-RU"/>
        </w:rPr>
        <w:t xml:space="preserve"> – 0;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– </w:t>
      </w:r>
      <w:proofErr w:type="spellStart"/>
      <w:r w:rsidRPr="008A30A7">
        <w:rPr>
          <w:sz w:val="28"/>
          <w:szCs w:val="28"/>
          <w:lang w:val="ru-RU"/>
        </w:rPr>
        <w:t>бір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көзден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алу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тәсілімен</w:t>
      </w:r>
      <w:proofErr w:type="spellEnd"/>
      <w:r w:rsidRPr="008A30A7">
        <w:rPr>
          <w:sz w:val="28"/>
          <w:szCs w:val="28"/>
          <w:lang w:val="ru-RU"/>
        </w:rPr>
        <w:t xml:space="preserve"> – 5, </w:t>
      </w:r>
      <w:proofErr w:type="spellStart"/>
      <w:r w:rsidRPr="008A30A7">
        <w:rPr>
          <w:sz w:val="28"/>
          <w:szCs w:val="28"/>
          <w:lang w:val="ru-RU"/>
        </w:rPr>
        <w:t>оның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ішінде</w:t>
      </w:r>
      <w:proofErr w:type="spellEnd"/>
      <w:r w:rsidRPr="008A30A7">
        <w:rPr>
          <w:sz w:val="28"/>
          <w:szCs w:val="28"/>
          <w:lang w:val="ru-RU"/>
        </w:rPr>
        <w:t>: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>1) ҚР «</w:t>
      </w:r>
      <w:proofErr w:type="spellStart"/>
      <w:r w:rsidRPr="008A30A7">
        <w:rPr>
          <w:sz w:val="28"/>
          <w:szCs w:val="28"/>
          <w:lang w:val="ru-RU"/>
        </w:rPr>
        <w:t>Мемлекеттік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сатып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алу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туралы</w:t>
      </w:r>
      <w:proofErr w:type="spellEnd"/>
      <w:r w:rsidRPr="008A30A7">
        <w:rPr>
          <w:sz w:val="28"/>
          <w:szCs w:val="28"/>
          <w:lang w:val="ru-RU"/>
        </w:rPr>
        <w:t xml:space="preserve">» </w:t>
      </w:r>
      <w:proofErr w:type="spellStart"/>
      <w:r w:rsidRPr="008A30A7">
        <w:rPr>
          <w:sz w:val="28"/>
          <w:szCs w:val="28"/>
          <w:lang w:val="ru-RU"/>
        </w:rPr>
        <w:t>заңның</w:t>
      </w:r>
      <w:proofErr w:type="spellEnd"/>
      <w:r w:rsidRPr="008A30A7">
        <w:rPr>
          <w:sz w:val="28"/>
          <w:szCs w:val="28"/>
          <w:lang w:val="ru-RU"/>
        </w:rPr>
        <w:t xml:space="preserve"> 39-бабы 3-тармағының 48) </w:t>
      </w:r>
      <w:proofErr w:type="spellStart"/>
      <w:r w:rsidRPr="008A30A7">
        <w:rPr>
          <w:sz w:val="28"/>
          <w:szCs w:val="28"/>
          <w:lang w:val="ru-RU"/>
        </w:rPr>
        <w:t>тармақшасы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бойынша</w:t>
      </w:r>
      <w:proofErr w:type="spellEnd"/>
      <w:r w:rsidRPr="008A30A7">
        <w:rPr>
          <w:sz w:val="28"/>
          <w:szCs w:val="28"/>
          <w:lang w:val="ru-RU"/>
        </w:rPr>
        <w:t xml:space="preserve"> – 0;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2) </w:t>
      </w:r>
      <w:proofErr w:type="spellStart"/>
      <w:r w:rsidRPr="008A30A7">
        <w:rPr>
          <w:sz w:val="28"/>
          <w:szCs w:val="28"/>
          <w:lang w:val="ru-RU"/>
        </w:rPr>
        <w:t>табиғи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монополиялар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салаларына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жататын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қызметтерді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сондай-ақ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электр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энергиясын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кепілдік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беруші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өнім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берушіден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энергиямен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жабдықтау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немесе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электр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энергиясын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сатып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алу-сату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қызметтерін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сатып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алу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бойынша</w:t>
      </w:r>
      <w:proofErr w:type="spellEnd"/>
      <w:r w:rsidRPr="008A30A7">
        <w:rPr>
          <w:sz w:val="28"/>
          <w:szCs w:val="28"/>
          <w:lang w:val="ru-RU"/>
        </w:rPr>
        <w:t xml:space="preserve"> – 0;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3) </w:t>
      </w:r>
      <w:proofErr w:type="spellStart"/>
      <w:r w:rsidRPr="008A30A7">
        <w:rPr>
          <w:sz w:val="28"/>
          <w:szCs w:val="28"/>
          <w:lang w:val="ru-RU"/>
        </w:rPr>
        <w:t>Қазақстан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Республикасының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заңдарында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айқынд</w:t>
      </w:r>
      <w:r w:rsidRPr="008A30A7">
        <w:rPr>
          <w:sz w:val="28"/>
          <w:szCs w:val="28"/>
          <w:lang w:val="ru-RU"/>
        </w:rPr>
        <w:t>алған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тұлғадан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тауарларды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жұмыстарды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көрсетілетін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қызметтерді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сатып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алу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бойынша</w:t>
      </w:r>
      <w:proofErr w:type="spellEnd"/>
      <w:r w:rsidRPr="008A30A7">
        <w:rPr>
          <w:sz w:val="28"/>
          <w:szCs w:val="28"/>
          <w:lang w:val="ru-RU"/>
        </w:rPr>
        <w:t xml:space="preserve"> – 0 (</w:t>
      </w:r>
      <w:proofErr w:type="spellStart"/>
      <w:r w:rsidRPr="008A30A7">
        <w:rPr>
          <w:sz w:val="28"/>
          <w:szCs w:val="28"/>
          <w:lang w:val="ru-RU"/>
        </w:rPr>
        <w:t>жер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учаскесіне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сәйкестендіру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құжатын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дайындау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облыстық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маңызы</w:t>
      </w:r>
      <w:proofErr w:type="spellEnd"/>
      <w:r w:rsidRPr="008A30A7">
        <w:rPr>
          <w:sz w:val="28"/>
          <w:szCs w:val="28"/>
          <w:lang w:val="ru-RU"/>
        </w:rPr>
        <w:t xml:space="preserve"> бар автомобиль </w:t>
      </w:r>
      <w:proofErr w:type="spellStart"/>
      <w:r w:rsidRPr="008A30A7">
        <w:rPr>
          <w:sz w:val="28"/>
          <w:szCs w:val="28"/>
          <w:lang w:val="ru-RU"/>
        </w:rPr>
        <w:t>жолдарын</w:t>
      </w:r>
      <w:proofErr w:type="spellEnd"/>
      <w:r w:rsidRPr="008A30A7">
        <w:rPr>
          <w:sz w:val="28"/>
          <w:szCs w:val="28"/>
          <w:lang w:val="ru-RU"/>
        </w:rPr>
        <w:t xml:space="preserve"> салу, </w:t>
      </w:r>
      <w:proofErr w:type="spellStart"/>
      <w:r w:rsidRPr="008A30A7">
        <w:rPr>
          <w:sz w:val="28"/>
          <w:szCs w:val="28"/>
          <w:lang w:val="ru-RU"/>
        </w:rPr>
        <w:t>реконструкциялау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жөндеу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және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күтіп-ұстау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кезінде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жұмыстар</w:t>
      </w:r>
      <w:proofErr w:type="spellEnd"/>
      <w:r w:rsidRPr="008A30A7">
        <w:rPr>
          <w:sz w:val="28"/>
          <w:szCs w:val="28"/>
          <w:lang w:val="ru-RU"/>
        </w:rPr>
        <w:t xml:space="preserve"> мен </w:t>
      </w:r>
      <w:proofErr w:type="spellStart"/>
      <w:r w:rsidRPr="008A30A7">
        <w:rPr>
          <w:sz w:val="28"/>
          <w:szCs w:val="28"/>
          <w:lang w:val="ru-RU"/>
        </w:rPr>
        <w:t>материалдарды</w:t>
      </w:r>
      <w:r w:rsidRPr="008A30A7">
        <w:rPr>
          <w:sz w:val="28"/>
          <w:szCs w:val="28"/>
          <w:lang w:val="ru-RU"/>
        </w:rPr>
        <w:t>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сапасына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сараптама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жүргізу</w:t>
      </w:r>
      <w:proofErr w:type="spellEnd"/>
      <w:r w:rsidRPr="008A30A7">
        <w:rPr>
          <w:sz w:val="28"/>
          <w:szCs w:val="28"/>
          <w:lang w:val="ru-RU"/>
        </w:rPr>
        <w:t xml:space="preserve">, </w:t>
      </w:r>
      <w:proofErr w:type="spellStart"/>
      <w:r w:rsidRPr="008A30A7">
        <w:rPr>
          <w:sz w:val="28"/>
          <w:szCs w:val="28"/>
          <w:lang w:val="ru-RU"/>
        </w:rPr>
        <w:t>кешенді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ведомстводан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тыс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сараптама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жүргізу</w:t>
      </w:r>
      <w:proofErr w:type="spellEnd"/>
      <w:r w:rsidRPr="008A30A7">
        <w:rPr>
          <w:sz w:val="28"/>
          <w:szCs w:val="28"/>
          <w:lang w:val="ru-RU"/>
        </w:rPr>
        <w:t>);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– </w:t>
      </w:r>
      <w:proofErr w:type="spellStart"/>
      <w:r w:rsidRPr="008A30A7">
        <w:rPr>
          <w:sz w:val="28"/>
          <w:szCs w:val="28"/>
          <w:lang w:val="ru-RU"/>
        </w:rPr>
        <w:t>баға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ұсыныстарын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сұрату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тәсілімен</w:t>
      </w:r>
      <w:proofErr w:type="spellEnd"/>
      <w:r w:rsidRPr="008A30A7">
        <w:rPr>
          <w:sz w:val="28"/>
          <w:szCs w:val="28"/>
          <w:lang w:val="ru-RU"/>
        </w:rPr>
        <w:t xml:space="preserve"> – 12;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lastRenderedPageBreak/>
        <w:t xml:space="preserve">– </w:t>
      </w:r>
      <w:proofErr w:type="spellStart"/>
      <w:r w:rsidRPr="008A30A7">
        <w:rPr>
          <w:sz w:val="28"/>
          <w:szCs w:val="28"/>
          <w:lang w:val="ru-RU"/>
        </w:rPr>
        <w:t>рейтингтік-балдық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жүйені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пайдалана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отырып</w:t>
      </w:r>
      <w:proofErr w:type="spellEnd"/>
      <w:r w:rsidRPr="008A30A7">
        <w:rPr>
          <w:sz w:val="28"/>
          <w:szCs w:val="28"/>
          <w:lang w:val="ru-RU"/>
        </w:rPr>
        <w:t xml:space="preserve"> конкурс </w:t>
      </w:r>
      <w:proofErr w:type="spellStart"/>
      <w:r w:rsidRPr="008A30A7">
        <w:rPr>
          <w:sz w:val="28"/>
          <w:szCs w:val="28"/>
          <w:lang w:val="ru-RU"/>
        </w:rPr>
        <w:t>тәсілімен</w:t>
      </w:r>
      <w:proofErr w:type="spellEnd"/>
      <w:r w:rsidRPr="008A30A7">
        <w:rPr>
          <w:sz w:val="28"/>
          <w:szCs w:val="28"/>
          <w:lang w:val="ru-RU"/>
        </w:rPr>
        <w:t xml:space="preserve"> – 0;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– </w:t>
      </w:r>
      <w:proofErr w:type="spellStart"/>
      <w:r w:rsidRPr="008A30A7">
        <w:rPr>
          <w:sz w:val="28"/>
          <w:szCs w:val="28"/>
          <w:lang w:val="ru-RU"/>
        </w:rPr>
        <w:t>алдын</w:t>
      </w:r>
      <w:proofErr w:type="spellEnd"/>
      <w:r w:rsidRPr="008A30A7">
        <w:rPr>
          <w:sz w:val="28"/>
          <w:szCs w:val="28"/>
          <w:lang w:val="ru-RU"/>
        </w:rPr>
        <w:t xml:space="preserve"> ала </w:t>
      </w:r>
      <w:proofErr w:type="spellStart"/>
      <w:r w:rsidRPr="008A30A7">
        <w:rPr>
          <w:sz w:val="28"/>
          <w:szCs w:val="28"/>
          <w:lang w:val="ru-RU"/>
        </w:rPr>
        <w:t>біліктілік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іріктеуі</w:t>
      </w:r>
      <w:proofErr w:type="spellEnd"/>
      <w:r w:rsidRPr="008A30A7">
        <w:rPr>
          <w:sz w:val="28"/>
          <w:szCs w:val="28"/>
          <w:lang w:val="ru-RU"/>
        </w:rPr>
        <w:t xml:space="preserve"> бар конкурс – 0;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– </w:t>
      </w:r>
      <w:proofErr w:type="spellStart"/>
      <w:r w:rsidRPr="008A30A7">
        <w:rPr>
          <w:sz w:val="28"/>
          <w:szCs w:val="28"/>
          <w:lang w:val="ru-RU"/>
        </w:rPr>
        <w:t>шеңберлік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келісімді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п</w:t>
      </w:r>
      <w:r w:rsidRPr="008A30A7">
        <w:rPr>
          <w:sz w:val="28"/>
          <w:szCs w:val="28"/>
          <w:lang w:val="ru-RU"/>
        </w:rPr>
        <w:t>айдалана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отырып</w:t>
      </w:r>
      <w:proofErr w:type="spellEnd"/>
      <w:r w:rsidRPr="008A30A7">
        <w:rPr>
          <w:sz w:val="28"/>
          <w:szCs w:val="28"/>
          <w:lang w:val="ru-RU"/>
        </w:rPr>
        <w:t xml:space="preserve"> конкурс </w:t>
      </w:r>
      <w:proofErr w:type="spellStart"/>
      <w:r w:rsidRPr="008A30A7">
        <w:rPr>
          <w:sz w:val="28"/>
          <w:szCs w:val="28"/>
          <w:lang w:val="ru-RU"/>
        </w:rPr>
        <w:t>өткізудің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екінші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кезеңі</w:t>
      </w:r>
      <w:proofErr w:type="spellEnd"/>
      <w:r w:rsidRPr="008A30A7">
        <w:rPr>
          <w:sz w:val="28"/>
          <w:szCs w:val="28"/>
          <w:lang w:val="ru-RU"/>
        </w:rPr>
        <w:t xml:space="preserve"> – 0.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proofErr w:type="spellStart"/>
      <w:r w:rsidRPr="008A30A7">
        <w:rPr>
          <w:sz w:val="28"/>
          <w:szCs w:val="28"/>
          <w:lang w:val="ru-RU"/>
        </w:rPr>
        <w:t>Сыбайлас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жемқорлық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тәуекелдері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анықталған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жоқ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D24F21" w:rsidRPr="008A30A7" w:rsidRDefault="001653C9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8A30A7">
        <w:rPr>
          <w:b/>
          <w:sz w:val="28"/>
          <w:szCs w:val="28"/>
        </w:rPr>
        <w:t>II</w:t>
      </w:r>
      <w:r w:rsidRPr="008A30A7">
        <w:rPr>
          <w:b/>
          <w:sz w:val="28"/>
          <w:szCs w:val="28"/>
          <w:lang w:val="ru-RU"/>
        </w:rPr>
        <w:t>.</w:t>
      </w:r>
      <w:r w:rsidR="00224E2D" w:rsidRPr="008A30A7">
        <w:rPr>
          <w:b/>
          <w:sz w:val="28"/>
          <w:szCs w:val="28"/>
        </w:rPr>
        <w:t>7</w:t>
      </w:r>
      <w:r w:rsidRPr="008A30A7">
        <w:rPr>
          <w:b/>
          <w:sz w:val="28"/>
          <w:szCs w:val="28"/>
          <w:lang w:val="ru-RU"/>
        </w:rPr>
        <w:t xml:space="preserve">. </w:t>
      </w:r>
      <w:proofErr w:type="spellStart"/>
      <w:r w:rsidRPr="008A30A7">
        <w:rPr>
          <w:b/>
          <w:sz w:val="28"/>
          <w:szCs w:val="28"/>
          <w:lang w:val="ru-RU"/>
        </w:rPr>
        <w:t>Ақпараттық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жүйелерді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әзірлеуге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және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пайдалануға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байланысты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сыбайлас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жемқорлық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тәуекелдерін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анықтау</w:t>
      </w:r>
      <w:proofErr w:type="spellEnd"/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proofErr w:type="spellStart"/>
      <w:r w:rsidRPr="008A30A7">
        <w:rPr>
          <w:sz w:val="28"/>
          <w:szCs w:val="28"/>
          <w:lang w:val="ru-RU"/>
        </w:rPr>
        <w:t>Серіктестік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ақпараттық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жүйелерді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әзірлеумен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айналыс</w:t>
      </w:r>
      <w:r w:rsidRPr="008A30A7">
        <w:rPr>
          <w:sz w:val="28"/>
          <w:szCs w:val="28"/>
          <w:lang w:val="ru-RU"/>
        </w:rPr>
        <w:t>пайды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proofErr w:type="spellStart"/>
      <w:r w:rsidRPr="008A30A7">
        <w:rPr>
          <w:sz w:val="28"/>
          <w:szCs w:val="28"/>
          <w:lang w:val="ru-RU"/>
        </w:rPr>
        <w:t>Серіктестік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қызметкерлері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мынадай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ақпараттық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жүйелерде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қызметін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жүзеге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асырады</w:t>
      </w:r>
      <w:proofErr w:type="spellEnd"/>
      <w:r w:rsidRPr="008A30A7">
        <w:rPr>
          <w:sz w:val="28"/>
          <w:szCs w:val="28"/>
          <w:lang w:val="ru-RU"/>
        </w:rPr>
        <w:t>: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 xml:space="preserve">e </w:t>
      </w:r>
      <w:proofErr w:type="spellStart"/>
      <w:r w:rsidRPr="008A30A7">
        <w:rPr>
          <w:sz w:val="28"/>
          <w:szCs w:val="28"/>
        </w:rPr>
        <w:t>gov</w:t>
      </w:r>
      <w:proofErr w:type="spellEnd"/>
      <w:r w:rsidRPr="008A30A7">
        <w:rPr>
          <w:sz w:val="28"/>
          <w:szCs w:val="28"/>
        </w:rPr>
        <w:t xml:space="preserve">, </w:t>
      </w:r>
      <w:proofErr w:type="spellStart"/>
      <w:r w:rsidRPr="008A30A7">
        <w:rPr>
          <w:sz w:val="28"/>
          <w:szCs w:val="28"/>
        </w:rPr>
        <w:t>eotinish</w:t>
      </w:r>
      <w:proofErr w:type="spellEnd"/>
      <w:r w:rsidRPr="008A30A7">
        <w:rPr>
          <w:sz w:val="28"/>
          <w:szCs w:val="28"/>
        </w:rPr>
        <w:t>, e лиценз, еңбек кз, DFO, monopolist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>Сыбайлас жемқорлық тәуекелдері анықталған жоқ.</w:t>
      </w:r>
    </w:p>
    <w:p w:rsidR="00D24F21" w:rsidRPr="008A30A7" w:rsidRDefault="001653C9" w:rsidP="00CD4962">
      <w:pPr>
        <w:spacing w:after="0" w:line="240" w:lineRule="auto"/>
        <w:jc w:val="both"/>
        <w:rPr>
          <w:b/>
          <w:sz w:val="28"/>
          <w:szCs w:val="28"/>
        </w:rPr>
      </w:pPr>
      <w:r w:rsidRPr="008A30A7">
        <w:rPr>
          <w:b/>
          <w:sz w:val="28"/>
          <w:szCs w:val="28"/>
        </w:rPr>
        <w:t>II.</w:t>
      </w:r>
      <w:r w:rsidR="00224E2D" w:rsidRPr="008A30A7">
        <w:rPr>
          <w:b/>
          <w:sz w:val="28"/>
          <w:szCs w:val="28"/>
        </w:rPr>
        <w:t>8</w:t>
      </w:r>
      <w:r w:rsidRPr="008A30A7">
        <w:rPr>
          <w:b/>
          <w:sz w:val="28"/>
          <w:szCs w:val="28"/>
        </w:rPr>
        <w:t>. Ұйымдастырушылық-басқарушылық қызметтен туындайтын өзге де мәсе</w:t>
      </w:r>
      <w:r w:rsidRPr="008A30A7">
        <w:rPr>
          <w:b/>
          <w:sz w:val="28"/>
          <w:szCs w:val="28"/>
        </w:rPr>
        <w:t>лелерге байланысты сыбайлас жемқорлық тәуекелдерін анықтау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>Құқықтық</w:t>
      </w:r>
      <w:r w:rsidRPr="008A30A7">
        <w:rPr>
          <w:sz w:val="28"/>
          <w:szCs w:val="28"/>
        </w:rPr>
        <w:t xml:space="preserve"> актілерде анықталған тәуекелдер саны – 0 (бірлік).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>Сыбайлас жемқорлық құқық бұзушылықтарын жасауға ықпал ететін нормалар анықталған жоқ.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b/>
          <w:sz w:val="28"/>
          <w:szCs w:val="28"/>
        </w:rPr>
        <w:t>ҚОРЫТЫНДЫ</w:t>
      </w:r>
      <w:r w:rsidRPr="008A30A7">
        <w:rPr>
          <w:b/>
          <w:sz w:val="28"/>
          <w:szCs w:val="28"/>
        </w:rPr>
        <w:t xml:space="preserve"> БӨЛІМ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>Серіктестіктің қызметіндегі сыбайла</w:t>
      </w:r>
      <w:r w:rsidRPr="008A30A7">
        <w:rPr>
          <w:sz w:val="28"/>
          <w:szCs w:val="28"/>
        </w:rPr>
        <w:t>с жемқорлық тәуекелдеріне ішкі талдау қорытындысы бойынша мыналар ұсынылды: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>1. Кадрлар бөлімінің заңгер-инспекторы Ахметжанов С.С.-ға 31.12.2026 жылға дейін Серіктестіктің бос лауазымдарын толықтыру бойынша жұмыс жүргізу.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>2. Серіктестік директорына «Сыбайл</w:t>
      </w:r>
      <w:r w:rsidRPr="008A30A7">
        <w:rPr>
          <w:sz w:val="28"/>
          <w:szCs w:val="28"/>
        </w:rPr>
        <w:t>ас жемқорлық тәуекелдеріне ішкі талдау нәтижелері бойынша анықталған сыбайлас жемқорлық құқық бұзушылықтарын жасауға ықпал ететін себептер мен жағдайларды жою жөніндегі іс-шаралар жоспарының» жобасын осы талдаудың 3-қосымшасына сәйкес бекітуге ұсыну.</w:t>
      </w:r>
    </w:p>
    <w:p w:rsidR="00224E2D" w:rsidRPr="008A30A7" w:rsidRDefault="00224E2D" w:rsidP="00224E2D">
      <w:pPr>
        <w:spacing w:after="0" w:line="240" w:lineRule="auto"/>
        <w:jc w:val="both"/>
        <w:rPr>
          <w:b/>
          <w:sz w:val="28"/>
          <w:szCs w:val="28"/>
        </w:rPr>
      </w:pPr>
      <w:proofErr w:type="spellStart"/>
      <w:r w:rsidRPr="008A30A7">
        <w:rPr>
          <w:b/>
          <w:sz w:val="28"/>
          <w:szCs w:val="28"/>
        </w:rPr>
        <w:t>Жұмыс</w:t>
      </w:r>
      <w:proofErr w:type="spellEnd"/>
      <w:r w:rsidRPr="008A30A7">
        <w:rPr>
          <w:b/>
          <w:sz w:val="28"/>
          <w:szCs w:val="28"/>
        </w:rPr>
        <w:t xml:space="preserve"> </w:t>
      </w:r>
      <w:proofErr w:type="spellStart"/>
      <w:r w:rsidRPr="008A30A7">
        <w:rPr>
          <w:b/>
          <w:sz w:val="28"/>
          <w:szCs w:val="28"/>
        </w:rPr>
        <w:t>тобының</w:t>
      </w:r>
      <w:proofErr w:type="spellEnd"/>
      <w:r w:rsidRPr="008A30A7">
        <w:rPr>
          <w:b/>
          <w:sz w:val="28"/>
          <w:szCs w:val="28"/>
        </w:rPr>
        <w:t xml:space="preserve"> </w:t>
      </w:r>
      <w:proofErr w:type="spellStart"/>
      <w:r w:rsidRPr="008A30A7">
        <w:rPr>
          <w:b/>
          <w:sz w:val="28"/>
          <w:szCs w:val="28"/>
        </w:rPr>
        <w:t>жетекшісі</w:t>
      </w:r>
      <w:proofErr w:type="spellEnd"/>
      <w:r w:rsidRPr="008A30A7">
        <w:rPr>
          <w:b/>
          <w:sz w:val="28"/>
          <w:szCs w:val="28"/>
        </w:rPr>
        <w:t>:</w:t>
      </w:r>
    </w:p>
    <w:p w:rsidR="00224E2D" w:rsidRPr="008A30A7" w:rsidRDefault="00224E2D" w:rsidP="00224E2D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 xml:space="preserve">– </w:t>
      </w:r>
      <w:proofErr w:type="spellStart"/>
      <w:r w:rsidRPr="008A30A7">
        <w:rPr>
          <w:sz w:val="28"/>
          <w:szCs w:val="28"/>
          <w:lang w:val="ru-RU"/>
        </w:rPr>
        <w:t>директордың</w:t>
      </w:r>
      <w:proofErr w:type="spellEnd"/>
      <w:r w:rsidRPr="008A30A7">
        <w:rPr>
          <w:sz w:val="28"/>
          <w:szCs w:val="28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орынбасары</w:t>
      </w:r>
      <w:proofErr w:type="spellEnd"/>
      <w:r w:rsidRPr="008A30A7">
        <w:rPr>
          <w:sz w:val="28"/>
          <w:szCs w:val="28"/>
        </w:rPr>
        <w:t xml:space="preserve"> – </w:t>
      </w:r>
      <w:r w:rsidRPr="008A30A7">
        <w:rPr>
          <w:sz w:val="28"/>
          <w:szCs w:val="28"/>
          <w:lang w:val="ru-RU"/>
        </w:rPr>
        <w:t>АСАБ</w:t>
      </w:r>
      <w:r w:rsidRPr="008A30A7">
        <w:rPr>
          <w:sz w:val="28"/>
          <w:szCs w:val="28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бастығы</w:t>
      </w:r>
      <w:proofErr w:type="spellEnd"/>
      <w:r w:rsidRPr="008A30A7">
        <w:rPr>
          <w:sz w:val="28"/>
          <w:szCs w:val="28"/>
        </w:rPr>
        <w:t xml:space="preserve"> – </w:t>
      </w:r>
      <w:proofErr w:type="spellStart"/>
      <w:r w:rsidRPr="008A30A7">
        <w:rPr>
          <w:sz w:val="28"/>
          <w:szCs w:val="28"/>
          <w:lang w:val="ru-RU"/>
        </w:rPr>
        <w:t>Жексембаев</w:t>
      </w:r>
      <w:proofErr w:type="spellEnd"/>
      <w:r w:rsidRPr="008A30A7">
        <w:rPr>
          <w:sz w:val="28"/>
          <w:szCs w:val="28"/>
        </w:rPr>
        <w:t xml:space="preserve"> </w:t>
      </w:r>
      <w:r w:rsidRPr="008A30A7">
        <w:rPr>
          <w:sz w:val="28"/>
          <w:szCs w:val="28"/>
          <w:lang w:val="ru-RU"/>
        </w:rPr>
        <w:t>А</w:t>
      </w:r>
      <w:r w:rsidRPr="008A30A7">
        <w:rPr>
          <w:sz w:val="28"/>
          <w:szCs w:val="28"/>
        </w:rPr>
        <w:t>.</w:t>
      </w:r>
      <w:r w:rsidRPr="008A30A7">
        <w:rPr>
          <w:sz w:val="28"/>
          <w:szCs w:val="28"/>
          <w:lang w:val="ru-RU"/>
        </w:rPr>
        <w:t>Р</w:t>
      </w:r>
      <w:r w:rsidRPr="008A30A7">
        <w:rPr>
          <w:sz w:val="28"/>
          <w:szCs w:val="28"/>
        </w:rPr>
        <w:t>.</w:t>
      </w:r>
    </w:p>
    <w:p w:rsidR="00224E2D" w:rsidRPr="008A30A7" w:rsidRDefault="00224E2D" w:rsidP="00224E2D">
      <w:pPr>
        <w:spacing w:after="0" w:line="240" w:lineRule="auto"/>
        <w:jc w:val="both"/>
        <w:rPr>
          <w:b/>
          <w:sz w:val="28"/>
          <w:szCs w:val="28"/>
        </w:rPr>
      </w:pPr>
      <w:proofErr w:type="spellStart"/>
      <w:r w:rsidRPr="008A30A7">
        <w:rPr>
          <w:b/>
          <w:sz w:val="28"/>
          <w:szCs w:val="28"/>
        </w:rPr>
        <w:t>Топ</w:t>
      </w:r>
      <w:proofErr w:type="spellEnd"/>
      <w:r w:rsidRPr="008A30A7">
        <w:rPr>
          <w:b/>
          <w:sz w:val="28"/>
          <w:szCs w:val="28"/>
        </w:rPr>
        <w:t xml:space="preserve"> </w:t>
      </w:r>
      <w:proofErr w:type="spellStart"/>
      <w:r w:rsidRPr="008A30A7">
        <w:rPr>
          <w:b/>
          <w:sz w:val="28"/>
          <w:szCs w:val="28"/>
        </w:rPr>
        <w:t>мүшелері</w:t>
      </w:r>
      <w:proofErr w:type="spellEnd"/>
      <w:r w:rsidRPr="008A30A7">
        <w:rPr>
          <w:b/>
          <w:sz w:val="28"/>
          <w:szCs w:val="28"/>
        </w:rPr>
        <w:t>:</w:t>
      </w:r>
    </w:p>
    <w:p w:rsidR="00224E2D" w:rsidRPr="008A30A7" w:rsidRDefault="00224E2D" w:rsidP="00224E2D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 xml:space="preserve">– </w:t>
      </w:r>
      <w:proofErr w:type="spellStart"/>
      <w:r w:rsidRPr="008A30A7">
        <w:rPr>
          <w:sz w:val="28"/>
          <w:szCs w:val="28"/>
        </w:rPr>
        <w:t>қаржы</w:t>
      </w:r>
      <w:proofErr w:type="spellEnd"/>
      <w:r w:rsidRPr="008A30A7">
        <w:rPr>
          <w:sz w:val="28"/>
          <w:szCs w:val="28"/>
        </w:rPr>
        <w:t xml:space="preserve"> </w:t>
      </w:r>
      <w:proofErr w:type="spellStart"/>
      <w:r w:rsidRPr="008A30A7">
        <w:rPr>
          <w:sz w:val="28"/>
          <w:szCs w:val="28"/>
        </w:rPr>
        <w:t>жөніндегі</w:t>
      </w:r>
      <w:proofErr w:type="spellEnd"/>
      <w:r w:rsidRPr="008A30A7">
        <w:rPr>
          <w:sz w:val="28"/>
          <w:szCs w:val="28"/>
        </w:rPr>
        <w:t xml:space="preserve"> </w:t>
      </w:r>
      <w:proofErr w:type="spellStart"/>
      <w:r w:rsidRPr="008A30A7">
        <w:rPr>
          <w:sz w:val="28"/>
          <w:szCs w:val="28"/>
        </w:rPr>
        <w:t>директордың</w:t>
      </w:r>
      <w:proofErr w:type="spellEnd"/>
      <w:r w:rsidRPr="008A30A7">
        <w:rPr>
          <w:sz w:val="28"/>
          <w:szCs w:val="28"/>
        </w:rPr>
        <w:t xml:space="preserve"> </w:t>
      </w:r>
      <w:proofErr w:type="spellStart"/>
      <w:r w:rsidRPr="008A30A7">
        <w:rPr>
          <w:sz w:val="28"/>
          <w:szCs w:val="28"/>
        </w:rPr>
        <w:t>орынбасары</w:t>
      </w:r>
      <w:proofErr w:type="spellEnd"/>
      <w:r w:rsidRPr="008A30A7">
        <w:rPr>
          <w:sz w:val="28"/>
          <w:szCs w:val="28"/>
        </w:rPr>
        <w:t xml:space="preserve"> – </w:t>
      </w:r>
      <w:proofErr w:type="spellStart"/>
      <w:r w:rsidRPr="008A30A7">
        <w:rPr>
          <w:sz w:val="28"/>
          <w:szCs w:val="28"/>
        </w:rPr>
        <w:t>Садвакасова</w:t>
      </w:r>
      <w:proofErr w:type="spellEnd"/>
      <w:r w:rsidRPr="008A30A7">
        <w:rPr>
          <w:sz w:val="28"/>
          <w:szCs w:val="28"/>
        </w:rPr>
        <w:t xml:space="preserve"> С.Б.</w:t>
      </w:r>
    </w:p>
    <w:p w:rsidR="00224E2D" w:rsidRPr="008A30A7" w:rsidRDefault="00224E2D" w:rsidP="00224E2D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 xml:space="preserve">– </w:t>
      </w:r>
      <w:r w:rsidRPr="008A30A7">
        <w:rPr>
          <w:sz w:val="28"/>
          <w:szCs w:val="28"/>
          <w:lang w:val="kk-KZ"/>
        </w:rPr>
        <w:t xml:space="preserve">ҰӨҚжАҚЖҚҚ </w:t>
      </w:r>
      <w:proofErr w:type="spellStart"/>
      <w:r w:rsidRPr="008A30A7">
        <w:rPr>
          <w:sz w:val="28"/>
          <w:szCs w:val="28"/>
          <w:lang w:val="ru-RU"/>
        </w:rPr>
        <w:t>бастығы</w:t>
      </w:r>
      <w:proofErr w:type="spellEnd"/>
      <w:r w:rsidRPr="008A30A7">
        <w:rPr>
          <w:sz w:val="28"/>
          <w:szCs w:val="28"/>
        </w:rPr>
        <w:t xml:space="preserve"> – </w:t>
      </w:r>
      <w:proofErr w:type="spellStart"/>
      <w:r w:rsidRPr="008A30A7">
        <w:rPr>
          <w:sz w:val="28"/>
          <w:szCs w:val="28"/>
          <w:lang w:val="ru-RU"/>
        </w:rPr>
        <w:t>Бигельдиев</w:t>
      </w:r>
      <w:proofErr w:type="spellEnd"/>
      <w:r w:rsidRPr="008A30A7">
        <w:rPr>
          <w:sz w:val="28"/>
          <w:szCs w:val="28"/>
        </w:rPr>
        <w:t xml:space="preserve"> </w:t>
      </w:r>
      <w:r w:rsidRPr="008A30A7">
        <w:rPr>
          <w:sz w:val="28"/>
          <w:szCs w:val="28"/>
          <w:lang w:val="ru-RU"/>
        </w:rPr>
        <w:t>Е</w:t>
      </w:r>
      <w:r w:rsidRPr="008A30A7">
        <w:rPr>
          <w:sz w:val="28"/>
          <w:szCs w:val="28"/>
        </w:rPr>
        <w:t>.</w:t>
      </w:r>
      <w:r w:rsidRPr="008A30A7">
        <w:rPr>
          <w:sz w:val="28"/>
          <w:szCs w:val="28"/>
          <w:lang w:val="ru-RU"/>
        </w:rPr>
        <w:t>Т</w:t>
      </w:r>
      <w:r w:rsidRPr="008A30A7">
        <w:rPr>
          <w:sz w:val="28"/>
          <w:szCs w:val="28"/>
        </w:rPr>
        <w:t>.</w:t>
      </w:r>
    </w:p>
    <w:p w:rsidR="00224E2D" w:rsidRPr="008A30A7" w:rsidRDefault="00224E2D" w:rsidP="00224E2D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 xml:space="preserve">– </w:t>
      </w:r>
      <w:r w:rsidRPr="008A30A7">
        <w:rPr>
          <w:sz w:val="28"/>
          <w:szCs w:val="28"/>
          <w:lang w:val="ru-RU"/>
        </w:rPr>
        <w:t>АКҚ</w:t>
      </w:r>
      <w:r w:rsidRPr="008A30A7">
        <w:rPr>
          <w:sz w:val="28"/>
          <w:szCs w:val="28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бастығы</w:t>
      </w:r>
      <w:proofErr w:type="spellEnd"/>
      <w:r w:rsidRPr="008A30A7">
        <w:rPr>
          <w:sz w:val="28"/>
          <w:szCs w:val="28"/>
        </w:rPr>
        <w:t xml:space="preserve"> – </w:t>
      </w:r>
      <w:r w:rsidRPr="008A30A7">
        <w:rPr>
          <w:sz w:val="28"/>
          <w:szCs w:val="28"/>
          <w:lang w:val="ru-RU"/>
        </w:rPr>
        <w:t>Матвейчук</w:t>
      </w:r>
      <w:r w:rsidRPr="008A30A7">
        <w:rPr>
          <w:sz w:val="28"/>
          <w:szCs w:val="28"/>
        </w:rPr>
        <w:t xml:space="preserve"> </w:t>
      </w:r>
      <w:r w:rsidRPr="008A30A7">
        <w:rPr>
          <w:sz w:val="28"/>
          <w:szCs w:val="28"/>
          <w:lang w:val="ru-RU"/>
        </w:rPr>
        <w:t>С</w:t>
      </w:r>
      <w:r w:rsidRPr="008A30A7">
        <w:rPr>
          <w:sz w:val="28"/>
          <w:szCs w:val="28"/>
        </w:rPr>
        <w:t>.</w:t>
      </w:r>
      <w:r w:rsidRPr="008A30A7">
        <w:rPr>
          <w:sz w:val="28"/>
          <w:szCs w:val="28"/>
          <w:lang w:val="ru-RU"/>
        </w:rPr>
        <w:t>С</w:t>
      </w:r>
      <w:r w:rsidRPr="008A30A7">
        <w:rPr>
          <w:sz w:val="28"/>
          <w:szCs w:val="28"/>
        </w:rPr>
        <w:t>.</w:t>
      </w:r>
    </w:p>
    <w:p w:rsidR="00224E2D" w:rsidRPr="008A30A7" w:rsidRDefault="00224E2D" w:rsidP="00224E2D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 xml:space="preserve">– </w:t>
      </w:r>
      <w:r w:rsidRPr="008A30A7">
        <w:rPr>
          <w:sz w:val="28"/>
          <w:szCs w:val="28"/>
          <w:lang w:val="ru-RU"/>
        </w:rPr>
        <w:t>АТБҚ</w:t>
      </w:r>
      <w:r w:rsidRPr="008A30A7">
        <w:rPr>
          <w:sz w:val="28"/>
          <w:szCs w:val="28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бастығы</w:t>
      </w:r>
      <w:proofErr w:type="spellEnd"/>
      <w:r w:rsidRPr="008A30A7">
        <w:rPr>
          <w:sz w:val="28"/>
          <w:szCs w:val="28"/>
        </w:rPr>
        <w:t xml:space="preserve"> – </w:t>
      </w:r>
      <w:proofErr w:type="spellStart"/>
      <w:r w:rsidRPr="008A30A7">
        <w:rPr>
          <w:sz w:val="28"/>
          <w:szCs w:val="28"/>
          <w:lang w:val="ru-RU"/>
        </w:rPr>
        <w:t>Ахнаев</w:t>
      </w:r>
      <w:proofErr w:type="spellEnd"/>
      <w:r w:rsidRPr="008A30A7">
        <w:rPr>
          <w:sz w:val="28"/>
          <w:szCs w:val="28"/>
        </w:rPr>
        <w:t xml:space="preserve"> </w:t>
      </w:r>
      <w:r w:rsidRPr="008A30A7">
        <w:rPr>
          <w:sz w:val="28"/>
          <w:szCs w:val="28"/>
          <w:lang w:val="ru-RU"/>
        </w:rPr>
        <w:t>К</w:t>
      </w:r>
      <w:r w:rsidRPr="008A30A7">
        <w:rPr>
          <w:sz w:val="28"/>
          <w:szCs w:val="28"/>
        </w:rPr>
        <w:t>.</w:t>
      </w:r>
      <w:r w:rsidRPr="008A30A7">
        <w:rPr>
          <w:sz w:val="28"/>
          <w:szCs w:val="28"/>
          <w:lang w:val="ru-RU"/>
        </w:rPr>
        <w:t>Р</w:t>
      </w:r>
      <w:r w:rsidRPr="008A30A7">
        <w:rPr>
          <w:sz w:val="28"/>
          <w:szCs w:val="28"/>
        </w:rPr>
        <w:t>.</w:t>
      </w:r>
    </w:p>
    <w:p w:rsidR="00224E2D" w:rsidRPr="008A30A7" w:rsidRDefault="00224E2D" w:rsidP="00224E2D">
      <w:pPr>
        <w:spacing w:after="0" w:line="240" w:lineRule="auto"/>
        <w:jc w:val="both"/>
        <w:rPr>
          <w:sz w:val="28"/>
          <w:szCs w:val="28"/>
        </w:rPr>
      </w:pPr>
      <w:r w:rsidRPr="008A30A7">
        <w:rPr>
          <w:sz w:val="28"/>
          <w:szCs w:val="28"/>
        </w:rPr>
        <w:t xml:space="preserve">– </w:t>
      </w:r>
      <w:proofErr w:type="spellStart"/>
      <w:r w:rsidRPr="008A30A7">
        <w:rPr>
          <w:sz w:val="28"/>
          <w:szCs w:val="28"/>
          <w:lang w:val="ru-RU"/>
        </w:rPr>
        <w:t>ҰЭЖТҚеҚ</w:t>
      </w:r>
      <w:proofErr w:type="spellEnd"/>
      <w:r w:rsidRPr="008A30A7">
        <w:rPr>
          <w:sz w:val="28"/>
          <w:szCs w:val="28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бастығы</w:t>
      </w:r>
      <w:proofErr w:type="spellEnd"/>
      <w:r w:rsidRPr="008A30A7">
        <w:rPr>
          <w:sz w:val="28"/>
          <w:szCs w:val="28"/>
        </w:rPr>
        <w:t xml:space="preserve"> – </w:t>
      </w:r>
      <w:r w:rsidRPr="008A30A7">
        <w:rPr>
          <w:sz w:val="28"/>
          <w:szCs w:val="28"/>
          <w:lang w:val="ru-RU"/>
        </w:rPr>
        <w:t>Нурбеков</w:t>
      </w:r>
      <w:r w:rsidRPr="008A30A7">
        <w:rPr>
          <w:sz w:val="28"/>
          <w:szCs w:val="28"/>
        </w:rPr>
        <w:t xml:space="preserve"> </w:t>
      </w:r>
      <w:r w:rsidRPr="008A30A7">
        <w:rPr>
          <w:sz w:val="28"/>
          <w:szCs w:val="28"/>
          <w:lang w:val="ru-RU"/>
        </w:rPr>
        <w:t>А</w:t>
      </w:r>
      <w:r w:rsidRPr="008A30A7">
        <w:rPr>
          <w:sz w:val="28"/>
          <w:szCs w:val="28"/>
        </w:rPr>
        <w:t>.</w:t>
      </w:r>
      <w:r w:rsidRPr="008A30A7">
        <w:rPr>
          <w:sz w:val="28"/>
          <w:szCs w:val="28"/>
          <w:lang w:val="ru-RU"/>
        </w:rPr>
        <w:t>С</w:t>
      </w:r>
      <w:r w:rsidRPr="008A30A7">
        <w:rPr>
          <w:sz w:val="28"/>
          <w:szCs w:val="28"/>
        </w:rPr>
        <w:t>.</w:t>
      </w:r>
    </w:p>
    <w:p w:rsidR="00224E2D" w:rsidRPr="008A30A7" w:rsidRDefault="00224E2D" w:rsidP="00224E2D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– </w:t>
      </w:r>
      <w:proofErr w:type="spellStart"/>
      <w:r w:rsidRPr="008A30A7">
        <w:rPr>
          <w:sz w:val="28"/>
          <w:szCs w:val="28"/>
          <w:lang w:val="ru-RU"/>
        </w:rPr>
        <w:t>заңгер</w:t>
      </w:r>
      <w:proofErr w:type="spellEnd"/>
      <w:r w:rsidRPr="008A30A7">
        <w:rPr>
          <w:sz w:val="28"/>
          <w:szCs w:val="28"/>
          <w:lang w:val="ru-RU"/>
        </w:rPr>
        <w:t xml:space="preserve">-кадр </w:t>
      </w:r>
      <w:proofErr w:type="spellStart"/>
      <w:r w:rsidRPr="008A30A7">
        <w:rPr>
          <w:sz w:val="28"/>
          <w:szCs w:val="28"/>
          <w:lang w:val="ru-RU"/>
        </w:rPr>
        <w:t>бөлімінің</w:t>
      </w:r>
      <w:proofErr w:type="spellEnd"/>
      <w:r w:rsidRPr="008A30A7">
        <w:rPr>
          <w:sz w:val="28"/>
          <w:szCs w:val="28"/>
          <w:lang w:val="ru-RU"/>
        </w:rPr>
        <w:t xml:space="preserve"> инспекторы – </w:t>
      </w:r>
      <w:proofErr w:type="spellStart"/>
      <w:r w:rsidRPr="008A30A7">
        <w:rPr>
          <w:sz w:val="28"/>
          <w:szCs w:val="28"/>
          <w:lang w:val="ru-RU"/>
        </w:rPr>
        <w:t>Ахметжанов</w:t>
      </w:r>
      <w:proofErr w:type="spellEnd"/>
      <w:r w:rsidRPr="008A30A7">
        <w:rPr>
          <w:sz w:val="28"/>
          <w:szCs w:val="28"/>
          <w:lang w:val="ru-RU"/>
        </w:rPr>
        <w:t xml:space="preserve"> С.С.</w:t>
      </w:r>
    </w:p>
    <w:p w:rsidR="008A30A7" w:rsidRPr="008A30A7" w:rsidRDefault="008A30A7" w:rsidP="00224E2D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D24F21" w:rsidRPr="008A30A7" w:rsidRDefault="008A30A7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  <w:proofErr w:type="spellStart"/>
      <w:r w:rsidRPr="008A30A7">
        <w:rPr>
          <w:b/>
          <w:sz w:val="28"/>
          <w:szCs w:val="28"/>
          <w:lang w:val="ru-RU"/>
        </w:rPr>
        <w:t>Таныстым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r w:rsidR="001653C9" w:rsidRPr="008A30A7">
        <w:rPr>
          <w:b/>
          <w:sz w:val="28"/>
          <w:szCs w:val="28"/>
          <w:lang w:val="ru-RU"/>
        </w:rPr>
        <w:t>____________________</w:t>
      </w:r>
      <w:proofErr w:type="spellStart"/>
      <w:r w:rsidRPr="008A30A7">
        <w:rPr>
          <w:b/>
          <w:sz w:val="28"/>
          <w:szCs w:val="28"/>
          <w:lang w:val="ru-RU"/>
        </w:rPr>
        <w:t>Мейрамбек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Аринович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Мурзахметов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8A30A7" w:rsidRPr="008A30A7" w:rsidRDefault="008A30A7" w:rsidP="00CD4962">
      <w:pPr>
        <w:spacing w:after="0" w:line="240" w:lineRule="auto"/>
        <w:jc w:val="both"/>
        <w:rPr>
          <w:b/>
          <w:sz w:val="28"/>
          <w:szCs w:val="28"/>
          <w:lang w:val="ru-RU"/>
        </w:rPr>
        <w:sectPr w:rsidR="008A30A7" w:rsidRPr="008A30A7" w:rsidSect="00224E2D">
          <w:pgSz w:w="12240" w:h="15840"/>
          <w:pgMar w:top="709" w:right="616" w:bottom="709" w:left="1276" w:header="720" w:footer="720" w:gutter="0"/>
          <w:cols w:space="720"/>
          <w:docGrid w:linePitch="360"/>
        </w:sectPr>
      </w:pPr>
      <w:bookmarkStart w:id="0" w:name="_GoBack"/>
      <w:bookmarkEnd w:id="0"/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D24F21" w:rsidRPr="008A30A7" w:rsidRDefault="001653C9" w:rsidP="00224E2D">
      <w:pPr>
        <w:spacing w:after="0" w:line="240" w:lineRule="auto"/>
        <w:ind w:left="7920" w:firstLine="720"/>
        <w:jc w:val="both"/>
        <w:rPr>
          <w:b/>
          <w:sz w:val="28"/>
          <w:szCs w:val="28"/>
          <w:lang w:val="ru-RU"/>
        </w:rPr>
      </w:pPr>
      <w:r w:rsidRPr="008A30A7">
        <w:rPr>
          <w:b/>
          <w:sz w:val="28"/>
          <w:szCs w:val="28"/>
          <w:lang w:val="ru-RU"/>
        </w:rPr>
        <w:t>1-қосымша</w:t>
      </w:r>
    </w:p>
    <w:p w:rsidR="00224E2D" w:rsidRPr="008A30A7" w:rsidRDefault="00224E2D" w:rsidP="00224E2D">
      <w:pPr>
        <w:spacing w:after="0" w:line="240" w:lineRule="auto"/>
        <w:ind w:left="7920" w:firstLine="720"/>
        <w:jc w:val="both"/>
        <w:rPr>
          <w:sz w:val="28"/>
          <w:szCs w:val="28"/>
          <w:lang w:val="ru-RU"/>
        </w:rPr>
      </w:pPr>
    </w:p>
    <w:p w:rsidR="00D24F21" w:rsidRPr="008A30A7" w:rsidRDefault="001653C9" w:rsidP="00CD4962">
      <w:pPr>
        <w:spacing w:after="0" w:line="240" w:lineRule="auto"/>
        <w:jc w:val="both"/>
        <w:rPr>
          <w:b/>
          <w:sz w:val="28"/>
          <w:szCs w:val="28"/>
          <w:lang w:val="ru-RU"/>
        </w:rPr>
      </w:pPr>
      <w:proofErr w:type="spellStart"/>
      <w:r w:rsidRPr="008A30A7">
        <w:rPr>
          <w:b/>
          <w:sz w:val="28"/>
          <w:szCs w:val="28"/>
          <w:lang w:val="ru-RU"/>
        </w:rPr>
        <w:t>Талданған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құқықтық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актілердің</w:t>
      </w:r>
      <w:proofErr w:type="spellEnd"/>
      <w:r w:rsidRPr="008A30A7">
        <w:rPr>
          <w:b/>
          <w:sz w:val="28"/>
          <w:szCs w:val="28"/>
          <w:lang w:val="ru-RU"/>
        </w:rPr>
        <w:t>/</w:t>
      </w:r>
      <w:proofErr w:type="spellStart"/>
      <w:r w:rsidRPr="008A30A7">
        <w:rPr>
          <w:b/>
          <w:sz w:val="28"/>
          <w:szCs w:val="28"/>
          <w:lang w:val="ru-RU"/>
        </w:rPr>
        <w:t>ішкі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құжаттардың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тізбесі</w:t>
      </w:r>
      <w:proofErr w:type="spellEnd"/>
    </w:p>
    <w:p w:rsidR="008A30A7" w:rsidRPr="008A30A7" w:rsidRDefault="008A30A7" w:rsidP="00CD4962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1. </w:t>
      </w:r>
      <w:proofErr w:type="spellStart"/>
      <w:r w:rsidRPr="008A30A7">
        <w:rPr>
          <w:sz w:val="28"/>
          <w:szCs w:val="28"/>
          <w:lang w:val="ru-RU"/>
        </w:rPr>
        <w:t>Серіктестіктің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Жарғысы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2. </w:t>
      </w:r>
      <w:proofErr w:type="spellStart"/>
      <w:r w:rsidRPr="008A30A7">
        <w:rPr>
          <w:sz w:val="28"/>
          <w:szCs w:val="28"/>
          <w:lang w:val="ru-RU"/>
        </w:rPr>
        <w:t>Серіктестіктің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лауазымдық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нұсқаулықтары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3. </w:t>
      </w:r>
      <w:proofErr w:type="spellStart"/>
      <w:r w:rsidRPr="008A30A7">
        <w:rPr>
          <w:sz w:val="28"/>
          <w:szCs w:val="28"/>
          <w:lang w:val="ru-RU"/>
        </w:rPr>
        <w:t>Негізгі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қызмет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бойынша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директордың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бұйрықтары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4. Жеке </w:t>
      </w:r>
      <w:proofErr w:type="spellStart"/>
      <w:r w:rsidRPr="008A30A7">
        <w:rPr>
          <w:sz w:val="28"/>
          <w:szCs w:val="28"/>
          <w:lang w:val="ru-RU"/>
        </w:rPr>
        <w:t>құрам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бойынша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директордың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бұйрықтары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r w:rsidRPr="008A30A7">
        <w:rPr>
          <w:sz w:val="28"/>
          <w:szCs w:val="28"/>
          <w:lang w:val="ru-RU"/>
        </w:rPr>
        <w:t xml:space="preserve">5. </w:t>
      </w:r>
      <w:proofErr w:type="spellStart"/>
      <w:r w:rsidRPr="008A30A7">
        <w:rPr>
          <w:sz w:val="28"/>
          <w:szCs w:val="28"/>
          <w:lang w:val="ru-RU"/>
        </w:rPr>
        <w:t>Қаржы</w:t>
      </w:r>
      <w:r w:rsidRPr="008A30A7">
        <w:rPr>
          <w:sz w:val="28"/>
          <w:szCs w:val="28"/>
          <w:lang w:val="ru-RU"/>
        </w:rPr>
        <w:t>-шаруашылық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қызмет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бойынша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құжаттар</w:t>
      </w:r>
      <w:proofErr w:type="spellEnd"/>
      <w:r w:rsidRPr="008A30A7">
        <w:rPr>
          <w:sz w:val="28"/>
          <w:szCs w:val="28"/>
          <w:lang w:val="ru-RU"/>
        </w:rPr>
        <w:t>.</w:t>
      </w:r>
    </w:p>
    <w:p w:rsidR="00CD4962" w:rsidRPr="008A30A7" w:rsidRDefault="00CD4962" w:rsidP="00CD4962">
      <w:pPr>
        <w:spacing w:after="0" w:line="240" w:lineRule="auto"/>
        <w:jc w:val="both"/>
        <w:rPr>
          <w:b/>
          <w:sz w:val="28"/>
          <w:szCs w:val="28"/>
          <w:lang w:val="ru-RU"/>
        </w:rPr>
        <w:sectPr w:rsidR="00CD4962" w:rsidRPr="008A30A7" w:rsidSect="008A30A7">
          <w:pgSz w:w="15840" w:h="12240" w:orient="landscape"/>
          <w:pgMar w:top="1276" w:right="709" w:bottom="618" w:left="709" w:header="720" w:footer="720" w:gutter="0"/>
          <w:cols w:space="720"/>
          <w:docGrid w:linePitch="360"/>
        </w:sectPr>
      </w:pPr>
    </w:p>
    <w:p w:rsidR="00D24F21" w:rsidRPr="008A30A7" w:rsidRDefault="001653C9" w:rsidP="00224E2D">
      <w:pPr>
        <w:spacing w:after="0" w:line="240" w:lineRule="auto"/>
        <w:ind w:left="10080" w:firstLine="720"/>
        <w:jc w:val="both"/>
        <w:rPr>
          <w:sz w:val="28"/>
          <w:szCs w:val="28"/>
          <w:lang w:val="ru-RU"/>
        </w:rPr>
      </w:pPr>
      <w:r w:rsidRPr="008A30A7">
        <w:rPr>
          <w:b/>
          <w:sz w:val="28"/>
          <w:szCs w:val="28"/>
          <w:lang w:val="ru-RU"/>
        </w:rPr>
        <w:lastRenderedPageBreak/>
        <w:t>2-қосымша</w:t>
      </w:r>
    </w:p>
    <w:p w:rsidR="00D24F21" w:rsidRPr="008A30A7" w:rsidRDefault="001653C9" w:rsidP="008A30A7">
      <w:pPr>
        <w:spacing w:after="0" w:line="240" w:lineRule="auto"/>
        <w:jc w:val="center"/>
        <w:rPr>
          <w:sz w:val="28"/>
          <w:szCs w:val="28"/>
          <w:lang w:val="ru-RU"/>
        </w:rPr>
      </w:pPr>
      <w:proofErr w:type="spellStart"/>
      <w:r w:rsidRPr="008A30A7">
        <w:rPr>
          <w:b/>
          <w:sz w:val="28"/>
          <w:szCs w:val="28"/>
          <w:lang w:val="ru-RU"/>
        </w:rPr>
        <w:t>Сыбайлас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жемқорлық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тәуекелдеріне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ішкі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талдау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нәтижелері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бойынша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анықталған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сыба</w:t>
      </w:r>
      <w:r w:rsidRPr="008A30A7">
        <w:rPr>
          <w:b/>
          <w:sz w:val="28"/>
          <w:szCs w:val="28"/>
          <w:lang w:val="ru-RU"/>
        </w:rPr>
        <w:t>йлас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жемқорлық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тәуекелдеріне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бейім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лауазымдар</w:t>
      </w:r>
      <w:proofErr w:type="spellEnd"/>
      <w:r w:rsidRPr="008A30A7">
        <w:rPr>
          <w:b/>
          <w:sz w:val="28"/>
          <w:szCs w:val="28"/>
          <w:lang w:val="ru-RU"/>
        </w:rPr>
        <w:t xml:space="preserve"> </w:t>
      </w:r>
      <w:proofErr w:type="spellStart"/>
      <w:r w:rsidRPr="008A30A7">
        <w:rPr>
          <w:b/>
          <w:sz w:val="28"/>
          <w:szCs w:val="28"/>
          <w:lang w:val="ru-RU"/>
        </w:rPr>
        <w:t>тізбесі</w:t>
      </w:r>
      <w:proofErr w:type="spellEnd"/>
    </w:p>
    <w:p w:rsidR="00D24F21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  <w:proofErr w:type="spellStart"/>
      <w:r w:rsidRPr="008A30A7">
        <w:rPr>
          <w:sz w:val="28"/>
          <w:szCs w:val="28"/>
          <w:lang w:val="ru-RU"/>
        </w:rPr>
        <w:t>Ішкі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сыбайлас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жемқорлық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тәуекелдеріне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талдау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объектісінің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атауы</w:t>
      </w:r>
      <w:proofErr w:type="spellEnd"/>
      <w:r w:rsidRPr="008A30A7">
        <w:rPr>
          <w:sz w:val="28"/>
          <w:szCs w:val="28"/>
          <w:lang w:val="ru-RU"/>
        </w:rPr>
        <w:t>: «</w:t>
      </w:r>
      <w:proofErr w:type="spellStart"/>
      <w:r w:rsidR="00CD4962" w:rsidRPr="008A30A7">
        <w:rPr>
          <w:sz w:val="28"/>
          <w:szCs w:val="28"/>
          <w:lang w:val="ru-RU"/>
        </w:rPr>
        <w:t>Әуежайы</w:t>
      </w:r>
      <w:proofErr w:type="spellEnd"/>
      <w:r w:rsidRPr="008A30A7">
        <w:rPr>
          <w:sz w:val="28"/>
          <w:szCs w:val="28"/>
          <w:lang w:val="ru-RU"/>
        </w:rPr>
        <w:t xml:space="preserve"> </w:t>
      </w:r>
      <w:proofErr w:type="spellStart"/>
      <w:r w:rsidRPr="008A30A7">
        <w:rPr>
          <w:sz w:val="28"/>
          <w:szCs w:val="28"/>
          <w:lang w:val="ru-RU"/>
        </w:rPr>
        <w:t>Балқаш</w:t>
      </w:r>
      <w:proofErr w:type="spellEnd"/>
      <w:r w:rsidRPr="008A30A7">
        <w:rPr>
          <w:sz w:val="28"/>
          <w:szCs w:val="28"/>
          <w:lang w:val="ru-RU"/>
        </w:rPr>
        <w:t>» ЖШС</w:t>
      </w:r>
    </w:p>
    <w:p w:rsidR="00CD4962" w:rsidRPr="008A30A7" w:rsidRDefault="00CD4962" w:rsidP="00CD4962">
      <w:pPr>
        <w:spacing w:after="0" w:line="240" w:lineRule="auto"/>
        <w:jc w:val="both"/>
        <w:rPr>
          <w:sz w:val="28"/>
          <w:szCs w:val="28"/>
          <w:lang w:val="ru-RU"/>
        </w:rPr>
      </w:pPr>
    </w:p>
    <w:tbl>
      <w:tblPr>
        <w:tblStyle w:val="aff0"/>
        <w:tblW w:w="14454" w:type="dxa"/>
        <w:jc w:val="center"/>
        <w:tblLook w:val="04A0" w:firstRow="1" w:lastRow="0" w:firstColumn="1" w:lastColumn="0" w:noHBand="0" w:noVBand="1"/>
      </w:tblPr>
      <w:tblGrid>
        <w:gridCol w:w="3679"/>
        <w:gridCol w:w="6801"/>
        <w:gridCol w:w="1985"/>
        <w:gridCol w:w="1989"/>
      </w:tblGrid>
      <w:tr w:rsidR="008A30A7" w:rsidRPr="008A30A7" w:rsidTr="00224E2D">
        <w:trPr>
          <w:jc w:val="center"/>
        </w:trPr>
        <w:tc>
          <w:tcPr>
            <w:tcW w:w="3681" w:type="dxa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8A30A7">
              <w:rPr>
                <w:sz w:val="28"/>
                <w:szCs w:val="28"/>
                <w:lang w:val="ru-RU"/>
              </w:rPr>
              <w:t>Сыбайлас</w:t>
            </w:r>
            <w:proofErr w:type="spellEnd"/>
            <w:r w:rsidRPr="008A30A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A30A7">
              <w:rPr>
                <w:sz w:val="28"/>
                <w:szCs w:val="28"/>
                <w:lang w:val="ru-RU"/>
              </w:rPr>
              <w:t>жемқорлық</w:t>
            </w:r>
            <w:proofErr w:type="spellEnd"/>
            <w:r w:rsidRPr="008A30A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A30A7">
              <w:rPr>
                <w:sz w:val="28"/>
                <w:szCs w:val="28"/>
                <w:lang w:val="ru-RU"/>
              </w:rPr>
              <w:t>тәуекеліне</w:t>
            </w:r>
            <w:proofErr w:type="spellEnd"/>
            <w:r w:rsidRPr="008A30A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A30A7">
              <w:rPr>
                <w:sz w:val="28"/>
                <w:szCs w:val="28"/>
                <w:lang w:val="ru-RU"/>
              </w:rPr>
              <w:t>бейім</w:t>
            </w:r>
            <w:proofErr w:type="spellEnd"/>
            <w:r w:rsidRPr="008A30A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A30A7">
              <w:rPr>
                <w:sz w:val="28"/>
                <w:szCs w:val="28"/>
                <w:lang w:val="ru-RU"/>
              </w:rPr>
              <w:t>лауазым</w:t>
            </w:r>
            <w:proofErr w:type="spellEnd"/>
          </w:p>
        </w:tc>
        <w:tc>
          <w:tcPr>
            <w:tcW w:w="6804" w:type="dxa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8A30A7">
              <w:rPr>
                <w:sz w:val="28"/>
                <w:szCs w:val="28"/>
                <w:lang w:val="ru-RU"/>
              </w:rPr>
              <w:t>Сыбайлас</w:t>
            </w:r>
            <w:proofErr w:type="spellEnd"/>
            <w:r w:rsidRPr="008A30A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A30A7">
              <w:rPr>
                <w:sz w:val="28"/>
                <w:szCs w:val="28"/>
                <w:lang w:val="ru-RU"/>
              </w:rPr>
              <w:t>жемқорлық</w:t>
            </w:r>
            <w:proofErr w:type="spellEnd"/>
            <w:r w:rsidRPr="008A30A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A30A7">
              <w:rPr>
                <w:sz w:val="28"/>
                <w:szCs w:val="28"/>
                <w:lang w:val="ru-RU"/>
              </w:rPr>
              <w:t>тәуекелдерін</w:t>
            </w:r>
            <w:proofErr w:type="spellEnd"/>
            <w:r w:rsidRPr="008A30A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A30A7">
              <w:rPr>
                <w:sz w:val="28"/>
                <w:szCs w:val="28"/>
                <w:lang w:val="ru-RU"/>
              </w:rPr>
              <w:t>қамтитын</w:t>
            </w:r>
            <w:proofErr w:type="spellEnd"/>
            <w:r w:rsidRPr="008A30A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A30A7">
              <w:rPr>
                <w:sz w:val="28"/>
                <w:szCs w:val="28"/>
                <w:lang w:val="ru-RU"/>
              </w:rPr>
              <w:t>лауазымдық</w:t>
            </w:r>
            <w:proofErr w:type="spellEnd"/>
            <w:r w:rsidRPr="008A30A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A30A7">
              <w:rPr>
                <w:sz w:val="28"/>
                <w:szCs w:val="28"/>
                <w:lang w:val="ru-RU"/>
              </w:rPr>
              <w:t>өкілеттіктер</w:t>
            </w:r>
            <w:proofErr w:type="spellEnd"/>
          </w:p>
        </w:tc>
        <w:tc>
          <w:tcPr>
            <w:tcW w:w="1985" w:type="dxa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proofErr w:type="spellStart"/>
            <w:r w:rsidRPr="008A30A7">
              <w:rPr>
                <w:sz w:val="28"/>
                <w:szCs w:val="28"/>
              </w:rPr>
              <w:t>Сыбайл</w:t>
            </w:r>
            <w:r w:rsidRPr="008A30A7">
              <w:rPr>
                <w:sz w:val="28"/>
                <w:szCs w:val="28"/>
              </w:rPr>
              <w:t>ас</w:t>
            </w:r>
            <w:proofErr w:type="spellEnd"/>
            <w:r w:rsidRPr="008A30A7">
              <w:rPr>
                <w:sz w:val="28"/>
                <w:szCs w:val="28"/>
              </w:rPr>
              <w:t xml:space="preserve"> </w:t>
            </w:r>
            <w:proofErr w:type="spellStart"/>
            <w:r w:rsidRPr="008A30A7">
              <w:rPr>
                <w:sz w:val="28"/>
                <w:szCs w:val="28"/>
              </w:rPr>
              <w:t>жемқорлық</w:t>
            </w:r>
            <w:proofErr w:type="spellEnd"/>
            <w:r w:rsidRPr="008A30A7">
              <w:rPr>
                <w:sz w:val="28"/>
                <w:szCs w:val="28"/>
              </w:rPr>
              <w:t xml:space="preserve"> </w:t>
            </w:r>
            <w:proofErr w:type="spellStart"/>
            <w:r w:rsidRPr="008A30A7">
              <w:rPr>
                <w:sz w:val="28"/>
                <w:szCs w:val="28"/>
              </w:rPr>
              <w:t>тәуекелдері</w:t>
            </w:r>
            <w:proofErr w:type="spellEnd"/>
          </w:p>
        </w:tc>
        <w:tc>
          <w:tcPr>
            <w:tcW w:w="1984" w:type="dxa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Сыбайлас жемқорлық тәуекелдерінің деңгейі</w:t>
            </w:r>
          </w:p>
        </w:tc>
      </w:tr>
      <w:tr w:rsidR="008A30A7" w:rsidRPr="008A30A7" w:rsidTr="00224E2D">
        <w:trPr>
          <w:jc w:val="center"/>
        </w:trPr>
        <w:tc>
          <w:tcPr>
            <w:tcW w:w="3681" w:type="dxa"/>
            <w:vAlign w:val="center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proofErr w:type="spellStart"/>
            <w:r w:rsidRPr="008A30A7">
              <w:rPr>
                <w:sz w:val="28"/>
                <w:szCs w:val="28"/>
              </w:rPr>
              <w:t>Басшы</w:t>
            </w:r>
            <w:proofErr w:type="spellEnd"/>
          </w:p>
        </w:tc>
        <w:tc>
          <w:tcPr>
            <w:tcW w:w="6804" w:type="dxa"/>
            <w:vAlign w:val="center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1. Өз құзыреті шегінде бұйрықтар шығарады, Серіктестіктің барлық бөлімшелері орындауға міндетті тапсырмалар мен нұсқаулар береді.</w:t>
            </w:r>
            <w:r w:rsidRPr="008A30A7">
              <w:rPr>
                <w:sz w:val="28"/>
                <w:szCs w:val="28"/>
              </w:rPr>
              <w:br/>
              <w:t>2. Тиісті кезеңге бекітілген ассигнованиелер шегінде</w:t>
            </w:r>
            <w:r w:rsidRPr="008A30A7">
              <w:rPr>
                <w:sz w:val="28"/>
                <w:szCs w:val="28"/>
              </w:rPr>
              <w:t xml:space="preserve"> Серіктестікті ұстауға арналған шығыстар сметасын әзірлейді және бекітеді.</w:t>
            </w:r>
            <w:r w:rsidRPr="008A30A7">
              <w:rPr>
                <w:sz w:val="28"/>
                <w:szCs w:val="28"/>
              </w:rPr>
              <w:br/>
              <w:t>3. Құжаттардың орындалуын ұйымдастырады және бақылауды жүзеге асырады, олардың сақталуына жауап береді.</w:t>
            </w:r>
            <w:r w:rsidRPr="008A30A7">
              <w:rPr>
                <w:sz w:val="28"/>
                <w:szCs w:val="28"/>
              </w:rPr>
              <w:br/>
              <w:t>4. Банктердің мекемелерінде есеп айырысу және басқа да шоттарды ашады.</w:t>
            </w:r>
            <w:r w:rsidRPr="008A30A7">
              <w:rPr>
                <w:sz w:val="28"/>
                <w:szCs w:val="28"/>
              </w:rPr>
              <w:br/>
              <w:t>5. Стр</w:t>
            </w:r>
            <w:r w:rsidRPr="008A30A7">
              <w:rPr>
                <w:sz w:val="28"/>
                <w:szCs w:val="28"/>
              </w:rPr>
              <w:t>атегиялық және ағымдағы жоспарларды бекітеді.</w:t>
            </w:r>
            <w:r w:rsidRPr="008A30A7">
              <w:rPr>
                <w:sz w:val="28"/>
                <w:szCs w:val="28"/>
              </w:rPr>
              <w:br/>
              <w:t>6. Белгіленген заңнама тәртібімен қызметкерлерді көтермелеуді жүзеге асырады.</w:t>
            </w:r>
            <w:r w:rsidRPr="008A30A7">
              <w:rPr>
                <w:sz w:val="28"/>
                <w:szCs w:val="28"/>
              </w:rPr>
              <w:br/>
              <w:t>7. Белгіленген заңнама тәртібімен негізгі қызметті жүзеге асыруға байланысты құжаттарға қол қою бойынша бірінші қол қою құқығын жете</w:t>
            </w:r>
            <w:r w:rsidRPr="008A30A7">
              <w:rPr>
                <w:sz w:val="28"/>
                <w:szCs w:val="28"/>
              </w:rPr>
              <w:t>кшілік ететін бағыттар бойынша басшының орынбасарларына береді.</w:t>
            </w:r>
            <w:r w:rsidRPr="008A30A7">
              <w:rPr>
                <w:sz w:val="28"/>
                <w:szCs w:val="28"/>
              </w:rPr>
              <w:br/>
              <w:t>8. Өз құзыретіне жатқызылған басқа да мәселелер бойынша шешімдер қабылдайды.</w:t>
            </w:r>
          </w:p>
        </w:tc>
        <w:tc>
          <w:tcPr>
            <w:tcW w:w="1985" w:type="dxa"/>
            <w:vAlign w:val="center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Фактілер жоқ</w:t>
            </w:r>
          </w:p>
        </w:tc>
        <w:tc>
          <w:tcPr>
            <w:tcW w:w="1984" w:type="dxa"/>
            <w:vAlign w:val="center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Жоғары</w:t>
            </w:r>
          </w:p>
        </w:tc>
      </w:tr>
      <w:tr w:rsidR="008A30A7" w:rsidRPr="008A30A7" w:rsidTr="00224E2D">
        <w:trPr>
          <w:jc w:val="center"/>
        </w:trPr>
        <w:tc>
          <w:tcPr>
            <w:tcW w:w="3681" w:type="dxa"/>
            <w:vAlign w:val="center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proofErr w:type="spellStart"/>
            <w:r w:rsidRPr="008A30A7">
              <w:rPr>
                <w:sz w:val="28"/>
                <w:szCs w:val="28"/>
              </w:rPr>
              <w:t>Басшының</w:t>
            </w:r>
            <w:proofErr w:type="spellEnd"/>
            <w:r w:rsidRPr="008A30A7">
              <w:rPr>
                <w:sz w:val="28"/>
                <w:szCs w:val="28"/>
              </w:rPr>
              <w:t xml:space="preserve"> </w:t>
            </w:r>
            <w:proofErr w:type="spellStart"/>
            <w:r w:rsidRPr="008A30A7">
              <w:rPr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6804" w:type="dxa"/>
            <w:vAlign w:val="center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Серіктестік басшысының болмаған кезеңінде оның өкілеттіктерін жүзеге асыру</w:t>
            </w:r>
            <w:r w:rsidRPr="008A30A7">
              <w:rPr>
                <w:sz w:val="28"/>
                <w:szCs w:val="28"/>
              </w:rPr>
              <w:t>.</w:t>
            </w:r>
            <w:r w:rsidRPr="008A30A7">
              <w:rPr>
                <w:sz w:val="28"/>
                <w:szCs w:val="28"/>
              </w:rPr>
              <w:br/>
              <w:t xml:space="preserve">Жабдықтарды сатып алу бойынша мемлекеттік сатып </w:t>
            </w:r>
            <w:r w:rsidRPr="008A30A7">
              <w:rPr>
                <w:sz w:val="28"/>
                <w:szCs w:val="28"/>
              </w:rPr>
              <w:lastRenderedPageBreak/>
              <w:t>алу порталындағы өтінімдерді қалыптастыруға қатысады.</w:t>
            </w:r>
            <w:r w:rsidRPr="008A30A7">
              <w:rPr>
                <w:sz w:val="28"/>
                <w:szCs w:val="28"/>
              </w:rPr>
              <w:br/>
              <w:t>Қызметтерге арналған арнайы киімді сатып алу бойынша мемлекеттік сатып алу порталындағы өтінімдерді қалыптастыруға қатысады.</w:t>
            </w:r>
          </w:p>
        </w:tc>
        <w:tc>
          <w:tcPr>
            <w:tcW w:w="1985" w:type="dxa"/>
            <w:vAlign w:val="center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lastRenderedPageBreak/>
              <w:t>Фактілер жоқ</w:t>
            </w:r>
          </w:p>
        </w:tc>
        <w:tc>
          <w:tcPr>
            <w:tcW w:w="1984" w:type="dxa"/>
            <w:vAlign w:val="center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Жоғары</w:t>
            </w:r>
          </w:p>
        </w:tc>
      </w:tr>
      <w:tr w:rsidR="008A30A7" w:rsidRPr="008A30A7" w:rsidTr="00224E2D">
        <w:trPr>
          <w:jc w:val="center"/>
        </w:trPr>
        <w:tc>
          <w:tcPr>
            <w:tcW w:w="3681" w:type="dxa"/>
            <w:vAlign w:val="center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proofErr w:type="spellStart"/>
            <w:r w:rsidRPr="008A30A7">
              <w:rPr>
                <w:sz w:val="28"/>
                <w:szCs w:val="28"/>
              </w:rPr>
              <w:lastRenderedPageBreak/>
              <w:t>Қаржы</w:t>
            </w:r>
            <w:proofErr w:type="spellEnd"/>
            <w:r w:rsidRPr="008A30A7">
              <w:rPr>
                <w:sz w:val="28"/>
                <w:szCs w:val="28"/>
              </w:rPr>
              <w:t xml:space="preserve"> </w:t>
            </w:r>
            <w:proofErr w:type="spellStart"/>
            <w:r w:rsidRPr="008A30A7">
              <w:rPr>
                <w:sz w:val="28"/>
                <w:szCs w:val="28"/>
              </w:rPr>
              <w:t>жөніндегі</w:t>
            </w:r>
            <w:proofErr w:type="spellEnd"/>
            <w:r w:rsidRPr="008A30A7">
              <w:rPr>
                <w:sz w:val="28"/>
                <w:szCs w:val="28"/>
              </w:rPr>
              <w:t xml:space="preserve"> </w:t>
            </w:r>
            <w:proofErr w:type="spellStart"/>
            <w:r w:rsidRPr="008A30A7">
              <w:rPr>
                <w:sz w:val="28"/>
                <w:szCs w:val="28"/>
              </w:rPr>
              <w:t>басшының</w:t>
            </w:r>
            <w:proofErr w:type="spellEnd"/>
            <w:r w:rsidRPr="008A30A7">
              <w:rPr>
                <w:sz w:val="28"/>
                <w:szCs w:val="28"/>
              </w:rPr>
              <w:t xml:space="preserve"> </w:t>
            </w:r>
            <w:proofErr w:type="spellStart"/>
            <w:r w:rsidRPr="008A30A7">
              <w:rPr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6804" w:type="dxa"/>
            <w:vAlign w:val="center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Серіктестік басшысының болмаған кезеңінде оның өкілеттіктерін жүзеге асыру.</w:t>
            </w:r>
            <w:r w:rsidRPr="008A30A7">
              <w:rPr>
                <w:sz w:val="28"/>
                <w:szCs w:val="28"/>
              </w:rPr>
              <w:br/>
              <w:t>Серіктестіктің қаржылық қызметін бақылайды.</w:t>
            </w:r>
            <w:r w:rsidRPr="008A30A7">
              <w:rPr>
                <w:sz w:val="28"/>
                <w:szCs w:val="28"/>
              </w:rPr>
              <w:br/>
              <w:t>Техникалық қызметтерді көрсету бойынша мемлекеттік сатып алу порталындағы өтінімдерді қалыптастыруға қатыс</w:t>
            </w:r>
            <w:r w:rsidRPr="008A30A7">
              <w:rPr>
                <w:sz w:val="28"/>
                <w:szCs w:val="28"/>
              </w:rPr>
              <w:t>ады.</w:t>
            </w:r>
            <w:r w:rsidRPr="008A30A7">
              <w:rPr>
                <w:sz w:val="28"/>
                <w:szCs w:val="28"/>
              </w:rPr>
              <w:br/>
              <w:t>Серіктестік қызметкерлеріне арналған арнайы киімді сатып алу бойынша мемлекеттік сатып алу порталындағы өтінімдерді қалыптастыруға қатысады.</w:t>
            </w:r>
          </w:p>
        </w:tc>
        <w:tc>
          <w:tcPr>
            <w:tcW w:w="1985" w:type="dxa"/>
            <w:vAlign w:val="center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Фактілер жоқ</w:t>
            </w:r>
          </w:p>
        </w:tc>
        <w:tc>
          <w:tcPr>
            <w:tcW w:w="1984" w:type="dxa"/>
            <w:vAlign w:val="center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Жоғары</w:t>
            </w:r>
          </w:p>
        </w:tc>
      </w:tr>
      <w:tr w:rsidR="008A30A7" w:rsidRPr="008A30A7" w:rsidTr="00224E2D">
        <w:trPr>
          <w:jc w:val="center"/>
        </w:trPr>
        <w:tc>
          <w:tcPr>
            <w:tcW w:w="3681" w:type="dxa"/>
            <w:vAlign w:val="center"/>
          </w:tcPr>
          <w:p w:rsidR="00D24F21" w:rsidRPr="008A30A7" w:rsidRDefault="001653C9" w:rsidP="00224E2D">
            <w:pPr>
              <w:jc w:val="both"/>
              <w:rPr>
                <w:sz w:val="28"/>
                <w:szCs w:val="28"/>
              </w:rPr>
            </w:pPr>
            <w:proofErr w:type="spellStart"/>
            <w:r w:rsidRPr="008A30A7">
              <w:rPr>
                <w:sz w:val="28"/>
                <w:szCs w:val="28"/>
              </w:rPr>
              <w:t>Бас</w:t>
            </w:r>
            <w:proofErr w:type="spellEnd"/>
            <w:r w:rsidRPr="008A30A7">
              <w:rPr>
                <w:sz w:val="28"/>
                <w:szCs w:val="28"/>
              </w:rPr>
              <w:t xml:space="preserve"> </w:t>
            </w:r>
            <w:r w:rsidR="00224E2D" w:rsidRPr="008A30A7">
              <w:rPr>
                <w:sz w:val="28"/>
                <w:szCs w:val="28"/>
                <w:lang w:val="kk-KZ"/>
              </w:rPr>
              <w:t>есепші</w:t>
            </w:r>
          </w:p>
        </w:tc>
        <w:tc>
          <w:tcPr>
            <w:tcW w:w="6804" w:type="dxa"/>
            <w:vAlign w:val="center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«</w:t>
            </w:r>
            <w:r w:rsidRPr="008A30A7">
              <w:rPr>
                <w:sz w:val="28"/>
                <w:szCs w:val="28"/>
              </w:rPr>
              <w:t>1С:Бухгалтерия» және «Қазынашылық-Клиент» бағдарламаларында шарттарды, өті</w:t>
            </w:r>
            <w:r w:rsidRPr="008A30A7">
              <w:rPr>
                <w:sz w:val="28"/>
                <w:szCs w:val="28"/>
              </w:rPr>
              <w:t>німдерді енгізу және банк бойынша шоттарды жүргізу.</w:t>
            </w:r>
          </w:p>
        </w:tc>
        <w:tc>
          <w:tcPr>
            <w:tcW w:w="1985" w:type="dxa"/>
            <w:vAlign w:val="center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Фактілер жоқ</w:t>
            </w:r>
          </w:p>
        </w:tc>
        <w:tc>
          <w:tcPr>
            <w:tcW w:w="1984" w:type="dxa"/>
            <w:vAlign w:val="center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Жоғары</w:t>
            </w:r>
          </w:p>
        </w:tc>
      </w:tr>
    </w:tbl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224E2D" w:rsidRPr="008A30A7" w:rsidRDefault="00224E2D" w:rsidP="00CD4962">
      <w:pPr>
        <w:spacing w:after="0" w:line="240" w:lineRule="auto"/>
        <w:jc w:val="both"/>
        <w:rPr>
          <w:b/>
          <w:sz w:val="28"/>
          <w:szCs w:val="28"/>
        </w:rPr>
      </w:pPr>
    </w:p>
    <w:p w:rsidR="00224E2D" w:rsidRPr="008A30A7" w:rsidRDefault="00224E2D" w:rsidP="00224E2D">
      <w:pPr>
        <w:spacing w:after="0" w:line="240" w:lineRule="auto"/>
        <w:ind w:left="12240"/>
        <w:jc w:val="both"/>
        <w:rPr>
          <w:b/>
          <w:sz w:val="28"/>
          <w:szCs w:val="28"/>
        </w:rPr>
      </w:pPr>
    </w:p>
    <w:p w:rsidR="00D24F21" w:rsidRPr="008A30A7" w:rsidRDefault="001653C9" w:rsidP="00224E2D">
      <w:pPr>
        <w:spacing w:after="0" w:line="240" w:lineRule="auto"/>
        <w:ind w:left="12240"/>
        <w:jc w:val="both"/>
        <w:rPr>
          <w:sz w:val="28"/>
          <w:szCs w:val="28"/>
        </w:rPr>
      </w:pPr>
      <w:r w:rsidRPr="008A30A7">
        <w:rPr>
          <w:b/>
          <w:sz w:val="28"/>
          <w:szCs w:val="28"/>
        </w:rPr>
        <w:t>3-қосымша</w:t>
      </w:r>
    </w:p>
    <w:p w:rsidR="00D24F21" w:rsidRPr="008A30A7" w:rsidRDefault="001653C9" w:rsidP="00224E2D">
      <w:pPr>
        <w:spacing w:after="0" w:line="240" w:lineRule="auto"/>
        <w:ind w:left="12240"/>
        <w:jc w:val="both"/>
        <w:rPr>
          <w:sz w:val="28"/>
          <w:szCs w:val="28"/>
        </w:rPr>
      </w:pPr>
      <w:r w:rsidRPr="008A30A7">
        <w:rPr>
          <w:b/>
          <w:sz w:val="28"/>
          <w:szCs w:val="28"/>
        </w:rPr>
        <w:t>ЖОБА</w:t>
      </w:r>
    </w:p>
    <w:p w:rsidR="00D24F21" w:rsidRPr="008A30A7" w:rsidRDefault="001653C9" w:rsidP="008A30A7">
      <w:pPr>
        <w:spacing w:after="0" w:line="240" w:lineRule="auto"/>
        <w:jc w:val="center"/>
        <w:rPr>
          <w:sz w:val="28"/>
          <w:szCs w:val="28"/>
        </w:rPr>
      </w:pPr>
      <w:r w:rsidRPr="008A30A7">
        <w:rPr>
          <w:b/>
          <w:sz w:val="28"/>
          <w:szCs w:val="28"/>
        </w:rPr>
        <w:t>Сыбайлас жемқорлық тәуекелдеріне ішкі талдау қорытындысы бойынша анықталған сыбайлас жемқорлық тәуекелдерін жою жөніндегі іс-шаралар жоспары</w:t>
      </w:r>
    </w:p>
    <w:tbl>
      <w:tblPr>
        <w:tblStyle w:val="aff0"/>
        <w:tblW w:w="13994" w:type="dxa"/>
        <w:jc w:val="center"/>
        <w:tblLook w:val="04A0" w:firstRow="1" w:lastRow="0" w:firstColumn="1" w:lastColumn="0" w:noHBand="0" w:noVBand="1"/>
      </w:tblPr>
      <w:tblGrid>
        <w:gridCol w:w="2122"/>
        <w:gridCol w:w="5953"/>
        <w:gridCol w:w="1958"/>
        <w:gridCol w:w="1912"/>
        <w:gridCol w:w="2049"/>
      </w:tblGrid>
      <w:tr w:rsidR="008A30A7" w:rsidRPr="008A30A7" w:rsidTr="00224E2D">
        <w:trPr>
          <w:jc w:val="center"/>
        </w:trPr>
        <w:tc>
          <w:tcPr>
            <w:tcW w:w="2122" w:type="dxa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№</w:t>
            </w:r>
          </w:p>
        </w:tc>
        <w:tc>
          <w:tcPr>
            <w:tcW w:w="5953" w:type="dxa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Ұсыным</w:t>
            </w:r>
          </w:p>
        </w:tc>
        <w:tc>
          <w:tcPr>
            <w:tcW w:w="1958" w:type="dxa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Іс-шараның атауы</w:t>
            </w:r>
          </w:p>
        </w:tc>
        <w:tc>
          <w:tcPr>
            <w:tcW w:w="1912" w:type="dxa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Аяқталу нысаны</w:t>
            </w:r>
          </w:p>
        </w:tc>
        <w:tc>
          <w:tcPr>
            <w:tcW w:w="2049" w:type="dxa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Жауапты орындаушылар / орындау мерзімі</w:t>
            </w:r>
          </w:p>
        </w:tc>
      </w:tr>
      <w:tr w:rsidR="008A30A7" w:rsidRPr="008A30A7" w:rsidTr="00224E2D">
        <w:trPr>
          <w:jc w:val="center"/>
        </w:trPr>
        <w:tc>
          <w:tcPr>
            <w:tcW w:w="2122" w:type="dxa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1</w:t>
            </w:r>
          </w:p>
        </w:tc>
        <w:tc>
          <w:tcPr>
            <w:tcW w:w="5953" w:type="dxa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Бос лауазымдарды тізімге сәйкес тұрақты негізде толықтыру бойынша жұмыс жүргізу.</w:t>
            </w:r>
          </w:p>
        </w:tc>
        <w:tc>
          <w:tcPr>
            <w:tcW w:w="1958" w:type="dxa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>«Еңбек KZ»-ге бос лауазымдарды толықтыруға арналған тізімді уақтылы енгізу және әлеуметтік желілерде орналастыру.</w:t>
            </w:r>
          </w:p>
        </w:tc>
        <w:tc>
          <w:tcPr>
            <w:tcW w:w="1912" w:type="dxa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</w:rPr>
            </w:pPr>
            <w:r w:rsidRPr="008A30A7">
              <w:rPr>
                <w:sz w:val="28"/>
                <w:szCs w:val="28"/>
              </w:rPr>
              <w:t xml:space="preserve">Бос </w:t>
            </w:r>
            <w:r w:rsidRPr="008A30A7">
              <w:rPr>
                <w:sz w:val="28"/>
                <w:szCs w:val="28"/>
              </w:rPr>
              <w:t>жұмыс орындарына орналасуға арналған хабарландыру</w:t>
            </w:r>
          </w:p>
        </w:tc>
        <w:tc>
          <w:tcPr>
            <w:tcW w:w="2049" w:type="dxa"/>
          </w:tcPr>
          <w:p w:rsidR="00D24F21" w:rsidRPr="008A30A7" w:rsidRDefault="001653C9" w:rsidP="00CD4962">
            <w:pPr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8A30A7">
              <w:rPr>
                <w:sz w:val="28"/>
                <w:szCs w:val="28"/>
                <w:lang w:val="ru-RU"/>
              </w:rPr>
              <w:t>Ахметжанов</w:t>
            </w:r>
            <w:proofErr w:type="spellEnd"/>
            <w:r w:rsidRPr="008A30A7">
              <w:rPr>
                <w:sz w:val="28"/>
                <w:szCs w:val="28"/>
                <w:lang w:val="ru-RU"/>
              </w:rPr>
              <w:t xml:space="preserve"> С.С.</w:t>
            </w:r>
            <w:r w:rsidRPr="008A30A7">
              <w:rPr>
                <w:sz w:val="28"/>
                <w:szCs w:val="28"/>
                <w:lang w:val="ru-RU"/>
              </w:rPr>
              <w:br/>
              <w:t xml:space="preserve">31.12.2026 ж. </w:t>
            </w:r>
            <w:proofErr w:type="spellStart"/>
            <w:r w:rsidRPr="008A30A7">
              <w:rPr>
                <w:sz w:val="28"/>
                <w:szCs w:val="28"/>
                <w:lang w:val="ru-RU"/>
              </w:rPr>
              <w:t>дейін</w:t>
            </w:r>
            <w:proofErr w:type="spellEnd"/>
          </w:p>
        </w:tc>
      </w:tr>
    </w:tbl>
    <w:p w:rsidR="001653C9" w:rsidRPr="008A30A7" w:rsidRDefault="001653C9" w:rsidP="00CD4962">
      <w:pPr>
        <w:spacing w:after="0" w:line="240" w:lineRule="auto"/>
        <w:jc w:val="both"/>
        <w:rPr>
          <w:sz w:val="28"/>
          <w:szCs w:val="28"/>
          <w:lang w:val="ru-RU"/>
        </w:rPr>
      </w:pPr>
    </w:p>
    <w:sectPr w:rsidR="001653C9" w:rsidRPr="008A30A7" w:rsidSect="00224E2D">
      <w:pgSz w:w="15840" w:h="12240" w:orient="landscape"/>
      <w:pgMar w:top="709" w:right="709" w:bottom="61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653C9"/>
    <w:rsid w:val="00224E2D"/>
    <w:rsid w:val="0029639D"/>
    <w:rsid w:val="00326F90"/>
    <w:rsid w:val="008A30A7"/>
    <w:rsid w:val="008A3410"/>
    <w:rsid w:val="00AA1D8D"/>
    <w:rsid w:val="00B47730"/>
    <w:rsid w:val="00CB0664"/>
    <w:rsid w:val="00CD4962"/>
    <w:rsid w:val="00D24F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B7DF1"/>
  <w14:defaultImageDpi w14:val="300"/>
  <w15:docId w15:val="{79EE3056-D166-40E0-B9ED-0E6168928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8FE4CA-410E-4C16-BE79-1976FC5A1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1788</Words>
  <Characters>10196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Нурик</cp:lastModifiedBy>
  <cp:revision>4</cp:revision>
  <dcterms:created xsi:type="dcterms:W3CDTF">2026-09-10T12:47:00Z</dcterms:created>
  <dcterms:modified xsi:type="dcterms:W3CDTF">2026-09-10T13:09:00Z</dcterms:modified>
  <cp:category/>
</cp:coreProperties>
</file>