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4ED" w:rsidRDefault="00B604ED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«</w:t>
      </w:r>
      <w:r w:rsidRPr="00B604ED">
        <w:rPr>
          <w:b/>
          <w:sz w:val="28"/>
          <w:lang w:val="ru-RU"/>
        </w:rPr>
        <w:t>Федоров ауданы әкімдігінің кәсіпкерл</w:t>
      </w:r>
      <w:r>
        <w:rPr>
          <w:b/>
          <w:sz w:val="28"/>
          <w:lang w:val="ru-RU"/>
        </w:rPr>
        <w:t>ік және ауыл шаруашылығы бөлімі»</w:t>
      </w:r>
      <w:r w:rsidRPr="00B604ED">
        <w:rPr>
          <w:b/>
          <w:sz w:val="28"/>
          <w:lang w:val="ru-RU"/>
        </w:rPr>
        <w:t xml:space="preserve"> мемлекеттік </w:t>
      </w:r>
      <w:proofErr w:type="spellStart"/>
      <w:r w:rsidRPr="00B604ED">
        <w:rPr>
          <w:b/>
          <w:sz w:val="28"/>
          <w:lang w:val="ru-RU"/>
        </w:rPr>
        <w:t>мекемесінің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қызметіндегі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сыбайлас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жемқорлық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тәуекелдерін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сыртқы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талдау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нәтижелері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бойынша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талдамалық</w:t>
      </w:r>
      <w:proofErr w:type="spellEnd"/>
      <w:r w:rsidRPr="00B604ED">
        <w:rPr>
          <w:b/>
          <w:sz w:val="28"/>
          <w:lang w:val="ru-RU"/>
        </w:rPr>
        <w:t xml:space="preserve"> </w:t>
      </w:r>
      <w:proofErr w:type="spellStart"/>
      <w:r w:rsidRPr="00B604ED">
        <w:rPr>
          <w:b/>
          <w:sz w:val="28"/>
          <w:lang w:val="ru-RU"/>
        </w:rPr>
        <w:t>анықтама</w:t>
      </w:r>
      <w:proofErr w:type="spellEnd"/>
    </w:p>
    <w:p w:rsidR="009A6213" w:rsidRPr="00135229" w:rsidRDefault="00501930">
      <w:pPr>
        <w:jc w:val="center"/>
        <w:rPr>
          <w:lang w:val="ru-RU"/>
        </w:rPr>
      </w:pPr>
      <w:r w:rsidRPr="00135229">
        <w:rPr>
          <w:lang w:val="ru-RU"/>
        </w:rPr>
        <w:t xml:space="preserve">2026 </w:t>
      </w:r>
      <w:r w:rsidR="00B604ED">
        <w:rPr>
          <w:lang w:val="ru-RU"/>
        </w:rPr>
        <w:t>жыл</w:t>
      </w:r>
    </w:p>
    <w:p w:rsidR="009A6213" w:rsidRPr="00135229" w:rsidRDefault="00501930" w:rsidP="00C96360">
      <w:pPr>
        <w:jc w:val="center"/>
        <w:rPr>
          <w:lang w:val="ru-RU"/>
        </w:rPr>
      </w:pPr>
      <w:r>
        <w:rPr>
          <w:b/>
        </w:rPr>
        <w:t>I</w:t>
      </w:r>
      <w:r w:rsidRPr="00135229">
        <w:rPr>
          <w:b/>
          <w:lang w:val="ru-RU"/>
        </w:rPr>
        <w:t xml:space="preserve">. </w:t>
      </w:r>
      <w:r w:rsidR="00B604ED" w:rsidRPr="00B604ED">
        <w:rPr>
          <w:b/>
          <w:lang w:val="ru-RU"/>
        </w:rPr>
        <w:t>ЖАЛПЫ ЕРЕЖЕЛЕР</w:t>
      </w:r>
    </w:p>
    <w:p w:rsidR="009A6213" w:rsidRPr="00135229" w:rsidRDefault="00501930" w:rsidP="00C96360">
      <w:pPr>
        <w:jc w:val="center"/>
        <w:rPr>
          <w:lang w:val="ru-RU"/>
        </w:rPr>
      </w:pPr>
      <w:r w:rsidRPr="00135229">
        <w:rPr>
          <w:b/>
          <w:lang w:val="ru-RU"/>
        </w:rPr>
        <w:t xml:space="preserve">1.1. </w:t>
      </w:r>
      <w:proofErr w:type="spellStart"/>
      <w:r w:rsidR="00B604ED" w:rsidRPr="00B604ED">
        <w:rPr>
          <w:b/>
          <w:lang w:val="ru-RU"/>
        </w:rPr>
        <w:t>Сыбайлас</w:t>
      </w:r>
      <w:proofErr w:type="spellEnd"/>
      <w:r w:rsidR="00B604ED" w:rsidRPr="00B604ED">
        <w:rPr>
          <w:b/>
          <w:lang w:val="ru-RU"/>
        </w:rPr>
        <w:t xml:space="preserve"> </w:t>
      </w:r>
      <w:proofErr w:type="spellStart"/>
      <w:r w:rsidR="00B604ED" w:rsidRPr="00B604ED">
        <w:rPr>
          <w:b/>
          <w:lang w:val="ru-RU"/>
        </w:rPr>
        <w:t>жемқорлық</w:t>
      </w:r>
      <w:proofErr w:type="spellEnd"/>
      <w:r w:rsidR="00B604ED" w:rsidRPr="00B604ED">
        <w:rPr>
          <w:b/>
          <w:lang w:val="ru-RU"/>
        </w:rPr>
        <w:t xml:space="preserve"> </w:t>
      </w:r>
      <w:proofErr w:type="spellStart"/>
      <w:r w:rsidR="00B604ED" w:rsidRPr="00B604ED">
        <w:rPr>
          <w:b/>
          <w:lang w:val="ru-RU"/>
        </w:rPr>
        <w:t>тәуекелдеріне</w:t>
      </w:r>
      <w:proofErr w:type="spellEnd"/>
      <w:r w:rsidR="00B604ED" w:rsidRPr="00B604ED">
        <w:rPr>
          <w:b/>
          <w:lang w:val="ru-RU"/>
        </w:rPr>
        <w:t xml:space="preserve"> </w:t>
      </w:r>
      <w:proofErr w:type="spellStart"/>
      <w:r w:rsidR="00B604ED" w:rsidRPr="00B604ED">
        <w:rPr>
          <w:b/>
          <w:lang w:val="ru-RU"/>
        </w:rPr>
        <w:t>сыртқы</w:t>
      </w:r>
      <w:proofErr w:type="spellEnd"/>
      <w:r w:rsidR="00B604ED" w:rsidRPr="00B604ED">
        <w:rPr>
          <w:b/>
          <w:lang w:val="ru-RU"/>
        </w:rPr>
        <w:t xml:space="preserve"> </w:t>
      </w:r>
      <w:proofErr w:type="spellStart"/>
      <w:r w:rsidR="00B604ED" w:rsidRPr="00B604ED">
        <w:rPr>
          <w:b/>
          <w:lang w:val="ru-RU"/>
        </w:rPr>
        <w:t>талдау</w:t>
      </w:r>
      <w:proofErr w:type="spellEnd"/>
      <w:r w:rsidR="00B604ED" w:rsidRPr="00B604ED">
        <w:rPr>
          <w:b/>
          <w:lang w:val="ru-RU"/>
        </w:rPr>
        <w:t xml:space="preserve"> </w:t>
      </w:r>
      <w:proofErr w:type="spellStart"/>
      <w:r w:rsidR="00B604ED" w:rsidRPr="00B604ED">
        <w:rPr>
          <w:b/>
          <w:lang w:val="ru-RU"/>
        </w:rPr>
        <w:t>жүргізу</w:t>
      </w:r>
      <w:proofErr w:type="spellEnd"/>
      <w:r w:rsidR="00B604ED" w:rsidRPr="00B604ED">
        <w:rPr>
          <w:b/>
          <w:lang w:val="ru-RU"/>
        </w:rPr>
        <w:t xml:space="preserve"> </w:t>
      </w:r>
      <w:proofErr w:type="spellStart"/>
      <w:r w:rsidR="00B604ED" w:rsidRPr="00B604ED">
        <w:rPr>
          <w:b/>
          <w:lang w:val="ru-RU"/>
        </w:rPr>
        <w:t>негіздері</w:t>
      </w:r>
      <w:proofErr w:type="spellEnd"/>
    </w:p>
    <w:p w:rsidR="00B604ED" w:rsidRDefault="00B604ED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B604ED">
        <w:rPr>
          <w:lang w:val="ru-RU"/>
        </w:rPr>
        <w:t>Сыбайлас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жемқорлық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тәуекелдеріне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сыртқы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талдау</w:t>
      </w:r>
      <w:proofErr w:type="spellEnd"/>
      <w:r w:rsidRPr="00B604ED">
        <w:rPr>
          <w:lang w:val="ru-RU"/>
        </w:rPr>
        <w:t xml:space="preserve"> Қазақстан Республикасы Мемлекеттік </w:t>
      </w:r>
      <w:proofErr w:type="spellStart"/>
      <w:r w:rsidRPr="00B604ED">
        <w:rPr>
          <w:lang w:val="ru-RU"/>
        </w:rPr>
        <w:t>қызмет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істері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агенттігі</w:t>
      </w:r>
      <w:proofErr w:type="spellEnd"/>
      <w:r w:rsidRPr="00B604ED">
        <w:rPr>
          <w:lang w:val="ru-RU"/>
        </w:rPr>
        <w:t xml:space="preserve"> Қостанай облысы </w:t>
      </w:r>
      <w:proofErr w:type="spellStart"/>
      <w:r w:rsidRPr="00B604ED">
        <w:rPr>
          <w:lang w:val="ru-RU"/>
        </w:rPr>
        <w:t>бойынша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департаментінің</w:t>
      </w:r>
      <w:proofErr w:type="spellEnd"/>
      <w:r w:rsidRPr="00B604ED">
        <w:rPr>
          <w:lang w:val="ru-RU"/>
        </w:rPr>
        <w:t xml:space="preserve"> және </w:t>
      </w:r>
      <w:r>
        <w:rPr>
          <w:lang w:val="ru-RU"/>
        </w:rPr>
        <w:t>«</w:t>
      </w:r>
      <w:r w:rsidRPr="00B604ED">
        <w:rPr>
          <w:lang w:val="ru-RU"/>
        </w:rPr>
        <w:t>Федоров ауданы әкімдігінің кәсіпкерлік және ауыл шаруашылығы бөлімі</w:t>
      </w:r>
      <w:r>
        <w:rPr>
          <w:lang w:val="ru-RU"/>
        </w:rPr>
        <w:t>»</w:t>
      </w:r>
      <w:r w:rsidRPr="00B604ED">
        <w:rPr>
          <w:lang w:val="ru-RU"/>
        </w:rPr>
        <w:t xml:space="preserve"> мемлекеттік </w:t>
      </w:r>
      <w:proofErr w:type="spellStart"/>
      <w:r w:rsidRPr="00B604ED">
        <w:rPr>
          <w:lang w:val="ru-RU"/>
        </w:rPr>
        <w:t>мекемесінің</w:t>
      </w:r>
      <w:proofErr w:type="spellEnd"/>
      <w:r w:rsidRPr="00B604ED">
        <w:rPr>
          <w:lang w:val="ru-RU"/>
        </w:rPr>
        <w:t xml:space="preserve"> 2026 жылғы 19 </w:t>
      </w:r>
      <w:proofErr w:type="spellStart"/>
      <w:r w:rsidRPr="00B604ED">
        <w:rPr>
          <w:lang w:val="ru-RU"/>
        </w:rPr>
        <w:t>ақпандағы</w:t>
      </w:r>
      <w:proofErr w:type="spellEnd"/>
      <w:r w:rsidRPr="00B604ED">
        <w:rPr>
          <w:lang w:val="ru-RU"/>
        </w:rPr>
        <w:t xml:space="preserve"> № 11 </w:t>
      </w:r>
      <w:proofErr w:type="spellStart"/>
      <w:r w:rsidRPr="00B604ED">
        <w:rPr>
          <w:lang w:val="ru-RU"/>
        </w:rPr>
        <w:t>бірлескен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бұйрығы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негізінде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жүргізілді</w:t>
      </w:r>
      <w:proofErr w:type="spellEnd"/>
      <w:r w:rsidRPr="00B604ED">
        <w:rPr>
          <w:lang w:val="ru-RU"/>
        </w:rPr>
        <w:t>.</w:t>
      </w:r>
    </w:p>
    <w:p w:rsidR="00B604ED" w:rsidRDefault="00B604ED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B604ED">
        <w:rPr>
          <w:lang w:val="ru-RU"/>
        </w:rPr>
        <w:t>Талдау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өз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қызметі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шеңберінде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тиісті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өкілеттіктерді</w:t>
      </w:r>
      <w:proofErr w:type="spellEnd"/>
      <w:r w:rsidRPr="00B604ED">
        <w:rPr>
          <w:lang w:val="ru-RU"/>
        </w:rPr>
        <w:t xml:space="preserve"> жүзеге </w:t>
      </w:r>
      <w:proofErr w:type="spellStart"/>
      <w:r w:rsidRPr="00B604ED">
        <w:rPr>
          <w:lang w:val="ru-RU"/>
        </w:rPr>
        <w:t>асыратын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талдау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объектісінің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ұйымдық</w:t>
      </w:r>
      <w:proofErr w:type="spellEnd"/>
      <w:r w:rsidRPr="00B604ED">
        <w:rPr>
          <w:lang w:val="ru-RU"/>
        </w:rPr>
        <w:t xml:space="preserve">-басқару </w:t>
      </w:r>
      <w:proofErr w:type="spellStart"/>
      <w:r w:rsidRPr="00B604ED">
        <w:rPr>
          <w:lang w:val="ru-RU"/>
        </w:rPr>
        <w:t>қызметіндегі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сыбайлас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жемқорлық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тәуекелдеріне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сыртқы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талдау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шеңберінде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жүргізілді</w:t>
      </w:r>
      <w:proofErr w:type="spellEnd"/>
      <w:r w:rsidRPr="00B604ED">
        <w:rPr>
          <w:lang w:val="ru-RU"/>
        </w:rPr>
        <w:t>.</w:t>
      </w:r>
    </w:p>
    <w:p w:rsidR="00B604ED" w:rsidRPr="00B604ED" w:rsidRDefault="00B604ED" w:rsidP="00B604ED">
      <w:pPr>
        <w:rPr>
          <w:lang w:val="ru-RU"/>
        </w:rPr>
      </w:pPr>
      <w:r>
        <w:rPr>
          <w:lang w:val="ru-RU"/>
        </w:rPr>
        <w:t xml:space="preserve"> </w:t>
      </w:r>
      <w:proofErr w:type="spellStart"/>
      <w:r w:rsidRPr="00B604ED">
        <w:rPr>
          <w:lang w:val="ru-RU"/>
        </w:rPr>
        <w:t>Талдау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жүргізу</w:t>
      </w:r>
      <w:proofErr w:type="spellEnd"/>
      <w:r w:rsidRPr="00B604ED">
        <w:rPr>
          <w:lang w:val="ru-RU"/>
        </w:rPr>
        <w:t xml:space="preserve"> кезеңі: 2026 жылғы 19 </w:t>
      </w:r>
      <w:proofErr w:type="spellStart"/>
      <w:r w:rsidRPr="00B604ED">
        <w:rPr>
          <w:lang w:val="ru-RU"/>
        </w:rPr>
        <w:t>ақпаннан</w:t>
      </w:r>
      <w:proofErr w:type="spellEnd"/>
      <w:r w:rsidRPr="00B604ED">
        <w:rPr>
          <w:lang w:val="ru-RU"/>
        </w:rPr>
        <w:t xml:space="preserve"> 2026 жылғы 22 </w:t>
      </w:r>
      <w:proofErr w:type="spellStart"/>
      <w:r w:rsidRPr="00B604ED">
        <w:rPr>
          <w:lang w:val="ru-RU"/>
        </w:rPr>
        <w:t>мамырға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дейін</w:t>
      </w:r>
      <w:proofErr w:type="spellEnd"/>
      <w:r w:rsidRPr="00B604ED">
        <w:rPr>
          <w:lang w:val="ru-RU"/>
        </w:rPr>
        <w:t>.</w:t>
      </w:r>
    </w:p>
    <w:p w:rsidR="00B604ED" w:rsidRDefault="00B604ED" w:rsidP="00B604ED">
      <w:pPr>
        <w:jc w:val="center"/>
        <w:rPr>
          <w:lang w:val="ru-RU"/>
        </w:rPr>
      </w:pPr>
      <w:proofErr w:type="spellStart"/>
      <w:r w:rsidRPr="00B604ED">
        <w:rPr>
          <w:lang w:val="ru-RU"/>
        </w:rPr>
        <w:t>Қамтылған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талдау</w:t>
      </w:r>
      <w:proofErr w:type="spellEnd"/>
      <w:r w:rsidRPr="00B604ED">
        <w:rPr>
          <w:lang w:val="ru-RU"/>
        </w:rPr>
        <w:t xml:space="preserve"> кезеңі: 2023 жылғы 1 </w:t>
      </w:r>
      <w:proofErr w:type="spellStart"/>
      <w:r w:rsidRPr="00B604ED">
        <w:rPr>
          <w:lang w:val="ru-RU"/>
        </w:rPr>
        <w:t>қаңтардан</w:t>
      </w:r>
      <w:proofErr w:type="spellEnd"/>
      <w:r w:rsidRPr="00B604ED">
        <w:rPr>
          <w:lang w:val="ru-RU"/>
        </w:rPr>
        <w:t xml:space="preserve"> 2026 жылғы 21 </w:t>
      </w:r>
      <w:proofErr w:type="spellStart"/>
      <w:r w:rsidRPr="00B604ED">
        <w:rPr>
          <w:lang w:val="ru-RU"/>
        </w:rPr>
        <w:t>мамырға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дейін</w:t>
      </w:r>
      <w:proofErr w:type="spellEnd"/>
      <w:r w:rsidRPr="00B604ED">
        <w:rPr>
          <w:lang w:val="ru-RU"/>
        </w:rPr>
        <w:t>.</w:t>
      </w:r>
    </w:p>
    <w:p w:rsidR="009A6213" w:rsidRPr="00135229" w:rsidRDefault="00501930" w:rsidP="00B604ED">
      <w:pPr>
        <w:jc w:val="center"/>
        <w:rPr>
          <w:lang w:val="ru-RU"/>
        </w:rPr>
      </w:pPr>
      <w:r w:rsidRPr="00135229">
        <w:rPr>
          <w:b/>
          <w:lang w:val="ru-RU"/>
        </w:rPr>
        <w:t xml:space="preserve">1.2. </w:t>
      </w:r>
      <w:proofErr w:type="spellStart"/>
      <w:r w:rsidR="00B604ED" w:rsidRPr="00B604ED">
        <w:rPr>
          <w:b/>
          <w:lang w:val="ru-RU"/>
        </w:rPr>
        <w:t>Міндеттер</w:t>
      </w:r>
      <w:proofErr w:type="spellEnd"/>
      <w:r w:rsidR="00B604ED" w:rsidRPr="00B604ED">
        <w:rPr>
          <w:b/>
          <w:lang w:val="ru-RU"/>
        </w:rPr>
        <w:t xml:space="preserve"> мен </w:t>
      </w:r>
      <w:proofErr w:type="spellStart"/>
      <w:r w:rsidR="00B604ED" w:rsidRPr="00B604ED">
        <w:rPr>
          <w:b/>
          <w:lang w:val="ru-RU"/>
        </w:rPr>
        <w:t>функциялардың</w:t>
      </w:r>
      <w:proofErr w:type="spellEnd"/>
      <w:r w:rsidR="00B604ED" w:rsidRPr="00B604ED">
        <w:rPr>
          <w:b/>
          <w:lang w:val="ru-RU"/>
        </w:rPr>
        <w:t xml:space="preserve"> </w:t>
      </w:r>
      <w:proofErr w:type="spellStart"/>
      <w:r w:rsidR="00B604ED" w:rsidRPr="00B604ED">
        <w:rPr>
          <w:b/>
          <w:lang w:val="ru-RU"/>
        </w:rPr>
        <w:t>сәйкестігі</w:t>
      </w:r>
      <w:proofErr w:type="spellEnd"/>
      <w:r w:rsidR="00B604ED" w:rsidRPr="00B604ED">
        <w:rPr>
          <w:b/>
          <w:lang w:val="ru-RU"/>
        </w:rPr>
        <w:t xml:space="preserve"> туралы</w:t>
      </w:r>
    </w:p>
    <w:p w:rsidR="009A6213" w:rsidRPr="00135229" w:rsidRDefault="00B604ED" w:rsidP="00C96360">
      <w:pPr>
        <w:spacing w:after="120"/>
        <w:ind w:firstLine="400"/>
        <w:jc w:val="both"/>
        <w:rPr>
          <w:lang w:val="ru-RU"/>
        </w:rPr>
      </w:pPr>
      <w:r>
        <w:rPr>
          <w:lang w:val="ru-RU"/>
        </w:rPr>
        <w:t>«</w:t>
      </w:r>
      <w:r w:rsidRPr="00B604ED">
        <w:rPr>
          <w:lang w:val="ru-RU"/>
        </w:rPr>
        <w:t>Федоров ауданы әкімдігінің кәсіпкерл</w:t>
      </w:r>
      <w:r>
        <w:rPr>
          <w:lang w:val="ru-RU"/>
        </w:rPr>
        <w:t>ік және ауыл шаруашылығы бөлімі»</w:t>
      </w:r>
      <w:r w:rsidRPr="00B604ED">
        <w:rPr>
          <w:lang w:val="ru-RU"/>
        </w:rPr>
        <w:t xml:space="preserve"> мемлекеттік </w:t>
      </w:r>
      <w:proofErr w:type="spellStart"/>
      <w:r w:rsidRPr="00B604ED">
        <w:rPr>
          <w:lang w:val="ru-RU"/>
        </w:rPr>
        <w:t>мекемесі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өз</w:t>
      </w:r>
      <w:proofErr w:type="spellEnd"/>
      <w:r w:rsidRPr="00B604ED">
        <w:rPr>
          <w:lang w:val="ru-RU"/>
        </w:rPr>
        <w:t xml:space="preserve"> қызметін ауыл шаруашылығы </w:t>
      </w:r>
      <w:proofErr w:type="spellStart"/>
      <w:r w:rsidRPr="00B604ED">
        <w:rPr>
          <w:lang w:val="ru-RU"/>
        </w:rPr>
        <w:t>саласында</w:t>
      </w:r>
      <w:proofErr w:type="spellEnd"/>
      <w:r w:rsidRPr="00B604ED">
        <w:rPr>
          <w:lang w:val="ru-RU"/>
        </w:rPr>
        <w:t xml:space="preserve"> жүзеге </w:t>
      </w:r>
      <w:proofErr w:type="spellStart"/>
      <w:r w:rsidRPr="00B604ED">
        <w:rPr>
          <w:lang w:val="ru-RU"/>
        </w:rPr>
        <w:t>асыратын</w:t>
      </w:r>
      <w:proofErr w:type="spellEnd"/>
      <w:r w:rsidRPr="00B604ED">
        <w:rPr>
          <w:lang w:val="ru-RU"/>
        </w:rPr>
        <w:t xml:space="preserve"> Қазақстан Республикасының мемлекеттік органы болып </w:t>
      </w:r>
      <w:proofErr w:type="spellStart"/>
      <w:r w:rsidRPr="00B604ED">
        <w:rPr>
          <w:lang w:val="ru-RU"/>
        </w:rPr>
        <w:t>табылады</w:t>
      </w:r>
      <w:proofErr w:type="spellEnd"/>
      <w:r w:rsidR="00501930" w:rsidRPr="00135229">
        <w:rPr>
          <w:lang w:val="ru-RU"/>
        </w:rPr>
        <w:t>.</w:t>
      </w:r>
    </w:p>
    <w:p w:rsidR="00B604ED" w:rsidRPr="00B604ED" w:rsidRDefault="00B604ED" w:rsidP="00B604ED">
      <w:pPr>
        <w:spacing w:after="120"/>
        <w:ind w:firstLine="400"/>
        <w:jc w:val="both"/>
        <w:rPr>
          <w:lang w:val="ru-RU"/>
        </w:rPr>
      </w:pPr>
      <w:r w:rsidRPr="00B604ED">
        <w:rPr>
          <w:lang w:val="ru-RU"/>
        </w:rPr>
        <w:t xml:space="preserve">Мемлекеттік </w:t>
      </w:r>
      <w:proofErr w:type="spellStart"/>
      <w:r w:rsidRPr="00B604ED">
        <w:rPr>
          <w:lang w:val="ru-RU"/>
        </w:rPr>
        <w:t>мекеме</w:t>
      </w:r>
      <w:proofErr w:type="spellEnd"/>
      <w:r w:rsidRPr="00B604ED">
        <w:rPr>
          <w:lang w:val="ru-RU"/>
        </w:rPr>
        <w:t xml:space="preserve"> туралы </w:t>
      </w:r>
      <w:proofErr w:type="spellStart"/>
      <w:r w:rsidRPr="00B604ED">
        <w:rPr>
          <w:lang w:val="ru-RU"/>
        </w:rPr>
        <w:t>Ереже</w:t>
      </w:r>
      <w:proofErr w:type="spellEnd"/>
      <w:r w:rsidRPr="00B604ED">
        <w:rPr>
          <w:lang w:val="ru-RU"/>
        </w:rPr>
        <w:t xml:space="preserve"> Федоров ауданы әкімдігінің 2022 жылғы </w:t>
      </w:r>
      <w:r>
        <w:rPr>
          <w:lang w:val="ru-RU"/>
        </w:rPr>
        <w:t xml:space="preserve">           </w:t>
      </w:r>
      <w:r w:rsidRPr="00B604ED">
        <w:rPr>
          <w:lang w:val="ru-RU"/>
        </w:rPr>
        <w:t xml:space="preserve">17 </w:t>
      </w:r>
      <w:proofErr w:type="spellStart"/>
      <w:r w:rsidRPr="00B604ED">
        <w:rPr>
          <w:lang w:val="ru-RU"/>
        </w:rPr>
        <w:t>мамырдағы</w:t>
      </w:r>
      <w:proofErr w:type="spellEnd"/>
      <w:r w:rsidRPr="00B604ED">
        <w:rPr>
          <w:lang w:val="ru-RU"/>
        </w:rPr>
        <w:t xml:space="preserve"> № 100 </w:t>
      </w:r>
      <w:proofErr w:type="spellStart"/>
      <w:r w:rsidRPr="00B604ED">
        <w:rPr>
          <w:lang w:val="ru-RU"/>
        </w:rPr>
        <w:t>қаулысымен</w:t>
      </w:r>
      <w:proofErr w:type="spellEnd"/>
      <w:r w:rsidRPr="00B604ED">
        <w:rPr>
          <w:lang w:val="ru-RU"/>
        </w:rPr>
        <w:t xml:space="preserve"> бекітілген.</w:t>
      </w:r>
    </w:p>
    <w:p w:rsidR="00B604ED" w:rsidRPr="00B604ED" w:rsidRDefault="00B604ED" w:rsidP="00B604ED">
      <w:pPr>
        <w:spacing w:after="120"/>
        <w:ind w:firstLine="400"/>
        <w:jc w:val="both"/>
        <w:rPr>
          <w:lang w:val="ru-RU"/>
        </w:rPr>
      </w:pPr>
      <w:proofErr w:type="spellStart"/>
      <w:r w:rsidRPr="00B604ED">
        <w:rPr>
          <w:lang w:val="ru-RU"/>
        </w:rPr>
        <w:t>Құрылымдық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Ережеге</w:t>
      </w:r>
      <w:proofErr w:type="spellEnd"/>
      <w:r w:rsidRPr="00B604ED">
        <w:rPr>
          <w:lang w:val="ru-RU"/>
        </w:rPr>
        <w:t xml:space="preserve"> мемлекеттік </w:t>
      </w:r>
      <w:proofErr w:type="spellStart"/>
      <w:r w:rsidRPr="00B604ED">
        <w:rPr>
          <w:lang w:val="ru-RU"/>
        </w:rPr>
        <w:t>органның</w:t>
      </w:r>
      <w:proofErr w:type="spellEnd"/>
      <w:r w:rsidRPr="00B604ED">
        <w:rPr>
          <w:lang w:val="ru-RU"/>
        </w:rPr>
        <w:t xml:space="preserve"> құқықтық </w:t>
      </w:r>
      <w:proofErr w:type="spellStart"/>
      <w:r w:rsidRPr="00B604ED">
        <w:rPr>
          <w:lang w:val="ru-RU"/>
        </w:rPr>
        <w:t>мәртебесін</w:t>
      </w:r>
      <w:proofErr w:type="spellEnd"/>
      <w:r w:rsidRPr="00B604ED">
        <w:rPr>
          <w:lang w:val="ru-RU"/>
        </w:rPr>
        <w:t xml:space="preserve">, </w:t>
      </w:r>
      <w:proofErr w:type="spellStart"/>
      <w:r w:rsidRPr="00B604ED">
        <w:rPr>
          <w:lang w:val="ru-RU"/>
        </w:rPr>
        <w:t>міндеттерін</w:t>
      </w:r>
      <w:proofErr w:type="spellEnd"/>
      <w:r w:rsidRPr="00B604ED">
        <w:rPr>
          <w:lang w:val="ru-RU"/>
        </w:rPr>
        <w:t xml:space="preserve">, </w:t>
      </w:r>
      <w:proofErr w:type="spellStart"/>
      <w:r w:rsidRPr="00B604ED">
        <w:rPr>
          <w:lang w:val="ru-RU"/>
        </w:rPr>
        <w:t>өкілеттіктерін</w:t>
      </w:r>
      <w:proofErr w:type="spellEnd"/>
      <w:r w:rsidRPr="00B604ED">
        <w:rPr>
          <w:lang w:val="ru-RU"/>
        </w:rPr>
        <w:t xml:space="preserve">, </w:t>
      </w:r>
      <w:proofErr w:type="spellStart"/>
      <w:r w:rsidRPr="00B604ED">
        <w:rPr>
          <w:lang w:val="ru-RU"/>
        </w:rPr>
        <w:t>функцияларын</w:t>
      </w:r>
      <w:proofErr w:type="spellEnd"/>
      <w:r w:rsidRPr="00B604ED">
        <w:rPr>
          <w:lang w:val="ru-RU"/>
        </w:rPr>
        <w:t xml:space="preserve">, қызметін </w:t>
      </w:r>
      <w:proofErr w:type="spellStart"/>
      <w:r w:rsidRPr="00B604ED">
        <w:rPr>
          <w:lang w:val="ru-RU"/>
        </w:rPr>
        <w:t>ұйымдастыруды</w:t>
      </w:r>
      <w:proofErr w:type="spellEnd"/>
      <w:r w:rsidRPr="00B604ED">
        <w:rPr>
          <w:lang w:val="ru-RU"/>
        </w:rPr>
        <w:t xml:space="preserve"> және </w:t>
      </w:r>
      <w:proofErr w:type="spellStart"/>
      <w:r w:rsidRPr="00B604ED">
        <w:rPr>
          <w:lang w:val="ru-RU"/>
        </w:rPr>
        <w:t>мүлкін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басқаруды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регламенттейтін</w:t>
      </w:r>
      <w:proofErr w:type="spellEnd"/>
      <w:r w:rsidRPr="00B604ED">
        <w:rPr>
          <w:lang w:val="ru-RU"/>
        </w:rPr>
        <w:t xml:space="preserve"> 5 </w:t>
      </w:r>
      <w:proofErr w:type="spellStart"/>
      <w:r w:rsidRPr="00B604ED">
        <w:rPr>
          <w:lang w:val="ru-RU"/>
        </w:rPr>
        <w:t>тарау</w:t>
      </w:r>
      <w:proofErr w:type="spellEnd"/>
      <w:r w:rsidRPr="00B604ED">
        <w:rPr>
          <w:lang w:val="ru-RU"/>
        </w:rPr>
        <w:t xml:space="preserve"> мен 19 </w:t>
      </w:r>
      <w:proofErr w:type="spellStart"/>
      <w:r w:rsidRPr="00B604ED">
        <w:rPr>
          <w:lang w:val="ru-RU"/>
        </w:rPr>
        <w:t>тармақ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кіреді</w:t>
      </w:r>
      <w:proofErr w:type="spellEnd"/>
      <w:r w:rsidRPr="00B604ED">
        <w:rPr>
          <w:lang w:val="ru-RU"/>
        </w:rPr>
        <w:t>.</w:t>
      </w:r>
    </w:p>
    <w:p w:rsidR="00B604ED" w:rsidRPr="00B604ED" w:rsidRDefault="00B604ED" w:rsidP="00B604ED">
      <w:pPr>
        <w:spacing w:after="120"/>
        <w:ind w:firstLine="400"/>
        <w:jc w:val="both"/>
        <w:rPr>
          <w:lang w:val="ru-RU"/>
        </w:rPr>
      </w:pPr>
      <w:proofErr w:type="spellStart"/>
      <w:r w:rsidRPr="00B604ED">
        <w:rPr>
          <w:lang w:val="ru-RU"/>
        </w:rPr>
        <w:t>Бөлімде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ведомстволар</w:t>
      </w:r>
      <w:proofErr w:type="spellEnd"/>
      <w:r w:rsidRPr="00B604ED">
        <w:rPr>
          <w:lang w:val="ru-RU"/>
        </w:rPr>
        <w:t xml:space="preserve"> жоқ. </w:t>
      </w:r>
      <w:proofErr w:type="spellStart"/>
      <w:r w:rsidRPr="00B604ED">
        <w:rPr>
          <w:lang w:val="ru-RU"/>
        </w:rPr>
        <w:t>Қаржыландыру</w:t>
      </w:r>
      <w:proofErr w:type="spellEnd"/>
      <w:r w:rsidRPr="00B604ED">
        <w:rPr>
          <w:lang w:val="ru-RU"/>
        </w:rPr>
        <w:t xml:space="preserve"> жергілікті </w:t>
      </w:r>
      <w:proofErr w:type="spellStart"/>
      <w:r w:rsidRPr="00B604ED">
        <w:rPr>
          <w:lang w:val="ru-RU"/>
        </w:rPr>
        <w:t>бюджеттен</w:t>
      </w:r>
      <w:proofErr w:type="spellEnd"/>
      <w:r w:rsidRPr="00B604ED">
        <w:rPr>
          <w:lang w:val="ru-RU"/>
        </w:rPr>
        <w:t xml:space="preserve"> жүзеге </w:t>
      </w:r>
      <w:proofErr w:type="spellStart"/>
      <w:r w:rsidRPr="00B604ED">
        <w:rPr>
          <w:lang w:val="ru-RU"/>
        </w:rPr>
        <w:t>асырылады</w:t>
      </w:r>
      <w:proofErr w:type="spellEnd"/>
      <w:r w:rsidRPr="00B604ED">
        <w:rPr>
          <w:lang w:val="ru-RU"/>
        </w:rPr>
        <w:t>.</w:t>
      </w:r>
    </w:p>
    <w:p w:rsidR="00B604ED" w:rsidRDefault="00B604ED" w:rsidP="00B604ED">
      <w:pPr>
        <w:spacing w:after="120"/>
        <w:ind w:firstLine="400"/>
        <w:jc w:val="both"/>
        <w:rPr>
          <w:lang w:val="ru-RU"/>
        </w:rPr>
      </w:pPr>
      <w:proofErr w:type="spellStart"/>
      <w:r w:rsidRPr="00B604ED">
        <w:rPr>
          <w:lang w:val="ru-RU"/>
        </w:rPr>
        <w:t>Бөлім</w:t>
      </w:r>
      <w:r>
        <w:rPr>
          <w:lang w:val="ru-RU"/>
        </w:rPr>
        <w:t>ге</w:t>
      </w:r>
      <w:proofErr w:type="spellEnd"/>
      <w:r>
        <w:rPr>
          <w:lang w:val="ru-RU"/>
        </w:rPr>
        <w:t xml:space="preserve"> кәсіпкерлік </w:t>
      </w:r>
      <w:proofErr w:type="spellStart"/>
      <w:r>
        <w:rPr>
          <w:lang w:val="ru-RU"/>
        </w:rPr>
        <w:t>субъектілерімен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</w:t>
      </w:r>
      <w:r w:rsidRPr="00B604ED">
        <w:rPr>
          <w:lang w:val="ru-RU"/>
        </w:rPr>
        <w:t>өлімнің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өкілеттігі</w:t>
      </w:r>
      <w:proofErr w:type="spellEnd"/>
      <w:r w:rsidRPr="00B604ED">
        <w:rPr>
          <w:lang w:val="ru-RU"/>
        </w:rPr>
        <w:t xml:space="preserve"> болып </w:t>
      </w:r>
      <w:proofErr w:type="spellStart"/>
      <w:r w:rsidRPr="00B604ED">
        <w:rPr>
          <w:lang w:val="ru-RU"/>
        </w:rPr>
        <w:t>табылатын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міндеттерді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орындау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тұрғысында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шарттық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қатынастар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жасауға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тыйым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салынады</w:t>
      </w:r>
      <w:proofErr w:type="spellEnd"/>
      <w:r w:rsidRPr="00B604ED">
        <w:rPr>
          <w:lang w:val="ru-RU"/>
        </w:rPr>
        <w:t>.</w:t>
      </w:r>
    </w:p>
    <w:p w:rsidR="00B604ED" w:rsidRDefault="00B604ED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B604ED">
        <w:rPr>
          <w:lang w:val="ru-RU"/>
        </w:rPr>
        <w:t>Заңнама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табыс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әкелетін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қызметті</w:t>
      </w:r>
      <w:proofErr w:type="spellEnd"/>
      <w:r w:rsidRPr="00B604ED">
        <w:rPr>
          <w:lang w:val="ru-RU"/>
        </w:rPr>
        <w:t xml:space="preserve"> жүзеге асыру </w:t>
      </w:r>
      <w:proofErr w:type="spellStart"/>
      <w:r w:rsidRPr="00B604ED">
        <w:rPr>
          <w:lang w:val="ru-RU"/>
        </w:rPr>
        <w:t>құқығын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берген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жағдайда</w:t>
      </w:r>
      <w:proofErr w:type="spellEnd"/>
      <w:r w:rsidRPr="00B604ED">
        <w:rPr>
          <w:lang w:val="ru-RU"/>
        </w:rPr>
        <w:t xml:space="preserve">, </w:t>
      </w:r>
      <w:proofErr w:type="spellStart"/>
      <w:r w:rsidRPr="00B604ED">
        <w:rPr>
          <w:lang w:val="ru-RU"/>
        </w:rPr>
        <w:t>егер</w:t>
      </w:r>
      <w:proofErr w:type="spellEnd"/>
      <w:r w:rsidRPr="00B604ED">
        <w:rPr>
          <w:lang w:val="ru-RU"/>
        </w:rPr>
        <w:t xml:space="preserve"> Қазақстан Республикасының заңнамасында </w:t>
      </w:r>
      <w:proofErr w:type="spellStart"/>
      <w:r w:rsidRPr="00B604ED">
        <w:rPr>
          <w:lang w:val="ru-RU"/>
        </w:rPr>
        <w:t>өзгеше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белгіленбесе</w:t>
      </w:r>
      <w:proofErr w:type="spellEnd"/>
      <w:r w:rsidRPr="00B604ED">
        <w:rPr>
          <w:lang w:val="ru-RU"/>
        </w:rPr>
        <w:t xml:space="preserve">, </w:t>
      </w:r>
      <w:proofErr w:type="spellStart"/>
      <w:r w:rsidRPr="00B604ED">
        <w:rPr>
          <w:lang w:val="ru-RU"/>
        </w:rPr>
        <w:t>алынған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кірістер</w:t>
      </w:r>
      <w:proofErr w:type="spellEnd"/>
      <w:r w:rsidRPr="00B604ED">
        <w:rPr>
          <w:lang w:val="ru-RU"/>
        </w:rPr>
        <w:t xml:space="preserve"> мемлекеттік </w:t>
      </w:r>
      <w:proofErr w:type="spellStart"/>
      <w:r w:rsidRPr="00B604ED">
        <w:rPr>
          <w:lang w:val="ru-RU"/>
        </w:rPr>
        <w:t>бюджетке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жіберіледі</w:t>
      </w:r>
      <w:proofErr w:type="spellEnd"/>
      <w:r w:rsidRPr="00B604ED">
        <w:rPr>
          <w:lang w:val="ru-RU"/>
        </w:rPr>
        <w:t>.</w:t>
      </w:r>
    </w:p>
    <w:p w:rsidR="00B604ED" w:rsidRPr="00B604ED" w:rsidRDefault="00B604ED" w:rsidP="00B604ED">
      <w:pPr>
        <w:spacing w:after="120"/>
        <w:ind w:firstLine="400"/>
        <w:jc w:val="both"/>
        <w:rPr>
          <w:lang w:val="ru-RU"/>
        </w:rPr>
      </w:pPr>
      <w:proofErr w:type="spellStart"/>
      <w:r w:rsidRPr="00B604ED">
        <w:rPr>
          <w:lang w:val="ru-RU"/>
        </w:rPr>
        <w:lastRenderedPageBreak/>
        <w:t>Ережеге</w:t>
      </w:r>
      <w:proofErr w:type="spellEnd"/>
      <w:r w:rsidRPr="00B604ED">
        <w:rPr>
          <w:lang w:val="ru-RU"/>
        </w:rPr>
        <w:t xml:space="preserve"> сәйкес </w:t>
      </w:r>
      <w:proofErr w:type="spellStart"/>
      <w:r w:rsidRPr="00B604ED">
        <w:rPr>
          <w:lang w:val="ru-RU"/>
        </w:rPr>
        <w:t>бөлімге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бағытталған</w:t>
      </w:r>
      <w:proofErr w:type="spellEnd"/>
      <w:r w:rsidRPr="00B604ED">
        <w:rPr>
          <w:lang w:val="ru-RU"/>
        </w:rPr>
        <w:t xml:space="preserve"> 6 </w:t>
      </w:r>
      <w:proofErr w:type="spellStart"/>
      <w:r w:rsidRPr="00B604ED">
        <w:rPr>
          <w:lang w:val="ru-RU"/>
        </w:rPr>
        <w:t>негізгі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міндет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жүктел</w:t>
      </w:r>
      <w:r>
        <w:rPr>
          <w:lang w:val="ru-RU"/>
        </w:rPr>
        <w:t>е</w:t>
      </w:r>
      <w:r w:rsidRPr="00B604ED">
        <w:rPr>
          <w:lang w:val="ru-RU"/>
        </w:rPr>
        <w:t>ді</w:t>
      </w:r>
      <w:proofErr w:type="spellEnd"/>
      <w:r w:rsidRPr="00B604ED">
        <w:rPr>
          <w:lang w:val="ru-RU"/>
        </w:rPr>
        <w:t>:</w:t>
      </w:r>
    </w:p>
    <w:p w:rsidR="00B604ED" w:rsidRPr="00B604ED" w:rsidRDefault="00B604ED" w:rsidP="00B604ED">
      <w:pPr>
        <w:spacing w:after="120"/>
        <w:ind w:firstLine="400"/>
        <w:jc w:val="both"/>
        <w:rPr>
          <w:lang w:val="ru-RU"/>
        </w:rPr>
      </w:pPr>
      <w:r w:rsidRPr="00B604ED">
        <w:rPr>
          <w:lang w:val="ru-RU"/>
        </w:rPr>
        <w:t xml:space="preserve">1. </w:t>
      </w:r>
      <w:proofErr w:type="spellStart"/>
      <w:r w:rsidRPr="00B604ED">
        <w:rPr>
          <w:lang w:val="ru-RU"/>
        </w:rPr>
        <w:t>Ауданның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азық-түлік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қауіпсіздігі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шараларын</w:t>
      </w:r>
      <w:proofErr w:type="spellEnd"/>
      <w:r w:rsidRPr="00B604ED">
        <w:rPr>
          <w:lang w:val="ru-RU"/>
        </w:rPr>
        <w:t xml:space="preserve"> қамтамасыз </w:t>
      </w:r>
      <w:proofErr w:type="spellStart"/>
      <w:r w:rsidRPr="00B604ED">
        <w:rPr>
          <w:lang w:val="ru-RU"/>
        </w:rPr>
        <w:t>ету</w:t>
      </w:r>
      <w:proofErr w:type="spellEnd"/>
      <w:r w:rsidRPr="00B604ED">
        <w:rPr>
          <w:lang w:val="ru-RU"/>
        </w:rPr>
        <w:t xml:space="preserve">, </w:t>
      </w:r>
      <w:proofErr w:type="spellStart"/>
      <w:r w:rsidRPr="00B604ED">
        <w:rPr>
          <w:lang w:val="ru-RU"/>
        </w:rPr>
        <w:t>агробизнестің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тиімді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жүйесін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қалыптастыру</w:t>
      </w:r>
      <w:proofErr w:type="spellEnd"/>
      <w:r w:rsidRPr="00B604ED">
        <w:rPr>
          <w:lang w:val="ru-RU"/>
        </w:rPr>
        <w:t>;</w:t>
      </w:r>
    </w:p>
    <w:p w:rsidR="00B604ED" w:rsidRDefault="00B604ED" w:rsidP="00B604ED">
      <w:pPr>
        <w:spacing w:after="120"/>
        <w:ind w:firstLine="400"/>
        <w:jc w:val="both"/>
        <w:rPr>
          <w:lang w:val="ru-RU"/>
        </w:rPr>
      </w:pPr>
      <w:r w:rsidRPr="00B604ED">
        <w:rPr>
          <w:lang w:val="ru-RU"/>
        </w:rPr>
        <w:t xml:space="preserve">2. </w:t>
      </w:r>
      <w:proofErr w:type="spellStart"/>
      <w:r w:rsidRPr="00B604ED">
        <w:rPr>
          <w:lang w:val="ru-RU"/>
        </w:rPr>
        <w:t>Ауданның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агроөнеркәсіптік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секторының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ұтымды</w:t>
      </w:r>
      <w:proofErr w:type="spellEnd"/>
      <w:r w:rsidRPr="00B604ED">
        <w:rPr>
          <w:lang w:val="ru-RU"/>
        </w:rPr>
        <w:t xml:space="preserve"> және </w:t>
      </w:r>
      <w:proofErr w:type="spellStart"/>
      <w:r w:rsidRPr="00B604ED">
        <w:rPr>
          <w:lang w:val="ru-RU"/>
        </w:rPr>
        <w:t>тиімді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жұмыс</w:t>
      </w:r>
      <w:proofErr w:type="spellEnd"/>
      <w:r w:rsidRPr="00B604ED">
        <w:rPr>
          <w:lang w:val="ru-RU"/>
        </w:rPr>
        <w:t xml:space="preserve"> </w:t>
      </w:r>
      <w:proofErr w:type="spellStart"/>
      <w:r w:rsidRPr="00B604ED">
        <w:rPr>
          <w:lang w:val="ru-RU"/>
        </w:rPr>
        <w:t>істеуін</w:t>
      </w:r>
      <w:proofErr w:type="spellEnd"/>
      <w:r w:rsidRPr="00B604ED">
        <w:rPr>
          <w:lang w:val="ru-RU"/>
        </w:rPr>
        <w:t xml:space="preserve"> қамтамасыз </w:t>
      </w:r>
      <w:proofErr w:type="spellStart"/>
      <w:r w:rsidRPr="00B604ED">
        <w:rPr>
          <w:lang w:val="ru-RU"/>
        </w:rPr>
        <w:t>ету</w:t>
      </w:r>
      <w:proofErr w:type="spellEnd"/>
      <w:r w:rsidRPr="00B604ED">
        <w:rPr>
          <w:lang w:val="ru-RU"/>
        </w:rPr>
        <w:t>;</w:t>
      </w:r>
    </w:p>
    <w:p w:rsidR="003D6F64" w:rsidRPr="003D6F64" w:rsidRDefault="003D6F64" w:rsidP="003D6F64">
      <w:pPr>
        <w:spacing w:after="120"/>
        <w:ind w:firstLine="400"/>
        <w:jc w:val="both"/>
        <w:rPr>
          <w:lang w:val="ru-RU"/>
        </w:rPr>
      </w:pPr>
      <w:r w:rsidRPr="003D6F64">
        <w:rPr>
          <w:lang w:val="ru-RU"/>
        </w:rPr>
        <w:t xml:space="preserve">3. </w:t>
      </w:r>
      <w:proofErr w:type="spellStart"/>
      <w:r w:rsidRPr="003D6F64">
        <w:rPr>
          <w:lang w:val="ru-RU"/>
        </w:rPr>
        <w:t>Кәсіпкерлікті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дамыту</w:t>
      </w:r>
      <w:proofErr w:type="spellEnd"/>
      <w:r w:rsidRPr="003D6F64">
        <w:rPr>
          <w:lang w:val="ru-RU"/>
        </w:rPr>
        <w:t xml:space="preserve"> және </w:t>
      </w:r>
      <w:proofErr w:type="spellStart"/>
      <w:r w:rsidRPr="003D6F64">
        <w:rPr>
          <w:lang w:val="ru-RU"/>
        </w:rPr>
        <w:t>қолдау</w:t>
      </w:r>
      <w:proofErr w:type="spellEnd"/>
      <w:r w:rsidRPr="003D6F64">
        <w:rPr>
          <w:lang w:val="ru-RU"/>
        </w:rPr>
        <w:t xml:space="preserve">, </w:t>
      </w:r>
      <w:proofErr w:type="spellStart"/>
      <w:r w:rsidRPr="003D6F64">
        <w:rPr>
          <w:lang w:val="ru-RU"/>
        </w:rPr>
        <w:t>бәсекелестікті</w:t>
      </w:r>
      <w:proofErr w:type="spellEnd"/>
      <w:r w:rsidRPr="003D6F64">
        <w:rPr>
          <w:lang w:val="ru-RU"/>
        </w:rPr>
        <w:t xml:space="preserve"> қорғау, </w:t>
      </w:r>
      <w:proofErr w:type="spellStart"/>
      <w:r w:rsidRPr="003D6F64">
        <w:rPr>
          <w:lang w:val="ru-RU"/>
        </w:rPr>
        <w:t>сондай-ақ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ғылыми-техникалық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салада</w:t>
      </w:r>
      <w:proofErr w:type="spellEnd"/>
      <w:r w:rsidRPr="003D6F64">
        <w:rPr>
          <w:lang w:val="ru-RU"/>
        </w:rPr>
        <w:t xml:space="preserve"> және </w:t>
      </w:r>
      <w:proofErr w:type="spellStart"/>
      <w:r w:rsidRPr="003D6F64">
        <w:rPr>
          <w:lang w:val="ru-RU"/>
        </w:rPr>
        <w:t>инновациялық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қызметте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кәсіпкерлі</w:t>
      </w:r>
      <w:r>
        <w:rPr>
          <w:lang w:val="ru-RU"/>
        </w:rPr>
        <w:t>кті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дамыту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үшін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жағдайлар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жасау</w:t>
      </w:r>
      <w:proofErr w:type="spellEnd"/>
      <w:r>
        <w:rPr>
          <w:lang w:val="ru-RU"/>
        </w:rPr>
        <w:t>;</w:t>
      </w:r>
    </w:p>
    <w:p w:rsidR="003D6F64" w:rsidRPr="003D6F64" w:rsidRDefault="003D6F64" w:rsidP="003D6F64">
      <w:pPr>
        <w:spacing w:after="120"/>
        <w:ind w:firstLine="400"/>
        <w:jc w:val="both"/>
        <w:rPr>
          <w:lang w:val="ru-RU"/>
        </w:rPr>
      </w:pPr>
      <w:r w:rsidRPr="003D6F64">
        <w:rPr>
          <w:lang w:val="ru-RU"/>
        </w:rPr>
        <w:t xml:space="preserve">4. </w:t>
      </w:r>
      <w:proofErr w:type="spellStart"/>
      <w:r w:rsidRPr="003D6F64">
        <w:rPr>
          <w:lang w:val="ru-RU"/>
        </w:rPr>
        <w:t>Аудан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экономикасына</w:t>
      </w:r>
      <w:proofErr w:type="spellEnd"/>
      <w:r w:rsidRPr="003D6F64">
        <w:rPr>
          <w:lang w:val="ru-RU"/>
        </w:rPr>
        <w:t xml:space="preserve"> инвестиция </w:t>
      </w:r>
      <w:proofErr w:type="spellStart"/>
      <w:r w:rsidRPr="003D6F64">
        <w:rPr>
          <w:lang w:val="ru-RU"/>
        </w:rPr>
        <w:t>тар</w:t>
      </w:r>
      <w:r>
        <w:rPr>
          <w:lang w:val="ru-RU"/>
        </w:rPr>
        <w:t>ту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үшін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қолайлы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жағдайлар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жасау</w:t>
      </w:r>
      <w:proofErr w:type="spellEnd"/>
      <w:r>
        <w:rPr>
          <w:lang w:val="ru-RU"/>
        </w:rPr>
        <w:t>;</w:t>
      </w:r>
    </w:p>
    <w:p w:rsidR="003D6F64" w:rsidRDefault="003D6F64" w:rsidP="003D6F64">
      <w:pPr>
        <w:spacing w:after="120"/>
        <w:ind w:firstLine="400"/>
        <w:jc w:val="both"/>
        <w:rPr>
          <w:lang w:val="ru-RU"/>
        </w:rPr>
      </w:pPr>
      <w:r w:rsidRPr="003D6F64">
        <w:rPr>
          <w:lang w:val="ru-RU"/>
        </w:rPr>
        <w:t xml:space="preserve">5. </w:t>
      </w:r>
      <w:proofErr w:type="spellStart"/>
      <w:r w:rsidRPr="003D6F64">
        <w:rPr>
          <w:lang w:val="ru-RU"/>
        </w:rPr>
        <w:t>Аумақты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дамыту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бағдарламасына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талдау</w:t>
      </w:r>
      <w:proofErr w:type="spellEnd"/>
      <w:r>
        <w:rPr>
          <w:lang w:val="ru-RU"/>
        </w:rPr>
        <w:t xml:space="preserve"> және мониторинг </w:t>
      </w:r>
      <w:proofErr w:type="spellStart"/>
      <w:r>
        <w:rPr>
          <w:lang w:val="ru-RU"/>
        </w:rPr>
        <w:t>жүргізу</w:t>
      </w:r>
      <w:proofErr w:type="spellEnd"/>
      <w:r>
        <w:rPr>
          <w:lang w:val="ru-RU"/>
        </w:rPr>
        <w:t>;</w:t>
      </w:r>
    </w:p>
    <w:p w:rsidR="009A6213" w:rsidRPr="00135229" w:rsidRDefault="00501930" w:rsidP="003D6F64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t xml:space="preserve">6. </w:t>
      </w:r>
      <w:proofErr w:type="spellStart"/>
      <w:r w:rsidR="003D6F64" w:rsidRPr="003D6F64">
        <w:rPr>
          <w:lang w:val="ru-RU"/>
        </w:rPr>
        <w:t>Туристік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қызметті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дамыту</w:t>
      </w:r>
      <w:proofErr w:type="spellEnd"/>
      <w:r w:rsidR="003D6F64" w:rsidRPr="003D6F64">
        <w:rPr>
          <w:lang w:val="ru-RU"/>
        </w:rPr>
        <w:t xml:space="preserve">, </w:t>
      </w:r>
      <w:proofErr w:type="spellStart"/>
      <w:r w:rsidR="003D6F64" w:rsidRPr="003D6F64">
        <w:rPr>
          <w:lang w:val="ru-RU"/>
        </w:rPr>
        <w:t>оның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ішінде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туристік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қызметтердің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сапасын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арттыру</w:t>
      </w:r>
      <w:proofErr w:type="spellEnd"/>
      <w:r w:rsidR="003D6F64" w:rsidRPr="003D6F64">
        <w:rPr>
          <w:lang w:val="ru-RU"/>
        </w:rPr>
        <w:t xml:space="preserve"> және </w:t>
      </w:r>
      <w:proofErr w:type="spellStart"/>
      <w:r w:rsidR="003D6F64" w:rsidRPr="003D6F64">
        <w:rPr>
          <w:lang w:val="ru-RU"/>
        </w:rPr>
        <w:t>инфрақұрылымды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жақсарту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арқылы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туризмді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дамыту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үшін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жағдайлар</w:t>
      </w:r>
      <w:proofErr w:type="spellEnd"/>
      <w:r w:rsidR="003D6F64" w:rsidRPr="003D6F64">
        <w:rPr>
          <w:lang w:val="ru-RU"/>
        </w:rPr>
        <w:t xml:space="preserve"> </w:t>
      </w:r>
      <w:proofErr w:type="spellStart"/>
      <w:r w:rsidR="003D6F64" w:rsidRPr="003D6F64">
        <w:rPr>
          <w:lang w:val="ru-RU"/>
        </w:rPr>
        <w:t>жасау</w:t>
      </w:r>
      <w:proofErr w:type="spellEnd"/>
      <w:r w:rsidRPr="00135229">
        <w:rPr>
          <w:lang w:val="ru-RU"/>
        </w:rPr>
        <w:t>.</w:t>
      </w:r>
    </w:p>
    <w:p w:rsidR="003D6F64" w:rsidRDefault="003D6F64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3D6F64">
        <w:rPr>
          <w:lang w:val="ru-RU"/>
        </w:rPr>
        <w:t>Бөлімнің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өкілеттіктері</w:t>
      </w:r>
      <w:proofErr w:type="spellEnd"/>
      <w:r w:rsidRPr="003D6F64">
        <w:rPr>
          <w:lang w:val="ru-RU"/>
        </w:rPr>
        <w:t xml:space="preserve"> мемлекеттік </w:t>
      </w:r>
      <w:proofErr w:type="spellStart"/>
      <w:r w:rsidRPr="003D6F64">
        <w:rPr>
          <w:lang w:val="ru-RU"/>
        </w:rPr>
        <w:t>органның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құқықтары</w:t>
      </w:r>
      <w:proofErr w:type="spellEnd"/>
      <w:r w:rsidRPr="003D6F64">
        <w:rPr>
          <w:lang w:val="ru-RU"/>
        </w:rPr>
        <w:t xml:space="preserve"> мен </w:t>
      </w:r>
      <w:proofErr w:type="spellStart"/>
      <w:r w:rsidRPr="003D6F64">
        <w:rPr>
          <w:lang w:val="ru-RU"/>
        </w:rPr>
        <w:t>міндеттерін</w:t>
      </w:r>
      <w:proofErr w:type="spellEnd"/>
      <w:r w:rsidRPr="003D6F64">
        <w:rPr>
          <w:lang w:val="ru-RU"/>
        </w:rPr>
        <w:t xml:space="preserve">, </w:t>
      </w:r>
      <w:proofErr w:type="spellStart"/>
      <w:r w:rsidRPr="003D6F64">
        <w:rPr>
          <w:lang w:val="ru-RU"/>
        </w:rPr>
        <w:t>оның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ішінде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өз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құзыреті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шегінде</w:t>
      </w:r>
      <w:proofErr w:type="spellEnd"/>
      <w:r w:rsidRPr="003D6F64">
        <w:rPr>
          <w:lang w:val="ru-RU"/>
        </w:rPr>
        <w:t xml:space="preserve"> мемлекеттік </w:t>
      </w:r>
      <w:proofErr w:type="spellStart"/>
      <w:r w:rsidRPr="003D6F64">
        <w:rPr>
          <w:lang w:val="ru-RU"/>
        </w:rPr>
        <w:t>органдардан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қажетті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ақпаратты</w:t>
      </w:r>
      <w:proofErr w:type="spellEnd"/>
      <w:r w:rsidRPr="003D6F64">
        <w:rPr>
          <w:lang w:val="ru-RU"/>
        </w:rPr>
        <w:t xml:space="preserve">, </w:t>
      </w:r>
      <w:proofErr w:type="spellStart"/>
      <w:r w:rsidRPr="003D6F64">
        <w:rPr>
          <w:lang w:val="ru-RU"/>
        </w:rPr>
        <w:t>құжаттарды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немесе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өзге</w:t>
      </w:r>
      <w:proofErr w:type="spellEnd"/>
      <w:r w:rsidRPr="003D6F64">
        <w:rPr>
          <w:lang w:val="ru-RU"/>
        </w:rPr>
        <w:t xml:space="preserve"> де </w:t>
      </w:r>
      <w:proofErr w:type="spellStart"/>
      <w:r w:rsidRPr="003D6F64">
        <w:rPr>
          <w:lang w:val="ru-RU"/>
        </w:rPr>
        <w:t>материалдарды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сұрату</w:t>
      </w:r>
      <w:proofErr w:type="spellEnd"/>
      <w:r w:rsidRPr="003D6F64">
        <w:rPr>
          <w:lang w:val="ru-RU"/>
        </w:rPr>
        <w:t xml:space="preserve"> және </w:t>
      </w:r>
      <w:proofErr w:type="spellStart"/>
      <w:r w:rsidRPr="003D6F64">
        <w:rPr>
          <w:lang w:val="ru-RU"/>
        </w:rPr>
        <w:t>алу</w:t>
      </w:r>
      <w:proofErr w:type="spellEnd"/>
      <w:r w:rsidRPr="003D6F64">
        <w:rPr>
          <w:lang w:val="ru-RU"/>
        </w:rPr>
        <w:t xml:space="preserve">, </w:t>
      </w:r>
      <w:proofErr w:type="spellStart"/>
      <w:r w:rsidRPr="003D6F64">
        <w:rPr>
          <w:lang w:val="ru-RU"/>
        </w:rPr>
        <w:t>бөлім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құзыреті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мәселелері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бойынша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аудан</w:t>
      </w:r>
      <w:proofErr w:type="spellEnd"/>
      <w:r w:rsidRPr="003D6F64">
        <w:rPr>
          <w:lang w:val="ru-RU"/>
        </w:rPr>
        <w:t xml:space="preserve"> әкімдігі және </w:t>
      </w:r>
      <w:proofErr w:type="spellStart"/>
      <w:r w:rsidRPr="003D6F64">
        <w:rPr>
          <w:lang w:val="ru-RU"/>
        </w:rPr>
        <w:t>басқа</w:t>
      </w:r>
      <w:proofErr w:type="spellEnd"/>
      <w:r w:rsidRPr="003D6F64">
        <w:rPr>
          <w:lang w:val="ru-RU"/>
        </w:rPr>
        <w:t xml:space="preserve"> да </w:t>
      </w:r>
      <w:proofErr w:type="spellStart"/>
      <w:r w:rsidRPr="003D6F64">
        <w:rPr>
          <w:lang w:val="ru-RU"/>
        </w:rPr>
        <w:t>органдары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қарайтын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нормативтік</w:t>
      </w:r>
      <w:proofErr w:type="spellEnd"/>
      <w:r w:rsidRPr="003D6F64">
        <w:rPr>
          <w:lang w:val="ru-RU"/>
        </w:rPr>
        <w:t xml:space="preserve"> құқықтық </w:t>
      </w:r>
      <w:proofErr w:type="spellStart"/>
      <w:r w:rsidRPr="003D6F64">
        <w:rPr>
          <w:lang w:val="ru-RU"/>
        </w:rPr>
        <w:t>актілердің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жобалары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бойынша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ұсыныстар</w:t>
      </w:r>
      <w:proofErr w:type="spellEnd"/>
      <w:r w:rsidRPr="003D6F64">
        <w:rPr>
          <w:lang w:val="ru-RU"/>
        </w:rPr>
        <w:t xml:space="preserve"> енгізу </w:t>
      </w:r>
      <w:proofErr w:type="spellStart"/>
      <w:r w:rsidRPr="003D6F64">
        <w:rPr>
          <w:lang w:val="ru-RU"/>
        </w:rPr>
        <w:t>құқықтары</w:t>
      </w:r>
      <w:proofErr w:type="spellEnd"/>
      <w:r w:rsidRPr="003D6F64">
        <w:rPr>
          <w:lang w:val="ru-RU"/>
        </w:rPr>
        <w:t xml:space="preserve"> мен </w:t>
      </w:r>
      <w:proofErr w:type="spellStart"/>
      <w:r w:rsidRPr="003D6F64">
        <w:rPr>
          <w:lang w:val="ru-RU"/>
        </w:rPr>
        <w:t>міндеттерін</w:t>
      </w:r>
      <w:proofErr w:type="spellEnd"/>
      <w:r w:rsidRPr="003D6F64">
        <w:rPr>
          <w:lang w:val="ru-RU"/>
        </w:rPr>
        <w:t xml:space="preserve"> </w:t>
      </w:r>
      <w:proofErr w:type="spellStart"/>
      <w:r w:rsidRPr="003D6F64">
        <w:rPr>
          <w:lang w:val="ru-RU"/>
        </w:rPr>
        <w:t>қамтиды</w:t>
      </w:r>
      <w:proofErr w:type="spellEnd"/>
      <w:r w:rsidRPr="003D6F64">
        <w:rPr>
          <w:lang w:val="ru-RU"/>
        </w:rPr>
        <w:t>.</w:t>
      </w:r>
    </w:p>
    <w:p w:rsidR="00E20C58" w:rsidRPr="00E20C58" w:rsidRDefault="00E20C58" w:rsidP="00735B4C">
      <w:pPr>
        <w:jc w:val="both"/>
        <w:rPr>
          <w:lang w:val="ru-RU"/>
        </w:rPr>
      </w:pPr>
      <w:r>
        <w:rPr>
          <w:lang w:val="ru-RU"/>
        </w:rPr>
        <w:t xml:space="preserve">      </w:t>
      </w:r>
      <w:proofErr w:type="spellStart"/>
      <w:r w:rsidRPr="00E20C58">
        <w:rPr>
          <w:lang w:val="ru-RU"/>
        </w:rPr>
        <w:t>Бөлімнің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функциялары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тиісті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салаларда</w:t>
      </w:r>
      <w:proofErr w:type="spellEnd"/>
      <w:r w:rsidRPr="00E20C58">
        <w:rPr>
          <w:lang w:val="ru-RU"/>
        </w:rPr>
        <w:t xml:space="preserve"> мемлекеттік </w:t>
      </w:r>
      <w:proofErr w:type="spellStart"/>
      <w:r w:rsidRPr="00E20C58">
        <w:rPr>
          <w:lang w:val="ru-RU"/>
        </w:rPr>
        <w:t>саясат</w:t>
      </w:r>
      <w:proofErr w:type="spellEnd"/>
      <w:r w:rsidRPr="00E20C58">
        <w:rPr>
          <w:lang w:val="ru-RU"/>
        </w:rPr>
        <w:t xml:space="preserve"> пен </w:t>
      </w:r>
      <w:proofErr w:type="spellStart"/>
      <w:r w:rsidRPr="00E20C58">
        <w:rPr>
          <w:lang w:val="ru-RU"/>
        </w:rPr>
        <w:t>заңнаманы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іске</w:t>
      </w:r>
      <w:proofErr w:type="spellEnd"/>
      <w:r w:rsidRPr="00E20C58">
        <w:rPr>
          <w:lang w:val="ru-RU"/>
        </w:rPr>
        <w:t xml:space="preserve"> асыру, кәсіпкерлік </w:t>
      </w:r>
      <w:proofErr w:type="spellStart"/>
      <w:r w:rsidRPr="00E20C58">
        <w:rPr>
          <w:lang w:val="ru-RU"/>
        </w:rPr>
        <w:t>субъектілерімен</w:t>
      </w:r>
      <w:proofErr w:type="spellEnd"/>
      <w:r w:rsidRPr="00E20C58">
        <w:rPr>
          <w:lang w:val="ru-RU"/>
        </w:rPr>
        <w:t xml:space="preserve">, ауыл шаруашылығы </w:t>
      </w:r>
      <w:proofErr w:type="spellStart"/>
      <w:r w:rsidRPr="00E20C58">
        <w:rPr>
          <w:lang w:val="ru-RU"/>
        </w:rPr>
        <w:t>тауар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өндірушілерімен</w:t>
      </w:r>
      <w:proofErr w:type="spellEnd"/>
      <w:r w:rsidRPr="00E20C58">
        <w:rPr>
          <w:lang w:val="ru-RU"/>
        </w:rPr>
        <w:t xml:space="preserve"> және </w:t>
      </w:r>
      <w:proofErr w:type="spellStart"/>
      <w:r w:rsidRPr="00E20C58">
        <w:rPr>
          <w:lang w:val="ru-RU"/>
        </w:rPr>
        <w:t>өзге</w:t>
      </w:r>
      <w:proofErr w:type="spellEnd"/>
      <w:r w:rsidRPr="00E20C58">
        <w:rPr>
          <w:lang w:val="ru-RU"/>
        </w:rPr>
        <w:t xml:space="preserve"> де </w:t>
      </w:r>
      <w:proofErr w:type="spellStart"/>
      <w:r w:rsidRPr="00E20C58">
        <w:rPr>
          <w:lang w:val="ru-RU"/>
        </w:rPr>
        <w:t>ұйымдармен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өзара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іс-қимыл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мәселелерін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қамтитын</w:t>
      </w:r>
      <w:proofErr w:type="spellEnd"/>
      <w:r w:rsidRPr="00E20C58">
        <w:rPr>
          <w:lang w:val="ru-RU"/>
        </w:rPr>
        <w:t xml:space="preserve"> 19 </w:t>
      </w:r>
      <w:proofErr w:type="spellStart"/>
      <w:r w:rsidRPr="00E20C58">
        <w:rPr>
          <w:lang w:val="ru-RU"/>
        </w:rPr>
        <w:t>функцияны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қамтиды</w:t>
      </w:r>
      <w:proofErr w:type="spellEnd"/>
      <w:r w:rsidRPr="00E20C58">
        <w:rPr>
          <w:lang w:val="ru-RU"/>
        </w:rPr>
        <w:t>.</w:t>
      </w:r>
    </w:p>
    <w:p w:rsidR="00E20C58" w:rsidRDefault="00E20C58" w:rsidP="00735B4C">
      <w:pPr>
        <w:jc w:val="both"/>
        <w:rPr>
          <w:lang w:val="ru-RU"/>
        </w:rPr>
      </w:pPr>
      <w:r>
        <w:rPr>
          <w:lang w:val="ru-RU"/>
        </w:rPr>
        <w:t xml:space="preserve">     </w:t>
      </w:r>
      <w:proofErr w:type="spellStart"/>
      <w:r w:rsidRPr="00E20C58">
        <w:rPr>
          <w:lang w:val="ru-RU"/>
        </w:rPr>
        <w:t>Жалпы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ереже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міндеттердің</w:t>
      </w:r>
      <w:proofErr w:type="spellEnd"/>
      <w:r w:rsidRPr="00E20C58">
        <w:rPr>
          <w:lang w:val="ru-RU"/>
        </w:rPr>
        <w:t xml:space="preserve"> аз </w:t>
      </w:r>
      <w:proofErr w:type="spellStart"/>
      <w:r w:rsidRPr="00E20C58">
        <w:rPr>
          <w:lang w:val="ru-RU"/>
        </w:rPr>
        <w:t>көлемімен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функциялардың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едәуір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санын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көздейді</w:t>
      </w:r>
      <w:proofErr w:type="spellEnd"/>
      <w:r w:rsidRPr="00E20C58">
        <w:rPr>
          <w:lang w:val="ru-RU"/>
        </w:rPr>
        <w:t xml:space="preserve">, </w:t>
      </w:r>
      <w:proofErr w:type="spellStart"/>
      <w:r w:rsidRPr="00E20C58">
        <w:rPr>
          <w:lang w:val="ru-RU"/>
        </w:rPr>
        <w:t>бұл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бір</w:t>
      </w:r>
      <w:proofErr w:type="spellEnd"/>
      <w:r w:rsidRPr="00E20C58">
        <w:rPr>
          <w:lang w:val="ru-RU"/>
        </w:rPr>
        <w:t xml:space="preserve"> мемлекеттік орган </w:t>
      </w:r>
      <w:proofErr w:type="spellStart"/>
      <w:r w:rsidRPr="00E20C58">
        <w:rPr>
          <w:lang w:val="ru-RU"/>
        </w:rPr>
        <w:t>шеңберінде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әртүрлі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өкілеттіктердің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шоғырлануын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көрсетеді</w:t>
      </w:r>
      <w:proofErr w:type="spellEnd"/>
      <w:r w:rsidRPr="00E20C58">
        <w:rPr>
          <w:lang w:val="ru-RU"/>
        </w:rPr>
        <w:t>.</w:t>
      </w:r>
    </w:p>
    <w:p w:rsidR="009A6213" w:rsidRPr="00135229" w:rsidRDefault="00501930" w:rsidP="00E20C58">
      <w:pPr>
        <w:jc w:val="center"/>
        <w:rPr>
          <w:lang w:val="ru-RU"/>
        </w:rPr>
      </w:pPr>
      <w:r>
        <w:rPr>
          <w:b/>
        </w:rPr>
        <w:t>II</w:t>
      </w:r>
      <w:r w:rsidRPr="00135229">
        <w:rPr>
          <w:b/>
          <w:lang w:val="ru-RU"/>
        </w:rPr>
        <w:t xml:space="preserve">. </w:t>
      </w:r>
      <w:r w:rsidR="00E20C58" w:rsidRPr="00E20C58">
        <w:rPr>
          <w:b/>
          <w:lang w:val="ru-RU"/>
        </w:rPr>
        <w:t>КАДР САЯСАТЫ</w:t>
      </w:r>
    </w:p>
    <w:p w:rsidR="009A6213" w:rsidRPr="00135229" w:rsidRDefault="00501930" w:rsidP="00C96360">
      <w:pPr>
        <w:jc w:val="center"/>
        <w:rPr>
          <w:lang w:val="ru-RU"/>
        </w:rPr>
      </w:pPr>
      <w:r w:rsidRPr="00135229">
        <w:rPr>
          <w:b/>
          <w:lang w:val="ru-RU"/>
        </w:rPr>
        <w:t xml:space="preserve">2.1. </w:t>
      </w:r>
      <w:proofErr w:type="spellStart"/>
      <w:r w:rsidR="00E20C58" w:rsidRPr="00E20C58">
        <w:rPr>
          <w:b/>
          <w:lang w:val="ru-RU"/>
        </w:rPr>
        <w:t>Бөлімнің</w:t>
      </w:r>
      <w:proofErr w:type="spellEnd"/>
      <w:r w:rsidR="00E20C58" w:rsidRPr="00E20C58">
        <w:rPr>
          <w:b/>
          <w:lang w:val="ru-RU"/>
        </w:rPr>
        <w:t xml:space="preserve"> кадр </w:t>
      </w:r>
      <w:proofErr w:type="spellStart"/>
      <w:r w:rsidR="00E20C58" w:rsidRPr="00E20C58">
        <w:rPr>
          <w:b/>
          <w:lang w:val="ru-RU"/>
        </w:rPr>
        <w:t>саясаты</w:t>
      </w:r>
      <w:proofErr w:type="spellEnd"/>
    </w:p>
    <w:p w:rsidR="009A6213" w:rsidRPr="00135229" w:rsidRDefault="00E20C58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E20C58">
        <w:rPr>
          <w:lang w:val="ru-RU"/>
        </w:rPr>
        <w:t>Бөлімнің</w:t>
      </w:r>
      <w:proofErr w:type="spellEnd"/>
      <w:r w:rsidRPr="00E20C58">
        <w:rPr>
          <w:lang w:val="ru-RU"/>
        </w:rPr>
        <w:t xml:space="preserve"> мемлекеттік </w:t>
      </w:r>
      <w:proofErr w:type="spellStart"/>
      <w:r w:rsidRPr="00E20C58">
        <w:rPr>
          <w:lang w:val="ru-RU"/>
        </w:rPr>
        <w:t>қызметшілерінің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штаттық</w:t>
      </w:r>
      <w:proofErr w:type="spellEnd"/>
      <w:r w:rsidRPr="00E20C58">
        <w:rPr>
          <w:lang w:val="ru-RU"/>
        </w:rPr>
        <w:t xml:space="preserve"> және </w:t>
      </w:r>
      <w:proofErr w:type="spellStart"/>
      <w:r w:rsidRPr="00E20C58">
        <w:rPr>
          <w:lang w:val="ru-RU"/>
        </w:rPr>
        <w:t>нақты</w:t>
      </w:r>
      <w:proofErr w:type="spellEnd"/>
      <w:r w:rsidRPr="00E20C58">
        <w:rPr>
          <w:lang w:val="ru-RU"/>
        </w:rPr>
        <w:t xml:space="preserve"> саны 2026 жылғы </w:t>
      </w:r>
      <w:proofErr w:type="spellStart"/>
      <w:r w:rsidRPr="00E20C58">
        <w:rPr>
          <w:lang w:val="ru-RU"/>
        </w:rPr>
        <w:t>мамырдағы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жағдай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бойынша</w:t>
      </w:r>
      <w:proofErr w:type="spellEnd"/>
      <w:r w:rsidRPr="00E20C58">
        <w:rPr>
          <w:lang w:val="ru-RU"/>
        </w:rPr>
        <w:t xml:space="preserve"> 6 </w:t>
      </w:r>
      <w:proofErr w:type="spellStart"/>
      <w:r w:rsidRPr="00E20C58">
        <w:rPr>
          <w:lang w:val="ru-RU"/>
        </w:rPr>
        <w:t>бірлікті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құрайды</w:t>
      </w:r>
      <w:proofErr w:type="spellEnd"/>
      <w:r w:rsidR="00501930" w:rsidRPr="00135229">
        <w:rPr>
          <w:lang w:val="ru-RU"/>
        </w:rPr>
        <w:t>.</w:t>
      </w:r>
    </w:p>
    <w:p w:rsidR="00E20C58" w:rsidRDefault="00E20C58" w:rsidP="00C96360">
      <w:pPr>
        <w:spacing w:after="120"/>
        <w:ind w:firstLine="400"/>
        <w:jc w:val="both"/>
        <w:rPr>
          <w:lang w:val="ru-RU"/>
        </w:rPr>
      </w:pPr>
      <w:r>
        <w:rPr>
          <w:lang w:val="ru-RU"/>
        </w:rPr>
        <w:t>«</w:t>
      </w:r>
      <w:r w:rsidRPr="00E20C58">
        <w:rPr>
          <w:lang w:val="ru-RU"/>
        </w:rPr>
        <w:t xml:space="preserve">Қазақстан Республикасының мемлекеттік </w:t>
      </w:r>
      <w:proofErr w:type="spellStart"/>
      <w:r w:rsidRPr="00E20C58">
        <w:rPr>
          <w:lang w:val="ru-RU"/>
        </w:rPr>
        <w:t>қызметі</w:t>
      </w:r>
      <w:proofErr w:type="spellEnd"/>
      <w:r w:rsidRPr="00E20C58">
        <w:rPr>
          <w:lang w:val="ru-RU"/>
        </w:rPr>
        <w:t xml:space="preserve"> туралы</w:t>
      </w:r>
      <w:r>
        <w:rPr>
          <w:lang w:val="ru-RU"/>
        </w:rPr>
        <w:t>»</w:t>
      </w:r>
      <w:r w:rsidRPr="00E20C58">
        <w:rPr>
          <w:lang w:val="ru-RU"/>
        </w:rPr>
        <w:t xml:space="preserve"> Қазақстан Республикасы </w:t>
      </w:r>
      <w:proofErr w:type="spellStart"/>
      <w:r w:rsidRPr="00E20C58">
        <w:rPr>
          <w:lang w:val="ru-RU"/>
        </w:rPr>
        <w:t>Заңының</w:t>
      </w:r>
      <w:proofErr w:type="spellEnd"/>
      <w:r w:rsidRPr="00E20C58">
        <w:rPr>
          <w:lang w:val="ru-RU"/>
        </w:rPr>
        <w:t xml:space="preserve"> 8-бабына сәйкес</w:t>
      </w:r>
      <w:r>
        <w:rPr>
          <w:lang w:val="ru-RU"/>
        </w:rPr>
        <w:t>,</w:t>
      </w:r>
      <w:r w:rsidRPr="00E20C58">
        <w:rPr>
          <w:lang w:val="ru-RU"/>
        </w:rPr>
        <w:t xml:space="preserve"> мемлекеттік </w:t>
      </w:r>
      <w:proofErr w:type="spellStart"/>
      <w:r w:rsidRPr="00E20C58">
        <w:rPr>
          <w:lang w:val="ru-RU"/>
        </w:rPr>
        <w:t>қызметшінің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мәртебесі</w:t>
      </w:r>
      <w:proofErr w:type="spellEnd"/>
      <w:r w:rsidRPr="00E20C58">
        <w:rPr>
          <w:lang w:val="ru-RU"/>
        </w:rPr>
        <w:t xml:space="preserve"> мемлекеттік </w:t>
      </w:r>
      <w:proofErr w:type="spellStart"/>
      <w:r w:rsidRPr="00E20C58">
        <w:rPr>
          <w:lang w:val="ru-RU"/>
        </w:rPr>
        <w:t>қызметте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болуға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байланысты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заңнамада</w:t>
      </w:r>
      <w:proofErr w:type="spellEnd"/>
      <w:r w:rsidRPr="00E20C58">
        <w:rPr>
          <w:lang w:val="ru-RU"/>
        </w:rPr>
        <w:t xml:space="preserve"> белгіленген </w:t>
      </w:r>
      <w:proofErr w:type="spellStart"/>
      <w:r w:rsidRPr="00E20C58">
        <w:rPr>
          <w:lang w:val="ru-RU"/>
        </w:rPr>
        <w:t>шектеулері</w:t>
      </w:r>
      <w:proofErr w:type="spellEnd"/>
      <w:r w:rsidRPr="00E20C58">
        <w:rPr>
          <w:lang w:val="ru-RU"/>
        </w:rPr>
        <w:t xml:space="preserve"> бар Қазақстан Республикасының </w:t>
      </w:r>
      <w:proofErr w:type="spellStart"/>
      <w:r w:rsidRPr="00E20C58">
        <w:rPr>
          <w:lang w:val="ru-RU"/>
        </w:rPr>
        <w:t>азаматы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ретіндегі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жалпы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құқықтарды</w:t>
      </w:r>
      <w:proofErr w:type="spellEnd"/>
      <w:r w:rsidRPr="00E20C58">
        <w:rPr>
          <w:lang w:val="ru-RU"/>
        </w:rPr>
        <w:t xml:space="preserve">, </w:t>
      </w:r>
      <w:proofErr w:type="spellStart"/>
      <w:r w:rsidRPr="00E20C58">
        <w:rPr>
          <w:lang w:val="ru-RU"/>
        </w:rPr>
        <w:t>бостандықтар</w:t>
      </w:r>
      <w:proofErr w:type="spellEnd"/>
      <w:r w:rsidRPr="00E20C58">
        <w:rPr>
          <w:lang w:val="ru-RU"/>
        </w:rPr>
        <w:t xml:space="preserve"> </w:t>
      </w:r>
      <w:r w:rsidRPr="00E20C58">
        <w:rPr>
          <w:lang w:val="ru-RU"/>
        </w:rPr>
        <w:lastRenderedPageBreak/>
        <w:t xml:space="preserve">мен </w:t>
      </w:r>
      <w:proofErr w:type="spellStart"/>
      <w:r w:rsidRPr="00E20C58">
        <w:rPr>
          <w:lang w:val="ru-RU"/>
        </w:rPr>
        <w:t>міндеттерді</w:t>
      </w:r>
      <w:proofErr w:type="spellEnd"/>
      <w:r w:rsidRPr="00E20C58">
        <w:rPr>
          <w:lang w:val="ru-RU"/>
        </w:rPr>
        <w:t xml:space="preserve">, </w:t>
      </w:r>
      <w:proofErr w:type="spellStart"/>
      <w:r w:rsidRPr="00E20C58">
        <w:rPr>
          <w:lang w:val="ru-RU"/>
        </w:rPr>
        <w:t>сондай-ақ</w:t>
      </w:r>
      <w:proofErr w:type="spellEnd"/>
      <w:r w:rsidRPr="00E20C58">
        <w:rPr>
          <w:lang w:val="ru-RU"/>
        </w:rPr>
        <w:t xml:space="preserve"> мемлекеттік </w:t>
      </w:r>
      <w:proofErr w:type="spellStart"/>
      <w:r w:rsidRPr="00E20C58">
        <w:rPr>
          <w:lang w:val="ru-RU"/>
        </w:rPr>
        <w:t>қызметтің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ерекшеліктеріне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байланысты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құқықтарды</w:t>
      </w:r>
      <w:proofErr w:type="spellEnd"/>
      <w:r w:rsidRPr="00E20C58">
        <w:rPr>
          <w:lang w:val="ru-RU"/>
        </w:rPr>
        <w:t xml:space="preserve">, </w:t>
      </w:r>
      <w:proofErr w:type="spellStart"/>
      <w:r w:rsidRPr="00E20C58">
        <w:rPr>
          <w:lang w:val="ru-RU"/>
        </w:rPr>
        <w:t>міндеттер</w:t>
      </w:r>
      <w:proofErr w:type="spellEnd"/>
      <w:r w:rsidRPr="00E20C58">
        <w:rPr>
          <w:lang w:val="ru-RU"/>
        </w:rPr>
        <w:t xml:space="preserve"> мен </w:t>
      </w:r>
      <w:proofErr w:type="spellStart"/>
      <w:r w:rsidRPr="00E20C58">
        <w:rPr>
          <w:lang w:val="ru-RU"/>
        </w:rPr>
        <w:t>жауапкершілікті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қамтиды</w:t>
      </w:r>
      <w:proofErr w:type="spellEnd"/>
      <w:r w:rsidRPr="00E20C58">
        <w:rPr>
          <w:lang w:val="ru-RU"/>
        </w:rPr>
        <w:t>.</w:t>
      </w:r>
    </w:p>
    <w:p w:rsidR="00E20C58" w:rsidRDefault="00E20C58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E20C58">
        <w:rPr>
          <w:lang w:val="ru-RU"/>
        </w:rPr>
        <w:t>Сыбайлас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жемқорлық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тәуекелдерін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сыртқы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талдау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шеңберінде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бөлім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қызметкерлерін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сыбайлас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жемқорлыққа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қарсы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шектеулермен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таныстыру</w:t>
      </w:r>
      <w:proofErr w:type="spellEnd"/>
      <w:r w:rsidRPr="00E20C58">
        <w:rPr>
          <w:lang w:val="ru-RU"/>
        </w:rPr>
        <w:t xml:space="preserve"> туралы </w:t>
      </w:r>
      <w:proofErr w:type="spellStart"/>
      <w:r w:rsidRPr="00E20C58">
        <w:rPr>
          <w:lang w:val="ru-RU"/>
        </w:rPr>
        <w:t>мәліметтер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зерделенді</w:t>
      </w:r>
      <w:proofErr w:type="spellEnd"/>
      <w:r w:rsidRPr="00E20C58">
        <w:rPr>
          <w:lang w:val="ru-RU"/>
        </w:rPr>
        <w:t>.</w:t>
      </w:r>
    </w:p>
    <w:p w:rsidR="009A6213" w:rsidRPr="00135229" w:rsidRDefault="00E20C58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E20C58">
        <w:rPr>
          <w:lang w:val="ru-RU"/>
        </w:rPr>
        <w:t>Бөлімде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ұзақ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уақыт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жұмыс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істейтін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мамандар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ағымдағы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жылы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ғана</w:t>
      </w:r>
      <w:proofErr w:type="spellEnd"/>
      <w:r w:rsidRPr="00E20C58">
        <w:rPr>
          <w:lang w:val="ru-RU"/>
        </w:rPr>
        <w:t xml:space="preserve"> жаңа </w:t>
      </w:r>
      <w:proofErr w:type="spellStart"/>
      <w:r w:rsidRPr="00E20C58">
        <w:rPr>
          <w:lang w:val="ru-RU"/>
        </w:rPr>
        <w:t>шектеулермен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танысқаны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анықталды</w:t>
      </w:r>
      <w:proofErr w:type="spellEnd"/>
      <w:r w:rsidRPr="00E20C58">
        <w:rPr>
          <w:lang w:val="ru-RU"/>
        </w:rPr>
        <w:t xml:space="preserve">. </w:t>
      </w:r>
      <w:proofErr w:type="spellStart"/>
      <w:r w:rsidRPr="00E20C58">
        <w:rPr>
          <w:lang w:val="ru-RU"/>
        </w:rPr>
        <w:t>Бұл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ретте</w:t>
      </w:r>
      <w:proofErr w:type="spellEnd"/>
      <w:r w:rsidRPr="00E20C58">
        <w:rPr>
          <w:lang w:val="ru-RU"/>
        </w:rPr>
        <w:t xml:space="preserve"> жаңа </w:t>
      </w:r>
      <w:proofErr w:type="spellStart"/>
      <w:r>
        <w:rPr>
          <w:lang w:val="ru-RU"/>
        </w:rPr>
        <w:t>келген</w:t>
      </w:r>
      <w:proofErr w:type="spellEnd"/>
      <w:r>
        <w:rPr>
          <w:lang w:val="ru-RU"/>
        </w:rPr>
        <w:t xml:space="preserve"> </w:t>
      </w:r>
      <w:proofErr w:type="spellStart"/>
      <w:r w:rsidRPr="00E20C58">
        <w:rPr>
          <w:lang w:val="ru-RU"/>
        </w:rPr>
        <w:t>мамандар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сыбайлас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жемқорлыққа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қарсы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шектеулермен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уақ</w:t>
      </w:r>
      <w:r>
        <w:rPr>
          <w:lang w:val="ru-RU"/>
        </w:rPr>
        <w:t>ы</w:t>
      </w:r>
      <w:r w:rsidRPr="00E20C58">
        <w:rPr>
          <w:lang w:val="ru-RU"/>
        </w:rPr>
        <w:t>тылы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таныспа</w:t>
      </w:r>
      <w:r w:rsidR="0029725D">
        <w:rPr>
          <w:lang w:val="ru-RU"/>
        </w:rPr>
        <w:t>ған</w:t>
      </w:r>
      <w:proofErr w:type="spellEnd"/>
      <w:r w:rsidRPr="00E20C58">
        <w:rPr>
          <w:lang w:val="ru-RU"/>
        </w:rPr>
        <w:t xml:space="preserve"> және </w:t>
      </w:r>
      <w:proofErr w:type="spellStart"/>
      <w:r w:rsidRPr="00E20C58">
        <w:rPr>
          <w:lang w:val="ru-RU"/>
        </w:rPr>
        <w:t>қол</w:t>
      </w:r>
      <w:r w:rsidR="0029725D">
        <w:rPr>
          <w:lang w:val="ru-RU"/>
        </w:rPr>
        <w:t>дарын</w:t>
      </w:r>
      <w:proofErr w:type="spellEnd"/>
      <w:r w:rsidRPr="00E20C58">
        <w:rPr>
          <w:lang w:val="ru-RU"/>
        </w:rPr>
        <w:t xml:space="preserve"> </w:t>
      </w:r>
      <w:proofErr w:type="spellStart"/>
      <w:r w:rsidRPr="00E20C58">
        <w:rPr>
          <w:lang w:val="ru-RU"/>
        </w:rPr>
        <w:t>қойма</w:t>
      </w:r>
      <w:r w:rsidR="0029725D">
        <w:rPr>
          <w:lang w:val="ru-RU"/>
        </w:rPr>
        <w:t>ған</w:t>
      </w:r>
      <w:proofErr w:type="spellEnd"/>
      <w:r w:rsidR="00501930" w:rsidRPr="00135229">
        <w:rPr>
          <w:lang w:val="ru-RU"/>
        </w:rPr>
        <w:t>.</w:t>
      </w:r>
    </w:p>
    <w:p w:rsidR="009A6213" w:rsidRPr="00135229" w:rsidRDefault="0029725D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29725D">
        <w:rPr>
          <w:lang w:val="ru-RU"/>
        </w:rPr>
        <w:t>Осылайша</w:t>
      </w:r>
      <w:proofErr w:type="spellEnd"/>
      <w:r w:rsidRPr="0029725D">
        <w:rPr>
          <w:lang w:val="ru-RU"/>
        </w:rPr>
        <w:t xml:space="preserve">, мемлекеттік </w:t>
      </w:r>
      <w:proofErr w:type="spellStart"/>
      <w:r w:rsidRPr="0029725D">
        <w:rPr>
          <w:lang w:val="ru-RU"/>
        </w:rPr>
        <w:t>қызметшілерді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сыбайлас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жемқорлыққа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қарсы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шектеулермен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таныстыру</w:t>
      </w:r>
      <w:proofErr w:type="spellEnd"/>
      <w:r w:rsidRPr="0029725D">
        <w:rPr>
          <w:lang w:val="ru-RU"/>
        </w:rPr>
        <w:t xml:space="preserve"> </w:t>
      </w:r>
      <w:proofErr w:type="spellStart"/>
      <w:r>
        <w:rPr>
          <w:lang w:val="ru-RU"/>
        </w:rPr>
        <w:t>немқұрайлы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сипатта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болады</w:t>
      </w:r>
      <w:proofErr w:type="spellEnd"/>
      <w:r w:rsidRPr="0029725D">
        <w:rPr>
          <w:lang w:val="ru-RU"/>
        </w:rPr>
        <w:t xml:space="preserve"> және </w:t>
      </w:r>
      <w:proofErr w:type="spellStart"/>
      <w:r w:rsidRPr="0029725D">
        <w:rPr>
          <w:lang w:val="ru-RU"/>
        </w:rPr>
        <w:t>заңнаманың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өзгеруіне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байланысты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кейіннен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өзекті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танысусыз</w:t>
      </w:r>
      <w:proofErr w:type="spellEnd"/>
      <w:r w:rsidRPr="0029725D">
        <w:rPr>
          <w:lang w:val="ru-RU"/>
        </w:rPr>
        <w:t xml:space="preserve"> </w:t>
      </w:r>
      <w:r>
        <w:rPr>
          <w:lang w:val="ru-RU"/>
        </w:rPr>
        <w:t>м</w:t>
      </w:r>
      <w:r w:rsidRPr="0029725D">
        <w:rPr>
          <w:lang w:val="ru-RU"/>
        </w:rPr>
        <w:t xml:space="preserve">емлекеттік </w:t>
      </w:r>
      <w:proofErr w:type="spellStart"/>
      <w:r w:rsidRPr="0029725D">
        <w:rPr>
          <w:lang w:val="ru-RU"/>
        </w:rPr>
        <w:t>қызметке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кіру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сәтімен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шектеледі</w:t>
      </w:r>
      <w:proofErr w:type="spellEnd"/>
      <w:r w:rsidR="00501930" w:rsidRPr="00135229">
        <w:rPr>
          <w:lang w:val="ru-RU"/>
        </w:rPr>
        <w:t>.</w:t>
      </w:r>
    </w:p>
    <w:p w:rsidR="0029725D" w:rsidRPr="0029725D" w:rsidRDefault="0029725D" w:rsidP="0029725D">
      <w:pPr>
        <w:spacing w:after="120"/>
        <w:ind w:firstLine="400"/>
        <w:jc w:val="both"/>
        <w:rPr>
          <w:lang w:val="ru-RU"/>
        </w:rPr>
      </w:pPr>
      <w:proofErr w:type="spellStart"/>
      <w:r w:rsidRPr="0029725D">
        <w:rPr>
          <w:b/>
          <w:lang w:val="ru-RU"/>
        </w:rPr>
        <w:t>Сыбайлас</w:t>
      </w:r>
      <w:proofErr w:type="spellEnd"/>
      <w:r w:rsidRPr="0029725D">
        <w:rPr>
          <w:b/>
          <w:lang w:val="ru-RU"/>
        </w:rPr>
        <w:t xml:space="preserve"> </w:t>
      </w:r>
      <w:proofErr w:type="spellStart"/>
      <w:r w:rsidRPr="0029725D">
        <w:rPr>
          <w:b/>
          <w:lang w:val="ru-RU"/>
        </w:rPr>
        <w:t>жемқорлық</w:t>
      </w:r>
      <w:proofErr w:type="spellEnd"/>
      <w:r w:rsidRPr="0029725D">
        <w:rPr>
          <w:b/>
          <w:lang w:val="ru-RU"/>
        </w:rPr>
        <w:t xml:space="preserve"> </w:t>
      </w:r>
      <w:proofErr w:type="spellStart"/>
      <w:r w:rsidRPr="0029725D">
        <w:rPr>
          <w:b/>
          <w:lang w:val="ru-RU"/>
        </w:rPr>
        <w:t>тәуекелі</w:t>
      </w:r>
      <w:proofErr w:type="spellEnd"/>
      <w:r w:rsidRPr="0029725D">
        <w:rPr>
          <w:b/>
          <w:lang w:val="ru-RU"/>
        </w:rPr>
        <w:t>:</w:t>
      </w:r>
      <w:r w:rsidRPr="0029725D">
        <w:rPr>
          <w:lang w:val="ru-RU"/>
        </w:rPr>
        <w:t xml:space="preserve"> </w:t>
      </w:r>
      <w:proofErr w:type="spellStart"/>
      <w:r>
        <w:rPr>
          <w:lang w:val="ru-RU"/>
        </w:rPr>
        <w:t>ж</w:t>
      </w:r>
      <w:r w:rsidRPr="0029725D">
        <w:rPr>
          <w:lang w:val="ru-RU"/>
        </w:rPr>
        <w:t>аңадан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қабылданған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сыбайлас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жемқорлыққа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қарсы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шектеулерді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орындамау</w:t>
      </w:r>
      <w:proofErr w:type="spellEnd"/>
      <w:r w:rsidRPr="0029725D">
        <w:rPr>
          <w:lang w:val="ru-RU"/>
        </w:rPr>
        <w:t xml:space="preserve">, </w:t>
      </w:r>
      <w:proofErr w:type="spellStart"/>
      <w:r w:rsidRPr="0029725D">
        <w:rPr>
          <w:lang w:val="ru-RU"/>
        </w:rPr>
        <w:t>қызметкерлердің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заңнама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талаптарымен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таныстырылуын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растаудың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жоқтығы</w:t>
      </w:r>
      <w:proofErr w:type="spellEnd"/>
      <w:r w:rsidRPr="0029725D">
        <w:rPr>
          <w:lang w:val="ru-RU"/>
        </w:rPr>
        <w:t xml:space="preserve"> және </w:t>
      </w:r>
      <w:proofErr w:type="spellStart"/>
      <w:r w:rsidRPr="0029725D">
        <w:rPr>
          <w:lang w:val="ru-RU"/>
        </w:rPr>
        <w:t>сыбайлас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жемқорлыққа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қарсы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профилактикалық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жұмыстардың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формалды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түрде</w:t>
      </w:r>
      <w:proofErr w:type="spellEnd"/>
      <w:r w:rsidRPr="0029725D">
        <w:rPr>
          <w:lang w:val="ru-RU"/>
        </w:rPr>
        <w:t xml:space="preserve"> </w:t>
      </w:r>
      <w:proofErr w:type="spellStart"/>
      <w:r w:rsidRPr="0029725D">
        <w:rPr>
          <w:lang w:val="ru-RU"/>
        </w:rPr>
        <w:t>жүргізілуі</w:t>
      </w:r>
      <w:proofErr w:type="spellEnd"/>
      <w:r w:rsidR="003D1A81">
        <w:rPr>
          <w:lang w:val="ru-RU"/>
        </w:rPr>
        <w:t>.</w:t>
      </w:r>
    </w:p>
    <w:p w:rsidR="009A6213" w:rsidRPr="00135229" w:rsidRDefault="003D1A81" w:rsidP="003D1A81">
      <w:pPr>
        <w:spacing w:after="120"/>
        <w:ind w:firstLine="400"/>
        <w:jc w:val="both"/>
        <w:rPr>
          <w:lang w:val="ru-RU"/>
        </w:rPr>
      </w:pPr>
      <w:proofErr w:type="spellStart"/>
      <w:r w:rsidRPr="003D1A81">
        <w:rPr>
          <w:b/>
          <w:lang w:val="ru-RU"/>
        </w:rPr>
        <w:t>Ұсыныс</w:t>
      </w:r>
      <w:proofErr w:type="spellEnd"/>
      <w:r w:rsidR="00501930" w:rsidRPr="003D1A81">
        <w:rPr>
          <w:b/>
          <w:lang w:val="ru-RU"/>
        </w:rPr>
        <w:t>:</w:t>
      </w:r>
      <w:r w:rsidR="00501930" w:rsidRPr="00135229">
        <w:rPr>
          <w:lang w:val="ru-RU"/>
        </w:rPr>
        <w:t xml:space="preserve"> </w:t>
      </w:r>
      <w:proofErr w:type="spellStart"/>
      <w:r w:rsidRPr="003D1A81">
        <w:rPr>
          <w:lang w:val="ru-RU"/>
        </w:rPr>
        <w:t>Бөлімнің</w:t>
      </w:r>
      <w:proofErr w:type="spellEnd"/>
      <w:r w:rsidRPr="003D1A81">
        <w:rPr>
          <w:lang w:val="ru-RU"/>
        </w:rPr>
        <w:t xml:space="preserve"> мемлекеттік </w:t>
      </w:r>
      <w:proofErr w:type="spellStart"/>
      <w:r w:rsidRPr="003D1A81">
        <w:rPr>
          <w:lang w:val="ru-RU"/>
        </w:rPr>
        <w:t>қызметшілерін</w:t>
      </w:r>
      <w:proofErr w:type="spellEnd"/>
      <w:r w:rsidRPr="003D1A81">
        <w:rPr>
          <w:lang w:val="ru-RU"/>
        </w:rPr>
        <w:t xml:space="preserve"> Қазақстан Республикасының заңнамасында белгіленген </w:t>
      </w:r>
      <w:proofErr w:type="spellStart"/>
      <w:r w:rsidRPr="003D1A81">
        <w:rPr>
          <w:lang w:val="ru-RU"/>
        </w:rPr>
        <w:t>сыбайлас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жемқорлыққа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қарсы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шектеулермен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таныстыру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жұмыстарын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ұйымдастыру</w:t>
      </w:r>
      <w:proofErr w:type="spellEnd"/>
      <w:r w:rsidRPr="003D1A81">
        <w:rPr>
          <w:lang w:val="ru-RU"/>
        </w:rPr>
        <w:t xml:space="preserve">, </w:t>
      </w:r>
      <w:proofErr w:type="spellStart"/>
      <w:r w:rsidRPr="003D1A81">
        <w:rPr>
          <w:lang w:val="ru-RU"/>
        </w:rPr>
        <w:t>сондай-ақ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қызметкерлердің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жеке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қолтаңбасы</w:t>
      </w:r>
      <w:proofErr w:type="spellEnd"/>
      <w:r w:rsidRPr="003D1A81">
        <w:rPr>
          <w:lang w:val="ru-RU"/>
        </w:rPr>
        <w:t xml:space="preserve"> мен </w:t>
      </w:r>
      <w:proofErr w:type="spellStart"/>
      <w:r w:rsidRPr="003D1A81">
        <w:rPr>
          <w:lang w:val="ru-RU"/>
        </w:rPr>
        <w:t>танысқан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күнін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қойғызу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арқылы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тиісті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құжатт</w:t>
      </w:r>
      <w:r>
        <w:rPr>
          <w:lang w:val="ru-RU"/>
        </w:rPr>
        <w:t>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ресімдеу</w:t>
      </w:r>
      <w:proofErr w:type="spellEnd"/>
      <w:r>
        <w:rPr>
          <w:lang w:val="ru-RU"/>
        </w:rPr>
        <w:t xml:space="preserve"> қамтамасыз </w:t>
      </w:r>
      <w:proofErr w:type="spellStart"/>
      <w:r>
        <w:rPr>
          <w:lang w:val="ru-RU"/>
        </w:rPr>
        <w:t>етілсін</w:t>
      </w:r>
      <w:proofErr w:type="spellEnd"/>
      <w:r>
        <w:rPr>
          <w:lang w:val="ru-RU"/>
        </w:rPr>
        <w:t>.</w:t>
      </w:r>
      <w:r>
        <w:rPr>
          <w:lang w:val="ru-RU"/>
        </w:rPr>
        <w:br/>
      </w:r>
      <w:r>
        <w:rPr>
          <w:lang w:val="ru-RU"/>
        </w:rPr>
        <w:br/>
      </w:r>
      <w:r w:rsidR="00501930">
        <w:rPr>
          <w:b/>
        </w:rPr>
        <w:t>III</w:t>
      </w:r>
      <w:r w:rsidR="00501930" w:rsidRPr="00135229">
        <w:rPr>
          <w:b/>
          <w:lang w:val="ru-RU"/>
        </w:rPr>
        <w:t xml:space="preserve">. </w:t>
      </w:r>
      <w:r w:rsidRPr="003D1A81">
        <w:rPr>
          <w:b/>
          <w:lang w:val="ru-RU"/>
        </w:rPr>
        <w:t>АНЫҚТАЛҒАН СЫБАЙЛАС ЖЕМҚОРЛЫҚ ТӘУЕКЕЛДЕРІ ЖӘНЕ БӨЛІМ ҚЫЗМЕТІНДЕГІ ЗАҢНАМА ТАЛАПТАРЫНЫҢ БҰЗЫЛУЫ</w:t>
      </w:r>
    </w:p>
    <w:p w:rsidR="009A6213" w:rsidRPr="00135229" w:rsidRDefault="00501930" w:rsidP="00C96360">
      <w:pPr>
        <w:jc w:val="center"/>
        <w:rPr>
          <w:lang w:val="ru-RU"/>
        </w:rPr>
      </w:pPr>
      <w:r w:rsidRPr="00135229">
        <w:rPr>
          <w:b/>
          <w:lang w:val="ru-RU"/>
        </w:rPr>
        <w:t xml:space="preserve">3.1. </w:t>
      </w:r>
      <w:proofErr w:type="spellStart"/>
      <w:r w:rsidR="003D1A81" w:rsidRPr="003D1A81">
        <w:rPr>
          <w:b/>
          <w:lang w:val="ru-RU"/>
        </w:rPr>
        <w:t>Сыбайлас</w:t>
      </w:r>
      <w:proofErr w:type="spellEnd"/>
      <w:r w:rsidR="003D1A81" w:rsidRPr="003D1A81">
        <w:rPr>
          <w:b/>
          <w:lang w:val="ru-RU"/>
        </w:rPr>
        <w:t xml:space="preserve"> </w:t>
      </w:r>
      <w:proofErr w:type="spellStart"/>
      <w:r w:rsidR="003D1A81" w:rsidRPr="003D1A81">
        <w:rPr>
          <w:b/>
          <w:lang w:val="ru-RU"/>
        </w:rPr>
        <w:t>жемқорлық</w:t>
      </w:r>
      <w:proofErr w:type="spellEnd"/>
      <w:r w:rsidR="003D1A81" w:rsidRPr="003D1A81">
        <w:rPr>
          <w:b/>
          <w:lang w:val="ru-RU"/>
        </w:rPr>
        <w:t xml:space="preserve"> </w:t>
      </w:r>
      <w:proofErr w:type="spellStart"/>
      <w:r w:rsidR="003D1A81" w:rsidRPr="003D1A81">
        <w:rPr>
          <w:b/>
          <w:lang w:val="ru-RU"/>
        </w:rPr>
        <w:t>тәуекелдеріне</w:t>
      </w:r>
      <w:proofErr w:type="spellEnd"/>
      <w:r w:rsidR="003D1A81" w:rsidRPr="003D1A81">
        <w:rPr>
          <w:b/>
          <w:lang w:val="ru-RU"/>
        </w:rPr>
        <w:t xml:space="preserve"> </w:t>
      </w:r>
      <w:proofErr w:type="spellStart"/>
      <w:r w:rsidR="003D1A81" w:rsidRPr="003D1A81">
        <w:rPr>
          <w:b/>
          <w:lang w:val="ru-RU"/>
        </w:rPr>
        <w:t>ішкі</w:t>
      </w:r>
      <w:proofErr w:type="spellEnd"/>
      <w:r w:rsidR="003D1A81" w:rsidRPr="003D1A81">
        <w:rPr>
          <w:b/>
          <w:lang w:val="ru-RU"/>
        </w:rPr>
        <w:t xml:space="preserve"> </w:t>
      </w:r>
      <w:proofErr w:type="spellStart"/>
      <w:r w:rsidR="003D1A81" w:rsidRPr="003D1A81">
        <w:rPr>
          <w:b/>
          <w:lang w:val="ru-RU"/>
        </w:rPr>
        <w:t>талдау</w:t>
      </w:r>
      <w:proofErr w:type="spellEnd"/>
      <w:r w:rsidR="003D1A81" w:rsidRPr="003D1A81">
        <w:rPr>
          <w:b/>
          <w:lang w:val="ru-RU"/>
        </w:rPr>
        <w:t xml:space="preserve"> </w:t>
      </w:r>
      <w:proofErr w:type="spellStart"/>
      <w:r w:rsidR="003D1A81" w:rsidRPr="003D1A81">
        <w:rPr>
          <w:b/>
          <w:lang w:val="ru-RU"/>
        </w:rPr>
        <w:t>жүргізбеу</w:t>
      </w:r>
      <w:proofErr w:type="spellEnd"/>
    </w:p>
    <w:p w:rsidR="009A6213" w:rsidRPr="00135229" w:rsidRDefault="003D1A81" w:rsidP="00C96360">
      <w:pPr>
        <w:spacing w:after="120"/>
        <w:ind w:firstLine="400"/>
        <w:jc w:val="both"/>
        <w:rPr>
          <w:lang w:val="ru-RU"/>
        </w:rPr>
      </w:pPr>
      <w:r>
        <w:rPr>
          <w:lang w:val="ru-RU"/>
        </w:rPr>
        <w:t>«</w:t>
      </w:r>
      <w:proofErr w:type="spellStart"/>
      <w:r w:rsidRPr="003D1A81">
        <w:rPr>
          <w:lang w:val="ru-RU"/>
        </w:rPr>
        <w:t>Сыбайлас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</w:t>
      </w:r>
      <w:r>
        <w:rPr>
          <w:lang w:val="ru-RU"/>
        </w:rPr>
        <w:t>мқорлыққа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қарсы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іс-қимыл</w:t>
      </w:r>
      <w:proofErr w:type="spellEnd"/>
      <w:r>
        <w:rPr>
          <w:lang w:val="ru-RU"/>
        </w:rPr>
        <w:t xml:space="preserve"> туралы»</w:t>
      </w:r>
      <w:r w:rsidRPr="003D1A81">
        <w:rPr>
          <w:lang w:val="ru-RU"/>
        </w:rPr>
        <w:t xml:space="preserve"> Қазақстан Республикасы </w:t>
      </w:r>
      <w:proofErr w:type="spellStart"/>
      <w:r w:rsidRPr="003D1A81">
        <w:rPr>
          <w:lang w:val="ru-RU"/>
        </w:rPr>
        <w:t>Заңының</w:t>
      </w:r>
      <w:proofErr w:type="spellEnd"/>
      <w:r w:rsidRPr="003D1A81">
        <w:rPr>
          <w:lang w:val="ru-RU"/>
        </w:rPr>
        <w:t xml:space="preserve"> 8-бабы 5-тармағына және </w:t>
      </w:r>
      <w:proofErr w:type="spellStart"/>
      <w:r>
        <w:rPr>
          <w:lang w:val="ru-RU"/>
        </w:rPr>
        <w:t>с</w:t>
      </w:r>
      <w:r w:rsidRPr="003D1A81">
        <w:rPr>
          <w:lang w:val="ru-RU"/>
        </w:rPr>
        <w:t>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жемқорлық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тәуекелдеріне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ішкі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талдау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жүргізудің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үлгілік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қағидаларына</w:t>
      </w:r>
      <w:proofErr w:type="spellEnd"/>
      <w:r w:rsidRPr="003D1A81">
        <w:rPr>
          <w:lang w:val="ru-RU"/>
        </w:rPr>
        <w:t xml:space="preserve"> сәйкес</w:t>
      </w:r>
      <w:r>
        <w:rPr>
          <w:lang w:val="ru-RU"/>
        </w:rPr>
        <w:t>,</w:t>
      </w:r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сыбайлас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жемқорлық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тәуекелдеріне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ішкі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талдау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жылына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кемінде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бір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рет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жүргізіледі</w:t>
      </w:r>
      <w:proofErr w:type="spellEnd"/>
      <w:r w:rsidR="00501930" w:rsidRPr="00135229">
        <w:rPr>
          <w:lang w:val="ru-RU"/>
        </w:rPr>
        <w:t>.</w:t>
      </w:r>
    </w:p>
    <w:p w:rsidR="009A6213" w:rsidRPr="00135229" w:rsidRDefault="003D1A81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3D1A81">
        <w:rPr>
          <w:lang w:val="ru-RU"/>
        </w:rPr>
        <w:t>Сонымен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қатар</w:t>
      </w:r>
      <w:proofErr w:type="spellEnd"/>
      <w:r w:rsidRPr="003D1A81">
        <w:rPr>
          <w:lang w:val="ru-RU"/>
        </w:rPr>
        <w:t xml:space="preserve">, 2025 </w:t>
      </w:r>
      <w:proofErr w:type="spellStart"/>
      <w:r w:rsidRPr="003D1A81">
        <w:rPr>
          <w:lang w:val="ru-RU"/>
        </w:rPr>
        <w:t>жылы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бөліммен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сыбайлас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жемқорлық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тәуекелдерін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ішкі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талдаудың</w:t>
      </w:r>
      <w:proofErr w:type="spellEnd"/>
      <w:r w:rsidRPr="003D1A81">
        <w:rPr>
          <w:lang w:val="ru-RU"/>
        </w:rPr>
        <w:t xml:space="preserve"> </w:t>
      </w:r>
      <w:proofErr w:type="spellStart"/>
      <w:r>
        <w:rPr>
          <w:lang w:val="ru-RU"/>
        </w:rPr>
        <w:t>т</w:t>
      </w:r>
      <w:r w:rsidRPr="003D1A81">
        <w:rPr>
          <w:lang w:val="ru-RU"/>
        </w:rPr>
        <w:t>алдамалық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анықтамасы</w:t>
      </w:r>
      <w:proofErr w:type="spellEnd"/>
      <w:r w:rsidRPr="003D1A81">
        <w:rPr>
          <w:lang w:val="ru-RU"/>
        </w:rPr>
        <w:t xml:space="preserve"> </w:t>
      </w:r>
      <w:proofErr w:type="spellStart"/>
      <w:r>
        <w:rPr>
          <w:lang w:val="ru-RU"/>
        </w:rPr>
        <w:t>жасалмаған</w:t>
      </w:r>
      <w:proofErr w:type="spellEnd"/>
      <w:r w:rsidRPr="003D1A81">
        <w:rPr>
          <w:lang w:val="ru-RU"/>
        </w:rPr>
        <w:t xml:space="preserve"> және ресми интернет-</w:t>
      </w:r>
      <w:proofErr w:type="spellStart"/>
      <w:r w:rsidRPr="003D1A81">
        <w:rPr>
          <w:lang w:val="ru-RU"/>
        </w:rPr>
        <w:t>ресурста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орналастырылмаған</w:t>
      </w:r>
      <w:proofErr w:type="spellEnd"/>
      <w:r w:rsidR="00501930" w:rsidRPr="00135229">
        <w:rPr>
          <w:lang w:val="ru-RU"/>
        </w:rPr>
        <w:t>.</w:t>
      </w:r>
    </w:p>
    <w:p w:rsidR="009A6213" w:rsidRPr="00135229" w:rsidRDefault="003D1A81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29725D">
        <w:rPr>
          <w:b/>
          <w:lang w:val="ru-RU"/>
        </w:rPr>
        <w:t>Сыбайлас</w:t>
      </w:r>
      <w:proofErr w:type="spellEnd"/>
      <w:r w:rsidRPr="0029725D">
        <w:rPr>
          <w:b/>
          <w:lang w:val="ru-RU"/>
        </w:rPr>
        <w:t xml:space="preserve"> </w:t>
      </w:r>
      <w:proofErr w:type="spellStart"/>
      <w:r w:rsidRPr="0029725D">
        <w:rPr>
          <w:b/>
          <w:lang w:val="ru-RU"/>
        </w:rPr>
        <w:t>жемқорлық</w:t>
      </w:r>
      <w:proofErr w:type="spellEnd"/>
      <w:r w:rsidRPr="0029725D">
        <w:rPr>
          <w:b/>
          <w:lang w:val="ru-RU"/>
        </w:rPr>
        <w:t xml:space="preserve"> </w:t>
      </w:r>
      <w:proofErr w:type="spellStart"/>
      <w:r w:rsidRPr="0029725D">
        <w:rPr>
          <w:b/>
          <w:lang w:val="ru-RU"/>
        </w:rPr>
        <w:t>тәуекелі</w:t>
      </w:r>
      <w:proofErr w:type="spellEnd"/>
      <w:r w:rsidRPr="0029725D">
        <w:rPr>
          <w:b/>
          <w:lang w:val="ru-RU"/>
        </w:rPr>
        <w:t>:</w:t>
      </w:r>
      <w:r w:rsidR="00501930" w:rsidRPr="00135229">
        <w:rPr>
          <w:lang w:val="ru-RU"/>
        </w:rPr>
        <w:t xml:space="preserve"> </w:t>
      </w:r>
      <w:r w:rsidRPr="003D1A81">
        <w:rPr>
          <w:lang w:val="ru-RU"/>
        </w:rPr>
        <w:t xml:space="preserve">Жыл </w:t>
      </w:r>
      <w:proofErr w:type="spellStart"/>
      <w:r w:rsidRPr="003D1A81">
        <w:rPr>
          <w:lang w:val="ru-RU"/>
        </w:rPr>
        <w:t>сайынғы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ішкі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сыбайлас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жемқорлық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тәуекелдеріне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талдау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жүргіз</w:t>
      </w:r>
      <w:r>
        <w:rPr>
          <w:lang w:val="ru-RU"/>
        </w:rPr>
        <w:t>беу</w:t>
      </w:r>
      <w:proofErr w:type="spellEnd"/>
      <w:r>
        <w:rPr>
          <w:lang w:val="ru-RU"/>
        </w:rPr>
        <w:t>,</w:t>
      </w:r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сыбайлас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жемқорлық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тәуекелдерін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уақ</w:t>
      </w:r>
      <w:r>
        <w:rPr>
          <w:lang w:val="ru-RU"/>
        </w:rPr>
        <w:t>ы</w:t>
      </w:r>
      <w:r w:rsidRPr="003D1A81">
        <w:rPr>
          <w:lang w:val="ru-RU"/>
        </w:rPr>
        <w:t>тылы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анықтамауға</w:t>
      </w:r>
      <w:proofErr w:type="spellEnd"/>
      <w:r w:rsidRPr="003D1A81">
        <w:rPr>
          <w:lang w:val="ru-RU"/>
        </w:rPr>
        <w:t xml:space="preserve">, </w:t>
      </w:r>
      <w:proofErr w:type="spellStart"/>
      <w:r w:rsidRPr="003D1A81">
        <w:rPr>
          <w:lang w:val="ru-RU"/>
        </w:rPr>
        <w:t>сыбайлас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жемқорлықтың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алдын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алуға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формальды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көзқараспен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қарауға</w:t>
      </w:r>
      <w:proofErr w:type="spellEnd"/>
      <w:r w:rsidRPr="003D1A81">
        <w:rPr>
          <w:lang w:val="ru-RU"/>
        </w:rPr>
        <w:t xml:space="preserve"> және </w:t>
      </w:r>
      <w:proofErr w:type="spellStart"/>
      <w:r w:rsidRPr="003D1A81">
        <w:rPr>
          <w:lang w:val="ru-RU"/>
        </w:rPr>
        <w:t>бұзушылықтардың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қайталануына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жағдай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жасайды</w:t>
      </w:r>
      <w:proofErr w:type="spellEnd"/>
      <w:r>
        <w:rPr>
          <w:lang w:val="ru-RU"/>
        </w:rPr>
        <w:t>.</w:t>
      </w:r>
      <w:r w:rsidRPr="003D1A81">
        <w:rPr>
          <w:lang w:val="ru-RU"/>
        </w:rPr>
        <w:br/>
      </w:r>
      <w:r w:rsidRPr="003D1A81">
        <w:rPr>
          <w:lang w:val="ru-RU"/>
        </w:rPr>
        <w:br/>
      </w:r>
      <w:proofErr w:type="spellStart"/>
      <w:r w:rsidRPr="003D1A81">
        <w:rPr>
          <w:b/>
          <w:lang w:val="ru-RU"/>
        </w:rPr>
        <w:lastRenderedPageBreak/>
        <w:t>Ұсыныс</w:t>
      </w:r>
      <w:proofErr w:type="spellEnd"/>
      <w:r w:rsidRPr="003D1A81">
        <w:rPr>
          <w:b/>
          <w:lang w:val="ru-RU"/>
        </w:rPr>
        <w:t>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Б</w:t>
      </w:r>
      <w:r w:rsidRPr="003D1A81">
        <w:rPr>
          <w:rStyle w:val="ypks7kbdpwfgdykd3qb9"/>
          <w:lang w:val="ru-RU"/>
        </w:rPr>
        <w:t>ұдан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әрі</w:t>
      </w:r>
      <w:proofErr w:type="spellEnd"/>
      <w:r w:rsidRPr="003D1A81">
        <w:rPr>
          <w:lang w:val="ru-RU"/>
        </w:rPr>
        <w:t xml:space="preserve"> </w:t>
      </w:r>
      <w:r w:rsidRPr="003D1A81">
        <w:rPr>
          <w:rStyle w:val="ypks7kbdpwfgdykd3qb9"/>
          <w:lang w:val="ru-RU"/>
        </w:rPr>
        <w:t>интернет-</w:t>
      </w:r>
      <w:proofErr w:type="spellStart"/>
      <w:r w:rsidRPr="003D1A81">
        <w:rPr>
          <w:rStyle w:val="ypks7kbdpwfgdykd3qb9"/>
          <w:lang w:val="ru-RU"/>
        </w:rPr>
        <w:t>ресурста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талдамалық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анықтаманы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орналастыра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отырып</w:t>
      </w:r>
      <w:proofErr w:type="spellEnd"/>
      <w:r w:rsidRPr="003D1A81">
        <w:rPr>
          <w:lang w:val="ru-RU"/>
        </w:rPr>
        <w:t xml:space="preserve">, жыл </w:t>
      </w:r>
      <w:proofErr w:type="spellStart"/>
      <w:r w:rsidRPr="003D1A81">
        <w:rPr>
          <w:rStyle w:val="ypks7kbdpwfgdykd3qb9"/>
          <w:lang w:val="ru-RU"/>
        </w:rPr>
        <w:t>сайын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сыбайлас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жемқорлық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тәуекелдеріне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ішкі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талдау</w:t>
      </w:r>
      <w:proofErr w:type="spellEnd"/>
      <w:r w:rsidRPr="003D1A81">
        <w:rPr>
          <w:lang w:val="ru-RU"/>
        </w:rPr>
        <w:t xml:space="preserve"> </w:t>
      </w:r>
      <w:proofErr w:type="spellStart"/>
      <w:r w:rsidRPr="003D1A81">
        <w:rPr>
          <w:rStyle w:val="ypks7kbdpwfgdykd3qb9"/>
          <w:lang w:val="ru-RU"/>
        </w:rPr>
        <w:t>жүргізу</w:t>
      </w:r>
      <w:proofErr w:type="spellEnd"/>
      <w:r w:rsidRPr="003D1A81">
        <w:rPr>
          <w:lang w:val="ru-RU"/>
        </w:rPr>
        <w:t xml:space="preserve"> </w:t>
      </w:r>
      <w:r w:rsidRPr="003D1A81">
        <w:rPr>
          <w:rStyle w:val="ypks7kbdpwfgdykd3qb9"/>
          <w:lang w:val="ru-RU"/>
        </w:rPr>
        <w:t>қамтамасыз</w:t>
      </w:r>
      <w:r w:rsidRPr="003D1A81">
        <w:rPr>
          <w:lang w:val="ru-RU"/>
        </w:rPr>
        <w:t xml:space="preserve"> </w:t>
      </w:r>
      <w:proofErr w:type="spellStart"/>
      <w:r w:rsidRPr="003D1A81">
        <w:rPr>
          <w:lang w:val="ru-RU"/>
        </w:rPr>
        <w:t>ет</w:t>
      </w:r>
      <w:r w:rsidR="00FC7F4F">
        <w:rPr>
          <w:lang w:val="ru-RU"/>
        </w:rPr>
        <w:t>ілсін</w:t>
      </w:r>
      <w:proofErr w:type="spellEnd"/>
      <w:r w:rsidR="00501930" w:rsidRPr="00135229">
        <w:rPr>
          <w:lang w:val="ru-RU"/>
        </w:rPr>
        <w:t>.</w:t>
      </w:r>
    </w:p>
    <w:p w:rsidR="009A6213" w:rsidRPr="00135229" w:rsidRDefault="00501930" w:rsidP="00C96360">
      <w:pPr>
        <w:jc w:val="center"/>
        <w:rPr>
          <w:lang w:val="ru-RU"/>
        </w:rPr>
      </w:pPr>
      <w:r w:rsidRPr="00135229">
        <w:rPr>
          <w:b/>
          <w:lang w:val="ru-RU"/>
        </w:rPr>
        <w:t xml:space="preserve">3.2. </w:t>
      </w:r>
      <w:proofErr w:type="spellStart"/>
      <w:r w:rsidR="00FC7F4F" w:rsidRPr="00FC7F4F">
        <w:rPr>
          <w:b/>
          <w:lang w:val="ru-RU"/>
        </w:rPr>
        <w:t>Іссапар</w:t>
      </w:r>
      <w:proofErr w:type="spellEnd"/>
      <w:r w:rsidR="00FC7F4F" w:rsidRPr="00FC7F4F">
        <w:rPr>
          <w:b/>
          <w:lang w:val="ru-RU"/>
        </w:rPr>
        <w:t xml:space="preserve"> </w:t>
      </w:r>
      <w:proofErr w:type="spellStart"/>
      <w:r w:rsidR="00FC7F4F" w:rsidRPr="00FC7F4F">
        <w:rPr>
          <w:b/>
          <w:lang w:val="ru-RU"/>
        </w:rPr>
        <w:t>мәселелерін</w:t>
      </w:r>
      <w:proofErr w:type="spellEnd"/>
      <w:r w:rsidR="00FC7F4F" w:rsidRPr="00FC7F4F">
        <w:rPr>
          <w:b/>
          <w:lang w:val="ru-RU"/>
        </w:rPr>
        <w:t xml:space="preserve"> </w:t>
      </w:r>
      <w:proofErr w:type="spellStart"/>
      <w:r w:rsidR="00FC7F4F" w:rsidRPr="00FC7F4F">
        <w:rPr>
          <w:b/>
          <w:lang w:val="ru-RU"/>
        </w:rPr>
        <w:t>шешу</w:t>
      </w:r>
      <w:proofErr w:type="spellEnd"/>
    </w:p>
    <w:p w:rsidR="00FC7F4F" w:rsidRPr="00FC7F4F" w:rsidRDefault="00FC7F4F" w:rsidP="00FC7F4F">
      <w:pPr>
        <w:spacing w:after="120"/>
        <w:ind w:firstLine="400"/>
        <w:jc w:val="both"/>
        <w:rPr>
          <w:lang w:val="ru-RU"/>
        </w:rPr>
      </w:pPr>
      <w:r w:rsidRPr="00FC7F4F">
        <w:rPr>
          <w:lang w:val="ru-RU"/>
        </w:rPr>
        <w:t xml:space="preserve">Бюджет </w:t>
      </w:r>
      <w:proofErr w:type="spellStart"/>
      <w:r w:rsidRPr="00FC7F4F">
        <w:rPr>
          <w:lang w:val="ru-RU"/>
        </w:rPr>
        <w:t>қаражаты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есебінен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қызметтік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іссапарларға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арналған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шығыстарды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өтеу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қағидаларына</w:t>
      </w:r>
      <w:proofErr w:type="spellEnd"/>
      <w:r w:rsidRPr="00FC7F4F">
        <w:rPr>
          <w:lang w:val="ru-RU"/>
        </w:rPr>
        <w:t xml:space="preserve"> сәйкес </w:t>
      </w:r>
      <w:proofErr w:type="spellStart"/>
      <w:r w:rsidRPr="00FC7F4F">
        <w:rPr>
          <w:lang w:val="ru-RU"/>
        </w:rPr>
        <w:t>тұрғын</w:t>
      </w:r>
      <w:proofErr w:type="spellEnd"/>
      <w:r w:rsidRPr="00FC7F4F">
        <w:rPr>
          <w:lang w:val="ru-RU"/>
        </w:rPr>
        <w:t xml:space="preserve"> үй-</w:t>
      </w:r>
      <w:proofErr w:type="spellStart"/>
      <w:r w:rsidRPr="00FC7F4F">
        <w:rPr>
          <w:lang w:val="ru-RU"/>
        </w:rPr>
        <w:t>жайды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жалдау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бойынша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шығыстар</w:t>
      </w:r>
      <w:proofErr w:type="spellEnd"/>
      <w:r w:rsidRPr="00FC7F4F">
        <w:rPr>
          <w:lang w:val="ru-RU"/>
        </w:rPr>
        <w:t xml:space="preserve"> белгіленген </w:t>
      </w:r>
      <w:proofErr w:type="spellStart"/>
      <w:r w:rsidRPr="00FC7F4F">
        <w:rPr>
          <w:lang w:val="ru-RU"/>
        </w:rPr>
        <w:t>нормалардан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аспауға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тиіс</w:t>
      </w:r>
      <w:proofErr w:type="spellEnd"/>
      <w:r w:rsidRPr="00FC7F4F">
        <w:rPr>
          <w:lang w:val="ru-RU"/>
        </w:rPr>
        <w:t>.</w:t>
      </w:r>
    </w:p>
    <w:p w:rsidR="009A6213" w:rsidRPr="00135229" w:rsidRDefault="00FC7F4F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FC7F4F">
        <w:rPr>
          <w:lang w:val="ru-RU"/>
        </w:rPr>
        <w:t>Тұ</w:t>
      </w:r>
      <w:proofErr w:type="gramStart"/>
      <w:r w:rsidRPr="00FC7F4F">
        <w:rPr>
          <w:lang w:val="ru-RU"/>
        </w:rPr>
        <w:t>р</w:t>
      </w:r>
      <w:proofErr w:type="gramEnd"/>
      <w:r w:rsidRPr="00FC7F4F">
        <w:rPr>
          <w:lang w:val="ru-RU"/>
        </w:rPr>
        <w:t>ғын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үйді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жалдау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бойынша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шығындарды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ес</w:t>
      </w:r>
      <w:r>
        <w:rPr>
          <w:lang w:val="ru-RU"/>
        </w:rPr>
        <w:t>ептеуде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бұзушылықтар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анықталды</w:t>
      </w:r>
      <w:proofErr w:type="spellEnd"/>
      <w:r>
        <w:rPr>
          <w:lang w:val="ru-RU"/>
        </w:rPr>
        <w:t xml:space="preserve">, </w:t>
      </w:r>
      <w:proofErr w:type="spellStart"/>
      <w:r w:rsidRPr="00FC7F4F">
        <w:rPr>
          <w:lang w:val="ru-RU"/>
        </w:rPr>
        <w:t>бұл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ішкі</w:t>
      </w:r>
      <w:proofErr w:type="spellEnd"/>
      <w:r w:rsidRPr="00FC7F4F">
        <w:rPr>
          <w:lang w:val="ru-RU"/>
        </w:rPr>
        <w:t xml:space="preserve"> бақылау </w:t>
      </w:r>
      <w:proofErr w:type="spellStart"/>
      <w:r w:rsidRPr="00FC7F4F">
        <w:rPr>
          <w:lang w:val="ru-RU"/>
        </w:rPr>
        <w:t>жүйесі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деңгейінің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жеткіліксіздігін</w:t>
      </w:r>
      <w:proofErr w:type="spellEnd"/>
      <w:r w:rsidRPr="00FC7F4F">
        <w:rPr>
          <w:lang w:val="ru-RU"/>
        </w:rPr>
        <w:br/>
      </w:r>
      <w:proofErr w:type="spellStart"/>
      <w:r w:rsidRPr="00FC7F4F">
        <w:rPr>
          <w:lang w:val="ru-RU"/>
        </w:rPr>
        <w:t>білдіреді</w:t>
      </w:r>
      <w:proofErr w:type="spellEnd"/>
      <w:r>
        <w:rPr>
          <w:lang w:val="ru-RU"/>
        </w:rPr>
        <w:t>.</w:t>
      </w:r>
      <w:r w:rsidRPr="00FC7F4F">
        <w:rPr>
          <w:lang w:val="ru-RU"/>
        </w:rPr>
        <w:br/>
      </w:r>
      <w:bookmarkStart w:id="0" w:name="_GoBack"/>
      <w:r>
        <w:rPr>
          <w:lang w:val="ru-RU"/>
        </w:rPr>
        <w:t xml:space="preserve">       </w:t>
      </w:r>
      <w:bookmarkEnd w:id="0"/>
      <w:r w:rsidRPr="00FC7F4F">
        <w:rPr>
          <w:lang w:val="ru-RU"/>
        </w:rPr>
        <w:t xml:space="preserve">Қазақстан Республикасы </w:t>
      </w:r>
      <w:proofErr w:type="spellStart"/>
      <w:r w:rsidRPr="00FC7F4F">
        <w:rPr>
          <w:lang w:val="ru-RU"/>
        </w:rPr>
        <w:t>Үкіметінің</w:t>
      </w:r>
      <w:proofErr w:type="spellEnd"/>
      <w:r w:rsidRPr="00FC7F4F">
        <w:rPr>
          <w:lang w:val="ru-RU"/>
        </w:rPr>
        <w:t xml:space="preserve"> 2018 жылғы 11 </w:t>
      </w:r>
      <w:proofErr w:type="spellStart"/>
      <w:r w:rsidRPr="00FC7F4F">
        <w:rPr>
          <w:lang w:val="ru-RU"/>
        </w:rPr>
        <w:t>мамырдағы</w:t>
      </w:r>
      <w:proofErr w:type="spellEnd"/>
      <w:r w:rsidRPr="00FC7F4F">
        <w:rPr>
          <w:lang w:val="ru-RU"/>
        </w:rPr>
        <w:t xml:space="preserve"> № 256 </w:t>
      </w:r>
      <w:proofErr w:type="spellStart"/>
      <w:r w:rsidRPr="00FC7F4F">
        <w:rPr>
          <w:lang w:val="ru-RU"/>
        </w:rPr>
        <w:t>қаулысымен</w:t>
      </w:r>
      <w:proofErr w:type="spellEnd"/>
      <w:r w:rsidRPr="00FC7F4F">
        <w:rPr>
          <w:lang w:val="ru-RU"/>
        </w:rPr>
        <w:t xml:space="preserve"> бекітілген </w:t>
      </w:r>
      <w:proofErr w:type="spellStart"/>
      <w:r w:rsidRPr="00FC7F4F">
        <w:rPr>
          <w:lang w:val="ru-RU"/>
        </w:rPr>
        <w:t>қызметтік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іссапарларға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арналған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шығы</w:t>
      </w:r>
      <w:r>
        <w:rPr>
          <w:lang w:val="ru-RU"/>
        </w:rPr>
        <w:t>нд</w:t>
      </w:r>
      <w:r w:rsidRPr="00FC7F4F">
        <w:rPr>
          <w:lang w:val="ru-RU"/>
        </w:rPr>
        <w:t>арды</w:t>
      </w:r>
      <w:proofErr w:type="spellEnd"/>
      <w:r w:rsidRPr="00FC7F4F">
        <w:rPr>
          <w:lang w:val="ru-RU"/>
        </w:rPr>
        <w:t xml:space="preserve"> бюджет </w:t>
      </w:r>
      <w:proofErr w:type="spellStart"/>
      <w:r w:rsidRPr="00FC7F4F">
        <w:rPr>
          <w:lang w:val="ru-RU"/>
        </w:rPr>
        <w:t>қаражаты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есебінен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өтеу</w:t>
      </w:r>
      <w:proofErr w:type="spellEnd"/>
      <w:r w:rsidRPr="00FC7F4F">
        <w:rPr>
          <w:lang w:val="ru-RU"/>
        </w:rPr>
        <w:t xml:space="preserve"> қағидаларының 2-тарауы 1-тармағына сәйкес </w:t>
      </w:r>
      <w:proofErr w:type="spellStart"/>
      <w:r w:rsidRPr="00FC7F4F">
        <w:rPr>
          <w:lang w:val="ru-RU"/>
        </w:rPr>
        <w:t>тұ</w:t>
      </w:r>
      <w:proofErr w:type="gramStart"/>
      <w:r w:rsidRPr="00FC7F4F">
        <w:rPr>
          <w:lang w:val="ru-RU"/>
        </w:rPr>
        <w:t>р</w:t>
      </w:r>
      <w:proofErr w:type="gramEnd"/>
      <w:r w:rsidRPr="00FC7F4F">
        <w:rPr>
          <w:lang w:val="ru-RU"/>
        </w:rPr>
        <w:t>ғын</w:t>
      </w:r>
      <w:proofErr w:type="spellEnd"/>
      <w:r w:rsidRPr="00FC7F4F">
        <w:rPr>
          <w:lang w:val="ru-RU"/>
        </w:rPr>
        <w:t xml:space="preserve"> үй-</w:t>
      </w:r>
      <w:proofErr w:type="spellStart"/>
      <w:r w:rsidRPr="00FC7F4F">
        <w:rPr>
          <w:lang w:val="ru-RU"/>
        </w:rPr>
        <w:t>жайды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жалдау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бойынша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шығыстар</w:t>
      </w:r>
      <w:proofErr w:type="spellEnd"/>
      <w:r w:rsidRPr="00FC7F4F">
        <w:rPr>
          <w:lang w:val="ru-RU"/>
        </w:rPr>
        <w:t xml:space="preserve"> мынадай </w:t>
      </w:r>
      <w:proofErr w:type="spellStart"/>
      <w:r w:rsidRPr="00FC7F4F">
        <w:rPr>
          <w:lang w:val="ru-RU"/>
        </w:rPr>
        <w:t>мөлшерде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өтеледі</w:t>
      </w:r>
      <w:proofErr w:type="spellEnd"/>
      <w:r w:rsidRPr="00FC7F4F">
        <w:rPr>
          <w:lang w:val="ru-RU"/>
        </w:rPr>
        <w:t>:</w:t>
      </w:r>
    </w:p>
    <w:p w:rsidR="009A6213" w:rsidRPr="00135229" w:rsidRDefault="00FC7F4F" w:rsidP="00C96360">
      <w:pPr>
        <w:spacing w:after="120"/>
        <w:ind w:firstLine="400"/>
        <w:jc w:val="both"/>
        <w:rPr>
          <w:lang w:val="ru-RU"/>
        </w:rPr>
      </w:pPr>
      <w:r w:rsidRPr="00FC7F4F">
        <w:rPr>
          <w:lang w:val="ru-RU"/>
        </w:rPr>
        <w:t xml:space="preserve">Мемлекеттік </w:t>
      </w:r>
      <w:proofErr w:type="spellStart"/>
      <w:r w:rsidRPr="00FC7F4F">
        <w:rPr>
          <w:lang w:val="ru-RU"/>
        </w:rPr>
        <w:t>мекеме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басшылары</w:t>
      </w:r>
      <w:proofErr w:type="spellEnd"/>
      <w:r w:rsidRPr="00FC7F4F">
        <w:rPr>
          <w:lang w:val="ru-RU"/>
        </w:rPr>
        <w:t xml:space="preserve"> мен </w:t>
      </w:r>
      <w:proofErr w:type="spellStart"/>
      <w:r w:rsidRPr="00FC7F4F">
        <w:rPr>
          <w:lang w:val="ru-RU"/>
        </w:rPr>
        <w:t>басшылар</w:t>
      </w:r>
      <w:r>
        <w:rPr>
          <w:lang w:val="ru-RU"/>
        </w:rPr>
        <w:t>д</w:t>
      </w:r>
      <w:r w:rsidRPr="00FC7F4F">
        <w:rPr>
          <w:lang w:val="ru-RU"/>
        </w:rPr>
        <w:t>ың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орынбасарлары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үшін</w:t>
      </w:r>
      <w:proofErr w:type="spellEnd"/>
      <w:r w:rsidR="00501930" w:rsidRPr="00135229">
        <w:rPr>
          <w:lang w:val="ru-RU"/>
        </w:rPr>
        <w:t>:</w:t>
      </w:r>
    </w:p>
    <w:p w:rsidR="009A6213" w:rsidRPr="00135229" w:rsidRDefault="00501930" w:rsidP="00C96360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t xml:space="preserve">– </w:t>
      </w:r>
      <w:r w:rsidR="00FC7F4F" w:rsidRPr="00FC7F4F">
        <w:rPr>
          <w:lang w:val="ru-RU"/>
        </w:rPr>
        <w:t xml:space="preserve">Астана, Алматы, Шымкент, Атырау, </w:t>
      </w:r>
      <w:proofErr w:type="spellStart"/>
      <w:r w:rsidR="00FC7F4F" w:rsidRPr="00FC7F4F">
        <w:rPr>
          <w:lang w:val="ru-RU"/>
        </w:rPr>
        <w:t>Ақтау</w:t>
      </w:r>
      <w:proofErr w:type="spellEnd"/>
      <w:r w:rsidR="00FC7F4F" w:rsidRPr="00FC7F4F">
        <w:rPr>
          <w:lang w:val="ru-RU"/>
        </w:rPr>
        <w:t xml:space="preserve"> және </w:t>
      </w:r>
      <w:proofErr w:type="spellStart"/>
      <w:r w:rsidR="00FC7F4F" w:rsidRPr="00FC7F4F">
        <w:rPr>
          <w:lang w:val="ru-RU"/>
        </w:rPr>
        <w:t>Байқоңыр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қалаларында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тәулігіне</w:t>
      </w:r>
      <w:proofErr w:type="spellEnd"/>
      <w:r w:rsidR="00FC7F4F" w:rsidRPr="00FC7F4F">
        <w:rPr>
          <w:lang w:val="ru-RU"/>
        </w:rPr>
        <w:t xml:space="preserve"> АЕК </w:t>
      </w:r>
      <w:proofErr w:type="spellStart"/>
      <w:r w:rsidR="00FC7F4F" w:rsidRPr="00FC7F4F">
        <w:rPr>
          <w:lang w:val="ru-RU"/>
        </w:rPr>
        <w:t>мөлшерінің</w:t>
      </w:r>
      <w:proofErr w:type="spellEnd"/>
      <w:r w:rsidR="00FC7F4F" w:rsidRPr="00FC7F4F">
        <w:rPr>
          <w:lang w:val="ru-RU"/>
        </w:rPr>
        <w:t xml:space="preserve"> </w:t>
      </w:r>
      <w:r w:rsidR="00FC7F4F">
        <w:rPr>
          <w:lang w:val="ru-RU"/>
        </w:rPr>
        <w:t xml:space="preserve">10 </w:t>
      </w:r>
      <w:proofErr w:type="spellStart"/>
      <w:r w:rsidR="00FC7F4F">
        <w:rPr>
          <w:lang w:val="ru-RU"/>
        </w:rPr>
        <w:t>еселенген</w:t>
      </w:r>
      <w:proofErr w:type="spellEnd"/>
      <w:r w:rsidR="00FC7F4F">
        <w:rPr>
          <w:lang w:val="ru-RU"/>
        </w:rPr>
        <w:t xml:space="preserve"> </w:t>
      </w:r>
      <w:proofErr w:type="spellStart"/>
      <w:r w:rsidR="00FC7F4F">
        <w:rPr>
          <w:lang w:val="ru-RU"/>
        </w:rPr>
        <w:t>мөлшерінен</w:t>
      </w:r>
      <w:proofErr w:type="spellEnd"/>
      <w:r w:rsidR="00FC7F4F">
        <w:rPr>
          <w:lang w:val="ru-RU"/>
        </w:rPr>
        <w:t xml:space="preserve"> </w:t>
      </w:r>
      <w:proofErr w:type="spellStart"/>
      <w:r w:rsidR="00FC7F4F">
        <w:rPr>
          <w:lang w:val="ru-RU"/>
        </w:rPr>
        <w:t>аспайды</w:t>
      </w:r>
      <w:proofErr w:type="spellEnd"/>
      <w:r w:rsidRPr="00135229">
        <w:rPr>
          <w:lang w:val="ru-RU"/>
        </w:rPr>
        <w:t>;</w:t>
      </w:r>
    </w:p>
    <w:p w:rsidR="009A6213" w:rsidRPr="00135229" w:rsidRDefault="00501930" w:rsidP="00C96360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t xml:space="preserve">– </w:t>
      </w:r>
      <w:proofErr w:type="spellStart"/>
      <w:r w:rsidR="00FC7F4F" w:rsidRPr="00FC7F4F">
        <w:rPr>
          <w:lang w:val="ru-RU"/>
        </w:rPr>
        <w:t>облыс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орталықтарында</w:t>
      </w:r>
      <w:proofErr w:type="spellEnd"/>
      <w:r w:rsidR="00FC7F4F" w:rsidRPr="00FC7F4F">
        <w:rPr>
          <w:lang w:val="ru-RU"/>
        </w:rPr>
        <w:t xml:space="preserve"> және </w:t>
      </w:r>
      <w:proofErr w:type="spellStart"/>
      <w:r w:rsidR="00FC7F4F" w:rsidRPr="00FC7F4F">
        <w:rPr>
          <w:lang w:val="ru-RU"/>
        </w:rPr>
        <w:t>облыстық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маңызы</w:t>
      </w:r>
      <w:proofErr w:type="spellEnd"/>
      <w:r w:rsidR="00FC7F4F" w:rsidRPr="00FC7F4F">
        <w:rPr>
          <w:lang w:val="ru-RU"/>
        </w:rPr>
        <w:t xml:space="preserve"> бар </w:t>
      </w:r>
      <w:proofErr w:type="spellStart"/>
      <w:r w:rsidR="00FC7F4F" w:rsidRPr="00FC7F4F">
        <w:rPr>
          <w:lang w:val="ru-RU"/>
        </w:rPr>
        <w:t>қалаларда</w:t>
      </w:r>
      <w:proofErr w:type="spellEnd"/>
      <w:r w:rsidR="00FC7F4F" w:rsidRPr="00FC7F4F">
        <w:rPr>
          <w:lang w:val="ru-RU"/>
        </w:rPr>
        <w:t xml:space="preserve"> АЕК </w:t>
      </w:r>
      <w:proofErr w:type="spellStart"/>
      <w:r w:rsidR="00FC7F4F" w:rsidRPr="00FC7F4F">
        <w:rPr>
          <w:lang w:val="ru-RU"/>
        </w:rPr>
        <w:t>мөлшерінің</w:t>
      </w:r>
      <w:proofErr w:type="spellEnd"/>
      <w:r w:rsidR="00FC7F4F" w:rsidRPr="00FC7F4F">
        <w:rPr>
          <w:lang w:val="ru-RU"/>
        </w:rPr>
        <w:t xml:space="preserve"> 7 </w:t>
      </w:r>
      <w:proofErr w:type="spellStart"/>
      <w:r w:rsidR="00FC7F4F" w:rsidRPr="00FC7F4F">
        <w:rPr>
          <w:lang w:val="ru-RU"/>
        </w:rPr>
        <w:t>еселенген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мөлшерінен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аспайды</w:t>
      </w:r>
      <w:proofErr w:type="spellEnd"/>
      <w:r w:rsidR="00FC7F4F">
        <w:rPr>
          <w:lang w:val="ru-RU"/>
        </w:rPr>
        <w:t>;</w:t>
      </w:r>
    </w:p>
    <w:p w:rsidR="009A6213" w:rsidRPr="00135229" w:rsidRDefault="00FC7F4F" w:rsidP="00C96360">
      <w:pPr>
        <w:spacing w:after="120"/>
        <w:ind w:firstLine="400"/>
        <w:jc w:val="both"/>
        <w:rPr>
          <w:lang w:val="ru-RU"/>
        </w:rPr>
      </w:pPr>
      <w:r w:rsidRPr="00FC7F4F">
        <w:rPr>
          <w:lang w:val="ru-RU"/>
        </w:rPr>
        <w:t xml:space="preserve">Мемлекеттік </w:t>
      </w:r>
      <w:proofErr w:type="spellStart"/>
      <w:r w:rsidRPr="00FC7F4F">
        <w:rPr>
          <w:lang w:val="ru-RU"/>
        </w:rPr>
        <w:t>мекемелердің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қызметкерлері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үшін</w:t>
      </w:r>
      <w:proofErr w:type="spellEnd"/>
      <w:r w:rsidR="00501930" w:rsidRPr="00135229">
        <w:rPr>
          <w:lang w:val="ru-RU"/>
        </w:rPr>
        <w:t>:</w:t>
      </w:r>
    </w:p>
    <w:p w:rsidR="009A6213" w:rsidRPr="00135229" w:rsidRDefault="00501930" w:rsidP="00C96360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t xml:space="preserve">– </w:t>
      </w:r>
      <w:r w:rsidR="00FC7F4F" w:rsidRPr="00FC7F4F">
        <w:rPr>
          <w:lang w:val="ru-RU"/>
        </w:rPr>
        <w:t xml:space="preserve">Астана, Алматы, Шымкент, Атырау, </w:t>
      </w:r>
      <w:proofErr w:type="spellStart"/>
      <w:r w:rsidR="00FC7F4F" w:rsidRPr="00FC7F4F">
        <w:rPr>
          <w:lang w:val="ru-RU"/>
        </w:rPr>
        <w:t>Ақтау</w:t>
      </w:r>
      <w:proofErr w:type="spellEnd"/>
      <w:r w:rsidR="00FC7F4F" w:rsidRPr="00FC7F4F">
        <w:rPr>
          <w:lang w:val="ru-RU"/>
        </w:rPr>
        <w:t xml:space="preserve"> және </w:t>
      </w:r>
      <w:proofErr w:type="spellStart"/>
      <w:r w:rsidR="00FC7F4F" w:rsidRPr="00FC7F4F">
        <w:rPr>
          <w:lang w:val="ru-RU"/>
        </w:rPr>
        <w:t>Байқоңыр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қалаларында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тәулігіне</w:t>
      </w:r>
      <w:proofErr w:type="spellEnd"/>
      <w:r w:rsidR="00FC7F4F" w:rsidRPr="00FC7F4F">
        <w:rPr>
          <w:lang w:val="ru-RU"/>
        </w:rPr>
        <w:t xml:space="preserve"> АЕК </w:t>
      </w:r>
      <w:proofErr w:type="spellStart"/>
      <w:r w:rsidR="00FC7F4F" w:rsidRPr="00FC7F4F">
        <w:rPr>
          <w:lang w:val="ru-RU"/>
        </w:rPr>
        <w:t>мөлшерінің</w:t>
      </w:r>
      <w:proofErr w:type="spellEnd"/>
      <w:r w:rsidR="00FC7F4F" w:rsidRPr="00FC7F4F">
        <w:rPr>
          <w:lang w:val="ru-RU"/>
        </w:rPr>
        <w:t xml:space="preserve"> </w:t>
      </w:r>
      <w:r w:rsidR="00FC7F4F">
        <w:rPr>
          <w:lang w:val="ru-RU"/>
        </w:rPr>
        <w:t xml:space="preserve">7 </w:t>
      </w:r>
      <w:proofErr w:type="spellStart"/>
      <w:r w:rsidR="00FC7F4F">
        <w:rPr>
          <w:lang w:val="ru-RU"/>
        </w:rPr>
        <w:t>еселенген</w:t>
      </w:r>
      <w:proofErr w:type="spellEnd"/>
      <w:r w:rsidR="00FC7F4F">
        <w:rPr>
          <w:lang w:val="ru-RU"/>
        </w:rPr>
        <w:t xml:space="preserve"> </w:t>
      </w:r>
      <w:proofErr w:type="spellStart"/>
      <w:r w:rsidR="00FC7F4F">
        <w:rPr>
          <w:lang w:val="ru-RU"/>
        </w:rPr>
        <w:t>мөлшерінен</w:t>
      </w:r>
      <w:proofErr w:type="spellEnd"/>
      <w:r w:rsidR="00FC7F4F">
        <w:rPr>
          <w:lang w:val="ru-RU"/>
        </w:rPr>
        <w:t xml:space="preserve"> </w:t>
      </w:r>
      <w:proofErr w:type="spellStart"/>
      <w:r w:rsidR="00FC7F4F">
        <w:rPr>
          <w:lang w:val="ru-RU"/>
        </w:rPr>
        <w:t>аспайды</w:t>
      </w:r>
      <w:proofErr w:type="spellEnd"/>
      <w:r w:rsidRPr="00135229">
        <w:rPr>
          <w:lang w:val="ru-RU"/>
        </w:rPr>
        <w:t>;</w:t>
      </w:r>
    </w:p>
    <w:p w:rsidR="009A6213" w:rsidRPr="00135229" w:rsidRDefault="00501930" w:rsidP="00C96360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t xml:space="preserve">– </w:t>
      </w:r>
      <w:proofErr w:type="spellStart"/>
      <w:r w:rsidR="00FC7F4F" w:rsidRPr="00FC7F4F">
        <w:rPr>
          <w:lang w:val="ru-RU"/>
        </w:rPr>
        <w:t>облыс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орталықтарында</w:t>
      </w:r>
      <w:proofErr w:type="spellEnd"/>
      <w:r w:rsidR="00FC7F4F" w:rsidRPr="00FC7F4F">
        <w:rPr>
          <w:lang w:val="ru-RU"/>
        </w:rPr>
        <w:t xml:space="preserve"> және </w:t>
      </w:r>
      <w:proofErr w:type="spellStart"/>
      <w:r w:rsidR="00FC7F4F" w:rsidRPr="00FC7F4F">
        <w:rPr>
          <w:lang w:val="ru-RU"/>
        </w:rPr>
        <w:t>облыстық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маңызы</w:t>
      </w:r>
      <w:proofErr w:type="spellEnd"/>
      <w:r w:rsidR="00FC7F4F" w:rsidRPr="00FC7F4F">
        <w:rPr>
          <w:lang w:val="ru-RU"/>
        </w:rPr>
        <w:t xml:space="preserve"> бар </w:t>
      </w:r>
      <w:proofErr w:type="spellStart"/>
      <w:r w:rsidR="00FC7F4F" w:rsidRPr="00FC7F4F">
        <w:rPr>
          <w:lang w:val="ru-RU"/>
        </w:rPr>
        <w:t>қалаларда</w:t>
      </w:r>
      <w:proofErr w:type="spellEnd"/>
      <w:r w:rsidR="00FC7F4F" w:rsidRPr="00FC7F4F">
        <w:rPr>
          <w:lang w:val="ru-RU"/>
        </w:rPr>
        <w:t xml:space="preserve"> АЕК </w:t>
      </w:r>
      <w:proofErr w:type="spellStart"/>
      <w:r w:rsidR="00FC7F4F" w:rsidRPr="00FC7F4F">
        <w:rPr>
          <w:lang w:val="ru-RU"/>
        </w:rPr>
        <w:t>мөлшерінің</w:t>
      </w:r>
      <w:proofErr w:type="spellEnd"/>
      <w:r w:rsidR="00FC7F4F" w:rsidRPr="00FC7F4F">
        <w:rPr>
          <w:lang w:val="ru-RU"/>
        </w:rPr>
        <w:t xml:space="preserve"> </w:t>
      </w:r>
      <w:r w:rsidR="00FC7F4F">
        <w:rPr>
          <w:lang w:val="ru-RU"/>
        </w:rPr>
        <w:t>6</w:t>
      </w:r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еселенген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мөлшерінен</w:t>
      </w:r>
      <w:proofErr w:type="spellEnd"/>
      <w:r w:rsidR="00FC7F4F" w:rsidRPr="00FC7F4F">
        <w:rPr>
          <w:lang w:val="ru-RU"/>
        </w:rPr>
        <w:t xml:space="preserve"> </w:t>
      </w:r>
      <w:proofErr w:type="spellStart"/>
      <w:r w:rsidR="00FC7F4F" w:rsidRPr="00FC7F4F">
        <w:rPr>
          <w:lang w:val="ru-RU"/>
        </w:rPr>
        <w:t>аспайды</w:t>
      </w:r>
      <w:proofErr w:type="spellEnd"/>
      <w:r w:rsidRPr="00135229">
        <w:rPr>
          <w:lang w:val="ru-RU"/>
        </w:rPr>
        <w:t>.</w:t>
      </w:r>
    </w:p>
    <w:p w:rsidR="009A6213" w:rsidRPr="00135229" w:rsidRDefault="00FC7F4F" w:rsidP="00C96360">
      <w:pPr>
        <w:spacing w:after="120"/>
        <w:ind w:firstLine="400"/>
        <w:jc w:val="both"/>
        <w:rPr>
          <w:lang w:val="ru-RU"/>
        </w:rPr>
      </w:pPr>
      <w:r w:rsidRPr="00FC7F4F">
        <w:rPr>
          <w:lang w:val="ru-RU"/>
        </w:rPr>
        <w:t xml:space="preserve">Мемлекеттік </w:t>
      </w:r>
      <w:proofErr w:type="spellStart"/>
      <w:r w:rsidRPr="00FC7F4F">
        <w:rPr>
          <w:lang w:val="ru-RU"/>
        </w:rPr>
        <w:t>органдар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өз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қызметінің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ерекшелігін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ескере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отырып</w:t>
      </w:r>
      <w:proofErr w:type="spellEnd"/>
      <w:r w:rsidRPr="00FC7F4F">
        <w:rPr>
          <w:lang w:val="ru-RU"/>
        </w:rPr>
        <w:t xml:space="preserve">, көрсетілген </w:t>
      </w:r>
      <w:proofErr w:type="spellStart"/>
      <w:r w:rsidRPr="00FC7F4F">
        <w:rPr>
          <w:lang w:val="ru-RU"/>
        </w:rPr>
        <w:t>Қағидаларда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көзделген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нормаларға</w:t>
      </w:r>
      <w:proofErr w:type="spellEnd"/>
      <w:r w:rsidRPr="00FC7F4F">
        <w:rPr>
          <w:lang w:val="ru-RU"/>
        </w:rPr>
        <w:t xml:space="preserve"> сәйкес </w:t>
      </w:r>
      <w:proofErr w:type="spellStart"/>
      <w:r w:rsidRPr="00FC7F4F">
        <w:rPr>
          <w:lang w:val="ru-RU"/>
        </w:rPr>
        <w:t>қызметтік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іссапарларға</w:t>
      </w:r>
      <w:proofErr w:type="spellEnd"/>
      <w:r w:rsidRPr="00FC7F4F">
        <w:rPr>
          <w:lang w:val="ru-RU"/>
        </w:rPr>
        <w:t xml:space="preserve">, </w:t>
      </w:r>
      <w:proofErr w:type="spellStart"/>
      <w:r w:rsidRPr="00FC7F4F">
        <w:rPr>
          <w:lang w:val="ru-RU"/>
        </w:rPr>
        <w:t>оның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ішінде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Шет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мемлекеттерге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шығыстарды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өтеудің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ішкі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тәртібін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дербес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әзірлеп</w:t>
      </w:r>
      <w:proofErr w:type="spellEnd"/>
      <w:r w:rsidRPr="00FC7F4F">
        <w:rPr>
          <w:lang w:val="ru-RU"/>
        </w:rPr>
        <w:t xml:space="preserve">, </w:t>
      </w:r>
      <w:proofErr w:type="spellStart"/>
      <w:r w:rsidRPr="00FC7F4F">
        <w:rPr>
          <w:lang w:val="ru-RU"/>
        </w:rPr>
        <w:t>бекіте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алады</w:t>
      </w:r>
      <w:proofErr w:type="spellEnd"/>
      <w:r w:rsidR="00501930" w:rsidRPr="00135229">
        <w:rPr>
          <w:lang w:val="ru-RU"/>
        </w:rPr>
        <w:t>.</w:t>
      </w:r>
    </w:p>
    <w:p w:rsidR="009A6213" w:rsidRPr="00135229" w:rsidRDefault="00FC7F4F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FC7F4F">
        <w:rPr>
          <w:lang w:val="ru-RU"/>
        </w:rPr>
        <w:t>Талдау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барысында</w:t>
      </w:r>
      <w:proofErr w:type="spellEnd"/>
      <w:r w:rsidRPr="00FC7F4F">
        <w:rPr>
          <w:lang w:val="ru-RU"/>
        </w:rPr>
        <w:t xml:space="preserve"> Қостанай </w:t>
      </w:r>
      <w:proofErr w:type="spellStart"/>
      <w:r w:rsidRPr="00FC7F4F">
        <w:rPr>
          <w:lang w:val="ru-RU"/>
        </w:rPr>
        <w:t>қаласына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іссапар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кезінде</w:t>
      </w:r>
      <w:proofErr w:type="spellEnd"/>
      <w:r w:rsidRPr="00FC7F4F">
        <w:rPr>
          <w:lang w:val="ru-RU"/>
        </w:rPr>
        <w:t xml:space="preserve"> 2025 жылғы 24 </w:t>
      </w:r>
      <w:proofErr w:type="spellStart"/>
      <w:r w:rsidRPr="00FC7F4F">
        <w:rPr>
          <w:lang w:val="ru-RU"/>
        </w:rPr>
        <w:t>ақпан</w:t>
      </w:r>
      <w:proofErr w:type="spellEnd"/>
      <w:r w:rsidRPr="00FC7F4F">
        <w:rPr>
          <w:lang w:val="ru-RU"/>
        </w:rPr>
        <w:t xml:space="preserve"> мен 2025 жылғы 28 </w:t>
      </w:r>
      <w:proofErr w:type="spellStart"/>
      <w:r w:rsidRPr="00FC7F4F">
        <w:rPr>
          <w:lang w:val="ru-RU"/>
        </w:rPr>
        <w:t>ақпан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аралығында</w:t>
      </w:r>
      <w:proofErr w:type="spellEnd"/>
      <w:r w:rsidRPr="00FC7F4F">
        <w:rPr>
          <w:lang w:val="ru-RU"/>
        </w:rPr>
        <w:t xml:space="preserve"> 86 504 </w:t>
      </w:r>
      <w:proofErr w:type="spellStart"/>
      <w:r w:rsidRPr="00FC7F4F">
        <w:rPr>
          <w:lang w:val="ru-RU"/>
        </w:rPr>
        <w:t>теңге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көлемінде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шығыстардың</w:t>
      </w:r>
      <w:proofErr w:type="spellEnd"/>
      <w:r w:rsidRPr="00FC7F4F">
        <w:rPr>
          <w:lang w:val="ru-RU"/>
        </w:rPr>
        <w:t xml:space="preserve"> </w:t>
      </w:r>
      <w:proofErr w:type="spellStart"/>
      <w:r w:rsidRPr="00FC7F4F">
        <w:rPr>
          <w:lang w:val="ru-RU"/>
        </w:rPr>
        <w:t>өтелгені</w:t>
      </w:r>
      <w:proofErr w:type="spellEnd"/>
      <w:r w:rsidR="00735B4C">
        <w:rPr>
          <w:lang w:val="ru-RU"/>
        </w:rPr>
        <w:t xml:space="preserve"> </w:t>
      </w:r>
      <w:proofErr w:type="spellStart"/>
      <w:r w:rsidR="00735B4C">
        <w:rPr>
          <w:lang w:val="ru-RU"/>
        </w:rPr>
        <w:t>анықталды</w:t>
      </w:r>
      <w:proofErr w:type="spellEnd"/>
      <w:r w:rsidR="00735B4C">
        <w:rPr>
          <w:lang w:val="ru-RU"/>
        </w:rPr>
        <w:t xml:space="preserve">, </w:t>
      </w:r>
      <w:proofErr w:type="spellStart"/>
      <w:r w:rsidR="00735B4C">
        <w:rPr>
          <w:lang w:val="ru-RU"/>
        </w:rPr>
        <w:t>оның</w:t>
      </w:r>
      <w:proofErr w:type="spellEnd"/>
      <w:r w:rsidR="00735B4C">
        <w:rPr>
          <w:lang w:val="ru-RU"/>
        </w:rPr>
        <w:t xml:space="preserve"> </w:t>
      </w:r>
      <w:proofErr w:type="spellStart"/>
      <w:r w:rsidR="00735B4C">
        <w:rPr>
          <w:lang w:val="ru-RU"/>
        </w:rPr>
        <w:t>ішінде</w:t>
      </w:r>
      <w:proofErr w:type="spellEnd"/>
      <w:r w:rsidR="00501930" w:rsidRPr="00135229">
        <w:rPr>
          <w:lang w:val="ru-RU"/>
        </w:rPr>
        <w:t>:</w:t>
      </w:r>
    </w:p>
    <w:p w:rsidR="009A6213" w:rsidRPr="00135229" w:rsidRDefault="00501930" w:rsidP="00C96360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t xml:space="preserve">– </w:t>
      </w:r>
      <w:proofErr w:type="spellStart"/>
      <w:r w:rsidR="00735B4C">
        <w:rPr>
          <w:lang w:val="ru-RU"/>
        </w:rPr>
        <w:t>тәуліктік</w:t>
      </w:r>
      <w:proofErr w:type="spellEnd"/>
      <w:r w:rsidRPr="00135229">
        <w:rPr>
          <w:lang w:val="ru-RU"/>
        </w:rPr>
        <w:t xml:space="preserve">: 3 932 × 2 </w:t>
      </w:r>
      <w:r w:rsidR="00735B4C">
        <w:rPr>
          <w:lang w:val="ru-RU"/>
        </w:rPr>
        <w:t>АЕК</w:t>
      </w:r>
      <w:r w:rsidRPr="00135229">
        <w:rPr>
          <w:lang w:val="ru-RU"/>
        </w:rPr>
        <w:t xml:space="preserve"> × 5 = 39 320 </w:t>
      </w:r>
      <w:proofErr w:type="spellStart"/>
      <w:r w:rsidRPr="00135229">
        <w:rPr>
          <w:lang w:val="ru-RU"/>
        </w:rPr>
        <w:t>те</w:t>
      </w:r>
      <w:r w:rsidR="00D27536">
        <w:rPr>
          <w:lang w:val="ru-RU"/>
        </w:rPr>
        <w:t>ң</w:t>
      </w:r>
      <w:r w:rsidRPr="00135229">
        <w:rPr>
          <w:lang w:val="ru-RU"/>
        </w:rPr>
        <w:t>ге</w:t>
      </w:r>
      <w:proofErr w:type="spellEnd"/>
      <w:r w:rsidRPr="00135229">
        <w:rPr>
          <w:lang w:val="ru-RU"/>
        </w:rPr>
        <w:t>;</w:t>
      </w:r>
    </w:p>
    <w:p w:rsidR="009A6213" w:rsidRPr="00135229" w:rsidRDefault="00501930" w:rsidP="00C96360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t xml:space="preserve">– </w:t>
      </w:r>
      <w:proofErr w:type="spellStart"/>
      <w:r w:rsidR="00735B4C" w:rsidRPr="00735B4C">
        <w:rPr>
          <w:lang w:val="ru-RU"/>
        </w:rPr>
        <w:t>тұрғын</w:t>
      </w:r>
      <w:proofErr w:type="spellEnd"/>
      <w:r w:rsidR="00735B4C" w:rsidRPr="00735B4C">
        <w:rPr>
          <w:lang w:val="ru-RU"/>
        </w:rPr>
        <w:t xml:space="preserve"> үй </w:t>
      </w:r>
      <w:proofErr w:type="spellStart"/>
      <w:r w:rsidR="00735B4C" w:rsidRPr="00735B4C">
        <w:rPr>
          <w:lang w:val="ru-RU"/>
        </w:rPr>
        <w:t>жалдау</w:t>
      </w:r>
      <w:proofErr w:type="spellEnd"/>
      <w:r w:rsidR="00735B4C" w:rsidRPr="00735B4C">
        <w:rPr>
          <w:lang w:val="ru-RU"/>
        </w:rPr>
        <w:t xml:space="preserve"> </w:t>
      </w:r>
      <w:proofErr w:type="spellStart"/>
      <w:r w:rsidR="00735B4C" w:rsidRPr="00735B4C">
        <w:rPr>
          <w:lang w:val="ru-RU"/>
        </w:rPr>
        <w:t>шығындары</w:t>
      </w:r>
      <w:proofErr w:type="spellEnd"/>
      <w:r w:rsidRPr="00135229">
        <w:rPr>
          <w:lang w:val="ru-RU"/>
        </w:rPr>
        <w:t xml:space="preserve">: 3 932 × 3 </w:t>
      </w:r>
      <w:r w:rsidR="00735B4C">
        <w:rPr>
          <w:lang w:val="ru-RU"/>
        </w:rPr>
        <w:t>АЕК</w:t>
      </w:r>
      <w:r w:rsidR="00D27536">
        <w:rPr>
          <w:lang w:val="ru-RU"/>
        </w:rPr>
        <w:t xml:space="preserve"> × 4 = 47 184 </w:t>
      </w:r>
      <w:proofErr w:type="spellStart"/>
      <w:r w:rsidR="00D27536">
        <w:rPr>
          <w:lang w:val="ru-RU"/>
        </w:rPr>
        <w:t>тең</w:t>
      </w:r>
      <w:r w:rsidRPr="00135229">
        <w:rPr>
          <w:lang w:val="ru-RU"/>
        </w:rPr>
        <w:t>ге</w:t>
      </w:r>
      <w:proofErr w:type="spellEnd"/>
      <w:r w:rsidRPr="00135229">
        <w:rPr>
          <w:lang w:val="ru-RU"/>
        </w:rPr>
        <w:t>.</w:t>
      </w:r>
    </w:p>
    <w:p w:rsidR="009A6213" w:rsidRPr="00135229" w:rsidRDefault="00735B4C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735B4C">
        <w:rPr>
          <w:lang w:val="ru-RU"/>
        </w:rPr>
        <w:t>Бұл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ретте</w:t>
      </w:r>
      <w:proofErr w:type="spellEnd"/>
      <w:r>
        <w:rPr>
          <w:lang w:val="ru-RU"/>
        </w:rPr>
        <w:t>,</w:t>
      </w:r>
      <w:r w:rsidRPr="00735B4C">
        <w:rPr>
          <w:lang w:val="ru-RU"/>
        </w:rPr>
        <w:t xml:space="preserve"> белгіленген </w:t>
      </w:r>
      <w:proofErr w:type="spellStart"/>
      <w:r w:rsidRPr="00735B4C">
        <w:rPr>
          <w:lang w:val="ru-RU"/>
        </w:rPr>
        <w:t>нормаларға</w:t>
      </w:r>
      <w:proofErr w:type="spellEnd"/>
      <w:r w:rsidRPr="00735B4C">
        <w:rPr>
          <w:lang w:val="ru-RU"/>
        </w:rPr>
        <w:t xml:space="preserve"> сәйкес </w:t>
      </w:r>
      <w:proofErr w:type="spellStart"/>
      <w:r w:rsidRPr="00735B4C">
        <w:rPr>
          <w:lang w:val="ru-RU"/>
        </w:rPr>
        <w:t>іссапар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төлемдерінің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мөлшері</w:t>
      </w:r>
      <w:proofErr w:type="spellEnd"/>
      <w:r w:rsidRPr="00735B4C">
        <w:rPr>
          <w:lang w:val="ru-RU"/>
        </w:rPr>
        <w:t xml:space="preserve"> </w:t>
      </w:r>
      <w:r>
        <w:rPr>
          <w:lang w:val="ru-RU"/>
        </w:rPr>
        <w:t xml:space="preserve">                </w:t>
      </w:r>
      <w:r w:rsidRPr="00735B4C">
        <w:rPr>
          <w:lang w:val="ru-RU"/>
        </w:rPr>
        <w:t xml:space="preserve">165 144 </w:t>
      </w:r>
      <w:proofErr w:type="spellStart"/>
      <w:r w:rsidRPr="00735B4C">
        <w:rPr>
          <w:lang w:val="ru-RU"/>
        </w:rPr>
        <w:t>теңгені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құрауы</w:t>
      </w:r>
      <w:proofErr w:type="spellEnd"/>
      <w:r w:rsidRPr="00735B4C">
        <w:rPr>
          <w:lang w:val="ru-RU"/>
        </w:rPr>
        <w:t xml:space="preserve"> </w:t>
      </w:r>
      <w:proofErr w:type="spellStart"/>
      <w:proofErr w:type="gramStart"/>
      <w:r w:rsidRPr="00735B4C">
        <w:rPr>
          <w:lang w:val="ru-RU"/>
        </w:rPr>
        <w:t>тиіс</w:t>
      </w:r>
      <w:proofErr w:type="spellEnd"/>
      <w:proofErr w:type="gramEnd"/>
      <w:r w:rsidRPr="00735B4C">
        <w:rPr>
          <w:lang w:val="ru-RU"/>
        </w:rPr>
        <w:t xml:space="preserve">, </w:t>
      </w:r>
      <w:proofErr w:type="spellStart"/>
      <w:r w:rsidRPr="00735B4C">
        <w:rPr>
          <w:lang w:val="ru-RU"/>
        </w:rPr>
        <w:t>оның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ішінде</w:t>
      </w:r>
      <w:proofErr w:type="spellEnd"/>
      <w:r w:rsidRPr="00735B4C">
        <w:rPr>
          <w:lang w:val="ru-RU"/>
        </w:rPr>
        <w:t>:</w:t>
      </w:r>
      <w:r w:rsidR="00501930" w:rsidRPr="00135229">
        <w:rPr>
          <w:lang w:val="ru-RU"/>
        </w:rPr>
        <w:t>:</w:t>
      </w:r>
    </w:p>
    <w:p w:rsidR="009A6213" w:rsidRPr="00135229" w:rsidRDefault="00501930" w:rsidP="00C96360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t xml:space="preserve">– </w:t>
      </w:r>
      <w:proofErr w:type="spellStart"/>
      <w:r w:rsidR="00735B4C">
        <w:rPr>
          <w:lang w:val="ru-RU"/>
        </w:rPr>
        <w:t>тәулі</w:t>
      </w:r>
      <w:r w:rsidR="00D27536">
        <w:rPr>
          <w:lang w:val="ru-RU"/>
        </w:rPr>
        <w:t>ктік</w:t>
      </w:r>
      <w:proofErr w:type="spellEnd"/>
      <w:r w:rsidR="00D27536">
        <w:rPr>
          <w:lang w:val="ru-RU"/>
        </w:rPr>
        <w:t xml:space="preserve">: 3 932 × 2 × 5 = 39 320 </w:t>
      </w:r>
      <w:proofErr w:type="spellStart"/>
      <w:r w:rsidR="00D27536">
        <w:rPr>
          <w:lang w:val="ru-RU"/>
        </w:rPr>
        <w:t>тең</w:t>
      </w:r>
      <w:r w:rsidRPr="00135229">
        <w:rPr>
          <w:lang w:val="ru-RU"/>
        </w:rPr>
        <w:t>ге</w:t>
      </w:r>
      <w:proofErr w:type="spellEnd"/>
      <w:r w:rsidRPr="00135229">
        <w:rPr>
          <w:lang w:val="ru-RU"/>
        </w:rPr>
        <w:t>;</w:t>
      </w:r>
    </w:p>
    <w:p w:rsidR="009A6213" w:rsidRPr="00135229" w:rsidRDefault="00501930" w:rsidP="00C96360">
      <w:pPr>
        <w:spacing w:after="120"/>
        <w:ind w:firstLine="400"/>
        <w:jc w:val="both"/>
        <w:rPr>
          <w:lang w:val="ru-RU"/>
        </w:rPr>
      </w:pPr>
      <w:r w:rsidRPr="00135229">
        <w:rPr>
          <w:lang w:val="ru-RU"/>
        </w:rPr>
        <w:lastRenderedPageBreak/>
        <w:t xml:space="preserve">– </w:t>
      </w:r>
      <w:proofErr w:type="spellStart"/>
      <w:r w:rsidR="00735B4C" w:rsidRPr="00735B4C">
        <w:rPr>
          <w:lang w:val="ru-RU"/>
        </w:rPr>
        <w:t>тұрғын</w:t>
      </w:r>
      <w:proofErr w:type="spellEnd"/>
      <w:r w:rsidR="00735B4C" w:rsidRPr="00735B4C">
        <w:rPr>
          <w:lang w:val="ru-RU"/>
        </w:rPr>
        <w:t xml:space="preserve"> үй </w:t>
      </w:r>
      <w:proofErr w:type="spellStart"/>
      <w:r w:rsidR="00735B4C" w:rsidRPr="00735B4C">
        <w:rPr>
          <w:lang w:val="ru-RU"/>
        </w:rPr>
        <w:t>жалдау</w:t>
      </w:r>
      <w:proofErr w:type="spellEnd"/>
      <w:r w:rsidR="00735B4C" w:rsidRPr="00735B4C">
        <w:rPr>
          <w:lang w:val="ru-RU"/>
        </w:rPr>
        <w:t xml:space="preserve"> </w:t>
      </w:r>
      <w:proofErr w:type="spellStart"/>
      <w:r w:rsidR="00735B4C" w:rsidRPr="00735B4C">
        <w:rPr>
          <w:lang w:val="ru-RU"/>
        </w:rPr>
        <w:t>шығындары</w:t>
      </w:r>
      <w:proofErr w:type="spellEnd"/>
      <w:r w:rsidRPr="00135229">
        <w:rPr>
          <w:lang w:val="ru-RU"/>
        </w:rPr>
        <w:t xml:space="preserve">: 3 932 × 8 × 4 = 125 824 </w:t>
      </w:r>
      <w:proofErr w:type="spellStart"/>
      <w:r w:rsidRPr="00135229">
        <w:rPr>
          <w:lang w:val="ru-RU"/>
        </w:rPr>
        <w:t>те</w:t>
      </w:r>
      <w:r w:rsidR="00D27536">
        <w:rPr>
          <w:lang w:val="ru-RU"/>
        </w:rPr>
        <w:t>ң</w:t>
      </w:r>
      <w:r w:rsidRPr="00135229">
        <w:rPr>
          <w:lang w:val="ru-RU"/>
        </w:rPr>
        <w:t>ге</w:t>
      </w:r>
      <w:proofErr w:type="spellEnd"/>
      <w:r w:rsidRPr="00135229">
        <w:rPr>
          <w:lang w:val="ru-RU"/>
        </w:rPr>
        <w:t>.</w:t>
      </w:r>
    </w:p>
    <w:p w:rsidR="009A6213" w:rsidRPr="00135229" w:rsidRDefault="00735B4C" w:rsidP="00C96360">
      <w:pPr>
        <w:spacing w:after="120"/>
        <w:ind w:firstLine="400"/>
        <w:jc w:val="both"/>
        <w:rPr>
          <w:lang w:val="ru-RU"/>
        </w:rPr>
      </w:pPr>
      <w:proofErr w:type="spellStart"/>
      <w:r w:rsidRPr="0029725D">
        <w:rPr>
          <w:b/>
          <w:lang w:val="ru-RU"/>
        </w:rPr>
        <w:t>Сыбайлас</w:t>
      </w:r>
      <w:proofErr w:type="spellEnd"/>
      <w:r w:rsidRPr="0029725D">
        <w:rPr>
          <w:b/>
          <w:lang w:val="ru-RU"/>
        </w:rPr>
        <w:t xml:space="preserve"> </w:t>
      </w:r>
      <w:proofErr w:type="spellStart"/>
      <w:r w:rsidRPr="0029725D">
        <w:rPr>
          <w:b/>
          <w:lang w:val="ru-RU"/>
        </w:rPr>
        <w:t>жемқорлық</w:t>
      </w:r>
      <w:proofErr w:type="spellEnd"/>
      <w:r w:rsidRPr="0029725D">
        <w:rPr>
          <w:b/>
          <w:lang w:val="ru-RU"/>
        </w:rPr>
        <w:t xml:space="preserve"> </w:t>
      </w:r>
      <w:proofErr w:type="spellStart"/>
      <w:r w:rsidRPr="0029725D">
        <w:rPr>
          <w:b/>
          <w:lang w:val="ru-RU"/>
        </w:rPr>
        <w:t>тәуекелі</w:t>
      </w:r>
      <w:proofErr w:type="spellEnd"/>
      <w:r w:rsidRPr="0029725D">
        <w:rPr>
          <w:b/>
          <w:lang w:val="ru-RU"/>
        </w:rPr>
        <w:t>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І</w:t>
      </w:r>
      <w:r w:rsidRPr="00735B4C">
        <w:rPr>
          <w:lang w:val="ru-RU"/>
        </w:rPr>
        <w:t>ссапар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шығы</w:t>
      </w:r>
      <w:r>
        <w:rPr>
          <w:lang w:val="ru-RU"/>
        </w:rPr>
        <w:t>нд</w:t>
      </w:r>
      <w:r w:rsidRPr="00735B4C">
        <w:rPr>
          <w:lang w:val="ru-RU"/>
        </w:rPr>
        <w:t>арын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есептеу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кезінде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тиісті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бақылаудың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болмауы</w:t>
      </w:r>
      <w:proofErr w:type="spellEnd"/>
      <w:r>
        <w:rPr>
          <w:lang w:val="ru-RU"/>
        </w:rPr>
        <w:t>,</w:t>
      </w:r>
      <w:r w:rsidRPr="00735B4C">
        <w:rPr>
          <w:lang w:val="ru-RU"/>
        </w:rPr>
        <w:t xml:space="preserve"> бюджет </w:t>
      </w:r>
      <w:proofErr w:type="spellStart"/>
      <w:r w:rsidRPr="00735B4C">
        <w:rPr>
          <w:lang w:val="ru-RU"/>
        </w:rPr>
        <w:t>қаражатының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дұрыс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жұмсалмау</w:t>
      </w:r>
      <w:proofErr w:type="spellEnd"/>
      <w:r w:rsidRPr="00735B4C">
        <w:rPr>
          <w:lang w:val="ru-RU"/>
        </w:rPr>
        <w:t xml:space="preserve">, </w:t>
      </w:r>
      <w:proofErr w:type="spellStart"/>
      <w:r w:rsidRPr="00735B4C">
        <w:rPr>
          <w:lang w:val="ru-RU"/>
        </w:rPr>
        <w:t>қаржылық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бұзушылықтардың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туындау</w:t>
      </w:r>
      <w:proofErr w:type="spellEnd"/>
      <w:r w:rsidRPr="00735B4C">
        <w:rPr>
          <w:lang w:val="ru-RU"/>
        </w:rPr>
        <w:t xml:space="preserve"> және </w:t>
      </w:r>
      <w:proofErr w:type="spellStart"/>
      <w:r w:rsidRPr="00735B4C">
        <w:rPr>
          <w:lang w:val="ru-RU"/>
        </w:rPr>
        <w:t>төлемдерді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есептеу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кезінде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негізсіз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шешімдер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қабылдау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қаупін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тудырады</w:t>
      </w:r>
      <w:proofErr w:type="spellEnd"/>
      <w:r w:rsidR="00501930" w:rsidRPr="00135229">
        <w:rPr>
          <w:lang w:val="ru-RU"/>
        </w:rPr>
        <w:t>.</w:t>
      </w:r>
    </w:p>
    <w:p w:rsidR="00735B4C" w:rsidRPr="00735B4C" w:rsidRDefault="00735B4C" w:rsidP="00735B4C">
      <w:pPr>
        <w:spacing w:after="120"/>
        <w:ind w:firstLine="400"/>
        <w:jc w:val="both"/>
        <w:rPr>
          <w:lang w:val="ru-RU"/>
        </w:rPr>
      </w:pPr>
      <w:r w:rsidRPr="00735B4C">
        <w:rPr>
          <w:b/>
          <w:lang w:val="ru-RU"/>
        </w:rPr>
        <w:t xml:space="preserve"> </w:t>
      </w:r>
      <w:proofErr w:type="spellStart"/>
      <w:r w:rsidRPr="003D1A81">
        <w:rPr>
          <w:b/>
          <w:lang w:val="ru-RU"/>
        </w:rPr>
        <w:t>Ұсыныс</w:t>
      </w:r>
      <w:proofErr w:type="spellEnd"/>
      <w:r w:rsidRPr="003D1A81">
        <w:rPr>
          <w:b/>
          <w:lang w:val="ru-RU"/>
        </w:rPr>
        <w:t>:</w:t>
      </w:r>
      <w:r w:rsidR="00501930" w:rsidRPr="00135229">
        <w:rPr>
          <w:lang w:val="ru-RU"/>
        </w:rPr>
        <w:t xml:space="preserve"> </w:t>
      </w:r>
      <w:proofErr w:type="spellStart"/>
      <w:r w:rsidRPr="00735B4C">
        <w:rPr>
          <w:lang w:val="ru-RU"/>
        </w:rPr>
        <w:t>Тұрғын</w:t>
      </w:r>
      <w:proofErr w:type="spellEnd"/>
      <w:r w:rsidRPr="00735B4C">
        <w:rPr>
          <w:lang w:val="ru-RU"/>
        </w:rPr>
        <w:t xml:space="preserve"> үй </w:t>
      </w:r>
      <w:proofErr w:type="spellStart"/>
      <w:r w:rsidRPr="00735B4C">
        <w:rPr>
          <w:lang w:val="ru-RU"/>
        </w:rPr>
        <w:t>жалдау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шығындарын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растайтын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құжаттарды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ұсына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отырып</w:t>
      </w:r>
      <w:proofErr w:type="spellEnd"/>
      <w:r w:rsidRPr="00735B4C">
        <w:rPr>
          <w:lang w:val="ru-RU"/>
        </w:rPr>
        <w:t xml:space="preserve">, </w:t>
      </w:r>
      <w:proofErr w:type="spellStart"/>
      <w:r w:rsidRPr="00735B4C">
        <w:rPr>
          <w:lang w:val="ru-RU"/>
        </w:rPr>
        <w:t>қайта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есептеу</w:t>
      </w:r>
      <w:proofErr w:type="spellEnd"/>
      <w:r w:rsidRPr="00735B4C">
        <w:rPr>
          <w:lang w:val="ru-RU"/>
        </w:rPr>
        <w:t xml:space="preserve"> және </w:t>
      </w:r>
      <w:proofErr w:type="spellStart"/>
      <w:r w:rsidRPr="00735B4C">
        <w:rPr>
          <w:lang w:val="ru-RU"/>
        </w:rPr>
        <w:t>төлеу</w:t>
      </w:r>
      <w:proofErr w:type="spellEnd"/>
      <w:r w:rsidRPr="00735B4C">
        <w:rPr>
          <w:lang w:val="ru-RU"/>
        </w:rPr>
        <w:t xml:space="preserve"> </w:t>
      </w:r>
      <w:proofErr w:type="spellStart"/>
      <w:r w:rsidRPr="00735B4C">
        <w:rPr>
          <w:lang w:val="ru-RU"/>
        </w:rPr>
        <w:t>жүргізілсін</w:t>
      </w:r>
      <w:proofErr w:type="spellEnd"/>
      <w:r>
        <w:rPr>
          <w:lang w:val="ru-RU"/>
        </w:rPr>
        <w:t>.</w:t>
      </w:r>
    </w:p>
    <w:p w:rsidR="00735B4C" w:rsidRDefault="00735B4C" w:rsidP="00735B4C">
      <w:pPr>
        <w:spacing w:after="120"/>
        <w:ind w:firstLine="400"/>
        <w:jc w:val="both"/>
        <w:rPr>
          <w:lang w:val="ru-RU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992"/>
        <w:gridCol w:w="3928"/>
      </w:tblGrid>
      <w:tr w:rsidR="00123436" w:rsidTr="00123436">
        <w:tc>
          <w:tcPr>
            <w:tcW w:w="3936" w:type="dxa"/>
          </w:tcPr>
          <w:p w:rsidR="00123436" w:rsidRDefault="00123436" w:rsidP="0012343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«Қазақстан Республикасы Мемлекеттік</w:t>
            </w:r>
            <w:r w:rsidRPr="00F030A2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қызмет</w:t>
            </w:r>
            <w:proofErr w:type="spellEnd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істері</w:t>
            </w:r>
            <w:proofErr w:type="spellEnd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агенттігінің</w:t>
            </w:r>
            <w:proofErr w:type="spellEnd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Қостанай</w:t>
            </w:r>
            <w:r w:rsidRPr="00F030A2">
              <w:rPr>
                <w:rFonts w:cs="Times New Roman"/>
                <w:szCs w:val="24"/>
                <w:lang w:val="ru-RU"/>
              </w:rPr>
              <w:t xml:space="preserve"> </w:t>
            </w:r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облысы </w:t>
            </w:r>
            <w:proofErr w:type="spellStart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бойынша</w:t>
            </w:r>
            <w:proofErr w:type="spellEnd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департаменті</w:t>
            </w:r>
            <w:proofErr w:type="spellEnd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РММ</w:t>
            </w:r>
            <w:r w:rsidRPr="00F030A2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F030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басшысы</w:t>
            </w:r>
            <w:proofErr w:type="spellEnd"/>
          </w:p>
          <w:p w:rsidR="00123436" w:rsidRDefault="00123436" w:rsidP="00123436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______________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Е.</w:t>
            </w:r>
            <w:r w:rsidRPr="00F030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Салыкбаев</w:t>
            </w:r>
            <w:proofErr w:type="spellEnd"/>
          </w:p>
          <w:p w:rsidR="00123436" w:rsidRDefault="00123436" w:rsidP="00735B4C">
            <w:pPr>
              <w:spacing w:after="120"/>
              <w:jc w:val="both"/>
              <w:rPr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«</w:t>
            </w:r>
            <w:r>
              <w:rPr>
                <w:rFonts w:cs="Times New Roman"/>
                <w:sz w:val="28"/>
                <w:szCs w:val="28"/>
                <w:lang w:val="ru-RU"/>
              </w:rPr>
              <w:t>__» _______________</w:t>
            </w:r>
          </w:p>
        </w:tc>
        <w:tc>
          <w:tcPr>
            <w:tcW w:w="992" w:type="dxa"/>
          </w:tcPr>
          <w:p w:rsidR="00123436" w:rsidRDefault="00123436" w:rsidP="0012343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28" w:type="dxa"/>
          </w:tcPr>
          <w:p w:rsidR="00123436" w:rsidRDefault="00123436" w:rsidP="00123436">
            <w:pPr>
              <w:pStyle w:val="a9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«Федоров ауданы әкімдігінің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кәсіпкерлі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әне ауыл</w:t>
            </w:r>
            <w:r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123436" w:rsidRDefault="00123436" w:rsidP="0012343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шаруашылығы бө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імі» </w:t>
            </w:r>
          </w:p>
          <w:p w:rsidR="00123436" w:rsidRDefault="00123436" w:rsidP="0012343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ММ</w:t>
            </w:r>
            <w:proofErr w:type="gramEnd"/>
            <w:r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басшысы</w:t>
            </w:r>
            <w:proofErr w:type="spellEnd"/>
          </w:p>
          <w:p w:rsidR="00123436" w:rsidRDefault="00123436" w:rsidP="00123436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23436" w:rsidRDefault="00123436" w:rsidP="00123436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А.Мырзахметов</w:t>
            </w:r>
            <w:proofErr w:type="spellEnd"/>
          </w:p>
          <w:p w:rsidR="00123436" w:rsidRDefault="00123436" w:rsidP="00735B4C">
            <w:pPr>
              <w:spacing w:after="120"/>
              <w:jc w:val="both"/>
              <w:rPr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«</w:t>
            </w:r>
            <w:r>
              <w:rPr>
                <w:rFonts w:cs="Times New Roman"/>
                <w:sz w:val="28"/>
                <w:szCs w:val="28"/>
                <w:lang w:val="ru-RU"/>
              </w:rPr>
              <w:t>__» _______________</w:t>
            </w:r>
          </w:p>
        </w:tc>
      </w:tr>
    </w:tbl>
    <w:p w:rsidR="00123436" w:rsidRPr="00735B4C" w:rsidRDefault="00123436" w:rsidP="00123436">
      <w:pPr>
        <w:spacing w:after="120"/>
        <w:jc w:val="both"/>
        <w:rPr>
          <w:lang w:val="ru-RU"/>
        </w:rPr>
      </w:pPr>
    </w:p>
    <w:sectPr w:rsidR="00123436" w:rsidRPr="00735B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3436"/>
    <w:rsid w:val="00135229"/>
    <w:rsid w:val="0015074B"/>
    <w:rsid w:val="00172ABF"/>
    <w:rsid w:val="0029639D"/>
    <w:rsid w:val="0029725D"/>
    <w:rsid w:val="00326F90"/>
    <w:rsid w:val="003D1A81"/>
    <w:rsid w:val="003D6F64"/>
    <w:rsid w:val="00501930"/>
    <w:rsid w:val="00735B4C"/>
    <w:rsid w:val="009A6213"/>
    <w:rsid w:val="00AA1D8D"/>
    <w:rsid w:val="00B47730"/>
    <w:rsid w:val="00B604ED"/>
    <w:rsid w:val="00C96360"/>
    <w:rsid w:val="00CB0664"/>
    <w:rsid w:val="00D27536"/>
    <w:rsid w:val="00E20C58"/>
    <w:rsid w:val="00EA4E41"/>
    <w:rsid w:val="00F030A2"/>
    <w:rsid w:val="00FC693F"/>
    <w:rsid w:val="00FC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35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35229"/>
    <w:rPr>
      <w:rFonts w:ascii="Tahoma" w:hAnsi="Tahoma" w:cs="Tahoma"/>
      <w:sz w:val="16"/>
      <w:szCs w:val="16"/>
    </w:rPr>
  </w:style>
  <w:style w:type="character" w:styleId="affa">
    <w:name w:val="Hyperlink"/>
    <w:basedOn w:val="a2"/>
    <w:uiPriority w:val="99"/>
    <w:semiHidden/>
    <w:unhideWhenUsed/>
    <w:rsid w:val="003D1A81"/>
    <w:rPr>
      <w:color w:val="0000FF"/>
      <w:u w:val="single"/>
    </w:rPr>
  </w:style>
  <w:style w:type="character" w:customStyle="1" w:styleId="ypks7kbdpwfgdykd3qb9">
    <w:name w:val="ypks7kbdpwfgdykd3qb9"/>
    <w:basedOn w:val="a2"/>
    <w:rsid w:val="003D1A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35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35229"/>
    <w:rPr>
      <w:rFonts w:ascii="Tahoma" w:hAnsi="Tahoma" w:cs="Tahoma"/>
      <w:sz w:val="16"/>
      <w:szCs w:val="16"/>
    </w:rPr>
  </w:style>
  <w:style w:type="character" w:styleId="affa">
    <w:name w:val="Hyperlink"/>
    <w:basedOn w:val="a2"/>
    <w:uiPriority w:val="99"/>
    <w:semiHidden/>
    <w:unhideWhenUsed/>
    <w:rsid w:val="003D1A81"/>
    <w:rPr>
      <w:color w:val="0000FF"/>
      <w:u w:val="single"/>
    </w:rPr>
  </w:style>
  <w:style w:type="character" w:customStyle="1" w:styleId="ypks7kbdpwfgdykd3qb9">
    <w:name w:val="ypks7kbdpwfgdykd3qb9"/>
    <w:basedOn w:val="a2"/>
    <w:rsid w:val="003D1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92B750-67C2-4EC0-B4AA-7993C823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1302</Words>
  <Characters>7424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8709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10</cp:revision>
  <dcterms:created xsi:type="dcterms:W3CDTF">2013-12-23T23:15:00Z</dcterms:created>
  <dcterms:modified xsi:type="dcterms:W3CDTF">2026-08-31T04:50:00Z</dcterms:modified>
  <cp:category/>
</cp:coreProperties>
</file>