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39C" w:rsidRDefault="00D8039C"/>
    <w:p w:rsidR="00D8039C" w:rsidRDefault="0064550F">
      <w:pPr>
        <w:jc w:val="center"/>
      </w:pPr>
      <w:r>
        <w:rPr>
          <w:b/>
        </w:rPr>
        <w:t>Анықтама</w:t>
      </w:r>
    </w:p>
    <w:p w:rsidR="001D61B6" w:rsidRDefault="001D61B6" w:rsidP="001D61B6">
      <w:pPr>
        <w:ind w:firstLine="709"/>
        <w:jc w:val="both"/>
      </w:pPr>
      <w:r>
        <w:t xml:space="preserve">2026 </w:t>
      </w:r>
      <w:proofErr w:type="spellStart"/>
      <w:r>
        <w:t>жылғы</w:t>
      </w:r>
      <w:proofErr w:type="spellEnd"/>
      <w:r>
        <w:t xml:space="preserve"> 29 </w:t>
      </w:r>
      <w:proofErr w:type="spellStart"/>
      <w:r>
        <w:t>қазанда</w:t>
      </w:r>
      <w:proofErr w:type="spellEnd"/>
      <w:r>
        <w:t xml:space="preserve"> </w:t>
      </w:r>
      <w:proofErr w:type="spellStart"/>
      <w:r>
        <w:t>Министрліктің</w:t>
      </w:r>
      <w:proofErr w:type="spellEnd"/>
      <w:r>
        <w:t xml:space="preserve"> </w:t>
      </w:r>
      <w:proofErr w:type="spellStart"/>
      <w:r>
        <w:t>Әдеп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уәкілі</w:t>
      </w:r>
      <w:proofErr w:type="spellEnd"/>
      <w:r>
        <w:t xml:space="preserve"> </w:t>
      </w:r>
      <w:proofErr w:type="spellStart"/>
      <w:r>
        <w:t>Заң</w:t>
      </w:r>
      <w:proofErr w:type="spellEnd"/>
      <w:r>
        <w:t xml:space="preserve"> </w:t>
      </w:r>
      <w:proofErr w:type="spellStart"/>
      <w:r>
        <w:t>департаментімен</w:t>
      </w:r>
      <w:proofErr w:type="spellEnd"/>
      <w:r>
        <w:t xml:space="preserve"> </w:t>
      </w:r>
      <w:proofErr w:type="spellStart"/>
      <w:r>
        <w:t>бірлесіп</w:t>
      </w:r>
      <w:proofErr w:type="spellEnd"/>
      <w:r>
        <w:t xml:space="preserve"> </w:t>
      </w:r>
      <w:proofErr w:type="spellStart"/>
      <w:r>
        <w:t>қызметшілерге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семинар</w:t>
      </w:r>
      <w:proofErr w:type="spellEnd"/>
      <w:r>
        <w:t xml:space="preserve"> </w:t>
      </w:r>
      <w:proofErr w:type="spellStart"/>
      <w:r>
        <w:t>өткізді</w:t>
      </w:r>
      <w:proofErr w:type="spellEnd"/>
      <w:r>
        <w:t>.</w:t>
      </w:r>
      <w:r w:rsidR="00F97B1E" w:rsidRPr="00F97B1E">
        <w:t xml:space="preserve"> </w:t>
      </w:r>
      <w:proofErr w:type="spellStart"/>
      <w:r w:rsidR="00F97B1E" w:rsidRPr="00F97B1E">
        <w:t>Семинарға</w:t>
      </w:r>
      <w:proofErr w:type="spellEnd"/>
      <w:r w:rsidR="00F97B1E" w:rsidRPr="00F97B1E">
        <w:t xml:space="preserve"> 61 </w:t>
      </w:r>
      <w:proofErr w:type="spellStart"/>
      <w:r w:rsidR="00F97B1E" w:rsidRPr="00F97B1E">
        <w:t>қызметкер</w:t>
      </w:r>
      <w:proofErr w:type="spellEnd"/>
      <w:r w:rsidR="00F97B1E" w:rsidRPr="00F97B1E">
        <w:t xml:space="preserve"> </w:t>
      </w:r>
      <w:proofErr w:type="spellStart"/>
      <w:r w:rsidR="00F97B1E" w:rsidRPr="00F97B1E">
        <w:t>қатысты</w:t>
      </w:r>
      <w:proofErr w:type="spellEnd"/>
      <w:r w:rsidR="00F97B1E" w:rsidRPr="00F97B1E">
        <w:t>.</w:t>
      </w:r>
    </w:p>
    <w:p w:rsidR="001D61B6" w:rsidRDefault="001D61B6" w:rsidP="000A79B4">
      <w:pPr>
        <w:ind w:firstLine="709"/>
        <w:jc w:val="both"/>
      </w:pPr>
      <w:proofErr w:type="spellStart"/>
      <w:r>
        <w:t>Семинар</w:t>
      </w:r>
      <w:proofErr w:type="spellEnd"/>
      <w:r>
        <w:t xml:space="preserve"> </w:t>
      </w:r>
      <w:proofErr w:type="spellStart"/>
      <w:r>
        <w:t>барысында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Бас</w:t>
      </w:r>
      <w:proofErr w:type="spellEnd"/>
      <w:r>
        <w:t xml:space="preserve"> </w:t>
      </w:r>
      <w:proofErr w:type="spellStart"/>
      <w:r>
        <w:t>прокуратурасының</w:t>
      </w:r>
      <w:proofErr w:type="spellEnd"/>
      <w:r>
        <w:t xml:space="preserve"> </w:t>
      </w:r>
      <w:proofErr w:type="spellStart"/>
      <w:r>
        <w:t>жанындағы</w:t>
      </w:r>
      <w:proofErr w:type="spellEnd"/>
      <w:r>
        <w:t xml:space="preserve"> </w:t>
      </w:r>
      <w:proofErr w:type="spellStart"/>
      <w:r>
        <w:t>Құқық</w:t>
      </w:r>
      <w:proofErr w:type="spellEnd"/>
      <w:r>
        <w:t xml:space="preserve"> </w:t>
      </w:r>
      <w:proofErr w:type="spellStart"/>
      <w:r>
        <w:t>қорғау</w:t>
      </w:r>
      <w:proofErr w:type="spellEnd"/>
      <w:r>
        <w:t xml:space="preserve"> </w:t>
      </w:r>
      <w:proofErr w:type="spellStart"/>
      <w:r>
        <w:t>органдары</w:t>
      </w:r>
      <w:proofErr w:type="spellEnd"/>
      <w:r>
        <w:t xml:space="preserve"> </w:t>
      </w:r>
      <w:proofErr w:type="spellStart"/>
      <w:r>
        <w:t>академиясының</w:t>
      </w:r>
      <w:proofErr w:type="spellEnd"/>
      <w:r>
        <w:t xml:space="preserve"> </w:t>
      </w:r>
      <w:proofErr w:type="spellStart"/>
      <w:r>
        <w:t>кафедра</w:t>
      </w:r>
      <w:proofErr w:type="spellEnd"/>
      <w:r>
        <w:t xml:space="preserve"> </w:t>
      </w:r>
      <w:proofErr w:type="spellStart"/>
      <w:r>
        <w:t>доценті</w:t>
      </w:r>
      <w:proofErr w:type="spellEnd"/>
      <w:r>
        <w:t xml:space="preserve"> </w:t>
      </w:r>
      <w:proofErr w:type="spellStart"/>
      <w:r>
        <w:t>Рахимов</w:t>
      </w:r>
      <w:proofErr w:type="spellEnd"/>
      <w:r>
        <w:t xml:space="preserve"> </w:t>
      </w:r>
      <w:proofErr w:type="spellStart"/>
      <w:r>
        <w:t>Нұрғали</w:t>
      </w:r>
      <w:proofErr w:type="spellEnd"/>
      <w:r>
        <w:t xml:space="preserve"> </w:t>
      </w:r>
      <w:proofErr w:type="spellStart"/>
      <w:r>
        <w:t>Берікұлы</w:t>
      </w:r>
      <w:proofErr w:type="spellEnd"/>
      <w:r>
        <w:t xml:space="preserve"> «</w:t>
      </w:r>
      <w:proofErr w:type="spellStart"/>
      <w:r>
        <w:t>Заң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тәртіп</w:t>
      </w:r>
      <w:proofErr w:type="spellEnd"/>
      <w:r>
        <w:t xml:space="preserve">» </w:t>
      </w:r>
      <w:proofErr w:type="spellStart"/>
      <w:r>
        <w:t>идеологиясын</w:t>
      </w:r>
      <w:proofErr w:type="spellEnd"/>
      <w:r>
        <w:t xml:space="preserve"> </w:t>
      </w:r>
      <w:proofErr w:type="spellStart"/>
      <w:r>
        <w:t>қоғамда</w:t>
      </w:r>
      <w:proofErr w:type="spellEnd"/>
      <w:r>
        <w:t xml:space="preserve"> </w:t>
      </w:r>
      <w:proofErr w:type="spellStart"/>
      <w:r>
        <w:t>ілгерілетудің</w:t>
      </w:r>
      <w:proofErr w:type="spellEnd"/>
      <w:r>
        <w:t xml:space="preserve"> </w:t>
      </w:r>
      <w:proofErr w:type="spellStart"/>
      <w:r>
        <w:t>жаңа</w:t>
      </w:r>
      <w:proofErr w:type="spellEnd"/>
      <w:r>
        <w:t xml:space="preserve"> </w:t>
      </w:r>
      <w:proofErr w:type="spellStart"/>
      <w:r>
        <w:t>тәсілдері</w:t>
      </w:r>
      <w:proofErr w:type="spellEnd"/>
      <w:r>
        <w:t xml:space="preserve">» </w:t>
      </w:r>
      <w:proofErr w:type="spellStart"/>
      <w:r>
        <w:t>және</w:t>
      </w:r>
      <w:proofErr w:type="spellEnd"/>
      <w:r>
        <w:t xml:space="preserve"> «</w:t>
      </w:r>
      <w:proofErr w:type="spellStart"/>
      <w:r>
        <w:t>Заңсыз</w:t>
      </w:r>
      <w:proofErr w:type="spellEnd"/>
      <w:r>
        <w:t xml:space="preserve"> </w:t>
      </w:r>
      <w:proofErr w:type="spellStart"/>
      <w:r>
        <w:t>сыйақы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пара</w:t>
      </w:r>
      <w:proofErr w:type="spellEnd"/>
      <w:r>
        <w:t xml:space="preserve">: </w:t>
      </w:r>
      <w:proofErr w:type="spellStart"/>
      <w:r>
        <w:t>ұғымы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негізгі</w:t>
      </w:r>
      <w:proofErr w:type="spellEnd"/>
      <w:r>
        <w:t xml:space="preserve"> </w:t>
      </w:r>
      <w:proofErr w:type="spellStart"/>
      <w:r>
        <w:t>айырмашылық</w:t>
      </w:r>
      <w:proofErr w:type="spellEnd"/>
      <w:r>
        <w:t xml:space="preserve"> </w:t>
      </w:r>
      <w:proofErr w:type="spellStart"/>
      <w:r>
        <w:t>белгілері</w:t>
      </w:r>
      <w:proofErr w:type="spellEnd"/>
      <w:r>
        <w:t xml:space="preserve">» </w:t>
      </w:r>
      <w:proofErr w:type="spellStart"/>
      <w:r>
        <w:t>тақырыптарында</w:t>
      </w:r>
      <w:proofErr w:type="spellEnd"/>
      <w:r>
        <w:t xml:space="preserve"> </w:t>
      </w:r>
      <w:proofErr w:type="spellStart"/>
      <w:r>
        <w:t>дәріс</w:t>
      </w:r>
      <w:proofErr w:type="spellEnd"/>
      <w:r>
        <w:t xml:space="preserve"> </w:t>
      </w:r>
      <w:proofErr w:type="spellStart"/>
      <w:r>
        <w:t>оқыды</w:t>
      </w:r>
      <w:proofErr w:type="spellEnd"/>
      <w:r>
        <w:t>.</w:t>
      </w:r>
    </w:p>
    <w:p w:rsidR="001D61B6" w:rsidRDefault="001D61B6" w:rsidP="000A79B4">
      <w:pPr>
        <w:ind w:firstLine="709"/>
        <w:jc w:val="both"/>
      </w:pPr>
      <w:proofErr w:type="spellStart"/>
      <w:r>
        <w:t>Бірінші</w:t>
      </w:r>
      <w:proofErr w:type="spellEnd"/>
      <w:r>
        <w:t xml:space="preserve"> </w:t>
      </w:r>
      <w:proofErr w:type="spellStart"/>
      <w:r>
        <w:t>тақырып</w:t>
      </w:r>
      <w:proofErr w:type="spellEnd"/>
      <w:r>
        <w:t xml:space="preserve"> </w:t>
      </w:r>
      <w:proofErr w:type="spellStart"/>
      <w:r>
        <w:t>аясында</w:t>
      </w:r>
      <w:proofErr w:type="spellEnd"/>
      <w:r>
        <w:t xml:space="preserve"> «</w:t>
      </w:r>
      <w:proofErr w:type="spellStart"/>
      <w:r>
        <w:t>Заң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тәртіп</w:t>
      </w:r>
      <w:proofErr w:type="spellEnd"/>
      <w:r>
        <w:t xml:space="preserve">» </w:t>
      </w:r>
      <w:proofErr w:type="spellStart"/>
      <w:r>
        <w:t>идеологиясының</w:t>
      </w:r>
      <w:proofErr w:type="spellEnd"/>
      <w:r>
        <w:t xml:space="preserve"> </w:t>
      </w:r>
      <w:proofErr w:type="spellStart"/>
      <w:r>
        <w:t>мәні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тұжырымдамалық</w:t>
      </w:r>
      <w:proofErr w:type="spellEnd"/>
      <w:r>
        <w:t xml:space="preserve"> </w:t>
      </w:r>
      <w:proofErr w:type="spellStart"/>
      <w:r>
        <w:t>негіздері</w:t>
      </w:r>
      <w:proofErr w:type="spellEnd"/>
      <w:r>
        <w:t xml:space="preserve">, </w:t>
      </w:r>
      <w:proofErr w:type="spellStart"/>
      <w:r>
        <w:t>әділдік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барлығының</w:t>
      </w:r>
      <w:proofErr w:type="spellEnd"/>
      <w:r>
        <w:t xml:space="preserve"> </w:t>
      </w:r>
      <w:proofErr w:type="spellStart"/>
      <w:r>
        <w:t>заң</w:t>
      </w:r>
      <w:proofErr w:type="spellEnd"/>
      <w:r>
        <w:t xml:space="preserve"> </w:t>
      </w:r>
      <w:proofErr w:type="spellStart"/>
      <w:r>
        <w:t>алдындағы</w:t>
      </w:r>
      <w:proofErr w:type="spellEnd"/>
      <w:r>
        <w:t xml:space="preserve"> </w:t>
      </w:r>
      <w:proofErr w:type="spellStart"/>
      <w:r>
        <w:t>теңдігі</w:t>
      </w:r>
      <w:proofErr w:type="spellEnd"/>
      <w:r>
        <w:t xml:space="preserve"> </w:t>
      </w:r>
      <w:proofErr w:type="spellStart"/>
      <w:r>
        <w:t>қағидаттарының</w:t>
      </w:r>
      <w:proofErr w:type="spellEnd"/>
      <w:r>
        <w:t xml:space="preserve"> </w:t>
      </w:r>
      <w:proofErr w:type="spellStart"/>
      <w:r>
        <w:t>маңызы</w:t>
      </w:r>
      <w:proofErr w:type="spellEnd"/>
      <w:r>
        <w:t xml:space="preserve"> </w:t>
      </w:r>
      <w:proofErr w:type="spellStart"/>
      <w:r>
        <w:t>қарастырылды</w:t>
      </w:r>
      <w:proofErr w:type="spellEnd"/>
      <w:r>
        <w:t xml:space="preserve">. </w:t>
      </w:r>
      <w:proofErr w:type="spellStart"/>
      <w:r>
        <w:t>Сонымен</w:t>
      </w:r>
      <w:proofErr w:type="spellEnd"/>
      <w:r>
        <w:t xml:space="preserve"> </w:t>
      </w:r>
      <w:proofErr w:type="spellStart"/>
      <w:r>
        <w:t>қатар</w:t>
      </w:r>
      <w:proofErr w:type="spellEnd"/>
      <w:r>
        <w:t xml:space="preserve"> 2025–2030 </w:t>
      </w:r>
      <w:proofErr w:type="spellStart"/>
      <w:r>
        <w:t>жылдарға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Тұжырымдаманы</w:t>
      </w:r>
      <w:proofErr w:type="spellEnd"/>
      <w:r>
        <w:t xml:space="preserve">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t>асырудың</w:t>
      </w:r>
      <w:proofErr w:type="spellEnd"/>
      <w:r>
        <w:t xml:space="preserve"> </w:t>
      </w:r>
      <w:proofErr w:type="spellStart"/>
      <w:r>
        <w:t>практикалық</w:t>
      </w:r>
      <w:proofErr w:type="spellEnd"/>
      <w:r>
        <w:t xml:space="preserve"> </w:t>
      </w:r>
      <w:proofErr w:type="spellStart"/>
      <w:r>
        <w:t>тәсілдеріне</w:t>
      </w:r>
      <w:proofErr w:type="spellEnd"/>
      <w:r w:rsidR="00142F62" w:rsidRPr="00142F62">
        <w:t xml:space="preserve"> </w:t>
      </w:r>
      <w:proofErr w:type="spellStart"/>
      <w:r w:rsidR="00AB6C15">
        <w:rPr>
          <w:lang w:val="ru-RU"/>
        </w:rPr>
        <w:t>ерекше</w:t>
      </w:r>
      <w:proofErr w:type="spellEnd"/>
      <w:r w:rsidR="00AB6C15" w:rsidRPr="00AB6C15">
        <w:t xml:space="preserve"> </w:t>
      </w:r>
      <w:proofErr w:type="spellStart"/>
      <w:r>
        <w:t>назар</w:t>
      </w:r>
      <w:proofErr w:type="spellEnd"/>
      <w:r>
        <w:t xml:space="preserve"> </w:t>
      </w:r>
      <w:proofErr w:type="spellStart"/>
      <w:r>
        <w:t>аударылды</w:t>
      </w:r>
      <w:proofErr w:type="spellEnd"/>
      <w:r>
        <w:t xml:space="preserve">. </w:t>
      </w:r>
      <w:proofErr w:type="spellStart"/>
      <w:r>
        <w:t>Спикер</w:t>
      </w:r>
      <w:proofErr w:type="spellEnd"/>
      <w:r>
        <w:t xml:space="preserve"> </w:t>
      </w:r>
      <w:proofErr w:type="spellStart"/>
      <w:r>
        <w:t>осы</w:t>
      </w:r>
      <w:proofErr w:type="spellEnd"/>
      <w:r>
        <w:t xml:space="preserve"> </w:t>
      </w:r>
      <w:proofErr w:type="spellStart"/>
      <w:r>
        <w:t>бағыттағы</w:t>
      </w:r>
      <w:proofErr w:type="spellEnd"/>
      <w:r>
        <w:t xml:space="preserve"> </w:t>
      </w:r>
      <w:proofErr w:type="spellStart"/>
      <w:r>
        <w:t>жұмысты</w:t>
      </w:r>
      <w:proofErr w:type="spellEnd"/>
      <w:r>
        <w:t xml:space="preserve"> </w:t>
      </w:r>
      <w:proofErr w:type="spellStart"/>
      <w:r>
        <w:t>ұйымдастыру</w:t>
      </w:r>
      <w:proofErr w:type="spellEnd"/>
      <w:r>
        <w:t xml:space="preserve"> </w:t>
      </w:r>
      <w:proofErr w:type="spellStart"/>
      <w:r>
        <w:t>барысында</w:t>
      </w:r>
      <w:proofErr w:type="spellEnd"/>
      <w:r>
        <w:t xml:space="preserve"> </w:t>
      </w:r>
      <w:proofErr w:type="spellStart"/>
      <w:r>
        <w:t>кездесетін</w:t>
      </w:r>
      <w:proofErr w:type="spellEnd"/>
      <w:r>
        <w:t xml:space="preserve"> </w:t>
      </w:r>
      <w:proofErr w:type="spellStart"/>
      <w:r>
        <w:t>негізгі</w:t>
      </w:r>
      <w:proofErr w:type="spellEnd"/>
      <w:r>
        <w:t xml:space="preserve"> </w:t>
      </w:r>
      <w:proofErr w:type="spellStart"/>
      <w:r>
        <w:t>проблемаларды</w:t>
      </w:r>
      <w:proofErr w:type="spellEnd"/>
      <w:r>
        <w:t xml:space="preserve"> </w:t>
      </w:r>
      <w:proofErr w:type="spellStart"/>
      <w:r>
        <w:t>атап</w:t>
      </w:r>
      <w:proofErr w:type="spellEnd"/>
      <w:r>
        <w:t xml:space="preserve"> </w:t>
      </w:r>
      <w:proofErr w:type="spellStart"/>
      <w:r>
        <w:t>өтіп</w:t>
      </w:r>
      <w:proofErr w:type="spellEnd"/>
      <w:r>
        <w:t xml:space="preserve">, </w:t>
      </w:r>
      <w:proofErr w:type="spellStart"/>
      <w:r>
        <w:t>ақпараттық-түсіндіру</w:t>
      </w:r>
      <w:proofErr w:type="spellEnd"/>
      <w:r>
        <w:t xml:space="preserve"> </w:t>
      </w:r>
      <w:proofErr w:type="spellStart"/>
      <w:r>
        <w:t>іс-шараларын</w:t>
      </w:r>
      <w:proofErr w:type="spellEnd"/>
      <w:r>
        <w:t xml:space="preserve"> </w:t>
      </w:r>
      <w:proofErr w:type="spellStart"/>
      <w:r>
        <w:t>өткізудің</w:t>
      </w:r>
      <w:proofErr w:type="spellEnd"/>
      <w:r>
        <w:t xml:space="preserve"> </w:t>
      </w:r>
      <w:proofErr w:type="spellStart"/>
      <w:r>
        <w:t>жаңа</w:t>
      </w:r>
      <w:proofErr w:type="spellEnd"/>
      <w:r>
        <w:t xml:space="preserve"> </w:t>
      </w:r>
      <w:proofErr w:type="spellStart"/>
      <w:r>
        <w:t>тәсілдерін</w:t>
      </w:r>
      <w:proofErr w:type="spellEnd"/>
      <w:r>
        <w:t xml:space="preserve"> </w:t>
      </w:r>
      <w:proofErr w:type="spellStart"/>
      <w:r>
        <w:t>ұсынды</w:t>
      </w:r>
      <w:proofErr w:type="spellEnd"/>
      <w:r>
        <w:t xml:space="preserve">. </w:t>
      </w:r>
      <w:proofErr w:type="spellStart"/>
      <w:r>
        <w:t>Бұл</w:t>
      </w:r>
      <w:proofErr w:type="spellEnd"/>
      <w:r>
        <w:t xml:space="preserve"> </w:t>
      </w:r>
      <w:proofErr w:type="spellStart"/>
      <w:r>
        <w:t>ретте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қызметшілердің</w:t>
      </w:r>
      <w:proofErr w:type="spellEnd"/>
      <w:r>
        <w:t xml:space="preserve">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үлгісін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басшылардың</w:t>
      </w:r>
      <w:proofErr w:type="spellEnd"/>
      <w:r>
        <w:t xml:space="preserve"> </w:t>
      </w:r>
      <w:proofErr w:type="spellStart"/>
      <w:r>
        <w:t>белсенді</w:t>
      </w:r>
      <w:proofErr w:type="spellEnd"/>
      <w:r>
        <w:t xml:space="preserve"> </w:t>
      </w:r>
      <w:proofErr w:type="spellStart"/>
      <w:r>
        <w:t>қатысуының</w:t>
      </w:r>
      <w:proofErr w:type="spellEnd"/>
      <w:r>
        <w:t xml:space="preserve"> </w:t>
      </w:r>
      <w:proofErr w:type="spellStart"/>
      <w:r>
        <w:t>маңыздылығы</w:t>
      </w:r>
      <w:proofErr w:type="spellEnd"/>
      <w:r>
        <w:t xml:space="preserve"> </w:t>
      </w:r>
      <w:proofErr w:type="spellStart"/>
      <w:r>
        <w:t>ерекше</w:t>
      </w:r>
      <w:proofErr w:type="spellEnd"/>
      <w:r>
        <w:t xml:space="preserve"> </w:t>
      </w:r>
      <w:proofErr w:type="spellStart"/>
      <w:r>
        <w:t>атап</w:t>
      </w:r>
      <w:proofErr w:type="spellEnd"/>
      <w:r>
        <w:t xml:space="preserve"> </w:t>
      </w:r>
      <w:proofErr w:type="spellStart"/>
      <w:r>
        <w:t>өтілді</w:t>
      </w:r>
      <w:proofErr w:type="spellEnd"/>
      <w:r>
        <w:t>.</w:t>
      </w:r>
    </w:p>
    <w:p w:rsidR="001D61B6" w:rsidRDefault="001D61B6" w:rsidP="000A79B4">
      <w:pPr>
        <w:ind w:firstLine="709"/>
        <w:jc w:val="both"/>
      </w:pPr>
      <w:proofErr w:type="spellStart"/>
      <w:r>
        <w:t>Семинардың</w:t>
      </w:r>
      <w:proofErr w:type="spellEnd"/>
      <w:r>
        <w:t xml:space="preserve"> </w:t>
      </w:r>
      <w:proofErr w:type="spellStart"/>
      <w:r>
        <w:t>екінші</w:t>
      </w:r>
      <w:proofErr w:type="spellEnd"/>
      <w:r>
        <w:t xml:space="preserve"> </w:t>
      </w:r>
      <w:proofErr w:type="spellStart"/>
      <w:r>
        <w:t>бөлігінде</w:t>
      </w:r>
      <w:proofErr w:type="spellEnd"/>
      <w:r>
        <w:t xml:space="preserve"> </w:t>
      </w:r>
      <w:proofErr w:type="spellStart"/>
      <w:r>
        <w:t>сыбайлас</w:t>
      </w:r>
      <w:proofErr w:type="spellEnd"/>
      <w:r>
        <w:t xml:space="preserve"> </w:t>
      </w:r>
      <w:proofErr w:type="spellStart"/>
      <w:r>
        <w:t>жемқорлық</w:t>
      </w:r>
      <w:proofErr w:type="spellEnd"/>
      <w:r>
        <w:t xml:space="preserve"> </w:t>
      </w:r>
      <w:proofErr w:type="spellStart"/>
      <w:r>
        <w:t>сипатындағы</w:t>
      </w:r>
      <w:proofErr w:type="spellEnd"/>
      <w:r>
        <w:t xml:space="preserve"> </w:t>
      </w:r>
      <w:proofErr w:type="spellStart"/>
      <w:r>
        <w:t>заңсыз</w:t>
      </w:r>
      <w:proofErr w:type="spellEnd"/>
      <w:r>
        <w:t xml:space="preserve"> </w:t>
      </w:r>
      <w:proofErr w:type="spellStart"/>
      <w:r>
        <w:t>сыйақы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жауаптылық</w:t>
      </w:r>
      <w:proofErr w:type="spellEnd"/>
      <w:r>
        <w:t xml:space="preserve"> </w:t>
      </w:r>
      <w:proofErr w:type="spellStart"/>
      <w:r>
        <w:t>мәселелері</w:t>
      </w:r>
      <w:proofErr w:type="spellEnd"/>
      <w:r>
        <w:t xml:space="preserve"> </w:t>
      </w:r>
      <w:proofErr w:type="spellStart"/>
      <w:r>
        <w:t>талқыланды</w:t>
      </w:r>
      <w:proofErr w:type="spellEnd"/>
      <w:r>
        <w:t xml:space="preserve">.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қызметшілерге</w:t>
      </w:r>
      <w:proofErr w:type="spellEnd"/>
      <w:r>
        <w:t xml:space="preserve"> </w:t>
      </w:r>
      <w:proofErr w:type="spellStart"/>
      <w:r>
        <w:t>сыйлық</w:t>
      </w:r>
      <w:proofErr w:type="spellEnd"/>
      <w:r>
        <w:t xml:space="preserve"> </w:t>
      </w:r>
      <w:proofErr w:type="spellStart"/>
      <w:r>
        <w:t>беруге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оларды</w:t>
      </w:r>
      <w:proofErr w:type="spellEnd"/>
      <w:r>
        <w:t xml:space="preserve"> </w:t>
      </w:r>
      <w:proofErr w:type="spellStart"/>
      <w:r>
        <w:t>алуға</w:t>
      </w:r>
      <w:proofErr w:type="spellEnd"/>
      <w:r>
        <w:t xml:space="preserve"> </w:t>
      </w:r>
      <w:proofErr w:type="spellStart"/>
      <w:r>
        <w:t>қатысты</w:t>
      </w:r>
      <w:proofErr w:type="spellEnd"/>
      <w:r>
        <w:t xml:space="preserve"> </w:t>
      </w:r>
      <w:proofErr w:type="spellStart"/>
      <w:r>
        <w:t>заңнамалық</w:t>
      </w:r>
      <w:proofErr w:type="spellEnd"/>
      <w:r>
        <w:t xml:space="preserve"> </w:t>
      </w:r>
      <w:proofErr w:type="spellStart"/>
      <w:r>
        <w:t>шектеулер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әкімшілік</w:t>
      </w:r>
      <w:proofErr w:type="spellEnd"/>
      <w:r>
        <w:t xml:space="preserve"> </w:t>
      </w:r>
      <w:proofErr w:type="spellStart"/>
      <w:r>
        <w:t>сыбайлас</w:t>
      </w:r>
      <w:proofErr w:type="spellEnd"/>
      <w:r>
        <w:t xml:space="preserve"> </w:t>
      </w:r>
      <w:proofErr w:type="spellStart"/>
      <w:r>
        <w:t>жемқорлық</w:t>
      </w:r>
      <w:proofErr w:type="spellEnd"/>
      <w:r>
        <w:t xml:space="preserve"> </w:t>
      </w:r>
      <w:proofErr w:type="spellStart"/>
      <w:r>
        <w:t>құқық</w:t>
      </w:r>
      <w:proofErr w:type="spellEnd"/>
      <w:r>
        <w:t xml:space="preserve"> </w:t>
      </w:r>
      <w:proofErr w:type="spellStart"/>
      <w:r>
        <w:t>бұзушылықтары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қылмыстық</w:t>
      </w:r>
      <w:proofErr w:type="spellEnd"/>
      <w:r>
        <w:t xml:space="preserve"> </w:t>
      </w:r>
      <w:proofErr w:type="spellStart"/>
      <w:r>
        <w:t>құқық</w:t>
      </w:r>
      <w:proofErr w:type="spellEnd"/>
      <w:r>
        <w:t xml:space="preserve"> </w:t>
      </w:r>
      <w:proofErr w:type="spellStart"/>
      <w:r>
        <w:t>бұзушылықтардың</w:t>
      </w:r>
      <w:proofErr w:type="spellEnd"/>
      <w:r>
        <w:t xml:space="preserve"> </w:t>
      </w:r>
      <w:proofErr w:type="spellStart"/>
      <w:r>
        <w:t>негізгі</w:t>
      </w:r>
      <w:proofErr w:type="spellEnd"/>
      <w:r>
        <w:t xml:space="preserve"> </w:t>
      </w:r>
      <w:proofErr w:type="spellStart"/>
      <w:r>
        <w:t>айырмашылықтары</w:t>
      </w:r>
      <w:proofErr w:type="spellEnd"/>
      <w:r>
        <w:t xml:space="preserve"> </w:t>
      </w:r>
      <w:proofErr w:type="spellStart"/>
      <w:r>
        <w:t>түсіндірілді</w:t>
      </w:r>
      <w:proofErr w:type="spellEnd"/>
      <w:r>
        <w:t xml:space="preserve">. </w:t>
      </w:r>
      <w:proofErr w:type="spellStart"/>
      <w:r>
        <w:t>Құқық</w:t>
      </w:r>
      <w:proofErr w:type="spellEnd"/>
      <w:r>
        <w:t xml:space="preserve"> </w:t>
      </w:r>
      <w:proofErr w:type="spellStart"/>
      <w:r>
        <w:t>бұзушылық</w:t>
      </w:r>
      <w:proofErr w:type="spellEnd"/>
      <w:r>
        <w:t xml:space="preserve"> </w:t>
      </w:r>
      <w:proofErr w:type="spellStart"/>
      <w:r>
        <w:t>пен</w:t>
      </w:r>
      <w:proofErr w:type="spellEnd"/>
      <w:r>
        <w:t xml:space="preserve"> </w:t>
      </w:r>
      <w:proofErr w:type="spellStart"/>
      <w:r>
        <w:t>қылмысты</w:t>
      </w:r>
      <w:proofErr w:type="spellEnd"/>
      <w:r>
        <w:t xml:space="preserve"> </w:t>
      </w:r>
      <w:proofErr w:type="spellStart"/>
      <w:r>
        <w:t>ажырату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алдын</w:t>
      </w:r>
      <w:proofErr w:type="spellEnd"/>
      <w:r>
        <w:t xml:space="preserve"> </w:t>
      </w:r>
      <w:proofErr w:type="spellStart"/>
      <w:r>
        <w:t>ала</w:t>
      </w:r>
      <w:proofErr w:type="spellEnd"/>
      <w:r>
        <w:t xml:space="preserve"> </w:t>
      </w:r>
      <w:proofErr w:type="spellStart"/>
      <w:r>
        <w:t>уағдаластықтың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, </w:t>
      </w:r>
      <w:proofErr w:type="spellStart"/>
      <w:r>
        <w:t>лауазымды</w:t>
      </w:r>
      <w:proofErr w:type="spellEnd"/>
      <w:r>
        <w:t xml:space="preserve"> </w:t>
      </w:r>
      <w:proofErr w:type="spellStart"/>
      <w:r>
        <w:t>тұлғаның</w:t>
      </w:r>
      <w:proofErr w:type="spellEnd"/>
      <w:r>
        <w:t xml:space="preserve"> </w:t>
      </w:r>
      <w:proofErr w:type="spellStart"/>
      <w:r>
        <w:t>әрекетінің</w:t>
      </w:r>
      <w:proofErr w:type="spellEnd"/>
      <w:r>
        <w:t xml:space="preserve"> </w:t>
      </w:r>
      <w:proofErr w:type="spellStart"/>
      <w:r>
        <w:t>сипаты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заңсыз</w:t>
      </w:r>
      <w:proofErr w:type="spellEnd"/>
      <w:r>
        <w:t xml:space="preserve"> </w:t>
      </w:r>
      <w:proofErr w:type="spellStart"/>
      <w:r>
        <w:t>сыйақыны</w:t>
      </w:r>
      <w:proofErr w:type="spellEnd"/>
      <w:r>
        <w:t xml:space="preserve"> </w:t>
      </w:r>
      <w:proofErr w:type="spellStart"/>
      <w:r>
        <w:t>беру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мән-жайларының</w:t>
      </w:r>
      <w:proofErr w:type="spellEnd"/>
      <w:r>
        <w:t xml:space="preserve"> </w:t>
      </w:r>
      <w:proofErr w:type="spellStart"/>
      <w:r>
        <w:t>маңызына</w:t>
      </w:r>
      <w:proofErr w:type="spellEnd"/>
      <w:r>
        <w:t xml:space="preserve"> </w:t>
      </w:r>
      <w:proofErr w:type="spellStart"/>
      <w:r>
        <w:t>ерекше</w:t>
      </w:r>
      <w:proofErr w:type="spellEnd"/>
      <w:r>
        <w:t xml:space="preserve"> </w:t>
      </w:r>
      <w:proofErr w:type="spellStart"/>
      <w:r>
        <w:t>тоқталды</w:t>
      </w:r>
      <w:proofErr w:type="spellEnd"/>
      <w:r>
        <w:t>.</w:t>
      </w:r>
    </w:p>
    <w:p w:rsidR="001D61B6" w:rsidRDefault="001D61B6" w:rsidP="008F172A">
      <w:pPr>
        <w:ind w:firstLine="709"/>
        <w:jc w:val="both"/>
      </w:pPr>
      <w:proofErr w:type="spellStart"/>
      <w:r>
        <w:t>Бұдан</w:t>
      </w:r>
      <w:proofErr w:type="spellEnd"/>
      <w:r>
        <w:t xml:space="preserve"> </w:t>
      </w:r>
      <w:proofErr w:type="spellStart"/>
      <w:r>
        <w:t>бөлек</w:t>
      </w:r>
      <w:proofErr w:type="spellEnd"/>
      <w:r>
        <w:t xml:space="preserve">, </w:t>
      </w:r>
      <w:proofErr w:type="spellStart"/>
      <w:r>
        <w:t>спикер</w:t>
      </w:r>
      <w:proofErr w:type="spellEnd"/>
      <w:r>
        <w:t xml:space="preserve"> </w:t>
      </w:r>
      <w:proofErr w:type="spellStart"/>
      <w:r>
        <w:t>қатысушыларды</w:t>
      </w:r>
      <w:proofErr w:type="spellEnd"/>
      <w:r>
        <w:t xml:space="preserve"> 2027 </w:t>
      </w:r>
      <w:proofErr w:type="spellStart"/>
      <w:r>
        <w:t>жылғы</w:t>
      </w:r>
      <w:proofErr w:type="spellEnd"/>
      <w:r>
        <w:t xml:space="preserve"> 1 </w:t>
      </w:r>
      <w:proofErr w:type="spellStart"/>
      <w:r>
        <w:t>қаңтардан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</w:t>
      </w:r>
      <w:proofErr w:type="spellStart"/>
      <w:r>
        <w:t>қолданысқа</w:t>
      </w:r>
      <w:proofErr w:type="spellEnd"/>
      <w:r>
        <w:t xml:space="preserve"> </w:t>
      </w:r>
      <w:proofErr w:type="spellStart"/>
      <w:r>
        <w:t>енгізу</w:t>
      </w:r>
      <w:proofErr w:type="spellEnd"/>
      <w:r>
        <w:t xml:space="preserve"> </w:t>
      </w:r>
      <w:proofErr w:type="spellStart"/>
      <w:r>
        <w:t>көзделген</w:t>
      </w:r>
      <w:proofErr w:type="spellEnd"/>
      <w:r>
        <w:t xml:space="preserve">, </w:t>
      </w:r>
      <w:proofErr w:type="spellStart"/>
      <w:r>
        <w:t>параны</w:t>
      </w:r>
      <w:proofErr w:type="spellEnd"/>
      <w:r>
        <w:t xml:space="preserve"> </w:t>
      </w:r>
      <w:proofErr w:type="spellStart"/>
      <w:r>
        <w:t>талап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, </w:t>
      </w:r>
      <w:proofErr w:type="spellStart"/>
      <w:r>
        <w:t>ұсыну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уәде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квазимемлекеттік</w:t>
      </w:r>
      <w:proofErr w:type="spellEnd"/>
      <w:r>
        <w:t xml:space="preserve"> </w:t>
      </w:r>
      <w:proofErr w:type="spellStart"/>
      <w:r>
        <w:t>сектордағы</w:t>
      </w:r>
      <w:proofErr w:type="spellEnd"/>
      <w:r>
        <w:t xml:space="preserve"> </w:t>
      </w:r>
      <w:proofErr w:type="spellStart"/>
      <w:r>
        <w:t>заңсыз</w:t>
      </w:r>
      <w:proofErr w:type="spellEnd"/>
      <w:r>
        <w:t xml:space="preserve"> </w:t>
      </w:r>
      <w:proofErr w:type="spellStart"/>
      <w:r>
        <w:t>сыйақы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қылмыстық</w:t>
      </w:r>
      <w:proofErr w:type="spellEnd"/>
      <w:r>
        <w:t xml:space="preserve"> </w:t>
      </w:r>
      <w:proofErr w:type="spellStart"/>
      <w:r>
        <w:t>жауаптылыққа</w:t>
      </w:r>
      <w:proofErr w:type="spellEnd"/>
      <w:r>
        <w:t xml:space="preserve"> </w:t>
      </w:r>
      <w:proofErr w:type="spellStart"/>
      <w:r>
        <w:t>қатысты</w:t>
      </w:r>
      <w:proofErr w:type="spellEnd"/>
      <w:r>
        <w:t xml:space="preserve"> </w:t>
      </w:r>
      <w:proofErr w:type="spellStart"/>
      <w:r>
        <w:t>заңнамадағы</w:t>
      </w:r>
      <w:proofErr w:type="spellEnd"/>
      <w:r>
        <w:t xml:space="preserve"> </w:t>
      </w:r>
      <w:proofErr w:type="spellStart"/>
      <w:r>
        <w:t>өзгерістермен</w:t>
      </w:r>
      <w:proofErr w:type="spellEnd"/>
      <w:r>
        <w:t xml:space="preserve"> </w:t>
      </w:r>
      <w:proofErr w:type="spellStart"/>
      <w:r>
        <w:t>таныстырды</w:t>
      </w:r>
      <w:proofErr w:type="spellEnd"/>
      <w:r>
        <w:t>.</w:t>
      </w:r>
    </w:p>
    <w:p w:rsidR="001D61B6" w:rsidRDefault="001D61B6" w:rsidP="001D61B6">
      <w:pPr>
        <w:ind w:firstLine="709"/>
        <w:jc w:val="both"/>
      </w:pPr>
      <w:proofErr w:type="spellStart"/>
      <w:r>
        <w:t>Өткізілген</w:t>
      </w:r>
      <w:proofErr w:type="spellEnd"/>
      <w:r>
        <w:t xml:space="preserve"> </w:t>
      </w:r>
      <w:proofErr w:type="spellStart"/>
      <w:r>
        <w:t>семинар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қызметшілердің</w:t>
      </w:r>
      <w:proofErr w:type="spellEnd"/>
      <w:r>
        <w:t xml:space="preserve"> </w:t>
      </w:r>
      <w:proofErr w:type="spellStart"/>
      <w:r>
        <w:t>құқықтық</w:t>
      </w:r>
      <w:proofErr w:type="spellEnd"/>
      <w:r>
        <w:t xml:space="preserve"> </w:t>
      </w:r>
      <w:proofErr w:type="spellStart"/>
      <w:r>
        <w:t>білімін</w:t>
      </w:r>
      <w:proofErr w:type="spellEnd"/>
      <w:r>
        <w:t xml:space="preserve"> </w:t>
      </w:r>
      <w:proofErr w:type="spellStart"/>
      <w:r>
        <w:t>кеңейтуге</w:t>
      </w:r>
      <w:proofErr w:type="spellEnd"/>
      <w:r>
        <w:t xml:space="preserve">, </w:t>
      </w:r>
      <w:proofErr w:type="spellStart"/>
      <w:r>
        <w:t>сыбайлас</w:t>
      </w:r>
      <w:proofErr w:type="spellEnd"/>
      <w:r>
        <w:t xml:space="preserve"> </w:t>
      </w:r>
      <w:proofErr w:type="spellStart"/>
      <w:r>
        <w:t>жемқорлыққа</w:t>
      </w:r>
      <w:proofErr w:type="spellEnd"/>
      <w:r>
        <w:t xml:space="preserve"> </w:t>
      </w:r>
      <w:proofErr w:type="spellStart"/>
      <w:r>
        <w:t>қарсы</w:t>
      </w:r>
      <w:proofErr w:type="spellEnd"/>
      <w:r>
        <w:t xml:space="preserve"> </w:t>
      </w:r>
      <w:proofErr w:type="spellStart"/>
      <w:r>
        <w:t>заңнама</w:t>
      </w:r>
      <w:proofErr w:type="spellEnd"/>
      <w:r>
        <w:t xml:space="preserve"> </w:t>
      </w:r>
      <w:proofErr w:type="spellStart"/>
      <w:r>
        <w:t>талаптары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хабардарлығын</w:t>
      </w:r>
      <w:proofErr w:type="spellEnd"/>
      <w:r>
        <w:t xml:space="preserve"> </w:t>
      </w:r>
      <w:proofErr w:type="spellStart"/>
      <w:r>
        <w:t>арттыруға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қызметте</w:t>
      </w:r>
      <w:proofErr w:type="spellEnd"/>
      <w:r>
        <w:t xml:space="preserve"> </w:t>
      </w:r>
      <w:proofErr w:type="spellStart"/>
      <w:r>
        <w:t>заңдылық</w:t>
      </w:r>
      <w:proofErr w:type="spellEnd"/>
      <w:r>
        <w:t xml:space="preserve"> </w:t>
      </w:r>
      <w:proofErr w:type="spellStart"/>
      <w:r>
        <w:t>пен</w:t>
      </w:r>
      <w:proofErr w:type="spellEnd"/>
      <w:r>
        <w:t xml:space="preserve"> </w:t>
      </w:r>
      <w:proofErr w:type="spellStart"/>
      <w:r>
        <w:t>адалдық</w:t>
      </w:r>
      <w:proofErr w:type="spellEnd"/>
      <w:r>
        <w:t xml:space="preserve"> </w:t>
      </w:r>
      <w:proofErr w:type="spellStart"/>
      <w:r>
        <w:t>қағидаттарын</w:t>
      </w:r>
      <w:proofErr w:type="spellEnd"/>
      <w:r>
        <w:t xml:space="preserve"> </w:t>
      </w:r>
      <w:proofErr w:type="spellStart"/>
      <w:r>
        <w:t>нығайтуға</w:t>
      </w:r>
      <w:proofErr w:type="spellEnd"/>
      <w:r>
        <w:t xml:space="preserve"> </w:t>
      </w:r>
      <w:proofErr w:type="spellStart"/>
      <w:r>
        <w:t>ықпал</w:t>
      </w:r>
      <w:proofErr w:type="spellEnd"/>
      <w:r>
        <w:t xml:space="preserve"> </w:t>
      </w:r>
      <w:proofErr w:type="spellStart"/>
      <w:r>
        <w:t>етті</w:t>
      </w:r>
      <w:proofErr w:type="spellEnd"/>
      <w:r>
        <w:t>.</w:t>
      </w:r>
    </w:p>
    <w:p w:rsidR="00CB705E" w:rsidRDefault="00CB705E" w:rsidP="001D61B6">
      <w:pPr>
        <w:ind w:firstLine="709"/>
        <w:jc w:val="both"/>
      </w:pPr>
      <w:hyperlink r:id="rId6" w:history="1">
        <w:r w:rsidRPr="00E15532">
          <w:rPr>
            <w:rStyle w:val="aff8"/>
          </w:rPr>
          <w:t>https://www.gov.kz/org/mti/press/news/details/1320643?lang=kk</w:t>
        </w:r>
      </w:hyperlink>
    </w:p>
    <w:p w:rsidR="00CB705E" w:rsidRDefault="00CB705E" w:rsidP="001D61B6">
      <w:pPr>
        <w:ind w:firstLine="709"/>
        <w:jc w:val="both"/>
      </w:pPr>
      <w:bookmarkStart w:id="0" w:name="_GoBack"/>
      <w:bookmarkEnd w:id="0"/>
    </w:p>
    <w:p w:rsidR="00CB705E" w:rsidRDefault="00CB705E" w:rsidP="001D61B6">
      <w:pPr>
        <w:ind w:firstLine="709"/>
        <w:jc w:val="both"/>
      </w:pPr>
    </w:p>
    <w:p w:rsidR="00BC4042" w:rsidRDefault="00BC4042">
      <w:pPr>
        <w:ind w:firstLine="709"/>
        <w:jc w:val="both"/>
      </w:pPr>
    </w:p>
    <w:sectPr w:rsidR="00BC4042" w:rsidSect="00034616">
      <w:pgSz w:w="12240" w:h="15840"/>
      <w:pgMar w:top="1134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21C10"/>
    <w:rsid w:val="00034616"/>
    <w:rsid w:val="0006063C"/>
    <w:rsid w:val="000A79B4"/>
    <w:rsid w:val="00142F62"/>
    <w:rsid w:val="0015074B"/>
    <w:rsid w:val="001D61B6"/>
    <w:rsid w:val="0029639D"/>
    <w:rsid w:val="00326F90"/>
    <w:rsid w:val="00452332"/>
    <w:rsid w:val="0064550F"/>
    <w:rsid w:val="008F172A"/>
    <w:rsid w:val="00AA1D8D"/>
    <w:rsid w:val="00AB6C15"/>
    <w:rsid w:val="00B47730"/>
    <w:rsid w:val="00BC4042"/>
    <w:rsid w:val="00CB0664"/>
    <w:rsid w:val="00CB705E"/>
    <w:rsid w:val="00D8039C"/>
    <w:rsid w:val="00F97B1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78E8C43E-5977-468D-9EFA-56498B1CA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pPr>
      <w:spacing w:after="0" w:line="240" w:lineRule="auto"/>
    </w:pPr>
    <w:rPr>
      <w:rFonts w:ascii="Times New Roman" w:eastAsia="Times New Roman" w:hAnsi="Times New Roman"/>
      <w:sz w:val="28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8">
    <w:name w:val="Hyperlink"/>
    <w:basedOn w:val="a2"/>
    <w:uiPriority w:val="99"/>
    <w:unhideWhenUsed/>
    <w:rsid w:val="00BC404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v.kz/org/mti/press/news/details/1320643?lang=k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BDDAB18-B3B9-4858-B86A-44F293059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332</Words>
  <Characters>1899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2227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Bauyrzhan Abylkasymov</cp:lastModifiedBy>
  <cp:revision>12</cp:revision>
  <dcterms:created xsi:type="dcterms:W3CDTF">2026-10-15T12:08:00Z</dcterms:created>
  <dcterms:modified xsi:type="dcterms:W3CDTF">2026-11-02T10:38:00Z</dcterms:modified>
  <cp:category/>
</cp:coreProperties>
</file>