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300" w:rsidRDefault="00A61882">
      <w:pPr>
        <w:jc w:val="center"/>
      </w:pPr>
      <w:r>
        <w:rPr>
          <w:b/>
          <w:sz w:val="28"/>
        </w:rPr>
        <w:t>Степногорск қалалық бірмандаттық аумақтық сайлау округтерінде депутаттыққа кандидаттарды тіркеу қорытындылары туралы</w:t>
      </w:r>
      <w:r>
        <w:rPr>
          <w:b/>
          <w:sz w:val="28"/>
        </w:rPr>
        <w:br/>
        <w:t>ХАБАРЛАМА</w:t>
      </w:r>
      <w:r>
        <w:rPr>
          <w:b/>
          <w:sz w:val="28"/>
        </w:rPr>
        <w:br/>
        <w:t>(2026 жылғы 29 қарашадағы сайлау)</w:t>
      </w:r>
    </w:p>
    <w:p w:rsidR="00147300" w:rsidRDefault="00147300"/>
    <w:tbl>
      <w:tblPr>
        <w:tblStyle w:val="aff0"/>
        <w:tblW w:w="1002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"/>
        <w:gridCol w:w="2589"/>
        <w:gridCol w:w="788"/>
        <w:gridCol w:w="1917"/>
        <w:gridCol w:w="1831"/>
        <w:gridCol w:w="1549"/>
        <w:gridCol w:w="846"/>
        <w:gridCol w:w="8"/>
      </w:tblGrid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b/>
                <w:sz w:val="20"/>
              </w:rPr>
              <w:t>№</w:t>
            </w:r>
            <w:r>
              <w:rPr>
                <w:b/>
                <w:sz w:val="20"/>
              </w:rPr>
              <w:br/>
              <w:t>р/р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566C4F" w:rsidP="00566C4F">
            <w:pPr>
              <w:jc w:val="center"/>
            </w:pPr>
            <w:r>
              <w:rPr>
                <w:b/>
                <w:sz w:val="20"/>
                <w:lang w:val="ru-RU"/>
              </w:rPr>
              <w:t>Т</w:t>
            </w:r>
            <w:proofErr w:type="spellStart"/>
            <w:r>
              <w:rPr>
                <w:b/>
                <w:sz w:val="20"/>
              </w:rPr>
              <w:t>егі</w:t>
            </w:r>
            <w:proofErr w:type="spellEnd"/>
            <w:r>
              <w:rPr>
                <w:b/>
                <w:sz w:val="20"/>
                <w:lang w:val="ru-RU"/>
              </w:rPr>
              <w:t>,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lang w:val="ru-RU"/>
              </w:rPr>
              <w:t>а</w:t>
            </w:r>
            <w:proofErr w:type="spellStart"/>
            <w:r w:rsidR="00A61882">
              <w:rPr>
                <w:b/>
                <w:sz w:val="20"/>
              </w:rPr>
              <w:t>ты</w:t>
            </w:r>
            <w:proofErr w:type="spellEnd"/>
            <w:r w:rsidR="00A61882">
              <w:rPr>
                <w:b/>
                <w:sz w:val="20"/>
              </w:rPr>
              <w:t>,</w:t>
            </w:r>
            <w:r>
              <w:rPr>
                <w:b/>
                <w:sz w:val="20"/>
                <w:lang w:val="ru-RU"/>
              </w:rPr>
              <w:t xml:space="preserve"> </w:t>
            </w:r>
            <w:r>
              <w:rPr>
                <w:b/>
                <w:sz w:val="20"/>
                <w:lang w:val="kk-KZ"/>
              </w:rPr>
              <w:t>әкесінің аты</w:t>
            </w:r>
            <w:r w:rsidR="00A61882">
              <w:rPr>
                <w:b/>
                <w:sz w:val="20"/>
              </w:rPr>
              <w:t xml:space="preserve">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b/>
                <w:sz w:val="20"/>
              </w:rPr>
              <w:t>Туған</w:t>
            </w:r>
            <w:proofErr w:type="spellEnd"/>
            <w:r>
              <w:rPr>
                <w:b/>
                <w:sz w:val="20"/>
              </w:rPr>
              <w:br/>
            </w:r>
            <w:proofErr w:type="spellStart"/>
            <w:r>
              <w:rPr>
                <w:b/>
                <w:sz w:val="20"/>
              </w:rPr>
              <w:t>жылы</w:t>
            </w:r>
            <w:proofErr w:type="spellEnd"/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b/>
                <w:sz w:val="20"/>
              </w:rPr>
              <w:t>Жұмыс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орны</w:t>
            </w:r>
            <w:proofErr w:type="spellEnd"/>
            <w:r>
              <w:rPr>
                <w:b/>
                <w:sz w:val="20"/>
              </w:rPr>
              <w:t xml:space="preserve">, </w:t>
            </w:r>
            <w:r w:rsidR="00566C4F">
              <w:rPr>
                <w:b/>
                <w:sz w:val="20"/>
                <w:lang w:val="kk-KZ"/>
              </w:rPr>
              <w:t xml:space="preserve">атқаратын </w:t>
            </w:r>
            <w:bookmarkStart w:id="0" w:name="_GoBack"/>
            <w:bookmarkEnd w:id="0"/>
            <w:proofErr w:type="spellStart"/>
            <w:r>
              <w:rPr>
                <w:b/>
                <w:sz w:val="20"/>
              </w:rPr>
              <w:t>лауазымы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b/>
                <w:sz w:val="20"/>
              </w:rPr>
              <w:t>Тұрғылықты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жері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b/>
                <w:sz w:val="20"/>
              </w:rPr>
              <w:t>Саяси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партияға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немесе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қоғамдық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бірлестікке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қатыстылығы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b/>
                <w:sz w:val="20"/>
              </w:rPr>
              <w:t>Ұлтты</w:t>
            </w:r>
            <w:proofErr w:type="spellEnd"/>
          </w:p>
        </w:tc>
      </w:tr>
      <w:tr w:rsidR="00147300" w:rsidTr="00886D79">
        <w:tc>
          <w:tcPr>
            <w:tcW w:w="100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b/>
                <w:sz w:val="22"/>
              </w:rPr>
              <w:t xml:space="preserve">№ 1 </w:t>
            </w:r>
            <w:proofErr w:type="spellStart"/>
            <w:r>
              <w:rPr>
                <w:b/>
                <w:sz w:val="22"/>
              </w:rPr>
              <w:t>бірмандаттық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аумақтық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сайлау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округі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Таспанбетова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Айзада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Есеновна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1973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Әлеуметтік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қызметкер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қаласының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жұмыспен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қамту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және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әлеуметтік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бағдарламалар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бөлімі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Жунусова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Гульнара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Сакеновна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1966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Орыс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тілі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әдебиеті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пәнінің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мұғалімі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  <w:t xml:space="preserve">№ 1 </w:t>
            </w:r>
            <w:proofErr w:type="spellStart"/>
            <w:r>
              <w:rPr>
                <w:sz w:val="20"/>
              </w:rPr>
              <w:t>жалпы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білім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беретін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мектеп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Джагпаров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Олжас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Аманжолович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1987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Уақытша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жұмыссыз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Әділет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партиясы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c>
          <w:tcPr>
            <w:tcW w:w="100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Pr>
              <w:jc w:val="center"/>
            </w:pPr>
            <w:r>
              <w:rPr>
                <w:b/>
                <w:sz w:val="22"/>
              </w:rPr>
              <w:t xml:space="preserve">№ 2 </w:t>
            </w:r>
            <w:proofErr w:type="spellStart"/>
            <w:r>
              <w:rPr>
                <w:b/>
                <w:sz w:val="22"/>
              </w:rPr>
              <w:t>бірмандаттық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аумақтық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сайлау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округі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Уразов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Ержан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Уразалыулы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1997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Цифрландыруды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үйлестірушісі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қаласының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білім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бөлімі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Яковенко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Дарья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Анатольевна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1995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Бастауыш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сынып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мұғалімі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  <w:t xml:space="preserve">№1 </w:t>
            </w:r>
            <w:proofErr w:type="spellStart"/>
            <w:r>
              <w:rPr>
                <w:sz w:val="20"/>
              </w:rPr>
              <w:t>жалпы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білім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беретін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мектеп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орыс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Макарова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Евгения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Анатольевна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1979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Директоры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  <w:t xml:space="preserve">№ 4 </w:t>
            </w:r>
            <w:proofErr w:type="spellStart"/>
            <w:r>
              <w:rPr>
                <w:sz w:val="20"/>
              </w:rPr>
              <w:t>мектеп-гимназия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Әділет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партиясы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орыс</w:t>
            </w:r>
            <w:proofErr w:type="spellEnd"/>
          </w:p>
        </w:tc>
      </w:tr>
      <w:tr w:rsidR="00147300" w:rsidTr="00886D79">
        <w:tc>
          <w:tcPr>
            <w:tcW w:w="100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Pr>
              <w:jc w:val="center"/>
            </w:pPr>
            <w:r>
              <w:rPr>
                <w:b/>
                <w:sz w:val="22"/>
              </w:rPr>
              <w:t xml:space="preserve">№ 3 </w:t>
            </w:r>
            <w:proofErr w:type="spellStart"/>
            <w:r>
              <w:rPr>
                <w:b/>
                <w:sz w:val="22"/>
              </w:rPr>
              <w:t>бірмандаттық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аумақтық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сайлау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округі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Шорманова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Сауле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Кызыровна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1964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Басшысы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  <w:t>"</w:t>
            </w:r>
            <w:proofErr w:type="spellStart"/>
            <w:r>
              <w:rPr>
                <w:sz w:val="20"/>
              </w:rPr>
              <w:t>Бірлік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kz</w:t>
            </w:r>
            <w:proofErr w:type="spellEnd"/>
            <w:r>
              <w:rPr>
                <w:sz w:val="20"/>
              </w:rPr>
              <w:t xml:space="preserve"> LTD" ЖШС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Pr="005B5303" w:rsidRDefault="00A61882">
            <w:pPr>
              <w:jc w:val="center"/>
              <w:rPr>
                <w:lang w:val="ru-RU"/>
              </w:rPr>
            </w:pPr>
            <w:proofErr w:type="spellStart"/>
            <w:r w:rsidRPr="005B5303">
              <w:rPr>
                <w:sz w:val="20"/>
                <w:lang w:val="ru-RU"/>
              </w:rPr>
              <w:t>Ақмола</w:t>
            </w:r>
            <w:proofErr w:type="spellEnd"/>
            <w:r w:rsidRPr="005B5303">
              <w:rPr>
                <w:sz w:val="20"/>
                <w:lang w:val="ru-RU"/>
              </w:rPr>
              <w:t xml:space="preserve"> </w:t>
            </w:r>
            <w:proofErr w:type="spellStart"/>
            <w:r w:rsidRPr="005B5303">
              <w:rPr>
                <w:sz w:val="20"/>
                <w:lang w:val="ru-RU"/>
              </w:rPr>
              <w:t>облысы</w:t>
            </w:r>
            <w:proofErr w:type="spellEnd"/>
            <w:r w:rsidRPr="005B5303">
              <w:rPr>
                <w:sz w:val="20"/>
                <w:lang w:val="ru-RU"/>
              </w:rPr>
              <w:t>,</w:t>
            </w:r>
            <w:r w:rsidRPr="005B5303">
              <w:rPr>
                <w:sz w:val="20"/>
                <w:lang w:val="ru-RU"/>
              </w:rPr>
              <w:br/>
            </w:r>
            <w:proofErr w:type="spellStart"/>
            <w:r w:rsidRPr="005B5303">
              <w:rPr>
                <w:sz w:val="20"/>
                <w:lang w:val="ru-RU"/>
              </w:rPr>
              <w:t>Степногорск</w:t>
            </w:r>
            <w:proofErr w:type="spellEnd"/>
            <w:r w:rsidRPr="005B5303">
              <w:rPr>
                <w:sz w:val="20"/>
                <w:lang w:val="ru-RU"/>
              </w:rPr>
              <w:t xml:space="preserve"> </w:t>
            </w:r>
            <w:proofErr w:type="spellStart"/>
            <w:r w:rsidRPr="005B5303">
              <w:rPr>
                <w:sz w:val="20"/>
                <w:lang w:val="ru-RU"/>
              </w:rPr>
              <w:t>қаласы</w:t>
            </w:r>
            <w:proofErr w:type="spellEnd"/>
            <w:r w:rsidRPr="005B5303">
              <w:rPr>
                <w:sz w:val="20"/>
                <w:lang w:val="ru-RU"/>
              </w:rPr>
              <w:t xml:space="preserve"> Карабулак </w:t>
            </w:r>
            <w:proofErr w:type="spellStart"/>
            <w:r w:rsidRPr="005B5303">
              <w:rPr>
                <w:sz w:val="20"/>
                <w:lang w:val="ru-RU"/>
              </w:rPr>
              <w:t>ауылы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Смаилова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Айгуль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Байзуллаевна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1987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тілі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мұғалімі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  <w:t xml:space="preserve">№7 </w:t>
            </w:r>
            <w:proofErr w:type="spellStart"/>
            <w:r>
              <w:rPr>
                <w:sz w:val="20"/>
              </w:rPr>
              <w:t>жалпы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білім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беретін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мектеп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lastRenderedPageBreak/>
              <w:t>3.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Искаков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Максат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Нуртазаевич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1986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Директоры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  <w:t>"</w:t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Энергокомплекс</w:t>
            </w:r>
            <w:proofErr w:type="spellEnd"/>
            <w:r>
              <w:rPr>
                <w:sz w:val="20"/>
              </w:rPr>
              <w:t>" ЖШС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Әділет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партиясы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c>
          <w:tcPr>
            <w:tcW w:w="100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Pr>
              <w:jc w:val="center"/>
            </w:pPr>
            <w:r>
              <w:rPr>
                <w:b/>
                <w:sz w:val="22"/>
              </w:rPr>
              <w:t xml:space="preserve">№ 4 </w:t>
            </w:r>
            <w:proofErr w:type="spellStart"/>
            <w:r>
              <w:rPr>
                <w:b/>
                <w:sz w:val="22"/>
              </w:rPr>
              <w:t>бірмандаттық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аумақтық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сайлау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округі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Мұхаметжан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Мағжан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Сапарғалиұлы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1999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Музыка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пәнінің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мұғалімі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  <w:t xml:space="preserve">№ 4 </w:t>
            </w:r>
            <w:proofErr w:type="spellStart"/>
            <w:r>
              <w:rPr>
                <w:sz w:val="20"/>
              </w:rPr>
              <w:t>мектеп-гимназия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Pr="005B5303" w:rsidRDefault="00A61882">
            <w:pPr>
              <w:jc w:val="center"/>
              <w:rPr>
                <w:lang w:val="ru-RU"/>
              </w:rPr>
            </w:pPr>
            <w:proofErr w:type="spellStart"/>
            <w:r w:rsidRPr="005B5303">
              <w:rPr>
                <w:sz w:val="20"/>
                <w:lang w:val="ru-RU"/>
              </w:rPr>
              <w:t>Ақмола</w:t>
            </w:r>
            <w:proofErr w:type="spellEnd"/>
            <w:r w:rsidRPr="005B5303">
              <w:rPr>
                <w:sz w:val="20"/>
                <w:lang w:val="ru-RU"/>
              </w:rPr>
              <w:t xml:space="preserve"> </w:t>
            </w:r>
            <w:proofErr w:type="spellStart"/>
            <w:r w:rsidRPr="005B5303">
              <w:rPr>
                <w:sz w:val="20"/>
                <w:lang w:val="ru-RU"/>
              </w:rPr>
              <w:t>облысы</w:t>
            </w:r>
            <w:proofErr w:type="spellEnd"/>
            <w:r w:rsidRPr="005B5303">
              <w:rPr>
                <w:sz w:val="20"/>
                <w:lang w:val="ru-RU"/>
              </w:rPr>
              <w:t>,</w:t>
            </w:r>
            <w:r w:rsidRPr="005B5303">
              <w:rPr>
                <w:sz w:val="20"/>
                <w:lang w:val="ru-RU"/>
              </w:rPr>
              <w:br/>
            </w:r>
            <w:proofErr w:type="spellStart"/>
            <w:r w:rsidRPr="005B5303">
              <w:rPr>
                <w:sz w:val="20"/>
                <w:lang w:val="ru-RU"/>
              </w:rPr>
              <w:t>Степногорск</w:t>
            </w:r>
            <w:proofErr w:type="spellEnd"/>
            <w:r w:rsidRPr="005B5303">
              <w:rPr>
                <w:sz w:val="20"/>
                <w:lang w:val="ru-RU"/>
              </w:rPr>
              <w:t xml:space="preserve"> </w:t>
            </w:r>
            <w:proofErr w:type="spellStart"/>
            <w:r w:rsidRPr="005B5303">
              <w:rPr>
                <w:sz w:val="20"/>
                <w:lang w:val="ru-RU"/>
              </w:rPr>
              <w:t>қаласы</w:t>
            </w:r>
            <w:proofErr w:type="spellEnd"/>
            <w:r w:rsidRPr="005B5303">
              <w:rPr>
                <w:sz w:val="20"/>
                <w:lang w:val="ru-RU"/>
              </w:rPr>
              <w:t xml:space="preserve"> Карабулак </w:t>
            </w:r>
            <w:proofErr w:type="spellStart"/>
            <w:r w:rsidRPr="005B5303">
              <w:rPr>
                <w:sz w:val="20"/>
                <w:lang w:val="ru-RU"/>
              </w:rPr>
              <w:t>ауылы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Шоканов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Тимур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Асенович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1990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Инженері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  <w:t>"</w:t>
            </w:r>
            <w:proofErr w:type="spellStart"/>
            <w:r>
              <w:rPr>
                <w:sz w:val="20"/>
              </w:rPr>
              <w:t>Ұлттық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ақпараттық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технологиялар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акционерлік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қоғамы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Аветисян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Арсен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Маисович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1980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Pr="005B5303" w:rsidRDefault="00A61882">
            <w:pPr>
              <w:jc w:val="center"/>
              <w:rPr>
                <w:lang w:val="ru-RU"/>
              </w:rPr>
            </w:pPr>
            <w:r w:rsidRPr="005B5303">
              <w:rPr>
                <w:sz w:val="20"/>
                <w:lang w:val="ru-RU"/>
              </w:rPr>
              <w:t>Адвокат,</w:t>
            </w:r>
            <w:r w:rsidRPr="005B5303">
              <w:rPr>
                <w:sz w:val="20"/>
                <w:lang w:val="ru-RU"/>
              </w:rPr>
              <w:br/>
            </w:r>
            <w:proofErr w:type="spellStart"/>
            <w:r w:rsidRPr="005B5303">
              <w:rPr>
                <w:sz w:val="20"/>
                <w:lang w:val="ru-RU"/>
              </w:rPr>
              <w:t>Ақмола</w:t>
            </w:r>
            <w:proofErr w:type="spellEnd"/>
            <w:r w:rsidRPr="005B5303">
              <w:rPr>
                <w:sz w:val="20"/>
                <w:lang w:val="ru-RU"/>
              </w:rPr>
              <w:t xml:space="preserve"> </w:t>
            </w:r>
            <w:proofErr w:type="spellStart"/>
            <w:r w:rsidRPr="005B5303">
              <w:rPr>
                <w:sz w:val="20"/>
                <w:lang w:val="ru-RU"/>
              </w:rPr>
              <w:t>облыстық</w:t>
            </w:r>
            <w:proofErr w:type="spellEnd"/>
            <w:r w:rsidRPr="005B5303">
              <w:rPr>
                <w:sz w:val="20"/>
                <w:lang w:val="ru-RU"/>
              </w:rPr>
              <w:t xml:space="preserve"> </w:t>
            </w:r>
            <w:proofErr w:type="spellStart"/>
            <w:r w:rsidRPr="005B5303">
              <w:rPr>
                <w:sz w:val="20"/>
                <w:lang w:val="ru-RU"/>
              </w:rPr>
              <w:t>адвокаттар</w:t>
            </w:r>
            <w:proofErr w:type="spellEnd"/>
            <w:r w:rsidRPr="005B5303">
              <w:rPr>
                <w:sz w:val="20"/>
                <w:lang w:val="ru-RU"/>
              </w:rPr>
              <w:t xml:space="preserve"> </w:t>
            </w:r>
            <w:proofErr w:type="spellStart"/>
            <w:r w:rsidRPr="005B5303">
              <w:rPr>
                <w:sz w:val="20"/>
                <w:lang w:val="ru-RU"/>
              </w:rPr>
              <w:t>алқасы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Әділет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партиясы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армян</w:t>
            </w:r>
            <w:proofErr w:type="spellEnd"/>
          </w:p>
        </w:tc>
      </w:tr>
      <w:tr w:rsidR="00147300" w:rsidTr="00886D79">
        <w:tc>
          <w:tcPr>
            <w:tcW w:w="100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Pr>
              <w:jc w:val="center"/>
            </w:pPr>
            <w:r>
              <w:rPr>
                <w:b/>
                <w:sz w:val="22"/>
              </w:rPr>
              <w:t xml:space="preserve">№ 5 </w:t>
            </w:r>
            <w:proofErr w:type="spellStart"/>
            <w:r>
              <w:rPr>
                <w:b/>
                <w:sz w:val="22"/>
              </w:rPr>
              <w:t>бірмандаттық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аумақтық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сайлау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округі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Исабеков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Руслан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Манатбаевич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1988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Pr="005B5303" w:rsidRDefault="00A61882">
            <w:pPr>
              <w:jc w:val="center"/>
              <w:rPr>
                <w:lang w:val="ru-RU"/>
              </w:rPr>
            </w:pPr>
            <w:r w:rsidRPr="005B5303">
              <w:rPr>
                <w:sz w:val="20"/>
                <w:lang w:val="ru-RU"/>
              </w:rPr>
              <w:t>Директоры,</w:t>
            </w:r>
            <w:r w:rsidRPr="005B5303">
              <w:rPr>
                <w:sz w:val="20"/>
                <w:lang w:val="ru-RU"/>
              </w:rPr>
              <w:br/>
              <w:t>"</w:t>
            </w:r>
            <w:r>
              <w:rPr>
                <w:sz w:val="20"/>
              </w:rPr>
              <w:t>ARB</w:t>
            </w:r>
            <w:r w:rsidRPr="005B5303">
              <w:rPr>
                <w:sz w:val="20"/>
                <w:lang w:val="ru-RU"/>
              </w:rPr>
              <w:t xml:space="preserve"> Спец Монтаж" ЖШС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 xml:space="preserve">«ҚХП» </w:t>
            </w:r>
            <w:proofErr w:type="spellStart"/>
            <w:r>
              <w:rPr>
                <w:sz w:val="20"/>
              </w:rPr>
              <w:t>партиясы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Омарова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Нуржамал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Турарбековна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1978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География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пәнінің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мұғалімі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  <w:t xml:space="preserve">№2 </w:t>
            </w:r>
            <w:proofErr w:type="spellStart"/>
            <w:r>
              <w:rPr>
                <w:sz w:val="20"/>
              </w:rPr>
              <w:t>жалпы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білім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беретін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мектеп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Әділет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партиясы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Куанышева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Гульнар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Сартаевна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1976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Pr="005B5303" w:rsidRDefault="00A61882">
            <w:pPr>
              <w:jc w:val="center"/>
              <w:rPr>
                <w:lang w:val="ru-RU"/>
              </w:rPr>
            </w:pPr>
            <w:proofErr w:type="spellStart"/>
            <w:r w:rsidRPr="005B5303">
              <w:rPr>
                <w:sz w:val="20"/>
                <w:lang w:val="ru-RU"/>
              </w:rPr>
              <w:t>Статистигі</w:t>
            </w:r>
            <w:proofErr w:type="spellEnd"/>
            <w:r w:rsidRPr="005B5303">
              <w:rPr>
                <w:sz w:val="20"/>
                <w:lang w:val="ru-RU"/>
              </w:rPr>
              <w:t>,</w:t>
            </w:r>
            <w:r w:rsidRPr="005B5303">
              <w:rPr>
                <w:sz w:val="20"/>
                <w:lang w:val="ru-RU"/>
              </w:rPr>
              <w:br/>
            </w:r>
            <w:proofErr w:type="spellStart"/>
            <w:r w:rsidRPr="005B5303">
              <w:rPr>
                <w:sz w:val="20"/>
                <w:lang w:val="ru-RU"/>
              </w:rPr>
              <w:t>Степногорск</w:t>
            </w:r>
            <w:proofErr w:type="spellEnd"/>
            <w:r w:rsidRPr="005B5303">
              <w:rPr>
                <w:sz w:val="20"/>
                <w:lang w:val="ru-RU"/>
              </w:rPr>
              <w:t xml:space="preserve"> </w:t>
            </w:r>
            <w:proofErr w:type="spellStart"/>
            <w:r w:rsidRPr="005B5303">
              <w:rPr>
                <w:sz w:val="20"/>
                <w:lang w:val="ru-RU"/>
              </w:rPr>
              <w:t>қаласы</w:t>
            </w:r>
            <w:proofErr w:type="spellEnd"/>
            <w:r w:rsidRPr="005B5303">
              <w:rPr>
                <w:sz w:val="20"/>
                <w:lang w:val="ru-RU"/>
              </w:rPr>
              <w:t xml:space="preserve"> </w:t>
            </w:r>
            <w:proofErr w:type="spellStart"/>
            <w:r w:rsidRPr="005B5303">
              <w:rPr>
                <w:sz w:val="20"/>
                <w:lang w:val="ru-RU"/>
              </w:rPr>
              <w:t>әкімінің</w:t>
            </w:r>
            <w:proofErr w:type="spellEnd"/>
            <w:r w:rsidRPr="005B5303">
              <w:rPr>
                <w:sz w:val="20"/>
                <w:lang w:val="ru-RU"/>
              </w:rPr>
              <w:t xml:space="preserve"> аппараты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c>
          <w:tcPr>
            <w:tcW w:w="100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Pr>
              <w:jc w:val="center"/>
            </w:pPr>
            <w:r>
              <w:rPr>
                <w:b/>
                <w:sz w:val="22"/>
              </w:rPr>
              <w:t xml:space="preserve">№ 6 </w:t>
            </w:r>
            <w:proofErr w:type="spellStart"/>
            <w:r>
              <w:rPr>
                <w:b/>
                <w:sz w:val="22"/>
              </w:rPr>
              <w:t>бірмандаттық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аумақтық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сайлау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округі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Каражанова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Акмарал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Габдулфаридовна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1993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География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пәнінің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мұғалімі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  <w:t xml:space="preserve">№4 </w:t>
            </w:r>
            <w:proofErr w:type="spellStart"/>
            <w:r>
              <w:rPr>
                <w:sz w:val="20"/>
              </w:rPr>
              <w:t>мектеп-гимназия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Олжабаева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Аружан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Серікқызы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2006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Жастармен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жұмыс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жөніндегі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маман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қаласының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ішкі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саясат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бөлімі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жастар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ресурстық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орталығы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Накошный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Александр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Игоревич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1990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Директоры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  <w:t>"</w:t>
            </w:r>
            <w:proofErr w:type="spellStart"/>
            <w:r>
              <w:rPr>
                <w:sz w:val="20"/>
              </w:rPr>
              <w:t>Алекс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Тур</w:t>
            </w:r>
            <w:proofErr w:type="spellEnd"/>
            <w:r>
              <w:rPr>
                <w:sz w:val="20"/>
              </w:rPr>
              <w:t>" ЖШС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Әділет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партиясы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орыс</w:t>
            </w:r>
            <w:proofErr w:type="spellEnd"/>
          </w:p>
        </w:tc>
      </w:tr>
      <w:tr w:rsidR="00147300" w:rsidTr="00886D79">
        <w:tc>
          <w:tcPr>
            <w:tcW w:w="100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Pr>
              <w:jc w:val="center"/>
            </w:pPr>
            <w:r>
              <w:rPr>
                <w:b/>
                <w:sz w:val="22"/>
              </w:rPr>
              <w:t xml:space="preserve">№ 7 </w:t>
            </w:r>
            <w:proofErr w:type="spellStart"/>
            <w:r>
              <w:rPr>
                <w:b/>
                <w:sz w:val="22"/>
              </w:rPr>
              <w:t>бірмандаттық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аумақтық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сайлау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округі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Гетманов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Алексей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Сергеевич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1974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Pr="005B5303" w:rsidRDefault="00A61882">
            <w:pPr>
              <w:jc w:val="center"/>
              <w:rPr>
                <w:lang w:val="ru-RU"/>
              </w:rPr>
            </w:pPr>
            <w:r w:rsidRPr="005B5303">
              <w:rPr>
                <w:sz w:val="20"/>
                <w:lang w:val="ru-RU"/>
              </w:rPr>
              <w:t>Директоры,</w:t>
            </w:r>
            <w:r w:rsidRPr="005B5303">
              <w:rPr>
                <w:sz w:val="20"/>
                <w:lang w:val="ru-RU"/>
              </w:rPr>
              <w:br/>
              <w:t>"</w:t>
            </w:r>
            <w:proofErr w:type="spellStart"/>
            <w:r w:rsidRPr="005B5303">
              <w:rPr>
                <w:sz w:val="20"/>
                <w:lang w:val="ru-RU"/>
              </w:rPr>
              <w:t>Степногорск</w:t>
            </w:r>
            <w:proofErr w:type="spellEnd"/>
            <w:r w:rsidRPr="005B5303">
              <w:rPr>
                <w:sz w:val="20"/>
                <w:lang w:val="ru-RU"/>
              </w:rPr>
              <w:t xml:space="preserve"> водоканал" ШЖҚ МКҚК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Respublica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партиясы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орыс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Жанузакова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Зухра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Сериковна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2005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Іс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жүргізуші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қаласының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ауыл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шаруашылығы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және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жер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lastRenderedPageBreak/>
              <w:t>қатынастары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бөлімі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lastRenderedPageBreak/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lastRenderedPageBreak/>
              <w:t>3.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Ақбар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Меридиан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Ардақұлы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1999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тілі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әдебиеті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пәнінің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мұғалімі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  <w:t xml:space="preserve">№ 8 </w:t>
            </w:r>
            <w:proofErr w:type="spellStart"/>
            <w:r>
              <w:rPr>
                <w:sz w:val="20"/>
              </w:rPr>
              <w:t>жалпы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білім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беретін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мектеп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Әділет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партиясы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c>
          <w:tcPr>
            <w:tcW w:w="100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Pr>
              <w:jc w:val="center"/>
            </w:pPr>
            <w:r>
              <w:rPr>
                <w:b/>
                <w:sz w:val="22"/>
              </w:rPr>
              <w:t xml:space="preserve">№ 8 </w:t>
            </w:r>
            <w:proofErr w:type="spellStart"/>
            <w:r>
              <w:rPr>
                <w:b/>
                <w:sz w:val="22"/>
              </w:rPr>
              <w:t>бірмандаттық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аумақтық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сайлау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округі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Капарова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Гульжан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Мударисовна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1990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Әлеуметтік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қызметкер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қаласының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жұмыспен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қамту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және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әлеуметтік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бағдарламалар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бөлімінің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үйде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арнаулы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әлеуметтік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қызметтерді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көрсету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орталығы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Әділет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партиясы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татар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Картабаев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Аскар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Бактыбекович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2003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Әдіскері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әкімінің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аппараты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Жуманова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Динара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Сериковна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1981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Директоры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  <w:t>"</w:t>
            </w:r>
            <w:proofErr w:type="spellStart"/>
            <w:r>
              <w:rPr>
                <w:sz w:val="20"/>
              </w:rPr>
              <w:t>Степ</w:t>
            </w:r>
            <w:proofErr w:type="spellEnd"/>
            <w:r>
              <w:rPr>
                <w:sz w:val="20"/>
              </w:rPr>
              <w:t xml:space="preserve"> ЕРЦ" ЖШС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Ақ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жол</w:t>
            </w:r>
            <w:proofErr w:type="spellEnd"/>
            <w:r>
              <w:rPr>
                <w:sz w:val="20"/>
              </w:rPr>
              <w:t>" ҚДП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c>
          <w:tcPr>
            <w:tcW w:w="100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Pr>
              <w:jc w:val="center"/>
            </w:pPr>
            <w:r>
              <w:rPr>
                <w:b/>
                <w:sz w:val="22"/>
              </w:rPr>
              <w:t xml:space="preserve">№ 9 </w:t>
            </w:r>
            <w:proofErr w:type="spellStart"/>
            <w:r>
              <w:rPr>
                <w:b/>
                <w:sz w:val="22"/>
              </w:rPr>
              <w:t>бірмандаттық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аумақтық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сайлау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округі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Тулегенов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Мейлан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Кайратулы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1993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Әдіскер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Тұрғын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үй-коммуналдық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шаруашылық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бөлімі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Горбунова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Татьяна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Петровна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1969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Әлеуметтік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қызметкер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қаласының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жұмыспен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қамту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және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әлеуметтік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бағдарламалар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бөлімінің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үйде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арнаулы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әлеуметтік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қызметтерді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көрсету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орталығы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Әділет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партиясы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орыс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Оразбаева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Нина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Михайловна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1986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Бөлімше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меңгерушісінің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міндетін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атқарушы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көпсалалы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қалалық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ауруханасының</w:t>
            </w:r>
            <w:proofErr w:type="spellEnd"/>
            <w:r>
              <w:rPr>
                <w:sz w:val="20"/>
              </w:rPr>
              <w:t xml:space="preserve"> №5 </w:t>
            </w:r>
            <w:proofErr w:type="spellStart"/>
            <w:r>
              <w:rPr>
                <w:sz w:val="20"/>
              </w:rPr>
              <w:t>мамандандырылған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дәрігерлік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амбулаториясы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Pr="005B5303" w:rsidRDefault="00A61882">
            <w:pPr>
              <w:jc w:val="center"/>
              <w:rPr>
                <w:lang w:val="ru-RU"/>
              </w:rPr>
            </w:pPr>
            <w:proofErr w:type="spellStart"/>
            <w:r w:rsidRPr="005B5303">
              <w:rPr>
                <w:sz w:val="20"/>
                <w:lang w:val="ru-RU"/>
              </w:rPr>
              <w:t>Ақмола</w:t>
            </w:r>
            <w:proofErr w:type="spellEnd"/>
            <w:r w:rsidRPr="005B5303">
              <w:rPr>
                <w:sz w:val="20"/>
                <w:lang w:val="ru-RU"/>
              </w:rPr>
              <w:t xml:space="preserve"> </w:t>
            </w:r>
            <w:proofErr w:type="spellStart"/>
            <w:r w:rsidRPr="005B5303">
              <w:rPr>
                <w:sz w:val="20"/>
                <w:lang w:val="ru-RU"/>
              </w:rPr>
              <w:t>облысы</w:t>
            </w:r>
            <w:proofErr w:type="spellEnd"/>
            <w:r w:rsidRPr="005B5303">
              <w:rPr>
                <w:sz w:val="20"/>
                <w:lang w:val="ru-RU"/>
              </w:rPr>
              <w:t>,</w:t>
            </w:r>
            <w:r w:rsidRPr="005B5303">
              <w:rPr>
                <w:sz w:val="20"/>
                <w:lang w:val="ru-RU"/>
              </w:rPr>
              <w:br/>
            </w:r>
            <w:proofErr w:type="spellStart"/>
            <w:r w:rsidRPr="005B5303">
              <w:rPr>
                <w:sz w:val="20"/>
                <w:lang w:val="ru-RU"/>
              </w:rPr>
              <w:t>Степногорск</w:t>
            </w:r>
            <w:proofErr w:type="spellEnd"/>
            <w:r w:rsidRPr="005B5303">
              <w:rPr>
                <w:sz w:val="20"/>
                <w:lang w:val="ru-RU"/>
              </w:rPr>
              <w:t xml:space="preserve"> </w:t>
            </w:r>
            <w:proofErr w:type="spellStart"/>
            <w:r w:rsidRPr="005B5303">
              <w:rPr>
                <w:sz w:val="20"/>
                <w:lang w:val="ru-RU"/>
              </w:rPr>
              <w:t>қаласы</w:t>
            </w:r>
            <w:proofErr w:type="spellEnd"/>
            <w:r w:rsidRPr="005B5303">
              <w:rPr>
                <w:sz w:val="20"/>
                <w:lang w:val="ru-RU"/>
              </w:rPr>
              <w:t xml:space="preserve"> Заводской </w:t>
            </w:r>
            <w:proofErr w:type="spellStart"/>
            <w:r w:rsidRPr="005B5303">
              <w:rPr>
                <w:sz w:val="20"/>
                <w:lang w:val="ru-RU"/>
              </w:rPr>
              <w:t>кенті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Respublica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партиясы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орыс</w:t>
            </w:r>
            <w:proofErr w:type="spellEnd"/>
          </w:p>
        </w:tc>
      </w:tr>
      <w:tr w:rsidR="00147300" w:rsidTr="00886D79">
        <w:tc>
          <w:tcPr>
            <w:tcW w:w="100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b/>
                <w:sz w:val="22"/>
              </w:rPr>
              <w:t xml:space="preserve">№ 10 </w:t>
            </w:r>
            <w:proofErr w:type="spellStart"/>
            <w:r>
              <w:rPr>
                <w:b/>
                <w:sz w:val="22"/>
              </w:rPr>
              <w:t>бірмандаттық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аумақтық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сайлау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округі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Баисов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Канат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Кабдулкалымович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1969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Тарих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пәнінің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мұғалімі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Бестөбе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ауылының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lastRenderedPageBreak/>
              <w:t xml:space="preserve">№1 </w:t>
            </w:r>
            <w:proofErr w:type="spellStart"/>
            <w:r>
              <w:rPr>
                <w:sz w:val="20"/>
              </w:rPr>
              <w:t>жалпы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орта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мектебі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Pr="005B5303" w:rsidRDefault="00A61882">
            <w:pPr>
              <w:jc w:val="center"/>
              <w:rPr>
                <w:lang w:val="ru-RU"/>
              </w:rPr>
            </w:pPr>
            <w:proofErr w:type="spellStart"/>
            <w:r w:rsidRPr="005B5303">
              <w:rPr>
                <w:sz w:val="20"/>
                <w:lang w:val="ru-RU"/>
              </w:rPr>
              <w:lastRenderedPageBreak/>
              <w:t>Ақмола</w:t>
            </w:r>
            <w:proofErr w:type="spellEnd"/>
            <w:r w:rsidRPr="005B5303">
              <w:rPr>
                <w:sz w:val="20"/>
                <w:lang w:val="ru-RU"/>
              </w:rPr>
              <w:t xml:space="preserve"> </w:t>
            </w:r>
            <w:proofErr w:type="spellStart"/>
            <w:r w:rsidRPr="005B5303">
              <w:rPr>
                <w:sz w:val="20"/>
                <w:lang w:val="ru-RU"/>
              </w:rPr>
              <w:t>облысы</w:t>
            </w:r>
            <w:proofErr w:type="spellEnd"/>
            <w:r w:rsidRPr="005B5303">
              <w:rPr>
                <w:sz w:val="20"/>
                <w:lang w:val="ru-RU"/>
              </w:rPr>
              <w:t>,</w:t>
            </w:r>
            <w:r w:rsidRPr="005B5303">
              <w:rPr>
                <w:sz w:val="20"/>
                <w:lang w:val="ru-RU"/>
              </w:rPr>
              <w:br/>
            </w:r>
            <w:proofErr w:type="spellStart"/>
            <w:r w:rsidRPr="005B5303">
              <w:rPr>
                <w:sz w:val="20"/>
                <w:lang w:val="ru-RU"/>
              </w:rPr>
              <w:t>Степногорск</w:t>
            </w:r>
            <w:proofErr w:type="spellEnd"/>
            <w:r w:rsidRPr="005B5303">
              <w:rPr>
                <w:sz w:val="20"/>
                <w:lang w:val="ru-RU"/>
              </w:rPr>
              <w:t xml:space="preserve"> </w:t>
            </w:r>
            <w:proofErr w:type="spellStart"/>
            <w:r w:rsidRPr="005B5303">
              <w:rPr>
                <w:sz w:val="20"/>
                <w:lang w:val="ru-RU"/>
              </w:rPr>
              <w:t>қаласы</w:t>
            </w:r>
            <w:proofErr w:type="spellEnd"/>
            <w:r w:rsidRPr="005B5303">
              <w:rPr>
                <w:sz w:val="20"/>
                <w:lang w:val="ru-RU"/>
              </w:rPr>
              <w:t xml:space="preserve"> Бестобе </w:t>
            </w:r>
            <w:proofErr w:type="spellStart"/>
            <w:r w:rsidRPr="005B5303">
              <w:rPr>
                <w:sz w:val="20"/>
                <w:lang w:val="ru-RU"/>
              </w:rPr>
              <w:lastRenderedPageBreak/>
              <w:t>кенті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lastRenderedPageBreak/>
              <w:t>"</w:t>
            </w:r>
            <w:proofErr w:type="spellStart"/>
            <w:r>
              <w:rPr>
                <w:sz w:val="20"/>
              </w:rPr>
              <w:t>Әділет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партиясы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lastRenderedPageBreak/>
              <w:t>2.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Сенина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Кристина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Яковлевна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1993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Ағылшын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тілі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мұғалімі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  <w:t xml:space="preserve">№4 </w:t>
            </w:r>
            <w:proofErr w:type="spellStart"/>
            <w:r>
              <w:rPr>
                <w:sz w:val="20"/>
              </w:rPr>
              <w:t>мектеп-гимназия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неміс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Кубышева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Анар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Калиевна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1987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Директордың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міндетін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атқарушы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  <w:t>«</w:t>
            </w:r>
            <w:proofErr w:type="spellStart"/>
            <w:r>
              <w:rPr>
                <w:sz w:val="20"/>
              </w:rPr>
              <w:t>Нұршуақ</w:t>
            </w:r>
            <w:proofErr w:type="spellEnd"/>
            <w:r>
              <w:rPr>
                <w:sz w:val="20"/>
              </w:rPr>
              <w:t xml:space="preserve">» </w:t>
            </w:r>
            <w:proofErr w:type="spellStart"/>
            <w:r>
              <w:rPr>
                <w:sz w:val="20"/>
              </w:rPr>
              <w:t>балабақша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4.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Утенов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Азамат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Муратович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1988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Тау-кен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шебері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  <w:t>"</w:t>
            </w:r>
            <w:proofErr w:type="spellStart"/>
            <w:r>
              <w:rPr>
                <w:sz w:val="20"/>
              </w:rPr>
              <w:t>Казақалтын</w:t>
            </w:r>
            <w:proofErr w:type="spellEnd"/>
            <w:r>
              <w:rPr>
                <w:sz w:val="20"/>
              </w:rPr>
              <w:t xml:space="preserve">" </w:t>
            </w:r>
            <w:proofErr w:type="spellStart"/>
            <w:r>
              <w:rPr>
                <w:sz w:val="20"/>
              </w:rPr>
              <w:t>акционерлік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қоғам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Pr="005B5303" w:rsidRDefault="00A61882">
            <w:pPr>
              <w:jc w:val="center"/>
              <w:rPr>
                <w:lang w:val="ru-RU"/>
              </w:rPr>
            </w:pPr>
            <w:proofErr w:type="spellStart"/>
            <w:r w:rsidRPr="005B5303">
              <w:rPr>
                <w:sz w:val="20"/>
                <w:lang w:val="ru-RU"/>
              </w:rPr>
              <w:t>Ақмола</w:t>
            </w:r>
            <w:proofErr w:type="spellEnd"/>
            <w:r w:rsidRPr="005B5303">
              <w:rPr>
                <w:sz w:val="20"/>
                <w:lang w:val="ru-RU"/>
              </w:rPr>
              <w:t xml:space="preserve"> </w:t>
            </w:r>
            <w:proofErr w:type="spellStart"/>
            <w:r w:rsidRPr="005B5303">
              <w:rPr>
                <w:sz w:val="20"/>
                <w:lang w:val="ru-RU"/>
              </w:rPr>
              <w:t>облысы</w:t>
            </w:r>
            <w:proofErr w:type="spellEnd"/>
            <w:r w:rsidRPr="005B5303">
              <w:rPr>
                <w:sz w:val="20"/>
                <w:lang w:val="ru-RU"/>
              </w:rPr>
              <w:t>,</w:t>
            </w:r>
            <w:r w:rsidRPr="005B5303">
              <w:rPr>
                <w:sz w:val="20"/>
                <w:lang w:val="ru-RU"/>
              </w:rPr>
              <w:br/>
            </w:r>
            <w:proofErr w:type="spellStart"/>
            <w:r w:rsidRPr="005B5303">
              <w:rPr>
                <w:sz w:val="20"/>
                <w:lang w:val="ru-RU"/>
              </w:rPr>
              <w:t>Степногорск</w:t>
            </w:r>
            <w:proofErr w:type="spellEnd"/>
            <w:r w:rsidRPr="005B5303">
              <w:rPr>
                <w:sz w:val="20"/>
                <w:lang w:val="ru-RU"/>
              </w:rPr>
              <w:t xml:space="preserve"> </w:t>
            </w:r>
            <w:proofErr w:type="spellStart"/>
            <w:r w:rsidRPr="005B5303">
              <w:rPr>
                <w:sz w:val="20"/>
                <w:lang w:val="ru-RU"/>
              </w:rPr>
              <w:t>қаласы</w:t>
            </w:r>
            <w:proofErr w:type="spellEnd"/>
            <w:r w:rsidRPr="005B5303">
              <w:rPr>
                <w:sz w:val="20"/>
                <w:lang w:val="ru-RU"/>
              </w:rPr>
              <w:t xml:space="preserve"> Бестобе </w:t>
            </w:r>
            <w:proofErr w:type="spellStart"/>
            <w:r w:rsidRPr="005B5303">
              <w:rPr>
                <w:sz w:val="20"/>
                <w:lang w:val="ru-RU"/>
              </w:rPr>
              <w:t>кенті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c>
          <w:tcPr>
            <w:tcW w:w="100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Pr>
              <w:jc w:val="center"/>
            </w:pPr>
            <w:r>
              <w:rPr>
                <w:b/>
                <w:sz w:val="22"/>
              </w:rPr>
              <w:t xml:space="preserve">№ 11 </w:t>
            </w:r>
            <w:proofErr w:type="spellStart"/>
            <w:r>
              <w:rPr>
                <w:b/>
                <w:sz w:val="22"/>
              </w:rPr>
              <w:t>бірмандаттық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аумақтық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сайлау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округі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Кушкумбаева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Сауле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Маратовна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1976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Бастауыш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сынып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мұғалімі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  <w:t xml:space="preserve">№7 </w:t>
            </w:r>
            <w:proofErr w:type="spellStart"/>
            <w:r>
              <w:rPr>
                <w:sz w:val="20"/>
              </w:rPr>
              <w:t>жалпы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білім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беретін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мектеп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қазақ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Мартышева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Наталья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Владимировна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1969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Логопед-мұғалім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  <w:t>«</w:t>
            </w:r>
            <w:proofErr w:type="spellStart"/>
            <w:r>
              <w:rPr>
                <w:sz w:val="20"/>
              </w:rPr>
              <w:t>Айгөлек</w:t>
            </w:r>
            <w:proofErr w:type="spellEnd"/>
            <w:r>
              <w:rPr>
                <w:sz w:val="20"/>
              </w:rPr>
              <w:t xml:space="preserve">» №1 </w:t>
            </w:r>
            <w:proofErr w:type="spellStart"/>
            <w:r>
              <w:rPr>
                <w:sz w:val="20"/>
              </w:rPr>
              <w:t>балабақша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Ақмола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облысы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Степногорск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қаласы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көрсетілмеген</w:t>
            </w:r>
            <w:proofErr w:type="spellEnd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proofErr w:type="spellStart"/>
            <w:r>
              <w:rPr>
                <w:sz w:val="20"/>
              </w:rPr>
              <w:t>орыс</w:t>
            </w:r>
            <w:proofErr w:type="spellEnd"/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roofErr w:type="spellStart"/>
            <w:r>
              <w:rPr>
                <w:sz w:val="20"/>
              </w:rPr>
              <w:t>Альжанов</w:t>
            </w:r>
            <w:proofErr w:type="spellEnd"/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Абай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Еламанович</w:t>
            </w:r>
            <w:proofErr w:type="spellEnd"/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1965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Pr="005B5303" w:rsidRDefault="00A61882">
            <w:pPr>
              <w:jc w:val="center"/>
              <w:rPr>
                <w:lang w:val="ru-RU"/>
              </w:rPr>
            </w:pPr>
            <w:proofErr w:type="spellStart"/>
            <w:r w:rsidRPr="005B5303">
              <w:rPr>
                <w:sz w:val="20"/>
                <w:lang w:val="ru-RU"/>
              </w:rPr>
              <w:t>Төрағасы</w:t>
            </w:r>
            <w:proofErr w:type="spellEnd"/>
            <w:r w:rsidRPr="005B5303">
              <w:rPr>
                <w:sz w:val="20"/>
                <w:lang w:val="ru-RU"/>
              </w:rPr>
              <w:t>,</w:t>
            </w:r>
            <w:r w:rsidRPr="005B5303">
              <w:rPr>
                <w:sz w:val="20"/>
                <w:lang w:val="ru-RU"/>
              </w:rPr>
              <w:br/>
              <w:t>«</w:t>
            </w:r>
            <w:proofErr w:type="spellStart"/>
            <w:r w:rsidRPr="005B5303">
              <w:rPr>
                <w:sz w:val="20"/>
                <w:lang w:val="ru-RU"/>
              </w:rPr>
              <w:t>Әділет</w:t>
            </w:r>
            <w:proofErr w:type="spellEnd"/>
            <w:r w:rsidRPr="005B5303">
              <w:rPr>
                <w:sz w:val="20"/>
                <w:lang w:val="ru-RU"/>
              </w:rPr>
              <w:t xml:space="preserve">» </w:t>
            </w:r>
            <w:proofErr w:type="spellStart"/>
            <w:r w:rsidRPr="005B5303">
              <w:rPr>
                <w:sz w:val="20"/>
                <w:lang w:val="ru-RU"/>
              </w:rPr>
              <w:t>партиясы</w:t>
            </w:r>
            <w:proofErr w:type="spellEnd"/>
            <w:r w:rsidRPr="005B5303">
              <w:rPr>
                <w:sz w:val="20"/>
                <w:lang w:val="ru-RU"/>
              </w:rPr>
              <w:t xml:space="preserve"> </w:t>
            </w:r>
            <w:proofErr w:type="spellStart"/>
            <w:r w:rsidRPr="005B5303">
              <w:rPr>
                <w:sz w:val="20"/>
                <w:lang w:val="ru-RU"/>
              </w:rPr>
              <w:t>Степногорск</w:t>
            </w:r>
            <w:proofErr w:type="spellEnd"/>
            <w:r w:rsidRPr="005B5303">
              <w:rPr>
                <w:sz w:val="20"/>
                <w:lang w:val="ru-RU"/>
              </w:rPr>
              <w:t xml:space="preserve"> </w:t>
            </w:r>
            <w:proofErr w:type="spellStart"/>
            <w:r w:rsidRPr="005B5303">
              <w:rPr>
                <w:sz w:val="20"/>
                <w:lang w:val="ru-RU"/>
              </w:rPr>
              <w:t>қалалық</w:t>
            </w:r>
            <w:proofErr w:type="spellEnd"/>
            <w:r w:rsidRPr="005B5303">
              <w:rPr>
                <w:sz w:val="20"/>
                <w:lang w:val="ru-RU"/>
              </w:rPr>
              <w:t xml:space="preserve"> филиалы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Ақмола облысы,</w:t>
            </w:r>
            <w:r>
              <w:rPr>
                <w:sz w:val="20"/>
              </w:rPr>
              <w:br/>
              <w:t>Степногорск қаласы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"Әділет" партиясы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қазақ</w:t>
            </w:r>
          </w:p>
        </w:tc>
      </w:tr>
      <w:tr w:rsidR="00147300" w:rsidTr="00886D79">
        <w:tc>
          <w:tcPr>
            <w:tcW w:w="100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pPr>
              <w:jc w:val="center"/>
            </w:pPr>
            <w:r>
              <w:rPr>
                <w:b/>
                <w:sz w:val="22"/>
              </w:rPr>
              <w:t>№ 12 бірмандаттық аумақтық сайлау округі</w:t>
            </w:r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r>
              <w:rPr>
                <w:sz w:val="20"/>
              </w:rPr>
              <w:t>Сабыров</w:t>
            </w:r>
            <w:r>
              <w:rPr>
                <w:sz w:val="20"/>
              </w:rPr>
              <w:br/>
              <w:t>Аслан Жоломбетович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1985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Басқарма төрағасының өндіріс жөніндегі орынбасары,</w:t>
            </w:r>
            <w:r>
              <w:rPr>
                <w:sz w:val="20"/>
              </w:rPr>
              <w:br/>
              <w:t>"SSAP" ЖШС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Ақмола облысы,</w:t>
            </w:r>
            <w:r>
              <w:rPr>
                <w:sz w:val="20"/>
              </w:rPr>
              <w:br/>
              <w:t>Степногорск қаласы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"Әділет" партиясы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қазақ</w:t>
            </w:r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r>
              <w:rPr>
                <w:sz w:val="20"/>
              </w:rPr>
              <w:t>Керимжанова</w:t>
            </w:r>
            <w:r>
              <w:rPr>
                <w:sz w:val="20"/>
              </w:rPr>
              <w:br/>
              <w:t>Әсем Борамбайқызы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1995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Әдіскер,</w:t>
            </w:r>
            <w:r>
              <w:rPr>
                <w:sz w:val="20"/>
              </w:rPr>
              <w:br/>
              <w:t>Степногорск қаласы әкімінің аппараты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Ақмола облысы,</w:t>
            </w:r>
            <w:r>
              <w:rPr>
                <w:sz w:val="20"/>
              </w:rPr>
              <w:br/>
              <w:t>Степногорск қаласы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көрсетілмеген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қазақ</w:t>
            </w:r>
          </w:p>
        </w:tc>
      </w:tr>
      <w:tr w:rsidR="00147300" w:rsidTr="00886D79">
        <w:trPr>
          <w:gridAfter w:val="1"/>
          <w:wAfter w:w="8" w:type="dxa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 w:rsidP="005B5303">
            <w:r>
              <w:rPr>
                <w:sz w:val="20"/>
              </w:rPr>
              <w:t>Добринская</w:t>
            </w:r>
            <w:r>
              <w:rPr>
                <w:sz w:val="20"/>
              </w:rPr>
              <w:br/>
              <w:t>Милана Игоревна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2004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Әдіскер,</w:t>
            </w:r>
            <w:r>
              <w:rPr>
                <w:sz w:val="20"/>
              </w:rPr>
              <w:br/>
              <w:t>Степногорск қаласы әкімінің аппараты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Ақмола облысы,</w:t>
            </w:r>
            <w:r>
              <w:rPr>
                <w:sz w:val="20"/>
              </w:rPr>
              <w:br/>
              <w:t>Степногорск қаласы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көрсетілмеген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7300" w:rsidRDefault="00A61882">
            <w:pPr>
              <w:jc w:val="center"/>
            </w:pPr>
            <w:r>
              <w:rPr>
                <w:sz w:val="20"/>
              </w:rPr>
              <w:t>орыс</w:t>
            </w:r>
          </w:p>
        </w:tc>
      </w:tr>
    </w:tbl>
    <w:p w:rsidR="00A61882" w:rsidRDefault="00A61882"/>
    <w:sectPr w:rsidR="00A6188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47300"/>
    <w:rsid w:val="0015074B"/>
    <w:rsid w:val="0029639D"/>
    <w:rsid w:val="00326F90"/>
    <w:rsid w:val="00566C4F"/>
    <w:rsid w:val="005B5303"/>
    <w:rsid w:val="006C45EE"/>
    <w:rsid w:val="00886D79"/>
    <w:rsid w:val="00A6188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C036C8"/>
  <w14:defaultImageDpi w14:val="300"/>
  <w15:docId w15:val="{7729B4A7-24F1-44D5-8DB4-33CE61817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CD4DB14-2D3B-48F3-B14B-AC98164AA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965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Madiyarov Medet</cp:lastModifiedBy>
  <cp:revision>5</cp:revision>
  <dcterms:created xsi:type="dcterms:W3CDTF">2013-12-23T23:15:00Z</dcterms:created>
  <dcterms:modified xsi:type="dcterms:W3CDTF">2026-11-01T19:44:00Z</dcterms:modified>
  <cp:category/>
</cp:coreProperties>
</file>