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A6D7" w14:textId="4AEF0C0F" w:rsidR="00457E29" w:rsidRPr="00657538" w:rsidRDefault="00FB6EA7" w:rsidP="00457E29">
      <w:pPr>
        <w:pStyle w:val="1"/>
        <w:spacing w:before="0"/>
        <w:jc w:val="center"/>
        <w:rPr>
          <w:rFonts w:asciiTheme="minorBidi" w:hAnsiTheme="minorBidi" w:cstheme="minorBidi"/>
          <w:color w:val="17365D" w:themeColor="text2" w:themeShade="BF"/>
        </w:rPr>
      </w:pPr>
      <w:r w:rsidRPr="00657538">
        <w:rPr>
          <w:rFonts w:asciiTheme="minorBidi" w:hAnsiTheme="minorBidi" w:cstheme="minorBidi"/>
          <w:color w:val="17365D" w:themeColor="text2" w:themeShade="BF"/>
        </w:rPr>
        <w:t>«</w:t>
      </w:r>
      <w:r w:rsidR="00F5221A" w:rsidRPr="00657538">
        <w:rPr>
          <w:rFonts w:asciiTheme="minorBidi" w:hAnsiTheme="minorBidi" w:cstheme="minorBidi"/>
          <w:color w:val="17365D" w:themeColor="text2" w:themeShade="BF"/>
          <w:lang w:val="kk-KZ"/>
        </w:rPr>
        <w:t>Жүрек жылуы</w:t>
      </w:r>
      <w:r w:rsidRPr="00657538">
        <w:rPr>
          <w:rFonts w:asciiTheme="minorBidi" w:hAnsiTheme="minorBidi" w:cstheme="minorBidi"/>
          <w:color w:val="17365D" w:themeColor="text2" w:themeShade="BF"/>
        </w:rPr>
        <w:t xml:space="preserve">» </w:t>
      </w:r>
      <w:proofErr w:type="spellStart"/>
      <w:r w:rsidRPr="00657538">
        <w:rPr>
          <w:rFonts w:asciiTheme="minorBidi" w:hAnsiTheme="minorBidi" w:cstheme="minorBidi"/>
          <w:color w:val="17365D" w:themeColor="text2" w:themeShade="BF"/>
        </w:rPr>
        <w:t>конкурсына</w:t>
      </w:r>
      <w:proofErr w:type="spellEnd"/>
      <w:r w:rsidRPr="00657538">
        <w:rPr>
          <w:rFonts w:asciiTheme="minorBidi" w:hAnsiTheme="minorBidi" w:cstheme="minorBidi"/>
          <w:color w:val="17365D" w:themeColor="text2" w:themeShade="BF"/>
        </w:rPr>
        <w:t xml:space="preserve"> </w:t>
      </w:r>
      <w:proofErr w:type="spellStart"/>
      <w:r w:rsidRPr="00657538">
        <w:rPr>
          <w:rFonts w:asciiTheme="minorBidi" w:hAnsiTheme="minorBidi" w:cstheme="minorBidi"/>
          <w:color w:val="17365D" w:themeColor="text2" w:themeShade="BF"/>
        </w:rPr>
        <w:t>қатысуға</w:t>
      </w:r>
      <w:proofErr w:type="spellEnd"/>
    </w:p>
    <w:p w14:paraId="3DC4EB60" w14:textId="77777777" w:rsidR="00457E29" w:rsidRPr="00657538" w:rsidRDefault="00457E29" w:rsidP="00457E29">
      <w:pPr>
        <w:pStyle w:val="1"/>
        <w:spacing w:before="0"/>
        <w:jc w:val="center"/>
        <w:rPr>
          <w:rFonts w:asciiTheme="minorBidi" w:hAnsiTheme="minorBidi" w:cstheme="minorBidi"/>
          <w:color w:val="17365D" w:themeColor="text2" w:themeShade="BF"/>
          <w:lang w:val="kk-KZ"/>
        </w:rPr>
      </w:pPr>
    </w:p>
    <w:p w14:paraId="6F6F4A74" w14:textId="2EA16C54" w:rsidR="00091776" w:rsidRPr="00657538" w:rsidRDefault="00457E29" w:rsidP="00457E29">
      <w:pPr>
        <w:pStyle w:val="1"/>
        <w:spacing w:before="0"/>
        <w:jc w:val="center"/>
        <w:rPr>
          <w:rFonts w:asciiTheme="minorBidi" w:hAnsiTheme="minorBidi" w:cstheme="minorBidi"/>
          <w:color w:val="17365D" w:themeColor="text2" w:themeShade="BF"/>
          <w:lang w:val="kk-KZ"/>
        </w:rPr>
      </w:pPr>
      <w:r w:rsidRPr="00657538">
        <w:rPr>
          <w:rFonts w:asciiTheme="minorBidi" w:hAnsiTheme="minorBidi" w:cstheme="minorBidi"/>
          <w:color w:val="17365D" w:themeColor="text2" w:themeShade="BF"/>
          <w:lang w:val="kk-KZ"/>
        </w:rPr>
        <w:t>ӨТІНІМ</w:t>
      </w:r>
    </w:p>
    <w:p w14:paraId="01C5A551" w14:textId="77777777" w:rsidR="005555F7" w:rsidRPr="005555F7" w:rsidRDefault="005555F7" w:rsidP="005555F7">
      <w:pPr>
        <w:rPr>
          <w:lang w:val="kk-KZ"/>
        </w:rPr>
      </w:pPr>
    </w:p>
    <w:p w14:paraId="2DA6E5AB" w14:textId="77777777" w:rsidR="00457E29" w:rsidRPr="00457E29" w:rsidRDefault="00457E29" w:rsidP="00457E29">
      <w:pPr>
        <w:spacing w:after="0"/>
      </w:pPr>
    </w:p>
    <w:p w14:paraId="1B884372" w14:textId="77777777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</w:rPr>
        <w:t xml:space="preserve">1. </w:t>
      </w:r>
      <w:proofErr w:type="spellStart"/>
      <w:r w:rsidRPr="00457E29">
        <w:rPr>
          <w:rFonts w:asciiTheme="minorBidi" w:hAnsiTheme="minorBidi"/>
          <w:sz w:val="28"/>
          <w:szCs w:val="28"/>
        </w:rPr>
        <w:t>Қатысушы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туралы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мәліметтер</w:t>
      </w:r>
      <w:proofErr w:type="spellEnd"/>
      <w:r w:rsidRPr="00457E29">
        <w:rPr>
          <w:rFonts w:asciiTheme="minorBidi" w:hAnsiTheme="minorBidi"/>
          <w:sz w:val="28"/>
          <w:szCs w:val="28"/>
        </w:rPr>
        <w:t>:</w:t>
      </w:r>
    </w:p>
    <w:p w14:paraId="55903744" w14:textId="4AB1B71A" w:rsidR="00091776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proofErr w:type="spellStart"/>
      <w:r w:rsidRPr="00457E29">
        <w:rPr>
          <w:rFonts w:asciiTheme="minorBidi" w:hAnsiTheme="minorBidi"/>
          <w:sz w:val="28"/>
          <w:szCs w:val="28"/>
        </w:rPr>
        <w:t>Тегі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, </w:t>
      </w:r>
      <w:proofErr w:type="spellStart"/>
      <w:r w:rsidRPr="00457E29">
        <w:rPr>
          <w:rFonts w:asciiTheme="minorBidi" w:hAnsiTheme="minorBidi"/>
          <w:sz w:val="28"/>
          <w:szCs w:val="28"/>
        </w:rPr>
        <w:t>аты-жөні</w:t>
      </w:r>
      <w:proofErr w:type="spellEnd"/>
      <w:r w:rsidRPr="00457E29">
        <w:rPr>
          <w:rFonts w:asciiTheme="minorBidi" w:hAnsiTheme="minorBidi"/>
          <w:sz w:val="28"/>
          <w:szCs w:val="28"/>
        </w:rPr>
        <w:t>: ____________</w:t>
      </w:r>
      <w:r w:rsidR="00457E29">
        <w:rPr>
          <w:rFonts w:asciiTheme="minorBidi" w:hAnsiTheme="minorBidi"/>
          <w:sz w:val="28"/>
          <w:szCs w:val="28"/>
        </w:rPr>
        <w:t>_________________</w:t>
      </w:r>
      <w:r w:rsidRPr="00457E29">
        <w:rPr>
          <w:rFonts w:asciiTheme="minorBidi" w:hAnsiTheme="minorBidi"/>
          <w:sz w:val="28"/>
          <w:szCs w:val="28"/>
        </w:rPr>
        <w:t>____________________</w:t>
      </w:r>
    </w:p>
    <w:p w14:paraId="1ECA2F59" w14:textId="0A10EA86" w:rsidR="00E77D17" w:rsidRPr="00457E29" w:rsidRDefault="00E77D1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  <w:lang w:val="kk-KZ"/>
        </w:rPr>
        <w:t xml:space="preserve">ЖСН: </w:t>
      </w:r>
      <w:r>
        <w:rPr>
          <w:rFonts w:asciiTheme="minorBidi" w:hAnsiTheme="minorBidi"/>
          <w:sz w:val="28"/>
          <w:szCs w:val="28"/>
        </w:rPr>
        <w:t>________________________________________________________</w:t>
      </w:r>
    </w:p>
    <w:p w14:paraId="18A51727" w14:textId="4514FEE1" w:rsidR="00091776" w:rsidRPr="00457E29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proofErr w:type="spellStart"/>
      <w:r w:rsidRPr="00457E29">
        <w:rPr>
          <w:rFonts w:asciiTheme="minorBidi" w:hAnsiTheme="minorBidi"/>
          <w:sz w:val="28"/>
          <w:szCs w:val="28"/>
        </w:rPr>
        <w:t>Туған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жылы</w:t>
      </w:r>
      <w:proofErr w:type="spellEnd"/>
      <w:r w:rsidRPr="00457E29">
        <w:rPr>
          <w:rFonts w:asciiTheme="minorBidi" w:hAnsiTheme="minorBidi"/>
          <w:sz w:val="28"/>
          <w:szCs w:val="28"/>
        </w:rPr>
        <w:t>: ________________</w:t>
      </w:r>
      <w:r w:rsidR="00457E29">
        <w:rPr>
          <w:rFonts w:asciiTheme="minorBidi" w:hAnsiTheme="minorBidi"/>
          <w:sz w:val="28"/>
          <w:szCs w:val="28"/>
        </w:rPr>
        <w:t>___________________</w:t>
      </w:r>
      <w:r w:rsidRPr="00457E29">
        <w:rPr>
          <w:rFonts w:asciiTheme="minorBidi" w:hAnsiTheme="minorBidi"/>
          <w:sz w:val="28"/>
          <w:szCs w:val="28"/>
        </w:rPr>
        <w:t>________________</w:t>
      </w:r>
    </w:p>
    <w:p w14:paraId="1075F8C8" w14:textId="103BDC29" w:rsidR="00091776" w:rsidRPr="00457E29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proofErr w:type="spellStart"/>
      <w:r w:rsidRPr="00457E29">
        <w:rPr>
          <w:rFonts w:asciiTheme="minorBidi" w:hAnsiTheme="minorBidi"/>
          <w:sz w:val="28"/>
          <w:szCs w:val="28"/>
        </w:rPr>
        <w:t>Жасы</w:t>
      </w:r>
      <w:proofErr w:type="spellEnd"/>
      <w:r w:rsidRPr="00457E29">
        <w:rPr>
          <w:rFonts w:asciiTheme="minorBidi" w:hAnsiTheme="minorBidi"/>
          <w:sz w:val="28"/>
          <w:szCs w:val="28"/>
        </w:rPr>
        <w:t>: __________</w:t>
      </w:r>
      <w:r w:rsidR="00457E29">
        <w:rPr>
          <w:rFonts w:asciiTheme="minorBidi" w:hAnsiTheme="minorBidi"/>
          <w:sz w:val="28"/>
          <w:szCs w:val="28"/>
        </w:rPr>
        <w:t>____________________________</w:t>
      </w:r>
      <w:r w:rsidRPr="00457E29">
        <w:rPr>
          <w:rFonts w:asciiTheme="minorBidi" w:hAnsiTheme="minorBidi"/>
          <w:sz w:val="28"/>
          <w:szCs w:val="28"/>
        </w:rPr>
        <w:t>__________________</w:t>
      </w:r>
    </w:p>
    <w:p w14:paraId="18D5BA52" w14:textId="6CC25F47" w:rsidR="00091776" w:rsidRPr="00457E29" w:rsidRDefault="00457E29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  <w:lang w:val="kk-KZ"/>
        </w:rPr>
        <w:t>Тіркелген м</w:t>
      </w:r>
      <w:proofErr w:type="spellStart"/>
      <w:r w:rsidR="00FB6EA7" w:rsidRPr="00457E29">
        <w:rPr>
          <w:rFonts w:asciiTheme="minorBidi" w:hAnsiTheme="minorBidi"/>
          <w:sz w:val="28"/>
          <w:szCs w:val="28"/>
        </w:rPr>
        <w:t>екенжайы</w:t>
      </w:r>
      <w:proofErr w:type="spellEnd"/>
      <w:r w:rsidR="00FB6EA7" w:rsidRPr="00457E29">
        <w:rPr>
          <w:rFonts w:asciiTheme="minorBidi" w:hAnsiTheme="minorBidi"/>
          <w:sz w:val="28"/>
          <w:szCs w:val="28"/>
        </w:rPr>
        <w:t xml:space="preserve"> (</w:t>
      </w:r>
      <w:proofErr w:type="spellStart"/>
      <w:r w:rsidR="00FB6EA7" w:rsidRPr="00457E29">
        <w:rPr>
          <w:rFonts w:asciiTheme="minorBidi" w:hAnsiTheme="minorBidi"/>
          <w:sz w:val="28"/>
          <w:szCs w:val="28"/>
        </w:rPr>
        <w:t>елді</w:t>
      </w:r>
      <w:proofErr w:type="spellEnd"/>
      <w:r w:rsidR="00FB6EA7"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FB6EA7" w:rsidRPr="00457E29">
        <w:rPr>
          <w:rFonts w:asciiTheme="minorBidi" w:hAnsiTheme="minorBidi"/>
          <w:sz w:val="28"/>
          <w:szCs w:val="28"/>
        </w:rPr>
        <w:t>мекен</w:t>
      </w:r>
      <w:proofErr w:type="spellEnd"/>
      <w:r w:rsidR="00FB6EA7" w:rsidRPr="00457E29">
        <w:rPr>
          <w:rFonts w:asciiTheme="minorBidi" w:hAnsiTheme="minorBidi"/>
          <w:sz w:val="28"/>
          <w:szCs w:val="28"/>
        </w:rPr>
        <w:t xml:space="preserve">, </w:t>
      </w:r>
      <w:proofErr w:type="spellStart"/>
      <w:r w:rsidR="00FB6EA7" w:rsidRPr="00457E29">
        <w:rPr>
          <w:rFonts w:asciiTheme="minorBidi" w:hAnsiTheme="minorBidi"/>
          <w:sz w:val="28"/>
          <w:szCs w:val="28"/>
        </w:rPr>
        <w:t>аудан</w:t>
      </w:r>
      <w:proofErr w:type="spellEnd"/>
      <w:r w:rsidR="00FB6EA7" w:rsidRPr="00457E29">
        <w:rPr>
          <w:rFonts w:asciiTheme="minorBidi" w:hAnsiTheme="minorBidi"/>
          <w:sz w:val="28"/>
          <w:szCs w:val="28"/>
        </w:rPr>
        <w:t>)</w:t>
      </w:r>
      <w:r>
        <w:rPr>
          <w:rFonts w:asciiTheme="minorBidi" w:hAnsiTheme="minorBidi"/>
          <w:sz w:val="28"/>
          <w:szCs w:val="28"/>
        </w:rPr>
        <w:t>___________________________ __________________________________</w:t>
      </w:r>
      <w:r w:rsidR="00FB6EA7" w:rsidRPr="00457E29">
        <w:rPr>
          <w:rFonts w:asciiTheme="minorBidi" w:hAnsiTheme="minorBidi"/>
          <w:sz w:val="28"/>
          <w:szCs w:val="28"/>
        </w:rPr>
        <w:t>____________________________</w:t>
      </w:r>
    </w:p>
    <w:p w14:paraId="5A598EF7" w14:textId="4F85C6C1" w:rsidR="00091776" w:rsidRPr="00457E29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proofErr w:type="spellStart"/>
      <w:r w:rsidRPr="00457E29">
        <w:rPr>
          <w:rFonts w:asciiTheme="minorBidi" w:hAnsiTheme="minorBidi"/>
          <w:sz w:val="28"/>
          <w:szCs w:val="28"/>
        </w:rPr>
        <w:t>Байланыс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телефоны</w:t>
      </w:r>
      <w:proofErr w:type="spellEnd"/>
      <w:r w:rsidRPr="00457E29">
        <w:rPr>
          <w:rFonts w:asciiTheme="minorBidi" w:hAnsiTheme="minorBidi"/>
          <w:sz w:val="28"/>
          <w:szCs w:val="28"/>
        </w:rPr>
        <w:t>:</w:t>
      </w:r>
      <w:r w:rsidR="00457E29" w:rsidRPr="00457E29">
        <w:rPr>
          <w:rFonts w:asciiTheme="minorBidi" w:hAnsiTheme="minorBidi"/>
          <w:sz w:val="28"/>
          <w:szCs w:val="28"/>
          <w:lang w:val="kk-KZ"/>
        </w:rPr>
        <w:t xml:space="preserve"> </w:t>
      </w:r>
      <w:r w:rsidRPr="00457E29">
        <w:rPr>
          <w:rFonts w:asciiTheme="minorBidi" w:hAnsiTheme="minorBidi"/>
          <w:sz w:val="28"/>
          <w:szCs w:val="28"/>
        </w:rPr>
        <w:t xml:space="preserve"> ________________</w:t>
      </w:r>
      <w:r w:rsidR="00457E29">
        <w:rPr>
          <w:rFonts w:asciiTheme="minorBidi" w:hAnsiTheme="minorBidi"/>
          <w:sz w:val="28"/>
          <w:szCs w:val="28"/>
        </w:rPr>
        <w:t>_______________</w:t>
      </w:r>
      <w:r w:rsidRPr="00457E29">
        <w:rPr>
          <w:rFonts w:asciiTheme="minorBidi" w:hAnsiTheme="minorBidi"/>
          <w:sz w:val="28"/>
          <w:szCs w:val="28"/>
        </w:rPr>
        <w:t>____________</w:t>
      </w:r>
    </w:p>
    <w:p w14:paraId="638D95B3" w14:textId="77777777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</w:rPr>
        <w:br/>
        <w:t xml:space="preserve">2. </w:t>
      </w:r>
      <w:proofErr w:type="spellStart"/>
      <w:r w:rsidRPr="00457E29">
        <w:rPr>
          <w:rFonts w:asciiTheme="minorBidi" w:hAnsiTheme="minorBidi"/>
          <w:sz w:val="28"/>
          <w:szCs w:val="28"/>
        </w:rPr>
        <w:t>Қатысушының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мәртебесі</w:t>
      </w:r>
      <w:proofErr w:type="spellEnd"/>
      <w:r w:rsidRPr="00457E29">
        <w:rPr>
          <w:rFonts w:asciiTheme="minorBidi" w:hAnsiTheme="minorBidi"/>
          <w:sz w:val="28"/>
          <w:szCs w:val="28"/>
        </w:rPr>
        <w:t>:</w:t>
      </w:r>
    </w:p>
    <w:p w14:paraId="49B4E71E" w14:textId="77777777" w:rsidR="00091776" w:rsidRPr="00457E29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457E29">
        <w:rPr>
          <w:rFonts w:ascii="Segoe UI Symbol" w:hAnsi="Segoe UI Symbol" w:cs="Segoe UI Symbol"/>
          <w:sz w:val="28"/>
          <w:szCs w:val="28"/>
        </w:rPr>
        <w:t>☐</w:t>
      </w:r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Мүгедектігі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бар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бала</w:t>
      </w:r>
      <w:proofErr w:type="spellEnd"/>
    </w:p>
    <w:p w14:paraId="3C1343BD" w14:textId="77777777" w:rsidR="00091776" w:rsidRPr="00457E29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457E29">
        <w:rPr>
          <w:rFonts w:ascii="Segoe UI Symbol" w:hAnsi="Segoe UI Symbol" w:cs="Segoe UI Symbol"/>
          <w:sz w:val="28"/>
          <w:szCs w:val="28"/>
        </w:rPr>
        <w:t>☐</w:t>
      </w:r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Мүгедектігі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бар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ересек</w:t>
      </w:r>
      <w:proofErr w:type="spellEnd"/>
    </w:p>
    <w:p w14:paraId="4A1A7B55" w14:textId="18FEA1BD" w:rsidR="00091776" w:rsidRDefault="00FB6EA7" w:rsidP="00457E29">
      <w:pPr>
        <w:pStyle w:val="a0"/>
        <w:spacing w:after="0"/>
        <w:ind w:left="0"/>
        <w:rPr>
          <w:rFonts w:asciiTheme="minorBidi" w:hAnsiTheme="minorBidi"/>
          <w:i/>
          <w:iCs/>
          <w:sz w:val="24"/>
          <w:szCs w:val="24"/>
        </w:rPr>
      </w:pPr>
      <w:r w:rsidRPr="0057478F">
        <w:rPr>
          <w:rFonts w:ascii="Segoe UI Symbol" w:hAnsi="Segoe UI Symbol" w:cs="Segoe UI Symbol"/>
          <w:sz w:val="28"/>
          <w:szCs w:val="28"/>
        </w:rPr>
        <w:t>☐</w:t>
      </w:r>
      <w:r w:rsidRPr="0057478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57478F">
        <w:rPr>
          <w:rFonts w:asciiTheme="minorBidi" w:hAnsiTheme="minorBidi"/>
          <w:sz w:val="28"/>
          <w:szCs w:val="28"/>
          <w:lang w:val="ru-RU"/>
        </w:rPr>
        <w:t>Мүгедектігі</w:t>
      </w:r>
      <w:proofErr w:type="spellEnd"/>
      <w:r w:rsidRPr="0057478F">
        <w:rPr>
          <w:rFonts w:asciiTheme="minorBidi" w:hAnsiTheme="minorBidi"/>
          <w:sz w:val="28"/>
          <w:szCs w:val="28"/>
        </w:rPr>
        <w:t xml:space="preserve"> </w:t>
      </w:r>
      <w:r w:rsidRPr="0057478F">
        <w:rPr>
          <w:rFonts w:asciiTheme="minorBidi" w:hAnsiTheme="minorBidi"/>
          <w:sz w:val="28"/>
          <w:szCs w:val="28"/>
          <w:lang w:val="ru-RU"/>
        </w:rPr>
        <w:t>бар</w:t>
      </w:r>
      <w:r w:rsidRPr="0057478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57478F">
        <w:rPr>
          <w:rFonts w:asciiTheme="minorBidi" w:hAnsiTheme="minorBidi"/>
          <w:sz w:val="28"/>
          <w:szCs w:val="28"/>
          <w:lang w:val="ru-RU"/>
        </w:rPr>
        <w:t>баланың</w:t>
      </w:r>
      <w:proofErr w:type="spellEnd"/>
      <w:r w:rsidR="0057478F" w:rsidRPr="0057478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57478F">
        <w:rPr>
          <w:rFonts w:asciiTheme="minorBidi" w:hAnsiTheme="minorBidi"/>
          <w:sz w:val="28"/>
          <w:szCs w:val="28"/>
          <w:lang w:val="ru-RU"/>
        </w:rPr>
        <w:t>ата</w:t>
      </w:r>
      <w:proofErr w:type="spellEnd"/>
      <w:r w:rsidRPr="0057478F">
        <w:rPr>
          <w:rFonts w:asciiTheme="minorBidi" w:hAnsiTheme="minorBidi"/>
          <w:sz w:val="28"/>
          <w:szCs w:val="28"/>
        </w:rPr>
        <w:t>-</w:t>
      </w:r>
      <w:proofErr w:type="spellStart"/>
      <w:r w:rsidRPr="0057478F">
        <w:rPr>
          <w:rFonts w:asciiTheme="minorBidi" w:hAnsiTheme="minorBidi"/>
          <w:sz w:val="28"/>
          <w:szCs w:val="28"/>
          <w:lang w:val="ru-RU"/>
        </w:rPr>
        <w:t>анасы</w:t>
      </w:r>
      <w:proofErr w:type="spellEnd"/>
      <w:r w:rsidR="0057478F" w:rsidRPr="0057478F">
        <w:rPr>
          <w:rFonts w:asciiTheme="minorBidi" w:hAnsiTheme="minorBidi"/>
          <w:sz w:val="28"/>
          <w:szCs w:val="28"/>
        </w:rPr>
        <w:t xml:space="preserve"> </w:t>
      </w:r>
      <w:r w:rsidR="0057478F" w:rsidRPr="0057478F">
        <w:rPr>
          <w:rFonts w:asciiTheme="minorBidi" w:hAnsiTheme="minorBidi"/>
          <w:i/>
          <w:iCs/>
          <w:sz w:val="24"/>
          <w:szCs w:val="24"/>
          <w:lang w:val="kk-KZ"/>
        </w:rPr>
        <w:t>(м</w:t>
      </w:r>
      <w:proofErr w:type="spellStart"/>
      <w:r w:rsidR="0057478F" w:rsidRPr="0057478F">
        <w:rPr>
          <w:rFonts w:asciiTheme="minorBidi" w:hAnsiTheme="minorBidi"/>
          <w:i/>
          <w:iCs/>
          <w:sz w:val="24"/>
          <w:szCs w:val="24"/>
          <w:lang w:val="ru-RU"/>
        </w:rPr>
        <w:t>үгедектігі</w:t>
      </w:r>
      <w:proofErr w:type="spellEnd"/>
      <w:r w:rsidR="0057478F" w:rsidRPr="0057478F">
        <w:rPr>
          <w:rFonts w:asciiTheme="minorBidi" w:hAnsiTheme="minorBidi"/>
          <w:i/>
          <w:iCs/>
          <w:sz w:val="24"/>
          <w:szCs w:val="24"/>
        </w:rPr>
        <w:t xml:space="preserve"> </w:t>
      </w:r>
      <w:r w:rsidR="0057478F" w:rsidRPr="0057478F">
        <w:rPr>
          <w:rFonts w:asciiTheme="minorBidi" w:hAnsiTheme="minorBidi"/>
          <w:i/>
          <w:iCs/>
          <w:sz w:val="24"/>
          <w:szCs w:val="24"/>
          <w:lang w:val="ru-RU"/>
        </w:rPr>
        <w:t>бар</w:t>
      </w:r>
      <w:r w:rsidR="0057478F" w:rsidRPr="0057478F">
        <w:rPr>
          <w:rFonts w:asciiTheme="minorBidi" w:hAnsiTheme="minorBidi"/>
          <w:i/>
          <w:iCs/>
          <w:sz w:val="24"/>
          <w:szCs w:val="24"/>
        </w:rPr>
        <w:t xml:space="preserve"> </w:t>
      </w:r>
      <w:proofErr w:type="spellStart"/>
      <w:r w:rsidR="0057478F" w:rsidRPr="0057478F">
        <w:rPr>
          <w:rFonts w:asciiTheme="minorBidi" w:hAnsiTheme="minorBidi"/>
          <w:i/>
          <w:iCs/>
          <w:sz w:val="24"/>
          <w:szCs w:val="24"/>
          <w:lang w:val="ru-RU"/>
        </w:rPr>
        <w:t>баланың</w:t>
      </w:r>
      <w:proofErr w:type="spellEnd"/>
      <w:r w:rsidR="0057478F" w:rsidRPr="0057478F">
        <w:rPr>
          <w:rFonts w:asciiTheme="minorBidi" w:hAnsiTheme="minorBidi"/>
          <w:i/>
          <w:iCs/>
          <w:sz w:val="24"/>
          <w:szCs w:val="24"/>
        </w:rPr>
        <w:t xml:space="preserve"> </w:t>
      </w:r>
      <w:r w:rsidR="0057478F" w:rsidRPr="0057478F">
        <w:rPr>
          <w:rFonts w:asciiTheme="minorBidi" w:hAnsiTheme="minorBidi"/>
          <w:i/>
          <w:iCs/>
          <w:sz w:val="24"/>
          <w:szCs w:val="24"/>
          <w:lang w:val="ru-RU"/>
        </w:rPr>
        <w:t>ЖСН</w:t>
      </w:r>
      <w:r w:rsidR="0057478F" w:rsidRPr="0057478F">
        <w:rPr>
          <w:rFonts w:asciiTheme="minorBidi" w:hAnsiTheme="minorBidi"/>
          <w:i/>
          <w:iCs/>
          <w:sz w:val="24"/>
          <w:szCs w:val="24"/>
        </w:rPr>
        <w:t xml:space="preserve"> </w:t>
      </w:r>
      <w:proofErr w:type="spellStart"/>
      <w:r w:rsidR="0057478F" w:rsidRPr="0057478F">
        <w:rPr>
          <w:rFonts w:asciiTheme="minorBidi" w:hAnsiTheme="minorBidi"/>
          <w:i/>
          <w:iCs/>
          <w:sz w:val="24"/>
          <w:szCs w:val="24"/>
          <w:lang w:val="ru-RU"/>
        </w:rPr>
        <w:t>көрсету</w:t>
      </w:r>
      <w:proofErr w:type="spellEnd"/>
      <w:r w:rsidR="0057478F" w:rsidRPr="0057478F">
        <w:rPr>
          <w:rFonts w:asciiTheme="minorBidi" w:hAnsiTheme="minorBidi"/>
          <w:i/>
          <w:iCs/>
          <w:sz w:val="24"/>
          <w:szCs w:val="24"/>
        </w:rPr>
        <w:t>)</w:t>
      </w:r>
    </w:p>
    <w:p w14:paraId="7B8FA17B" w14:textId="77777777" w:rsidR="003C4B6F" w:rsidRPr="0057478F" w:rsidRDefault="003C4B6F" w:rsidP="003C4B6F">
      <w:pPr>
        <w:pStyle w:val="a0"/>
        <w:numPr>
          <w:ilvl w:val="0"/>
          <w:numId w:val="0"/>
        </w:numPr>
        <w:spacing w:after="0"/>
        <w:rPr>
          <w:rFonts w:asciiTheme="minorBidi" w:hAnsiTheme="minorBidi"/>
          <w:i/>
          <w:iCs/>
          <w:sz w:val="24"/>
          <w:szCs w:val="24"/>
        </w:rPr>
      </w:pPr>
    </w:p>
    <w:p w14:paraId="5437B704" w14:textId="77777777" w:rsidR="00F948DE" w:rsidRPr="0057478F" w:rsidRDefault="00F948DE" w:rsidP="00F948DE">
      <w:pPr>
        <w:pStyle w:val="a0"/>
        <w:numPr>
          <w:ilvl w:val="0"/>
          <w:numId w:val="0"/>
        </w:numPr>
        <w:spacing w:after="0"/>
        <w:rPr>
          <w:rFonts w:asciiTheme="minorBidi" w:hAnsiTheme="minorBidi"/>
          <w:sz w:val="28"/>
          <w:szCs w:val="28"/>
        </w:rPr>
      </w:pPr>
    </w:p>
    <w:p w14:paraId="512FC159" w14:textId="77777777" w:rsidR="00F948DE" w:rsidRDefault="00F948DE" w:rsidP="00457E29">
      <w:pPr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3</w:t>
      </w:r>
      <w:r>
        <w:rPr>
          <w:rFonts w:asciiTheme="minorBidi" w:hAnsiTheme="minorBidi"/>
          <w:sz w:val="28"/>
          <w:szCs w:val="28"/>
          <w:lang w:val="kk-KZ"/>
        </w:rPr>
        <w:t>. Қатысушының білімі (болған жағдайда</w:t>
      </w:r>
      <w:proofErr w:type="gramStart"/>
      <w:r>
        <w:rPr>
          <w:rFonts w:asciiTheme="minorBidi" w:hAnsiTheme="minorBidi"/>
          <w:sz w:val="28"/>
          <w:szCs w:val="28"/>
          <w:lang w:val="kk-KZ"/>
        </w:rPr>
        <w:t>):</w:t>
      </w:r>
      <w:r>
        <w:rPr>
          <w:rFonts w:asciiTheme="minorBidi" w:hAnsiTheme="minorBidi"/>
          <w:sz w:val="28"/>
          <w:szCs w:val="28"/>
        </w:rPr>
        <w:t>_</w:t>
      </w:r>
      <w:proofErr w:type="gramEnd"/>
      <w:r>
        <w:rPr>
          <w:rFonts w:asciiTheme="minorBidi" w:hAnsiTheme="minorBidi"/>
          <w:sz w:val="28"/>
          <w:szCs w:val="28"/>
        </w:rPr>
        <w:t>_________________________</w:t>
      </w:r>
    </w:p>
    <w:p w14:paraId="7C140DB8" w14:textId="77777777" w:rsidR="00F948DE" w:rsidRDefault="00F948DE" w:rsidP="00457E29">
      <w:pPr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____________________________________________________________________________________________________________________________</w:t>
      </w:r>
    </w:p>
    <w:p w14:paraId="74FA4544" w14:textId="4654F26D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</w:rPr>
        <w:br/>
      </w:r>
      <w:r w:rsidR="00F948DE">
        <w:rPr>
          <w:rFonts w:asciiTheme="minorBidi" w:hAnsiTheme="minorBidi"/>
          <w:sz w:val="28"/>
          <w:szCs w:val="28"/>
        </w:rPr>
        <w:t>4</w:t>
      </w:r>
      <w:r w:rsidRPr="00457E29">
        <w:rPr>
          <w:rFonts w:asciiTheme="minorBidi" w:hAnsiTheme="minorBidi"/>
          <w:sz w:val="28"/>
          <w:szCs w:val="28"/>
        </w:rPr>
        <w:t xml:space="preserve">. </w:t>
      </w:r>
      <w:proofErr w:type="spellStart"/>
      <w:r w:rsidRPr="00457E29">
        <w:rPr>
          <w:rFonts w:asciiTheme="minorBidi" w:hAnsiTheme="minorBidi"/>
          <w:sz w:val="28"/>
          <w:szCs w:val="28"/>
        </w:rPr>
        <w:t>Қатысатын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номинация</w:t>
      </w:r>
      <w:proofErr w:type="spellEnd"/>
      <w:r w:rsidR="00457E29">
        <w:rPr>
          <w:rFonts w:asciiTheme="minorBidi" w:hAnsiTheme="minorBidi"/>
          <w:sz w:val="28"/>
          <w:szCs w:val="28"/>
          <w:lang w:val="kk-KZ"/>
        </w:rPr>
        <w:t>сы</w:t>
      </w:r>
      <w:r w:rsidRPr="00457E29">
        <w:rPr>
          <w:rFonts w:asciiTheme="minorBidi" w:hAnsiTheme="minorBidi"/>
          <w:sz w:val="28"/>
          <w:szCs w:val="28"/>
        </w:rPr>
        <w:t>: ______________________________________</w:t>
      </w:r>
    </w:p>
    <w:p w14:paraId="68BFB5E7" w14:textId="77777777" w:rsidR="00457E29" w:rsidRDefault="00457E29" w:rsidP="00457E29">
      <w:pPr>
        <w:spacing w:after="0"/>
        <w:rPr>
          <w:rFonts w:asciiTheme="minorBidi" w:hAnsiTheme="minorBidi"/>
          <w:sz w:val="28"/>
          <w:szCs w:val="28"/>
        </w:rPr>
      </w:pPr>
    </w:p>
    <w:p w14:paraId="7A6FA6FF" w14:textId="75290849" w:rsidR="00091776" w:rsidRPr="00457E29" w:rsidRDefault="00030C78" w:rsidP="00457E29">
      <w:pPr>
        <w:spacing w:after="0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5</w:t>
      </w:r>
      <w:r w:rsidR="00FB6EA7" w:rsidRPr="00457E29">
        <w:rPr>
          <w:rFonts w:asciiTheme="minorBidi" w:hAnsiTheme="minorBidi"/>
          <w:sz w:val="28"/>
          <w:szCs w:val="28"/>
        </w:rPr>
        <w:t xml:space="preserve">. </w:t>
      </w:r>
      <w:r w:rsidR="00457E29" w:rsidRPr="00457E29">
        <w:rPr>
          <w:rFonts w:asciiTheme="minorBidi" w:hAnsiTheme="minorBidi"/>
          <w:sz w:val="28"/>
          <w:szCs w:val="28"/>
          <w:lang w:val="kk-KZ"/>
        </w:rPr>
        <w:t xml:space="preserve">Жасаған жұмыстары туралы </w:t>
      </w:r>
      <w:proofErr w:type="gramStart"/>
      <w:r w:rsidR="00457E29" w:rsidRPr="00457E29">
        <w:rPr>
          <w:rFonts w:asciiTheme="minorBidi" w:hAnsiTheme="minorBidi"/>
          <w:sz w:val="28"/>
          <w:szCs w:val="28"/>
          <w:lang w:val="kk-KZ"/>
        </w:rPr>
        <w:t>мәлімет</w:t>
      </w:r>
      <w:r w:rsidR="00FB6EA7" w:rsidRPr="00457E29">
        <w:rPr>
          <w:rFonts w:asciiTheme="minorBidi" w:hAnsiTheme="minorBidi"/>
          <w:i/>
          <w:iCs/>
          <w:sz w:val="28"/>
          <w:szCs w:val="28"/>
        </w:rPr>
        <w:t>(</w:t>
      </w:r>
      <w:proofErr w:type="gramEnd"/>
      <w:r w:rsidR="00457E29" w:rsidRPr="00457E29">
        <w:rPr>
          <w:rFonts w:asciiTheme="minorBidi" w:hAnsiTheme="minorBidi"/>
          <w:i/>
          <w:iCs/>
          <w:sz w:val="28"/>
          <w:szCs w:val="28"/>
          <w:lang w:val="kk-KZ"/>
        </w:rPr>
        <w:t>менің жетістіктерім</w:t>
      </w:r>
      <w:r w:rsidR="00FB6EA7" w:rsidRPr="00457E29">
        <w:rPr>
          <w:rFonts w:asciiTheme="minorBidi" w:hAnsiTheme="minorBidi"/>
          <w:i/>
          <w:iCs/>
          <w:sz w:val="28"/>
          <w:szCs w:val="28"/>
        </w:rPr>
        <w:t>):</w:t>
      </w:r>
    </w:p>
    <w:p w14:paraId="286676FB" w14:textId="6ADDD777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  <w:lang w:val="ru-RU"/>
        </w:rPr>
      </w:pPr>
      <w:r w:rsidRPr="00457E29">
        <w:rPr>
          <w:rFonts w:asciiTheme="minorBidi" w:hAnsiTheme="minorBidi"/>
          <w:sz w:val="28"/>
          <w:szCs w:val="28"/>
          <w:lang w:val="ru-RU"/>
        </w:rPr>
        <w:t>_______________________________________________________</w:t>
      </w:r>
      <w:r w:rsidR="00457E29">
        <w:rPr>
          <w:rFonts w:asciiTheme="minorBidi" w:hAnsiTheme="minorBid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57E29">
        <w:rPr>
          <w:rFonts w:asciiTheme="minorBidi" w:hAnsiTheme="minorBidi"/>
          <w:sz w:val="28"/>
          <w:szCs w:val="28"/>
        </w:rPr>
        <w:lastRenderedPageBreak/>
        <w:t>____________________________________________</w:t>
      </w:r>
      <w:r w:rsidR="003C4B6F">
        <w:rPr>
          <w:rFonts w:asciiTheme="minorBidi" w:hAnsiTheme="minorBid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</w:t>
      </w:r>
      <w:r w:rsidR="00457E29">
        <w:rPr>
          <w:rFonts w:asciiTheme="minorBidi" w:hAnsiTheme="minorBidi"/>
          <w:sz w:val="28"/>
          <w:szCs w:val="28"/>
        </w:rPr>
        <w:t>_______________</w:t>
      </w:r>
      <w:r w:rsidRPr="00457E29">
        <w:rPr>
          <w:rFonts w:asciiTheme="minorBidi" w:hAnsiTheme="minorBidi"/>
          <w:sz w:val="28"/>
          <w:szCs w:val="28"/>
          <w:lang w:val="ru-RU"/>
        </w:rPr>
        <w:t>___</w:t>
      </w:r>
    </w:p>
    <w:p w14:paraId="4391AA38" w14:textId="3DDCA283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  <w:lang w:val="ru-RU"/>
        </w:rPr>
        <w:br/>
      </w:r>
      <w:r w:rsidR="00030C78">
        <w:rPr>
          <w:rFonts w:asciiTheme="minorBidi" w:hAnsiTheme="minorBidi"/>
          <w:sz w:val="28"/>
          <w:szCs w:val="28"/>
        </w:rPr>
        <w:t>6</w:t>
      </w:r>
      <w:r w:rsidRPr="00457E29">
        <w:rPr>
          <w:rFonts w:asciiTheme="minorBidi" w:hAnsiTheme="minorBidi"/>
          <w:sz w:val="28"/>
          <w:szCs w:val="28"/>
        </w:rPr>
        <w:t xml:space="preserve">. </w:t>
      </w:r>
      <w:proofErr w:type="spellStart"/>
      <w:r w:rsidRPr="00457E29">
        <w:rPr>
          <w:rFonts w:asciiTheme="minorBidi" w:hAnsiTheme="minorBidi"/>
          <w:sz w:val="28"/>
          <w:szCs w:val="28"/>
        </w:rPr>
        <w:t>Қосымша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материалдар</w:t>
      </w:r>
      <w:proofErr w:type="spellEnd"/>
      <w:r w:rsidRPr="00457E29">
        <w:rPr>
          <w:rFonts w:asciiTheme="minorBidi" w:hAnsiTheme="minorBidi"/>
          <w:sz w:val="28"/>
          <w:szCs w:val="28"/>
        </w:rPr>
        <w:t>:</w:t>
      </w:r>
    </w:p>
    <w:p w14:paraId="463C001C" w14:textId="7DBB1E45" w:rsidR="00091776" w:rsidRPr="007640CF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7640CF">
        <w:rPr>
          <w:rFonts w:ascii="Segoe UI Symbol" w:hAnsi="Segoe UI Symbol" w:cs="Segoe UI Symbol"/>
          <w:sz w:val="28"/>
          <w:szCs w:val="28"/>
        </w:rPr>
        <w:t>☐</w:t>
      </w:r>
      <w:r w:rsidRPr="007640CF">
        <w:rPr>
          <w:rFonts w:asciiTheme="minorBidi" w:hAnsiTheme="minorBidi"/>
          <w:sz w:val="28"/>
          <w:szCs w:val="28"/>
        </w:rPr>
        <w:t xml:space="preserve"> </w:t>
      </w:r>
      <w:r w:rsidRPr="000F6E91">
        <w:rPr>
          <w:rFonts w:asciiTheme="minorBidi" w:hAnsiTheme="minorBidi"/>
          <w:sz w:val="28"/>
          <w:szCs w:val="28"/>
          <w:lang w:val="ru-RU"/>
        </w:rPr>
        <w:t>Фото</w:t>
      </w:r>
      <w:r w:rsidRPr="007640CF">
        <w:rPr>
          <w:rFonts w:asciiTheme="minorBidi" w:hAnsiTheme="minorBidi"/>
          <w:sz w:val="28"/>
          <w:szCs w:val="28"/>
        </w:rPr>
        <w:t xml:space="preserve"> / </w:t>
      </w:r>
      <w:r w:rsidRPr="000F6E91">
        <w:rPr>
          <w:rFonts w:asciiTheme="minorBidi" w:hAnsiTheme="minorBidi"/>
          <w:sz w:val="28"/>
          <w:szCs w:val="28"/>
          <w:lang w:val="ru-RU"/>
        </w:rPr>
        <w:t>видео</w:t>
      </w:r>
      <w:r w:rsidR="000F6E91">
        <w:rPr>
          <w:rFonts w:asciiTheme="minorBidi" w:hAnsiTheme="minorBidi"/>
          <w:sz w:val="28"/>
          <w:szCs w:val="28"/>
          <w:lang w:val="kk-KZ"/>
        </w:rPr>
        <w:t xml:space="preserve"> </w:t>
      </w:r>
      <w:r w:rsidR="000F6E91" w:rsidRPr="000F6E91">
        <w:rPr>
          <w:rFonts w:asciiTheme="minorBidi" w:hAnsiTheme="minorBidi"/>
          <w:sz w:val="24"/>
          <w:szCs w:val="24"/>
          <w:lang w:val="kk-KZ"/>
        </w:rPr>
        <w:t>(1 минутқа дейін)</w:t>
      </w:r>
      <w:r w:rsidRPr="007640C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0F6E91">
        <w:rPr>
          <w:rFonts w:asciiTheme="minorBidi" w:hAnsiTheme="minorBidi"/>
          <w:sz w:val="28"/>
          <w:szCs w:val="28"/>
          <w:lang w:val="ru-RU"/>
        </w:rPr>
        <w:t>қоса</w:t>
      </w:r>
      <w:proofErr w:type="spellEnd"/>
      <w:r w:rsidRPr="007640C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0F6E91">
        <w:rPr>
          <w:rFonts w:asciiTheme="minorBidi" w:hAnsiTheme="minorBidi"/>
          <w:sz w:val="28"/>
          <w:szCs w:val="28"/>
          <w:lang w:val="ru-RU"/>
        </w:rPr>
        <w:t>тіркелді</w:t>
      </w:r>
      <w:proofErr w:type="spellEnd"/>
      <w:r w:rsidR="007640CF" w:rsidRPr="007640CF">
        <w:rPr>
          <w:rFonts w:asciiTheme="minorBidi" w:hAnsiTheme="minorBidi"/>
          <w:sz w:val="28"/>
          <w:szCs w:val="28"/>
        </w:rPr>
        <w:t xml:space="preserve"> </w:t>
      </w:r>
      <w:r w:rsidR="007640CF">
        <w:rPr>
          <w:rFonts w:asciiTheme="minorBidi" w:hAnsiTheme="minorBidi"/>
          <w:sz w:val="28"/>
          <w:szCs w:val="28"/>
          <w:lang w:val="kk-KZ"/>
        </w:rPr>
        <w:t>(болған жағдайда)</w:t>
      </w:r>
    </w:p>
    <w:p w14:paraId="4FA77B4A" w14:textId="272AC1A6" w:rsidR="00457E29" w:rsidRPr="000F6E91" w:rsidRDefault="00457E29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457E29">
        <w:rPr>
          <w:rFonts w:ascii="Segoe UI Symbol" w:hAnsi="Segoe UI Symbol" w:cs="Segoe UI Symbol"/>
          <w:sz w:val="28"/>
          <w:szCs w:val="28"/>
        </w:rPr>
        <w:t>☐</w:t>
      </w:r>
      <w:r>
        <w:rPr>
          <w:rFonts w:ascii="Segoe UI Symbol" w:hAnsi="Segoe UI Symbol" w:cs="Segoe UI Symbol"/>
          <w:sz w:val="28"/>
          <w:szCs w:val="28"/>
        </w:rPr>
        <w:t xml:space="preserve"> </w:t>
      </w:r>
      <w:r w:rsidRPr="00457E29">
        <w:rPr>
          <w:rFonts w:asciiTheme="minorBidi" w:hAnsiTheme="minorBidi"/>
          <w:sz w:val="28"/>
          <w:szCs w:val="28"/>
          <w:lang w:val="kk-KZ"/>
        </w:rPr>
        <w:t>марапаттар</w:t>
      </w:r>
      <w:r>
        <w:rPr>
          <w:rFonts w:ascii="Calibri" w:hAnsi="Calibri" w:cs="Calibri"/>
          <w:sz w:val="28"/>
          <w:szCs w:val="28"/>
          <w:lang w:val="kk-KZ"/>
        </w:rPr>
        <w:t xml:space="preserve"> </w:t>
      </w:r>
      <w:r w:rsidR="000F6E91" w:rsidRPr="000F6E91">
        <w:rPr>
          <w:rFonts w:asciiTheme="minorBidi" w:hAnsiTheme="minorBidi"/>
          <w:sz w:val="28"/>
          <w:szCs w:val="28"/>
          <w:lang w:val="kk-KZ"/>
        </w:rPr>
        <w:t>қоса тіркелді</w:t>
      </w:r>
      <w:r w:rsidR="007640CF">
        <w:rPr>
          <w:rFonts w:asciiTheme="minorBidi" w:hAnsiTheme="minorBidi"/>
          <w:sz w:val="28"/>
          <w:szCs w:val="28"/>
        </w:rPr>
        <w:t xml:space="preserve"> </w:t>
      </w:r>
      <w:r w:rsidR="007640CF">
        <w:rPr>
          <w:rFonts w:asciiTheme="minorBidi" w:hAnsiTheme="minorBidi"/>
          <w:sz w:val="28"/>
          <w:szCs w:val="28"/>
          <w:lang w:val="kk-KZ"/>
        </w:rPr>
        <w:t>(болған жағдайда)</w:t>
      </w:r>
    </w:p>
    <w:p w14:paraId="06DCFCE1" w14:textId="3B1164D8" w:rsidR="00091776" w:rsidRPr="007640CF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7640CF">
        <w:rPr>
          <w:rFonts w:ascii="Segoe UI Symbol" w:hAnsi="Segoe UI Symbol" w:cs="Segoe UI Symbol"/>
          <w:sz w:val="28"/>
          <w:szCs w:val="28"/>
        </w:rPr>
        <w:t>☐</w:t>
      </w:r>
      <w:r w:rsidRPr="007640C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957918">
        <w:rPr>
          <w:rFonts w:asciiTheme="minorBidi" w:hAnsiTheme="minorBidi"/>
          <w:sz w:val="28"/>
          <w:szCs w:val="28"/>
          <w:lang w:val="ru-RU"/>
        </w:rPr>
        <w:t>Слайдты</w:t>
      </w:r>
      <w:proofErr w:type="spellEnd"/>
      <w:r w:rsidR="00957918" w:rsidRPr="00957918">
        <w:rPr>
          <w:rFonts w:asciiTheme="minorBidi" w:hAnsiTheme="minorBidi"/>
          <w:sz w:val="28"/>
          <w:szCs w:val="28"/>
        </w:rPr>
        <w:t xml:space="preserve"> </w:t>
      </w:r>
      <w:r w:rsidR="00957918">
        <w:rPr>
          <w:rFonts w:asciiTheme="minorBidi" w:hAnsiTheme="minorBidi"/>
          <w:sz w:val="28"/>
          <w:szCs w:val="28"/>
          <w:lang w:val="kk-KZ"/>
        </w:rPr>
        <w:t>п</w:t>
      </w:r>
      <w:proofErr w:type="spellStart"/>
      <w:r w:rsidRPr="000F6E91">
        <w:rPr>
          <w:rFonts w:asciiTheme="minorBidi" w:hAnsiTheme="minorBidi"/>
          <w:sz w:val="28"/>
          <w:szCs w:val="28"/>
          <w:lang w:val="ru-RU"/>
        </w:rPr>
        <w:t>резентация</w:t>
      </w:r>
      <w:proofErr w:type="spellEnd"/>
      <w:r w:rsidRPr="007640C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0F6E91">
        <w:rPr>
          <w:rFonts w:asciiTheme="minorBidi" w:hAnsiTheme="minorBidi"/>
          <w:sz w:val="28"/>
          <w:szCs w:val="28"/>
          <w:lang w:val="ru-RU"/>
        </w:rPr>
        <w:t>қоса</w:t>
      </w:r>
      <w:proofErr w:type="spellEnd"/>
      <w:r w:rsidRPr="007640C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0F6E91">
        <w:rPr>
          <w:rFonts w:asciiTheme="minorBidi" w:hAnsiTheme="minorBidi"/>
          <w:sz w:val="28"/>
          <w:szCs w:val="28"/>
          <w:lang w:val="ru-RU"/>
        </w:rPr>
        <w:t>тіркелді</w:t>
      </w:r>
      <w:proofErr w:type="spellEnd"/>
      <w:r w:rsidR="007640CF" w:rsidRPr="007640CF">
        <w:rPr>
          <w:rFonts w:asciiTheme="minorBidi" w:hAnsiTheme="minorBidi"/>
          <w:sz w:val="28"/>
          <w:szCs w:val="28"/>
        </w:rPr>
        <w:t xml:space="preserve"> </w:t>
      </w:r>
      <w:r w:rsidR="007640CF">
        <w:rPr>
          <w:rFonts w:asciiTheme="minorBidi" w:hAnsiTheme="minorBidi"/>
          <w:sz w:val="28"/>
          <w:szCs w:val="28"/>
          <w:lang w:val="kk-KZ"/>
        </w:rPr>
        <w:t>(болған жағдайда)</w:t>
      </w:r>
    </w:p>
    <w:p w14:paraId="66DDFAE2" w14:textId="231E6C9A" w:rsidR="00091776" w:rsidRPr="00457E29" w:rsidRDefault="00FB6EA7" w:rsidP="00457E29">
      <w:pPr>
        <w:pStyle w:val="a0"/>
        <w:spacing w:after="0"/>
        <w:ind w:left="0"/>
        <w:rPr>
          <w:rFonts w:asciiTheme="minorBidi" w:hAnsiTheme="minorBidi"/>
          <w:sz w:val="28"/>
          <w:szCs w:val="28"/>
        </w:rPr>
      </w:pPr>
      <w:r w:rsidRPr="00457E29">
        <w:rPr>
          <w:rFonts w:ascii="Segoe UI Symbol" w:hAnsi="Segoe UI Symbol" w:cs="Segoe UI Symbol"/>
          <w:sz w:val="28"/>
          <w:szCs w:val="28"/>
        </w:rPr>
        <w:t>☐</w:t>
      </w:r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Басқа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материалдар</w:t>
      </w:r>
      <w:proofErr w:type="spellEnd"/>
      <w:r w:rsidR="007640CF">
        <w:rPr>
          <w:rFonts w:asciiTheme="minorBidi" w:hAnsiTheme="minorBidi"/>
          <w:sz w:val="28"/>
          <w:szCs w:val="28"/>
        </w:rPr>
        <w:t xml:space="preserve"> </w:t>
      </w:r>
      <w:r w:rsidR="007640CF">
        <w:rPr>
          <w:rFonts w:asciiTheme="minorBidi" w:hAnsiTheme="minorBidi"/>
          <w:sz w:val="28"/>
          <w:szCs w:val="28"/>
          <w:lang w:val="kk-KZ"/>
        </w:rPr>
        <w:t>(болған жағдайда)</w:t>
      </w:r>
      <w:r w:rsidR="0070213D">
        <w:rPr>
          <w:rFonts w:asciiTheme="minorBidi" w:hAnsiTheme="minorBidi"/>
          <w:sz w:val="28"/>
          <w:szCs w:val="28"/>
        </w:rPr>
        <w:t>___________________________</w:t>
      </w:r>
      <w:r w:rsidRPr="00457E29">
        <w:rPr>
          <w:rFonts w:asciiTheme="minorBidi" w:hAnsiTheme="minorBidi"/>
          <w:sz w:val="28"/>
          <w:szCs w:val="28"/>
        </w:rPr>
        <w:t xml:space="preserve"> ____</w:t>
      </w:r>
      <w:r w:rsidR="00457E29">
        <w:rPr>
          <w:rFonts w:asciiTheme="minorBidi" w:hAnsiTheme="minorBidi"/>
          <w:sz w:val="28"/>
          <w:szCs w:val="28"/>
        </w:rPr>
        <w:t>_______</w:t>
      </w:r>
      <w:r w:rsidRPr="00457E29">
        <w:rPr>
          <w:rFonts w:asciiTheme="minorBidi" w:hAnsiTheme="minorBidi"/>
          <w:sz w:val="28"/>
          <w:szCs w:val="28"/>
        </w:rPr>
        <w:t>_____________________</w:t>
      </w:r>
      <w:r w:rsidR="0070213D">
        <w:rPr>
          <w:rFonts w:asciiTheme="minorBidi" w:hAnsiTheme="minorBidi"/>
          <w:sz w:val="28"/>
          <w:szCs w:val="28"/>
        </w:rPr>
        <w:t>___________________________</w:t>
      </w:r>
      <w:r w:rsidRPr="00457E29">
        <w:rPr>
          <w:rFonts w:asciiTheme="minorBidi" w:hAnsiTheme="minorBidi"/>
          <w:sz w:val="28"/>
          <w:szCs w:val="28"/>
        </w:rPr>
        <w:t>________</w:t>
      </w:r>
      <w:r w:rsidR="0070213D">
        <w:rPr>
          <w:rFonts w:asciiTheme="minorBidi" w:hAnsiTheme="minorBidi"/>
          <w:sz w:val="28"/>
          <w:szCs w:val="28"/>
        </w:rPr>
        <w:t>________________________________________</w:t>
      </w:r>
      <w:r w:rsidR="003C4B6F">
        <w:rPr>
          <w:rFonts w:asciiTheme="minorBidi" w:hAnsiTheme="minorBidi"/>
          <w:sz w:val="28"/>
          <w:szCs w:val="28"/>
        </w:rPr>
        <w:t>______________________________________________________________</w:t>
      </w:r>
      <w:r w:rsidR="0070213D">
        <w:rPr>
          <w:rFonts w:asciiTheme="minorBidi" w:hAnsiTheme="minorBidi"/>
          <w:sz w:val="28"/>
          <w:szCs w:val="28"/>
        </w:rPr>
        <w:t>______________</w:t>
      </w:r>
      <w:r w:rsidRPr="00457E29">
        <w:rPr>
          <w:rFonts w:asciiTheme="minorBidi" w:hAnsiTheme="minorBidi"/>
          <w:sz w:val="28"/>
          <w:szCs w:val="28"/>
        </w:rPr>
        <w:t>___</w:t>
      </w:r>
    </w:p>
    <w:p w14:paraId="6CEEA450" w14:textId="1871F7A2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</w:rPr>
        <w:br/>
      </w:r>
      <w:r w:rsidR="00030C78">
        <w:rPr>
          <w:rFonts w:asciiTheme="minorBidi" w:hAnsiTheme="minorBidi"/>
          <w:sz w:val="28"/>
          <w:szCs w:val="28"/>
        </w:rPr>
        <w:t>7</w:t>
      </w:r>
      <w:r w:rsidRPr="00457E29">
        <w:rPr>
          <w:rFonts w:asciiTheme="minorBidi" w:hAnsiTheme="minorBidi"/>
          <w:sz w:val="28"/>
          <w:szCs w:val="28"/>
        </w:rPr>
        <w:t xml:space="preserve">. </w:t>
      </w:r>
      <w:proofErr w:type="spellStart"/>
      <w:r w:rsidRPr="00457E29">
        <w:rPr>
          <w:rFonts w:asciiTheme="minorBidi" w:hAnsiTheme="minorBidi"/>
          <w:sz w:val="28"/>
          <w:szCs w:val="28"/>
        </w:rPr>
        <w:t>Келісім</w:t>
      </w:r>
      <w:proofErr w:type="spellEnd"/>
      <w:r w:rsidRPr="00457E29">
        <w:rPr>
          <w:rFonts w:asciiTheme="minorBidi" w:hAnsiTheme="minorBidi"/>
          <w:sz w:val="28"/>
          <w:szCs w:val="28"/>
        </w:rPr>
        <w:t>:</w:t>
      </w:r>
    </w:p>
    <w:p w14:paraId="1A2286B4" w14:textId="77777777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proofErr w:type="spellStart"/>
      <w:r w:rsidRPr="00457E29">
        <w:rPr>
          <w:rFonts w:asciiTheme="minorBidi" w:hAnsiTheme="minorBidi"/>
          <w:sz w:val="28"/>
          <w:szCs w:val="28"/>
        </w:rPr>
        <w:t>Мен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осы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конкурс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ережелерімен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таныстым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және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өзім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туралы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ақпараттың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ұйымдастырушыларға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берілуіне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келісім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Pr="00457E29">
        <w:rPr>
          <w:rFonts w:asciiTheme="minorBidi" w:hAnsiTheme="minorBidi"/>
          <w:sz w:val="28"/>
          <w:szCs w:val="28"/>
        </w:rPr>
        <w:t>беремін</w:t>
      </w:r>
      <w:proofErr w:type="spellEnd"/>
      <w:r w:rsidRPr="00457E29">
        <w:rPr>
          <w:rFonts w:asciiTheme="minorBidi" w:hAnsiTheme="minorBidi"/>
          <w:sz w:val="28"/>
          <w:szCs w:val="28"/>
        </w:rPr>
        <w:t>.</w:t>
      </w:r>
    </w:p>
    <w:p w14:paraId="0B522D9B" w14:textId="77777777" w:rsidR="005555F7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r w:rsidRPr="00457E29">
        <w:rPr>
          <w:rFonts w:asciiTheme="minorBidi" w:hAnsiTheme="minorBidi"/>
          <w:sz w:val="28"/>
          <w:szCs w:val="28"/>
        </w:rPr>
        <w:br/>
      </w:r>
    </w:p>
    <w:p w14:paraId="399661C3" w14:textId="0BCFDCD4" w:rsidR="00091776" w:rsidRPr="00457E29" w:rsidRDefault="00FB6EA7" w:rsidP="00457E29">
      <w:pPr>
        <w:spacing w:after="0"/>
        <w:rPr>
          <w:rFonts w:asciiTheme="minorBidi" w:hAnsiTheme="minorBidi"/>
          <w:sz w:val="28"/>
          <w:szCs w:val="28"/>
        </w:rPr>
      </w:pPr>
      <w:proofErr w:type="spellStart"/>
      <w:r w:rsidRPr="00457E29">
        <w:rPr>
          <w:rFonts w:asciiTheme="minorBidi" w:hAnsiTheme="minorBidi"/>
          <w:sz w:val="28"/>
          <w:szCs w:val="28"/>
        </w:rPr>
        <w:t>Қолы</w:t>
      </w:r>
      <w:proofErr w:type="spellEnd"/>
      <w:r w:rsidRPr="00457E29">
        <w:rPr>
          <w:rFonts w:asciiTheme="minorBidi" w:hAnsiTheme="minorBidi"/>
          <w:sz w:val="28"/>
          <w:szCs w:val="28"/>
        </w:rPr>
        <w:t xml:space="preserve">: ______________________    </w:t>
      </w:r>
      <w:r w:rsidR="005555F7">
        <w:rPr>
          <w:rFonts w:asciiTheme="minorBidi" w:hAnsiTheme="minorBidi"/>
          <w:sz w:val="28"/>
          <w:szCs w:val="28"/>
        </w:rPr>
        <w:t xml:space="preserve">    </w:t>
      </w:r>
      <w:proofErr w:type="spellStart"/>
      <w:r w:rsidRPr="00457E29">
        <w:rPr>
          <w:rFonts w:asciiTheme="minorBidi" w:hAnsiTheme="minorBidi"/>
          <w:sz w:val="28"/>
          <w:szCs w:val="28"/>
        </w:rPr>
        <w:t>Күні</w:t>
      </w:r>
      <w:proofErr w:type="spellEnd"/>
      <w:r w:rsidRPr="00457E29">
        <w:rPr>
          <w:rFonts w:asciiTheme="minorBidi" w:hAnsiTheme="minorBidi"/>
          <w:sz w:val="28"/>
          <w:szCs w:val="28"/>
        </w:rPr>
        <w:t>: «___» ______________ 202</w:t>
      </w:r>
      <w:r w:rsidR="00F17866">
        <w:rPr>
          <w:rFonts w:asciiTheme="minorBidi" w:hAnsiTheme="minorBidi"/>
          <w:sz w:val="28"/>
          <w:szCs w:val="28"/>
          <w:lang w:val="kk-KZ"/>
        </w:rPr>
        <w:t>6</w:t>
      </w:r>
      <w:r w:rsidRPr="00457E29">
        <w:rPr>
          <w:rFonts w:asciiTheme="minorBidi" w:hAnsiTheme="minorBidi"/>
          <w:sz w:val="28"/>
          <w:szCs w:val="28"/>
        </w:rPr>
        <w:t xml:space="preserve"> ж.</w:t>
      </w:r>
    </w:p>
    <w:sectPr w:rsidR="00091776" w:rsidRPr="00457E29" w:rsidSect="00C51254">
      <w:headerReference w:type="default" r:id="rId8"/>
      <w:pgSz w:w="12240" w:h="15840"/>
      <w:pgMar w:top="1134" w:right="1134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845AB" w14:textId="77777777" w:rsidR="00117685" w:rsidRDefault="00117685" w:rsidP="00C51254">
      <w:pPr>
        <w:spacing w:after="0" w:line="240" w:lineRule="auto"/>
      </w:pPr>
      <w:r>
        <w:separator/>
      </w:r>
    </w:p>
  </w:endnote>
  <w:endnote w:type="continuationSeparator" w:id="0">
    <w:p w14:paraId="620EB403" w14:textId="77777777" w:rsidR="00117685" w:rsidRDefault="00117685" w:rsidP="00C51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2A947" w14:textId="77777777" w:rsidR="00117685" w:rsidRDefault="00117685" w:rsidP="00C51254">
      <w:pPr>
        <w:spacing w:after="0" w:line="240" w:lineRule="auto"/>
      </w:pPr>
      <w:r>
        <w:separator/>
      </w:r>
    </w:p>
  </w:footnote>
  <w:footnote w:type="continuationSeparator" w:id="0">
    <w:p w14:paraId="6E567BFA" w14:textId="77777777" w:rsidR="00117685" w:rsidRDefault="00117685" w:rsidP="00C51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7872246"/>
      <w:docPartObj>
        <w:docPartGallery w:val="Page Numbers (Top of Page)"/>
        <w:docPartUnique/>
      </w:docPartObj>
    </w:sdtPr>
    <w:sdtContent>
      <w:p w14:paraId="544327A9" w14:textId="07574478" w:rsidR="00C51254" w:rsidRDefault="00C5125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6B04A17B" w14:textId="77777777" w:rsidR="00C51254" w:rsidRDefault="00C5125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5888250">
    <w:abstractNumId w:val="8"/>
  </w:num>
  <w:num w:numId="2" w16cid:durableId="490760067">
    <w:abstractNumId w:val="6"/>
  </w:num>
  <w:num w:numId="3" w16cid:durableId="1461921652">
    <w:abstractNumId w:val="5"/>
  </w:num>
  <w:num w:numId="4" w16cid:durableId="1762872515">
    <w:abstractNumId w:val="4"/>
  </w:num>
  <w:num w:numId="5" w16cid:durableId="1204368667">
    <w:abstractNumId w:val="7"/>
  </w:num>
  <w:num w:numId="6" w16cid:durableId="1069964117">
    <w:abstractNumId w:val="3"/>
  </w:num>
  <w:num w:numId="7" w16cid:durableId="663632680">
    <w:abstractNumId w:val="2"/>
  </w:num>
  <w:num w:numId="8" w16cid:durableId="983312098">
    <w:abstractNumId w:val="1"/>
  </w:num>
  <w:num w:numId="9" w16cid:durableId="70641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C78"/>
    <w:rsid w:val="00034616"/>
    <w:rsid w:val="0006063C"/>
    <w:rsid w:val="00091776"/>
    <w:rsid w:val="000F6E91"/>
    <w:rsid w:val="00117685"/>
    <w:rsid w:val="0015074B"/>
    <w:rsid w:val="0029639D"/>
    <w:rsid w:val="00326F90"/>
    <w:rsid w:val="003C4B6F"/>
    <w:rsid w:val="00457E29"/>
    <w:rsid w:val="005458F8"/>
    <w:rsid w:val="005555F7"/>
    <w:rsid w:val="0057478F"/>
    <w:rsid w:val="00657538"/>
    <w:rsid w:val="0070213D"/>
    <w:rsid w:val="00762A45"/>
    <w:rsid w:val="007640CF"/>
    <w:rsid w:val="00802ABC"/>
    <w:rsid w:val="00957918"/>
    <w:rsid w:val="00966317"/>
    <w:rsid w:val="00AA1D8D"/>
    <w:rsid w:val="00B47730"/>
    <w:rsid w:val="00C51254"/>
    <w:rsid w:val="00CA3AB4"/>
    <w:rsid w:val="00CB0664"/>
    <w:rsid w:val="00CD600C"/>
    <w:rsid w:val="00E77D17"/>
    <w:rsid w:val="00F17866"/>
    <w:rsid w:val="00F5221A"/>
    <w:rsid w:val="00F948DE"/>
    <w:rsid w:val="00F96E89"/>
    <w:rsid w:val="00FB6EA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7D91E"/>
  <w14:defaultImageDpi w14:val="300"/>
  <w15:docId w15:val="{F05D05B3-99C3-432E-8D75-DBF1E25D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Kalysh T. Sadykova</cp:lastModifiedBy>
  <cp:revision>85</cp:revision>
  <cp:lastPrinted>2026-10-29T06:09:00Z</cp:lastPrinted>
  <dcterms:created xsi:type="dcterms:W3CDTF">2025-11-14T04:23:00Z</dcterms:created>
  <dcterms:modified xsi:type="dcterms:W3CDTF">2026-10-30T14:31:00Z</dcterms:modified>
  <cp:category/>
</cp:coreProperties>
</file>