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3AD" w:rsidRDefault="00EB63AD" w:rsidP="001A2BF2">
      <w:pPr>
        <w:jc w:val="right"/>
        <w:rPr>
          <w:b/>
          <w:sz w:val="28"/>
          <w:szCs w:val="28"/>
          <w:lang w:val="ru-RU"/>
        </w:rPr>
      </w:pPr>
    </w:p>
    <w:p w:rsidR="00407834" w:rsidRPr="00E72B92" w:rsidRDefault="00CA648C" w:rsidP="00E72B92">
      <w:pPr>
        <w:spacing w:line="240" w:lineRule="auto"/>
        <w:jc w:val="center"/>
        <w:rPr>
          <w:sz w:val="28"/>
          <w:szCs w:val="28"/>
          <w:lang w:val="ru-RU"/>
        </w:rPr>
      </w:pPr>
      <w:bookmarkStart w:id="0" w:name="_GoBack"/>
      <w:bookmarkEnd w:id="0"/>
      <w:r w:rsidRPr="00E72B92">
        <w:rPr>
          <w:b/>
          <w:sz w:val="28"/>
          <w:szCs w:val="28"/>
          <w:lang w:val="ru-RU"/>
        </w:rPr>
        <w:t>СВЕДЕНИЯ</w:t>
      </w:r>
      <w:r w:rsidRPr="00E72B92">
        <w:rPr>
          <w:b/>
          <w:sz w:val="28"/>
          <w:szCs w:val="28"/>
          <w:lang w:val="ru-RU"/>
        </w:rPr>
        <w:br/>
        <w:t>о стоимости размещения предвыборных агитационных материалов</w:t>
      </w:r>
    </w:p>
    <w:p w:rsidR="00407834" w:rsidRPr="00E72B92" w:rsidRDefault="00CA648C" w:rsidP="00E72B92">
      <w:pPr>
        <w:spacing w:before="240" w:after="120" w:line="240" w:lineRule="auto"/>
        <w:ind w:firstLine="432"/>
        <w:jc w:val="both"/>
        <w:rPr>
          <w:sz w:val="28"/>
          <w:szCs w:val="28"/>
          <w:lang w:val="ru-RU"/>
        </w:rPr>
      </w:pPr>
      <w:r w:rsidRPr="00E72B92">
        <w:rPr>
          <w:sz w:val="28"/>
          <w:szCs w:val="28"/>
          <w:lang w:val="ru-RU"/>
        </w:rPr>
        <w:t xml:space="preserve">Информационное агентство </w:t>
      </w:r>
      <w:r w:rsidRPr="00E72B92">
        <w:rPr>
          <w:sz w:val="28"/>
          <w:szCs w:val="28"/>
        </w:rPr>
        <w:t>MUZTAUMEDIA</w:t>
      </w:r>
      <w:r w:rsidRPr="00E72B92">
        <w:rPr>
          <w:sz w:val="28"/>
          <w:szCs w:val="28"/>
          <w:lang w:val="ru-RU"/>
        </w:rPr>
        <w:t>.</w:t>
      </w:r>
      <w:r w:rsidRPr="00E72B92">
        <w:rPr>
          <w:sz w:val="28"/>
          <w:szCs w:val="28"/>
        </w:rPr>
        <w:t>KZ</w:t>
      </w:r>
      <w:r w:rsidRPr="00E72B92">
        <w:rPr>
          <w:sz w:val="28"/>
          <w:szCs w:val="28"/>
          <w:lang w:val="ru-RU"/>
        </w:rPr>
        <w:t xml:space="preserve"> представляет сведения о размещении предвыборных агитационных материалов на </w:t>
      </w:r>
      <w:proofErr w:type="spellStart"/>
      <w:r w:rsidRPr="00E72B92">
        <w:rPr>
          <w:sz w:val="28"/>
          <w:szCs w:val="28"/>
          <w:lang w:val="ru-RU"/>
        </w:rPr>
        <w:t>интернет-ресурсе</w:t>
      </w:r>
      <w:proofErr w:type="spellEnd"/>
      <w:r w:rsidRPr="00E72B92">
        <w:rPr>
          <w:sz w:val="28"/>
          <w:szCs w:val="28"/>
          <w:lang w:val="ru-RU"/>
        </w:rPr>
        <w:t xml:space="preserve"> и в аккаунтах социальных сетей в рамках внеочередных выборов депутатов </w:t>
      </w:r>
      <w:proofErr w:type="spellStart"/>
      <w:r w:rsidRPr="00E72B92">
        <w:rPr>
          <w:sz w:val="28"/>
          <w:szCs w:val="28"/>
          <w:lang w:val="ru-RU"/>
        </w:rPr>
        <w:t>маслихатов</w:t>
      </w:r>
      <w:proofErr w:type="spellEnd"/>
      <w:r w:rsidRPr="00E72B92">
        <w:rPr>
          <w:sz w:val="28"/>
          <w:szCs w:val="28"/>
          <w:lang w:val="ru-RU"/>
        </w:rPr>
        <w:t xml:space="preserve"> Республики Казахстан 29 ноября 2026 года.</w:t>
      </w:r>
    </w:p>
    <w:p w:rsidR="00407834" w:rsidRPr="00E72B92" w:rsidRDefault="00CA648C" w:rsidP="00E72B92">
      <w:pPr>
        <w:spacing w:after="160" w:line="240" w:lineRule="auto"/>
        <w:ind w:firstLine="432"/>
        <w:jc w:val="both"/>
        <w:rPr>
          <w:sz w:val="28"/>
          <w:szCs w:val="28"/>
          <w:lang w:val="ru-RU"/>
        </w:rPr>
      </w:pPr>
      <w:r w:rsidRPr="00E72B92">
        <w:rPr>
          <w:sz w:val="28"/>
          <w:szCs w:val="28"/>
          <w:lang w:val="ru-RU"/>
        </w:rPr>
        <w:t>Сведения об информационных площадках и количестве подписчиков приведены в таблицах ниже.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04"/>
        <w:gridCol w:w="2037"/>
        <w:gridCol w:w="1687"/>
        <w:gridCol w:w="4045"/>
        <w:gridCol w:w="1890"/>
      </w:tblGrid>
      <w:tr w:rsidR="00E72B92" w:rsidRPr="00E72B92" w:rsidTr="00B03C3E">
        <w:trPr>
          <w:trHeight w:val="589"/>
          <w:jc w:val="center"/>
        </w:trPr>
        <w:tc>
          <w:tcPr>
            <w:tcW w:w="604" w:type="dxa"/>
            <w:shd w:val="clear" w:color="auto" w:fill="D9EAF7"/>
            <w:vAlign w:val="center"/>
          </w:tcPr>
          <w:p w:rsidR="00E72B92" w:rsidRPr="00E72B92" w:rsidRDefault="00E72B92" w:rsidP="00E72B92">
            <w:pPr>
              <w:jc w:val="center"/>
              <w:rPr>
                <w:sz w:val="24"/>
                <w:szCs w:val="24"/>
                <w:lang w:val="ru-RU"/>
              </w:rPr>
            </w:pPr>
            <w:r w:rsidRPr="00E72B92">
              <w:rPr>
                <w:b/>
                <w:sz w:val="24"/>
                <w:szCs w:val="24"/>
              </w:rPr>
              <w:t>№</w:t>
            </w:r>
            <w:r w:rsidRPr="00E72B92">
              <w:rPr>
                <w:b/>
                <w:sz w:val="24"/>
                <w:szCs w:val="24"/>
                <w:lang w:val="ru-RU"/>
              </w:rPr>
              <w:t xml:space="preserve"> п/п</w:t>
            </w:r>
          </w:p>
        </w:tc>
        <w:tc>
          <w:tcPr>
            <w:tcW w:w="2037" w:type="dxa"/>
            <w:shd w:val="clear" w:color="auto" w:fill="D9EAF7"/>
            <w:vAlign w:val="center"/>
          </w:tcPr>
          <w:p w:rsidR="00E72B92" w:rsidRPr="00E72B92" w:rsidRDefault="00E72B92" w:rsidP="00E72B92">
            <w:pPr>
              <w:jc w:val="center"/>
              <w:rPr>
                <w:sz w:val="24"/>
                <w:szCs w:val="24"/>
              </w:rPr>
            </w:pPr>
            <w:proofErr w:type="spellStart"/>
            <w:r w:rsidRPr="00E72B92">
              <w:rPr>
                <w:b/>
                <w:sz w:val="24"/>
                <w:szCs w:val="24"/>
              </w:rPr>
              <w:t>Наименование</w:t>
            </w:r>
            <w:proofErr w:type="spellEnd"/>
            <w:r w:rsidRPr="00E72B9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72B92">
              <w:rPr>
                <w:b/>
                <w:sz w:val="24"/>
                <w:szCs w:val="24"/>
              </w:rPr>
              <w:t>соцсети</w:t>
            </w:r>
            <w:proofErr w:type="spellEnd"/>
          </w:p>
        </w:tc>
        <w:tc>
          <w:tcPr>
            <w:tcW w:w="1687" w:type="dxa"/>
            <w:shd w:val="clear" w:color="auto" w:fill="D9EAF7"/>
            <w:vAlign w:val="center"/>
          </w:tcPr>
          <w:p w:rsidR="00E72B92" w:rsidRPr="00E72B92" w:rsidRDefault="00E72B92" w:rsidP="00E72B92">
            <w:pPr>
              <w:jc w:val="center"/>
              <w:rPr>
                <w:sz w:val="24"/>
                <w:szCs w:val="24"/>
              </w:rPr>
            </w:pPr>
            <w:r w:rsidRPr="00E72B92">
              <w:rPr>
                <w:b/>
                <w:sz w:val="24"/>
                <w:szCs w:val="24"/>
              </w:rPr>
              <w:t>Количество подписчиков</w:t>
            </w:r>
          </w:p>
        </w:tc>
        <w:tc>
          <w:tcPr>
            <w:tcW w:w="4045" w:type="dxa"/>
            <w:shd w:val="clear" w:color="auto" w:fill="D9EAF7"/>
            <w:vAlign w:val="center"/>
          </w:tcPr>
          <w:p w:rsidR="00E72B92" w:rsidRPr="00E72B92" w:rsidRDefault="00E72B92" w:rsidP="00E72B92">
            <w:pPr>
              <w:jc w:val="center"/>
              <w:rPr>
                <w:sz w:val="24"/>
                <w:szCs w:val="24"/>
              </w:rPr>
            </w:pPr>
            <w:r w:rsidRPr="00E72B92">
              <w:rPr>
                <w:b/>
                <w:sz w:val="24"/>
                <w:szCs w:val="24"/>
              </w:rPr>
              <w:t>Ссылка</w:t>
            </w:r>
          </w:p>
        </w:tc>
        <w:tc>
          <w:tcPr>
            <w:tcW w:w="1890" w:type="dxa"/>
            <w:shd w:val="clear" w:color="auto" w:fill="D9EAF7"/>
            <w:vAlign w:val="center"/>
          </w:tcPr>
          <w:p w:rsidR="00E72B92" w:rsidRPr="00B03C3E" w:rsidRDefault="00E72B92" w:rsidP="00E72B92">
            <w:pPr>
              <w:jc w:val="center"/>
              <w:rPr>
                <w:b/>
                <w:sz w:val="24"/>
                <w:szCs w:val="24"/>
                <w:lang w:val="ru-RU"/>
              </w:rPr>
            </w:pPr>
            <w:r w:rsidRPr="00B03C3E">
              <w:rPr>
                <w:b/>
                <w:sz w:val="24"/>
                <w:szCs w:val="24"/>
                <w:lang w:val="ru-RU"/>
              </w:rPr>
              <w:t>Стоимость размещения, тенге</w:t>
            </w:r>
          </w:p>
        </w:tc>
      </w:tr>
      <w:tr w:rsidR="00E72B92" w:rsidRPr="003B69BD" w:rsidTr="00E72B92">
        <w:trPr>
          <w:jc w:val="center"/>
        </w:trPr>
        <w:tc>
          <w:tcPr>
            <w:tcW w:w="604" w:type="dxa"/>
            <w:vAlign w:val="center"/>
          </w:tcPr>
          <w:p w:rsidR="00E72B92" w:rsidRPr="00E72B92" w:rsidRDefault="00E72B92" w:rsidP="00E72B92">
            <w:pPr>
              <w:jc w:val="center"/>
              <w:rPr>
                <w:sz w:val="24"/>
                <w:szCs w:val="24"/>
                <w:lang w:val="ru-RU"/>
              </w:rPr>
            </w:pPr>
            <w:r w:rsidRPr="00E72B92">
              <w:rPr>
                <w:sz w:val="24"/>
                <w:szCs w:val="24"/>
              </w:rPr>
              <w:t>1</w:t>
            </w:r>
            <w:r w:rsidRPr="00E72B92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2037" w:type="dxa"/>
            <w:vAlign w:val="center"/>
          </w:tcPr>
          <w:p w:rsidR="00E72B92" w:rsidRPr="00E72B92" w:rsidRDefault="00E72B92" w:rsidP="00E72B92">
            <w:pPr>
              <w:rPr>
                <w:sz w:val="24"/>
                <w:szCs w:val="24"/>
              </w:rPr>
            </w:pPr>
            <w:proofErr w:type="spellStart"/>
            <w:r w:rsidRPr="00E72B92">
              <w:rPr>
                <w:sz w:val="24"/>
                <w:szCs w:val="24"/>
              </w:rPr>
              <w:t>Дүниежүзі</w:t>
            </w:r>
            <w:proofErr w:type="spellEnd"/>
            <w:r w:rsidRPr="00E72B92">
              <w:rPr>
                <w:sz w:val="24"/>
                <w:szCs w:val="24"/>
              </w:rPr>
              <w:t xml:space="preserve"> </w:t>
            </w:r>
            <w:proofErr w:type="spellStart"/>
            <w:r w:rsidRPr="00E72B92">
              <w:rPr>
                <w:sz w:val="24"/>
                <w:szCs w:val="24"/>
              </w:rPr>
              <w:t>қазақтары</w:t>
            </w:r>
            <w:proofErr w:type="spellEnd"/>
          </w:p>
        </w:tc>
        <w:tc>
          <w:tcPr>
            <w:tcW w:w="1687" w:type="dxa"/>
            <w:vAlign w:val="center"/>
          </w:tcPr>
          <w:p w:rsidR="00E72B92" w:rsidRPr="00E72B92" w:rsidRDefault="00E72B92" w:rsidP="00E72B92">
            <w:pPr>
              <w:jc w:val="center"/>
              <w:rPr>
                <w:sz w:val="24"/>
                <w:szCs w:val="24"/>
              </w:rPr>
            </w:pPr>
            <w:r w:rsidRPr="00E72B92">
              <w:rPr>
                <w:sz w:val="24"/>
                <w:szCs w:val="24"/>
              </w:rPr>
              <w:t>298 700</w:t>
            </w:r>
          </w:p>
        </w:tc>
        <w:tc>
          <w:tcPr>
            <w:tcW w:w="4045" w:type="dxa"/>
            <w:vAlign w:val="center"/>
          </w:tcPr>
          <w:p w:rsidR="00E72B92" w:rsidRPr="003B69BD" w:rsidRDefault="00EE03FA" w:rsidP="00E72B92">
            <w:pPr>
              <w:jc w:val="center"/>
              <w:rPr>
                <w:sz w:val="24"/>
                <w:szCs w:val="24"/>
              </w:rPr>
            </w:pPr>
            <w:hyperlink r:id="rId7" w:history="1">
              <w:r w:rsidR="003B69BD" w:rsidRPr="003B69BD">
                <w:rPr>
                  <w:rStyle w:val="affa"/>
                  <w:sz w:val="24"/>
                  <w:szCs w:val="24"/>
                  <w:u w:val="none"/>
                </w:rPr>
                <w:t>https://www.facebook.com/share/g/1BmysYQiDS/?mibextid=wwXIfr</w:t>
              </w:r>
            </w:hyperlink>
            <w:r w:rsidR="003B69BD" w:rsidRPr="003B69B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  <w:vAlign w:val="center"/>
          </w:tcPr>
          <w:p w:rsidR="00E72B92" w:rsidRPr="00CA648C" w:rsidRDefault="00CA648C" w:rsidP="00E72B92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150 000,00</w:t>
            </w:r>
          </w:p>
        </w:tc>
      </w:tr>
      <w:tr w:rsidR="00CA648C" w:rsidRPr="003B69BD" w:rsidTr="00CA648C">
        <w:trPr>
          <w:jc w:val="center"/>
        </w:trPr>
        <w:tc>
          <w:tcPr>
            <w:tcW w:w="604" w:type="dxa"/>
            <w:vAlign w:val="center"/>
          </w:tcPr>
          <w:p w:rsidR="00CA648C" w:rsidRPr="00E72B92" w:rsidRDefault="00CA648C" w:rsidP="00E72B92">
            <w:pPr>
              <w:jc w:val="center"/>
              <w:rPr>
                <w:sz w:val="24"/>
                <w:szCs w:val="24"/>
                <w:lang w:val="ru-RU"/>
              </w:rPr>
            </w:pPr>
            <w:r w:rsidRPr="003B69BD">
              <w:rPr>
                <w:sz w:val="24"/>
                <w:szCs w:val="24"/>
                <w:lang w:val="ru-RU"/>
              </w:rPr>
              <w:t>2</w:t>
            </w:r>
            <w:r w:rsidRPr="00E72B92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2037" w:type="dxa"/>
            <w:vAlign w:val="center"/>
          </w:tcPr>
          <w:p w:rsidR="00CA648C" w:rsidRPr="003B69BD" w:rsidRDefault="00CA648C" w:rsidP="00E72B92">
            <w:pPr>
              <w:rPr>
                <w:sz w:val="24"/>
                <w:szCs w:val="24"/>
                <w:lang w:val="ru-RU"/>
              </w:rPr>
            </w:pPr>
            <w:proofErr w:type="spellStart"/>
            <w:r w:rsidRPr="003B69BD">
              <w:rPr>
                <w:sz w:val="24"/>
                <w:szCs w:val="24"/>
                <w:lang w:val="ru-RU"/>
              </w:rPr>
              <w:t>Қазақ</w:t>
            </w:r>
            <w:proofErr w:type="spellEnd"/>
            <w:r w:rsidRPr="003B69B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B69BD">
              <w:rPr>
                <w:sz w:val="24"/>
                <w:szCs w:val="24"/>
                <w:lang w:val="ru-RU"/>
              </w:rPr>
              <w:t>миссиясы</w:t>
            </w:r>
            <w:proofErr w:type="spellEnd"/>
          </w:p>
        </w:tc>
        <w:tc>
          <w:tcPr>
            <w:tcW w:w="1687" w:type="dxa"/>
            <w:vAlign w:val="center"/>
          </w:tcPr>
          <w:p w:rsidR="00CA648C" w:rsidRPr="003B69BD" w:rsidRDefault="00CA648C" w:rsidP="00E72B92">
            <w:pPr>
              <w:jc w:val="center"/>
              <w:rPr>
                <w:sz w:val="24"/>
                <w:szCs w:val="24"/>
                <w:lang w:val="ru-RU"/>
              </w:rPr>
            </w:pPr>
            <w:r w:rsidRPr="003B69BD">
              <w:rPr>
                <w:sz w:val="24"/>
                <w:szCs w:val="24"/>
                <w:lang w:val="ru-RU"/>
              </w:rPr>
              <w:t>156 300</w:t>
            </w:r>
          </w:p>
        </w:tc>
        <w:tc>
          <w:tcPr>
            <w:tcW w:w="4045" w:type="dxa"/>
            <w:vAlign w:val="center"/>
          </w:tcPr>
          <w:p w:rsidR="00CA648C" w:rsidRPr="003B69BD" w:rsidRDefault="00EE03FA" w:rsidP="00E72B92">
            <w:pPr>
              <w:jc w:val="center"/>
              <w:rPr>
                <w:sz w:val="24"/>
                <w:szCs w:val="24"/>
                <w:lang w:val="ru-RU"/>
              </w:rPr>
            </w:pPr>
            <w:hyperlink r:id="rId8" w:history="1">
              <w:r w:rsidR="003B69BD" w:rsidRPr="003B69BD">
                <w:rPr>
                  <w:rStyle w:val="affa"/>
                  <w:sz w:val="24"/>
                  <w:szCs w:val="24"/>
                  <w:u w:val="none"/>
                </w:rPr>
                <w:t>https</w:t>
              </w:r>
              <w:r w:rsidR="003B69BD" w:rsidRPr="003B69BD">
                <w:rPr>
                  <w:rStyle w:val="affa"/>
                  <w:sz w:val="24"/>
                  <w:szCs w:val="24"/>
                  <w:u w:val="none"/>
                  <w:lang w:val="ru-RU"/>
                </w:rPr>
                <w:t>://</w:t>
              </w:r>
              <w:r w:rsidR="003B69BD" w:rsidRPr="003B69BD">
                <w:rPr>
                  <w:rStyle w:val="affa"/>
                  <w:sz w:val="24"/>
                  <w:szCs w:val="24"/>
                  <w:u w:val="none"/>
                </w:rPr>
                <w:t>www</w:t>
              </w:r>
              <w:r w:rsidR="003B69BD" w:rsidRPr="003B69BD">
                <w:rPr>
                  <w:rStyle w:val="affa"/>
                  <w:sz w:val="24"/>
                  <w:szCs w:val="24"/>
                  <w:u w:val="none"/>
                  <w:lang w:val="ru-RU"/>
                </w:rPr>
                <w:t>.</w:t>
              </w:r>
              <w:proofErr w:type="spellStart"/>
              <w:r w:rsidR="003B69BD" w:rsidRPr="003B69BD">
                <w:rPr>
                  <w:rStyle w:val="affa"/>
                  <w:sz w:val="24"/>
                  <w:szCs w:val="24"/>
                  <w:u w:val="none"/>
                </w:rPr>
                <w:t>facebook</w:t>
              </w:r>
              <w:proofErr w:type="spellEnd"/>
              <w:r w:rsidR="003B69BD" w:rsidRPr="003B69BD">
                <w:rPr>
                  <w:rStyle w:val="affa"/>
                  <w:sz w:val="24"/>
                  <w:szCs w:val="24"/>
                  <w:u w:val="none"/>
                  <w:lang w:val="ru-RU"/>
                </w:rPr>
                <w:t>.</w:t>
              </w:r>
              <w:r w:rsidR="003B69BD" w:rsidRPr="003B69BD">
                <w:rPr>
                  <w:rStyle w:val="affa"/>
                  <w:sz w:val="24"/>
                  <w:szCs w:val="24"/>
                  <w:u w:val="none"/>
                </w:rPr>
                <w:t>com</w:t>
              </w:r>
              <w:r w:rsidR="003B69BD" w:rsidRPr="003B69BD">
                <w:rPr>
                  <w:rStyle w:val="affa"/>
                  <w:sz w:val="24"/>
                  <w:szCs w:val="24"/>
                  <w:u w:val="none"/>
                  <w:lang w:val="ru-RU"/>
                </w:rPr>
                <w:t>/</w:t>
              </w:r>
              <w:r w:rsidR="003B69BD" w:rsidRPr="003B69BD">
                <w:rPr>
                  <w:rStyle w:val="affa"/>
                  <w:sz w:val="24"/>
                  <w:szCs w:val="24"/>
                  <w:u w:val="none"/>
                </w:rPr>
                <w:t>share</w:t>
              </w:r>
              <w:r w:rsidR="003B69BD" w:rsidRPr="003B69BD">
                <w:rPr>
                  <w:rStyle w:val="affa"/>
                  <w:sz w:val="24"/>
                  <w:szCs w:val="24"/>
                  <w:u w:val="none"/>
                  <w:lang w:val="ru-RU"/>
                </w:rPr>
                <w:t>/</w:t>
              </w:r>
              <w:r w:rsidR="003B69BD" w:rsidRPr="003B69BD">
                <w:rPr>
                  <w:rStyle w:val="affa"/>
                  <w:sz w:val="24"/>
                  <w:szCs w:val="24"/>
                  <w:u w:val="none"/>
                </w:rPr>
                <w:t>g</w:t>
              </w:r>
              <w:r w:rsidR="003B69BD" w:rsidRPr="003B69BD">
                <w:rPr>
                  <w:rStyle w:val="affa"/>
                  <w:sz w:val="24"/>
                  <w:szCs w:val="24"/>
                  <w:u w:val="none"/>
                  <w:lang w:val="ru-RU"/>
                </w:rPr>
                <w:t>/1</w:t>
              </w:r>
              <w:r w:rsidR="003B69BD" w:rsidRPr="003B69BD">
                <w:rPr>
                  <w:rStyle w:val="affa"/>
                  <w:sz w:val="24"/>
                  <w:szCs w:val="24"/>
                  <w:u w:val="none"/>
                </w:rPr>
                <w:t>M</w:t>
              </w:r>
              <w:r w:rsidR="003B69BD" w:rsidRPr="003B69BD">
                <w:rPr>
                  <w:rStyle w:val="affa"/>
                  <w:sz w:val="24"/>
                  <w:szCs w:val="24"/>
                  <w:u w:val="none"/>
                  <w:lang w:val="ru-RU"/>
                </w:rPr>
                <w:t>85</w:t>
              </w:r>
              <w:proofErr w:type="spellStart"/>
              <w:r w:rsidR="003B69BD" w:rsidRPr="003B69BD">
                <w:rPr>
                  <w:rStyle w:val="affa"/>
                  <w:sz w:val="24"/>
                  <w:szCs w:val="24"/>
                  <w:u w:val="none"/>
                </w:rPr>
                <w:t>xCcqsk</w:t>
              </w:r>
              <w:proofErr w:type="spellEnd"/>
              <w:r w:rsidR="003B69BD" w:rsidRPr="003B69BD">
                <w:rPr>
                  <w:rStyle w:val="affa"/>
                  <w:sz w:val="24"/>
                  <w:szCs w:val="24"/>
                  <w:u w:val="none"/>
                  <w:lang w:val="ru-RU"/>
                </w:rPr>
                <w:t>/?</w:t>
              </w:r>
              <w:proofErr w:type="spellStart"/>
              <w:r w:rsidR="003B69BD" w:rsidRPr="003B69BD">
                <w:rPr>
                  <w:rStyle w:val="affa"/>
                  <w:sz w:val="24"/>
                  <w:szCs w:val="24"/>
                  <w:u w:val="none"/>
                </w:rPr>
                <w:t>mibextid</w:t>
              </w:r>
              <w:proofErr w:type="spellEnd"/>
              <w:r w:rsidR="003B69BD" w:rsidRPr="003B69BD">
                <w:rPr>
                  <w:rStyle w:val="affa"/>
                  <w:sz w:val="24"/>
                  <w:szCs w:val="24"/>
                  <w:u w:val="none"/>
                  <w:lang w:val="ru-RU"/>
                </w:rPr>
                <w:t>=</w:t>
              </w:r>
              <w:proofErr w:type="spellStart"/>
              <w:r w:rsidR="003B69BD" w:rsidRPr="003B69BD">
                <w:rPr>
                  <w:rStyle w:val="affa"/>
                  <w:sz w:val="24"/>
                  <w:szCs w:val="24"/>
                  <w:u w:val="none"/>
                </w:rPr>
                <w:t>wwXIfr</w:t>
              </w:r>
              <w:proofErr w:type="spellEnd"/>
            </w:hyperlink>
            <w:r w:rsidR="003B69BD" w:rsidRPr="003B69BD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890" w:type="dxa"/>
            <w:vAlign w:val="center"/>
          </w:tcPr>
          <w:p w:rsidR="00CA648C" w:rsidRPr="003B69BD" w:rsidRDefault="00CA648C" w:rsidP="00CA648C">
            <w:pPr>
              <w:jc w:val="center"/>
              <w:rPr>
                <w:lang w:val="ru-RU"/>
              </w:rPr>
            </w:pPr>
            <w:r w:rsidRPr="00674560">
              <w:rPr>
                <w:sz w:val="24"/>
                <w:szCs w:val="24"/>
                <w:lang w:val="ru-RU"/>
              </w:rPr>
              <w:t>150 000,00</w:t>
            </w:r>
          </w:p>
        </w:tc>
      </w:tr>
      <w:tr w:rsidR="00CA648C" w:rsidRPr="003B69BD" w:rsidTr="00CA648C">
        <w:trPr>
          <w:jc w:val="center"/>
        </w:trPr>
        <w:tc>
          <w:tcPr>
            <w:tcW w:w="604" w:type="dxa"/>
            <w:vAlign w:val="center"/>
          </w:tcPr>
          <w:p w:rsidR="00CA648C" w:rsidRPr="00E72B92" w:rsidRDefault="00CA648C" w:rsidP="00E72B92">
            <w:pPr>
              <w:jc w:val="center"/>
              <w:rPr>
                <w:sz w:val="24"/>
                <w:szCs w:val="24"/>
                <w:lang w:val="ru-RU"/>
              </w:rPr>
            </w:pPr>
            <w:r w:rsidRPr="003B69BD">
              <w:rPr>
                <w:sz w:val="24"/>
                <w:szCs w:val="24"/>
                <w:lang w:val="ru-RU"/>
              </w:rPr>
              <w:t>3</w:t>
            </w:r>
            <w:r w:rsidRPr="00E72B92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2037" w:type="dxa"/>
            <w:vAlign w:val="center"/>
          </w:tcPr>
          <w:p w:rsidR="00CA648C" w:rsidRPr="00E72B92" w:rsidRDefault="00CA648C" w:rsidP="00E72B92">
            <w:pPr>
              <w:rPr>
                <w:sz w:val="24"/>
                <w:szCs w:val="24"/>
              </w:rPr>
            </w:pPr>
            <w:proofErr w:type="spellStart"/>
            <w:r w:rsidRPr="003B69BD">
              <w:rPr>
                <w:sz w:val="24"/>
                <w:szCs w:val="24"/>
                <w:lang w:val="ru-RU"/>
              </w:rPr>
              <w:t>Әрекетке</w:t>
            </w:r>
            <w:proofErr w:type="spellEnd"/>
            <w:r w:rsidRPr="003B69B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B69BD">
              <w:rPr>
                <w:sz w:val="24"/>
                <w:szCs w:val="24"/>
                <w:lang w:val="ru-RU"/>
              </w:rPr>
              <w:t>берек</w:t>
            </w:r>
            <w:r w:rsidRPr="00E72B92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687" w:type="dxa"/>
            <w:vAlign w:val="center"/>
          </w:tcPr>
          <w:p w:rsidR="00CA648C" w:rsidRPr="00E72B92" w:rsidRDefault="00CA648C" w:rsidP="00E72B92">
            <w:pPr>
              <w:jc w:val="center"/>
              <w:rPr>
                <w:sz w:val="24"/>
                <w:szCs w:val="24"/>
              </w:rPr>
            </w:pPr>
            <w:r w:rsidRPr="00E72B92">
              <w:rPr>
                <w:sz w:val="24"/>
                <w:szCs w:val="24"/>
              </w:rPr>
              <w:t>150 300</w:t>
            </w:r>
          </w:p>
        </w:tc>
        <w:tc>
          <w:tcPr>
            <w:tcW w:w="4045" w:type="dxa"/>
            <w:vAlign w:val="center"/>
          </w:tcPr>
          <w:p w:rsidR="00CA648C" w:rsidRPr="003B69BD" w:rsidRDefault="00EE03FA" w:rsidP="00E72B92">
            <w:pPr>
              <w:jc w:val="center"/>
              <w:rPr>
                <w:sz w:val="24"/>
                <w:szCs w:val="24"/>
              </w:rPr>
            </w:pPr>
            <w:hyperlink r:id="rId9" w:history="1">
              <w:r w:rsidR="003B69BD" w:rsidRPr="003B69BD">
                <w:rPr>
                  <w:rStyle w:val="affa"/>
                  <w:sz w:val="24"/>
                  <w:szCs w:val="24"/>
                  <w:u w:val="none"/>
                </w:rPr>
                <w:t>https://www.facebook.com/share/g/1JBvDZded8/?mibextid=wwXIfr</w:t>
              </w:r>
            </w:hyperlink>
            <w:r w:rsidR="003B69BD" w:rsidRPr="003B69B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  <w:vAlign w:val="center"/>
          </w:tcPr>
          <w:p w:rsidR="00CA648C" w:rsidRPr="003B69BD" w:rsidRDefault="00CA648C" w:rsidP="00CA648C">
            <w:pPr>
              <w:jc w:val="center"/>
              <w:rPr>
                <w:lang w:val="ru-RU"/>
              </w:rPr>
            </w:pPr>
            <w:r w:rsidRPr="00674560">
              <w:rPr>
                <w:sz w:val="24"/>
                <w:szCs w:val="24"/>
                <w:lang w:val="ru-RU"/>
              </w:rPr>
              <w:t>150 000,00</w:t>
            </w:r>
          </w:p>
        </w:tc>
      </w:tr>
      <w:tr w:rsidR="00CA648C" w:rsidRPr="003B69BD" w:rsidTr="00CA648C">
        <w:trPr>
          <w:jc w:val="center"/>
        </w:trPr>
        <w:tc>
          <w:tcPr>
            <w:tcW w:w="604" w:type="dxa"/>
            <w:vAlign w:val="center"/>
          </w:tcPr>
          <w:p w:rsidR="00CA648C" w:rsidRPr="00E72B92" w:rsidRDefault="00CA648C" w:rsidP="00E72B92">
            <w:pPr>
              <w:jc w:val="center"/>
              <w:rPr>
                <w:sz w:val="24"/>
                <w:szCs w:val="24"/>
                <w:lang w:val="ru-RU"/>
              </w:rPr>
            </w:pPr>
            <w:r w:rsidRPr="003B69BD">
              <w:rPr>
                <w:sz w:val="24"/>
                <w:szCs w:val="24"/>
                <w:lang w:val="ru-RU"/>
              </w:rPr>
              <w:t>4</w:t>
            </w:r>
            <w:r w:rsidRPr="00E72B92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2037" w:type="dxa"/>
            <w:vAlign w:val="center"/>
          </w:tcPr>
          <w:p w:rsidR="00CA648C" w:rsidRPr="003B69BD" w:rsidRDefault="00CA648C" w:rsidP="00E72B92">
            <w:pPr>
              <w:rPr>
                <w:sz w:val="24"/>
                <w:szCs w:val="24"/>
                <w:lang w:val="ru-RU"/>
              </w:rPr>
            </w:pPr>
            <w:proofErr w:type="spellStart"/>
            <w:r w:rsidRPr="003B69BD">
              <w:rPr>
                <w:sz w:val="24"/>
                <w:szCs w:val="24"/>
                <w:lang w:val="ru-RU"/>
              </w:rPr>
              <w:t>Шынның</w:t>
            </w:r>
            <w:proofErr w:type="spellEnd"/>
            <w:r w:rsidRPr="003B69B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B69BD">
              <w:rPr>
                <w:sz w:val="24"/>
                <w:szCs w:val="24"/>
                <w:lang w:val="ru-RU"/>
              </w:rPr>
              <w:t>жүзі</w:t>
            </w:r>
            <w:proofErr w:type="spellEnd"/>
          </w:p>
        </w:tc>
        <w:tc>
          <w:tcPr>
            <w:tcW w:w="1687" w:type="dxa"/>
            <w:vAlign w:val="center"/>
          </w:tcPr>
          <w:p w:rsidR="00CA648C" w:rsidRPr="003B69BD" w:rsidRDefault="00CA648C" w:rsidP="00E72B92">
            <w:pPr>
              <w:jc w:val="center"/>
              <w:rPr>
                <w:sz w:val="24"/>
                <w:szCs w:val="24"/>
                <w:lang w:val="ru-RU"/>
              </w:rPr>
            </w:pPr>
            <w:r w:rsidRPr="003B69BD">
              <w:rPr>
                <w:sz w:val="24"/>
                <w:szCs w:val="24"/>
                <w:lang w:val="ru-RU"/>
              </w:rPr>
              <w:t>311 000</w:t>
            </w:r>
          </w:p>
        </w:tc>
        <w:tc>
          <w:tcPr>
            <w:tcW w:w="4045" w:type="dxa"/>
            <w:vAlign w:val="center"/>
          </w:tcPr>
          <w:p w:rsidR="00CA648C" w:rsidRPr="003B69BD" w:rsidRDefault="00EE03FA" w:rsidP="00E72B92">
            <w:pPr>
              <w:jc w:val="center"/>
              <w:rPr>
                <w:sz w:val="24"/>
                <w:szCs w:val="24"/>
                <w:lang w:val="ru-RU"/>
              </w:rPr>
            </w:pPr>
            <w:hyperlink r:id="rId10" w:history="1">
              <w:r w:rsidR="003B69BD" w:rsidRPr="003B69BD">
                <w:rPr>
                  <w:rStyle w:val="affa"/>
                  <w:sz w:val="24"/>
                  <w:szCs w:val="24"/>
                  <w:u w:val="none"/>
                </w:rPr>
                <w:t>https</w:t>
              </w:r>
              <w:r w:rsidR="003B69BD" w:rsidRPr="003B69BD">
                <w:rPr>
                  <w:rStyle w:val="affa"/>
                  <w:sz w:val="24"/>
                  <w:szCs w:val="24"/>
                  <w:u w:val="none"/>
                  <w:lang w:val="ru-RU"/>
                </w:rPr>
                <w:t>://</w:t>
              </w:r>
              <w:r w:rsidR="003B69BD" w:rsidRPr="003B69BD">
                <w:rPr>
                  <w:rStyle w:val="affa"/>
                  <w:sz w:val="24"/>
                  <w:szCs w:val="24"/>
                  <w:u w:val="none"/>
                </w:rPr>
                <w:t>www</w:t>
              </w:r>
              <w:r w:rsidR="003B69BD" w:rsidRPr="003B69BD">
                <w:rPr>
                  <w:rStyle w:val="affa"/>
                  <w:sz w:val="24"/>
                  <w:szCs w:val="24"/>
                  <w:u w:val="none"/>
                  <w:lang w:val="ru-RU"/>
                </w:rPr>
                <w:t>.</w:t>
              </w:r>
              <w:proofErr w:type="spellStart"/>
              <w:r w:rsidR="003B69BD" w:rsidRPr="003B69BD">
                <w:rPr>
                  <w:rStyle w:val="affa"/>
                  <w:sz w:val="24"/>
                  <w:szCs w:val="24"/>
                  <w:u w:val="none"/>
                </w:rPr>
                <w:t>facebook</w:t>
              </w:r>
              <w:proofErr w:type="spellEnd"/>
              <w:r w:rsidR="003B69BD" w:rsidRPr="003B69BD">
                <w:rPr>
                  <w:rStyle w:val="affa"/>
                  <w:sz w:val="24"/>
                  <w:szCs w:val="24"/>
                  <w:u w:val="none"/>
                  <w:lang w:val="ru-RU"/>
                </w:rPr>
                <w:t>.</w:t>
              </w:r>
              <w:r w:rsidR="003B69BD" w:rsidRPr="003B69BD">
                <w:rPr>
                  <w:rStyle w:val="affa"/>
                  <w:sz w:val="24"/>
                  <w:szCs w:val="24"/>
                  <w:u w:val="none"/>
                </w:rPr>
                <w:t>com</w:t>
              </w:r>
              <w:r w:rsidR="003B69BD" w:rsidRPr="003B69BD">
                <w:rPr>
                  <w:rStyle w:val="affa"/>
                  <w:sz w:val="24"/>
                  <w:szCs w:val="24"/>
                  <w:u w:val="none"/>
                  <w:lang w:val="ru-RU"/>
                </w:rPr>
                <w:t>/</w:t>
              </w:r>
              <w:r w:rsidR="003B69BD" w:rsidRPr="003B69BD">
                <w:rPr>
                  <w:rStyle w:val="affa"/>
                  <w:sz w:val="24"/>
                  <w:szCs w:val="24"/>
                  <w:u w:val="none"/>
                </w:rPr>
                <w:t>share</w:t>
              </w:r>
              <w:r w:rsidR="003B69BD" w:rsidRPr="003B69BD">
                <w:rPr>
                  <w:rStyle w:val="affa"/>
                  <w:sz w:val="24"/>
                  <w:szCs w:val="24"/>
                  <w:u w:val="none"/>
                  <w:lang w:val="ru-RU"/>
                </w:rPr>
                <w:t>/</w:t>
              </w:r>
              <w:r w:rsidR="003B69BD" w:rsidRPr="003B69BD">
                <w:rPr>
                  <w:rStyle w:val="affa"/>
                  <w:sz w:val="24"/>
                  <w:szCs w:val="24"/>
                  <w:u w:val="none"/>
                </w:rPr>
                <w:t>p</w:t>
              </w:r>
              <w:r w:rsidR="003B69BD" w:rsidRPr="003B69BD">
                <w:rPr>
                  <w:rStyle w:val="affa"/>
                  <w:sz w:val="24"/>
                  <w:szCs w:val="24"/>
                  <w:u w:val="none"/>
                  <w:lang w:val="ru-RU"/>
                </w:rPr>
                <w:t>/1</w:t>
              </w:r>
              <w:proofErr w:type="spellStart"/>
              <w:r w:rsidR="003B69BD" w:rsidRPr="003B69BD">
                <w:rPr>
                  <w:rStyle w:val="affa"/>
                  <w:sz w:val="24"/>
                  <w:szCs w:val="24"/>
                  <w:u w:val="none"/>
                </w:rPr>
                <w:t>Bn</w:t>
              </w:r>
              <w:proofErr w:type="spellEnd"/>
              <w:r w:rsidR="003B69BD" w:rsidRPr="003B69BD">
                <w:rPr>
                  <w:rStyle w:val="affa"/>
                  <w:sz w:val="24"/>
                  <w:szCs w:val="24"/>
                  <w:u w:val="none"/>
                  <w:lang w:val="ru-RU"/>
                </w:rPr>
                <w:t>7</w:t>
              </w:r>
              <w:proofErr w:type="spellStart"/>
              <w:r w:rsidR="003B69BD" w:rsidRPr="003B69BD">
                <w:rPr>
                  <w:rStyle w:val="affa"/>
                  <w:sz w:val="24"/>
                  <w:szCs w:val="24"/>
                  <w:u w:val="none"/>
                </w:rPr>
                <w:t>mkKtdm</w:t>
              </w:r>
              <w:proofErr w:type="spellEnd"/>
              <w:r w:rsidR="003B69BD" w:rsidRPr="003B69BD">
                <w:rPr>
                  <w:rStyle w:val="affa"/>
                  <w:sz w:val="24"/>
                  <w:szCs w:val="24"/>
                  <w:u w:val="none"/>
                  <w:lang w:val="ru-RU"/>
                </w:rPr>
                <w:t>/?</w:t>
              </w:r>
              <w:proofErr w:type="spellStart"/>
              <w:r w:rsidR="003B69BD" w:rsidRPr="003B69BD">
                <w:rPr>
                  <w:rStyle w:val="affa"/>
                  <w:sz w:val="24"/>
                  <w:szCs w:val="24"/>
                  <w:u w:val="none"/>
                </w:rPr>
                <w:t>mibextid</w:t>
              </w:r>
              <w:proofErr w:type="spellEnd"/>
              <w:r w:rsidR="003B69BD" w:rsidRPr="003B69BD">
                <w:rPr>
                  <w:rStyle w:val="affa"/>
                  <w:sz w:val="24"/>
                  <w:szCs w:val="24"/>
                  <w:u w:val="none"/>
                  <w:lang w:val="ru-RU"/>
                </w:rPr>
                <w:t>=</w:t>
              </w:r>
              <w:proofErr w:type="spellStart"/>
              <w:r w:rsidR="003B69BD" w:rsidRPr="003B69BD">
                <w:rPr>
                  <w:rStyle w:val="affa"/>
                  <w:sz w:val="24"/>
                  <w:szCs w:val="24"/>
                  <w:u w:val="none"/>
                </w:rPr>
                <w:t>wwXIfr</w:t>
              </w:r>
              <w:proofErr w:type="spellEnd"/>
            </w:hyperlink>
            <w:r w:rsidR="003B69BD" w:rsidRPr="003B69BD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890" w:type="dxa"/>
            <w:vAlign w:val="center"/>
          </w:tcPr>
          <w:p w:rsidR="00CA648C" w:rsidRPr="003B69BD" w:rsidRDefault="00CA648C" w:rsidP="00CA648C">
            <w:pPr>
              <w:jc w:val="center"/>
              <w:rPr>
                <w:lang w:val="ru-RU"/>
              </w:rPr>
            </w:pPr>
            <w:r w:rsidRPr="00674560">
              <w:rPr>
                <w:sz w:val="24"/>
                <w:szCs w:val="24"/>
                <w:lang w:val="ru-RU"/>
              </w:rPr>
              <w:t>150 000,00</w:t>
            </w:r>
          </w:p>
        </w:tc>
      </w:tr>
      <w:tr w:rsidR="00CA648C" w:rsidRPr="00E72B92" w:rsidTr="00CA648C">
        <w:trPr>
          <w:jc w:val="center"/>
        </w:trPr>
        <w:tc>
          <w:tcPr>
            <w:tcW w:w="604" w:type="dxa"/>
            <w:vAlign w:val="center"/>
          </w:tcPr>
          <w:p w:rsidR="00CA648C" w:rsidRPr="00E72B92" w:rsidRDefault="00CA648C" w:rsidP="00E72B92">
            <w:pPr>
              <w:jc w:val="center"/>
              <w:rPr>
                <w:sz w:val="24"/>
                <w:szCs w:val="24"/>
                <w:lang w:val="ru-RU"/>
              </w:rPr>
            </w:pPr>
            <w:r w:rsidRPr="003B69BD">
              <w:rPr>
                <w:sz w:val="24"/>
                <w:szCs w:val="24"/>
                <w:lang w:val="ru-RU"/>
              </w:rPr>
              <w:t>5</w:t>
            </w:r>
            <w:r w:rsidRPr="00E72B92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2037" w:type="dxa"/>
            <w:vAlign w:val="center"/>
          </w:tcPr>
          <w:p w:rsidR="00CA648C" w:rsidRPr="003B69BD" w:rsidRDefault="00CA648C" w:rsidP="00E72B92">
            <w:pPr>
              <w:rPr>
                <w:sz w:val="24"/>
                <w:szCs w:val="24"/>
                <w:lang w:val="ru-RU"/>
              </w:rPr>
            </w:pPr>
            <w:proofErr w:type="gramStart"/>
            <w:r w:rsidRPr="003B69BD">
              <w:rPr>
                <w:sz w:val="24"/>
                <w:szCs w:val="24"/>
                <w:lang w:val="ru-RU"/>
              </w:rPr>
              <w:t>Ж</w:t>
            </w:r>
            <w:proofErr w:type="gramEnd"/>
            <w:r w:rsidRPr="003B69BD">
              <w:rPr>
                <w:sz w:val="24"/>
                <w:szCs w:val="24"/>
                <w:lang w:val="ru-RU"/>
              </w:rPr>
              <w:t>ҰРТ НЕ ДЕМЕЙДІ</w:t>
            </w:r>
          </w:p>
        </w:tc>
        <w:tc>
          <w:tcPr>
            <w:tcW w:w="1687" w:type="dxa"/>
            <w:vAlign w:val="center"/>
          </w:tcPr>
          <w:p w:rsidR="00CA648C" w:rsidRPr="00E72B92" w:rsidRDefault="00CA648C" w:rsidP="00E72B92">
            <w:pPr>
              <w:jc w:val="center"/>
              <w:rPr>
                <w:sz w:val="24"/>
                <w:szCs w:val="24"/>
              </w:rPr>
            </w:pPr>
            <w:r w:rsidRPr="003B69BD">
              <w:rPr>
                <w:sz w:val="24"/>
                <w:szCs w:val="24"/>
                <w:lang w:val="ru-RU"/>
              </w:rPr>
              <w:t>1</w:t>
            </w:r>
            <w:r w:rsidRPr="00E72B92">
              <w:rPr>
                <w:sz w:val="24"/>
                <w:szCs w:val="24"/>
              </w:rPr>
              <w:t>18 500</w:t>
            </w:r>
          </w:p>
        </w:tc>
        <w:tc>
          <w:tcPr>
            <w:tcW w:w="4045" w:type="dxa"/>
            <w:vAlign w:val="center"/>
          </w:tcPr>
          <w:p w:rsidR="00CA648C" w:rsidRPr="003B69BD" w:rsidRDefault="00EE03FA" w:rsidP="00E72B92">
            <w:pPr>
              <w:jc w:val="center"/>
              <w:rPr>
                <w:sz w:val="24"/>
                <w:szCs w:val="24"/>
              </w:rPr>
            </w:pPr>
            <w:hyperlink r:id="rId11" w:history="1">
              <w:r w:rsidR="003B69BD" w:rsidRPr="003B69BD">
                <w:rPr>
                  <w:rStyle w:val="affa"/>
                  <w:sz w:val="24"/>
                  <w:szCs w:val="24"/>
                  <w:u w:val="none"/>
                </w:rPr>
                <w:t>https://www.facebook.com/share/p/1BvA127sSM/?mibextid=wwXIfr</w:t>
              </w:r>
            </w:hyperlink>
            <w:r w:rsidR="003B69BD" w:rsidRPr="003B69B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  <w:vAlign w:val="center"/>
          </w:tcPr>
          <w:p w:rsidR="00CA648C" w:rsidRDefault="00CA648C" w:rsidP="00CA648C">
            <w:pPr>
              <w:jc w:val="center"/>
            </w:pPr>
            <w:r w:rsidRPr="003B69BD">
              <w:rPr>
                <w:sz w:val="24"/>
                <w:szCs w:val="24"/>
              </w:rPr>
              <w:t>150 000,00</w:t>
            </w:r>
          </w:p>
        </w:tc>
      </w:tr>
      <w:tr w:rsidR="00CA648C" w:rsidRPr="00E72B92" w:rsidTr="00CA648C">
        <w:trPr>
          <w:jc w:val="center"/>
        </w:trPr>
        <w:tc>
          <w:tcPr>
            <w:tcW w:w="604" w:type="dxa"/>
            <w:vAlign w:val="center"/>
          </w:tcPr>
          <w:p w:rsidR="00CA648C" w:rsidRPr="003B69BD" w:rsidRDefault="00CA648C" w:rsidP="00E72B92">
            <w:pPr>
              <w:jc w:val="center"/>
              <w:rPr>
                <w:sz w:val="24"/>
                <w:szCs w:val="24"/>
              </w:rPr>
            </w:pPr>
            <w:r w:rsidRPr="00E72B92">
              <w:rPr>
                <w:sz w:val="24"/>
                <w:szCs w:val="24"/>
              </w:rPr>
              <w:t>6</w:t>
            </w:r>
            <w:r w:rsidRPr="003B69BD">
              <w:rPr>
                <w:sz w:val="24"/>
                <w:szCs w:val="24"/>
              </w:rPr>
              <w:t>.</w:t>
            </w:r>
          </w:p>
        </w:tc>
        <w:tc>
          <w:tcPr>
            <w:tcW w:w="2037" w:type="dxa"/>
            <w:vAlign w:val="center"/>
          </w:tcPr>
          <w:p w:rsidR="00CA648C" w:rsidRPr="00E72B92" w:rsidRDefault="00CA648C" w:rsidP="00E72B92">
            <w:pPr>
              <w:rPr>
                <w:sz w:val="24"/>
                <w:szCs w:val="24"/>
              </w:rPr>
            </w:pPr>
            <w:r w:rsidRPr="00E72B92">
              <w:rPr>
                <w:sz w:val="24"/>
                <w:szCs w:val="24"/>
              </w:rPr>
              <w:t>МАҒЫНАЛЫ СӨЗДЕР</w:t>
            </w:r>
          </w:p>
        </w:tc>
        <w:tc>
          <w:tcPr>
            <w:tcW w:w="1687" w:type="dxa"/>
            <w:vAlign w:val="center"/>
          </w:tcPr>
          <w:p w:rsidR="00CA648C" w:rsidRPr="00E72B92" w:rsidRDefault="00CA648C" w:rsidP="00E72B92">
            <w:pPr>
              <w:jc w:val="center"/>
              <w:rPr>
                <w:sz w:val="24"/>
                <w:szCs w:val="24"/>
              </w:rPr>
            </w:pPr>
            <w:r w:rsidRPr="00E72B92">
              <w:rPr>
                <w:sz w:val="24"/>
                <w:szCs w:val="24"/>
              </w:rPr>
              <w:t>323 300</w:t>
            </w:r>
          </w:p>
        </w:tc>
        <w:tc>
          <w:tcPr>
            <w:tcW w:w="4045" w:type="dxa"/>
            <w:vAlign w:val="center"/>
          </w:tcPr>
          <w:p w:rsidR="00CA648C" w:rsidRPr="003B69BD" w:rsidRDefault="00EE03FA" w:rsidP="00E72B92">
            <w:pPr>
              <w:jc w:val="center"/>
              <w:rPr>
                <w:sz w:val="24"/>
                <w:szCs w:val="24"/>
              </w:rPr>
            </w:pPr>
            <w:hyperlink r:id="rId12" w:history="1">
              <w:r w:rsidR="003B69BD" w:rsidRPr="003B69BD">
                <w:rPr>
                  <w:rStyle w:val="affa"/>
                  <w:sz w:val="24"/>
                  <w:szCs w:val="24"/>
                  <w:u w:val="none"/>
                </w:rPr>
                <w:t>https://www.facebook.com/share/p/165Xsey4vje/?mibextid=wwXIfr</w:t>
              </w:r>
            </w:hyperlink>
            <w:r w:rsidR="003B69BD" w:rsidRPr="003B69B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  <w:vAlign w:val="center"/>
          </w:tcPr>
          <w:p w:rsidR="00CA648C" w:rsidRDefault="00CA648C" w:rsidP="00CA648C">
            <w:pPr>
              <w:jc w:val="center"/>
            </w:pPr>
            <w:r w:rsidRPr="003B69BD">
              <w:rPr>
                <w:sz w:val="24"/>
                <w:szCs w:val="24"/>
              </w:rPr>
              <w:t>150 000,00</w:t>
            </w:r>
          </w:p>
        </w:tc>
      </w:tr>
      <w:tr w:rsidR="00CA648C" w:rsidRPr="00E72B92" w:rsidTr="00CA648C">
        <w:trPr>
          <w:jc w:val="center"/>
        </w:trPr>
        <w:tc>
          <w:tcPr>
            <w:tcW w:w="604" w:type="dxa"/>
            <w:vAlign w:val="center"/>
          </w:tcPr>
          <w:p w:rsidR="00CA648C" w:rsidRPr="003B69BD" w:rsidRDefault="00CA648C" w:rsidP="00E72B92">
            <w:pPr>
              <w:jc w:val="center"/>
              <w:rPr>
                <w:sz w:val="24"/>
                <w:szCs w:val="24"/>
              </w:rPr>
            </w:pPr>
            <w:r w:rsidRPr="00E72B92">
              <w:rPr>
                <w:sz w:val="24"/>
                <w:szCs w:val="24"/>
              </w:rPr>
              <w:t>7</w:t>
            </w:r>
            <w:r w:rsidRPr="003B69BD">
              <w:rPr>
                <w:sz w:val="24"/>
                <w:szCs w:val="24"/>
              </w:rPr>
              <w:t>.</w:t>
            </w:r>
          </w:p>
        </w:tc>
        <w:tc>
          <w:tcPr>
            <w:tcW w:w="2037" w:type="dxa"/>
            <w:vAlign w:val="center"/>
          </w:tcPr>
          <w:p w:rsidR="00CA648C" w:rsidRPr="00E72B92" w:rsidRDefault="00CA648C" w:rsidP="00E72B92">
            <w:pPr>
              <w:rPr>
                <w:sz w:val="24"/>
                <w:szCs w:val="24"/>
              </w:rPr>
            </w:pPr>
            <w:r w:rsidRPr="00E72B92">
              <w:rPr>
                <w:sz w:val="24"/>
                <w:szCs w:val="24"/>
              </w:rPr>
              <w:t>ҚАЗАҚ ӘНДЕРІ</w:t>
            </w:r>
          </w:p>
        </w:tc>
        <w:tc>
          <w:tcPr>
            <w:tcW w:w="1687" w:type="dxa"/>
            <w:vAlign w:val="center"/>
          </w:tcPr>
          <w:p w:rsidR="00CA648C" w:rsidRPr="00E72B92" w:rsidRDefault="00CA648C" w:rsidP="00E72B92">
            <w:pPr>
              <w:jc w:val="center"/>
              <w:rPr>
                <w:sz w:val="24"/>
                <w:szCs w:val="24"/>
              </w:rPr>
            </w:pPr>
            <w:r w:rsidRPr="00E72B92">
              <w:rPr>
                <w:sz w:val="24"/>
                <w:szCs w:val="24"/>
              </w:rPr>
              <w:t>262 000</w:t>
            </w:r>
          </w:p>
        </w:tc>
        <w:tc>
          <w:tcPr>
            <w:tcW w:w="4045" w:type="dxa"/>
            <w:vAlign w:val="center"/>
          </w:tcPr>
          <w:p w:rsidR="00CA648C" w:rsidRPr="003B69BD" w:rsidRDefault="00EE03FA" w:rsidP="00E72B92">
            <w:pPr>
              <w:jc w:val="center"/>
              <w:rPr>
                <w:sz w:val="24"/>
                <w:szCs w:val="24"/>
              </w:rPr>
            </w:pPr>
            <w:hyperlink r:id="rId13" w:history="1">
              <w:r w:rsidR="003B69BD" w:rsidRPr="003B69BD">
                <w:rPr>
                  <w:rStyle w:val="affa"/>
                  <w:sz w:val="24"/>
                  <w:szCs w:val="24"/>
                  <w:u w:val="none"/>
                </w:rPr>
                <w:t>https://www.facebook.com/share/p/1DBaSJAdch/?mibextid=wwXIfr</w:t>
              </w:r>
            </w:hyperlink>
            <w:r w:rsidR="003B69BD" w:rsidRPr="003B69B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  <w:vAlign w:val="center"/>
          </w:tcPr>
          <w:p w:rsidR="00CA648C" w:rsidRDefault="00CA648C" w:rsidP="00CA648C">
            <w:pPr>
              <w:jc w:val="center"/>
            </w:pPr>
            <w:r w:rsidRPr="003B69BD">
              <w:rPr>
                <w:sz w:val="24"/>
                <w:szCs w:val="24"/>
              </w:rPr>
              <w:t>150 000,00</w:t>
            </w:r>
          </w:p>
        </w:tc>
      </w:tr>
      <w:tr w:rsidR="00CA648C" w:rsidRPr="00E72B92" w:rsidTr="00CA648C">
        <w:trPr>
          <w:jc w:val="center"/>
        </w:trPr>
        <w:tc>
          <w:tcPr>
            <w:tcW w:w="604" w:type="dxa"/>
            <w:vAlign w:val="center"/>
          </w:tcPr>
          <w:p w:rsidR="00CA648C" w:rsidRPr="003B69BD" w:rsidRDefault="00CA648C" w:rsidP="00E72B92">
            <w:pPr>
              <w:jc w:val="center"/>
              <w:rPr>
                <w:sz w:val="24"/>
                <w:szCs w:val="24"/>
              </w:rPr>
            </w:pPr>
            <w:r w:rsidRPr="003B69BD">
              <w:rPr>
                <w:sz w:val="24"/>
                <w:szCs w:val="24"/>
              </w:rPr>
              <w:t>8.</w:t>
            </w:r>
          </w:p>
        </w:tc>
        <w:tc>
          <w:tcPr>
            <w:tcW w:w="2037" w:type="dxa"/>
            <w:vAlign w:val="center"/>
          </w:tcPr>
          <w:p w:rsidR="00CA648C" w:rsidRPr="00E72B92" w:rsidRDefault="00CA648C" w:rsidP="00E72B92">
            <w:pPr>
              <w:rPr>
                <w:sz w:val="24"/>
                <w:szCs w:val="24"/>
              </w:rPr>
            </w:pPr>
            <w:r w:rsidRPr="00E72B92">
              <w:rPr>
                <w:sz w:val="24"/>
                <w:szCs w:val="24"/>
              </w:rPr>
              <w:t>Qaz365.kz</w:t>
            </w:r>
          </w:p>
        </w:tc>
        <w:tc>
          <w:tcPr>
            <w:tcW w:w="1687" w:type="dxa"/>
            <w:vAlign w:val="center"/>
          </w:tcPr>
          <w:p w:rsidR="00CA648C" w:rsidRPr="00E72B92" w:rsidRDefault="00CA648C" w:rsidP="00E72B92">
            <w:pPr>
              <w:jc w:val="center"/>
              <w:rPr>
                <w:sz w:val="24"/>
                <w:szCs w:val="24"/>
              </w:rPr>
            </w:pPr>
            <w:r w:rsidRPr="00E72B92">
              <w:rPr>
                <w:sz w:val="24"/>
                <w:szCs w:val="24"/>
              </w:rPr>
              <w:t>142 900</w:t>
            </w:r>
          </w:p>
        </w:tc>
        <w:tc>
          <w:tcPr>
            <w:tcW w:w="4045" w:type="dxa"/>
            <w:vAlign w:val="center"/>
          </w:tcPr>
          <w:p w:rsidR="00CA648C" w:rsidRPr="003B69BD" w:rsidRDefault="00EE03FA" w:rsidP="00E72B92">
            <w:pPr>
              <w:jc w:val="center"/>
              <w:rPr>
                <w:sz w:val="24"/>
                <w:szCs w:val="24"/>
              </w:rPr>
            </w:pPr>
            <w:hyperlink r:id="rId14" w:history="1">
              <w:r w:rsidR="003B69BD" w:rsidRPr="003B69BD">
                <w:rPr>
                  <w:rStyle w:val="affa"/>
                  <w:sz w:val="24"/>
                  <w:szCs w:val="24"/>
                  <w:u w:val="none"/>
                </w:rPr>
                <w:t>https://www.facebook.com/share/g/1SaFz4xpqo/?mibextid=wwXIf</w:t>
              </w:r>
            </w:hyperlink>
            <w:r w:rsidR="003B69BD" w:rsidRPr="003B69B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  <w:vAlign w:val="center"/>
          </w:tcPr>
          <w:p w:rsidR="00CA648C" w:rsidRDefault="00CA648C" w:rsidP="00CA648C">
            <w:pPr>
              <w:jc w:val="center"/>
            </w:pPr>
            <w:r w:rsidRPr="003B69BD">
              <w:rPr>
                <w:sz w:val="24"/>
                <w:szCs w:val="24"/>
              </w:rPr>
              <w:t>150 000,00</w:t>
            </w:r>
          </w:p>
        </w:tc>
      </w:tr>
    </w:tbl>
    <w:p w:rsidR="008001E4" w:rsidRDefault="008001E4" w:rsidP="00E72B92">
      <w:pPr>
        <w:spacing w:after="0" w:line="240" w:lineRule="auto"/>
        <w:rPr>
          <w:b/>
          <w:sz w:val="28"/>
          <w:szCs w:val="28"/>
          <w:lang w:val="ru-RU"/>
        </w:rPr>
      </w:pPr>
    </w:p>
    <w:p w:rsidR="008001E4" w:rsidRDefault="008001E4" w:rsidP="00E72B92">
      <w:pPr>
        <w:spacing w:after="0" w:line="240" w:lineRule="auto"/>
        <w:rPr>
          <w:b/>
          <w:sz w:val="28"/>
          <w:szCs w:val="28"/>
          <w:lang w:val="ru-RU"/>
        </w:rPr>
      </w:pPr>
    </w:p>
    <w:p w:rsidR="008001E4" w:rsidRDefault="008001E4" w:rsidP="00E72B92">
      <w:pPr>
        <w:spacing w:after="0" w:line="240" w:lineRule="auto"/>
        <w:rPr>
          <w:b/>
          <w:sz w:val="28"/>
          <w:szCs w:val="28"/>
          <w:lang w:val="ru-RU"/>
        </w:rPr>
      </w:pPr>
    </w:p>
    <w:p w:rsidR="008001E4" w:rsidRDefault="008001E4" w:rsidP="00E72B92">
      <w:pPr>
        <w:spacing w:after="0" w:line="240" w:lineRule="auto"/>
        <w:rPr>
          <w:b/>
          <w:sz w:val="28"/>
          <w:szCs w:val="28"/>
          <w:lang w:val="ru-RU"/>
        </w:rPr>
      </w:pPr>
    </w:p>
    <w:p w:rsidR="008001E4" w:rsidRDefault="008001E4" w:rsidP="00E72B92">
      <w:pPr>
        <w:spacing w:after="0" w:line="240" w:lineRule="auto"/>
        <w:rPr>
          <w:b/>
          <w:sz w:val="28"/>
          <w:szCs w:val="28"/>
          <w:lang w:val="ru-RU"/>
        </w:rPr>
      </w:pPr>
    </w:p>
    <w:sectPr w:rsidR="008001E4" w:rsidSect="00B03C3E">
      <w:pgSz w:w="12240" w:h="15840"/>
      <w:pgMar w:top="567" w:right="1008" w:bottom="28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A2BF2"/>
    <w:rsid w:val="0029639D"/>
    <w:rsid w:val="00326F90"/>
    <w:rsid w:val="003B69BD"/>
    <w:rsid w:val="00407834"/>
    <w:rsid w:val="005C3B86"/>
    <w:rsid w:val="008001E4"/>
    <w:rsid w:val="00AA1D8D"/>
    <w:rsid w:val="00B03C3E"/>
    <w:rsid w:val="00B47730"/>
    <w:rsid w:val="00CA648C"/>
    <w:rsid w:val="00CB0664"/>
    <w:rsid w:val="00E72B92"/>
    <w:rsid w:val="00EB63AD"/>
    <w:rsid w:val="00EE03FA"/>
    <w:rsid w:val="00F518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B03C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B03C3E"/>
    <w:rPr>
      <w:rFonts w:ascii="Tahoma" w:eastAsia="Times New Roman" w:hAnsi="Tahoma" w:cs="Tahoma"/>
      <w:sz w:val="16"/>
      <w:szCs w:val="16"/>
    </w:rPr>
  </w:style>
  <w:style w:type="character" w:styleId="affa">
    <w:name w:val="Hyperlink"/>
    <w:basedOn w:val="a2"/>
    <w:uiPriority w:val="99"/>
    <w:unhideWhenUsed/>
    <w:rsid w:val="003B69B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B03C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B03C3E"/>
    <w:rPr>
      <w:rFonts w:ascii="Tahoma" w:eastAsia="Times New Roman" w:hAnsi="Tahoma" w:cs="Tahoma"/>
      <w:sz w:val="16"/>
      <w:szCs w:val="16"/>
    </w:rPr>
  </w:style>
  <w:style w:type="character" w:styleId="affa">
    <w:name w:val="Hyperlink"/>
    <w:basedOn w:val="a2"/>
    <w:uiPriority w:val="99"/>
    <w:unhideWhenUsed/>
    <w:rsid w:val="003B69B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share/g/1M85xCcqsk/?mibextid=wwXIfr" TargetMode="External"/><Relationship Id="rId13" Type="http://schemas.openxmlformats.org/officeDocument/2006/relationships/hyperlink" Target="https://www.facebook.com/share/p/1DBaSJAdch/?mibextid=wwXIfr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facebook.com/share/g/1BmysYQiDS/?mibextid=wwXIfr" TargetMode="External"/><Relationship Id="rId12" Type="http://schemas.openxmlformats.org/officeDocument/2006/relationships/hyperlink" Target="https://www.facebook.com/share/p/165Xsey4vje/?mibextid=wwXIfr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facebook.com/share/p/1BvA127sSM/?mibextid=wwXIfr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www.facebook.com/share/p/1Bn7mkKtdm/?mibextid=wwXIfr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facebook.com/share/g/1JBvDZded8/?mibextid=wwXIfr" TargetMode="External"/><Relationship Id="rId14" Type="http://schemas.openxmlformats.org/officeDocument/2006/relationships/hyperlink" Target="https://www.facebook.com/share/g/1SaFz4xpqo/?mibextid=wwXI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C86ED67-E309-4B20-BBCC-4CBEF3AE2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1918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АРМ</cp:lastModifiedBy>
  <cp:revision>10</cp:revision>
  <dcterms:created xsi:type="dcterms:W3CDTF">2013-12-23T23:15:00Z</dcterms:created>
  <dcterms:modified xsi:type="dcterms:W3CDTF">2026-10-27T09:49:00Z</dcterms:modified>
  <cp:category/>
</cp:coreProperties>
</file>