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4CD00" w14:textId="5ABB08FB" w:rsidR="003310B5" w:rsidRPr="003310B5" w:rsidRDefault="003310B5">
      <w:pPr>
        <w:rPr>
          <w:i/>
          <w:iCs/>
          <w:sz w:val="28"/>
          <w:szCs w:val="28"/>
          <w:lang w:val="ru-RU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3310B5">
        <w:rPr>
          <w:i/>
          <w:iCs/>
          <w:sz w:val="28"/>
          <w:szCs w:val="28"/>
          <w:lang w:val="kk-KZ"/>
        </w:rPr>
        <w:t xml:space="preserve">Қосымша </w:t>
      </w:r>
      <w:r w:rsidRPr="003310B5">
        <w:rPr>
          <w:i/>
          <w:iCs/>
          <w:sz w:val="28"/>
          <w:szCs w:val="28"/>
          <w:lang w:val="ru-RU"/>
        </w:rPr>
        <w:t>1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3378"/>
        <w:gridCol w:w="2092"/>
        <w:gridCol w:w="2081"/>
        <w:gridCol w:w="2104"/>
      </w:tblGrid>
      <w:tr w:rsidR="00415872" w14:paraId="42ECF3F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44CE3EE" w14:textId="7AD9EF78" w:rsidR="003310B5" w:rsidRPr="003310B5" w:rsidRDefault="000D684A">
            <w:pPr>
              <w:rPr>
                <w:rFonts w:cs="Times New Roman"/>
                <w:b/>
                <w:sz w:val="28"/>
                <w:szCs w:val="28"/>
              </w:rPr>
            </w:pPr>
            <w:r w:rsidRPr="002C2157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4D0DBE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b/>
                <w:sz w:val="28"/>
                <w:szCs w:val="28"/>
              </w:rPr>
              <w:t>А.Т.Ә.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B9120D5" w14:textId="77777777" w:rsidR="00415872" w:rsidRPr="00D80E73" w:rsidRDefault="000D684A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D80E73">
              <w:rPr>
                <w:rFonts w:cs="Times New Roman"/>
                <w:b/>
                <w:sz w:val="28"/>
                <w:szCs w:val="28"/>
                <w:lang w:val="kk-KZ"/>
              </w:rPr>
              <w:t>Мектеп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9A56525" w14:textId="418E3A00" w:rsidR="00415872" w:rsidRPr="00D80E73" w:rsidRDefault="000D684A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D80E73">
              <w:rPr>
                <w:rFonts w:cs="Times New Roman"/>
                <w:b/>
                <w:sz w:val="28"/>
                <w:szCs w:val="28"/>
                <w:lang w:val="kk-KZ"/>
              </w:rPr>
              <w:t>О</w:t>
            </w:r>
            <w:r w:rsidR="00D80E73" w:rsidRPr="00D80E73">
              <w:rPr>
                <w:rFonts w:cs="Times New Roman"/>
                <w:b/>
                <w:sz w:val="28"/>
                <w:szCs w:val="28"/>
                <w:lang w:val="kk-KZ"/>
              </w:rPr>
              <w:t>қ</w:t>
            </w:r>
            <w:r w:rsidRPr="00D80E73">
              <w:rPr>
                <w:rFonts w:cs="Times New Roman"/>
                <w:b/>
                <w:sz w:val="28"/>
                <w:szCs w:val="28"/>
                <w:lang w:val="kk-KZ"/>
              </w:rPr>
              <w:t>ыту ті</w:t>
            </w:r>
            <w:r w:rsidR="00D80E73" w:rsidRPr="00D80E73">
              <w:rPr>
                <w:rFonts w:cs="Times New Roman"/>
                <w:b/>
                <w:sz w:val="28"/>
                <w:szCs w:val="28"/>
                <w:lang w:val="kk-KZ"/>
              </w:rPr>
              <w:t>л</w:t>
            </w:r>
            <w:r w:rsidRPr="00D80E73">
              <w:rPr>
                <w:rFonts w:cs="Times New Roman"/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9260724" w14:textId="77777777" w:rsidR="00415872" w:rsidRPr="00D80E73" w:rsidRDefault="000D684A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D80E73">
              <w:rPr>
                <w:rFonts w:cs="Times New Roman"/>
                <w:b/>
                <w:sz w:val="28"/>
                <w:szCs w:val="28"/>
                <w:lang w:val="kk-KZ"/>
              </w:rPr>
              <w:t>Байлыс телефоны</w:t>
            </w:r>
          </w:p>
        </w:tc>
      </w:tr>
      <w:tr w:rsidR="00415872" w14:paraId="7C91C6D8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757A57E" w14:textId="7FADCD9A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1874A20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Жоламанов Нурсултан Жумагельдинович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D7986F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A3AAA8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русский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7AE161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8 702 674 0648</w:t>
            </w:r>
          </w:p>
        </w:tc>
      </w:tr>
      <w:tr w:rsidR="00415872" w14:paraId="4F343FF0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F86348A" w14:textId="7D4B80C9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A9A9DD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Оразова Аяулым Сержанқызы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8A76B1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9C3836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C95F06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87715495665.0</w:t>
            </w:r>
          </w:p>
        </w:tc>
      </w:tr>
      <w:tr w:rsidR="00415872" w14:paraId="53D6191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285ADBC" w14:textId="19982333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D66CD1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Құдайберген Гүлім Төлеутайқызы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BD6528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 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29E6C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A874E5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87079067792.0</w:t>
            </w:r>
          </w:p>
        </w:tc>
      </w:tr>
      <w:tr w:rsidR="00415872" w14:paraId="5DC73B52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78DFA0C" w14:textId="1F52344B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CBE850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Құсайынова Меруерт Жайдарбекқызы 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4019816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C344F4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русский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DD2DF2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87057115003.0</w:t>
            </w:r>
          </w:p>
        </w:tc>
      </w:tr>
      <w:tr w:rsidR="00415872" w14:paraId="6DCC5A9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F3BB16D" w14:textId="10D6C639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012670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Ақылбекова Балжан Алтынбековна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D068B5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№5 Шәкәрім атындағы гимназия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1CA41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8CF8FC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87479291827.0</w:t>
            </w:r>
          </w:p>
        </w:tc>
      </w:tr>
      <w:tr w:rsidR="00415872" w14:paraId="07793505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3BCA973" w14:textId="027631F5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7BD830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Ахметкалиева Улжан Кенесбековна 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C57C29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№6 Гимназия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DD0CCA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русский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E49276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87027045606.0</w:t>
            </w:r>
          </w:p>
        </w:tc>
      </w:tr>
      <w:tr w:rsidR="00415872" w14:paraId="136BC33D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FF3C6E0" w14:textId="3039B23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62152D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Туриева Елена Юрьевна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7740FA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№7 ЖОББМ-лицей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A890B5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русский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685507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8 777 990 2171</w:t>
            </w:r>
          </w:p>
        </w:tc>
      </w:tr>
      <w:tr w:rsidR="00415872" w14:paraId="0BE1F3C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82DB9E0" w14:textId="3ADA37F5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D40A17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Сәбит Динара Мұратқызы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3800D7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№8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290FB46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F0487F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8747 853 2292</w:t>
            </w:r>
          </w:p>
        </w:tc>
      </w:tr>
      <w:tr w:rsidR="00415872" w14:paraId="3BF35580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6516D88" w14:textId="27789C6E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CE3F79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Дашковская Зинаида Александровна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09F099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№9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03FD19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русский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B58E26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87085379512.0</w:t>
            </w:r>
          </w:p>
        </w:tc>
      </w:tr>
      <w:tr w:rsidR="00415872" w14:paraId="69953631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123EA8B" w14:textId="2D0712AA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9E97E3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Наурызбаева Айжан Бауржанқызы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D9B9B6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№10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5A6D10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BAD11E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87713538182.0</w:t>
            </w:r>
          </w:p>
        </w:tc>
      </w:tr>
      <w:tr w:rsidR="00415872" w14:paraId="2653AAFE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C4CDD21" w14:textId="6FA077A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BCC00F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Жарылгапова Меруерт Турсынгазиновна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C4E1CF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№11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B9CE4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22C3E0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87768416702.0</w:t>
            </w:r>
          </w:p>
        </w:tc>
      </w:tr>
      <w:tr w:rsidR="00415872" w14:paraId="183B1563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2D3AB36" w14:textId="234F95F3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D5C27C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Шакешова Маншук Еркынкызы 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36E221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№12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31F3D7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08638B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8747 762 56 49 </w:t>
            </w:r>
          </w:p>
        </w:tc>
      </w:tr>
      <w:tr w:rsidR="00415872" w14:paraId="0D380FF7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DB02AF7" w14:textId="3639F69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A6D21D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Белебаева Назым Дюйсенгазиевна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7B731D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FF893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B404F8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87054984793.0</w:t>
            </w:r>
          </w:p>
        </w:tc>
      </w:tr>
      <w:tr w:rsidR="00415872" w14:paraId="3D1141E7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AC93E5D" w14:textId="75410988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56A422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Макеева Елена Александровна 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878161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№14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F3BD2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русский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EAD653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87088547149.0</w:t>
            </w:r>
          </w:p>
        </w:tc>
      </w:tr>
      <w:tr w:rsidR="00415872" w14:paraId="65B83E5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A1A20F8" w14:textId="67315D91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76FB31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Акимжанова Индира Шариповна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3357F5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№15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64447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FA2703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87076595657.0</w:t>
            </w:r>
          </w:p>
        </w:tc>
      </w:tr>
      <w:tr w:rsidR="00415872" w14:paraId="2F75A01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83D085E" w14:textId="35901C63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876D9C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Баяхметова Гулдан Солтановна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28DD37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№16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F6D8E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9EBA06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87752421820.0</w:t>
            </w:r>
          </w:p>
        </w:tc>
      </w:tr>
      <w:tr w:rsidR="00415872" w14:paraId="6A6F60C0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E8BFBFB" w14:textId="425D896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6B4EB3A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Жаркова Елена Владимировна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54F2E5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№17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9B09DB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79E2E9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87079020668.0</w:t>
            </w:r>
          </w:p>
        </w:tc>
      </w:tr>
      <w:tr w:rsidR="00415872" w14:paraId="438E5C6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DDFA188" w14:textId="59FC5A6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1744BAF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Бейсешова Марал Еркиновна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2C495E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№18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AB79D6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11E542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87081682921.0</w:t>
            </w:r>
          </w:p>
        </w:tc>
      </w:tr>
      <w:tr w:rsidR="00415872" w14:paraId="17C9A632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77C33F6" w14:textId="708DEB70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2E23BF6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Абдульменова Рината Рашидовна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C230CC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№19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7AF1CC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 тілі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3EF8B8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87089493008.0</w:t>
            </w:r>
          </w:p>
        </w:tc>
      </w:tr>
      <w:tr w:rsidR="00415872" w14:paraId="0ABB0EC9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DF99D50" w14:textId="4A68E52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C14D50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Мухамадиева Каламкас </w:t>
            </w:r>
            <w:r w:rsidRPr="002C2157">
              <w:rPr>
                <w:rFonts w:cs="Times New Roman"/>
                <w:sz w:val="28"/>
                <w:szCs w:val="28"/>
              </w:rPr>
              <w:lastRenderedPageBreak/>
              <w:t>Ерназаровна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63DA55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lastRenderedPageBreak/>
              <w:t xml:space="preserve">№20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FCEA1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 тілінде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2ADA5B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8775 772 4522</w:t>
            </w:r>
          </w:p>
        </w:tc>
      </w:tr>
      <w:tr w:rsidR="00415872" w14:paraId="609A819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532FC93" w14:textId="7AC36FC6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0107F26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Әбдікәрім Ақнұр Абытқызы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3EAB64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№21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E5FF46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230AE46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87479949698.0</w:t>
            </w:r>
          </w:p>
        </w:tc>
      </w:tr>
      <w:tr w:rsidR="00415872" w14:paraId="0DE6CBE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269F5EA" w14:textId="567E11DD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60BE21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 Кенжеказакова Клара Серікқызы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0EE065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№22 ЖОББМ-лицей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75297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 тілінде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7C4A47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87770624196.0</w:t>
            </w:r>
          </w:p>
        </w:tc>
      </w:tr>
      <w:tr w:rsidR="00415872" w14:paraId="382ACF0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A28AF0F" w14:textId="297F096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5D0CC5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Балпаш Сара Бауыржановна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63CAD3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CD7E2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қазақ тілінде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66E7FD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87078805862.0</w:t>
            </w:r>
          </w:p>
        </w:tc>
      </w:tr>
      <w:tr w:rsidR="00415872" w14:paraId="03AAFE82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D55B4EF" w14:textId="2E531C09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C0B09C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Құдайбергенова Ақмарал Медетқызы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E8389D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№25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74BAF7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D96F7B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87077427439.0</w:t>
            </w:r>
          </w:p>
        </w:tc>
      </w:tr>
      <w:tr w:rsidR="00415872" w14:paraId="42FE132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1F26378" w14:textId="012E6925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ADECCC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Касенгазина Шынар Ауэзовна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063EF5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№26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4E2147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03882C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87756630911.0</w:t>
            </w:r>
          </w:p>
        </w:tc>
      </w:tr>
      <w:tr w:rsidR="00415872" w14:paraId="1CFB3E66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8320A4D" w14:textId="47C4940C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2C1EFD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Тұрғалиева Гүлім Қайратқызы</w:t>
            </w:r>
            <w:r w:rsidRPr="002C2157">
              <w:rPr>
                <w:rFonts w:cs="Times New Roman"/>
                <w:sz w:val="28"/>
                <w:szCs w:val="28"/>
              </w:rPr>
              <w:br/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51B942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№27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E0E7B3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C9A0D4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87471961459.0</w:t>
            </w:r>
          </w:p>
        </w:tc>
      </w:tr>
      <w:tr w:rsidR="00415872" w14:paraId="0F773E5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D9582FA" w14:textId="58DD36E1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1BCEAC4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Вишнякова Мария Анатольевна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2B4ECF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№28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1F4E97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BADA3F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87052306120.0</w:t>
            </w:r>
          </w:p>
        </w:tc>
      </w:tr>
      <w:tr w:rsidR="00415872" w14:paraId="3CF85151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C9FC873" w14:textId="1E94C89A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8D9E81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Каширская Ирина Юрьевна 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AA9FEE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№29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A45BA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Орысша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A5DD67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8 705 188-09-24</w:t>
            </w:r>
          </w:p>
        </w:tc>
      </w:tr>
      <w:tr w:rsidR="00415872" w14:paraId="0F30C61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D5466F8" w14:textId="0D09B769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9FF0A1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Аргынбекова Айгерим Турсынбековна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831FD1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№30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0C6A60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FDB67F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87021860899.0</w:t>
            </w:r>
          </w:p>
        </w:tc>
      </w:tr>
      <w:tr w:rsidR="00415872" w14:paraId="2D666B1C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D2BA217" w14:textId="62A1391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6DF6285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Жилмасова Карина Каиратовна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7777A1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№31 ЖОББМ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D93730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CB1005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8702 858 3870</w:t>
            </w:r>
          </w:p>
        </w:tc>
      </w:tr>
      <w:tr w:rsidR="00415872" w14:paraId="5A1EA93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4D27EDDC" w14:textId="37C1040D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FDCDED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Нурушева Ажар Бауыржановна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75E011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№32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5C125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339592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87076614143.0</w:t>
            </w:r>
          </w:p>
        </w:tc>
      </w:tr>
      <w:tr w:rsidR="00415872" w14:paraId="00FA65D8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54EF168" w14:textId="56259394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0900CB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Чалгабаева Баршагуль Абыловна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14535A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727373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67DBE4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87054986085.0</w:t>
            </w:r>
          </w:p>
        </w:tc>
      </w:tr>
      <w:tr w:rsidR="00415872" w14:paraId="32453CB6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121C917" w14:textId="30CFEA4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82C44F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Кузбасова Айгерим Аскаррвна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55F3D6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№34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1C4071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8514EB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87000931802.0</w:t>
            </w:r>
          </w:p>
        </w:tc>
      </w:tr>
      <w:tr w:rsidR="00415872" w14:paraId="36D1070A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536EC7C" w14:textId="5451F85D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34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71B06C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Мұратқызы Аруна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2DF9678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№35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69C70C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AA0686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87078603786.0</w:t>
            </w:r>
          </w:p>
        </w:tc>
      </w:tr>
      <w:tr w:rsidR="00415872" w14:paraId="08A772E9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C07CE26" w14:textId="3E1E19AB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27C2E2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Құдайбергенова Шынар Төлендіқызы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104017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№36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B8DD8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 тілінде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C17D08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87025175613.0</w:t>
            </w:r>
          </w:p>
        </w:tc>
      </w:tr>
      <w:tr w:rsidR="00415872" w14:paraId="4C831B4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AEFFA09" w14:textId="4C8F7DCC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357F74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Ермекова Айтолқын Ермековна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0B50CC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№37 Гимназия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CB7B61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 тілінде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ED13FA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87052443151.0</w:t>
            </w:r>
          </w:p>
        </w:tc>
      </w:tr>
      <w:tr w:rsidR="00415872" w14:paraId="011BA530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CBAE63C" w14:textId="57CFA6D8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91F6B6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Абдильдинова Баян Дюйсенгалиевна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56845E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№38 ЖОББМ - лицей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4F8A6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27EAF6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87081663253.0</w:t>
            </w:r>
          </w:p>
        </w:tc>
      </w:tr>
      <w:tr w:rsidR="00415872" w14:paraId="019CC53D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C9CE0B5" w14:textId="34F98A90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965310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Төкенова Құралай Қайратқызы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A17DF5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№39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0E0928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2632C0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87082258524.0</w:t>
            </w:r>
          </w:p>
        </w:tc>
      </w:tr>
      <w:tr w:rsidR="00415872" w14:paraId="765F06F5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6476D94" w14:textId="432C820C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39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D43BE5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Шаталова Марина Игоревна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AEA642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№40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D11F84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56D8A4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87714863774.0</w:t>
            </w:r>
          </w:p>
        </w:tc>
      </w:tr>
      <w:tr w:rsidR="00415872" w14:paraId="2B5636F9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69AC92F" w14:textId="3655D3F4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40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6B24E45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Задорожная Наталья Констатнтиновна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159D14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№41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DBD5BB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4736E2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87711753505.0</w:t>
            </w:r>
          </w:p>
        </w:tc>
      </w:tr>
      <w:tr w:rsidR="00415872" w14:paraId="37643725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587AFA6" w14:textId="14B74525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616A27D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Сулейменова Алия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086D68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№42 ЖОББМ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FE0726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090A05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87759870367.0</w:t>
            </w:r>
          </w:p>
        </w:tc>
      </w:tr>
      <w:tr w:rsidR="00415872" w14:paraId="378BE8F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1AA464DB" w14:textId="1AC3BBE8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FBDD3F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Танашева Жанар </w:t>
            </w:r>
            <w:r w:rsidRPr="002C2157">
              <w:rPr>
                <w:rFonts w:cs="Times New Roman"/>
                <w:sz w:val="28"/>
                <w:szCs w:val="28"/>
              </w:rPr>
              <w:lastRenderedPageBreak/>
              <w:t>Оразовна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07888B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lastRenderedPageBreak/>
              <w:t xml:space="preserve">№43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B22796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49732F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87472608988.0</w:t>
            </w:r>
          </w:p>
        </w:tc>
      </w:tr>
      <w:tr w:rsidR="00415872" w14:paraId="0939361D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D74B8B4" w14:textId="06F186B4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51DE7F9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Кениг Кымбат Канатбековна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FD2D35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№44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603D0D5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B6F55B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8707 650 8931</w:t>
            </w:r>
          </w:p>
        </w:tc>
      </w:tr>
      <w:tr w:rsidR="00415872" w14:paraId="0A187DA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2DDB313" w14:textId="3B0A4BA8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44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E2BD71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Кыдырманова Назгуль Зейнекабденовна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2E84D1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№45 ЖОББМ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E1AE1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0DF85B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87751752887.0</w:t>
            </w:r>
          </w:p>
        </w:tc>
      </w:tr>
      <w:tr w:rsidR="00415872" w14:paraId="1174548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6899BC98" w14:textId="0B7A7C9A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45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6CE50B4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Құмарханова Дәмелі Серікболқызы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9ED960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№46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AA072A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85BB67B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87051756082.0</w:t>
            </w:r>
          </w:p>
        </w:tc>
      </w:tr>
      <w:tr w:rsidR="00415872" w14:paraId="1BA7C644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36DC1364" w14:textId="7D367AA2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46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3E0B45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2C2157">
              <w:rPr>
                <w:rFonts w:cs="Times New Roman"/>
                <w:sz w:val="28"/>
                <w:szCs w:val="28"/>
              </w:rPr>
              <w:t>Шәкіртова</w:t>
            </w:r>
            <w:proofErr w:type="spellEnd"/>
            <w:r w:rsidRPr="002C215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C2157">
              <w:rPr>
                <w:rFonts w:cs="Times New Roman"/>
                <w:sz w:val="28"/>
                <w:szCs w:val="28"/>
              </w:rPr>
              <w:t>Сана</w:t>
            </w:r>
            <w:proofErr w:type="spellEnd"/>
            <w:r w:rsidRPr="002C215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C2157">
              <w:rPr>
                <w:rFonts w:cs="Times New Roman"/>
                <w:sz w:val="28"/>
                <w:szCs w:val="28"/>
              </w:rPr>
              <w:t>Тұрсынбекқызы</w:t>
            </w:r>
            <w:proofErr w:type="spellEnd"/>
          </w:p>
        </w:tc>
        <w:tc>
          <w:tcPr>
            <w:tcW w:w="2092" w:type="dxa"/>
            <w:shd w:val="clear" w:color="auto" w:fill="auto"/>
            <w:vAlign w:val="center"/>
          </w:tcPr>
          <w:p w14:paraId="4E72BB8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№47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92038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69E8D8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87783517175.0</w:t>
            </w:r>
          </w:p>
        </w:tc>
      </w:tr>
      <w:tr w:rsidR="00415872" w14:paraId="743DABBF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E6DD2DB" w14:textId="561837A9" w:rsidR="00415872" w:rsidRPr="002C2157" w:rsidRDefault="000D684A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2C2157">
              <w:rPr>
                <w:rFonts w:cs="Times New Roman"/>
                <w:sz w:val="28"/>
                <w:szCs w:val="28"/>
              </w:rPr>
              <w:t>47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263EDF3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2C2157">
              <w:rPr>
                <w:rFonts w:cs="Times New Roman"/>
                <w:sz w:val="28"/>
                <w:szCs w:val="28"/>
              </w:rPr>
              <w:t>Нурекешова</w:t>
            </w:r>
            <w:proofErr w:type="spellEnd"/>
            <w:r w:rsidRPr="002C215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C2157">
              <w:rPr>
                <w:rFonts w:cs="Times New Roman"/>
                <w:sz w:val="28"/>
                <w:szCs w:val="28"/>
              </w:rPr>
              <w:t>Арайлым</w:t>
            </w:r>
            <w:proofErr w:type="spellEnd"/>
            <w:r w:rsidRPr="002C215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C2157">
              <w:rPr>
                <w:rFonts w:cs="Times New Roman"/>
                <w:sz w:val="28"/>
                <w:szCs w:val="28"/>
              </w:rPr>
              <w:t>Даулетбековна</w:t>
            </w:r>
            <w:proofErr w:type="spellEnd"/>
          </w:p>
        </w:tc>
        <w:tc>
          <w:tcPr>
            <w:tcW w:w="2092" w:type="dxa"/>
            <w:shd w:val="clear" w:color="auto" w:fill="auto"/>
            <w:vAlign w:val="center"/>
          </w:tcPr>
          <w:p w14:paraId="5506420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№48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C1F185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FF4FA9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87027355558.0</w:t>
            </w:r>
          </w:p>
        </w:tc>
      </w:tr>
      <w:tr w:rsidR="00415872" w14:paraId="6CEA4455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CF2B033" w14:textId="7247423F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48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55E917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Жумашева Әйгерім Ерсінқызы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7FE2160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№49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530F6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C81DC3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77787330396</w:t>
            </w:r>
          </w:p>
        </w:tc>
      </w:tr>
      <w:tr w:rsidR="00415872" w14:paraId="32DFDE5B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24C519C" w14:textId="3B2CF9FC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49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4E3BAB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Каримова Жансая Естаевна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F7DFD3A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IT №50 Мектеп-лицей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F688DA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орысша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91056D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87752862890.0</w:t>
            </w:r>
          </w:p>
        </w:tc>
      </w:tr>
      <w:tr w:rsidR="00415872" w14:paraId="66878CB8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51620CA5" w14:textId="5EC6CAC8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50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98BE9A3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Рысқұлова Гүлімай Қуантайқызы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78EE7E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№51 ЖОББМ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0648DD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Қазақша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CA379E1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87058350885.0</w:t>
            </w:r>
          </w:p>
        </w:tc>
      </w:tr>
      <w:tr w:rsidR="00415872" w14:paraId="173D49A5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792E62D4" w14:textId="551FDA2E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51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392661E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Рахымбаева Айгерим Берикхановна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2642D32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№52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82695A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B48143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87754598427.0</w:t>
            </w:r>
          </w:p>
        </w:tc>
      </w:tr>
      <w:tr w:rsidR="00415872" w14:paraId="415FB6CC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253EFE8F" w14:textId="05D54A05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52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7CB86F9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Русланова Аймара Руслановна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A9DE42C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№53 ЖОББМ 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647509D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 xml:space="preserve">қазақ 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8EC6EB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87084182761.0</w:t>
            </w:r>
          </w:p>
        </w:tc>
      </w:tr>
      <w:tr w:rsidR="00415872" w14:paraId="2B63F903" w14:textId="77777777" w:rsidTr="002C2157">
        <w:trPr>
          <w:jc w:val="center"/>
        </w:trPr>
        <w:tc>
          <w:tcPr>
            <w:tcW w:w="1101" w:type="dxa"/>
            <w:shd w:val="clear" w:color="auto" w:fill="auto"/>
            <w:vAlign w:val="center"/>
          </w:tcPr>
          <w:p w14:paraId="0FF48DEC" w14:textId="7032C374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53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3F55A19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Сартаева Жанар Байгабыловна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68E2FDF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Ж Аймауытов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7CF6017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қазақша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9A649A4" w14:textId="77777777" w:rsidR="00415872" w:rsidRPr="002C2157" w:rsidRDefault="000D684A">
            <w:pPr>
              <w:rPr>
                <w:rFonts w:cs="Times New Roman"/>
                <w:sz w:val="28"/>
                <w:szCs w:val="28"/>
              </w:rPr>
            </w:pPr>
            <w:r w:rsidRPr="002C2157">
              <w:rPr>
                <w:rFonts w:cs="Times New Roman"/>
                <w:sz w:val="28"/>
                <w:szCs w:val="28"/>
              </w:rPr>
              <w:t>8707 271 1988</w:t>
            </w:r>
          </w:p>
        </w:tc>
      </w:tr>
    </w:tbl>
    <w:p w14:paraId="66D5866A" w14:textId="7772FF79" w:rsidR="00415872" w:rsidRDefault="00415872"/>
    <w:p w14:paraId="11BFAB03" w14:textId="011054DB" w:rsidR="00076B55" w:rsidRDefault="00076B55"/>
    <w:p w14:paraId="6A9402F6" w14:textId="489AF64A" w:rsidR="00076B55" w:rsidRPr="00076B55" w:rsidRDefault="00076B55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Pr="00076B55">
        <w:rPr>
          <w:b/>
          <w:bCs/>
          <w:sz w:val="28"/>
          <w:szCs w:val="28"/>
          <w:lang w:val="kk-KZ"/>
        </w:rPr>
        <w:t>Бөлім басшысы</w:t>
      </w:r>
      <w:r>
        <w:rPr>
          <w:b/>
          <w:bCs/>
          <w:sz w:val="28"/>
          <w:szCs w:val="28"/>
          <w:lang w:val="kk-KZ"/>
        </w:rPr>
        <w:t>ның м.а.                                                                              Г.Нургалиева</w:t>
      </w:r>
    </w:p>
    <w:p w14:paraId="552AD442" w14:textId="77777777" w:rsidR="00076B55" w:rsidRPr="00076B55" w:rsidRDefault="00076B55">
      <w:pPr>
        <w:rPr>
          <w:b/>
          <w:bCs/>
          <w:sz w:val="28"/>
          <w:szCs w:val="28"/>
        </w:rPr>
      </w:pPr>
    </w:p>
    <w:sectPr w:rsidR="00076B55" w:rsidRPr="00076B55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B55"/>
    <w:rsid w:val="000D684A"/>
    <w:rsid w:val="000E789E"/>
    <w:rsid w:val="0015074B"/>
    <w:rsid w:val="0029639D"/>
    <w:rsid w:val="002B4895"/>
    <w:rsid w:val="002C2157"/>
    <w:rsid w:val="00326F90"/>
    <w:rsid w:val="003310B5"/>
    <w:rsid w:val="00415872"/>
    <w:rsid w:val="00AA1D8D"/>
    <w:rsid w:val="00B47730"/>
    <w:rsid w:val="00CB0664"/>
    <w:rsid w:val="00D80E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284C3"/>
  <w14:defaultImageDpi w14:val="300"/>
  <w15:docId w15:val="{5D71E48F-4087-48DB-861B-20C08E06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14</cp:revision>
  <dcterms:created xsi:type="dcterms:W3CDTF">2013-12-23T23:15:00Z</dcterms:created>
  <dcterms:modified xsi:type="dcterms:W3CDTF">2026-10-27T06:56:00Z</dcterms:modified>
  <cp:category/>
</cp:coreProperties>
</file>