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8C0" w:rsidRPr="00DE4472" w:rsidRDefault="00DE4472" w:rsidP="00DE4472">
      <w:pPr>
        <w:jc w:val="center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>ОТЧЕТ</w:t>
      </w:r>
    </w:p>
    <w:p w:rsidR="00AF48C0" w:rsidRPr="00DE4472" w:rsidRDefault="00DE4472" w:rsidP="00DE4472">
      <w:pPr>
        <w:jc w:val="center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о проведенной работе по формированию антикоррупционной культуры в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Нуринском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районе за </w:t>
      </w:r>
      <w:r w:rsidRPr="00DE4472">
        <w:rPr>
          <w:rFonts w:cs="Times New Roman"/>
          <w:b/>
          <w:sz w:val="24"/>
          <w:szCs w:val="24"/>
        </w:rPr>
        <w:t>III</w:t>
      </w:r>
      <w:r w:rsidRPr="00DE4472">
        <w:rPr>
          <w:rFonts w:cs="Times New Roman"/>
          <w:b/>
          <w:sz w:val="24"/>
          <w:szCs w:val="24"/>
          <w:lang w:val="ru-RU"/>
        </w:rPr>
        <w:t xml:space="preserve"> квартал 2026 года</w:t>
      </w:r>
    </w:p>
    <w:p w:rsidR="00AF48C0" w:rsidRPr="00DE4472" w:rsidRDefault="00DE4472" w:rsidP="00DE4472">
      <w:pPr>
        <w:pStyle w:val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4472">
        <w:rPr>
          <w:rFonts w:ascii="Times New Roman" w:hAnsi="Times New Roman" w:cs="Times New Roman"/>
          <w:sz w:val="24"/>
          <w:szCs w:val="24"/>
          <w:lang w:val="ru-RU"/>
        </w:rPr>
        <w:t>1. Общие итоги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sz w:val="24"/>
          <w:szCs w:val="24"/>
          <w:lang w:val="ru-RU"/>
        </w:rPr>
        <w:t xml:space="preserve">В период с июля по сентябрь 2026 года на территории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Нуринского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 района проведено 49 мероприятий по формированию </w:t>
      </w:r>
      <w:r w:rsidRPr="00DE4472">
        <w:rPr>
          <w:rFonts w:cs="Times New Roman"/>
          <w:sz w:val="24"/>
          <w:szCs w:val="24"/>
          <w:lang w:val="ru-RU"/>
        </w:rPr>
        <w:t xml:space="preserve">антикоррупционной культуры с суммарным охватом 336 человек. Работа проводилась аппаратами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акимов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 сел и поселков, учреждениями и организациями района в форме круглых столов, тематических встреч, профилактических бесед, информационно-разъяснительных акций и </w:t>
      </w:r>
      <w:r w:rsidRPr="00DE4472">
        <w:rPr>
          <w:rFonts w:cs="Times New Roman"/>
          <w:sz w:val="24"/>
          <w:szCs w:val="24"/>
          <w:lang w:val="ru-RU"/>
        </w:rPr>
        <w:t>распространения памяток и брошюр.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AF48C0" w:rsidRPr="00DE4472" w:rsidTr="00AF48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DE4472">
              <w:rPr>
                <w:rFonts w:cs="Times New Roman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Мероприятий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Охват, чел.</w:t>
            </w:r>
          </w:p>
        </w:tc>
      </w:tr>
      <w:tr w:rsidR="00AF48C0" w:rsidRPr="00DE4472" w:rsidTr="00AF4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Июль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142</w:t>
            </w:r>
          </w:p>
        </w:tc>
      </w:tr>
      <w:tr w:rsidR="00AF48C0" w:rsidRPr="00DE4472" w:rsidTr="00AF4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Август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127</w:t>
            </w:r>
          </w:p>
        </w:tc>
      </w:tr>
      <w:tr w:rsidR="00AF48C0" w:rsidRPr="00DE4472" w:rsidTr="00AF4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67</w:t>
            </w:r>
          </w:p>
        </w:tc>
      </w:tr>
      <w:tr w:rsidR="00AF48C0" w:rsidRPr="00DE4472" w:rsidTr="00AF4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ИТОГО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49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336</w:t>
            </w:r>
          </w:p>
        </w:tc>
      </w:tr>
    </w:tbl>
    <w:p w:rsidR="00AF48C0" w:rsidRPr="00DE4472" w:rsidRDefault="00DE4472" w:rsidP="00DE447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DE4472">
        <w:rPr>
          <w:rFonts w:ascii="Times New Roman" w:hAnsi="Times New Roman" w:cs="Times New Roman"/>
          <w:sz w:val="24"/>
          <w:szCs w:val="24"/>
        </w:rPr>
        <w:t>2. Работа с целевыми группами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AF48C0" w:rsidRPr="00DE4472" w:rsidTr="00AF48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Целевая группа / направление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Мероприятий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Охват, чел.</w:t>
            </w:r>
          </w:p>
        </w:tc>
      </w:tr>
      <w:tr w:rsidR="00AF48C0" w:rsidRPr="00DE4472" w:rsidTr="00AF4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Молодежь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24</w:t>
            </w:r>
          </w:p>
        </w:tc>
      </w:tr>
      <w:tr w:rsidR="00AF48C0" w:rsidRPr="00DE4472" w:rsidTr="00AF4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Государственные служащие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15</w:t>
            </w:r>
          </w:p>
        </w:tc>
      </w:tr>
      <w:tr w:rsidR="00AF48C0" w:rsidRPr="00DE4472" w:rsidTr="00AF4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Работники бюджетных организаций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70</w:t>
            </w:r>
          </w:p>
        </w:tc>
      </w:tr>
      <w:tr w:rsidR="00AF48C0" w:rsidRPr="00DE4472" w:rsidTr="00AF4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Субъекты квазигосударственного сектора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AF48C0" w:rsidRPr="00DE4472" w:rsidTr="00AF4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Предприниматели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15</w:t>
            </w:r>
          </w:p>
        </w:tc>
      </w:tr>
      <w:tr w:rsidR="00AF48C0" w:rsidRPr="00DE4472" w:rsidTr="00AF4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141</w:t>
            </w:r>
          </w:p>
        </w:tc>
      </w:tr>
      <w:tr w:rsidR="00AF48C0" w:rsidRPr="00DE4472" w:rsidTr="00AF4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Государственный социальный заказ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312" w:type="dxa"/>
          </w:tcPr>
          <w:p w:rsidR="00AF48C0" w:rsidRPr="00DE4472" w:rsidRDefault="00DE4472" w:rsidP="00DE44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69</w:t>
            </w:r>
          </w:p>
        </w:tc>
      </w:tr>
    </w:tbl>
    <w:p w:rsidR="00AF48C0" w:rsidRPr="00DE4472" w:rsidRDefault="00DE4472" w:rsidP="00DE447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DE4472">
        <w:rPr>
          <w:rFonts w:ascii="Times New Roman" w:hAnsi="Times New Roman" w:cs="Times New Roman"/>
          <w:sz w:val="24"/>
          <w:szCs w:val="24"/>
        </w:rPr>
        <w:t>3. Основные направления проведенной работы</w:t>
      </w:r>
    </w:p>
    <w:p w:rsidR="00AF48C0" w:rsidRPr="00DE4472" w:rsidRDefault="00DE4472" w:rsidP="00DE4472">
      <w:pPr>
        <w:pStyle w:val="21"/>
        <w:jc w:val="both"/>
        <w:rPr>
          <w:rFonts w:ascii="Times New Roman" w:hAnsi="Times New Roman" w:cs="Times New Roman"/>
          <w:sz w:val="24"/>
          <w:szCs w:val="24"/>
        </w:rPr>
      </w:pPr>
      <w:r w:rsidRPr="00DE4472">
        <w:rPr>
          <w:rFonts w:ascii="Times New Roman" w:hAnsi="Times New Roman" w:cs="Times New Roman"/>
          <w:sz w:val="24"/>
          <w:szCs w:val="24"/>
        </w:rPr>
        <w:t>Работа с молодежью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sz w:val="24"/>
          <w:szCs w:val="24"/>
          <w:lang w:val="ru-RU"/>
        </w:rPr>
        <w:t>Проведены профилактические беседы</w:t>
      </w:r>
      <w:r w:rsidRPr="00DE4472">
        <w:rPr>
          <w:rFonts w:cs="Times New Roman"/>
          <w:sz w:val="24"/>
          <w:szCs w:val="24"/>
          <w:lang w:val="ru-RU"/>
        </w:rPr>
        <w:t xml:space="preserve"> со школьниками села К.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Мынбаева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встреча со студенческой молодежью села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Кертінді</w:t>
      </w:r>
      <w:proofErr w:type="spellEnd"/>
      <w:r w:rsidRPr="00DE4472">
        <w:rPr>
          <w:rFonts w:cs="Times New Roman"/>
          <w:sz w:val="24"/>
          <w:szCs w:val="24"/>
          <w:lang w:val="ru-RU"/>
        </w:rPr>
        <w:t>, а также акция молодежного ресурсного центра в поселке Нура с распространением антикоррупционных брошюр. Рассматривались вопросы честности, законности, гражданской ответствен</w:t>
      </w:r>
      <w:r w:rsidRPr="00DE4472">
        <w:rPr>
          <w:rFonts w:cs="Times New Roman"/>
          <w:sz w:val="24"/>
          <w:szCs w:val="24"/>
          <w:lang w:val="ru-RU"/>
        </w:rPr>
        <w:t>ности и неприятия коррупции.</w:t>
      </w:r>
    </w:p>
    <w:p w:rsidR="00AF48C0" w:rsidRPr="00DE4472" w:rsidRDefault="00DE4472" w:rsidP="00DE4472">
      <w:pPr>
        <w:pStyle w:val="2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4472">
        <w:rPr>
          <w:rFonts w:ascii="Times New Roman" w:hAnsi="Times New Roman" w:cs="Times New Roman"/>
          <w:sz w:val="24"/>
          <w:szCs w:val="24"/>
          <w:lang w:val="ru-RU"/>
        </w:rPr>
        <w:lastRenderedPageBreak/>
        <w:t>Государственная служба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sz w:val="24"/>
          <w:szCs w:val="24"/>
          <w:lang w:val="ru-RU"/>
        </w:rPr>
        <w:t xml:space="preserve">Для государственных служащих проведены круглые столы и разъяснительные встречи в селах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Егінді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Баршино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 и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Байтуған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. Особое внимание уделено требованиям антикоррупционного законодательства, нормам </w:t>
      </w:r>
      <w:r w:rsidRPr="00DE4472">
        <w:rPr>
          <w:rFonts w:cs="Times New Roman"/>
          <w:sz w:val="24"/>
          <w:szCs w:val="24"/>
          <w:lang w:val="ru-RU"/>
        </w:rPr>
        <w:t>Этического кодекса, добросовестному исполнению должностных обязанностей и открытости государственных органов.</w:t>
      </w:r>
    </w:p>
    <w:p w:rsidR="00AF48C0" w:rsidRPr="00DE4472" w:rsidRDefault="00DE4472" w:rsidP="00DE4472">
      <w:pPr>
        <w:pStyle w:val="2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4472">
        <w:rPr>
          <w:rFonts w:ascii="Times New Roman" w:hAnsi="Times New Roman" w:cs="Times New Roman"/>
          <w:sz w:val="24"/>
          <w:szCs w:val="24"/>
          <w:lang w:val="ru-RU"/>
        </w:rPr>
        <w:t>Бюджетные организации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sz w:val="24"/>
          <w:szCs w:val="24"/>
          <w:lang w:val="ru-RU"/>
        </w:rPr>
        <w:t xml:space="preserve">В библиотеках, образовательных и иных бюджетных организациях сел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Мұзбел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Балық</w:t>
      </w:r>
      <w:proofErr w:type="gramStart"/>
      <w:r w:rsidRPr="00DE4472">
        <w:rPr>
          <w:rFonts w:cs="Times New Roman"/>
          <w:sz w:val="24"/>
          <w:szCs w:val="24"/>
          <w:lang w:val="ru-RU"/>
        </w:rPr>
        <w:t>тык</w:t>
      </w:r>
      <w:proofErr w:type="gramEnd"/>
      <w:r w:rsidRPr="00DE4472">
        <w:rPr>
          <w:rFonts w:cs="Times New Roman"/>
          <w:sz w:val="24"/>
          <w:szCs w:val="24"/>
          <w:lang w:val="ru-RU"/>
        </w:rPr>
        <w:t>өл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DE4472">
        <w:rPr>
          <w:rFonts w:cs="Times New Roman"/>
          <w:sz w:val="24"/>
          <w:szCs w:val="24"/>
          <w:lang w:val="ru-RU"/>
        </w:rPr>
        <w:t>Құланөтпес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Көбетей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Ақмешіт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К.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Мынбае</w:t>
      </w:r>
      <w:r w:rsidRPr="00DE4472">
        <w:rPr>
          <w:rFonts w:cs="Times New Roman"/>
          <w:sz w:val="24"/>
          <w:szCs w:val="24"/>
          <w:lang w:val="ru-RU"/>
        </w:rPr>
        <w:t>ва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 и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Байтуған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 организованы тематические часы, круглые столы и встречи с работниками. Разъяснялись меры профилактики коррупции и принципы добропорядочности.</w:t>
      </w:r>
    </w:p>
    <w:p w:rsidR="00AF48C0" w:rsidRPr="00DE4472" w:rsidRDefault="00DE4472" w:rsidP="00DE4472">
      <w:pPr>
        <w:pStyle w:val="2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4472">
        <w:rPr>
          <w:rFonts w:ascii="Times New Roman" w:hAnsi="Times New Roman" w:cs="Times New Roman"/>
          <w:sz w:val="24"/>
          <w:szCs w:val="24"/>
          <w:lang w:val="ru-RU"/>
        </w:rPr>
        <w:t xml:space="preserve">Бизнес и </w:t>
      </w:r>
      <w:proofErr w:type="spellStart"/>
      <w:r w:rsidRPr="00DE4472">
        <w:rPr>
          <w:rFonts w:ascii="Times New Roman" w:hAnsi="Times New Roman" w:cs="Times New Roman"/>
          <w:sz w:val="24"/>
          <w:szCs w:val="24"/>
          <w:lang w:val="ru-RU"/>
        </w:rPr>
        <w:t>квазигосударственный</w:t>
      </w:r>
      <w:proofErr w:type="spellEnd"/>
      <w:r w:rsidRPr="00DE4472">
        <w:rPr>
          <w:rFonts w:ascii="Times New Roman" w:hAnsi="Times New Roman" w:cs="Times New Roman"/>
          <w:sz w:val="24"/>
          <w:szCs w:val="24"/>
          <w:lang w:val="ru-RU"/>
        </w:rPr>
        <w:t xml:space="preserve"> сектор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sz w:val="24"/>
          <w:szCs w:val="24"/>
          <w:lang w:val="ru-RU"/>
        </w:rPr>
        <w:t>С предпринимателями сел</w:t>
      </w:r>
      <w:proofErr w:type="gramStart"/>
      <w:r w:rsidRPr="00DE447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А</w:t>
      </w:r>
      <w:proofErr w:type="gramEnd"/>
      <w:r w:rsidRPr="00DE4472">
        <w:rPr>
          <w:rFonts w:cs="Times New Roman"/>
          <w:sz w:val="24"/>
          <w:szCs w:val="24"/>
          <w:lang w:val="ru-RU"/>
        </w:rPr>
        <w:t>қмешіт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 и К.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Мынбаева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 проведены профила</w:t>
      </w:r>
      <w:r w:rsidRPr="00DE4472">
        <w:rPr>
          <w:rFonts w:cs="Times New Roman"/>
          <w:sz w:val="24"/>
          <w:szCs w:val="24"/>
          <w:lang w:val="ru-RU"/>
        </w:rPr>
        <w:t xml:space="preserve">ктические беседы, распространены информационные материалы. В августе состоялась встреча с участием представителей общественного совета в селе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Изенді</w:t>
      </w:r>
      <w:proofErr w:type="spellEnd"/>
      <w:r w:rsidRPr="00DE4472">
        <w:rPr>
          <w:rFonts w:cs="Times New Roman"/>
          <w:sz w:val="24"/>
          <w:szCs w:val="24"/>
          <w:lang w:val="ru-RU"/>
        </w:rPr>
        <w:t>, отраженная в разделе работы с бизнесом. В сентябре проведено разъяснительное мероприятие в Центре поддержк</w:t>
      </w:r>
      <w:r w:rsidRPr="00DE4472">
        <w:rPr>
          <w:rFonts w:cs="Times New Roman"/>
          <w:sz w:val="24"/>
          <w:szCs w:val="24"/>
          <w:lang w:val="ru-RU"/>
        </w:rPr>
        <w:t xml:space="preserve">и семьи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Нуринского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 района, отраженное в разделе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квазигосударственного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 сектора.</w:t>
      </w:r>
    </w:p>
    <w:p w:rsidR="00AF48C0" w:rsidRPr="00DE4472" w:rsidRDefault="00DE4472" w:rsidP="00DE4472">
      <w:pPr>
        <w:pStyle w:val="2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4472">
        <w:rPr>
          <w:rFonts w:ascii="Times New Roman" w:hAnsi="Times New Roman" w:cs="Times New Roman"/>
          <w:sz w:val="24"/>
          <w:szCs w:val="24"/>
          <w:lang w:val="ru-RU"/>
        </w:rPr>
        <w:t>Работа с населением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sz w:val="24"/>
          <w:szCs w:val="24"/>
          <w:lang w:val="ru-RU"/>
        </w:rPr>
        <w:t xml:space="preserve">В населенных пунктах района организованы встречи, круглые столы, беседы и акции по раздаче памяток. В частности, мероприятия проводились в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Егінді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Көбетей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DE4472">
        <w:rPr>
          <w:rFonts w:cs="Times New Roman"/>
          <w:sz w:val="24"/>
          <w:szCs w:val="24"/>
          <w:lang w:val="ru-RU"/>
        </w:rPr>
        <w:t>Т</w:t>
      </w:r>
      <w:r w:rsidRPr="00DE4472">
        <w:rPr>
          <w:rFonts w:cs="Times New Roman"/>
          <w:sz w:val="24"/>
          <w:szCs w:val="24"/>
          <w:lang w:val="ru-RU"/>
        </w:rPr>
        <w:t>ассуат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Шахтерское, </w:t>
      </w:r>
      <w:proofErr w:type="spellStart"/>
      <w:r w:rsidRPr="00DE4472">
        <w:rPr>
          <w:rFonts w:cs="Times New Roman"/>
          <w:sz w:val="24"/>
          <w:szCs w:val="24"/>
          <w:lang w:val="ru-RU"/>
        </w:rPr>
        <w:t>Қайнар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Заречное,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Ахмет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Ақмешіт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К.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Мынбаева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 и других селах. Жителям разъяснялись последствия коррупции, способы законного получения государственных услуг и необходимость обращения в компетентные органы при выявлении правонарушений.</w:t>
      </w:r>
    </w:p>
    <w:p w:rsidR="00AF48C0" w:rsidRPr="00DE4472" w:rsidRDefault="00DE4472" w:rsidP="00DE4472">
      <w:pPr>
        <w:pStyle w:val="2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4472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Pr="00DE4472">
        <w:rPr>
          <w:rFonts w:ascii="Times New Roman" w:hAnsi="Times New Roman" w:cs="Times New Roman"/>
          <w:sz w:val="24"/>
          <w:szCs w:val="24"/>
          <w:lang w:val="ru-RU"/>
        </w:rPr>
        <w:t>сударственный социальный заказ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sz w:val="24"/>
          <w:szCs w:val="24"/>
          <w:lang w:val="ru-RU"/>
        </w:rPr>
        <w:t xml:space="preserve">В июле в отчетности отражены четыре мероприятия в рамках государственного социального заказа, проведенные в селе </w:t>
      </w:r>
      <w:proofErr w:type="spellStart"/>
      <w:r w:rsidRPr="00DE4472">
        <w:rPr>
          <w:rFonts w:cs="Times New Roman"/>
          <w:sz w:val="24"/>
          <w:szCs w:val="24"/>
          <w:lang w:val="ru-RU"/>
        </w:rPr>
        <w:t>Егінді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, поселке Нура и селе </w:t>
      </w:r>
      <w:proofErr w:type="gramStart"/>
      <w:r w:rsidRPr="00DE4472">
        <w:rPr>
          <w:rFonts w:cs="Times New Roman"/>
          <w:sz w:val="24"/>
          <w:szCs w:val="24"/>
          <w:lang w:val="ru-RU"/>
        </w:rPr>
        <w:t>Шахтерское</w:t>
      </w:r>
      <w:proofErr w:type="gramEnd"/>
      <w:r w:rsidRPr="00DE4472">
        <w:rPr>
          <w:rFonts w:cs="Times New Roman"/>
          <w:sz w:val="24"/>
          <w:szCs w:val="24"/>
          <w:lang w:val="ru-RU"/>
        </w:rPr>
        <w:t>. Они были направлены на популяризацию антикоррупционной культуры, честнос</w:t>
      </w:r>
      <w:r w:rsidRPr="00DE4472">
        <w:rPr>
          <w:rFonts w:cs="Times New Roman"/>
          <w:sz w:val="24"/>
          <w:szCs w:val="24"/>
          <w:lang w:val="ru-RU"/>
        </w:rPr>
        <w:t>ти и ответственности.</w:t>
      </w:r>
    </w:p>
    <w:p w:rsidR="00AF48C0" w:rsidRPr="00DE4472" w:rsidRDefault="00DE4472" w:rsidP="00DE4472">
      <w:pPr>
        <w:pStyle w:val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4472">
        <w:rPr>
          <w:rFonts w:ascii="Times New Roman" w:hAnsi="Times New Roman" w:cs="Times New Roman"/>
          <w:sz w:val="24"/>
          <w:szCs w:val="24"/>
          <w:lang w:val="ru-RU"/>
        </w:rPr>
        <w:t>4. Информационное сопровождение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sz w:val="24"/>
          <w:szCs w:val="24"/>
          <w:lang w:val="ru-RU"/>
        </w:rPr>
        <w:t xml:space="preserve">Ежемесячные отчеты содержат ссылки на публикации в социальных сетях </w:t>
      </w:r>
      <w:proofErr w:type="spellStart"/>
      <w:r w:rsidRPr="00DE4472">
        <w:rPr>
          <w:rFonts w:cs="Times New Roman"/>
          <w:sz w:val="24"/>
          <w:szCs w:val="24"/>
        </w:rPr>
        <w:t>Instagram</w:t>
      </w:r>
      <w:proofErr w:type="spellEnd"/>
      <w:r w:rsidRPr="00DE4472">
        <w:rPr>
          <w:rFonts w:cs="Times New Roman"/>
          <w:sz w:val="24"/>
          <w:szCs w:val="24"/>
          <w:lang w:val="ru-RU"/>
        </w:rPr>
        <w:t xml:space="preserve"> и </w:t>
      </w:r>
      <w:r w:rsidRPr="00DE4472">
        <w:rPr>
          <w:rFonts w:cs="Times New Roman"/>
          <w:sz w:val="24"/>
          <w:szCs w:val="24"/>
        </w:rPr>
        <w:t>Facebook</w:t>
      </w:r>
      <w:r w:rsidRPr="00DE4472">
        <w:rPr>
          <w:rFonts w:cs="Times New Roman"/>
          <w:sz w:val="24"/>
          <w:szCs w:val="24"/>
          <w:lang w:val="ru-RU"/>
        </w:rPr>
        <w:t xml:space="preserve"> и фотоматериалы о проведенных мероприятиях. Подтверждающие фотографии представлены в приложении. Показатель </w:t>
      </w:r>
      <w:r w:rsidRPr="00DE4472">
        <w:rPr>
          <w:rFonts w:cs="Times New Roman"/>
          <w:sz w:val="24"/>
          <w:szCs w:val="24"/>
          <w:lang w:val="ru-RU"/>
        </w:rPr>
        <w:t>охвата 336 человек является суммой данных ежемесячных отчетов, а не числом уникальных участников.</w:t>
      </w:r>
    </w:p>
    <w:p w:rsidR="00DE4472" w:rsidRDefault="00DE4472" w:rsidP="00DE4472">
      <w:pPr>
        <w:pStyle w:val="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E4472" w:rsidRDefault="00DE4472" w:rsidP="00DE4472">
      <w:pPr>
        <w:rPr>
          <w:lang w:val="kk-KZ"/>
        </w:rPr>
      </w:pPr>
    </w:p>
    <w:p w:rsidR="00DE4472" w:rsidRDefault="00DE4472" w:rsidP="00DE4472">
      <w:pPr>
        <w:rPr>
          <w:lang w:val="kk-KZ"/>
        </w:rPr>
      </w:pPr>
    </w:p>
    <w:p w:rsidR="00DE4472" w:rsidRPr="00DE4472" w:rsidRDefault="00DE4472" w:rsidP="00DE4472">
      <w:pPr>
        <w:rPr>
          <w:lang w:val="kk-KZ"/>
        </w:rPr>
      </w:pPr>
    </w:p>
    <w:p w:rsidR="00AF48C0" w:rsidRDefault="00DE4472" w:rsidP="00DE4472">
      <w:pPr>
        <w:pStyle w:val="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DE447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proofErr w:type="spellEnd"/>
      <w:r w:rsidRPr="00DE4472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End"/>
      <w:r w:rsidRPr="00DE4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472">
        <w:rPr>
          <w:rFonts w:ascii="Times New Roman" w:hAnsi="Times New Roman" w:cs="Times New Roman"/>
          <w:sz w:val="24"/>
          <w:szCs w:val="24"/>
        </w:rPr>
        <w:t>Реестр</w:t>
      </w:r>
      <w:proofErr w:type="spellEnd"/>
      <w:r w:rsidRPr="00DE4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472">
        <w:rPr>
          <w:rFonts w:ascii="Times New Roman" w:hAnsi="Times New Roman" w:cs="Times New Roman"/>
          <w:sz w:val="24"/>
          <w:szCs w:val="24"/>
        </w:rPr>
        <w:t>проведенных</w:t>
      </w:r>
      <w:proofErr w:type="spellEnd"/>
      <w:r w:rsidRPr="00DE4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472">
        <w:rPr>
          <w:rFonts w:ascii="Times New Roman" w:hAnsi="Times New Roman" w:cs="Times New Roman"/>
          <w:sz w:val="24"/>
          <w:szCs w:val="24"/>
        </w:rPr>
        <w:t>мероприятий</w:t>
      </w:r>
      <w:proofErr w:type="spellEnd"/>
    </w:p>
    <w:p w:rsidR="00DE4472" w:rsidRPr="00DE4472" w:rsidRDefault="00DE4472" w:rsidP="00DE4472">
      <w:pPr>
        <w:rPr>
          <w:lang w:val="kk-KZ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484"/>
        <w:gridCol w:w="2484"/>
        <w:gridCol w:w="2596"/>
        <w:gridCol w:w="2484"/>
      </w:tblGrid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 xml:space="preserve">№ / </w:t>
            </w:r>
            <w:proofErr w:type="spellStart"/>
            <w:r w:rsidRPr="00DE4472">
              <w:rPr>
                <w:rFonts w:cs="Times New Roman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Участников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К.Мынбаев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Молодежь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Егінді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Государственные служащие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3. Ию</w:t>
            </w:r>
            <w:r w:rsidRPr="00DE4472">
              <w:rPr>
                <w:rFonts w:cs="Times New Roman"/>
                <w:sz w:val="24"/>
                <w:szCs w:val="24"/>
              </w:rPr>
              <w:t>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Баршын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Государственные служащие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Мұзбел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Работники бюджетных организаций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5.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Балықтыкөл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Работники бюджетных организаций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6.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Ақмешіт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Предприниматели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7.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К.Мынбаев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Предприниматели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8.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село Егинды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9.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Көбетей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11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10.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К.Мынбаев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11.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Құланөтпес</w:t>
            </w:r>
            <w:r w:rsidRPr="00DE4472">
              <w:rPr>
                <w:rFonts w:cs="Times New Roman"/>
                <w:sz w:val="24"/>
                <w:szCs w:val="24"/>
              </w:rPr>
              <w:t xml:space="preserve">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12.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Жанбөбек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13.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Баршын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14.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Егінді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 xml:space="preserve">Государственный </w:t>
            </w:r>
            <w:r w:rsidRPr="00DE4472">
              <w:rPr>
                <w:rFonts w:cs="Times New Roman"/>
                <w:sz w:val="24"/>
                <w:szCs w:val="24"/>
              </w:rPr>
              <w:t>социальный заказ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19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15.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Нұра кенті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Государственный социальный заказ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15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16.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Шахтерское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Государственный социальный заказ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16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17. Июль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Нұра кенті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Государственный социальный заказ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19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18.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Нұра кенті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Молодежь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19.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 xml:space="preserve">Кертінді </w:t>
            </w:r>
            <w:r w:rsidRPr="00DE4472">
              <w:rPr>
                <w:rFonts w:cs="Times New Roman"/>
                <w:sz w:val="24"/>
                <w:szCs w:val="24"/>
              </w:rPr>
              <w:t>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Молодежь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20.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Баршын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Государственные служащие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21.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Құланөтпес</w:t>
            </w:r>
            <w:r w:rsidRPr="00DE4472">
              <w:rPr>
                <w:rFonts w:cs="Times New Roman"/>
                <w:sz w:val="24"/>
                <w:szCs w:val="24"/>
              </w:rPr>
              <w:t xml:space="preserve">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Работники бюджетных организаций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22.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Мұзбел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Работники бюджетных организаций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17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23.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Көбетей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Работники бюджетных организаций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24.</w:t>
            </w:r>
            <w:r w:rsidRPr="00DE4472">
              <w:rPr>
                <w:rFonts w:cs="Times New Roman"/>
                <w:sz w:val="24"/>
                <w:szCs w:val="24"/>
              </w:rPr>
              <w:t xml:space="preserve">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Ақмешіт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 xml:space="preserve">Работники бюджетных </w:t>
            </w:r>
            <w:r w:rsidRPr="00DE4472">
              <w:rPr>
                <w:rFonts w:cs="Times New Roman"/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lastRenderedPageBreak/>
              <w:t>9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lastRenderedPageBreak/>
              <w:t>25.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К.Мынбаев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Предприниматели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26.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Изенді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Предприниматели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27.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Егінді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28.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Егінді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29.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Ахмет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30.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Көбетей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31.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Қарой</w:t>
            </w:r>
            <w:r w:rsidRPr="00DE4472">
              <w:rPr>
                <w:rFonts w:cs="Times New Roman"/>
                <w:sz w:val="24"/>
                <w:szCs w:val="24"/>
              </w:rPr>
              <w:t xml:space="preserve">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32.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К.Мынбаев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33.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село Шахтерское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34.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Ақмешіт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35.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Егінді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36.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село Заречное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37. Август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Қайнар</w:t>
            </w:r>
            <w:r w:rsidRPr="00DE4472">
              <w:rPr>
                <w:rFonts w:cs="Times New Roman"/>
                <w:sz w:val="24"/>
                <w:szCs w:val="24"/>
              </w:rPr>
              <w:t xml:space="preserve">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38. 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Байтуған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Государственные служащие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39. 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К.Мынбаев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Работники бюджетных организаций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11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40. 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Байтуған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Работники бюджетных организаций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41. 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 xml:space="preserve">Нұра </w:t>
            </w:r>
            <w:r w:rsidRPr="00DE4472">
              <w:rPr>
                <w:rFonts w:cs="Times New Roman"/>
                <w:sz w:val="24"/>
                <w:szCs w:val="24"/>
              </w:rPr>
              <w:t>кенті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Субъекты квазигосударственного сектора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42. 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Көбетей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43. 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Шахтерское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44. 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Егінді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45. 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Тассуат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46. 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Егінді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 xml:space="preserve">47. </w:t>
            </w:r>
            <w:r w:rsidRPr="00DE4472"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Қайнар</w:t>
            </w:r>
            <w:r w:rsidRPr="00DE4472">
              <w:rPr>
                <w:rFonts w:cs="Times New Roman"/>
                <w:sz w:val="24"/>
                <w:szCs w:val="24"/>
              </w:rPr>
              <w:t xml:space="preserve">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48. 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Егінді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AF48C0" w:rsidRPr="00DE4472"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49. Сентябрь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К.Мынбаев ауылы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Население</w:t>
            </w:r>
          </w:p>
        </w:tc>
        <w:tc>
          <w:tcPr>
            <w:tcW w:w="2484" w:type="dxa"/>
          </w:tcPr>
          <w:p w:rsidR="00AF48C0" w:rsidRPr="00DE4472" w:rsidRDefault="00DE4472" w:rsidP="00DE4472">
            <w:pPr>
              <w:jc w:val="both"/>
              <w:rPr>
                <w:rFonts w:cs="Times New Roman"/>
                <w:sz w:val="24"/>
                <w:szCs w:val="24"/>
              </w:rPr>
            </w:pPr>
            <w:r w:rsidRPr="00DE4472">
              <w:rPr>
                <w:rFonts w:cs="Times New Roman"/>
                <w:sz w:val="24"/>
                <w:szCs w:val="24"/>
              </w:rPr>
              <w:t>8</w:t>
            </w:r>
          </w:p>
        </w:tc>
      </w:tr>
    </w:tbl>
    <w:p w:rsidR="00DE4472" w:rsidRDefault="00DE4472" w:rsidP="00DE4472">
      <w:pPr>
        <w:pStyle w:val="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E4472" w:rsidRPr="00DE4472" w:rsidRDefault="00DE4472" w:rsidP="00DE4472">
      <w:pPr>
        <w:rPr>
          <w:lang w:val="kk-KZ"/>
        </w:rPr>
      </w:pPr>
    </w:p>
    <w:p w:rsidR="00DE4472" w:rsidRDefault="00DE4472" w:rsidP="00DE4472">
      <w:pPr>
        <w:pStyle w:val="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F48C0" w:rsidRDefault="00DE4472" w:rsidP="00DE4472">
      <w:pPr>
        <w:pStyle w:val="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DE4472">
        <w:rPr>
          <w:rFonts w:ascii="Times New Roman" w:hAnsi="Times New Roman" w:cs="Times New Roman"/>
          <w:sz w:val="24"/>
          <w:szCs w:val="24"/>
        </w:rPr>
        <w:t>Приложение</w:t>
      </w:r>
      <w:proofErr w:type="spellEnd"/>
      <w:r w:rsidRPr="00DE4472">
        <w:rPr>
          <w:rFonts w:ascii="Times New Roman" w:hAnsi="Times New Roman" w:cs="Times New Roman"/>
          <w:sz w:val="24"/>
          <w:szCs w:val="24"/>
        </w:rPr>
        <w:t xml:space="preserve"> 2.</w:t>
      </w:r>
      <w:proofErr w:type="gramEnd"/>
      <w:r w:rsidRPr="00DE4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472">
        <w:rPr>
          <w:rFonts w:ascii="Times New Roman" w:hAnsi="Times New Roman" w:cs="Times New Roman"/>
          <w:sz w:val="24"/>
          <w:szCs w:val="24"/>
        </w:rPr>
        <w:t>Фотоотчет</w:t>
      </w:r>
      <w:proofErr w:type="spellEnd"/>
    </w:p>
    <w:p w:rsidR="00DE4472" w:rsidRPr="00DE4472" w:rsidRDefault="00DE4472" w:rsidP="00DE4472">
      <w:pPr>
        <w:rPr>
          <w:lang w:val="kk-KZ"/>
        </w:rPr>
      </w:pP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sz w:val="24"/>
          <w:szCs w:val="24"/>
          <w:lang w:val="ru-RU"/>
        </w:rPr>
        <w:t>Фотографии извлечены из представленных ежемесячных отчетов за июль, август и сентябрь 2026 года. Ниже приведена по</w:t>
      </w:r>
      <w:r w:rsidRPr="00DE4472">
        <w:rPr>
          <w:rFonts w:cs="Times New Roman"/>
          <w:sz w:val="24"/>
          <w:szCs w:val="24"/>
          <w:lang w:val="ru-RU"/>
        </w:rPr>
        <w:t>дборка фотоматериалов с указанием</w:t>
      </w:r>
      <w:bookmarkStart w:id="0" w:name="_GoBack"/>
      <w:bookmarkEnd w:id="0"/>
      <w:r w:rsidRPr="00DE4472">
        <w:rPr>
          <w:rFonts w:cs="Times New Roman"/>
          <w:sz w:val="24"/>
          <w:szCs w:val="24"/>
          <w:lang w:val="ru-RU"/>
        </w:rPr>
        <w:t xml:space="preserve"> месяца и места проведения.</w:t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1. Июль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К.Мынбаев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молодежь.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5D50AAD9" wp14:editId="7AB72025">
            <wp:extent cx="3337560" cy="25305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53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2. Июль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Егінді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государственные служащие.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5E59190F" wp14:editId="1B234AC3">
            <wp:extent cx="3337560" cy="23999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39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3. Июль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Баршын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государственные служащие.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33F7ED69" wp14:editId="495BB56D">
            <wp:extent cx="3337560" cy="427088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4270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4. Июль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Мұзбел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работники бюджетных организаций.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5E4C0018" wp14:editId="24AC8F55">
            <wp:extent cx="3337560" cy="250037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50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5. Июль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Балықтыкө</w:t>
      </w:r>
      <w:proofErr w:type="gramStart"/>
      <w:r w:rsidRPr="00DE4472">
        <w:rPr>
          <w:rFonts w:cs="Times New Roman"/>
          <w:b/>
          <w:sz w:val="24"/>
          <w:szCs w:val="24"/>
          <w:lang w:val="ru-RU"/>
        </w:rPr>
        <w:t>л</w:t>
      </w:r>
      <w:proofErr w:type="spellEnd"/>
      <w:proofErr w:type="gram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работники бюджетных организаций.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0B0377F7" wp14:editId="1F1DE82B">
            <wp:extent cx="3337560" cy="332084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332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6. Июль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Ақмешіт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предприниматели.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59607E41" wp14:editId="65D86C23">
            <wp:extent cx="3337560" cy="366239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366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7. Июль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К.Мынбаев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предприниматели.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3AB96377" wp14:editId="7529A385">
            <wp:extent cx="3337560" cy="25329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53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8. Июль 2026 г. — село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Егинды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населе</w:t>
      </w:r>
      <w:r w:rsidRPr="00DE4472">
        <w:rPr>
          <w:rFonts w:cs="Times New Roman"/>
          <w:b/>
          <w:sz w:val="24"/>
          <w:szCs w:val="24"/>
          <w:lang w:val="ru-RU"/>
        </w:rPr>
        <w:t>ние.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5973169B" wp14:editId="2F372ABA">
            <wp:extent cx="3337560" cy="30317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303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9. Август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Нұра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кенті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молодежь.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726EE30E" wp14:editId="230986D9">
            <wp:extent cx="3337560" cy="438265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438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10. Август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Кертінді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молодежь.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3F8708ED" wp14:editId="3A6E3AA0">
            <wp:extent cx="3337560" cy="327024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327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11. Август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Баршын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государственные служащие.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31CBCD64" wp14:editId="729330D2">
            <wp:extent cx="3337560" cy="41043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410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12. Август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Құланөтпес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работники бюджетных организаций.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13C4CAAC" wp14:editId="7F9FEEFD">
            <wp:extent cx="3337560" cy="463685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463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13. Август 2026 г. </w:t>
      </w:r>
      <w:r w:rsidRPr="00DE4472">
        <w:rPr>
          <w:rFonts w:cs="Times New Roman"/>
          <w:b/>
          <w:sz w:val="24"/>
          <w:szCs w:val="24"/>
          <w:lang w:val="ru-RU"/>
        </w:rPr>
        <w:t xml:space="preserve">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Мұзбел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работники бюджетных организаций.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35A05D31" wp14:editId="6423EF40">
            <wp:extent cx="3337560" cy="250596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50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14. Август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Көбетей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работники бюджетных организаций.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519E4AE8" wp14:editId="40AC8C42">
            <wp:extent cx="3337560" cy="218053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18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15. Август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Ақмешіт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работники бюджетных организаций.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368DA1FC" wp14:editId="728C0A80">
            <wp:extent cx="3337560" cy="251712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51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16. Август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К.Мынбаев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предприниматели.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017BB50F" wp14:editId="01DDAAF0">
            <wp:extent cx="3337560" cy="451317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451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17. </w:t>
      </w:r>
      <w:r w:rsidRPr="00DE4472">
        <w:rPr>
          <w:rFonts w:cs="Times New Roman"/>
          <w:b/>
          <w:sz w:val="24"/>
          <w:szCs w:val="24"/>
          <w:lang w:val="ru-RU"/>
        </w:rPr>
        <w:t xml:space="preserve">Сентябрь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Байтуған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государственные служащие.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2FF36C4B" wp14:editId="288E3394">
            <wp:extent cx="3337560" cy="31543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31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18. Сентябрь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К.Мынбаев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работники бюджетных организаций.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725D740A" wp14:editId="06399FD5">
            <wp:extent cx="3337560" cy="195811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195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19. Сентябрь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Байтуған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работники бюджетных организаций.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6BB5515E" wp14:editId="25FF7CAF">
            <wp:extent cx="3337560" cy="320940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320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20. Сентябрь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Нұра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кенті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. субъекты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квазигосударственного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сектора.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555F1107" wp14:editId="3B1D1003">
            <wp:extent cx="3337560" cy="540744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540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21. Сентябрь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Көбетей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население.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64FC0E17" wp14:editId="34B581BE">
            <wp:extent cx="3337560" cy="437541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437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22. Сентябрь 2026 г. — Шахтерское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население.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323F1364" wp14:editId="38D7B41A">
            <wp:extent cx="3337560" cy="392787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392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t xml:space="preserve">23. Сентябрь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Егінді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население.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46251BF1" wp14:editId="18ADC5DE">
            <wp:extent cx="3337560" cy="3315272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331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8C0" w:rsidRPr="00DE4472" w:rsidRDefault="00DE4472" w:rsidP="00DE4472">
      <w:pPr>
        <w:keepNext/>
        <w:jc w:val="both"/>
        <w:rPr>
          <w:rFonts w:cs="Times New Roman"/>
          <w:sz w:val="24"/>
          <w:szCs w:val="24"/>
          <w:lang w:val="ru-RU"/>
        </w:rPr>
      </w:pPr>
      <w:r w:rsidRPr="00DE4472">
        <w:rPr>
          <w:rFonts w:cs="Times New Roman"/>
          <w:b/>
          <w:sz w:val="24"/>
          <w:szCs w:val="24"/>
          <w:lang w:val="ru-RU"/>
        </w:rPr>
        <w:lastRenderedPageBreak/>
        <w:t xml:space="preserve">24. Сентябрь 2026 г. —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Тассуат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DE4472">
        <w:rPr>
          <w:rFonts w:cs="Times New Roman"/>
          <w:b/>
          <w:sz w:val="24"/>
          <w:szCs w:val="24"/>
          <w:lang w:val="ru-RU"/>
        </w:rPr>
        <w:t>ауылы</w:t>
      </w:r>
      <w:proofErr w:type="spellEnd"/>
      <w:r w:rsidRPr="00DE4472">
        <w:rPr>
          <w:rFonts w:cs="Times New Roman"/>
          <w:b/>
          <w:sz w:val="24"/>
          <w:szCs w:val="24"/>
          <w:lang w:val="ru-RU"/>
        </w:rPr>
        <w:t>. население.</w:t>
      </w:r>
    </w:p>
    <w:p w:rsidR="00AF48C0" w:rsidRPr="00DE4472" w:rsidRDefault="00DE4472" w:rsidP="00DE4472">
      <w:pPr>
        <w:jc w:val="both"/>
        <w:rPr>
          <w:rFonts w:cs="Times New Roman"/>
          <w:sz w:val="24"/>
          <w:szCs w:val="24"/>
        </w:rPr>
      </w:pPr>
      <w:r w:rsidRPr="00DE4472">
        <w:rPr>
          <w:rFonts w:cs="Times New Roman"/>
          <w:noProof/>
          <w:sz w:val="24"/>
          <w:szCs w:val="24"/>
          <w:lang w:val="ru-RU" w:eastAsia="ru-RU"/>
        </w:rPr>
        <w:drawing>
          <wp:inline distT="0" distB="0" distL="0" distR="0" wp14:anchorId="5D8C9CE7" wp14:editId="766C4027">
            <wp:extent cx="3337560" cy="186296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186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48C0" w:rsidRPr="00DE4472" w:rsidSect="00034616">
      <w:footerReference w:type="default" r:id="rId33"/>
      <w:pgSz w:w="12240" w:h="15840"/>
      <w:pgMar w:top="1037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E4472">
      <w:pPr>
        <w:spacing w:after="0" w:line="240" w:lineRule="auto"/>
      </w:pPr>
      <w:r>
        <w:separator/>
      </w:r>
    </w:p>
  </w:endnote>
  <w:endnote w:type="continuationSeparator" w:id="0">
    <w:p w:rsidR="00000000" w:rsidRDefault="00DE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8C0" w:rsidRDefault="00DE4472">
    <w:pPr>
      <w:pStyle w:val="a7"/>
      <w:jc w:val="right"/>
    </w:pPr>
    <w:r>
      <w:t>Нуринский район • III квартал 2026 года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E4472">
      <w:pPr>
        <w:spacing w:after="0" w:line="240" w:lineRule="auto"/>
      </w:pPr>
      <w:r>
        <w:separator/>
      </w:r>
    </w:p>
  </w:footnote>
  <w:footnote w:type="continuationSeparator" w:id="0">
    <w:p w:rsidR="00000000" w:rsidRDefault="00DE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F48C0"/>
    <w:rsid w:val="00B47730"/>
    <w:rsid w:val="00CB0664"/>
    <w:rsid w:val="00DE44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314E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314E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314E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DE4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DE44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314E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314E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314E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DE4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DE44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31" Type="http://schemas.openxmlformats.org/officeDocument/2006/relationships/image" Target="media/image23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94508F-995B-4FFF-BC73-3954D273E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Akimat4</cp:lastModifiedBy>
  <cp:revision>2</cp:revision>
  <dcterms:created xsi:type="dcterms:W3CDTF">2013-12-23T23:15:00Z</dcterms:created>
  <dcterms:modified xsi:type="dcterms:W3CDTF">2026-10-21T13:55:00Z</dcterms:modified>
  <cp:category/>
</cp:coreProperties>
</file>