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5EB2D6" w14:textId="77777777" w:rsidR="00505E5A" w:rsidRDefault="00505E5A" w:rsidP="00505E5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</w:rPr>
      </w:pPr>
    </w:p>
    <w:p w14:paraId="455FF1BD" w14:textId="77777777" w:rsidR="00505E5A" w:rsidRDefault="00505E5A" w:rsidP="00505E5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</w:rPr>
      </w:pPr>
    </w:p>
    <w:p w14:paraId="2FDE8C31" w14:textId="77777777" w:rsidR="00505E5A" w:rsidRDefault="00505E5A" w:rsidP="00505E5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</w:rPr>
      </w:pPr>
    </w:p>
    <w:p w14:paraId="487A1702" w14:textId="77777777" w:rsidR="00505E5A" w:rsidRDefault="00505E5A" w:rsidP="00505E5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</w:rPr>
      </w:pPr>
    </w:p>
    <w:p w14:paraId="163C2B29" w14:textId="77777777" w:rsidR="00505E5A" w:rsidRDefault="00505E5A" w:rsidP="00505E5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</w:rPr>
      </w:pPr>
    </w:p>
    <w:p w14:paraId="35D4A898" w14:textId="77777777" w:rsidR="00505E5A" w:rsidRDefault="00505E5A" w:rsidP="00505E5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</w:rPr>
      </w:pPr>
    </w:p>
    <w:p w14:paraId="5C6DBB8D" w14:textId="77777777" w:rsidR="00505E5A" w:rsidRDefault="0088065E" w:rsidP="00505E5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</w:rPr>
      </w:pPr>
      <w:proofErr w:type="spellStart"/>
      <w:r>
        <w:rPr>
          <w:rFonts w:ascii="Times New Roman" w:eastAsia="Times New Roman" w:hAnsi="Times New Roman"/>
          <w:b/>
          <w:sz w:val="28"/>
        </w:rPr>
        <w:t>Жарма</w:t>
      </w:r>
      <w:proofErr w:type="spellEnd"/>
      <w:r>
        <w:rPr>
          <w:rFonts w:ascii="Times New Roman" w:eastAsia="Times New Roman" w:hAnsi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8"/>
        </w:rPr>
        <w:t>ауданында</w:t>
      </w:r>
      <w:proofErr w:type="spellEnd"/>
      <w:r>
        <w:rPr>
          <w:rFonts w:ascii="Times New Roman" w:eastAsia="Times New Roman" w:hAnsi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8"/>
        </w:rPr>
        <w:t>бюджет</w:t>
      </w:r>
      <w:proofErr w:type="spellEnd"/>
      <w:r>
        <w:rPr>
          <w:rFonts w:ascii="Times New Roman" w:eastAsia="Times New Roman" w:hAnsi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8"/>
        </w:rPr>
        <w:t>қаражатының</w:t>
      </w:r>
      <w:proofErr w:type="spellEnd"/>
      <w:r>
        <w:rPr>
          <w:rFonts w:ascii="Times New Roman" w:eastAsia="Times New Roman" w:hAnsi="Times New Roman"/>
          <w:b/>
          <w:sz w:val="28"/>
        </w:rPr>
        <w:t xml:space="preserve"> көлемі шегінде балалар мен жасөспірімдерге арналған шығармашылық үйірмелерді қаржыландыруға </w:t>
      </w:r>
    </w:p>
    <w:p w14:paraId="102FED8B" w14:textId="3A54A5E9" w:rsidR="00C2166E" w:rsidRDefault="0088065E" w:rsidP="00505E5A">
      <w:pPr>
        <w:spacing w:after="0" w:line="240" w:lineRule="auto"/>
        <w:jc w:val="center"/>
      </w:pPr>
      <w:proofErr w:type="spellStart"/>
      <w:r>
        <w:rPr>
          <w:rFonts w:ascii="Times New Roman" w:eastAsia="Times New Roman" w:hAnsi="Times New Roman"/>
          <w:b/>
          <w:sz w:val="28"/>
        </w:rPr>
        <w:t>мемлекеттік</w:t>
      </w:r>
      <w:proofErr w:type="spellEnd"/>
      <w:r>
        <w:rPr>
          <w:rFonts w:ascii="Times New Roman" w:eastAsia="Times New Roman" w:hAnsi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8"/>
        </w:rPr>
        <w:t>шығармашылық</w:t>
      </w:r>
      <w:proofErr w:type="spellEnd"/>
      <w:r>
        <w:rPr>
          <w:rFonts w:ascii="Times New Roman" w:eastAsia="Times New Roman" w:hAnsi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8"/>
        </w:rPr>
        <w:t>тапсырысты</w:t>
      </w:r>
      <w:proofErr w:type="spellEnd"/>
      <w:r>
        <w:rPr>
          <w:rFonts w:ascii="Times New Roman" w:eastAsia="Times New Roman" w:hAnsi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8"/>
        </w:rPr>
        <w:t>бекіту</w:t>
      </w:r>
      <w:proofErr w:type="spellEnd"/>
      <w:r>
        <w:rPr>
          <w:rFonts w:ascii="Times New Roman" w:eastAsia="Times New Roman" w:hAnsi="Times New Roman"/>
          <w:b/>
          <w:sz w:val="28"/>
        </w:rPr>
        <w:t xml:space="preserve"> туралы</w:t>
      </w:r>
    </w:p>
    <w:p w14:paraId="6793EE45" w14:textId="77777777" w:rsidR="00505E5A" w:rsidRDefault="00505E5A" w:rsidP="00505E5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</w:rPr>
      </w:pPr>
    </w:p>
    <w:p w14:paraId="0277C2DA" w14:textId="77777777" w:rsidR="00505E5A" w:rsidRDefault="00505E5A" w:rsidP="00505E5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</w:rPr>
      </w:pPr>
    </w:p>
    <w:p w14:paraId="19B8A6EE" w14:textId="6479EDE0" w:rsidR="00C2166E" w:rsidRDefault="0088065E" w:rsidP="00505E5A">
      <w:pPr>
        <w:spacing w:after="0" w:line="240" w:lineRule="auto"/>
        <w:ind w:firstLine="709"/>
        <w:jc w:val="both"/>
      </w:pPr>
      <w:proofErr w:type="spellStart"/>
      <w:r>
        <w:rPr>
          <w:rFonts w:ascii="Times New Roman" w:eastAsia="Times New Roman" w:hAnsi="Times New Roman"/>
          <w:sz w:val="28"/>
        </w:rPr>
        <w:t>Қазақстан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Республикасының</w:t>
      </w:r>
      <w:proofErr w:type="spellEnd"/>
      <w:r>
        <w:rPr>
          <w:rFonts w:ascii="Times New Roman" w:eastAsia="Times New Roman" w:hAnsi="Times New Roman"/>
          <w:sz w:val="28"/>
        </w:rPr>
        <w:t xml:space="preserve"> «</w:t>
      </w:r>
      <w:proofErr w:type="spellStart"/>
      <w:r>
        <w:rPr>
          <w:rFonts w:ascii="Times New Roman" w:eastAsia="Times New Roman" w:hAnsi="Times New Roman"/>
          <w:sz w:val="28"/>
        </w:rPr>
        <w:t>Мәдениет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туралы</w:t>
      </w:r>
      <w:proofErr w:type="spellEnd"/>
      <w:r>
        <w:rPr>
          <w:rFonts w:ascii="Times New Roman" w:eastAsia="Times New Roman" w:hAnsi="Times New Roman"/>
          <w:sz w:val="28"/>
        </w:rPr>
        <w:t>» Заңының 9-бабының 8-1) тармақшасына және «Қазақстан Республикасындағы жергілікті мемлекеттік басқару және өзін-өзі басқару туралы» Қазақстан Республикасы Заңының 3</w:t>
      </w:r>
      <w:r w:rsidR="00EC2969">
        <w:rPr>
          <w:rFonts w:ascii="Times New Roman" w:eastAsia="Times New Roman" w:hAnsi="Times New Roman"/>
          <w:sz w:val="28"/>
          <w:lang w:val="kk-KZ"/>
        </w:rPr>
        <w:t>1</w:t>
      </w:r>
      <w:r w:rsidR="00EC2969">
        <w:rPr>
          <w:rFonts w:ascii="Times New Roman" w:eastAsia="Times New Roman" w:hAnsi="Times New Roman"/>
          <w:sz w:val="28"/>
        </w:rPr>
        <w:t>-</w:t>
      </w:r>
      <w:proofErr w:type="spellStart"/>
      <w:r w:rsidR="00EC2969">
        <w:rPr>
          <w:rFonts w:ascii="Times New Roman" w:eastAsia="Times New Roman" w:hAnsi="Times New Roman"/>
          <w:sz w:val="28"/>
        </w:rPr>
        <w:t>бабы</w:t>
      </w:r>
      <w:proofErr w:type="spellEnd"/>
      <w:r w:rsidR="00EC2969">
        <w:rPr>
          <w:rFonts w:ascii="Times New Roman" w:eastAsia="Times New Roman" w:hAnsi="Times New Roman"/>
          <w:sz w:val="28"/>
          <w:lang w:val="kk-KZ"/>
        </w:rPr>
        <w:t xml:space="preserve"> 2-тармағына</w:t>
      </w:r>
      <w:bookmarkStart w:id="0" w:name="_GoBack"/>
      <w:bookmarkEnd w:id="0"/>
      <w:r>
        <w:rPr>
          <w:rFonts w:ascii="Times New Roman" w:eastAsia="Times New Roman" w:hAnsi="Times New Roman"/>
          <w:sz w:val="28"/>
        </w:rPr>
        <w:t xml:space="preserve"> сәйкес, Жарма ауданының әкімі </w:t>
      </w:r>
      <w:r w:rsidRPr="00505E5A">
        <w:rPr>
          <w:rFonts w:ascii="Times New Roman" w:eastAsia="Times New Roman" w:hAnsi="Times New Roman"/>
          <w:b/>
          <w:sz w:val="28"/>
        </w:rPr>
        <w:t>ҚАУЛЫ ЕТЕДІ:</w:t>
      </w:r>
    </w:p>
    <w:p w14:paraId="5BE8C7D9" w14:textId="77777777" w:rsidR="00C2166E" w:rsidRDefault="0088065E" w:rsidP="00505E5A">
      <w:pPr>
        <w:spacing w:after="0" w:line="240" w:lineRule="auto"/>
        <w:ind w:firstLine="709"/>
        <w:jc w:val="both"/>
      </w:pPr>
      <w:r>
        <w:rPr>
          <w:rFonts w:ascii="Times New Roman" w:eastAsia="Times New Roman" w:hAnsi="Times New Roman"/>
          <w:sz w:val="28"/>
        </w:rPr>
        <w:t>1. Жарма ауданында бюджет қаражатының көлемі шегінде балалар мен жасөспірімдерге арналған шығармашылық үйірмелерді қаржыландыруға мемлекеттік шығармашылық тапсырыс бекітілсін.</w:t>
      </w:r>
    </w:p>
    <w:p w14:paraId="0C47A7B0" w14:textId="77777777" w:rsidR="00C2166E" w:rsidRDefault="0088065E" w:rsidP="00505E5A">
      <w:pPr>
        <w:spacing w:after="0" w:line="240" w:lineRule="auto"/>
        <w:ind w:firstLine="709"/>
        <w:jc w:val="both"/>
      </w:pPr>
      <w:r>
        <w:rPr>
          <w:rFonts w:ascii="Times New Roman" w:eastAsia="Times New Roman" w:hAnsi="Times New Roman"/>
          <w:sz w:val="28"/>
        </w:rPr>
        <w:t>2. «Жарма ауданының мәдениет, тілдерді дамыту, дене шынықтыру және спорт бөлімі» мемлекеттік мекемесі (нақты атауы уәкілетті органмен тексерілсін) заңнамада белгіленген құзыреті шегінде:</w:t>
      </w:r>
    </w:p>
    <w:p w14:paraId="33F8D09F" w14:textId="77777777" w:rsidR="00C2166E" w:rsidRDefault="0088065E" w:rsidP="00505E5A">
      <w:pPr>
        <w:spacing w:after="0" w:line="240" w:lineRule="auto"/>
        <w:ind w:firstLine="709"/>
        <w:jc w:val="both"/>
      </w:pPr>
      <w:r>
        <w:rPr>
          <w:rFonts w:ascii="Times New Roman" w:eastAsia="Times New Roman" w:hAnsi="Times New Roman"/>
          <w:sz w:val="28"/>
        </w:rPr>
        <w:t xml:space="preserve">1) </w:t>
      </w:r>
      <w:proofErr w:type="spellStart"/>
      <w:r>
        <w:rPr>
          <w:rFonts w:ascii="Times New Roman" w:eastAsia="Times New Roman" w:hAnsi="Times New Roman"/>
          <w:sz w:val="28"/>
        </w:rPr>
        <w:t>мемлекеттік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шығармашылық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тапсырысты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орналастыру</w:t>
      </w:r>
      <w:proofErr w:type="spellEnd"/>
      <w:r>
        <w:rPr>
          <w:rFonts w:ascii="Times New Roman" w:eastAsia="Times New Roman" w:hAnsi="Times New Roman"/>
          <w:sz w:val="28"/>
        </w:rPr>
        <w:t xml:space="preserve"> және оның орындалуын ұйымдастыру мәселелерін Абай облысының мәдениет саласындағы уәкілетті органымен келіссін;</w:t>
      </w:r>
    </w:p>
    <w:p w14:paraId="6B683AC0" w14:textId="77777777" w:rsidR="00C2166E" w:rsidRDefault="0088065E" w:rsidP="00505E5A">
      <w:pPr>
        <w:spacing w:after="0" w:line="240" w:lineRule="auto"/>
        <w:ind w:firstLine="709"/>
        <w:jc w:val="both"/>
      </w:pPr>
      <w:r>
        <w:rPr>
          <w:rFonts w:ascii="Times New Roman" w:eastAsia="Times New Roman" w:hAnsi="Times New Roman"/>
          <w:sz w:val="28"/>
        </w:rPr>
        <w:t xml:space="preserve">2) 2027 </w:t>
      </w:r>
      <w:proofErr w:type="spellStart"/>
      <w:r>
        <w:rPr>
          <w:rFonts w:ascii="Times New Roman" w:eastAsia="Times New Roman" w:hAnsi="Times New Roman"/>
          <w:sz w:val="28"/>
        </w:rPr>
        <w:t>жылға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арналған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қаржыландыру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көлемін</w:t>
      </w:r>
      <w:proofErr w:type="spellEnd"/>
      <w:r>
        <w:rPr>
          <w:rFonts w:ascii="Times New Roman" w:eastAsia="Times New Roman" w:hAnsi="Times New Roman"/>
          <w:sz w:val="28"/>
        </w:rPr>
        <w:t>, шығармашылық үйірмелердің бағыттары мен орын санын бекітілген бюджет және қолданыстағы қағидалар негізінде нақтыласын;</w:t>
      </w:r>
    </w:p>
    <w:p w14:paraId="18A2D389" w14:textId="77777777" w:rsidR="00C2166E" w:rsidRDefault="0088065E" w:rsidP="00505E5A">
      <w:pPr>
        <w:spacing w:after="0" w:line="240" w:lineRule="auto"/>
        <w:ind w:firstLine="709"/>
        <w:jc w:val="both"/>
      </w:pPr>
      <w:r>
        <w:rPr>
          <w:rFonts w:ascii="Times New Roman" w:eastAsia="Times New Roman" w:hAnsi="Times New Roman"/>
          <w:sz w:val="28"/>
        </w:rPr>
        <w:t xml:space="preserve">3) </w:t>
      </w:r>
      <w:proofErr w:type="spellStart"/>
      <w:r>
        <w:rPr>
          <w:rFonts w:ascii="Times New Roman" w:eastAsia="Times New Roman" w:hAnsi="Times New Roman"/>
          <w:sz w:val="28"/>
        </w:rPr>
        <w:t>мемлекеттік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шығармашылық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тапсырыстың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сапалы</w:t>
      </w:r>
      <w:proofErr w:type="spellEnd"/>
      <w:r>
        <w:rPr>
          <w:rFonts w:ascii="Times New Roman" w:eastAsia="Times New Roman" w:hAnsi="Times New Roman"/>
          <w:sz w:val="28"/>
        </w:rPr>
        <w:t xml:space="preserve"> орындалуын, көрсетілетін қызметтердің сапасын бақылауды және бюджет қаражатының нысаналы пайдаланылуын өз құзыреті шегінде қамтамасыз етсін.</w:t>
      </w:r>
    </w:p>
    <w:p w14:paraId="3999E4F2" w14:textId="77777777" w:rsidR="00C2166E" w:rsidRDefault="0088065E" w:rsidP="00505E5A">
      <w:pPr>
        <w:spacing w:after="0" w:line="240" w:lineRule="auto"/>
        <w:ind w:firstLine="709"/>
        <w:jc w:val="both"/>
      </w:pPr>
      <w:r>
        <w:rPr>
          <w:rFonts w:ascii="Times New Roman" w:eastAsia="Times New Roman" w:hAnsi="Times New Roman"/>
          <w:sz w:val="28"/>
        </w:rPr>
        <w:t>3. Осы қаулының орындалуын бақылау аудан әкімінің жетекшілік ететін орынбасарына жүктелсін.</w:t>
      </w:r>
    </w:p>
    <w:p w14:paraId="5FF0D7E7" w14:textId="77777777" w:rsidR="00C2166E" w:rsidRDefault="0088065E" w:rsidP="00505E5A">
      <w:pPr>
        <w:spacing w:after="0" w:line="240" w:lineRule="auto"/>
        <w:ind w:firstLine="709"/>
        <w:jc w:val="both"/>
      </w:pPr>
      <w:r>
        <w:rPr>
          <w:rFonts w:ascii="Times New Roman" w:eastAsia="Times New Roman" w:hAnsi="Times New Roman"/>
          <w:sz w:val="28"/>
        </w:rPr>
        <w:t>4. Осы қаулы 2027 жылғы 1 қаңтардан бастап туындаған құқықтық қатынастарға қолданылады.</w:t>
      </w:r>
    </w:p>
    <w:p w14:paraId="4F835F92" w14:textId="77777777" w:rsidR="00505E5A" w:rsidRDefault="00505E5A" w:rsidP="00505E5A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</w:rPr>
      </w:pPr>
    </w:p>
    <w:p w14:paraId="6A20F8E0" w14:textId="77777777" w:rsidR="00505E5A" w:rsidRDefault="00505E5A" w:rsidP="00505E5A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</w:rPr>
      </w:pPr>
    </w:p>
    <w:p w14:paraId="35979767" w14:textId="544A2875" w:rsidR="00C2166E" w:rsidRPr="00505E5A" w:rsidRDefault="0088065E" w:rsidP="00505E5A">
      <w:pPr>
        <w:tabs>
          <w:tab w:val="left" w:pos="6975"/>
        </w:tabs>
        <w:spacing w:after="0" w:line="240" w:lineRule="auto"/>
        <w:jc w:val="both"/>
        <w:rPr>
          <w:b/>
          <w:lang w:val="kk-KZ"/>
        </w:rPr>
      </w:pPr>
      <w:proofErr w:type="spellStart"/>
      <w:r w:rsidRPr="00505E5A">
        <w:rPr>
          <w:rFonts w:ascii="Times New Roman" w:eastAsia="Times New Roman" w:hAnsi="Times New Roman"/>
          <w:b/>
          <w:sz w:val="28"/>
          <w:lang w:val="ru-RU"/>
        </w:rPr>
        <w:t>Аудан</w:t>
      </w:r>
      <w:proofErr w:type="spellEnd"/>
      <w:r w:rsidRPr="00505E5A">
        <w:rPr>
          <w:rFonts w:ascii="Times New Roman" w:eastAsia="Times New Roman" w:hAnsi="Times New Roman"/>
          <w:b/>
          <w:sz w:val="28"/>
          <w:lang w:val="ru-RU"/>
        </w:rPr>
        <w:t xml:space="preserve"> </w:t>
      </w:r>
      <w:proofErr w:type="spellStart"/>
      <w:r w:rsidRPr="00505E5A">
        <w:rPr>
          <w:rFonts w:ascii="Times New Roman" w:eastAsia="Times New Roman" w:hAnsi="Times New Roman"/>
          <w:b/>
          <w:sz w:val="28"/>
          <w:lang w:val="ru-RU"/>
        </w:rPr>
        <w:t>әкімі</w:t>
      </w:r>
      <w:proofErr w:type="spellEnd"/>
      <w:r w:rsidR="00505E5A" w:rsidRPr="00505E5A">
        <w:rPr>
          <w:rFonts w:ascii="Times New Roman" w:eastAsia="Times New Roman" w:hAnsi="Times New Roman"/>
          <w:b/>
          <w:sz w:val="28"/>
          <w:lang w:val="ru-RU"/>
        </w:rPr>
        <w:tab/>
      </w:r>
      <w:r w:rsidR="00505E5A" w:rsidRPr="00505E5A">
        <w:rPr>
          <w:rFonts w:ascii="Times New Roman" w:eastAsia="Times New Roman" w:hAnsi="Times New Roman"/>
          <w:b/>
          <w:sz w:val="28"/>
          <w:lang w:val="ru-RU"/>
        </w:rPr>
        <w:tab/>
      </w:r>
      <w:r w:rsidR="00505E5A" w:rsidRPr="00505E5A">
        <w:rPr>
          <w:rFonts w:ascii="Times New Roman" w:eastAsia="Times New Roman" w:hAnsi="Times New Roman"/>
          <w:b/>
          <w:sz w:val="28"/>
          <w:lang w:val="ru-RU"/>
        </w:rPr>
        <w:tab/>
      </w:r>
      <w:r w:rsidR="00505E5A">
        <w:rPr>
          <w:rFonts w:ascii="Times New Roman" w:eastAsia="Times New Roman" w:hAnsi="Times New Roman"/>
          <w:b/>
          <w:sz w:val="28"/>
          <w:lang w:val="kk-KZ"/>
        </w:rPr>
        <w:t xml:space="preserve">    Б. Терлікбаев</w:t>
      </w:r>
    </w:p>
    <w:p w14:paraId="4EFBA66A" w14:textId="77777777" w:rsidR="00C2166E" w:rsidRPr="00505E5A" w:rsidRDefault="0088065E" w:rsidP="00505E5A">
      <w:pPr>
        <w:spacing w:after="0"/>
        <w:jc w:val="both"/>
        <w:rPr>
          <w:lang w:val="ru-RU"/>
        </w:rPr>
      </w:pPr>
      <w:r w:rsidRPr="00505E5A">
        <w:rPr>
          <w:lang w:val="ru-RU"/>
        </w:rPr>
        <w:br w:type="page"/>
      </w:r>
    </w:p>
    <w:p w14:paraId="18438B6D" w14:textId="77777777" w:rsidR="00505E5A" w:rsidRDefault="00505E5A" w:rsidP="00505E5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lang w:val="ru-RU"/>
        </w:rPr>
      </w:pPr>
    </w:p>
    <w:p w14:paraId="64EF232F" w14:textId="77777777" w:rsidR="00505E5A" w:rsidRDefault="00505E5A" w:rsidP="00505E5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lang w:val="ru-RU"/>
        </w:rPr>
      </w:pPr>
    </w:p>
    <w:p w14:paraId="500BE3F8" w14:textId="77777777" w:rsidR="00505E5A" w:rsidRDefault="00505E5A" w:rsidP="00505E5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lang w:val="ru-RU"/>
        </w:rPr>
      </w:pPr>
    </w:p>
    <w:p w14:paraId="692F4CA9" w14:textId="77777777" w:rsidR="00505E5A" w:rsidRDefault="00505E5A" w:rsidP="00505E5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lang w:val="ru-RU"/>
        </w:rPr>
      </w:pPr>
    </w:p>
    <w:p w14:paraId="5D169876" w14:textId="77777777" w:rsidR="00505E5A" w:rsidRDefault="00505E5A" w:rsidP="00505E5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lang w:val="ru-RU"/>
        </w:rPr>
      </w:pPr>
    </w:p>
    <w:p w14:paraId="2B3967DB" w14:textId="77777777" w:rsidR="00505E5A" w:rsidRDefault="00505E5A" w:rsidP="00505E5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lang w:val="ru-RU"/>
        </w:rPr>
      </w:pPr>
    </w:p>
    <w:p w14:paraId="55157ECE" w14:textId="46E3C640" w:rsidR="00C2166E" w:rsidRPr="00505E5A" w:rsidRDefault="0088065E" w:rsidP="00505E5A">
      <w:pPr>
        <w:spacing w:after="0" w:line="240" w:lineRule="auto"/>
        <w:jc w:val="center"/>
        <w:rPr>
          <w:lang w:val="ru-RU"/>
        </w:rPr>
      </w:pPr>
      <w:r w:rsidRPr="00505E5A">
        <w:rPr>
          <w:rFonts w:ascii="Times New Roman" w:eastAsia="Times New Roman" w:hAnsi="Times New Roman"/>
          <w:b/>
          <w:sz w:val="28"/>
          <w:lang w:val="ru-RU"/>
        </w:rPr>
        <w:t xml:space="preserve">Об утверждении государственного творческого заказа на финансирование творческих кружков для детей и подростков в </w:t>
      </w:r>
      <w:proofErr w:type="spellStart"/>
      <w:r w:rsidRPr="00505E5A">
        <w:rPr>
          <w:rFonts w:ascii="Times New Roman" w:eastAsia="Times New Roman" w:hAnsi="Times New Roman"/>
          <w:b/>
          <w:sz w:val="28"/>
          <w:lang w:val="ru-RU"/>
        </w:rPr>
        <w:t>Жарминском</w:t>
      </w:r>
      <w:proofErr w:type="spellEnd"/>
      <w:r w:rsidRPr="00505E5A">
        <w:rPr>
          <w:rFonts w:ascii="Times New Roman" w:eastAsia="Times New Roman" w:hAnsi="Times New Roman"/>
          <w:b/>
          <w:sz w:val="28"/>
          <w:lang w:val="ru-RU"/>
        </w:rPr>
        <w:t xml:space="preserve"> районе в пределах объема бюджетных средств</w:t>
      </w:r>
    </w:p>
    <w:p w14:paraId="6C6B9623" w14:textId="77777777" w:rsidR="00505E5A" w:rsidRDefault="00505E5A" w:rsidP="00505E5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lang w:val="ru-RU"/>
        </w:rPr>
      </w:pPr>
    </w:p>
    <w:p w14:paraId="1D4F9FBA" w14:textId="77777777" w:rsidR="00505E5A" w:rsidRDefault="00505E5A" w:rsidP="00505E5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lang w:val="ru-RU"/>
        </w:rPr>
      </w:pPr>
    </w:p>
    <w:p w14:paraId="34AE86C5" w14:textId="0C0364B9" w:rsidR="00C2166E" w:rsidRPr="00505E5A" w:rsidRDefault="0088065E" w:rsidP="00505E5A">
      <w:pPr>
        <w:spacing w:after="0" w:line="240" w:lineRule="auto"/>
        <w:ind w:firstLine="709"/>
        <w:jc w:val="both"/>
        <w:rPr>
          <w:lang w:val="ru-RU"/>
        </w:rPr>
      </w:pPr>
      <w:r w:rsidRPr="00505E5A">
        <w:rPr>
          <w:rFonts w:ascii="Times New Roman" w:eastAsia="Times New Roman" w:hAnsi="Times New Roman"/>
          <w:sz w:val="28"/>
          <w:lang w:val="ru-RU"/>
        </w:rPr>
        <w:t xml:space="preserve">В соответствии с подпунктом 8-1) статьи 9 Закона Республики Казахстан «О культуре» и </w:t>
      </w:r>
      <w:r w:rsidR="00EC2969">
        <w:rPr>
          <w:rFonts w:ascii="Times New Roman" w:eastAsia="Times New Roman" w:hAnsi="Times New Roman"/>
          <w:sz w:val="28"/>
          <w:lang w:val="ru-RU"/>
        </w:rPr>
        <w:t xml:space="preserve">пункта 2 </w:t>
      </w:r>
      <w:r w:rsidRPr="00505E5A">
        <w:rPr>
          <w:rFonts w:ascii="Times New Roman" w:eastAsia="Times New Roman" w:hAnsi="Times New Roman"/>
          <w:sz w:val="28"/>
          <w:lang w:val="ru-RU"/>
        </w:rPr>
        <w:t>стать</w:t>
      </w:r>
      <w:r w:rsidR="00EC2969">
        <w:rPr>
          <w:rFonts w:ascii="Times New Roman" w:eastAsia="Times New Roman" w:hAnsi="Times New Roman"/>
          <w:sz w:val="28"/>
          <w:lang w:val="ru-RU"/>
        </w:rPr>
        <w:t>и</w:t>
      </w:r>
      <w:r w:rsidRPr="00505E5A">
        <w:rPr>
          <w:rFonts w:ascii="Times New Roman" w:eastAsia="Times New Roman" w:hAnsi="Times New Roman"/>
          <w:sz w:val="28"/>
          <w:lang w:val="ru-RU"/>
        </w:rPr>
        <w:t xml:space="preserve"> </w:t>
      </w:r>
      <w:r w:rsidR="00EC2969">
        <w:rPr>
          <w:rFonts w:ascii="Times New Roman" w:eastAsia="Times New Roman" w:hAnsi="Times New Roman"/>
          <w:sz w:val="28"/>
          <w:lang w:val="ru-RU"/>
        </w:rPr>
        <w:t>31</w:t>
      </w:r>
      <w:r w:rsidRPr="00505E5A">
        <w:rPr>
          <w:rFonts w:ascii="Times New Roman" w:eastAsia="Times New Roman" w:hAnsi="Times New Roman"/>
          <w:sz w:val="28"/>
          <w:lang w:val="ru-RU"/>
        </w:rPr>
        <w:t xml:space="preserve"> Закона Республики Казахстан «О местном государственном управлении и самоуправлении в Республике Казахстан» </w:t>
      </w:r>
      <w:proofErr w:type="spellStart"/>
      <w:r w:rsidRPr="00505E5A">
        <w:rPr>
          <w:rFonts w:ascii="Times New Roman" w:eastAsia="Times New Roman" w:hAnsi="Times New Roman"/>
          <w:sz w:val="28"/>
          <w:lang w:val="ru-RU"/>
        </w:rPr>
        <w:t>аким</w:t>
      </w:r>
      <w:proofErr w:type="spellEnd"/>
      <w:r w:rsidRPr="00505E5A">
        <w:rPr>
          <w:rFonts w:ascii="Times New Roman" w:eastAsia="Times New Roman" w:hAnsi="Times New Roman"/>
          <w:sz w:val="28"/>
          <w:lang w:val="ru-RU"/>
        </w:rPr>
        <w:t xml:space="preserve"> </w:t>
      </w:r>
      <w:proofErr w:type="spellStart"/>
      <w:r w:rsidRPr="00505E5A">
        <w:rPr>
          <w:rFonts w:ascii="Times New Roman" w:eastAsia="Times New Roman" w:hAnsi="Times New Roman"/>
          <w:sz w:val="28"/>
          <w:lang w:val="ru-RU"/>
        </w:rPr>
        <w:t>Жарминского</w:t>
      </w:r>
      <w:proofErr w:type="spellEnd"/>
      <w:r w:rsidRPr="00505E5A">
        <w:rPr>
          <w:rFonts w:ascii="Times New Roman" w:eastAsia="Times New Roman" w:hAnsi="Times New Roman"/>
          <w:sz w:val="28"/>
          <w:lang w:val="ru-RU"/>
        </w:rPr>
        <w:t xml:space="preserve"> района </w:t>
      </w:r>
      <w:r w:rsidRPr="00505E5A">
        <w:rPr>
          <w:rFonts w:ascii="Times New Roman" w:eastAsia="Times New Roman" w:hAnsi="Times New Roman"/>
          <w:b/>
          <w:sz w:val="28"/>
          <w:lang w:val="ru-RU"/>
        </w:rPr>
        <w:t>ПОСТАНОВЛЯЕТ:</w:t>
      </w:r>
    </w:p>
    <w:p w14:paraId="2674F68E" w14:textId="77777777" w:rsidR="00C2166E" w:rsidRPr="00505E5A" w:rsidRDefault="0088065E" w:rsidP="00505E5A">
      <w:pPr>
        <w:spacing w:after="0" w:line="240" w:lineRule="auto"/>
        <w:ind w:firstLine="709"/>
        <w:jc w:val="both"/>
        <w:rPr>
          <w:lang w:val="ru-RU"/>
        </w:rPr>
      </w:pPr>
      <w:r w:rsidRPr="00505E5A">
        <w:rPr>
          <w:rFonts w:ascii="Times New Roman" w:eastAsia="Times New Roman" w:hAnsi="Times New Roman"/>
          <w:sz w:val="28"/>
          <w:lang w:val="ru-RU"/>
        </w:rPr>
        <w:t xml:space="preserve">1. Утвердить государственный творческий заказ на финансирование творческих кружков для детей и подростков в </w:t>
      </w:r>
      <w:proofErr w:type="spellStart"/>
      <w:r w:rsidRPr="00505E5A">
        <w:rPr>
          <w:rFonts w:ascii="Times New Roman" w:eastAsia="Times New Roman" w:hAnsi="Times New Roman"/>
          <w:sz w:val="28"/>
          <w:lang w:val="ru-RU"/>
        </w:rPr>
        <w:t>Жарминском</w:t>
      </w:r>
      <w:proofErr w:type="spellEnd"/>
      <w:r w:rsidRPr="00505E5A">
        <w:rPr>
          <w:rFonts w:ascii="Times New Roman" w:eastAsia="Times New Roman" w:hAnsi="Times New Roman"/>
          <w:sz w:val="28"/>
          <w:lang w:val="ru-RU"/>
        </w:rPr>
        <w:t xml:space="preserve"> районе в пределах объема бюджетных средств.</w:t>
      </w:r>
    </w:p>
    <w:p w14:paraId="702367E5" w14:textId="77777777" w:rsidR="00C2166E" w:rsidRPr="00505E5A" w:rsidRDefault="0088065E" w:rsidP="00505E5A">
      <w:pPr>
        <w:spacing w:after="0" w:line="240" w:lineRule="auto"/>
        <w:ind w:firstLine="709"/>
        <w:jc w:val="both"/>
        <w:rPr>
          <w:lang w:val="ru-RU"/>
        </w:rPr>
      </w:pPr>
      <w:r w:rsidRPr="00505E5A">
        <w:rPr>
          <w:rFonts w:ascii="Times New Roman" w:eastAsia="Times New Roman" w:hAnsi="Times New Roman"/>
          <w:sz w:val="28"/>
          <w:lang w:val="ru-RU"/>
        </w:rPr>
        <w:t xml:space="preserve">2. Государственному учреждению «Отдел культуры, развития языков, физической культуры и спорта </w:t>
      </w:r>
      <w:proofErr w:type="spellStart"/>
      <w:r w:rsidRPr="00505E5A">
        <w:rPr>
          <w:rFonts w:ascii="Times New Roman" w:eastAsia="Times New Roman" w:hAnsi="Times New Roman"/>
          <w:sz w:val="28"/>
          <w:lang w:val="ru-RU"/>
        </w:rPr>
        <w:t>Жарминского</w:t>
      </w:r>
      <w:proofErr w:type="spellEnd"/>
      <w:r w:rsidRPr="00505E5A">
        <w:rPr>
          <w:rFonts w:ascii="Times New Roman" w:eastAsia="Times New Roman" w:hAnsi="Times New Roman"/>
          <w:sz w:val="28"/>
          <w:lang w:val="ru-RU"/>
        </w:rPr>
        <w:t xml:space="preserve"> района» (точное наименование подлежит проверке) в пределах компетенции, установленной законодательством:</w:t>
      </w:r>
    </w:p>
    <w:p w14:paraId="1955B2E1" w14:textId="77777777" w:rsidR="00C2166E" w:rsidRPr="00505E5A" w:rsidRDefault="0088065E" w:rsidP="00EC2969">
      <w:pPr>
        <w:spacing w:after="0" w:line="240" w:lineRule="auto"/>
        <w:ind w:firstLine="709"/>
        <w:jc w:val="both"/>
        <w:rPr>
          <w:lang w:val="ru-RU"/>
        </w:rPr>
      </w:pPr>
      <w:r w:rsidRPr="00505E5A">
        <w:rPr>
          <w:rFonts w:ascii="Times New Roman" w:eastAsia="Times New Roman" w:hAnsi="Times New Roman"/>
          <w:sz w:val="28"/>
          <w:lang w:val="ru-RU"/>
        </w:rPr>
        <w:t>1) согласовать с уполномоченным органом области Абай в сфере культуры вопросы размещения государственного творческого заказа и организации его исполнения;</w:t>
      </w:r>
    </w:p>
    <w:p w14:paraId="07BC30CB" w14:textId="77777777" w:rsidR="00C2166E" w:rsidRPr="00505E5A" w:rsidRDefault="0088065E" w:rsidP="00EC2969">
      <w:pPr>
        <w:spacing w:after="0" w:line="240" w:lineRule="auto"/>
        <w:ind w:firstLine="709"/>
        <w:jc w:val="both"/>
        <w:rPr>
          <w:lang w:val="ru-RU"/>
        </w:rPr>
      </w:pPr>
      <w:r w:rsidRPr="00505E5A">
        <w:rPr>
          <w:rFonts w:ascii="Times New Roman" w:eastAsia="Times New Roman" w:hAnsi="Times New Roman"/>
          <w:sz w:val="28"/>
          <w:lang w:val="ru-RU"/>
        </w:rPr>
        <w:t>2) уточнить объем финансирования на 2027 год, направления творческих кружков и количество мест на основании утвержденного бюджета и действующих правил;</w:t>
      </w:r>
    </w:p>
    <w:p w14:paraId="59A8810F" w14:textId="77777777" w:rsidR="00C2166E" w:rsidRPr="00505E5A" w:rsidRDefault="0088065E" w:rsidP="00EC2969">
      <w:pPr>
        <w:spacing w:after="0" w:line="240" w:lineRule="auto"/>
        <w:ind w:firstLine="709"/>
        <w:jc w:val="both"/>
        <w:rPr>
          <w:lang w:val="ru-RU"/>
        </w:rPr>
      </w:pPr>
      <w:r w:rsidRPr="00505E5A">
        <w:rPr>
          <w:rFonts w:ascii="Times New Roman" w:eastAsia="Times New Roman" w:hAnsi="Times New Roman"/>
          <w:sz w:val="28"/>
          <w:lang w:val="ru-RU"/>
        </w:rPr>
        <w:t>3) обеспечить в пределах компетенции надлежащее исполнение государственного творческого заказа, контроль качества оказываемых услуг и целевого использования бюджетных средств.</w:t>
      </w:r>
    </w:p>
    <w:p w14:paraId="306C07D3" w14:textId="77777777" w:rsidR="00C2166E" w:rsidRPr="00505E5A" w:rsidRDefault="0088065E" w:rsidP="00505E5A">
      <w:pPr>
        <w:spacing w:after="0" w:line="240" w:lineRule="auto"/>
        <w:ind w:firstLine="709"/>
        <w:jc w:val="both"/>
        <w:rPr>
          <w:lang w:val="ru-RU"/>
        </w:rPr>
      </w:pPr>
      <w:r w:rsidRPr="00505E5A">
        <w:rPr>
          <w:rFonts w:ascii="Times New Roman" w:eastAsia="Times New Roman" w:hAnsi="Times New Roman"/>
          <w:sz w:val="28"/>
          <w:lang w:val="ru-RU"/>
        </w:rPr>
        <w:t xml:space="preserve">3. Контроль за исполнением настоящего постановления возложить на курирующего заместителя </w:t>
      </w:r>
      <w:proofErr w:type="spellStart"/>
      <w:r w:rsidRPr="00505E5A">
        <w:rPr>
          <w:rFonts w:ascii="Times New Roman" w:eastAsia="Times New Roman" w:hAnsi="Times New Roman"/>
          <w:sz w:val="28"/>
          <w:lang w:val="ru-RU"/>
        </w:rPr>
        <w:t>акима</w:t>
      </w:r>
      <w:proofErr w:type="spellEnd"/>
      <w:r w:rsidRPr="00505E5A">
        <w:rPr>
          <w:rFonts w:ascii="Times New Roman" w:eastAsia="Times New Roman" w:hAnsi="Times New Roman"/>
          <w:sz w:val="28"/>
          <w:lang w:val="ru-RU"/>
        </w:rPr>
        <w:t xml:space="preserve"> района.</w:t>
      </w:r>
    </w:p>
    <w:p w14:paraId="3B74E84B" w14:textId="77777777" w:rsidR="00C2166E" w:rsidRPr="00505E5A" w:rsidRDefault="0088065E" w:rsidP="00505E5A">
      <w:pPr>
        <w:spacing w:after="0" w:line="240" w:lineRule="auto"/>
        <w:ind w:firstLine="709"/>
        <w:jc w:val="both"/>
        <w:rPr>
          <w:lang w:val="ru-RU"/>
        </w:rPr>
      </w:pPr>
      <w:r w:rsidRPr="00505E5A">
        <w:rPr>
          <w:rFonts w:ascii="Times New Roman" w:eastAsia="Times New Roman" w:hAnsi="Times New Roman"/>
          <w:sz w:val="28"/>
          <w:lang w:val="ru-RU"/>
        </w:rPr>
        <w:t>4. Настоящее постановление распространяется на правоотношения, возникшие с 1 января 2027 года.</w:t>
      </w:r>
    </w:p>
    <w:p w14:paraId="3D09884C" w14:textId="77777777" w:rsidR="00505E5A" w:rsidRDefault="00505E5A" w:rsidP="00505E5A">
      <w:pPr>
        <w:spacing w:after="0" w:line="240" w:lineRule="auto"/>
        <w:jc w:val="both"/>
        <w:rPr>
          <w:rFonts w:ascii="Times New Roman" w:eastAsia="Times New Roman" w:hAnsi="Times New Roman"/>
          <w:sz w:val="28"/>
          <w:lang w:val="ru-RU"/>
        </w:rPr>
      </w:pPr>
    </w:p>
    <w:p w14:paraId="79094804" w14:textId="77777777" w:rsidR="00505E5A" w:rsidRDefault="00505E5A" w:rsidP="00505E5A">
      <w:pPr>
        <w:spacing w:after="0" w:line="240" w:lineRule="auto"/>
        <w:jc w:val="both"/>
        <w:rPr>
          <w:rFonts w:ascii="Times New Roman" w:eastAsia="Times New Roman" w:hAnsi="Times New Roman"/>
          <w:sz w:val="28"/>
          <w:lang w:val="ru-RU"/>
        </w:rPr>
      </w:pPr>
    </w:p>
    <w:p w14:paraId="0F005965" w14:textId="027B7DE1" w:rsidR="00C2166E" w:rsidRPr="00505E5A" w:rsidRDefault="0088065E" w:rsidP="00505E5A">
      <w:pPr>
        <w:spacing w:after="0" w:line="240" w:lineRule="auto"/>
        <w:jc w:val="both"/>
        <w:rPr>
          <w:lang w:val="ru-RU"/>
        </w:rPr>
      </w:pPr>
      <w:r w:rsidRPr="00505E5A">
        <w:rPr>
          <w:rFonts w:ascii="Times New Roman" w:eastAsia="Times New Roman" w:hAnsi="Times New Roman"/>
          <w:b/>
          <w:sz w:val="28"/>
          <w:lang w:val="ru-RU"/>
        </w:rPr>
        <w:t>Аким района</w:t>
      </w:r>
      <w:r w:rsidRPr="00505E5A">
        <w:rPr>
          <w:rFonts w:ascii="Times New Roman" w:eastAsia="Times New Roman" w:hAnsi="Times New Roman"/>
          <w:sz w:val="28"/>
          <w:lang w:val="ru-RU"/>
        </w:rPr>
        <w:t xml:space="preserve"> </w:t>
      </w:r>
      <w:r w:rsidR="00505E5A">
        <w:rPr>
          <w:rFonts w:ascii="Times New Roman" w:eastAsia="Times New Roman" w:hAnsi="Times New Roman"/>
          <w:sz w:val="28"/>
          <w:lang w:val="ru-RU"/>
        </w:rPr>
        <w:tab/>
      </w:r>
      <w:r w:rsidR="00505E5A">
        <w:rPr>
          <w:rFonts w:ascii="Times New Roman" w:eastAsia="Times New Roman" w:hAnsi="Times New Roman"/>
          <w:sz w:val="28"/>
          <w:lang w:val="ru-RU"/>
        </w:rPr>
        <w:tab/>
      </w:r>
      <w:r w:rsidR="00505E5A">
        <w:rPr>
          <w:rFonts w:ascii="Times New Roman" w:eastAsia="Times New Roman" w:hAnsi="Times New Roman"/>
          <w:sz w:val="28"/>
          <w:lang w:val="ru-RU"/>
        </w:rPr>
        <w:tab/>
      </w:r>
      <w:r w:rsidR="00505E5A">
        <w:rPr>
          <w:rFonts w:ascii="Times New Roman" w:eastAsia="Times New Roman" w:hAnsi="Times New Roman"/>
          <w:sz w:val="28"/>
          <w:lang w:val="ru-RU"/>
        </w:rPr>
        <w:tab/>
      </w:r>
      <w:r w:rsidR="00505E5A">
        <w:rPr>
          <w:rFonts w:ascii="Times New Roman" w:eastAsia="Times New Roman" w:hAnsi="Times New Roman"/>
          <w:sz w:val="28"/>
          <w:lang w:val="ru-RU"/>
        </w:rPr>
        <w:tab/>
      </w:r>
      <w:r w:rsidR="00505E5A">
        <w:rPr>
          <w:rFonts w:ascii="Times New Roman" w:eastAsia="Times New Roman" w:hAnsi="Times New Roman"/>
          <w:sz w:val="28"/>
          <w:lang w:val="ru-RU"/>
        </w:rPr>
        <w:tab/>
      </w:r>
      <w:r w:rsidR="00505E5A">
        <w:rPr>
          <w:rFonts w:ascii="Times New Roman" w:eastAsia="Times New Roman" w:hAnsi="Times New Roman"/>
          <w:sz w:val="28"/>
          <w:lang w:val="ru-RU"/>
        </w:rPr>
        <w:tab/>
      </w:r>
      <w:r w:rsidR="00505E5A">
        <w:rPr>
          <w:rFonts w:ascii="Times New Roman" w:eastAsia="Times New Roman" w:hAnsi="Times New Roman"/>
          <w:sz w:val="28"/>
          <w:lang w:val="ru-RU"/>
        </w:rPr>
        <w:tab/>
      </w:r>
      <w:r w:rsidR="00505E5A">
        <w:rPr>
          <w:rFonts w:ascii="Times New Roman" w:eastAsia="Times New Roman" w:hAnsi="Times New Roman"/>
          <w:sz w:val="28"/>
          <w:lang w:val="ru-RU"/>
        </w:rPr>
        <w:tab/>
        <w:t xml:space="preserve">   </w:t>
      </w:r>
      <w:r w:rsidR="00505E5A" w:rsidRPr="00505E5A">
        <w:rPr>
          <w:rFonts w:ascii="Times New Roman" w:eastAsia="Times New Roman" w:hAnsi="Times New Roman"/>
          <w:b/>
          <w:sz w:val="28"/>
          <w:lang w:val="ru-RU"/>
        </w:rPr>
        <w:t xml:space="preserve">Б. </w:t>
      </w:r>
      <w:proofErr w:type="spellStart"/>
      <w:r w:rsidR="00505E5A" w:rsidRPr="00505E5A">
        <w:rPr>
          <w:rFonts w:ascii="Times New Roman" w:eastAsia="Times New Roman" w:hAnsi="Times New Roman"/>
          <w:b/>
          <w:sz w:val="28"/>
          <w:lang w:val="ru-RU"/>
        </w:rPr>
        <w:t>Терликбаев</w:t>
      </w:r>
      <w:proofErr w:type="spellEnd"/>
    </w:p>
    <w:p w14:paraId="05D50376" w14:textId="5698DA22" w:rsidR="00C2166E" w:rsidRPr="00505E5A" w:rsidRDefault="00C2166E" w:rsidP="00505E5A">
      <w:pPr>
        <w:spacing w:after="0"/>
        <w:jc w:val="both"/>
        <w:rPr>
          <w:lang w:val="ru-RU"/>
        </w:rPr>
      </w:pPr>
    </w:p>
    <w:sectPr w:rsidR="00C2166E" w:rsidRPr="00505E5A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54A5A"/>
    <w:rsid w:val="0029639D"/>
    <w:rsid w:val="00326F90"/>
    <w:rsid w:val="00505E5A"/>
    <w:rsid w:val="005E34C5"/>
    <w:rsid w:val="0088065E"/>
    <w:rsid w:val="00AA1D8D"/>
    <w:rsid w:val="00B47730"/>
    <w:rsid w:val="00C2166E"/>
    <w:rsid w:val="00CB0664"/>
    <w:rsid w:val="00EC2969"/>
    <w:rsid w:val="00FA608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834784F"/>
  <w14:defaultImageDpi w14:val="300"/>
  <w15:docId w15:val="{82837C67-037E-CE41-A138-EEB7925CB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8FB3311-6968-4D11-928A-DCC8B84F8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457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</cp:lastModifiedBy>
  <cp:revision>4</cp:revision>
  <dcterms:created xsi:type="dcterms:W3CDTF">2026-10-21T10:08:00Z</dcterms:created>
  <dcterms:modified xsi:type="dcterms:W3CDTF">2026-10-21T11:05:00Z</dcterms:modified>
  <cp:category/>
</cp:coreProperties>
</file>