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B0185" w14:textId="430CF495" w:rsidR="00BA5C4D" w:rsidRDefault="00BA5C4D" w:rsidP="00020B3A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bookmarkStart w:id="0" w:name="_GoBack"/>
      <w:bookmarkEnd w:id="0"/>
    </w:p>
    <w:p w14:paraId="1541D9E0" w14:textId="77777777" w:rsidR="008963FF" w:rsidRPr="008963FF" w:rsidRDefault="008963FF" w:rsidP="008963FF">
      <w:pPr>
        <w:spacing w:after="0"/>
        <w:ind w:firstLine="720"/>
        <w:contextualSpacing/>
        <w:jc w:val="center"/>
        <w:rPr>
          <w:b/>
          <w:sz w:val="28"/>
          <w:szCs w:val="28"/>
          <w:lang w:val="ru-RU"/>
        </w:rPr>
      </w:pPr>
      <w:r w:rsidRPr="008963FF">
        <w:rPr>
          <w:b/>
          <w:sz w:val="28"/>
          <w:szCs w:val="28"/>
          <w:lang w:val="ru-RU"/>
        </w:rPr>
        <w:t>БАСПАСӨЗ ХАБАРЛАМАСЫ</w:t>
      </w:r>
    </w:p>
    <w:p w14:paraId="1A502205" w14:textId="77777777" w:rsidR="008963FF" w:rsidRPr="008963FF" w:rsidRDefault="008963FF" w:rsidP="008963FF">
      <w:pPr>
        <w:spacing w:after="0"/>
        <w:ind w:firstLine="720"/>
        <w:contextualSpacing/>
        <w:jc w:val="center"/>
        <w:rPr>
          <w:b/>
          <w:sz w:val="28"/>
          <w:szCs w:val="28"/>
          <w:lang w:val="ru-RU"/>
        </w:rPr>
      </w:pPr>
      <w:proofErr w:type="spellStart"/>
      <w:r w:rsidRPr="008963FF">
        <w:rPr>
          <w:b/>
          <w:sz w:val="28"/>
          <w:szCs w:val="28"/>
          <w:lang w:val="ru-RU"/>
        </w:rPr>
        <w:t>Қостанай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облысының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мемлекеттік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органдарының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бухгалтерлік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қызметтері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кадрлық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қамтамасыз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етуді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жетілдіруді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қажет</w:t>
      </w:r>
      <w:proofErr w:type="spellEnd"/>
      <w:r w:rsidRPr="008963FF">
        <w:rPr>
          <w:b/>
          <w:sz w:val="28"/>
          <w:szCs w:val="28"/>
          <w:lang w:val="ru-RU"/>
        </w:rPr>
        <w:t xml:space="preserve"> </w:t>
      </w:r>
      <w:proofErr w:type="spellStart"/>
      <w:r w:rsidRPr="008963FF">
        <w:rPr>
          <w:b/>
          <w:sz w:val="28"/>
          <w:szCs w:val="28"/>
          <w:lang w:val="ru-RU"/>
        </w:rPr>
        <w:t>етеді</w:t>
      </w:r>
      <w:proofErr w:type="spellEnd"/>
    </w:p>
    <w:p w14:paraId="0F35E3C6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t>Қостанай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облысы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бойынша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тексеру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комиссиясы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мемлекеттік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органдар</w:t>
      </w:r>
      <w:proofErr w:type="spellEnd"/>
      <w:r w:rsidRPr="008963FF">
        <w:rPr>
          <w:sz w:val="28"/>
          <w:szCs w:val="28"/>
          <w:lang w:val="ru-RU"/>
        </w:rPr>
        <w:t xml:space="preserve"> мен </w:t>
      </w:r>
      <w:proofErr w:type="spellStart"/>
      <w:r w:rsidRPr="008963FF">
        <w:rPr>
          <w:sz w:val="28"/>
          <w:szCs w:val="28"/>
          <w:lang w:val="ru-RU"/>
        </w:rPr>
        <w:t>жергілікті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өзін-өзі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басқару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органдарының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кадрлармен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қамтамасыз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етілуі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олардың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еңбегіне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ақы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төлеу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мәселелері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бойынша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сараптамалық-талдау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іс-шарасын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өткізді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216FE11F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t>Қызметкерлердің</w:t>
      </w:r>
      <w:proofErr w:type="spellEnd"/>
      <w:r w:rsidRPr="008963FF">
        <w:rPr>
          <w:sz w:val="28"/>
          <w:szCs w:val="28"/>
          <w:lang w:val="ru-RU"/>
        </w:rPr>
        <w:t xml:space="preserve"> саны, бос </w:t>
      </w:r>
      <w:proofErr w:type="spellStart"/>
      <w:r w:rsidRPr="008963FF">
        <w:rPr>
          <w:sz w:val="28"/>
          <w:szCs w:val="28"/>
          <w:lang w:val="ru-RU"/>
        </w:rPr>
        <w:t>жұмыс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орындарының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болуы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мамандардың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біліктілігі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еңбекақы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төлеу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деңгейі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жүктеме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2023-2025 </w:t>
      </w:r>
      <w:proofErr w:type="spellStart"/>
      <w:r w:rsidRPr="008963FF">
        <w:rPr>
          <w:sz w:val="28"/>
          <w:szCs w:val="28"/>
          <w:lang w:val="ru-RU"/>
        </w:rPr>
        <w:t>жылдардағы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есепті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Автоматтандыру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2026 </w:t>
      </w:r>
      <w:proofErr w:type="spellStart"/>
      <w:r w:rsidRPr="008963FF">
        <w:rPr>
          <w:sz w:val="28"/>
          <w:szCs w:val="28"/>
          <w:lang w:val="ru-RU"/>
        </w:rPr>
        <w:t>жылдың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бірінші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тоқсаны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зерттелді</w:t>
      </w:r>
      <w:proofErr w:type="spellEnd"/>
      <w:r w:rsidRPr="008963FF">
        <w:rPr>
          <w:sz w:val="28"/>
          <w:szCs w:val="28"/>
          <w:lang w:val="ru-RU"/>
        </w:rPr>
        <w:t xml:space="preserve">. 2023-2025 </w:t>
      </w:r>
      <w:proofErr w:type="spellStart"/>
      <w:r w:rsidRPr="008963FF">
        <w:rPr>
          <w:sz w:val="28"/>
          <w:szCs w:val="28"/>
          <w:lang w:val="ru-RU"/>
        </w:rPr>
        <w:t>жылдардағы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2026 </w:t>
      </w:r>
      <w:proofErr w:type="spellStart"/>
      <w:r w:rsidRPr="008963FF">
        <w:rPr>
          <w:sz w:val="28"/>
          <w:szCs w:val="28"/>
          <w:lang w:val="ru-RU"/>
        </w:rPr>
        <w:t>жылдың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бірінші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жартыжылдығындағы</w:t>
      </w:r>
      <w:proofErr w:type="spellEnd"/>
      <w:r w:rsidRPr="008963FF">
        <w:rPr>
          <w:sz w:val="28"/>
          <w:szCs w:val="28"/>
          <w:lang w:val="ru-RU"/>
        </w:rPr>
        <w:t xml:space="preserve"> аудит </w:t>
      </w:r>
      <w:proofErr w:type="spellStart"/>
      <w:r w:rsidRPr="008963FF">
        <w:rPr>
          <w:sz w:val="28"/>
          <w:szCs w:val="28"/>
          <w:lang w:val="ru-RU"/>
        </w:rPr>
        <w:t>нәтижелері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қосымша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талданды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5C1C32F5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t>Жиынтық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деректер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бойынша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талдаумен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қамтылған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органдардың</w:t>
      </w:r>
      <w:proofErr w:type="spellEnd"/>
      <w:r w:rsidRPr="008963FF">
        <w:rPr>
          <w:sz w:val="28"/>
          <w:szCs w:val="28"/>
          <w:lang w:val="ru-RU"/>
        </w:rPr>
        <w:t xml:space="preserve"> саны </w:t>
      </w:r>
      <w:proofErr w:type="spellStart"/>
      <w:r w:rsidRPr="008963FF">
        <w:rPr>
          <w:sz w:val="28"/>
          <w:szCs w:val="28"/>
          <w:lang w:val="ru-RU"/>
        </w:rPr>
        <w:t>өзгермеген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жағдайда</w:t>
      </w:r>
      <w:proofErr w:type="spellEnd"/>
      <w:r w:rsidRPr="008963FF">
        <w:rPr>
          <w:sz w:val="28"/>
          <w:szCs w:val="28"/>
          <w:lang w:val="ru-RU"/>
        </w:rPr>
        <w:t xml:space="preserve"> - 403 </w:t>
      </w:r>
      <w:proofErr w:type="spellStart"/>
      <w:r w:rsidRPr="008963FF">
        <w:rPr>
          <w:sz w:val="28"/>
          <w:szCs w:val="28"/>
          <w:lang w:val="ru-RU"/>
        </w:rPr>
        <w:t>бірлік-қаржы-бухгалтерлік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Қызметтердің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мемлекеттік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қызметшілерінің</w:t>
      </w:r>
      <w:proofErr w:type="spellEnd"/>
      <w:r w:rsidRPr="008963FF">
        <w:rPr>
          <w:sz w:val="28"/>
          <w:szCs w:val="28"/>
          <w:lang w:val="ru-RU"/>
        </w:rPr>
        <w:t xml:space="preserve"> саны 312 </w:t>
      </w:r>
      <w:proofErr w:type="spellStart"/>
      <w:r w:rsidRPr="008963FF">
        <w:rPr>
          <w:sz w:val="28"/>
          <w:szCs w:val="28"/>
          <w:lang w:val="ru-RU"/>
        </w:rPr>
        <w:t>бірліктен</w:t>
      </w:r>
      <w:proofErr w:type="spellEnd"/>
      <w:r w:rsidRPr="008963FF">
        <w:rPr>
          <w:sz w:val="28"/>
          <w:szCs w:val="28"/>
          <w:lang w:val="ru-RU"/>
        </w:rPr>
        <w:t xml:space="preserve"> 280 </w:t>
      </w:r>
      <w:proofErr w:type="spellStart"/>
      <w:r w:rsidRPr="008963FF">
        <w:rPr>
          <w:sz w:val="28"/>
          <w:szCs w:val="28"/>
          <w:lang w:val="ru-RU"/>
        </w:rPr>
        <w:t>бірлікке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дейін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немесе</w:t>
      </w:r>
      <w:proofErr w:type="spellEnd"/>
      <w:r w:rsidRPr="008963FF">
        <w:rPr>
          <w:sz w:val="28"/>
          <w:szCs w:val="28"/>
          <w:lang w:val="ru-RU"/>
        </w:rPr>
        <w:t xml:space="preserve"> 10,2 </w:t>
      </w:r>
      <w:proofErr w:type="spellStart"/>
      <w:r w:rsidRPr="008963FF">
        <w:rPr>
          <w:sz w:val="28"/>
          <w:szCs w:val="28"/>
          <w:lang w:val="ru-RU"/>
        </w:rPr>
        <w:t>пайызға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қысқарды</w:t>
      </w:r>
      <w:proofErr w:type="spellEnd"/>
      <w:r w:rsidRPr="008963FF">
        <w:rPr>
          <w:sz w:val="28"/>
          <w:szCs w:val="28"/>
          <w:lang w:val="ru-RU"/>
        </w:rPr>
        <w:t xml:space="preserve">. Осы </w:t>
      </w:r>
      <w:proofErr w:type="spellStart"/>
      <w:r w:rsidRPr="008963FF">
        <w:rPr>
          <w:sz w:val="28"/>
          <w:szCs w:val="28"/>
          <w:lang w:val="ru-RU"/>
        </w:rPr>
        <w:t>кезеңде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штаттан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тыс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қызметкерлер</w:t>
      </w:r>
      <w:proofErr w:type="spellEnd"/>
      <w:r w:rsidRPr="008963FF">
        <w:rPr>
          <w:sz w:val="28"/>
          <w:szCs w:val="28"/>
          <w:lang w:val="ru-RU"/>
        </w:rPr>
        <w:t xml:space="preserve"> саны 159,75-тен 175 </w:t>
      </w:r>
      <w:proofErr w:type="spellStart"/>
      <w:r w:rsidRPr="008963FF">
        <w:rPr>
          <w:sz w:val="28"/>
          <w:szCs w:val="28"/>
          <w:lang w:val="ru-RU"/>
        </w:rPr>
        <w:t>штаттық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бірлікке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дейін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өсті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40DBD2E5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t>Талдау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ұзақ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мерзімді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жұмыс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орындарын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біркелкі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емес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жүктемені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жеке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органдардың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штаттан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тыс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жұмысшыларға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тәуелділігін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анықтады</w:t>
      </w:r>
      <w:proofErr w:type="spellEnd"/>
      <w:r w:rsidRPr="008963FF">
        <w:rPr>
          <w:sz w:val="28"/>
          <w:szCs w:val="28"/>
          <w:lang w:val="ru-RU"/>
        </w:rPr>
        <w:t xml:space="preserve">. </w:t>
      </w:r>
      <w:proofErr w:type="spellStart"/>
      <w:r w:rsidRPr="008963FF">
        <w:rPr>
          <w:sz w:val="28"/>
          <w:szCs w:val="28"/>
          <w:lang w:val="ru-RU"/>
        </w:rPr>
        <w:t>Ауылдық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округтер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әкімдерінің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аппараттары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сондай-ақ</w:t>
      </w:r>
      <w:proofErr w:type="spellEnd"/>
      <w:r w:rsidRPr="008963FF">
        <w:rPr>
          <w:sz w:val="28"/>
          <w:szCs w:val="28"/>
          <w:lang w:val="ru-RU"/>
        </w:rPr>
        <w:t xml:space="preserve"> ТКШ, </w:t>
      </w:r>
      <w:proofErr w:type="spellStart"/>
      <w:r w:rsidRPr="008963FF">
        <w:rPr>
          <w:sz w:val="28"/>
          <w:szCs w:val="28"/>
          <w:lang w:val="ru-RU"/>
        </w:rPr>
        <w:t>құрылыс</w:t>
      </w:r>
      <w:proofErr w:type="spellEnd"/>
      <w:r w:rsidRPr="008963FF">
        <w:rPr>
          <w:sz w:val="28"/>
          <w:szCs w:val="28"/>
          <w:lang w:val="ru-RU"/>
        </w:rPr>
        <w:t xml:space="preserve">, экономика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қаржы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бөлімдері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неғұрлым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осал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болып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табылады</w:t>
      </w:r>
      <w:proofErr w:type="spellEnd"/>
      <w:r w:rsidRPr="008963FF">
        <w:rPr>
          <w:sz w:val="28"/>
          <w:szCs w:val="28"/>
          <w:lang w:val="ru-RU"/>
        </w:rPr>
        <w:t xml:space="preserve">. </w:t>
      </w:r>
      <w:proofErr w:type="spellStart"/>
      <w:r w:rsidRPr="008963FF">
        <w:rPr>
          <w:sz w:val="28"/>
          <w:szCs w:val="28"/>
          <w:lang w:val="ru-RU"/>
        </w:rPr>
        <w:t>Еңбекақы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төлеу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шарттары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әрқашан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орындалатын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функциялардың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көлемі</w:t>
      </w:r>
      <w:proofErr w:type="spellEnd"/>
      <w:r w:rsidRPr="008963FF">
        <w:rPr>
          <w:sz w:val="28"/>
          <w:szCs w:val="28"/>
          <w:lang w:val="ru-RU"/>
        </w:rPr>
        <w:t xml:space="preserve"> мен </w:t>
      </w:r>
      <w:proofErr w:type="spellStart"/>
      <w:r w:rsidRPr="008963FF">
        <w:rPr>
          <w:sz w:val="28"/>
          <w:szCs w:val="28"/>
          <w:lang w:val="ru-RU"/>
        </w:rPr>
        <w:t>күрделілігіндегі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айырмашылықтарды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ескермейді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4C3678A0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r w:rsidRPr="008963FF">
        <w:rPr>
          <w:sz w:val="28"/>
          <w:szCs w:val="28"/>
          <w:lang w:val="ru-RU"/>
        </w:rPr>
        <w:t xml:space="preserve">"1С-Бухгалтерия"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"Парус" </w:t>
      </w:r>
      <w:proofErr w:type="spellStart"/>
      <w:r w:rsidRPr="008963FF">
        <w:rPr>
          <w:sz w:val="28"/>
          <w:szCs w:val="28"/>
          <w:lang w:val="ru-RU"/>
        </w:rPr>
        <w:t>ақпараттық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жүйелерін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қолдануға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қарамастан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есепке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алуды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бірыңғай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автоматтандыру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барлық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қаралған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органдарда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қамтамасыз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етілмеген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60BE7F5E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t>Қорытындыға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сәйкес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тексеру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комиссиясы</w:t>
      </w:r>
      <w:proofErr w:type="spellEnd"/>
      <w:r w:rsidRPr="008963FF">
        <w:rPr>
          <w:sz w:val="28"/>
          <w:szCs w:val="28"/>
          <w:lang w:val="ru-RU"/>
        </w:rPr>
        <w:t xml:space="preserve"> 2023-2025 </w:t>
      </w:r>
      <w:proofErr w:type="spellStart"/>
      <w:r w:rsidRPr="008963FF">
        <w:rPr>
          <w:sz w:val="28"/>
          <w:szCs w:val="28"/>
          <w:lang w:val="ru-RU"/>
        </w:rPr>
        <w:t>жылдары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2026 </w:t>
      </w:r>
      <w:proofErr w:type="spellStart"/>
      <w:r w:rsidRPr="008963FF">
        <w:rPr>
          <w:sz w:val="28"/>
          <w:szCs w:val="28"/>
          <w:lang w:val="ru-RU"/>
        </w:rPr>
        <w:t>жылдың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бірінші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жартыжылдығында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анықтаған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қаржылық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бұзушылықтардың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жалпы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сомасы</w:t>
      </w:r>
      <w:proofErr w:type="spellEnd"/>
      <w:r w:rsidRPr="008963FF">
        <w:rPr>
          <w:sz w:val="28"/>
          <w:szCs w:val="28"/>
          <w:lang w:val="ru-RU"/>
        </w:rPr>
        <w:t xml:space="preserve"> 57,1 миллиард </w:t>
      </w:r>
      <w:proofErr w:type="spellStart"/>
      <w:r w:rsidRPr="008963FF">
        <w:rPr>
          <w:sz w:val="28"/>
          <w:szCs w:val="28"/>
          <w:lang w:val="ru-RU"/>
        </w:rPr>
        <w:t>теңгені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құрады</w:t>
      </w:r>
      <w:proofErr w:type="spellEnd"/>
      <w:r w:rsidRPr="008963FF">
        <w:rPr>
          <w:sz w:val="28"/>
          <w:szCs w:val="28"/>
          <w:lang w:val="ru-RU"/>
        </w:rPr>
        <w:t xml:space="preserve">. </w:t>
      </w:r>
      <w:proofErr w:type="spellStart"/>
      <w:r w:rsidRPr="008963FF">
        <w:rPr>
          <w:sz w:val="28"/>
          <w:szCs w:val="28"/>
          <w:lang w:val="ru-RU"/>
        </w:rPr>
        <w:t>Оның</w:t>
      </w:r>
      <w:proofErr w:type="spellEnd"/>
      <w:r w:rsidRPr="008963FF">
        <w:rPr>
          <w:sz w:val="28"/>
          <w:szCs w:val="28"/>
          <w:lang w:val="ru-RU"/>
        </w:rPr>
        <w:t xml:space="preserve"> 47,5 миллиард </w:t>
      </w:r>
      <w:proofErr w:type="spellStart"/>
      <w:r w:rsidRPr="008963FF">
        <w:rPr>
          <w:sz w:val="28"/>
          <w:szCs w:val="28"/>
          <w:lang w:val="ru-RU"/>
        </w:rPr>
        <w:t>теңгесі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немесе</w:t>
      </w:r>
      <w:proofErr w:type="spellEnd"/>
      <w:r w:rsidRPr="008963FF">
        <w:rPr>
          <w:sz w:val="28"/>
          <w:szCs w:val="28"/>
          <w:lang w:val="ru-RU"/>
        </w:rPr>
        <w:t xml:space="preserve"> 83,2 </w:t>
      </w:r>
      <w:proofErr w:type="spellStart"/>
      <w:r w:rsidRPr="008963FF">
        <w:rPr>
          <w:sz w:val="28"/>
          <w:szCs w:val="28"/>
          <w:lang w:val="ru-RU"/>
        </w:rPr>
        <w:t>пайызы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есеп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қаржылық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есептілік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саласына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тиесілі</w:t>
      </w:r>
      <w:proofErr w:type="spellEnd"/>
      <w:r w:rsidRPr="008963FF">
        <w:rPr>
          <w:sz w:val="28"/>
          <w:szCs w:val="28"/>
          <w:lang w:val="ru-RU"/>
        </w:rPr>
        <w:t xml:space="preserve">. </w:t>
      </w:r>
      <w:proofErr w:type="spellStart"/>
      <w:r w:rsidRPr="008963FF">
        <w:rPr>
          <w:sz w:val="28"/>
          <w:szCs w:val="28"/>
          <w:lang w:val="ru-RU"/>
        </w:rPr>
        <w:t>Бұл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сомалар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анықталған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қаржылық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бұзушылықтарды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көрсетеді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автоматты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түрде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бюджетке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келтірілген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залалға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теңестірілмейді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072932E9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t>Іс</w:t>
      </w:r>
      <w:proofErr w:type="spellEnd"/>
      <w:r w:rsidRPr="008963FF">
        <w:rPr>
          <w:sz w:val="28"/>
          <w:szCs w:val="28"/>
          <w:lang w:val="ru-RU"/>
        </w:rPr>
        <w:t xml:space="preserve">-шара </w:t>
      </w:r>
      <w:proofErr w:type="spellStart"/>
      <w:r w:rsidRPr="008963FF">
        <w:rPr>
          <w:sz w:val="28"/>
          <w:szCs w:val="28"/>
          <w:lang w:val="ru-RU"/>
        </w:rPr>
        <w:t>қорытындысы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бойынша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Қостанай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облысы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әкімдігінің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қаржы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басқармасына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жүктемені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жауапкершілікті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функциялардың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күрделілігін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ескере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отырып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қызметкерлерге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еңбекақы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төлеудің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тартымдылығын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арттыру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бойынша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ұсынымдар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дайындалды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5292CE7D" w14:textId="77777777" w:rsidR="008963FF" w:rsidRPr="008963FF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r w:rsidRPr="008963FF">
        <w:rPr>
          <w:sz w:val="28"/>
          <w:szCs w:val="28"/>
          <w:lang w:val="ru-RU"/>
        </w:rPr>
        <w:t xml:space="preserve">Экономика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бюджеттік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жоспарлау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басқармасына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орталықтандырылған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қызмет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көрсету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немесе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жекелеген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аудандарда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аутсорсингті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пилоттық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енгізу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мүмкіндігін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қарастыру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ұсынылды</w:t>
      </w:r>
      <w:proofErr w:type="spellEnd"/>
      <w:r w:rsidRPr="008963FF">
        <w:rPr>
          <w:sz w:val="28"/>
          <w:szCs w:val="28"/>
          <w:lang w:val="ru-RU"/>
        </w:rPr>
        <w:t xml:space="preserve">. </w:t>
      </w:r>
      <w:proofErr w:type="spellStart"/>
      <w:r w:rsidRPr="008963FF">
        <w:rPr>
          <w:sz w:val="28"/>
          <w:szCs w:val="28"/>
          <w:lang w:val="ru-RU"/>
        </w:rPr>
        <w:t>Шешімдер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экономикалық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орындылықты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есептеуге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тәуекелдерді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бағалауға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Орындаушының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жауапкершілігін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анықтауға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негізделуі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керек</w:t>
      </w:r>
      <w:proofErr w:type="spellEnd"/>
      <w:r w:rsidRPr="008963FF">
        <w:rPr>
          <w:sz w:val="28"/>
          <w:szCs w:val="28"/>
          <w:lang w:val="ru-RU"/>
        </w:rPr>
        <w:t xml:space="preserve">. </w:t>
      </w:r>
      <w:proofErr w:type="spellStart"/>
      <w:r w:rsidRPr="008963FF">
        <w:rPr>
          <w:sz w:val="28"/>
          <w:szCs w:val="28"/>
          <w:lang w:val="ru-RU"/>
        </w:rPr>
        <w:t>Ұсыныстарды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дайындау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мерзімі</w:t>
      </w:r>
      <w:proofErr w:type="spellEnd"/>
      <w:r w:rsidRPr="008963FF">
        <w:rPr>
          <w:sz w:val="28"/>
          <w:szCs w:val="28"/>
          <w:lang w:val="ru-RU"/>
        </w:rPr>
        <w:t xml:space="preserve"> - 2027 </w:t>
      </w:r>
      <w:proofErr w:type="spellStart"/>
      <w:r w:rsidRPr="008963FF">
        <w:rPr>
          <w:sz w:val="28"/>
          <w:szCs w:val="28"/>
          <w:lang w:val="ru-RU"/>
        </w:rPr>
        <w:t>жылғы</w:t>
      </w:r>
      <w:proofErr w:type="spellEnd"/>
      <w:r w:rsidRPr="008963FF">
        <w:rPr>
          <w:sz w:val="28"/>
          <w:szCs w:val="28"/>
          <w:lang w:val="ru-RU"/>
        </w:rPr>
        <w:t xml:space="preserve"> 10 </w:t>
      </w:r>
      <w:proofErr w:type="spellStart"/>
      <w:r w:rsidRPr="008963FF">
        <w:rPr>
          <w:sz w:val="28"/>
          <w:szCs w:val="28"/>
          <w:lang w:val="ru-RU"/>
        </w:rPr>
        <w:t>қаңтарға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дейін</w:t>
      </w:r>
      <w:proofErr w:type="spellEnd"/>
      <w:r w:rsidRPr="008963FF">
        <w:rPr>
          <w:sz w:val="28"/>
          <w:szCs w:val="28"/>
          <w:lang w:val="ru-RU"/>
        </w:rPr>
        <w:t>.</w:t>
      </w:r>
    </w:p>
    <w:p w14:paraId="2F2037EC" w14:textId="650873F0" w:rsidR="008963FF" w:rsidRPr="00020B3A" w:rsidRDefault="008963FF" w:rsidP="008963FF">
      <w:pPr>
        <w:spacing w:after="0"/>
        <w:ind w:firstLine="720"/>
        <w:contextualSpacing/>
        <w:jc w:val="both"/>
        <w:rPr>
          <w:sz w:val="28"/>
          <w:szCs w:val="28"/>
          <w:lang w:val="ru-RU"/>
        </w:rPr>
      </w:pPr>
      <w:proofErr w:type="spellStart"/>
      <w:r w:rsidRPr="008963FF">
        <w:rPr>
          <w:sz w:val="28"/>
          <w:szCs w:val="28"/>
          <w:lang w:val="ru-RU"/>
        </w:rPr>
        <w:lastRenderedPageBreak/>
        <w:t>Ұсыныстар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бухгалтерлік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қызметтерді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нығайтуға</w:t>
      </w:r>
      <w:proofErr w:type="spellEnd"/>
      <w:r w:rsidRPr="008963FF">
        <w:rPr>
          <w:sz w:val="28"/>
          <w:szCs w:val="28"/>
          <w:lang w:val="ru-RU"/>
        </w:rPr>
        <w:t xml:space="preserve">, </w:t>
      </w:r>
      <w:proofErr w:type="spellStart"/>
      <w:r w:rsidRPr="008963FF">
        <w:rPr>
          <w:sz w:val="28"/>
          <w:szCs w:val="28"/>
          <w:lang w:val="ru-RU"/>
        </w:rPr>
        <w:t>қаржылық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есептіліктің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дұрыстығын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арттыруға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және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қайталанған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бұзушылықтардың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алдын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алуға</w:t>
      </w:r>
      <w:proofErr w:type="spellEnd"/>
      <w:r w:rsidRPr="008963FF">
        <w:rPr>
          <w:sz w:val="28"/>
          <w:szCs w:val="28"/>
          <w:lang w:val="ru-RU"/>
        </w:rPr>
        <w:t xml:space="preserve"> </w:t>
      </w:r>
      <w:proofErr w:type="spellStart"/>
      <w:r w:rsidRPr="008963FF">
        <w:rPr>
          <w:sz w:val="28"/>
          <w:szCs w:val="28"/>
          <w:lang w:val="ru-RU"/>
        </w:rPr>
        <w:t>бағытталған</w:t>
      </w:r>
      <w:proofErr w:type="spellEnd"/>
      <w:r w:rsidRPr="008963FF">
        <w:rPr>
          <w:sz w:val="28"/>
          <w:szCs w:val="28"/>
          <w:lang w:val="ru-RU"/>
        </w:rPr>
        <w:t>.</w:t>
      </w:r>
    </w:p>
    <w:sectPr w:rsidR="008963FF" w:rsidRPr="00020B3A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B3A"/>
    <w:rsid w:val="00034616"/>
    <w:rsid w:val="0006063C"/>
    <w:rsid w:val="0015074B"/>
    <w:rsid w:val="0029639D"/>
    <w:rsid w:val="00326F90"/>
    <w:rsid w:val="003A175E"/>
    <w:rsid w:val="006464D7"/>
    <w:rsid w:val="008963FF"/>
    <w:rsid w:val="00AA1D8D"/>
    <w:rsid w:val="00B47730"/>
    <w:rsid w:val="00BA5C4D"/>
    <w:rsid w:val="00CB0664"/>
    <w:rsid w:val="00CB42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FBA82"/>
  <w14:defaultImageDpi w14:val="300"/>
  <w15:docId w15:val="{31DF1B47-7949-4668-B52C-501555AB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E886B9-B596-4E26-9344-2A8D7A19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2026-10-20T04:08:00Z</dcterms:created>
  <dcterms:modified xsi:type="dcterms:W3CDTF">2026-10-20T04:09:00Z</dcterms:modified>
  <cp:category/>
</cp:coreProperties>
</file>