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ADFF0" w14:textId="77777777" w:rsidR="003A1F78" w:rsidRPr="00FC0E32" w:rsidRDefault="0058790C" w:rsidP="004E6580">
      <w:pPr>
        <w:ind w:left="4819"/>
        <w:jc w:val="right"/>
        <w:rPr>
          <w:sz w:val="24"/>
          <w:szCs w:val="24"/>
          <w:lang w:val="ru-RU"/>
        </w:rPr>
      </w:pPr>
      <w:r w:rsidRPr="00FC0E32">
        <w:rPr>
          <w:sz w:val="24"/>
          <w:szCs w:val="24"/>
          <w:lang w:val="ru-RU"/>
        </w:rPr>
        <w:t xml:space="preserve">Астана </w:t>
      </w:r>
      <w:proofErr w:type="spellStart"/>
      <w:r w:rsidRPr="00FC0E32">
        <w:rPr>
          <w:sz w:val="24"/>
          <w:szCs w:val="24"/>
          <w:lang w:val="ru-RU"/>
        </w:rPr>
        <w:t>қаласы</w:t>
      </w:r>
      <w:proofErr w:type="spellEnd"/>
      <w:r w:rsidRPr="00FC0E32">
        <w:rPr>
          <w:sz w:val="24"/>
          <w:szCs w:val="24"/>
          <w:lang w:val="ru-RU"/>
        </w:rPr>
        <w:t xml:space="preserve"> </w:t>
      </w:r>
      <w:proofErr w:type="spellStart"/>
      <w:r w:rsidRPr="00FC0E32">
        <w:rPr>
          <w:sz w:val="24"/>
          <w:szCs w:val="24"/>
          <w:lang w:val="ru-RU"/>
        </w:rPr>
        <w:t>аумақтық</w:t>
      </w:r>
      <w:proofErr w:type="spellEnd"/>
    </w:p>
    <w:p w14:paraId="50EDBE99" w14:textId="77777777" w:rsidR="003A1F78" w:rsidRPr="00FC0E32" w:rsidRDefault="0058790C" w:rsidP="004E6580">
      <w:pPr>
        <w:ind w:left="4819"/>
        <w:jc w:val="right"/>
        <w:rPr>
          <w:sz w:val="24"/>
          <w:szCs w:val="24"/>
          <w:lang w:val="ru-RU"/>
        </w:rPr>
      </w:pPr>
      <w:proofErr w:type="spellStart"/>
      <w:r w:rsidRPr="00FC0E32">
        <w:rPr>
          <w:sz w:val="24"/>
          <w:szCs w:val="24"/>
          <w:lang w:val="ru-RU"/>
        </w:rPr>
        <w:t>сайлау</w:t>
      </w:r>
      <w:proofErr w:type="spellEnd"/>
      <w:r w:rsidRPr="00FC0E32">
        <w:rPr>
          <w:sz w:val="24"/>
          <w:szCs w:val="24"/>
          <w:lang w:val="ru-RU"/>
        </w:rPr>
        <w:t xml:space="preserve"> </w:t>
      </w:r>
      <w:proofErr w:type="spellStart"/>
      <w:r w:rsidRPr="00FC0E32">
        <w:rPr>
          <w:sz w:val="24"/>
          <w:szCs w:val="24"/>
          <w:lang w:val="ru-RU"/>
        </w:rPr>
        <w:t>комиссиясының</w:t>
      </w:r>
      <w:proofErr w:type="spellEnd"/>
    </w:p>
    <w:p w14:paraId="4BB5C734" w14:textId="77777777" w:rsidR="003A1F78" w:rsidRPr="00FC0E32" w:rsidRDefault="0058790C" w:rsidP="004E6580">
      <w:pPr>
        <w:ind w:left="4819"/>
        <w:jc w:val="right"/>
        <w:rPr>
          <w:sz w:val="24"/>
          <w:szCs w:val="24"/>
          <w:lang w:val="kk-KZ"/>
        </w:rPr>
      </w:pPr>
      <w:r w:rsidRPr="00FC0E32">
        <w:rPr>
          <w:sz w:val="24"/>
          <w:szCs w:val="24"/>
          <w:lang w:val="ru-RU"/>
        </w:rPr>
        <w:t xml:space="preserve">2026 </w:t>
      </w:r>
      <w:proofErr w:type="spellStart"/>
      <w:r w:rsidRPr="00FC0E32">
        <w:rPr>
          <w:sz w:val="24"/>
          <w:szCs w:val="24"/>
          <w:lang w:val="ru-RU"/>
        </w:rPr>
        <w:t>жылғы</w:t>
      </w:r>
      <w:proofErr w:type="spellEnd"/>
      <w:r w:rsidRPr="00FC0E32">
        <w:rPr>
          <w:sz w:val="24"/>
          <w:szCs w:val="24"/>
          <w:lang w:val="ru-RU"/>
        </w:rPr>
        <w:t xml:space="preserve"> «</w:t>
      </w:r>
      <w:r w:rsidR="00BB3F78" w:rsidRPr="00FC0E32">
        <w:rPr>
          <w:sz w:val="24"/>
          <w:szCs w:val="24"/>
          <w:lang w:val="ru-RU"/>
        </w:rPr>
        <w:t>13</w:t>
      </w:r>
      <w:r w:rsidRPr="00FC0E32">
        <w:rPr>
          <w:sz w:val="24"/>
          <w:szCs w:val="24"/>
          <w:lang w:val="ru-RU"/>
        </w:rPr>
        <w:t xml:space="preserve">» </w:t>
      </w:r>
      <w:r w:rsidR="00BB3F78" w:rsidRPr="00FC0E32">
        <w:rPr>
          <w:sz w:val="24"/>
          <w:szCs w:val="24"/>
          <w:lang w:val="kk-KZ"/>
        </w:rPr>
        <w:t>қазан</w:t>
      </w:r>
    </w:p>
    <w:p w14:paraId="17A7E4A5" w14:textId="77777777" w:rsidR="003A1F78" w:rsidRPr="00FC0E32" w:rsidRDefault="0058790C" w:rsidP="004E6580">
      <w:pPr>
        <w:ind w:left="4819"/>
        <w:jc w:val="right"/>
        <w:rPr>
          <w:sz w:val="24"/>
          <w:szCs w:val="24"/>
          <w:lang w:val="kk-KZ"/>
        </w:rPr>
      </w:pPr>
      <w:r w:rsidRPr="00FC0E32">
        <w:rPr>
          <w:sz w:val="24"/>
          <w:szCs w:val="24"/>
          <w:lang w:val="kk-KZ"/>
        </w:rPr>
        <w:t xml:space="preserve">№ </w:t>
      </w:r>
      <w:r w:rsidR="00BB3F78" w:rsidRPr="00FC0E32">
        <w:rPr>
          <w:sz w:val="24"/>
          <w:szCs w:val="24"/>
          <w:lang w:val="kk-KZ"/>
        </w:rPr>
        <w:t xml:space="preserve">87/2 </w:t>
      </w:r>
      <w:r w:rsidRPr="00FC0E32">
        <w:rPr>
          <w:sz w:val="24"/>
          <w:szCs w:val="24"/>
          <w:lang w:val="kk-KZ"/>
        </w:rPr>
        <w:t>шешіміне қосымша</w:t>
      </w:r>
    </w:p>
    <w:p w14:paraId="1EFB3DBF" w14:textId="77777777" w:rsidR="003A1F78" w:rsidRPr="00800C32" w:rsidRDefault="003A1F78">
      <w:pPr>
        <w:rPr>
          <w:lang w:val="kk-KZ"/>
        </w:rPr>
      </w:pPr>
    </w:p>
    <w:p w14:paraId="277C9DE2" w14:textId="77777777" w:rsidR="003A1F78" w:rsidRPr="00800C32" w:rsidRDefault="003A1F78">
      <w:pPr>
        <w:rPr>
          <w:lang w:val="kk-KZ"/>
        </w:rPr>
      </w:pPr>
    </w:p>
    <w:p w14:paraId="72C1A43E" w14:textId="77777777" w:rsidR="003A1F78" w:rsidRPr="00800C32" w:rsidRDefault="0058790C">
      <w:pPr>
        <w:keepNext/>
        <w:jc w:val="center"/>
        <w:rPr>
          <w:lang w:val="kk-KZ"/>
        </w:rPr>
      </w:pPr>
      <w:r w:rsidRPr="00800C32">
        <w:rPr>
          <w:b/>
          <w:lang w:val="kk-KZ"/>
        </w:rPr>
        <w:t>Астана қаласы мәслихаты депутаттарын сайлау бойынша</w:t>
      </w:r>
      <w:r w:rsidRPr="00800C32">
        <w:rPr>
          <w:b/>
          <w:lang w:val="kk-KZ"/>
        </w:rPr>
        <w:br/>
        <w:t>бірмандатты аумақтық сайлау округтерінің шекаралары</w:t>
      </w:r>
    </w:p>
    <w:p w14:paraId="09C6C0C2" w14:textId="77777777" w:rsidR="003A1F78" w:rsidRPr="00800C32" w:rsidRDefault="003A1F78">
      <w:pPr>
        <w:keepNext/>
        <w:rPr>
          <w:lang w:val="kk-KZ"/>
        </w:rPr>
      </w:pPr>
    </w:p>
    <w:p w14:paraId="28DD8B0D" w14:textId="77777777" w:rsidR="003A1F78" w:rsidRPr="00800C32" w:rsidRDefault="0058790C">
      <w:pPr>
        <w:keepNext/>
        <w:jc w:val="center"/>
        <w:rPr>
          <w:lang w:val="kk-KZ"/>
        </w:rPr>
      </w:pPr>
      <w:r w:rsidRPr="00800C32">
        <w:rPr>
          <w:b/>
          <w:lang w:val="kk-KZ"/>
        </w:rPr>
        <w:t>№ 1 сайлау округі</w:t>
      </w:r>
    </w:p>
    <w:p w14:paraId="562C2A84" w14:textId="77777777" w:rsidR="003A1F78" w:rsidRPr="00800C32" w:rsidRDefault="0058790C">
      <w:pPr>
        <w:keepNext/>
        <w:jc w:val="center"/>
        <w:rPr>
          <w:lang w:val="kk-KZ"/>
        </w:rPr>
      </w:pPr>
      <w:r w:rsidRPr="00800C32">
        <w:rPr>
          <w:lang w:val="kk-KZ"/>
        </w:rPr>
        <w:t>(орталығы – Астана қаласы әкімдігінің шаруашылық жүргізу құқығындағы «Ақжан Әл-Машани атындағы № 92 мектеп-лицейі» мемлекеттік коммуналдық кәсіпорны, А351 көшесі, № 3)</w:t>
      </w:r>
    </w:p>
    <w:p w14:paraId="7767FE04" w14:textId="77777777" w:rsidR="003A1F78" w:rsidRPr="00800C32" w:rsidRDefault="003A1F78">
      <w:pPr>
        <w:keepNext/>
        <w:rPr>
          <w:lang w:val="kk-KZ"/>
        </w:rPr>
      </w:pPr>
    </w:p>
    <w:p w14:paraId="6B88C727" w14:textId="4B150F09" w:rsidR="003A1F78" w:rsidRPr="00800C32" w:rsidRDefault="0058790C">
      <w:pPr>
        <w:ind w:firstLine="709"/>
        <w:jc w:val="both"/>
        <w:rPr>
          <w:lang w:val="kk-KZ"/>
        </w:rPr>
      </w:pPr>
      <w:r w:rsidRPr="00800C32">
        <w:rPr>
          <w:spacing w:val="-6"/>
          <w:lang w:val="kk-KZ"/>
        </w:rPr>
        <w:t>Қошқарбаев даңғылынан бастап, Есіл өзенінің жағалауы бойымен Ақбұлақ өзенінің жағалауына дейін, Ақбұлақ өзенінің жағалауы бойымен Тәуелсіздік даңғылына дейін, Тәуелсіздік даңғылының тақ сандар жағымен Б. Момышұлы даңғылына дейін, Тәуелсіздік даңғылы бойынша № 16, 16/1 үйлерді қоса алғанда, Б. Момышұлы даңғылының жұп сандар жағымен Сырымбет көшесіне дейін,</w:t>
      </w:r>
      <w:r w:rsidR="00800C32">
        <w:rPr>
          <w:spacing w:val="-6"/>
          <w:lang w:val="kk-KZ"/>
        </w:rPr>
        <w:br/>
      </w:r>
      <w:r w:rsidRPr="00800C32">
        <w:rPr>
          <w:spacing w:val="-6"/>
          <w:lang w:val="kk-KZ"/>
        </w:rPr>
        <w:t>Б. Момышұлы даңғылы бойынша № 7, 9, 11, 13, 13А, 13/1, 13/2, 13/3, 15, 15А, 15/2, 15/3, 17, 17/1, 17/2, 19, 19А, 19/1, 19/2 үйлерді қоса алғанда, Сырымбет көшесінің тақ сандар жағымен Талғар көшесіне дейін, Талғар көшесінің тақ сандар жағымен Көкпар тұйығына дейін, Көкпар тұйығының тақ сандар жағымен Обаған көшесіне дейін, Обаған көшесінің жұп сандар жағымен</w:t>
      </w:r>
      <w:r w:rsidR="00800C32">
        <w:rPr>
          <w:spacing w:val="-6"/>
          <w:lang w:val="kk-KZ"/>
        </w:rPr>
        <w:t xml:space="preserve"> </w:t>
      </w:r>
      <w:r w:rsidRPr="00800C32">
        <w:rPr>
          <w:spacing w:val="-6"/>
          <w:lang w:val="kk-KZ"/>
        </w:rPr>
        <w:t>М. Жұмабаев даңғылына дейін, М. Жұмабаев даңғылының жұп сандар жағымен Сұлутөбе көшесіне дейін, Сұлутөбе көшесінің жұп сандар жағымен Қордай көшесіне дейін, Қордай көшесінің жұп сандар жағымен Б. Момышұлы даңғылына дейін, Б. Момышұлы даңғылының жұп сандар жағымен теміржолға дейін, теміржол бойымен Р. Қошқарбаев даңғылына дейін, Р. Қошқарбаев даңғылының тақ сандар жағымен Есіл өзенінің жағалауына дейін.</w:t>
      </w:r>
    </w:p>
    <w:p w14:paraId="794D0BFD" w14:textId="77777777" w:rsidR="003A1F78" w:rsidRPr="00800C32" w:rsidRDefault="003A1F78">
      <w:pPr>
        <w:keepNext/>
        <w:rPr>
          <w:lang w:val="kk-KZ"/>
        </w:rPr>
      </w:pPr>
    </w:p>
    <w:p w14:paraId="1BD1ED9C" w14:textId="77777777" w:rsidR="003A1F78" w:rsidRPr="00800C32" w:rsidRDefault="0058790C">
      <w:pPr>
        <w:ind w:firstLine="709"/>
        <w:jc w:val="both"/>
        <w:rPr>
          <w:lang w:val="kk-KZ"/>
        </w:rPr>
      </w:pPr>
      <w:r w:rsidRPr="00800C32">
        <w:rPr>
          <w:lang w:val="kk-KZ"/>
        </w:rPr>
        <w:t>№ 1 сайлау округі шекарасына 23 сайлау учаскесі кіреді: № 26, 37, 38, 39, 44, 45, 46, 47, 48, 49, 50, 51, 52, 54, 57, 58, 59, 60, 61, 63, 68, 483, 484.</w:t>
      </w:r>
    </w:p>
    <w:p w14:paraId="5F954785" w14:textId="77777777" w:rsidR="003A1F78" w:rsidRPr="00800C32" w:rsidRDefault="003A1F78">
      <w:pPr>
        <w:rPr>
          <w:lang w:val="kk-KZ"/>
        </w:rPr>
      </w:pPr>
    </w:p>
    <w:p w14:paraId="7CE5AEF3" w14:textId="77777777" w:rsidR="003A1F78" w:rsidRPr="00800C32" w:rsidRDefault="003A1F78">
      <w:pPr>
        <w:rPr>
          <w:lang w:val="kk-KZ"/>
        </w:rPr>
      </w:pPr>
    </w:p>
    <w:p w14:paraId="1275A73A" w14:textId="77777777" w:rsidR="003A1F78" w:rsidRPr="00800C32" w:rsidRDefault="0058790C">
      <w:pPr>
        <w:keepNext/>
        <w:jc w:val="center"/>
        <w:rPr>
          <w:lang w:val="kk-KZ"/>
        </w:rPr>
      </w:pPr>
      <w:r w:rsidRPr="00800C32">
        <w:rPr>
          <w:b/>
          <w:lang w:val="kk-KZ"/>
        </w:rPr>
        <w:t>№ 2 сайлау округі</w:t>
      </w:r>
    </w:p>
    <w:p w14:paraId="469D14CA" w14:textId="77777777" w:rsidR="003A1F78" w:rsidRPr="00800C32" w:rsidRDefault="0058790C">
      <w:pPr>
        <w:keepNext/>
        <w:jc w:val="center"/>
        <w:rPr>
          <w:lang w:val="kk-KZ"/>
        </w:rPr>
      </w:pPr>
      <w:r w:rsidRPr="00800C32">
        <w:rPr>
          <w:lang w:val="kk-KZ"/>
        </w:rPr>
        <w:t>(орталығы – «Л.Н. Гумилев атындағы Еуразия ұлттық университеті» коммерциялық емес акционерлік қоғамы, Қажымұқан көшесі, № 13)</w:t>
      </w:r>
    </w:p>
    <w:p w14:paraId="1333767B" w14:textId="77777777" w:rsidR="003A1F78" w:rsidRPr="00800C32" w:rsidRDefault="003A1F78">
      <w:pPr>
        <w:keepNext/>
        <w:rPr>
          <w:lang w:val="kk-KZ"/>
        </w:rPr>
      </w:pPr>
    </w:p>
    <w:p w14:paraId="38551225" w14:textId="77777777" w:rsidR="003A1F78" w:rsidRPr="00800C32" w:rsidRDefault="0058790C">
      <w:pPr>
        <w:ind w:firstLine="709"/>
        <w:jc w:val="both"/>
        <w:rPr>
          <w:lang w:val="kk-KZ"/>
        </w:rPr>
      </w:pPr>
      <w:r w:rsidRPr="00800C32">
        <w:rPr>
          <w:lang w:val="kk-KZ"/>
        </w:rPr>
        <w:t xml:space="preserve">Тәуелсіздік даңғылынан бастап, Ақбұлақ өзенінің жағалауы бойымен Абылай хан даңғылына дейін, Абылай хан даңғылының жұп сандар жағымен Б. Момышұлы даңғылына дейін, Абылай хан даңғылы бойынша № 4, 6, 8, 10, 12, 12/1, 14 үйлерді қоспағанда, Абылай хан даңғылы бойынша № 23, 25, 25/1, 25/2, 27, 27/1, 29, 29А, 29/1, 31, 33 үйлерді қоса алғанда, Б. Момышұлы даңғылының тақ сандар жағымен Қордай көшесіне дейін, Қордай көшесінің </w:t>
      </w:r>
      <w:r w:rsidRPr="00800C32">
        <w:rPr>
          <w:lang w:val="kk-KZ"/>
        </w:rPr>
        <w:lastRenderedPageBreak/>
        <w:t>тақ сандар жағымен Сұлутөбе көшесіне дейін, Сұлутөбе көшесінің тақ сандар жағымен М. Жұмабаев даңғылына дейін, М. Жұмабаев даңғылының тақ сандар жағымен Обаған көшесіне дейін, Обаған көшесінің тақ сандар жағымен Көкпар тұйығына дейін, Көкпар тұйығының жұп сандар жағымен Талғар көшесіне дейін, Талғар көшесінің жұп сандар жағымен Сырымбет көшесіне дейін, Сырымбет көшесінің жұп сандар жағымен Б. Момышұлы даңғылына дейін, Б. Момышұлы даңғылының тақ сандар жағымен Тәуелсіздік даңғылына дейін, Б. Момышұлы даңғылы бойынша № 7, 9, 11, 13, 13А, 13/1, 13/2, 13/3, 15, 15А, 15/2, 15/3, 17, 17/1, 17/2, 19, 19А, 19/1, 19/2 үйлерді қоспағанда.</w:t>
      </w:r>
    </w:p>
    <w:p w14:paraId="32A5D788" w14:textId="77777777" w:rsidR="003A1F78" w:rsidRPr="00800C32" w:rsidRDefault="003A1F78">
      <w:pPr>
        <w:keepNext/>
        <w:rPr>
          <w:lang w:val="kk-KZ"/>
        </w:rPr>
      </w:pPr>
    </w:p>
    <w:p w14:paraId="1F4A37D4" w14:textId="77777777" w:rsidR="003A1F78" w:rsidRPr="00800C32" w:rsidRDefault="0058790C">
      <w:pPr>
        <w:ind w:firstLine="709"/>
        <w:jc w:val="both"/>
        <w:rPr>
          <w:lang w:val="kk-KZ"/>
        </w:rPr>
      </w:pPr>
      <w:r w:rsidRPr="00800C32">
        <w:rPr>
          <w:lang w:val="kk-KZ"/>
        </w:rPr>
        <w:t>№ 2 сайлау округі шекарасына 24 сайлау учаскесі кіреді: № 1, 2, 3, 4, 5, 6, 7, 8, 9, 10, 11, 12, 13, 14, 15, 29, 30, 31, 32, 34, 35, 36, 64, 69.</w:t>
      </w:r>
    </w:p>
    <w:p w14:paraId="7D4C7510" w14:textId="77777777" w:rsidR="003A1F78" w:rsidRPr="00800C32" w:rsidRDefault="003A1F78">
      <w:pPr>
        <w:rPr>
          <w:lang w:val="kk-KZ"/>
        </w:rPr>
      </w:pPr>
    </w:p>
    <w:p w14:paraId="7933D7BA" w14:textId="77777777" w:rsidR="003A1F78" w:rsidRPr="00800C32" w:rsidRDefault="003A1F78">
      <w:pPr>
        <w:rPr>
          <w:lang w:val="kk-KZ"/>
        </w:rPr>
      </w:pPr>
    </w:p>
    <w:p w14:paraId="54E7F095" w14:textId="77777777" w:rsidR="003A1F78" w:rsidRPr="00800C32" w:rsidRDefault="0058790C">
      <w:pPr>
        <w:keepNext/>
        <w:jc w:val="center"/>
        <w:rPr>
          <w:lang w:val="kk-KZ"/>
        </w:rPr>
      </w:pPr>
      <w:r w:rsidRPr="00800C32">
        <w:rPr>
          <w:b/>
          <w:lang w:val="kk-KZ"/>
        </w:rPr>
        <w:t>№ 3 сайлау округі</w:t>
      </w:r>
    </w:p>
    <w:p w14:paraId="61056143" w14:textId="77777777" w:rsidR="003A1F78" w:rsidRPr="00800C32" w:rsidRDefault="0058790C">
      <w:pPr>
        <w:keepNext/>
        <w:jc w:val="center"/>
        <w:rPr>
          <w:lang w:val="kk-KZ"/>
        </w:rPr>
      </w:pPr>
      <w:r w:rsidRPr="00800C32">
        <w:rPr>
          <w:lang w:val="kk-KZ"/>
        </w:rPr>
        <w:t>(орталығы – «Астана қаласындағы Д.А. Қонаев атындағы колледж» мекемесі, Манас көшесі, № 23/2)</w:t>
      </w:r>
    </w:p>
    <w:p w14:paraId="26713F14" w14:textId="77777777" w:rsidR="003A1F78" w:rsidRPr="00800C32" w:rsidRDefault="003A1F78">
      <w:pPr>
        <w:keepNext/>
        <w:rPr>
          <w:lang w:val="kk-KZ"/>
        </w:rPr>
      </w:pPr>
    </w:p>
    <w:p w14:paraId="618D9FC8" w14:textId="3B8F9009" w:rsidR="003A1F78" w:rsidRPr="00800C32" w:rsidRDefault="0058790C">
      <w:pPr>
        <w:ind w:firstLine="709"/>
        <w:jc w:val="both"/>
        <w:rPr>
          <w:lang w:val="kk-KZ"/>
        </w:rPr>
      </w:pPr>
      <w:r w:rsidRPr="00800C32">
        <w:rPr>
          <w:lang w:val="kk-KZ"/>
        </w:rPr>
        <w:t>Абылай хан даңғылынан бастап, Ақбұлақ өзенінің жағалауы бойымен теміржолға дейін, теміржол бойымен Ғ. Мұстафин көшесіне дейін,</w:t>
      </w:r>
      <w:r w:rsidR="00800C32">
        <w:rPr>
          <w:lang w:val="kk-KZ"/>
        </w:rPr>
        <w:br/>
      </w:r>
      <w:r w:rsidRPr="00800C32">
        <w:rPr>
          <w:lang w:val="kk-KZ"/>
        </w:rPr>
        <w:t>Ғ. Мұстафин көшесінің тақ сандар жағымен Абылай хан даңғылына дейін, Абылай хан даңғылының тақ сандар жағымен Ақбұлақ өзенінің жағалауына дейін, Абылай хан даңғылы бойынша № 4, 6, 8, 10, 12, 12/1, 14 үйлерді қоса алғанда, Абылай хан даңғылы бойынша № 23, 25, 25/1, 25/2, 27, 27/1, 29, 29А, 29/1, 31, 33 үйлерді қоспағанда. «Железнодорожный» тұрғын алабының шекаралары.</w:t>
      </w:r>
    </w:p>
    <w:p w14:paraId="11379A5E" w14:textId="77777777" w:rsidR="003A1F78" w:rsidRPr="00800C32" w:rsidRDefault="003A1F78">
      <w:pPr>
        <w:keepNext/>
        <w:rPr>
          <w:lang w:val="kk-KZ"/>
        </w:rPr>
      </w:pPr>
    </w:p>
    <w:p w14:paraId="1D29D268" w14:textId="77777777" w:rsidR="003A1F78" w:rsidRPr="00800C32" w:rsidRDefault="0058790C">
      <w:pPr>
        <w:ind w:firstLine="709"/>
        <w:jc w:val="both"/>
        <w:rPr>
          <w:lang w:val="kk-KZ"/>
        </w:rPr>
      </w:pPr>
      <w:r w:rsidRPr="00800C32">
        <w:rPr>
          <w:lang w:val="kk-KZ"/>
        </w:rPr>
        <w:t>№ 3 сайлау округі шекарасына 29 сайлау учаскесі кіреді: № 16, 17, 18, 19, 20, 21, 22, 23, 24, 25, 27, 28, 33, 40, 41, 42, 43, 53, 55, 56, 62, 65, 66, 67, 70, 71, 72, 73, 482.</w:t>
      </w:r>
    </w:p>
    <w:p w14:paraId="6879937B" w14:textId="77777777" w:rsidR="003A1F78" w:rsidRPr="00800C32" w:rsidRDefault="003A1F78">
      <w:pPr>
        <w:rPr>
          <w:lang w:val="kk-KZ"/>
        </w:rPr>
      </w:pPr>
    </w:p>
    <w:p w14:paraId="1B1BBC43" w14:textId="77777777" w:rsidR="003A1F78" w:rsidRPr="00800C32" w:rsidRDefault="003A1F78">
      <w:pPr>
        <w:rPr>
          <w:lang w:val="kk-KZ"/>
        </w:rPr>
      </w:pPr>
    </w:p>
    <w:p w14:paraId="1212235F" w14:textId="77777777" w:rsidR="003A1F78" w:rsidRPr="00800C32" w:rsidRDefault="0058790C">
      <w:pPr>
        <w:keepNext/>
        <w:jc w:val="center"/>
        <w:rPr>
          <w:lang w:val="kk-KZ"/>
        </w:rPr>
      </w:pPr>
      <w:r w:rsidRPr="00800C32">
        <w:rPr>
          <w:b/>
          <w:lang w:val="kk-KZ"/>
        </w:rPr>
        <w:t>№ 4 сайлау округі</w:t>
      </w:r>
    </w:p>
    <w:p w14:paraId="5CE39C7F" w14:textId="77777777" w:rsidR="003A1F78" w:rsidRPr="00800C32" w:rsidRDefault="0058790C">
      <w:pPr>
        <w:keepNext/>
        <w:jc w:val="center"/>
        <w:rPr>
          <w:lang w:val="kk-KZ"/>
        </w:rPr>
      </w:pPr>
      <w:r w:rsidRPr="00800C32">
        <w:rPr>
          <w:lang w:val="kk-KZ"/>
        </w:rPr>
        <w:t>(орталығы – Астана қаласы әкімдігінің «№ 73 мектеп-лицей» шаруашылық жүргізу құқығындағы мемлекеттік коммуналдық кәсіпорны,</w:t>
      </w:r>
      <w:r w:rsidRPr="00800C32">
        <w:rPr>
          <w:lang w:val="kk-KZ"/>
        </w:rPr>
        <w:br/>
        <w:t>А191 көшесі, № 2)</w:t>
      </w:r>
    </w:p>
    <w:p w14:paraId="22F79BB1" w14:textId="77777777" w:rsidR="003A1F78" w:rsidRPr="00800C32" w:rsidRDefault="003A1F78">
      <w:pPr>
        <w:keepNext/>
        <w:rPr>
          <w:lang w:val="kk-KZ"/>
        </w:rPr>
      </w:pPr>
    </w:p>
    <w:p w14:paraId="101C89D4" w14:textId="38DCD3FD" w:rsidR="003A1F78" w:rsidRPr="00800C32" w:rsidRDefault="0058790C">
      <w:pPr>
        <w:ind w:firstLine="709"/>
        <w:jc w:val="both"/>
        <w:rPr>
          <w:lang w:val="kk-KZ"/>
        </w:rPr>
      </w:pPr>
      <w:r w:rsidRPr="00800C32">
        <w:rPr>
          <w:lang w:val="kk-KZ"/>
        </w:rPr>
        <w:t>Есіл өзенінің жағалауынан Р. Қошқарбаев даңғылының жұп сандар жағымен Қордай көшесіне дейін, Қордай көшесінің тақ сандар жағымен</w:t>
      </w:r>
      <w:r w:rsidRPr="00800C32">
        <w:rPr>
          <w:lang w:val="kk-KZ"/>
        </w:rPr>
        <w:br/>
        <w:t>А. Бөлекпаев көшесіне дейін, А. Бөлекпаев көшесінің тақ сандар жағымен</w:t>
      </w:r>
      <w:r w:rsidRPr="00800C32">
        <w:rPr>
          <w:lang w:val="kk-KZ"/>
        </w:rPr>
        <w:br/>
        <w:t>Т. Жүргенов көшесіне дейін, Т. Жүргенов көшесінің тақ сандар жағымен Есіл өзенінің жағалауына дейін, Есіл өзенінің жағалауынан А. Бөлекпаев көшесіндегі № 17, 19, 28 үйлерді, Қордай көшесіндегі № 97, 99 үйлерді,</w:t>
      </w:r>
      <w:r w:rsidR="00800C32">
        <w:rPr>
          <w:lang w:val="kk-KZ"/>
        </w:rPr>
        <w:br/>
      </w:r>
      <w:r w:rsidRPr="00800C32">
        <w:rPr>
          <w:lang w:val="kk-KZ"/>
        </w:rPr>
        <w:t>М. Шоқай көшесіндегі № 107 үйді қоспағанда Р. Қошқарбаев даңғылына дейін.</w:t>
      </w:r>
    </w:p>
    <w:p w14:paraId="31E04A28" w14:textId="77777777" w:rsidR="003A1F78" w:rsidRPr="00800C32" w:rsidRDefault="003A1F78">
      <w:pPr>
        <w:keepNext/>
        <w:rPr>
          <w:lang w:val="kk-KZ"/>
        </w:rPr>
      </w:pPr>
    </w:p>
    <w:p w14:paraId="0489A698" w14:textId="77777777" w:rsidR="003A1F78" w:rsidRPr="00800C32" w:rsidRDefault="0058790C">
      <w:pPr>
        <w:ind w:firstLine="709"/>
        <w:jc w:val="both"/>
        <w:rPr>
          <w:lang w:val="kk-KZ"/>
        </w:rPr>
      </w:pPr>
      <w:r w:rsidRPr="00800C32">
        <w:rPr>
          <w:lang w:val="kk-KZ"/>
        </w:rPr>
        <w:t>№ 4 сайлау округі шекарасына 30 сайлау учаскесі кіреді: № 274, 275, 276, 277, 278, 279, 281, 282, 283, 284, 288, 289, 290, 291, 296, 297, 298, 299, 300, 301, 302, 303, 304, 305, 306, 307, 312, 503, 518, 520.</w:t>
      </w:r>
    </w:p>
    <w:p w14:paraId="2FC8C254" w14:textId="77777777" w:rsidR="003A1F78" w:rsidRPr="00800C32" w:rsidRDefault="003A1F78">
      <w:pPr>
        <w:rPr>
          <w:lang w:val="kk-KZ"/>
        </w:rPr>
      </w:pPr>
    </w:p>
    <w:p w14:paraId="43D3D154" w14:textId="77777777" w:rsidR="003A1F78" w:rsidRPr="00800C32" w:rsidRDefault="003A1F78">
      <w:pPr>
        <w:rPr>
          <w:lang w:val="kk-KZ"/>
        </w:rPr>
      </w:pPr>
    </w:p>
    <w:p w14:paraId="301261ED" w14:textId="77777777" w:rsidR="003A1F78" w:rsidRPr="00800C32" w:rsidRDefault="0058790C">
      <w:pPr>
        <w:keepNext/>
        <w:jc w:val="center"/>
        <w:rPr>
          <w:lang w:val="kk-KZ"/>
        </w:rPr>
      </w:pPr>
      <w:r w:rsidRPr="00800C32">
        <w:rPr>
          <w:b/>
          <w:lang w:val="kk-KZ"/>
        </w:rPr>
        <w:t>№ 5 сайлау округі</w:t>
      </w:r>
    </w:p>
    <w:p w14:paraId="4C4395D7" w14:textId="6122654B" w:rsidR="003A1F78" w:rsidRPr="00800C32" w:rsidRDefault="0058790C">
      <w:pPr>
        <w:keepNext/>
        <w:jc w:val="center"/>
        <w:rPr>
          <w:lang w:val="kk-KZ"/>
        </w:rPr>
      </w:pPr>
      <w:r w:rsidRPr="00800C32">
        <w:rPr>
          <w:lang w:val="kk-KZ"/>
        </w:rPr>
        <w:t>(орталығы – Астана қаласы әкімдігінің «Мәшһүр Жүсіп атындағы № 57 жалпы орта білім беретін мектеп» шаруашылық жүргізу құқығындағы мемлекеттік коммуналдық кәсіпорны, «Промышленный» тұрғын алабы, Шарбақты көшесі, № 46)</w:t>
      </w:r>
    </w:p>
    <w:p w14:paraId="57D843A7" w14:textId="77777777" w:rsidR="003A1F78" w:rsidRPr="00800C32" w:rsidRDefault="003A1F78">
      <w:pPr>
        <w:keepNext/>
        <w:rPr>
          <w:lang w:val="kk-KZ"/>
        </w:rPr>
      </w:pPr>
    </w:p>
    <w:p w14:paraId="1EA842C0" w14:textId="77777777" w:rsidR="003A1F78" w:rsidRPr="00800C32" w:rsidRDefault="0058790C">
      <w:pPr>
        <w:ind w:firstLine="709"/>
        <w:jc w:val="both"/>
        <w:rPr>
          <w:lang w:val="kk-KZ"/>
        </w:rPr>
      </w:pPr>
      <w:r w:rsidRPr="00800C32">
        <w:rPr>
          <w:lang w:val="kk-KZ"/>
        </w:rPr>
        <w:t>Қордай көшесінен Р. Қошқарбаев даңғылының жұп сандар жағымен теміржолға дейін, теміржол бойымен қала шекарасына дейін, Есіл өзенінің жағалауынан Т. Жүргенов көшесіне дейін, Т. Жүргенов көшесінің жұп сандар жағымен А. Бөлекпаев көшесіне дейін, А. Бөлекпаев көшесінің жұп сандар жағымен Қордай көшесіне дейін, Қордай көшесінің жұп сандар жағымен</w:t>
      </w:r>
      <w:r w:rsidRPr="00800C32">
        <w:rPr>
          <w:lang w:val="kk-KZ"/>
        </w:rPr>
        <w:br/>
        <w:t>А. Бөлекпаев көшесіндегі № 17, 19, 28 үйлерді, Қордай көшесіндегі № 97, 99 үйлерді, М. Шоқай көшесіндегі № 107 үйді қоса алғанда Р. Қошқарбаев даңғылына дейін.</w:t>
      </w:r>
    </w:p>
    <w:p w14:paraId="38157480" w14:textId="77777777" w:rsidR="003A1F78" w:rsidRPr="00800C32" w:rsidRDefault="003A1F78">
      <w:pPr>
        <w:keepNext/>
        <w:rPr>
          <w:lang w:val="kk-KZ"/>
        </w:rPr>
      </w:pPr>
    </w:p>
    <w:p w14:paraId="2A23278C" w14:textId="77777777" w:rsidR="003A1F78" w:rsidRPr="00800C32" w:rsidRDefault="0058790C">
      <w:pPr>
        <w:ind w:firstLine="709"/>
        <w:jc w:val="both"/>
        <w:rPr>
          <w:lang w:val="kk-KZ"/>
        </w:rPr>
      </w:pPr>
      <w:r w:rsidRPr="00800C32">
        <w:rPr>
          <w:lang w:val="kk-KZ"/>
        </w:rPr>
        <w:t>№ 5 сайлау округі шекарасына 29 сайлау учаскесі кіреді: № 268, 269, 270, 271, 272, 273, 280, 285, 286, 287, 292, 293, 294, 295, 308, 309, 310, 311, 313, 314, 502, 504, 505, 506, 517, 519, 526, 527, 528.</w:t>
      </w:r>
    </w:p>
    <w:p w14:paraId="21B0DF8E" w14:textId="77777777" w:rsidR="003A1F78" w:rsidRPr="00800C32" w:rsidRDefault="003A1F78">
      <w:pPr>
        <w:rPr>
          <w:lang w:val="kk-KZ"/>
        </w:rPr>
      </w:pPr>
    </w:p>
    <w:p w14:paraId="197D1F2F" w14:textId="77777777" w:rsidR="003A1F78" w:rsidRPr="00800C32" w:rsidRDefault="003A1F78">
      <w:pPr>
        <w:rPr>
          <w:lang w:val="kk-KZ"/>
        </w:rPr>
      </w:pPr>
    </w:p>
    <w:p w14:paraId="70220452" w14:textId="77777777" w:rsidR="003A1F78" w:rsidRPr="00800C32" w:rsidRDefault="0058790C">
      <w:pPr>
        <w:keepNext/>
        <w:jc w:val="center"/>
        <w:rPr>
          <w:lang w:val="kk-KZ"/>
        </w:rPr>
      </w:pPr>
      <w:r w:rsidRPr="00800C32">
        <w:rPr>
          <w:b/>
          <w:lang w:val="kk-KZ"/>
        </w:rPr>
        <w:t>№ 6 сайлау округі</w:t>
      </w:r>
    </w:p>
    <w:p w14:paraId="640CAB1C" w14:textId="77777777" w:rsidR="003A1F78" w:rsidRPr="00800C32" w:rsidRDefault="0058790C">
      <w:pPr>
        <w:keepNext/>
        <w:jc w:val="center"/>
        <w:rPr>
          <w:lang w:val="kk-KZ"/>
        </w:rPr>
      </w:pPr>
      <w:r w:rsidRPr="00800C32">
        <w:rPr>
          <w:lang w:val="kk-KZ"/>
        </w:rPr>
        <w:t>(орталығы – Астана қаласы әкімдігінің шаруашылық жүргізу құқығындағы «№ 55 жалпы орта білім беретін мектеп» мемлекеттік коммуналдық кәсіпорны, Ж. Досмұхамедұлы көшесі, № 2)</w:t>
      </w:r>
    </w:p>
    <w:p w14:paraId="550D2B9C" w14:textId="77777777" w:rsidR="003A1F78" w:rsidRPr="00800C32" w:rsidRDefault="003A1F78">
      <w:pPr>
        <w:keepNext/>
        <w:rPr>
          <w:lang w:val="kk-KZ"/>
        </w:rPr>
      </w:pPr>
    </w:p>
    <w:p w14:paraId="754EE2B9" w14:textId="77777777" w:rsidR="00F22349" w:rsidRPr="00F22349" w:rsidRDefault="00F22349" w:rsidP="00F22349">
      <w:pPr>
        <w:ind w:firstLine="709"/>
        <w:jc w:val="both"/>
        <w:rPr>
          <w:lang w:val="kk-KZ"/>
        </w:rPr>
      </w:pPr>
      <w:r w:rsidRPr="00F22349">
        <w:rPr>
          <w:lang w:val="kk-KZ"/>
        </w:rPr>
        <w:t>Теміржолдан бастап, Алаш тасжолының жұп сандар жағымен Бөгенбай батыр даңғылына дейін, Бөгенбай батыр даңғылының жұп сандар жағымен Республика даңғылына дейін, Бөгенбай батыр даңғылынан Республика даңғылының жұп сандар жағымен А. Иманов көшесіне дейін, А. Иманов көшесінің тақ сандар жағымен, Республика даңғылының № 18, 18А, 18В үйлерін және А. Иманов көшесінің № 6, 10, 10А, 10/1, 12, 14 үйлерін қоса алғанда, Ә. Сембинов көшесіне дейін, А. Иманов көшесінің № 17 үйін,</w:t>
      </w:r>
      <w:r w:rsidRPr="00F22349">
        <w:rPr>
          <w:lang w:val="kk-KZ"/>
        </w:rPr>
        <w:br/>
        <w:t>Ш. Уәлиханов көшесінің № 5, 7 үйлерін қоспағанда, А. Иманов көшесінен</w:t>
      </w:r>
      <w:r w:rsidRPr="00F22349">
        <w:rPr>
          <w:lang w:val="kk-KZ"/>
        </w:rPr>
        <w:br/>
        <w:t>Ә. Сембинов көшесінің тақ сандар жағымен теміржол төсеміне дейін, оның ішінде «Кирпичный», «Казгородок», «Өндіріс» тұрғын алаптарын қамтиды.</w:t>
      </w:r>
    </w:p>
    <w:p w14:paraId="6E5CD85A" w14:textId="77777777" w:rsidR="003A1F78" w:rsidRPr="00F22349" w:rsidRDefault="003A1F78">
      <w:pPr>
        <w:keepNext/>
        <w:rPr>
          <w:lang w:val="kk-KZ"/>
        </w:rPr>
      </w:pPr>
    </w:p>
    <w:p w14:paraId="7AE4EC5A" w14:textId="77777777" w:rsidR="003A1F78" w:rsidRPr="00F22349" w:rsidRDefault="0058790C">
      <w:pPr>
        <w:ind w:firstLine="709"/>
        <w:jc w:val="both"/>
        <w:rPr>
          <w:lang w:val="kk-KZ"/>
        </w:rPr>
      </w:pPr>
      <w:r w:rsidRPr="00F22349">
        <w:rPr>
          <w:lang w:val="kk-KZ"/>
        </w:rPr>
        <w:t>№ 6 сайлау округі шекарасына 28 сайлау учаскесі кіреді: № 74, 75, 76, 77, 78, 79, 80, 81, 92, 93, 94, 95, 96, 97, 109, 110, 111, 112, 113, 114, 115, 116, 117, 118, 119, 120, 121, 122.</w:t>
      </w:r>
    </w:p>
    <w:p w14:paraId="3B4C3C0C" w14:textId="77777777" w:rsidR="003A1F78" w:rsidRPr="00F22349" w:rsidRDefault="003A1F78">
      <w:pPr>
        <w:rPr>
          <w:lang w:val="kk-KZ"/>
        </w:rPr>
      </w:pPr>
    </w:p>
    <w:p w14:paraId="76A85BDE" w14:textId="77777777" w:rsidR="003A1F78" w:rsidRPr="00F22349" w:rsidRDefault="003A1F78">
      <w:pPr>
        <w:rPr>
          <w:lang w:val="kk-KZ"/>
        </w:rPr>
      </w:pPr>
    </w:p>
    <w:p w14:paraId="33D946BD" w14:textId="77777777" w:rsidR="003A1F78" w:rsidRPr="00F22349" w:rsidRDefault="0058790C">
      <w:pPr>
        <w:keepNext/>
        <w:jc w:val="center"/>
        <w:rPr>
          <w:lang w:val="kk-KZ"/>
        </w:rPr>
      </w:pPr>
      <w:r w:rsidRPr="00F22349">
        <w:rPr>
          <w:b/>
          <w:lang w:val="kk-KZ"/>
        </w:rPr>
        <w:t>№ 7 сайлау округі</w:t>
      </w:r>
    </w:p>
    <w:p w14:paraId="317B9A80" w14:textId="77777777" w:rsidR="003A1F78" w:rsidRPr="00F22349" w:rsidRDefault="0058790C">
      <w:pPr>
        <w:keepNext/>
        <w:jc w:val="center"/>
        <w:rPr>
          <w:lang w:val="kk-KZ"/>
        </w:rPr>
      </w:pPr>
      <w:r w:rsidRPr="00F22349">
        <w:rPr>
          <w:lang w:val="kk-KZ"/>
        </w:rPr>
        <w:t>(орталығы – Esil University, А. Жұбанов көшесі, № 7)</w:t>
      </w:r>
    </w:p>
    <w:p w14:paraId="6DE2F22B" w14:textId="77777777" w:rsidR="003A1F78" w:rsidRPr="00F22349" w:rsidRDefault="003A1F78">
      <w:pPr>
        <w:keepNext/>
        <w:rPr>
          <w:lang w:val="kk-KZ"/>
        </w:rPr>
      </w:pPr>
    </w:p>
    <w:p w14:paraId="36715B60" w14:textId="77777777" w:rsidR="003A1F78" w:rsidRPr="00F22349" w:rsidRDefault="00F22349" w:rsidP="00F22349">
      <w:pPr>
        <w:ind w:firstLine="709"/>
        <w:jc w:val="both"/>
        <w:rPr>
          <w:lang w:val="kk-KZ"/>
        </w:rPr>
      </w:pPr>
      <w:r w:rsidRPr="00F22349">
        <w:rPr>
          <w:lang w:val="kk-KZ"/>
        </w:rPr>
        <w:t>А. Иманов көшесінен бастап, Ә. Сембинов көшесінің жұп сандар жағымен теміржолға дейін, теміржол бойымен Ақбұлақ өзенінің арнасына дейін, Ақбұлақ өзенінің арнасымен Есіл өзеніне дейін, Есіл өзенінен «Қараөткел» көпіріне дейін, «Қараөткел» көпірінен Республика даңғылының жұп сандар жағымен А. Иманов көшесіне дейін, Республика даңғылынан</w:t>
      </w:r>
      <w:r w:rsidRPr="00F22349">
        <w:rPr>
          <w:lang w:val="kk-KZ"/>
        </w:rPr>
        <w:br/>
        <w:t>А. Иманов көшесінің жұп сандар жағымен Ә. Сембинов көшесіне дейін, Республика даңғылының № 18, 18А, 18В үйлерін және А. Иманов көшесінің № 6, 10, 10А, 10/1, 12, 14 үйлерін қоспағанда, А. Иманов көшесінің № 17 үйін, Ш. Уәлиханов көшесінің № 5, 7 үйлерін қоса алғанда.</w:t>
      </w:r>
    </w:p>
    <w:p w14:paraId="35CB402D" w14:textId="77777777" w:rsidR="00F22349" w:rsidRDefault="00F22349">
      <w:pPr>
        <w:ind w:firstLine="709"/>
        <w:jc w:val="both"/>
        <w:rPr>
          <w:lang w:val="kk-KZ"/>
        </w:rPr>
      </w:pPr>
    </w:p>
    <w:p w14:paraId="5169D111" w14:textId="77777777" w:rsidR="003A1F78" w:rsidRPr="00F22349" w:rsidRDefault="0058790C">
      <w:pPr>
        <w:ind w:firstLine="709"/>
        <w:jc w:val="both"/>
        <w:rPr>
          <w:lang w:val="kk-KZ"/>
        </w:rPr>
      </w:pPr>
      <w:r w:rsidRPr="00F22349">
        <w:rPr>
          <w:lang w:val="kk-KZ"/>
        </w:rPr>
        <w:t>№ 7 сайлау округі шекарасына 21 сайлау учаскесі кіреді: № 82, 83, 84, 85, 86, 87, 88, 89, 90, 91, 98, 99, 100, 101, 102, 103, 104, 105, 106, 107, 108.</w:t>
      </w:r>
    </w:p>
    <w:p w14:paraId="63866765" w14:textId="77777777" w:rsidR="003A1F78" w:rsidRPr="00F22349" w:rsidRDefault="003A1F78">
      <w:pPr>
        <w:rPr>
          <w:lang w:val="kk-KZ"/>
        </w:rPr>
      </w:pPr>
    </w:p>
    <w:p w14:paraId="36396EF3" w14:textId="77777777" w:rsidR="003A1F78" w:rsidRPr="00F22349" w:rsidRDefault="003A1F78">
      <w:pPr>
        <w:rPr>
          <w:lang w:val="kk-KZ"/>
        </w:rPr>
      </w:pPr>
    </w:p>
    <w:p w14:paraId="54623146" w14:textId="77777777" w:rsidR="003A1F78" w:rsidRPr="00F22349" w:rsidRDefault="0058790C">
      <w:pPr>
        <w:keepNext/>
        <w:jc w:val="center"/>
        <w:rPr>
          <w:lang w:val="kk-KZ"/>
        </w:rPr>
      </w:pPr>
      <w:r w:rsidRPr="00F22349">
        <w:rPr>
          <w:b/>
          <w:lang w:val="kk-KZ"/>
        </w:rPr>
        <w:t>№ 8 сайлау округі</w:t>
      </w:r>
    </w:p>
    <w:p w14:paraId="560931D4" w14:textId="77777777" w:rsidR="003A1F78" w:rsidRPr="00F22349" w:rsidRDefault="0058790C">
      <w:pPr>
        <w:keepNext/>
        <w:jc w:val="center"/>
        <w:rPr>
          <w:lang w:val="kk-KZ"/>
        </w:rPr>
      </w:pPr>
      <w:r w:rsidRPr="00F22349">
        <w:rPr>
          <w:lang w:val="kk-KZ"/>
        </w:rPr>
        <w:t>(орталығы – «Қ. Құлажанов атындағы Қазақ технология және бизнес университеті» акционерлік қоғамы, Қ. Мұхамедханов көшесі, № 37А)</w:t>
      </w:r>
    </w:p>
    <w:p w14:paraId="39C98555" w14:textId="77777777" w:rsidR="003A1F78" w:rsidRPr="00F22349" w:rsidRDefault="003A1F78">
      <w:pPr>
        <w:keepNext/>
        <w:rPr>
          <w:lang w:val="kk-KZ"/>
        </w:rPr>
      </w:pPr>
    </w:p>
    <w:p w14:paraId="030CD644" w14:textId="77777777" w:rsidR="003A1F78" w:rsidRPr="00F22349" w:rsidRDefault="0058790C">
      <w:pPr>
        <w:ind w:firstLine="709"/>
        <w:jc w:val="both"/>
        <w:rPr>
          <w:lang w:val="kk-KZ"/>
        </w:rPr>
      </w:pPr>
      <w:r w:rsidRPr="00F22349">
        <w:rPr>
          <w:lang w:val="kk-KZ"/>
        </w:rPr>
        <w:t>Достық көшесінен Қабанбай батыр даңғылының тақ жағымен Есіл өзенінің арнасына дейін, Есіл өзенінің арнасы бойымен «Нұра» ауданының шекарасы бойынша, «Үркер» тұрғын алабын қоса алғанда, Қорғалжын тасжолына дейін, Қорғалжын тасжолынан Қорғалжын тасжолындағы № 45 үйге дейін, Қорғалжын тасжолындағы № 45 үйден дала арқылы Үлкен Талдыкөл көлін кесіп өтіп, Ш. Айтматов көшесіндегі № 31А үйге дейін,</w:t>
      </w:r>
      <w:r w:rsidRPr="00F22349">
        <w:rPr>
          <w:lang w:val="kk-KZ"/>
        </w:rPr>
        <w:br/>
        <w:t>Ш. Айтматов көшесіндегі № 31А үйден Сығанақ көшесінің тақ жағымен Сығанақ көшесі мен С. Асфендияров көшесінің қиылысына дейін, Сығанақ және С. Асфендияров көшелерінің қиылысынан С. Асфендияров көшесіндегі № 3 үйге дейін, С. Асфендияров көшесіндегі № 3 үйден Күлтегін көшесіне дейін, Күлтегін көшесіндегі № 9, 11 үйлерді қоспағанда, Күлтегін көшесінің тақ жағымен Күлтегін көшесіндегі № 14 үйге дейін, № 14 үйді қоса алғанда, Күлтегін көшесіндегі № 14 үйден орамішілік жол арқылы № 99 «Бүлдіршін» балабақшасына дейін, № 99 «Бүлдіршін» балабақшасынан орамішілік жол арқылы Green Line аллеясын кесіп өтіп, Қ. Мұхамедханов көшесіндегі № 23 үйге дейін, Қ. Мұхамедханов көшесіндегі № 23 үйден Қ. Мұхамедханов көшесінің тақ жағымен Қ. Мұхамедханов көшесі мен Тұран даңғылының қиылысына дейін, Қ. Мұхамедханов көшесі мен Тұран даңғылының қиылысынан Тұран даңғылының жұп жағымен Достық көшесі мен Тұран даңғылының қиылысына дейін, Достық көшесі мен Тұран даңғылының қиылысынан Достық көшесінің тақ жағымен Достық көшесі мен Қабанбай батыр даңғылының қиылысына дейін.</w:t>
      </w:r>
    </w:p>
    <w:p w14:paraId="1E848DA7" w14:textId="77777777" w:rsidR="003A1F78" w:rsidRPr="00F22349" w:rsidRDefault="003A1F78">
      <w:pPr>
        <w:keepNext/>
        <w:rPr>
          <w:lang w:val="kk-KZ"/>
        </w:rPr>
      </w:pPr>
    </w:p>
    <w:p w14:paraId="5E3AF3D2" w14:textId="77777777" w:rsidR="003A1F78" w:rsidRPr="00F22349" w:rsidRDefault="0058790C">
      <w:pPr>
        <w:ind w:firstLine="709"/>
        <w:jc w:val="both"/>
        <w:rPr>
          <w:lang w:val="kk-KZ"/>
        </w:rPr>
      </w:pPr>
      <w:r w:rsidRPr="00F22349">
        <w:rPr>
          <w:lang w:val="kk-KZ"/>
        </w:rPr>
        <w:t>№ 8 сайлау округі шекарасына 28 сайлау учаскесі кіреді: № 193, 195, 197, 198, 200, 201, 202, 203, 204, 212, 213, 214, 215, 216, 227, 228, 229, 230, 232, 236, 242, 244, 246, 249, 254, 255, 257, 266.</w:t>
      </w:r>
    </w:p>
    <w:p w14:paraId="16A899F5" w14:textId="77777777" w:rsidR="003A1F78" w:rsidRPr="00F22349" w:rsidRDefault="003A1F78">
      <w:pPr>
        <w:rPr>
          <w:lang w:val="kk-KZ"/>
        </w:rPr>
      </w:pPr>
    </w:p>
    <w:p w14:paraId="5D26F73C" w14:textId="77777777" w:rsidR="003A1F78" w:rsidRPr="00F22349" w:rsidRDefault="003A1F78">
      <w:pPr>
        <w:rPr>
          <w:lang w:val="kk-KZ"/>
        </w:rPr>
      </w:pPr>
    </w:p>
    <w:p w14:paraId="3AE7B195" w14:textId="77777777" w:rsidR="003A1F78" w:rsidRPr="00F22349" w:rsidRDefault="0058790C">
      <w:pPr>
        <w:keepNext/>
        <w:jc w:val="center"/>
        <w:rPr>
          <w:lang w:val="kk-KZ"/>
        </w:rPr>
      </w:pPr>
      <w:r w:rsidRPr="00F22349">
        <w:rPr>
          <w:b/>
          <w:lang w:val="kk-KZ"/>
        </w:rPr>
        <w:t>№ 9 сайлау округі</w:t>
      </w:r>
    </w:p>
    <w:p w14:paraId="65947379" w14:textId="77777777" w:rsidR="003A1F78" w:rsidRPr="00F22349" w:rsidRDefault="0058790C">
      <w:pPr>
        <w:keepNext/>
        <w:jc w:val="center"/>
        <w:rPr>
          <w:lang w:val="kk-KZ"/>
        </w:rPr>
      </w:pPr>
      <w:r w:rsidRPr="00F22349">
        <w:rPr>
          <w:lang w:val="kk-KZ"/>
        </w:rPr>
        <w:t>(орталығы – Астана қаласы әкімдігінің «№ 97 мектеп-гимназия» шаруашылық жүргізу құқығындағы мемлекеттік коммуналдық кәсіпорны, Тұран даңғылы, № 42/1)</w:t>
      </w:r>
    </w:p>
    <w:p w14:paraId="0B1EDAB4" w14:textId="77777777" w:rsidR="003A1F78" w:rsidRPr="00F22349" w:rsidRDefault="003A1F78">
      <w:pPr>
        <w:keepNext/>
        <w:rPr>
          <w:lang w:val="kk-KZ"/>
        </w:rPr>
      </w:pPr>
    </w:p>
    <w:p w14:paraId="39B8D487" w14:textId="4CBBA97B" w:rsidR="003A1F78" w:rsidRPr="00F22349" w:rsidRDefault="0058790C">
      <w:pPr>
        <w:ind w:firstLine="709"/>
        <w:jc w:val="both"/>
        <w:rPr>
          <w:lang w:val="kk-KZ"/>
        </w:rPr>
      </w:pPr>
      <w:r w:rsidRPr="00F22349">
        <w:rPr>
          <w:lang w:val="kk-KZ"/>
        </w:rPr>
        <w:t>Қ. Мұхамедханов көшесіндегі № 23 үйден Қ. Мұхамедханов көшесінің жұп жағымен Қ. Мұхамедханов көшесі мен Тұран даңғылының қиылысына дейін, Қ. Мұхамедханов көшесі мен Тұран даңғылының қиылысынан Тұран даңғылының тақ жағымен Достық көшесі мен Тұран даңғылының қиылысына дейін, Достық көшесі мен Тұран даңғылының қиылысынан Достық көшесінің жұп жағымен Достық көшесі мен Қабанбай батыр даңғылының қиылысына дейін, Достық көшесі мен Қабанбай батыр даңғылының қиылысынан Қабанбай батыр даңғылының тақ жағымен Қабанбай батыр және Ұлы Дала даңғылдарының қиылысына дейін, Қабанбай батыр және Ұлы Дала даңғылдарының қиылысынан Ұлы Дала даңғылының тақ жағымен Тұран және Ұлы Дала даңғылдарының қиылысына дейін, Тұран және Ұлы Дала даңғылдарының қиылысынан Тұран даңғылының жұп жағымен Р. Бағланова көшесі мен Тұран даңғылының қиылысына дейін,</w:t>
      </w:r>
      <w:r w:rsidRPr="00F22349">
        <w:rPr>
          <w:lang w:val="kk-KZ"/>
        </w:rPr>
        <w:br/>
        <w:t>Р. Бағланова көшесі мен Тұран даңғылының қиылысынан Р. Бағланова көшесінің тақ жағымен Р. Бағланова және Қазыбек би көшелерінің қиылысына дейін, Төле би көшесіндегі № 40 үйді, Р. Бағланова көшесіндегі № 3, 3/1 үйлерді қоспағанда, Р. Бағланова және Қазыбек би көшелерінің қиылысынан Қазыбек би көшесінің тақ жағымен Сығанақ көшесіндегі № 32 үйге дейін, Сығанақ көшесіндегі № 32 үйді қоса алғанда, Сығанақ көшесінің тақ жағымен Сығанақ және С. Асфендияров көшелерінің қиылысына дейін, Сығанақ және С. Асфендияров көшелерінің қиылысынан С. Асфендияров және Халифа бен Заид әл-Нахаян көшелерінің қиылысына дейін, Халифа бен Заид әл-Нахаян көшесі бойымен Күлтегін көшесіне дейін, Күлтегін көшесіндегі № 9 және 11 үйлерді қоса алғанда, Күлтегін көшесінің жұп жағымен Күлтегін көшесіндегі № 14 үйге дейін, Күлтегін көшесіндегі № 14 үйден орамішілік жол арқылы</w:t>
      </w:r>
      <w:r w:rsidR="00800C32">
        <w:rPr>
          <w:lang w:val="kk-KZ"/>
        </w:rPr>
        <w:br/>
      </w:r>
      <w:r w:rsidRPr="00F22349">
        <w:rPr>
          <w:lang w:val="kk-KZ"/>
        </w:rPr>
        <w:t>№ 99 «Бүлдіршін» балабақшасына дейін, № 99 «Бүлдіршін» балабақшасынан орамішілік жол арқылы Green Line аллеясын кесіп өтіп, С. Асфендияров көшесіндегі № 11, 12 үйлерді, Е-797 көшесіндегі № 2 үйді, Қ. Мұхамедханов көшесіндегі № 12, 12/3 үйлерді қоса алғанда</w:t>
      </w:r>
      <w:r w:rsidR="00800C32">
        <w:rPr>
          <w:lang w:val="kk-KZ"/>
        </w:rPr>
        <w:t xml:space="preserve"> </w:t>
      </w:r>
      <w:r w:rsidRPr="00F22349">
        <w:rPr>
          <w:lang w:val="kk-KZ"/>
        </w:rPr>
        <w:t xml:space="preserve">Қ. Мұхамедханов көшесіндегі </w:t>
      </w:r>
      <w:r w:rsidR="00800C32">
        <w:rPr>
          <w:lang w:val="kk-KZ"/>
        </w:rPr>
        <w:br/>
      </w:r>
      <w:r w:rsidRPr="00F22349">
        <w:rPr>
          <w:lang w:val="kk-KZ"/>
        </w:rPr>
        <w:t>№ 23 үйге дейін.</w:t>
      </w:r>
    </w:p>
    <w:p w14:paraId="02BE0E2C" w14:textId="77777777" w:rsidR="003A1F78" w:rsidRPr="00F22349" w:rsidRDefault="003A1F78">
      <w:pPr>
        <w:keepNext/>
        <w:rPr>
          <w:lang w:val="kk-KZ"/>
        </w:rPr>
      </w:pPr>
    </w:p>
    <w:p w14:paraId="50325A44" w14:textId="77777777" w:rsidR="003A1F78" w:rsidRPr="00F22349" w:rsidRDefault="0058790C">
      <w:pPr>
        <w:ind w:firstLine="709"/>
        <w:jc w:val="both"/>
        <w:rPr>
          <w:lang w:val="kk-KZ"/>
        </w:rPr>
      </w:pPr>
      <w:r w:rsidRPr="00F22349">
        <w:rPr>
          <w:lang w:val="kk-KZ"/>
        </w:rPr>
        <w:t>№ 9 сайлау округі шекарасына 36 сайлау учаскесі кіреді: № 194, 196, 208, 209, 210, 211, 217, 218, 221, 222, 223, 226, 231, 233, 234, 237, 238, 240, 243, 245, 248, 250, 252, 253, 256, 260, 261, 262, 263, 264, 265, 267, 498, 499, 500, 524.</w:t>
      </w:r>
    </w:p>
    <w:p w14:paraId="36BDC9F5" w14:textId="77777777" w:rsidR="003A1F78" w:rsidRPr="00F22349" w:rsidRDefault="003A1F78">
      <w:pPr>
        <w:rPr>
          <w:lang w:val="kk-KZ"/>
        </w:rPr>
      </w:pPr>
    </w:p>
    <w:p w14:paraId="29F99206" w14:textId="77777777" w:rsidR="003A1F78" w:rsidRPr="00F22349" w:rsidRDefault="003A1F78">
      <w:pPr>
        <w:rPr>
          <w:lang w:val="kk-KZ"/>
        </w:rPr>
      </w:pPr>
    </w:p>
    <w:p w14:paraId="6663B7BC" w14:textId="77777777" w:rsidR="003A1F78" w:rsidRPr="00F22349" w:rsidRDefault="0058790C">
      <w:pPr>
        <w:keepNext/>
        <w:jc w:val="center"/>
        <w:rPr>
          <w:lang w:val="kk-KZ"/>
        </w:rPr>
      </w:pPr>
      <w:r w:rsidRPr="00F22349">
        <w:rPr>
          <w:b/>
          <w:lang w:val="kk-KZ"/>
        </w:rPr>
        <w:t>№ 10 сайлау округі</w:t>
      </w:r>
    </w:p>
    <w:p w14:paraId="1A8C930C" w14:textId="5661AE6C" w:rsidR="003A1F78" w:rsidRPr="00F22349" w:rsidRDefault="0058790C">
      <w:pPr>
        <w:keepNext/>
        <w:jc w:val="center"/>
        <w:rPr>
          <w:lang w:val="kk-KZ"/>
        </w:rPr>
      </w:pPr>
      <w:r w:rsidRPr="00F22349">
        <w:rPr>
          <w:lang w:val="kk-KZ"/>
        </w:rPr>
        <w:t xml:space="preserve">(орталығы – «Барыс-Арена» көпфункционалды мұз сарайы, </w:t>
      </w:r>
      <w:r w:rsidR="00800C32">
        <w:rPr>
          <w:lang w:val="kk-KZ"/>
        </w:rPr>
        <w:br/>
      </w:r>
      <w:r w:rsidRPr="00F22349">
        <w:rPr>
          <w:lang w:val="kk-KZ"/>
        </w:rPr>
        <w:t>Тұран даңғылы, № 57)</w:t>
      </w:r>
    </w:p>
    <w:p w14:paraId="1DF1EE7B" w14:textId="77777777" w:rsidR="003A1F78" w:rsidRPr="00F22349" w:rsidRDefault="003A1F78">
      <w:pPr>
        <w:keepNext/>
        <w:rPr>
          <w:lang w:val="kk-KZ"/>
        </w:rPr>
      </w:pPr>
    </w:p>
    <w:p w14:paraId="6556A439" w14:textId="77777777" w:rsidR="003A1F78" w:rsidRPr="00F22349" w:rsidRDefault="0058790C">
      <w:pPr>
        <w:ind w:firstLine="709"/>
        <w:jc w:val="both"/>
        <w:rPr>
          <w:lang w:val="kk-KZ"/>
        </w:rPr>
      </w:pPr>
      <w:r w:rsidRPr="00F22349">
        <w:rPr>
          <w:lang w:val="kk-KZ"/>
        </w:rPr>
        <w:t>Е-429 көшесіндегі № 24 үйден Сығанақ көшесінің жұп жағымен Сығанақ көшесіндегі № 32 үйге дейін, Сығанақ көшесіндегі № 32 үйден Қазыбек би көшесінің жұп жағымен Р. Бағланова және Қазыбек би көшелерінің қиылысына дейін, Р. Бағланова және Қазыбек би көшелерінің қиылысынан</w:t>
      </w:r>
      <w:r w:rsidRPr="00F22349">
        <w:rPr>
          <w:lang w:val="kk-KZ"/>
        </w:rPr>
        <w:br/>
        <w:t>Р. Бағланова көшесінің жұп жағымен, Төле би көшесіндегі № 40 үйді,</w:t>
      </w:r>
      <w:r w:rsidRPr="00F22349">
        <w:rPr>
          <w:lang w:val="kk-KZ"/>
        </w:rPr>
        <w:br/>
        <w:t>Р. Бағланова көшесіндегі № 3, 3/1 үйлерді қоса алғанда, Р. Бағланова көшесі мен Тұран даңғылының қиылысына дейін, Тұран даңғылының тақ жағымен Тұран және Ұлы Дала даңғылдарының қиылысына дейін, Тұран және Ұлы Дала даңғылдарының қиылысынан Ұлы Дала даңғылының жұп жағымен Ұлы Дала және Қабанбай батыр даңғылдарының қиылысына дейін, Ұлы Дала және Қабанбай батыр даңғылдарының қиылысынан Қабанбай батыр даңғылы мен Қарқаралы тасжолының тақ жағымен оңтүстік-батыс айналма жолына дейін, Қарқаралы тасжолы мен оңтүстік-батыс айналма жолының қиылысынан Қорғалжын тасжолы бағытымен Ақмола облысы Қосшы қаласының Тайтөбе ауылының 18 есептік орамы көшесі мен оңтүстік-батыс айналма жолының қиылысына дейін, Ақмола облысы Қосшы қаласы Тайтөбе ауылының 18 есептік орамы көшесі мен оңтүстік-батыс айналма жолының қиылысынан оңтүстік-батыс айналма жолы бағытымен дала арқылы Е-429 көшесіндегі</w:t>
      </w:r>
      <w:r w:rsidRPr="00F22349">
        <w:rPr>
          <w:lang w:val="kk-KZ"/>
        </w:rPr>
        <w:br/>
        <w:t>№ 24 үйге дейін.</w:t>
      </w:r>
    </w:p>
    <w:p w14:paraId="47E6F9BF" w14:textId="77777777" w:rsidR="003A1F78" w:rsidRPr="00F22349" w:rsidRDefault="003A1F78">
      <w:pPr>
        <w:keepNext/>
        <w:rPr>
          <w:lang w:val="kk-KZ"/>
        </w:rPr>
      </w:pPr>
    </w:p>
    <w:p w14:paraId="0307E277" w14:textId="77777777" w:rsidR="003A1F78" w:rsidRPr="00F22349" w:rsidRDefault="0058790C">
      <w:pPr>
        <w:ind w:firstLine="709"/>
        <w:jc w:val="both"/>
        <w:rPr>
          <w:lang w:val="kk-KZ"/>
        </w:rPr>
      </w:pPr>
      <w:r w:rsidRPr="00F22349">
        <w:rPr>
          <w:lang w:val="kk-KZ"/>
        </w:rPr>
        <w:t>№ 10 сайлау округі шекарасына 23 сайлау учаскесі кіреді: № 199, 205, 206, 207, 219, 220, 224, 225, 235, 239, 241, 247, 251, 258, 259, 493, 494, 495, 496, 497, 501, 516, 525.</w:t>
      </w:r>
    </w:p>
    <w:p w14:paraId="6087AD0B" w14:textId="77777777" w:rsidR="003A1F78" w:rsidRPr="00F22349" w:rsidRDefault="003A1F78">
      <w:pPr>
        <w:rPr>
          <w:lang w:val="kk-KZ"/>
        </w:rPr>
      </w:pPr>
    </w:p>
    <w:p w14:paraId="50067995" w14:textId="77777777" w:rsidR="003A1F78" w:rsidRPr="00F22349" w:rsidRDefault="003A1F78">
      <w:pPr>
        <w:rPr>
          <w:lang w:val="kk-KZ"/>
        </w:rPr>
      </w:pPr>
    </w:p>
    <w:p w14:paraId="237319E7" w14:textId="77777777" w:rsidR="003A1F78" w:rsidRPr="00F22349" w:rsidRDefault="0058790C">
      <w:pPr>
        <w:keepNext/>
        <w:jc w:val="center"/>
        <w:rPr>
          <w:lang w:val="kk-KZ"/>
        </w:rPr>
      </w:pPr>
      <w:r w:rsidRPr="00F22349">
        <w:rPr>
          <w:b/>
          <w:lang w:val="kk-KZ"/>
        </w:rPr>
        <w:t>№ 11 сайлау округі</w:t>
      </w:r>
    </w:p>
    <w:p w14:paraId="11B5856B" w14:textId="4AAC11BA" w:rsidR="003A1F78" w:rsidRPr="00F22349" w:rsidRDefault="0058790C">
      <w:pPr>
        <w:keepNext/>
        <w:jc w:val="center"/>
        <w:rPr>
          <w:lang w:val="kk-KZ"/>
        </w:rPr>
      </w:pPr>
      <w:r w:rsidRPr="00F22349">
        <w:rPr>
          <w:lang w:val="kk-KZ"/>
        </w:rPr>
        <w:t xml:space="preserve">(орталығы – «Астана» халықаралық университеті, </w:t>
      </w:r>
      <w:r w:rsidR="00800C32">
        <w:rPr>
          <w:lang w:val="kk-KZ"/>
        </w:rPr>
        <w:br/>
      </w:r>
      <w:r w:rsidRPr="00F22349">
        <w:rPr>
          <w:lang w:val="kk-KZ"/>
        </w:rPr>
        <w:t>Жиембет жырау көшесі,</w:t>
      </w:r>
      <w:r w:rsidR="00800C32">
        <w:rPr>
          <w:lang w:val="kk-KZ"/>
        </w:rPr>
        <w:t xml:space="preserve"> </w:t>
      </w:r>
      <w:r w:rsidRPr="00F22349">
        <w:rPr>
          <w:lang w:val="kk-KZ"/>
        </w:rPr>
        <w:t>№ 2)</w:t>
      </w:r>
    </w:p>
    <w:p w14:paraId="7BCC0CD2" w14:textId="77777777" w:rsidR="003A1F78" w:rsidRPr="00F22349" w:rsidRDefault="003A1F78">
      <w:pPr>
        <w:keepNext/>
        <w:rPr>
          <w:lang w:val="kk-KZ"/>
        </w:rPr>
      </w:pPr>
    </w:p>
    <w:p w14:paraId="5E14C1E8" w14:textId="77777777" w:rsidR="003A1F78" w:rsidRPr="00F22349" w:rsidRDefault="0058790C">
      <w:pPr>
        <w:ind w:firstLine="709"/>
        <w:jc w:val="both"/>
        <w:rPr>
          <w:lang w:val="kk-KZ"/>
        </w:rPr>
      </w:pPr>
      <w:r w:rsidRPr="00F22349">
        <w:rPr>
          <w:spacing w:val="-6"/>
          <w:lang w:val="kk-KZ"/>
        </w:rPr>
        <w:t>Қабанбай батыр даңғылынан Есіл өзенінің арнасы бойымен Ә. Бөкейхан көшесіне дейін, Ә. Бөкейхан көшесімен Орынбор көшесіне дейін, Ә. Бөкейхан көшесінен Орынбор көшесінің бойымен Қабанбай батыр даңғылына дейін, Қабанбай батыр даңғылымен Есіл өзенінің арнасына дейін.</w:t>
      </w:r>
    </w:p>
    <w:p w14:paraId="5D5FD797" w14:textId="77777777" w:rsidR="003A1F78" w:rsidRPr="00F22349" w:rsidRDefault="003A1F78">
      <w:pPr>
        <w:keepNext/>
        <w:rPr>
          <w:lang w:val="kk-KZ"/>
        </w:rPr>
      </w:pPr>
    </w:p>
    <w:p w14:paraId="40DEB4CA" w14:textId="77777777" w:rsidR="003A1F78" w:rsidRPr="00F22349" w:rsidRDefault="0058790C">
      <w:pPr>
        <w:ind w:firstLine="709"/>
        <w:jc w:val="both"/>
        <w:rPr>
          <w:lang w:val="kk-KZ"/>
        </w:rPr>
      </w:pPr>
      <w:r w:rsidRPr="00F22349">
        <w:rPr>
          <w:lang w:val="kk-KZ"/>
        </w:rPr>
        <w:t>№ 11 сайлау округі шекарасына 27 сайлау учаскесі кіреді: № 123, 125, 126, 127, 128, 129, 130, 131, 132, 133, 135, 136, 137, 143, 144, 148, 150, 151, 156, 158, 160, 162, 163, 175, 186, 485, 523.</w:t>
      </w:r>
    </w:p>
    <w:p w14:paraId="3ACA89AB" w14:textId="77777777" w:rsidR="003A1F78" w:rsidRPr="00F22349" w:rsidRDefault="003A1F78">
      <w:pPr>
        <w:rPr>
          <w:lang w:val="kk-KZ"/>
        </w:rPr>
      </w:pPr>
    </w:p>
    <w:p w14:paraId="07102843" w14:textId="77777777" w:rsidR="003A1F78" w:rsidRPr="00F22349" w:rsidRDefault="003A1F78">
      <w:pPr>
        <w:rPr>
          <w:lang w:val="kk-KZ"/>
        </w:rPr>
      </w:pPr>
    </w:p>
    <w:p w14:paraId="11E53C3A" w14:textId="77777777" w:rsidR="003A1F78" w:rsidRPr="00F22349" w:rsidRDefault="0058790C">
      <w:pPr>
        <w:keepNext/>
        <w:jc w:val="center"/>
        <w:rPr>
          <w:lang w:val="kk-KZ"/>
        </w:rPr>
      </w:pPr>
      <w:r w:rsidRPr="00F22349">
        <w:rPr>
          <w:b/>
          <w:lang w:val="kk-KZ"/>
        </w:rPr>
        <w:lastRenderedPageBreak/>
        <w:t>№ 12 сайлау округі</w:t>
      </w:r>
    </w:p>
    <w:p w14:paraId="22444527" w14:textId="4630DB65" w:rsidR="003A1F78" w:rsidRPr="00F22349" w:rsidRDefault="0058790C">
      <w:pPr>
        <w:keepNext/>
        <w:jc w:val="center"/>
        <w:rPr>
          <w:lang w:val="kk-KZ"/>
        </w:rPr>
      </w:pPr>
      <w:r w:rsidRPr="00F22349">
        <w:rPr>
          <w:lang w:val="kk-KZ"/>
        </w:rPr>
        <w:t xml:space="preserve">(орталығы – Астана қаласы әкімдігінің «№ 95 мектеп-лицей» шаруашылық жүргізу құқығындағы мемлекеттік коммуналдық кәсіпорны, </w:t>
      </w:r>
      <w:r w:rsidR="00800C32">
        <w:rPr>
          <w:lang w:val="kk-KZ"/>
        </w:rPr>
        <w:br/>
      </w:r>
      <w:r w:rsidRPr="00F22349">
        <w:rPr>
          <w:lang w:val="kk-KZ"/>
        </w:rPr>
        <w:t>Ұлы Дала даңғылы, № 73/1)</w:t>
      </w:r>
    </w:p>
    <w:p w14:paraId="301DB8F8" w14:textId="77777777" w:rsidR="003A1F78" w:rsidRPr="00F22349" w:rsidRDefault="003A1F78">
      <w:pPr>
        <w:keepNext/>
        <w:rPr>
          <w:lang w:val="kk-KZ"/>
        </w:rPr>
      </w:pPr>
    </w:p>
    <w:p w14:paraId="7F4DC6B9" w14:textId="77777777" w:rsidR="003A1F78" w:rsidRPr="00F22349" w:rsidRDefault="0058790C">
      <w:pPr>
        <w:ind w:firstLine="709"/>
        <w:jc w:val="both"/>
        <w:rPr>
          <w:lang w:val="kk-KZ"/>
        </w:rPr>
      </w:pPr>
      <w:r w:rsidRPr="00F22349">
        <w:rPr>
          <w:lang w:val="kk-KZ"/>
        </w:rPr>
        <w:t>Қабанбай батыр даңғылынан Т. Рысқұлов көшесінің бойымен Мәңгілік Ел даңғылына дейін, Мәңгілік Ел даңғылымен Т. Рысқұлов көшесінен Ұлы Дала даңғылына дейін, Ұлы Дала даңғылымен Мәңгілік Ел даңғылынан Есіл өзенінің арнасына дейін, Есіл өзенінің арнасы бойымен Ә. Бөкейхан көшесіне дейін, Ә. Бөкейхан көшесімен Орынбор көшесіне дейін, Орынбор көшесімен Қабанбай батыр даңғылына дейін, Орынбор көшесінен Қабанбай батыр даңғылының бойымен Т. Рысқұлов көшесіне дейін.</w:t>
      </w:r>
    </w:p>
    <w:p w14:paraId="65CDB618" w14:textId="77777777" w:rsidR="003A1F78" w:rsidRPr="00F22349" w:rsidRDefault="003A1F78">
      <w:pPr>
        <w:keepNext/>
        <w:rPr>
          <w:lang w:val="kk-KZ"/>
        </w:rPr>
      </w:pPr>
    </w:p>
    <w:p w14:paraId="1FCF9F8C" w14:textId="77777777" w:rsidR="003A1F78" w:rsidRPr="00F22349" w:rsidRDefault="0058790C">
      <w:pPr>
        <w:ind w:firstLine="709"/>
        <w:jc w:val="both"/>
        <w:rPr>
          <w:lang w:val="kk-KZ"/>
        </w:rPr>
      </w:pPr>
      <w:r w:rsidRPr="00F22349">
        <w:rPr>
          <w:lang w:val="kk-KZ"/>
        </w:rPr>
        <w:t>№ 12 сайлау округі шекарасына 28 сайлау учаскесі кіреді: № 134, 138, 139, 140, 145, 146, 149, 152, 155, 157, 159, 161, 164, 165, 166, 167, 172, 176, 177, 180, 181, 182, 486, 487, 513, 514, 521, 522.</w:t>
      </w:r>
    </w:p>
    <w:p w14:paraId="7B2875C1" w14:textId="77777777" w:rsidR="003A1F78" w:rsidRPr="00F22349" w:rsidRDefault="003A1F78">
      <w:pPr>
        <w:rPr>
          <w:lang w:val="kk-KZ"/>
        </w:rPr>
      </w:pPr>
    </w:p>
    <w:p w14:paraId="5A3A5A48" w14:textId="77777777" w:rsidR="003A1F78" w:rsidRPr="00F22349" w:rsidRDefault="003A1F78">
      <w:pPr>
        <w:rPr>
          <w:lang w:val="kk-KZ"/>
        </w:rPr>
      </w:pPr>
    </w:p>
    <w:p w14:paraId="0BA66F06" w14:textId="77777777" w:rsidR="003A1F78" w:rsidRPr="00F22349" w:rsidRDefault="0058790C">
      <w:pPr>
        <w:keepNext/>
        <w:jc w:val="center"/>
        <w:rPr>
          <w:lang w:val="kk-KZ"/>
        </w:rPr>
      </w:pPr>
      <w:r w:rsidRPr="00F22349">
        <w:rPr>
          <w:b/>
          <w:lang w:val="kk-KZ"/>
        </w:rPr>
        <w:t>№ 13 сайлау округі</w:t>
      </w:r>
    </w:p>
    <w:p w14:paraId="0AFDFE1E" w14:textId="77777777" w:rsidR="003A1F78" w:rsidRPr="00F22349" w:rsidRDefault="0058790C">
      <w:pPr>
        <w:keepNext/>
        <w:jc w:val="center"/>
        <w:rPr>
          <w:lang w:val="kk-KZ"/>
        </w:rPr>
      </w:pPr>
      <w:r w:rsidRPr="00F22349">
        <w:rPr>
          <w:lang w:val="kk-KZ"/>
        </w:rPr>
        <w:t>(орталығы – «ASPAN» спорт орталығы, Е697 көшесі, № 5)</w:t>
      </w:r>
    </w:p>
    <w:p w14:paraId="4D0A7C92" w14:textId="77777777" w:rsidR="003A1F78" w:rsidRPr="00F22349" w:rsidRDefault="003A1F78">
      <w:pPr>
        <w:keepNext/>
        <w:rPr>
          <w:lang w:val="kk-KZ"/>
        </w:rPr>
      </w:pPr>
    </w:p>
    <w:p w14:paraId="2659C54E" w14:textId="77777777" w:rsidR="003A1F78" w:rsidRPr="00F22349" w:rsidRDefault="0058790C">
      <w:pPr>
        <w:ind w:firstLine="709"/>
        <w:jc w:val="both"/>
        <w:rPr>
          <w:lang w:val="kk-KZ"/>
        </w:rPr>
      </w:pPr>
      <w:r w:rsidRPr="00F22349">
        <w:rPr>
          <w:lang w:val="kk-KZ"/>
        </w:rPr>
        <w:t>Қабанбай батыр даңғылынан Т. Рысқұлов көшесінің бойымен Мәңгілік Ел даңғылына дейін, Мәңгілік Ел даңғылымен Т. Рысқұлов көшесінен Ұлы Дала даңғылына дейін, Ұлы Дала даңғылымен Мәңгілік Ел даңғылынан «Есіл» ауданының шекарасына дейін, «Есіл» ауданының шекарасы бойымен Қабанбай батыр даңғылына дейін.</w:t>
      </w:r>
    </w:p>
    <w:p w14:paraId="5CF31A20" w14:textId="77777777" w:rsidR="003A1F78" w:rsidRPr="00F22349" w:rsidRDefault="003A1F78">
      <w:pPr>
        <w:keepNext/>
        <w:rPr>
          <w:lang w:val="kk-KZ"/>
        </w:rPr>
      </w:pPr>
    </w:p>
    <w:p w14:paraId="753E20D4" w14:textId="77777777" w:rsidR="003A1F78" w:rsidRPr="00F22349" w:rsidRDefault="0058790C">
      <w:pPr>
        <w:ind w:firstLine="709"/>
        <w:jc w:val="both"/>
        <w:rPr>
          <w:lang w:val="kk-KZ"/>
        </w:rPr>
      </w:pPr>
      <w:r w:rsidRPr="00F22349">
        <w:rPr>
          <w:lang w:val="kk-KZ"/>
        </w:rPr>
        <w:t>№ 13 сайлау округі шекарасына 29 сайлау учаскесі кіреді: № 124, 141, 142, 147, 153, 154, 168, 169, 170, 171, 173, 174, 178, 179, 183, 184, 185, 187, 188, 189, 190, 191, 192, 488, 489, 490, 491, 492, 515.</w:t>
      </w:r>
    </w:p>
    <w:p w14:paraId="6B7E51BC" w14:textId="77777777" w:rsidR="003A1F78" w:rsidRPr="00F22349" w:rsidRDefault="003A1F78">
      <w:pPr>
        <w:rPr>
          <w:lang w:val="kk-KZ"/>
        </w:rPr>
      </w:pPr>
    </w:p>
    <w:p w14:paraId="681288B7" w14:textId="77777777" w:rsidR="003A1F78" w:rsidRPr="00F22349" w:rsidRDefault="003A1F78">
      <w:pPr>
        <w:rPr>
          <w:lang w:val="kk-KZ"/>
        </w:rPr>
      </w:pPr>
    </w:p>
    <w:p w14:paraId="2A13B238" w14:textId="77777777" w:rsidR="003A1F78" w:rsidRPr="00F22349" w:rsidRDefault="0058790C">
      <w:pPr>
        <w:keepNext/>
        <w:jc w:val="center"/>
        <w:rPr>
          <w:lang w:val="kk-KZ"/>
        </w:rPr>
      </w:pPr>
      <w:r w:rsidRPr="00F22349">
        <w:rPr>
          <w:b/>
          <w:lang w:val="kk-KZ"/>
        </w:rPr>
        <w:t>№ 14 сайлау округі</w:t>
      </w:r>
    </w:p>
    <w:p w14:paraId="50A8CABC" w14:textId="77777777" w:rsidR="003A1F78" w:rsidRPr="00F22349" w:rsidRDefault="0058790C">
      <w:pPr>
        <w:keepNext/>
        <w:jc w:val="center"/>
        <w:rPr>
          <w:lang w:val="kk-KZ"/>
        </w:rPr>
      </w:pPr>
      <w:r w:rsidRPr="00F22349">
        <w:rPr>
          <w:lang w:val="kk-KZ"/>
        </w:rPr>
        <w:t>(орталығы – Астана қаласы әкімдігінің «Талғат Бигелдинов атындағы № 1 мектеп-лицей» шаруашылық жүргізу құқығындағы мемлекеттік коммуналдық кәсіпорны, Желтоқсан көшесі, № 9)</w:t>
      </w:r>
    </w:p>
    <w:p w14:paraId="76767791" w14:textId="77777777" w:rsidR="003A1F78" w:rsidRPr="00F22349" w:rsidRDefault="003A1F78">
      <w:pPr>
        <w:keepNext/>
        <w:rPr>
          <w:lang w:val="kk-KZ"/>
        </w:rPr>
      </w:pPr>
    </w:p>
    <w:p w14:paraId="39D5FDBF" w14:textId="77777777" w:rsidR="003A1F78" w:rsidRPr="00F22349" w:rsidRDefault="0058790C">
      <w:pPr>
        <w:ind w:firstLine="709"/>
        <w:jc w:val="both"/>
        <w:rPr>
          <w:lang w:val="kk-KZ"/>
        </w:rPr>
      </w:pPr>
      <w:r w:rsidRPr="00F22349">
        <w:rPr>
          <w:spacing w:val="-6"/>
          <w:lang w:val="kk-KZ"/>
        </w:rPr>
        <w:t>Есіл өзенінің жағалауынан Сарыбұлақ бұлағына дейін, Сарыбұлақ бұлағынан, Ш. Қосшығұлұлы көшесіндегі № 19/1, 19/2, 19/3, 19/4 үйлерді қоспағанда, Бөгенбай батыр даңғылына дейін, Бөгенбай батыр даңғылынан</w:t>
      </w:r>
      <w:r w:rsidRPr="00F22349">
        <w:rPr>
          <w:spacing w:val="-6"/>
          <w:lang w:val="kk-KZ"/>
        </w:rPr>
        <w:br/>
        <w:t>Н. Щорс көшесіне дейін, Н. Щорс көшесінің тақ сандар жағымен Бөгенбай батыр даңғылындағы № 24/2 үйдің және Н. Щорс көшесіндегі № 12/2 үйдің бойымен</w:t>
      </w:r>
      <w:r w:rsidRPr="00F22349">
        <w:rPr>
          <w:spacing w:val="-6"/>
          <w:lang w:val="kk-KZ"/>
        </w:rPr>
        <w:br/>
        <w:t xml:space="preserve">Ә. Жангелдин көшесіне дейін, Ә. Жангелдин көшесінен К. Күмісбеков көшесіне дейін, К. Күмісбеков көшесінен, К. Күмісбеков көшесіндегі № 11 үйді қоспағанда, Жамбыл көшесіне дейін, Жамбыл көшесінен, Б. Соқпақбаев көшесіндегі № 6 үйді </w:t>
      </w:r>
      <w:r w:rsidRPr="00F22349">
        <w:rPr>
          <w:spacing w:val="-6"/>
          <w:lang w:val="kk-KZ"/>
        </w:rPr>
        <w:lastRenderedPageBreak/>
        <w:t>қоспағанда, К. Күмісбеков көшесіне дейін, К. Күмісбеков көшесінен С. Кубрин көшесіне дейін, С. Кубрин көшесінен М. Әуезов орамына дейін, М. Әуезов орамынан С. Сейфуллин көшесіне дейін, С. Сейфуллин көшесінен Республика даңғылына дейін, Республика даңғылынан А. Бараев көшесіне дейін, А. Бараев көшесінен Есіл өзенінің жағалауына дейін.</w:t>
      </w:r>
    </w:p>
    <w:p w14:paraId="61745CD4" w14:textId="77777777" w:rsidR="003A1F78" w:rsidRPr="00F22349" w:rsidRDefault="003A1F78">
      <w:pPr>
        <w:keepNext/>
        <w:rPr>
          <w:lang w:val="kk-KZ"/>
        </w:rPr>
      </w:pPr>
    </w:p>
    <w:p w14:paraId="481A260E" w14:textId="77777777" w:rsidR="003A1F78" w:rsidRPr="00F22349" w:rsidRDefault="0058790C">
      <w:pPr>
        <w:ind w:firstLine="709"/>
        <w:jc w:val="both"/>
        <w:rPr>
          <w:lang w:val="kk-KZ"/>
        </w:rPr>
      </w:pPr>
      <w:r w:rsidRPr="00F22349">
        <w:rPr>
          <w:lang w:val="kk-KZ"/>
        </w:rPr>
        <w:t>№ 14 сайлау округі шекарасына 20 сайлау учаскесі кіреді: № 315, 316, 317, 318, 319, 320, 321, 323, 331, 332, 333, 376, 377, 381, 384, 386, 387, 388, 397, 402.</w:t>
      </w:r>
    </w:p>
    <w:p w14:paraId="2E32B649" w14:textId="77777777" w:rsidR="003A1F78" w:rsidRPr="00F22349" w:rsidRDefault="003A1F78">
      <w:pPr>
        <w:rPr>
          <w:lang w:val="kk-KZ"/>
        </w:rPr>
      </w:pPr>
    </w:p>
    <w:p w14:paraId="6A87E822" w14:textId="77777777" w:rsidR="003A1F78" w:rsidRPr="00F22349" w:rsidRDefault="003A1F78">
      <w:pPr>
        <w:rPr>
          <w:lang w:val="kk-KZ"/>
        </w:rPr>
      </w:pPr>
    </w:p>
    <w:p w14:paraId="7AE1437A" w14:textId="77777777" w:rsidR="003A1F78" w:rsidRPr="00F22349" w:rsidRDefault="0058790C">
      <w:pPr>
        <w:keepNext/>
        <w:jc w:val="center"/>
        <w:rPr>
          <w:lang w:val="kk-KZ"/>
        </w:rPr>
      </w:pPr>
      <w:r w:rsidRPr="00F22349">
        <w:rPr>
          <w:b/>
          <w:lang w:val="kk-KZ"/>
        </w:rPr>
        <w:t>№ 15 сайлау округі</w:t>
      </w:r>
    </w:p>
    <w:p w14:paraId="2EE6AB70" w14:textId="58DCB5D8" w:rsidR="003A1F78" w:rsidRPr="00F22349" w:rsidRDefault="0058790C">
      <w:pPr>
        <w:keepNext/>
        <w:jc w:val="center"/>
        <w:rPr>
          <w:lang w:val="kk-KZ"/>
        </w:rPr>
      </w:pPr>
      <w:r w:rsidRPr="00F22349">
        <w:rPr>
          <w:lang w:val="kk-KZ"/>
        </w:rPr>
        <w:t xml:space="preserve">(орталығы – Астана қаласы әкімдігінің «Әлкей Марғұлан атындағы № 40 мектеп-лицей» коммуналдық мемлекеттік мекемесі, </w:t>
      </w:r>
      <w:r w:rsidR="00800C32">
        <w:rPr>
          <w:lang w:val="kk-KZ"/>
        </w:rPr>
        <w:br/>
      </w:r>
      <w:r w:rsidRPr="00F22349">
        <w:rPr>
          <w:lang w:val="kk-KZ"/>
        </w:rPr>
        <w:t>Д. Бабатайұлы көшесі,</w:t>
      </w:r>
      <w:r w:rsidR="00800C32">
        <w:rPr>
          <w:lang w:val="kk-KZ"/>
        </w:rPr>
        <w:t xml:space="preserve"> </w:t>
      </w:r>
      <w:r w:rsidRPr="00F22349">
        <w:rPr>
          <w:lang w:val="kk-KZ"/>
        </w:rPr>
        <w:t>№ 26)</w:t>
      </w:r>
    </w:p>
    <w:p w14:paraId="624BB4F0" w14:textId="77777777" w:rsidR="003A1F78" w:rsidRPr="00F22349" w:rsidRDefault="003A1F78">
      <w:pPr>
        <w:keepNext/>
        <w:rPr>
          <w:lang w:val="kk-KZ"/>
        </w:rPr>
      </w:pPr>
    </w:p>
    <w:p w14:paraId="0D693F72" w14:textId="77777777" w:rsidR="003A1F78" w:rsidRPr="00F22349" w:rsidRDefault="0058790C">
      <w:pPr>
        <w:ind w:firstLine="709"/>
        <w:jc w:val="both"/>
        <w:rPr>
          <w:lang w:val="kk-KZ"/>
        </w:rPr>
      </w:pPr>
      <w:r w:rsidRPr="00F22349">
        <w:rPr>
          <w:lang w:val="kk-KZ"/>
        </w:rPr>
        <w:t>Есіл өзенінің жағалауынан № 12-1 көшедегі № 4 үйге дейін, № 12-1 көшедегі № 4 үйден, Аққорған көшесіндегі № 2, 2а үйлерді қоса алғанда, Аққорған көшесіне дейін, Аққорған көшесінен «Көктал-1» тұрғын алабының оңтүстік шекарасына дейін, «Көктал-1» тұрғын алабының оңтүстік шекарасының бойымен «Көктал-1» тұрғын алабының батыс шекарасына дейін, «Көктал-1» тұрғын алабының батыс шекарасының бойымен Болашақ көшесіне дейін, Болашақ көшесінен «Көктал-1» тұрғын алабының оңтүстік шекарасының бойымен оңтүстік-батыс айналма жолға дейін, оңтүстік-батыс айналма жолдан, Шарын және Құмсуат орамдарындағы үйлерді қоса алғанда, айналма жолға дейін, айналма жолдан теміржол жолдарына дейін, теміржол жолдарының бойымен, Көктал көшесіндегі № 1г, 20/5 үйлерді қоса алғанда және Көктал көшесіндегі № 1Б, 9/1 үйлерді қоспағанда, Көктал көшесіне дейін, Көктал көшесінен Н. Тілендиев даңғылына дейін, Н. Тілендиев даңғылынан Сарыбұлақ бұлағына дейін, Сарыбұлақ бұлағының бойымен,</w:t>
      </w:r>
      <w:r w:rsidRPr="00F22349">
        <w:rPr>
          <w:lang w:val="kk-KZ"/>
        </w:rPr>
        <w:br/>
        <w:t>Ш. Қосшығұлұлы көшесіндегі № 19/1, 19/2, 19/3, 19/4 үйлерді қоса алғанда, Есіл өзенінің жағалауына дейін.</w:t>
      </w:r>
    </w:p>
    <w:p w14:paraId="19B3AD3E" w14:textId="77777777" w:rsidR="003A1F78" w:rsidRPr="00F22349" w:rsidRDefault="003A1F78">
      <w:pPr>
        <w:keepNext/>
        <w:rPr>
          <w:lang w:val="kk-KZ"/>
        </w:rPr>
      </w:pPr>
    </w:p>
    <w:p w14:paraId="1D09D92D" w14:textId="77777777" w:rsidR="003A1F78" w:rsidRPr="00F22349" w:rsidRDefault="0058790C">
      <w:pPr>
        <w:ind w:firstLine="709"/>
        <w:jc w:val="both"/>
        <w:rPr>
          <w:lang w:val="kk-KZ"/>
        </w:rPr>
      </w:pPr>
      <w:r w:rsidRPr="00F22349">
        <w:rPr>
          <w:lang w:val="kk-KZ"/>
        </w:rPr>
        <w:t>№ 15 сайлау округі шекарасына 21 сайлау учаскесі кіреді: № 334, 335, 336, 372, 373, 374, 378, 379, 380, 382, 383, 390, 391, 392, 393, 394, 395, 396, 401, 507, 508.</w:t>
      </w:r>
    </w:p>
    <w:p w14:paraId="1DDD48EC" w14:textId="77777777" w:rsidR="003A1F78" w:rsidRPr="00F22349" w:rsidRDefault="003A1F78">
      <w:pPr>
        <w:rPr>
          <w:lang w:val="kk-KZ"/>
        </w:rPr>
      </w:pPr>
    </w:p>
    <w:p w14:paraId="4D435AB4" w14:textId="77777777" w:rsidR="003A1F78" w:rsidRPr="00F22349" w:rsidRDefault="003A1F78">
      <w:pPr>
        <w:rPr>
          <w:lang w:val="kk-KZ"/>
        </w:rPr>
      </w:pPr>
    </w:p>
    <w:p w14:paraId="2BFB847B" w14:textId="77777777" w:rsidR="003A1F78" w:rsidRPr="00F22349" w:rsidRDefault="0058790C">
      <w:pPr>
        <w:keepNext/>
        <w:jc w:val="center"/>
        <w:rPr>
          <w:lang w:val="kk-KZ"/>
        </w:rPr>
      </w:pPr>
      <w:r w:rsidRPr="00F22349">
        <w:rPr>
          <w:b/>
          <w:lang w:val="kk-KZ"/>
        </w:rPr>
        <w:t>№ 16 сайлау округі</w:t>
      </w:r>
    </w:p>
    <w:p w14:paraId="6B163B65" w14:textId="77777777" w:rsidR="003A1F78" w:rsidRPr="00F22349" w:rsidRDefault="0058790C">
      <w:pPr>
        <w:keepNext/>
        <w:jc w:val="center"/>
        <w:rPr>
          <w:lang w:val="kk-KZ"/>
        </w:rPr>
      </w:pPr>
      <w:r w:rsidRPr="00F22349">
        <w:rPr>
          <w:lang w:val="kk-KZ"/>
        </w:rPr>
        <w:t>(орталығы – Астана қаласы әкімдігінің «№ 19 жалпы орта білім беретін мектеп» коммуналдық мемлекеттік мекемесі, Ш. Бөкеев көшесі, № 50)</w:t>
      </w:r>
    </w:p>
    <w:p w14:paraId="4EF1944A" w14:textId="77777777" w:rsidR="003A1F78" w:rsidRPr="00F22349" w:rsidRDefault="003A1F78">
      <w:pPr>
        <w:keepNext/>
        <w:rPr>
          <w:lang w:val="kk-KZ"/>
        </w:rPr>
      </w:pPr>
    </w:p>
    <w:p w14:paraId="24D2CBCD" w14:textId="77777777" w:rsidR="003A1F78" w:rsidRPr="00F22349" w:rsidRDefault="0058790C">
      <w:pPr>
        <w:ind w:firstLine="709"/>
        <w:jc w:val="both"/>
        <w:rPr>
          <w:lang w:val="kk-KZ"/>
        </w:rPr>
      </w:pPr>
      <w:r w:rsidRPr="00F22349">
        <w:rPr>
          <w:lang w:val="kk-KZ"/>
        </w:rPr>
        <w:t xml:space="preserve">Н. Тілендиев даңғылынан Көктал көшесіне дейін, Көктал көшесінен, Көктал көшесіндегі № 1Б, 9/1 үйлерді қоса алғанда және Көктал көшесіндегі № 1г, 20/5 үйлерді қоспағанда, теміржол жолдарына дейін, теміржол </w:t>
      </w:r>
      <w:r w:rsidRPr="00F22349">
        <w:rPr>
          <w:lang w:val="kk-KZ"/>
        </w:rPr>
        <w:lastRenderedPageBreak/>
        <w:t>жолдарынан, И. Гете көшесіндегі № 1/2а, 7 үйлерді қоспағанда,</w:t>
      </w:r>
      <w:r w:rsidRPr="00F22349">
        <w:rPr>
          <w:lang w:val="kk-KZ"/>
        </w:rPr>
        <w:br/>
        <w:t>Ы. Алтынсарин көшесіне дейін, Ы. Алтынсарин көшесінен І. Есенберлин көшесіне дейін, І. Есенберлин көшесінен Жеңіс даңғылына дейін, Жеңіс даңғылынан Ә. Молдағұлова көшесіне дейін, Ә. Молдағұлова көшесінен</w:t>
      </w:r>
      <w:r w:rsidRPr="00F22349">
        <w:rPr>
          <w:lang w:val="kk-KZ"/>
        </w:rPr>
        <w:br/>
        <w:t>Г. Потанин көшесіне дейін, Г. Потанин көшесінен, Г. Потанин көшесіндегі</w:t>
      </w:r>
      <w:r w:rsidRPr="00F22349">
        <w:rPr>
          <w:lang w:val="kk-KZ"/>
        </w:rPr>
        <w:br/>
        <w:t>№ 2, 4, 6, 8 үйлерді қоса алғанда, Мәскеу көшесіне дейін, Мәскеу көшесінен, Мәскеу көшесіндегі № 26/1 үйді және Жеңіс даңғылындағы № 51/3, 51/4 үйлерді қоспағанда, Бестерек көшесіне дейін, Бестерек көшесінен, Сарыарқа даңғылындағы № 48 үйді қоспағанда, Жамбыл көшесіне дейін, Жамбыл көшесінен Сарыарқа даңғылына дейін, Сарыарқа даңғылынан Бөгенбай батыр даңғылына дейін, Бөгенбай батыр даңғылынан Н. Тілендиев даңғылына дейін.</w:t>
      </w:r>
    </w:p>
    <w:p w14:paraId="45E1470C" w14:textId="77777777" w:rsidR="003A1F78" w:rsidRPr="00F22349" w:rsidRDefault="003A1F78">
      <w:pPr>
        <w:keepNext/>
        <w:rPr>
          <w:lang w:val="kk-KZ"/>
        </w:rPr>
      </w:pPr>
    </w:p>
    <w:p w14:paraId="6E6F6D73" w14:textId="77777777" w:rsidR="003A1F78" w:rsidRPr="00F22349" w:rsidRDefault="0058790C">
      <w:pPr>
        <w:ind w:firstLine="709"/>
        <w:jc w:val="both"/>
        <w:rPr>
          <w:lang w:val="kk-KZ"/>
        </w:rPr>
      </w:pPr>
      <w:r w:rsidRPr="00F22349">
        <w:rPr>
          <w:lang w:val="kk-KZ"/>
        </w:rPr>
        <w:t>№ 16 сайлау округі шекарасына 26 сайлау учаскесі кіреді: № 329, 330, 344, 345, 346, 351, 352, 355, 356, 357, 358, 359, 360, 361, 362, 363, 364, 365, 366, 367, 368, 369, 370, 371, 389, 403.</w:t>
      </w:r>
    </w:p>
    <w:p w14:paraId="43C6C9AA" w14:textId="77777777" w:rsidR="003A1F78" w:rsidRPr="00F22349" w:rsidRDefault="003A1F78">
      <w:pPr>
        <w:rPr>
          <w:lang w:val="kk-KZ"/>
        </w:rPr>
      </w:pPr>
    </w:p>
    <w:p w14:paraId="3C336662" w14:textId="77777777" w:rsidR="003A1F78" w:rsidRPr="00F22349" w:rsidRDefault="003A1F78">
      <w:pPr>
        <w:rPr>
          <w:lang w:val="kk-KZ"/>
        </w:rPr>
      </w:pPr>
    </w:p>
    <w:p w14:paraId="1AEB9F76" w14:textId="77777777" w:rsidR="003A1F78" w:rsidRPr="00F22349" w:rsidRDefault="0058790C">
      <w:pPr>
        <w:keepNext/>
        <w:jc w:val="center"/>
        <w:rPr>
          <w:lang w:val="kk-KZ"/>
        </w:rPr>
      </w:pPr>
      <w:r w:rsidRPr="00F22349">
        <w:rPr>
          <w:b/>
          <w:lang w:val="kk-KZ"/>
        </w:rPr>
        <w:t>№ 17 сайлау округі</w:t>
      </w:r>
    </w:p>
    <w:p w14:paraId="5C512DE2" w14:textId="757181CB" w:rsidR="003A1F78" w:rsidRPr="00F22349" w:rsidRDefault="0058790C">
      <w:pPr>
        <w:keepNext/>
        <w:jc w:val="center"/>
        <w:rPr>
          <w:lang w:val="kk-KZ"/>
        </w:rPr>
      </w:pPr>
      <w:r w:rsidRPr="00F22349">
        <w:rPr>
          <w:lang w:val="kk-KZ"/>
        </w:rPr>
        <w:t xml:space="preserve">(орталығы – «С. Сейфуллин атындағы Қазақ агротехникалық зерттеу университеті» коммерциялық емес акционерлік қоғамы, </w:t>
      </w:r>
      <w:r w:rsidR="00800C32">
        <w:rPr>
          <w:lang w:val="kk-KZ"/>
        </w:rPr>
        <w:br/>
      </w:r>
      <w:r w:rsidRPr="00F22349">
        <w:rPr>
          <w:lang w:val="kk-KZ"/>
        </w:rPr>
        <w:t>Жеңіс даңғылы,</w:t>
      </w:r>
      <w:r w:rsidR="00800C32">
        <w:rPr>
          <w:lang w:val="kk-KZ"/>
        </w:rPr>
        <w:t xml:space="preserve"> </w:t>
      </w:r>
      <w:r w:rsidRPr="00F22349">
        <w:rPr>
          <w:lang w:val="kk-KZ"/>
        </w:rPr>
        <w:t>№ 62)</w:t>
      </w:r>
    </w:p>
    <w:p w14:paraId="315A23E6" w14:textId="77777777" w:rsidR="003A1F78" w:rsidRPr="00F22349" w:rsidRDefault="003A1F78">
      <w:pPr>
        <w:keepNext/>
        <w:rPr>
          <w:lang w:val="kk-KZ"/>
        </w:rPr>
      </w:pPr>
    </w:p>
    <w:p w14:paraId="6A1FFE80" w14:textId="77777777" w:rsidR="003A1F78" w:rsidRPr="00F22349" w:rsidRDefault="0058790C">
      <w:pPr>
        <w:ind w:firstLine="709"/>
        <w:jc w:val="both"/>
        <w:rPr>
          <w:lang w:val="kk-KZ"/>
        </w:rPr>
      </w:pPr>
      <w:r w:rsidRPr="00F22349">
        <w:rPr>
          <w:spacing w:val="-8"/>
          <w:lang w:val="kk-KZ"/>
        </w:rPr>
        <w:t>С. Сейфуллин көшесінен М. Әуезов орамына дейін, М. Әуезов орамынан</w:t>
      </w:r>
      <w:r w:rsidRPr="00F22349">
        <w:rPr>
          <w:spacing w:val="-8"/>
          <w:lang w:val="kk-KZ"/>
        </w:rPr>
        <w:br/>
        <w:t>С. Кубрин көшесіне дейін, С. Кубрин көшесінен К. Күмісбеков көшесіне дейін,</w:t>
      </w:r>
      <w:r w:rsidRPr="00F22349">
        <w:rPr>
          <w:spacing w:val="-8"/>
          <w:lang w:val="kk-KZ"/>
        </w:rPr>
        <w:br/>
        <w:t>К. Күмісбеков көшесінен, Б. Соқпақбаев көшесіндегі № 6 үйді қоса алғанда, Жамбыл көшесіне дейін, Жамбыл көшесінен, К. Күмісбеков көшесіндегі № 11 үйді қоса алғанда, К. Күмісбеков көшесіне дейін, К. Күмісбеков көшесінен</w:t>
      </w:r>
      <w:r w:rsidRPr="00F22349">
        <w:rPr>
          <w:spacing w:val="-8"/>
          <w:lang w:val="kk-KZ"/>
        </w:rPr>
        <w:br/>
        <w:t>Ә. Жангелдин көшесіне дейін, Ә. Жангелдин көшесінен Н. Щорс көшесіне дейін, Н. Щорс көшесінің тақ сандар жағымен Н. Щорс көшесіндегі № 12/2 үйдің және Бөгенбай батыр даңғылындағы № 24/2 үйдің бойымен Бөгенбай батыр даңғылына дейін, Бөгенбай батыр даңғылынан Сарыарқа даңғылына дейін, Сарыарқа даңғылынан, Сарыарқа даңғылындағы № 48 үйді қоса алғанда, Жамбыл көшесіне дейін, Жамбыл көшесінен Бестерек көшесіне дейін, Бестерек көшесінен, Мәскеу көшесіндегі № 26/1 үйді және Жеңіс даңғылындағы № 51/3, 51/4 үйлерді қоса алғанда, Мәскеу көшесіне дейін, Мәскеу көшесінен Г. Потанин көшесіне дейін,</w:t>
      </w:r>
      <w:r w:rsidRPr="00F22349">
        <w:rPr>
          <w:spacing w:val="-8"/>
          <w:lang w:val="kk-KZ"/>
        </w:rPr>
        <w:br/>
        <w:t>Г. Потанин көшесінен, Г. Потанин көшесіндегі № 2, 4, 6, 8 үйлерді қоспағанда,</w:t>
      </w:r>
      <w:r w:rsidRPr="00F22349">
        <w:rPr>
          <w:spacing w:val="-8"/>
          <w:lang w:val="kk-KZ"/>
        </w:rPr>
        <w:br/>
        <w:t>Ә. Молдағұлова көшесіне дейін, Ә. Молдағұлова көшесінен Жеңіс даңғылына дейін, Жеңіс даңғылынан І. Есенберлин көшесіне дейін, І. Есенберлин көшесінен Ы. Алтынсарин көшесіне дейін, Ы. Алтынсарин көшесінен, И. Гете көшесіндегі</w:t>
      </w:r>
      <w:r w:rsidRPr="00F22349">
        <w:rPr>
          <w:spacing w:val="-8"/>
          <w:lang w:val="kk-KZ"/>
        </w:rPr>
        <w:br/>
        <w:t>№ 1/2а, 7 үйлерді қоса алғанда, теміржол жолдарына дейін, теміржол жолдарынан Алаш тас жолына дейін, Алаш тас жолынан Бөгенбай батыр даңғылына дейін, Бөгенбай батыр даңғылынан Республика даңғылына дейін, Республика даңғылынан С. Сейфуллин көшесіне дейін.</w:t>
      </w:r>
    </w:p>
    <w:p w14:paraId="68736D6F" w14:textId="77777777" w:rsidR="003A1F78" w:rsidRPr="00F22349" w:rsidRDefault="003A1F78">
      <w:pPr>
        <w:keepNext/>
        <w:rPr>
          <w:lang w:val="kk-KZ"/>
        </w:rPr>
      </w:pPr>
    </w:p>
    <w:p w14:paraId="2F3A1B9C" w14:textId="77777777" w:rsidR="003A1F78" w:rsidRPr="00F22349" w:rsidRDefault="0058790C">
      <w:pPr>
        <w:ind w:firstLine="709"/>
        <w:jc w:val="both"/>
        <w:rPr>
          <w:lang w:val="kk-KZ"/>
        </w:rPr>
      </w:pPr>
      <w:r w:rsidRPr="00F22349">
        <w:rPr>
          <w:lang w:val="kk-KZ"/>
        </w:rPr>
        <w:t>№ 17 сайлау округі шекарасына 24 сайлау учаскесі кіреді: № 322, 324, 325, 326, 327, 328, 337, 338, 339, 340, 341, 342, 343, 347, 348, 349, 350, 353, 354, 375, 385, 398, 399, 400.</w:t>
      </w:r>
    </w:p>
    <w:p w14:paraId="6341F2CE" w14:textId="77777777" w:rsidR="003A1F78" w:rsidRPr="00F22349" w:rsidRDefault="003A1F78">
      <w:pPr>
        <w:rPr>
          <w:lang w:val="kk-KZ"/>
        </w:rPr>
      </w:pPr>
    </w:p>
    <w:p w14:paraId="740CBF72" w14:textId="77777777" w:rsidR="003A1F78" w:rsidRDefault="0058790C">
      <w:pPr>
        <w:jc w:val="center"/>
      </w:pPr>
      <w:r>
        <w:t>__________________________</w:t>
      </w:r>
    </w:p>
    <w:sectPr w:rsidR="003A1F78" w:rsidSect="00034616">
      <w:headerReference w:type="default" r:id="rId8"/>
      <w:pgSz w:w="11906" w:h="16838"/>
      <w:pgMar w:top="1134" w:right="850" w:bottom="1134" w:left="1701" w:header="45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FF6D1" w14:textId="77777777" w:rsidR="004A52F4" w:rsidRDefault="004A52F4">
      <w:r>
        <w:separator/>
      </w:r>
    </w:p>
  </w:endnote>
  <w:endnote w:type="continuationSeparator" w:id="0">
    <w:p w14:paraId="4725BDD6" w14:textId="77777777" w:rsidR="004A52F4" w:rsidRDefault="004A5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7DE15" w14:textId="77777777" w:rsidR="004A52F4" w:rsidRDefault="004A52F4">
      <w:r>
        <w:separator/>
      </w:r>
    </w:p>
  </w:footnote>
  <w:footnote w:type="continuationSeparator" w:id="0">
    <w:p w14:paraId="763625C8" w14:textId="77777777" w:rsidR="004A52F4" w:rsidRDefault="004A52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FE8EE" w14:textId="77777777" w:rsidR="003A1F78" w:rsidRDefault="0058790C">
    <w:pPr>
      <w:pStyle w:val="a5"/>
      <w:jc w:val="center"/>
    </w:pPr>
    <w:r>
      <w:rPr>
        <w:sz w:val="24"/>
      </w:rPr>
      <w:fldChar w:fldCharType="begin"/>
    </w:r>
    <w:r>
      <w:rPr>
        <w:sz w:val="24"/>
      </w:rPr>
      <w:instrText xml:space="preserve"> PAGE </w:instrText>
    </w:r>
    <w:r>
      <w:rPr>
        <w:sz w:val="24"/>
      </w:rPr>
      <w:fldChar w:fldCharType="separate"/>
    </w:r>
    <w:r w:rsidR="00BB3F78">
      <w:rPr>
        <w:noProof/>
        <w:sz w:val="24"/>
      </w:rPr>
      <w:t>2</w:t>
    </w:r>
    <w:r>
      <w:rPr>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36088422">
    <w:abstractNumId w:val="8"/>
  </w:num>
  <w:num w:numId="2" w16cid:durableId="1987856993">
    <w:abstractNumId w:val="6"/>
  </w:num>
  <w:num w:numId="3" w16cid:durableId="128937880">
    <w:abstractNumId w:val="5"/>
  </w:num>
  <w:num w:numId="4" w16cid:durableId="1718970117">
    <w:abstractNumId w:val="4"/>
  </w:num>
  <w:num w:numId="5" w16cid:durableId="313149320">
    <w:abstractNumId w:val="7"/>
  </w:num>
  <w:num w:numId="6" w16cid:durableId="1027869072">
    <w:abstractNumId w:val="3"/>
  </w:num>
  <w:num w:numId="7" w16cid:durableId="1585410378">
    <w:abstractNumId w:val="2"/>
  </w:num>
  <w:num w:numId="8" w16cid:durableId="1359113648">
    <w:abstractNumId w:val="1"/>
  </w:num>
  <w:num w:numId="9" w16cid:durableId="474183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C6002"/>
    <w:rsid w:val="0015074B"/>
    <w:rsid w:val="0029639D"/>
    <w:rsid w:val="00326F90"/>
    <w:rsid w:val="003A1F78"/>
    <w:rsid w:val="004A52F4"/>
    <w:rsid w:val="004E6580"/>
    <w:rsid w:val="0058790C"/>
    <w:rsid w:val="00800C32"/>
    <w:rsid w:val="00902E6D"/>
    <w:rsid w:val="009558FD"/>
    <w:rsid w:val="00AA1D8D"/>
    <w:rsid w:val="00B47730"/>
    <w:rsid w:val="00BB3F78"/>
    <w:rsid w:val="00CB0664"/>
    <w:rsid w:val="00E727C2"/>
    <w:rsid w:val="00F22349"/>
    <w:rsid w:val="00FC0E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E93F13"/>
  <w14:defaultImageDpi w14:val="300"/>
  <w15:docId w15:val="{6BE6FE81-3083-4CFF-AE4B-EC54458A5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cs="Times New Roman"/>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432998">
      <w:bodyDiv w:val="1"/>
      <w:marLeft w:val="0"/>
      <w:marRight w:val="0"/>
      <w:marTop w:val="0"/>
      <w:marBottom w:val="0"/>
      <w:divBdr>
        <w:top w:val="none" w:sz="0" w:space="0" w:color="auto"/>
        <w:left w:val="none" w:sz="0" w:space="0" w:color="auto"/>
        <w:bottom w:val="none" w:sz="0" w:space="0" w:color="auto"/>
        <w:right w:val="none" w:sz="0" w:space="0" w:color="auto"/>
      </w:divBdr>
    </w:div>
    <w:div w:id="13673650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B67E4-9F77-404C-84FD-B36D47CD8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3140</Words>
  <Characters>17902</Characters>
  <Application>Microsoft Office Word</Application>
  <DocSecurity>0</DocSecurity>
  <Lines>149</Lines>
  <Paragraphs>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Алишер</dc:creator>
  <cp:keywords/>
  <dc:description>generated by python-docx</dc:description>
  <cp:lastModifiedBy>Админ</cp:lastModifiedBy>
  <cp:revision>6</cp:revision>
  <dcterms:created xsi:type="dcterms:W3CDTF">2026-10-12T14:21:00Z</dcterms:created>
  <dcterms:modified xsi:type="dcterms:W3CDTF">2026-10-13T16:26:00Z</dcterms:modified>
  <cp:category/>
</cp:coreProperties>
</file>