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66"/>
        <w:gridCol w:w="2415"/>
        <w:gridCol w:w="3866"/>
      </w:tblGrid>
      <w:tr w:rsidR="001A1A4E" w:rsidRPr="007C2FB6">
        <w:trPr>
          <w:trHeight w:hRule="exact" w:val="1378"/>
          <w:jc w:val="center"/>
        </w:trPr>
        <w:tc>
          <w:tcPr>
            <w:tcW w:w="38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4E" w:rsidRPr="00966284" w:rsidRDefault="00966284">
            <w:pPr>
              <w:spacing w:line="264" w:lineRule="auto"/>
              <w:jc w:val="center"/>
              <w:rPr>
                <w:lang w:val="ru-RU"/>
              </w:rPr>
            </w:pPr>
            <w:r w:rsidRPr="00966284">
              <w:rPr>
                <w:rFonts w:eastAsia="Times New Roman"/>
                <w:b/>
                <w:color w:val="086E9B"/>
                <w:sz w:val="25"/>
                <w:lang w:val="ru-RU"/>
              </w:rPr>
              <w:t>АСТАНА ҚАЛАСЫНЫҢ</w:t>
            </w:r>
            <w:r w:rsidRPr="00966284">
              <w:rPr>
                <w:rFonts w:eastAsia="Times New Roman"/>
                <w:b/>
                <w:color w:val="086E9B"/>
                <w:sz w:val="25"/>
                <w:lang w:val="ru-RU"/>
              </w:rPr>
              <w:br/>
              <w:t>АУМАҚТЫҚ САЙЛАУ</w:t>
            </w:r>
            <w:r w:rsidRPr="00966284">
              <w:rPr>
                <w:rFonts w:eastAsia="Times New Roman"/>
                <w:b/>
                <w:color w:val="086E9B"/>
                <w:sz w:val="25"/>
                <w:lang w:val="ru-RU"/>
              </w:rPr>
              <w:br/>
              <w:t>КОМИССИЯСЫ</w:t>
            </w:r>
          </w:p>
        </w:tc>
        <w:tc>
          <w:tcPr>
            <w:tcW w:w="24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4E" w:rsidRDefault="00966284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35200" cy="84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00" cy="8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A4E" w:rsidRPr="00966284" w:rsidRDefault="00966284">
            <w:pPr>
              <w:spacing w:line="264" w:lineRule="auto"/>
              <w:jc w:val="center"/>
              <w:rPr>
                <w:lang w:val="ru-RU"/>
              </w:rPr>
            </w:pPr>
            <w:r w:rsidRPr="00966284">
              <w:rPr>
                <w:rFonts w:eastAsia="Times New Roman"/>
                <w:b/>
                <w:color w:val="086E9B"/>
                <w:sz w:val="21"/>
                <w:lang w:val="ru-RU"/>
              </w:rPr>
              <w:t>ТЕРРИТОРИАЛЬНАЯ</w:t>
            </w:r>
            <w:r w:rsidRPr="00966284">
              <w:rPr>
                <w:rFonts w:eastAsia="Times New Roman"/>
                <w:b/>
                <w:color w:val="086E9B"/>
                <w:sz w:val="21"/>
                <w:lang w:val="ru-RU"/>
              </w:rPr>
              <w:br/>
              <w:t>ИЗБИРАТЕЛЬНАЯ КОМИССИЯ</w:t>
            </w:r>
            <w:r w:rsidRPr="00966284">
              <w:rPr>
                <w:rFonts w:eastAsia="Times New Roman"/>
                <w:b/>
                <w:color w:val="086E9B"/>
                <w:sz w:val="21"/>
                <w:lang w:val="ru-RU"/>
              </w:rPr>
              <w:br/>
              <w:t>ГОРОДА АСТАНЫ</w:t>
            </w:r>
          </w:p>
        </w:tc>
      </w:tr>
    </w:tbl>
    <w:p w:rsidR="001A1A4E" w:rsidRPr="00966284" w:rsidRDefault="001A1A4E">
      <w:pPr>
        <w:pBdr>
          <w:bottom w:val="single" w:sz="6" w:space="1" w:color="6FC4D3"/>
        </w:pBdr>
        <w:spacing w:before="80"/>
        <w:rPr>
          <w:lang w:val="ru-RU"/>
        </w:rPr>
      </w:pPr>
    </w:p>
    <w:tbl>
      <w:tblPr>
        <w:tblW w:w="10149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2211"/>
        <w:gridCol w:w="3969"/>
      </w:tblGrid>
      <w:tr w:rsidR="001A1A4E" w:rsidTr="00966284">
        <w:trPr>
          <w:trHeight w:hRule="exact" w:val="1259"/>
          <w:jc w:val="center"/>
        </w:trPr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966284">
            <w:pPr>
              <w:spacing w:before="80"/>
              <w:jc w:val="center"/>
            </w:pPr>
            <w:r>
              <w:rPr>
                <w:rFonts w:eastAsia="Times New Roman"/>
                <w:b/>
                <w:color w:val="086E9B"/>
                <w:sz w:val="25"/>
              </w:rPr>
              <w:t>ШЕШІМ</w:t>
            </w:r>
          </w:p>
        </w:tc>
        <w:tc>
          <w:tcPr>
            <w:tcW w:w="2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1A1A4E"/>
        </w:tc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966284">
            <w:pPr>
              <w:spacing w:before="80"/>
              <w:jc w:val="center"/>
            </w:pPr>
            <w:r>
              <w:rPr>
                <w:rFonts w:eastAsia="Times New Roman"/>
                <w:b/>
                <w:color w:val="086E9B"/>
                <w:sz w:val="25"/>
              </w:rPr>
              <w:t>РЕШЕНИЕ</w:t>
            </w:r>
          </w:p>
        </w:tc>
      </w:tr>
      <w:tr w:rsidR="001A1A4E" w:rsidTr="00966284">
        <w:tblPrEx>
          <w:jc w:val="left"/>
        </w:tblPrEx>
        <w:trPr>
          <w:trHeight w:hRule="exact" w:val="266"/>
        </w:trPr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Pr="007C2FB6" w:rsidRDefault="007C2FB6" w:rsidP="007C2FB6">
            <w:pPr>
              <w:pBdr>
                <w:bottom w:val="single" w:sz="5" w:space="1" w:color="A5DCE6"/>
              </w:pBdr>
              <w:ind w:left="227" w:right="227"/>
              <w:jc w:val="center"/>
              <w:rPr>
                <w:lang w:val="kk-KZ"/>
              </w:rPr>
            </w:pPr>
            <w:r w:rsidRPr="007C2FB6">
              <w:rPr>
                <w:rFonts w:eastAsia="Times New Roman"/>
                <w:color w:val="086E9B"/>
                <w:sz w:val="18"/>
              </w:rPr>
              <w:t xml:space="preserve">2026 </w:t>
            </w:r>
            <w:proofErr w:type="spellStart"/>
            <w:r w:rsidRPr="007C2FB6">
              <w:rPr>
                <w:rFonts w:eastAsia="Times New Roman"/>
                <w:color w:val="086E9B"/>
                <w:sz w:val="18"/>
              </w:rPr>
              <w:t>жылғы</w:t>
            </w:r>
            <w:proofErr w:type="spellEnd"/>
            <w:r w:rsidRPr="007C2FB6">
              <w:rPr>
                <w:rFonts w:eastAsia="Times New Roman"/>
                <w:color w:val="086E9B"/>
                <w:sz w:val="18"/>
              </w:rPr>
              <w:t xml:space="preserve"> 13 </w:t>
            </w:r>
            <w:proofErr w:type="spellStart"/>
            <w:r w:rsidRPr="007C2FB6">
              <w:rPr>
                <w:rFonts w:eastAsia="Times New Roman"/>
                <w:color w:val="086E9B"/>
                <w:sz w:val="18"/>
              </w:rPr>
              <w:t>қазан</w:t>
            </w:r>
            <w:proofErr w:type="spellEnd"/>
            <w:r>
              <w:rPr>
                <w:rFonts w:eastAsia="Times New Roman"/>
                <w:color w:val="086E9B"/>
                <w:sz w:val="18"/>
                <w:lang w:val="kk-KZ"/>
              </w:rPr>
              <w:t xml:space="preserve"> </w:t>
            </w:r>
            <w:r w:rsidR="00966284">
              <w:rPr>
                <w:rFonts w:eastAsia="Times New Roman"/>
                <w:color w:val="086E9B"/>
                <w:sz w:val="18"/>
              </w:rPr>
              <w:t>№</w:t>
            </w:r>
            <w:r>
              <w:rPr>
                <w:rFonts w:eastAsia="Times New Roman"/>
                <w:color w:val="086E9B"/>
                <w:sz w:val="18"/>
                <w:lang w:val="kk-KZ"/>
              </w:rPr>
              <w:t>86/1</w:t>
            </w:r>
          </w:p>
        </w:tc>
        <w:tc>
          <w:tcPr>
            <w:tcW w:w="2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1A1A4E"/>
        </w:tc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1A1A4E"/>
        </w:tc>
      </w:tr>
      <w:tr w:rsidR="001A1A4E" w:rsidTr="00966284">
        <w:tblPrEx>
          <w:jc w:val="left"/>
        </w:tblPrEx>
        <w:trPr>
          <w:trHeight w:hRule="exact" w:val="244"/>
        </w:trPr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966284">
            <w:pPr>
              <w:jc w:val="center"/>
            </w:pPr>
            <w:r>
              <w:rPr>
                <w:rFonts w:eastAsia="Times New Roman"/>
                <w:color w:val="086E9B"/>
                <w:sz w:val="18"/>
              </w:rPr>
              <w:t>Астана қаласы</w:t>
            </w:r>
          </w:p>
        </w:tc>
        <w:tc>
          <w:tcPr>
            <w:tcW w:w="2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1A1A4E"/>
        </w:tc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A4E" w:rsidRDefault="00966284">
            <w:pPr>
              <w:jc w:val="center"/>
            </w:pPr>
            <w:r>
              <w:rPr>
                <w:rFonts w:eastAsia="Times New Roman"/>
                <w:color w:val="086E9B"/>
                <w:sz w:val="18"/>
              </w:rPr>
              <w:t>город Астана</w:t>
            </w:r>
          </w:p>
        </w:tc>
      </w:tr>
    </w:tbl>
    <w:p w:rsidR="00966284" w:rsidRDefault="00966284" w:rsidP="00966284">
      <w:pPr>
        <w:pStyle w:val="aff8"/>
        <w:jc w:val="center"/>
        <w:rPr>
          <w:rStyle w:val="af6"/>
          <w:sz w:val="28"/>
          <w:szCs w:val="28"/>
          <w:lang w:val="en-US"/>
        </w:rPr>
      </w:pPr>
    </w:p>
    <w:p w:rsidR="00966284" w:rsidRPr="00966284" w:rsidRDefault="00966284" w:rsidP="00966284">
      <w:pPr>
        <w:pStyle w:val="aff8"/>
        <w:jc w:val="center"/>
        <w:rPr>
          <w:sz w:val="28"/>
          <w:szCs w:val="28"/>
          <w:lang w:val="en-US"/>
        </w:rPr>
      </w:pPr>
      <w:r>
        <w:rPr>
          <w:rStyle w:val="af6"/>
          <w:sz w:val="28"/>
          <w:szCs w:val="28"/>
          <w:lang w:val="kk-KZ"/>
        </w:rPr>
        <w:t xml:space="preserve">Астана қаласының </w:t>
      </w:r>
      <w:proofErr w:type="spellStart"/>
      <w:r w:rsidRPr="00D565A8">
        <w:rPr>
          <w:rStyle w:val="af6"/>
          <w:sz w:val="28"/>
          <w:szCs w:val="28"/>
        </w:rPr>
        <w:t>мәслихат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депутаттарының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2026 </w:t>
      </w:r>
      <w:proofErr w:type="spellStart"/>
      <w:r w:rsidRPr="00D565A8">
        <w:rPr>
          <w:rStyle w:val="af6"/>
          <w:sz w:val="28"/>
          <w:szCs w:val="28"/>
        </w:rPr>
        <w:t>жылғы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29 </w:t>
      </w:r>
      <w:proofErr w:type="spellStart"/>
      <w:r w:rsidRPr="00D565A8">
        <w:rPr>
          <w:rStyle w:val="af6"/>
          <w:sz w:val="28"/>
          <w:szCs w:val="28"/>
        </w:rPr>
        <w:t>қарашаға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тағайындалған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кезектен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тыс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сайлауын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дайындау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және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өткізу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жөніндегі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негізгі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іс</w:t>
      </w:r>
      <w:proofErr w:type="spellEnd"/>
      <w:r w:rsidRPr="00966284">
        <w:rPr>
          <w:rStyle w:val="af6"/>
          <w:sz w:val="28"/>
          <w:szCs w:val="28"/>
          <w:lang w:val="en-US"/>
        </w:rPr>
        <w:t>-</w:t>
      </w:r>
      <w:proofErr w:type="spellStart"/>
      <w:r w:rsidRPr="00D565A8">
        <w:rPr>
          <w:rStyle w:val="af6"/>
          <w:sz w:val="28"/>
          <w:szCs w:val="28"/>
        </w:rPr>
        <w:t>шаралардың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күнтізбелік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жоспарын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бекіту</w:t>
      </w:r>
      <w:proofErr w:type="spellEnd"/>
      <w:r w:rsidRPr="00966284">
        <w:rPr>
          <w:rStyle w:val="af6"/>
          <w:sz w:val="28"/>
          <w:szCs w:val="28"/>
          <w:lang w:val="en-US"/>
        </w:rPr>
        <w:t xml:space="preserve"> </w:t>
      </w:r>
      <w:proofErr w:type="spellStart"/>
      <w:r w:rsidRPr="00D565A8">
        <w:rPr>
          <w:rStyle w:val="af6"/>
          <w:sz w:val="28"/>
          <w:szCs w:val="28"/>
        </w:rPr>
        <w:t>туралы</w:t>
      </w:r>
      <w:proofErr w:type="spellEnd"/>
    </w:p>
    <w:p w:rsidR="00966284" w:rsidRPr="00966284" w:rsidRDefault="00966284" w:rsidP="00966284">
      <w:pPr>
        <w:pStyle w:val="aff8"/>
        <w:ind w:firstLine="360"/>
        <w:jc w:val="both"/>
        <w:rPr>
          <w:sz w:val="28"/>
          <w:szCs w:val="28"/>
          <w:lang w:val="en-US"/>
        </w:rPr>
      </w:pPr>
      <w:proofErr w:type="spellStart"/>
      <w:r w:rsidRPr="00D565A8">
        <w:rPr>
          <w:sz w:val="28"/>
          <w:szCs w:val="28"/>
        </w:rPr>
        <w:t>Қазақстан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Республикасы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Орталық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сайлау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комиссиясының</w:t>
      </w:r>
      <w:proofErr w:type="spellEnd"/>
      <w:r w:rsidRPr="00966284">
        <w:rPr>
          <w:sz w:val="28"/>
          <w:szCs w:val="28"/>
          <w:lang w:val="en-US"/>
        </w:rPr>
        <w:t xml:space="preserve"> 2026 </w:t>
      </w:r>
      <w:proofErr w:type="spellStart"/>
      <w:r w:rsidRPr="00D565A8">
        <w:rPr>
          <w:sz w:val="28"/>
          <w:szCs w:val="28"/>
        </w:rPr>
        <w:t>жылғы</w:t>
      </w:r>
      <w:proofErr w:type="spellEnd"/>
      <w:r w:rsidRPr="00966284">
        <w:rPr>
          <w:sz w:val="28"/>
          <w:szCs w:val="28"/>
          <w:lang w:val="en-US"/>
        </w:rPr>
        <w:t xml:space="preserve"> 13 </w:t>
      </w:r>
      <w:proofErr w:type="spellStart"/>
      <w:r w:rsidRPr="00D565A8">
        <w:rPr>
          <w:sz w:val="28"/>
          <w:szCs w:val="28"/>
        </w:rPr>
        <w:t>қазандағы</w:t>
      </w:r>
      <w:proofErr w:type="spellEnd"/>
      <w:r w:rsidRPr="00966284">
        <w:rPr>
          <w:sz w:val="28"/>
          <w:szCs w:val="28"/>
          <w:lang w:val="en-US"/>
        </w:rPr>
        <w:t xml:space="preserve"> № 60/98 «</w:t>
      </w:r>
      <w:proofErr w:type="spellStart"/>
      <w:r w:rsidRPr="0013515E">
        <w:rPr>
          <w:sz w:val="28"/>
          <w:szCs w:val="28"/>
        </w:rPr>
        <w:t>Қазақстан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Республикасы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мәслихаттары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депутаттарының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кезектен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тыс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сайлауын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тағайындау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13515E">
        <w:rPr>
          <w:sz w:val="28"/>
          <w:szCs w:val="28"/>
        </w:rPr>
        <w:t>туралы</w:t>
      </w:r>
      <w:proofErr w:type="spellEnd"/>
      <w:r w:rsidRPr="00966284">
        <w:rPr>
          <w:sz w:val="28"/>
          <w:szCs w:val="28"/>
          <w:lang w:val="en-US"/>
        </w:rPr>
        <w:t xml:space="preserve">» </w:t>
      </w:r>
      <w:proofErr w:type="spellStart"/>
      <w:r w:rsidRPr="00D565A8">
        <w:rPr>
          <w:sz w:val="28"/>
          <w:szCs w:val="28"/>
        </w:rPr>
        <w:t>қаулы</w:t>
      </w:r>
      <w:proofErr w:type="spellEnd"/>
      <w:r>
        <w:rPr>
          <w:sz w:val="28"/>
          <w:szCs w:val="28"/>
          <w:lang w:val="kk-KZ"/>
        </w:rPr>
        <w:t>с</w:t>
      </w:r>
      <w:proofErr w:type="spellStart"/>
      <w:r w:rsidRPr="00D565A8">
        <w:rPr>
          <w:sz w:val="28"/>
          <w:szCs w:val="28"/>
        </w:rPr>
        <w:t>ына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сәйкес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r w:rsidRPr="00D565A8">
        <w:rPr>
          <w:sz w:val="28"/>
          <w:szCs w:val="28"/>
        </w:rPr>
        <w:t>Астана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қаласының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аумақтық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сайлау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комиссиясы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r w:rsidRPr="00D565A8">
        <w:rPr>
          <w:rStyle w:val="af6"/>
          <w:sz w:val="28"/>
          <w:szCs w:val="28"/>
        </w:rPr>
        <w:t>ШЕШТІ</w:t>
      </w:r>
      <w:r w:rsidRPr="00966284">
        <w:rPr>
          <w:rStyle w:val="af6"/>
          <w:sz w:val="28"/>
          <w:szCs w:val="28"/>
          <w:lang w:val="en-US"/>
        </w:rPr>
        <w:t>:</w:t>
      </w:r>
    </w:p>
    <w:p w:rsidR="00966284" w:rsidRPr="00966284" w:rsidRDefault="00966284" w:rsidP="00966284">
      <w:pPr>
        <w:pStyle w:val="aff8"/>
        <w:numPr>
          <w:ilvl w:val="0"/>
          <w:numId w:val="10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>Астана қаласының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мәслихат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депутаттарының</w:t>
      </w:r>
      <w:proofErr w:type="spellEnd"/>
      <w:r w:rsidRPr="00966284">
        <w:rPr>
          <w:sz w:val="28"/>
          <w:szCs w:val="28"/>
          <w:lang w:val="en-US"/>
        </w:rPr>
        <w:t xml:space="preserve"> 2026 </w:t>
      </w:r>
      <w:proofErr w:type="spellStart"/>
      <w:r w:rsidRPr="00D565A8">
        <w:rPr>
          <w:sz w:val="28"/>
          <w:szCs w:val="28"/>
        </w:rPr>
        <w:t>жылғы</w:t>
      </w:r>
      <w:proofErr w:type="spellEnd"/>
      <w:r w:rsidRPr="00966284">
        <w:rPr>
          <w:sz w:val="28"/>
          <w:szCs w:val="28"/>
          <w:lang w:val="en-US"/>
        </w:rPr>
        <w:t xml:space="preserve"> 29 </w:t>
      </w:r>
      <w:proofErr w:type="spellStart"/>
      <w:r w:rsidRPr="00D565A8">
        <w:rPr>
          <w:sz w:val="28"/>
          <w:szCs w:val="28"/>
        </w:rPr>
        <w:t>қарашаға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тағайындалған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кезектен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тыс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сайлауын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дайындау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және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өткізу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жөніндегі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негізгі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іс</w:t>
      </w:r>
      <w:proofErr w:type="spellEnd"/>
      <w:r w:rsidRPr="00966284">
        <w:rPr>
          <w:sz w:val="28"/>
          <w:szCs w:val="28"/>
          <w:lang w:val="en-US"/>
        </w:rPr>
        <w:t>-</w:t>
      </w:r>
      <w:proofErr w:type="spellStart"/>
      <w:r w:rsidRPr="00D565A8">
        <w:rPr>
          <w:sz w:val="28"/>
          <w:szCs w:val="28"/>
        </w:rPr>
        <w:t>шаралардың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күнтізбелік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жоспары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r w:rsidRPr="00D565A8">
        <w:rPr>
          <w:sz w:val="28"/>
          <w:szCs w:val="28"/>
        </w:rPr>
        <w:t>осы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шешімге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қосымшаға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сәйкес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бекітілсін</w:t>
      </w:r>
      <w:proofErr w:type="spellEnd"/>
      <w:r w:rsidRPr="00966284">
        <w:rPr>
          <w:sz w:val="28"/>
          <w:szCs w:val="28"/>
          <w:lang w:val="en-US"/>
        </w:rPr>
        <w:t>.</w:t>
      </w:r>
    </w:p>
    <w:p w:rsidR="00966284" w:rsidRPr="00966284" w:rsidRDefault="00966284" w:rsidP="00966284">
      <w:pPr>
        <w:pStyle w:val="aff8"/>
        <w:numPr>
          <w:ilvl w:val="0"/>
          <w:numId w:val="10"/>
        </w:numPr>
        <w:tabs>
          <w:tab w:val="clear" w:pos="720"/>
        </w:tabs>
        <w:ind w:left="0" w:firstLine="360"/>
        <w:jc w:val="both"/>
        <w:rPr>
          <w:sz w:val="28"/>
          <w:szCs w:val="28"/>
          <w:lang w:val="en-US"/>
        </w:rPr>
      </w:pPr>
      <w:r w:rsidRPr="00D565A8">
        <w:rPr>
          <w:sz w:val="28"/>
          <w:szCs w:val="28"/>
        </w:rPr>
        <w:t>Астана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қаласының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аудандық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аумақтық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және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округтік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сайлау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комиссиялары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 xml:space="preserve">Астана </w:t>
      </w:r>
      <w:proofErr w:type="gramStart"/>
      <w:r>
        <w:rPr>
          <w:sz w:val="28"/>
          <w:szCs w:val="28"/>
          <w:lang w:val="kk-KZ"/>
        </w:rPr>
        <w:t xml:space="preserve">қаласының 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мәслихат</w:t>
      </w:r>
      <w:proofErr w:type="spellEnd"/>
      <w:proofErr w:type="gram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депутаттарының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кезектен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тыс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сайлауына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дайындық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шеңберінде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іс</w:t>
      </w:r>
      <w:proofErr w:type="spellEnd"/>
      <w:r w:rsidRPr="00966284">
        <w:rPr>
          <w:sz w:val="28"/>
          <w:szCs w:val="28"/>
          <w:lang w:val="en-US"/>
        </w:rPr>
        <w:t>-</w:t>
      </w:r>
      <w:proofErr w:type="spellStart"/>
      <w:r w:rsidRPr="00D565A8">
        <w:rPr>
          <w:sz w:val="28"/>
          <w:szCs w:val="28"/>
        </w:rPr>
        <w:t>шараларды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ұйымдастыру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және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өткізу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кезінде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бекітілген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күнтізбелік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жоспарды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басшылыққа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D565A8">
        <w:rPr>
          <w:sz w:val="28"/>
          <w:szCs w:val="28"/>
        </w:rPr>
        <w:t>алсын</w:t>
      </w:r>
      <w:proofErr w:type="spellEnd"/>
      <w:r w:rsidRPr="00966284">
        <w:rPr>
          <w:sz w:val="28"/>
          <w:szCs w:val="28"/>
          <w:lang w:val="en-US"/>
        </w:rPr>
        <w:t>.</w:t>
      </w:r>
    </w:p>
    <w:p w:rsidR="00966284" w:rsidRPr="00966284" w:rsidRDefault="00966284" w:rsidP="00966284">
      <w:pPr>
        <w:pStyle w:val="aff8"/>
        <w:numPr>
          <w:ilvl w:val="0"/>
          <w:numId w:val="10"/>
        </w:numPr>
        <w:jc w:val="both"/>
        <w:rPr>
          <w:sz w:val="28"/>
          <w:szCs w:val="28"/>
          <w:lang w:val="en-US"/>
        </w:rPr>
      </w:pPr>
      <w:r w:rsidRPr="005B2135">
        <w:rPr>
          <w:sz w:val="28"/>
          <w:szCs w:val="28"/>
        </w:rPr>
        <w:t>Осы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5B2135">
        <w:rPr>
          <w:sz w:val="28"/>
          <w:szCs w:val="28"/>
        </w:rPr>
        <w:t>шешім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r w:rsidRPr="005B2135">
        <w:rPr>
          <w:sz w:val="28"/>
          <w:szCs w:val="28"/>
        </w:rPr>
        <w:t>Астана</w:t>
      </w:r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5B2135">
        <w:rPr>
          <w:sz w:val="28"/>
          <w:szCs w:val="28"/>
        </w:rPr>
        <w:t>қаласының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5B2135">
        <w:rPr>
          <w:sz w:val="28"/>
          <w:szCs w:val="28"/>
        </w:rPr>
        <w:t>аумақтық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5B2135">
        <w:rPr>
          <w:sz w:val="28"/>
          <w:szCs w:val="28"/>
        </w:rPr>
        <w:t>сайлау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5B2135">
        <w:rPr>
          <w:sz w:val="28"/>
          <w:szCs w:val="28"/>
        </w:rPr>
        <w:t>комиссиясының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r w:rsidRPr="005B2135">
        <w:rPr>
          <w:sz w:val="28"/>
          <w:szCs w:val="28"/>
        </w:rPr>
        <w:t>интернет</w:t>
      </w:r>
      <w:r w:rsidRPr="00966284">
        <w:rPr>
          <w:sz w:val="28"/>
          <w:szCs w:val="28"/>
          <w:lang w:val="en-US"/>
        </w:rPr>
        <w:t>-</w:t>
      </w:r>
      <w:proofErr w:type="spellStart"/>
      <w:r w:rsidRPr="005B2135">
        <w:rPr>
          <w:sz w:val="28"/>
          <w:szCs w:val="28"/>
        </w:rPr>
        <w:t>парағында</w:t>
      </w:r>
      <w:proofErr w:type="spellEnd"/>
      <w:r w:rsidRPr="00966284">
        <w:rPr>
          <w:sz w:val="28"/>
          <w:szCs w:val="28"/>
          <w:lang w:val="en-US"/>
        </w:rPr>
        <w:t xml:space="preserve"> </w:t>
      </w:r>
      <w:proofErr w:type="spellStart"/>
      <w:r w:rsidRPr="005B2135">
        <w:rPr>
          <w:sz w:val="28"/>
          <w:szCs w:val="28"/>
        </w:rPr>
        <w:t>орналастырылсын</w:t>
      </w:r>
      <w:proofErr w:type="spellEnd"/>
      <w:r w:rsidRPr="00966284">
        <w:rPr>
          <w:sz w:val="28"/>
          <w:szCs w:val="28"/>
          <w:lang w:val="en-US"/>
        </w:rPr>
        <w:t>.</w:t>
      </w:r>
    </w:p>
    <w:p w:rsidR="00966284" w:rsidRPr="00966284" w:rsidRDefault="00966284" w:rsidP="00966284">
      <w:pPr>
        <w:pStyle w:val="aff8"/>
        <w:ind w:firstLine="360"/>
        <w:rPr>
          <w:rStyle w:val="af6"/>
          <w:sz w:val="28"/>
          <w:szCs w:val="28"/>
          <w:lang w:val="en-US"/>
        </w:rPr>
      </w:pPr>
    </w:p>
    <w:p w:rsidR="00966284" w:rsidRPr="002373F6" w:rsidRDefault="00FB634B" w:rsidP="00966284">
      <w:pPr>
        <w:pStyle w:val="aff8"/>
        <w:ind w:firstLine="360"/>
        <w:rPr>
          <w:b/>
          <w:sz w:val="28"/>
          <w:szCs w:val="28"/>
          <w:lang w:val="kk-KZ"/>
        </w:rPr>
      </w:pPr>
      <w:r>
        <w:rPr>
          <w:rStyle w:val="af6"/>
          <w:sz w:val="28"/>
          <w:szCs w:val="28"/>
          <w:lang w:val="kk-KZ"/>
        </w:rPr>
        <w:t xml:space="preserve"> </w:t>
      </w:r>
      <w:proofErr w:type="spellStart"/>
      <w:r w:rsidR="00966284" w:rsidRPr="00D565A8">
        <w:rPr>
          <w:rStyle w:val="af6"/>
          <w:sz w:val="28"/>
          <w:szCs w:val="28"/>
        </w:rPr>
        <w:t>Төраға</w:t>
      </w:r>
      <w:proofErr w:type="spellEnd"/>
      <w:r w:rsidR="00966284" w:rsidRPr="00966284">
        <w:rPr>
          <w:sz w:val="28"/>
          <w:szCs w:val="28"/>
          <w:lang w:val="en-US"/>
        </w:rPr>
        <w:t xml:space="preserve"> </w:t>
      </w:r>
      <w:r w:rsidR="00966284">
        <w:rPr>
          <w:sz w:val="28"/>
          <w:szCs w:val="28"/>
          <w:lang w:val="kk-KZ"/>
        </w:rPr>
        <w:t xml:space="preserve">                                                                               </w:t>
      </w:r>
      <w:r>
        <w:rPr>
          <w:sz w:val="28"/>
          <w:szCs w:val="28"/>
          <w:lang w:val="kk-KZ"/>
        </w:rPr>
        <w:t xml:space="preserve">   </w:t>
      </w:r>
      <w:r w:rsidR="00966284">
        <w:rPr>
          <w:sz w:val="28"/>
          <w:szCs w:val="28"/>
          <w:lang w:val="kk-KZ"/>
        </w:rPr>
        <w:t xml:space="preserve">   </w:t>
      </w:r>
      <w:r w:rsidR="00966284" w:rsidRPr="002373F6">
        <w:rPr>
          <w:b/>
          <w:sz w:val="28"/>
          <w:szCs w:val="28"/>
          <w:lang w:val="kk-KZ"/>
        </w:rPr>
        <w:t>Б. Жұмабеков</w:t>
      </w:r>
    </w:p>
    <w:p w:rsidR="00966284" w:rsidRPr="002373F6" w:rsidRDefault="00FB634B" w:rsidP="00966284">
      <w:pPr>
        <w:pStyle w:val="aff8"/>
        <w:ind w:firstLine="360"/>
        <w:rPr>
          <w:sz w:val="28"/>
          <w:szCs w:val="28"/>
          <w:lang w:val="kk-KZ"/>
        </w:rPr>
      </w:pPr>
      <w:r>
        <w:rPr>
          <w:rStyle w:val="af6"/>
          <w:sz w:val="28"/>
          <w:szCs w:val="28"/>
          <w:lang w:val="kk-KZ"/>
        </w:rPr>
        <w:t xml:space="preserve"> </w:t>
      </w:r>
      <w:proofErr w:type="spellStart"/>
      <w:r w:rsidR="00966284" w:rsidRPr="002373F6">
        <w:rPr>
          <w:rStyle w:val="af6"/>
          <w:sz w:val="28"/>
          <w:szCs w:val="28"/>
        </w:rPr>
        <w:t>Хатшы</w:t>
      </w:r>
      <w:proofErr w:type="spellEnd"/>
      <w:r w:rsidR="00966284" w:rsidRPr="00966284">
        <w:rPr>
          <w:b/>
          <w:sz w:val="28"/>
          <w:szCs w:val="28"/>
          <w:lang w:val="en-US"/>
        </w:rPr>
        <w:t xml:space="preserve"> </w:t>
      </w:r>
      <w:r w:rsidR="00966284" w:rsidRPr="002373F6">
        <w:rPr>
          <w:b/>
          <w:sz w:val="28"/>
          <w:szCs w:val="28"/>
          <w:lang w:val="kk-KZ"/>
        </w:rPr>
        <w:t xml:space="preserve">          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</w:t>
      </w:r>
      <w:r w:rsidR="00966284" w:rsidRPr="002373F6">
        <w:rPr>
          <w:b/>
          <w:sz w:val="28"/>
          <w:szCs w:val="28"/>
          <w:lang w:val="kk-KZ"/>
        </w:rPr>
        <w:t xml:space="preserve">   Ш.</w:t>
      </w:r>
      <w:r>
        <w:rPr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="00966284" w:rsidRPr="002373F6">
        <w:rPr>
          <w:b/>
          <w:sz w:val="28"/>
          <w:szCs w:val="28"/>
          <w:lang w:val="kk-KZ"/>
        </w:rPr>
        <w:t>Шәріпов</w:t>
      </w:r>
      <w:r w:rsidR="00966284">
        <w:rPr>
          <w:sz w:val="28"/>
          <w:szCs w:val="28"/>
          <w:lang w:val="kk-KZ"/>
        </w:rPr>
        <w:t xml:space="preserve">      </w:t>
      </w:r>
    </w:p>
    <w:p w:rsidR="00966284" w:rsidRPr="00966284" w:rsidRDefault="00966284" w:rsidP="00966284">
      <w:pPr>
        <w:pStyle w:val="aff8"/>
        <w:jc w:val="center"/>
        <w:rPr>
          <w:rStyle w:val="af6"/>
          <w:sz w:val="32"/>
          <w:szCs w:val="32"/>
          <w:lang w:val="en-US"/>
        </w:rPr>
      </w:pPr>
    </w:p>
    <w:p w:rsidR="001A1A4E" w:rsidRDefault="001A1A4E">
      <w:pPr>
        <w:spacing w:before="280"/>
      </w:pPr>
    </w:p>
    <w:sectPr w:rsidR="001A1A4E" w:rsidSect="00034616">
      <w:pgSz w:w="11906" w:h="16838"/>
      <w:pgMar w:top="471" w:right="879" w:bottom="935" w:left="879" w:header="39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C822C9"/>
    <w:multiLevelType w:val="multilevel"/>
    <w:tmpl w:val="67000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1A4E"/>
    <w:rsid w:val="0029639D"/>
    <w:rsid w:val="00326F90"/>
    <w:rsid w:val="00567743"/>
    <w:rsid w:val="007C2FB6"/>
    <w:rsid w:val="00966284"/>
    <w:rsid w:val="00AA1D8D"/>
    <w:rsid w:val="00B47730"/>
    <w:rsid w:val="00CB0664"/>
    <w:rsid w:val="00FB63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B467CB"/>
  <w14:defaultImageDpi w14:val="300"/>
  <w15:docId w15:val="{AAC63E5C-715A-435F-8CF1-0ECA507A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66284"/>
    <w:pPr>
      <w:spacing w:before="100" w:beforeAutospacing="1" w:after="100" w:afterAutospacing="1"/>
    </w:pPr>
    <w:rPr>
      <w:rFonts w:eastAsia="Times New Roman"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C54B64-2B0C-4830-A552-4C6A12365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 решения территориальной избирательной комиссии города Астаны</vt:lpstr>
      <vt:lpstr/>
    </vt:vector>
  </TitlesOfParts>
  <Manager/>
  <Company/>
  <LinksUpToDate>false</LinksUpToDate>
  <CharactersWithSpaces>1380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решения территориальной избирательной комиссии города Астаны</dc:title>
  <dc:subject>Редактируемый шаблон решения / шешім</dc:subject>
  <dc:creator>Administrator</dc:creator>
  <cp:keywords/>
  <dc:description>generated by python-docx</dc:description>
  <cp:lastModifiedBy>Админ</cp:lastModifiedBy>
  <cp:revision>3</cp:revision>
  <dcterms:created xsi:type="dcterms:W3CDTF">2026-10-13T15:29:00Z</dcterms:created>
  <dcterms:modified xsi:type="dcterms:W3CDTF">2026-10-13T15:30:00Z</dcterms:modified>
  <cp:category/>
</cp:coreProperties>
</file>