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8D5" w:rsidRDefault="00E008D5" w:rsidP="001774D6">
      <w:pPr>
        <w:spacing w:after="0" w:line="240" w:lineRule="auto"/>
        <w:jc w:val="center"/>
        <w:rPr>
          <w:b/>
          <w:sz w:val="28"/>
          <w:szCs w:val="28"/>
        </w:rPr>
      </w:pPr>
    </w:p>
    <w:p w:rsidR="00E008D5" w:rsidRDefault="00E008D5" w:rsidP="001774D6">
      <w:pPr>
        <w:spacing w:after="0" w:line="240" w:lineRule="auto"/>
        <w:jc w:val="center"/>
        <w:rPr>
          <w:b/>
          <w:sz w:val="28"/>
          <w:szCs w:val="28"/>
        </w:rPr>
      </w:pPr>
    </w:p>
    <w:p w:rsidR="001774D6" w:rsidRPr="00FE6103" w:rsidRDefault="001774D6" w:rsidP="001774D6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FE6103">
        <w:rPr>
          <w:b/>
          <w:sz w:val="28"/>
          <w:szCs w:val="28"/>
        </w:rPr>
        <w:t xml:space="preserve">Азаматтық </w:t>
      </w:r>
      <w:proofErr w:type="spellStart"/>
      <w:r w:rsidRPr="00FE6103">
        <w:rPr>
          <w:b/>
          <w:sz w:val="28"/>
          <w:szCs w:val="28"/>
        </w:rPr>
        <w:t>қорғау</w:t>
      </w:r>
      <w:proofErr w:type="spellEnd"/>
      <w:r w:rsidRPr="00FE6103">
        <w:rPr>
          <w:b/>
          <w:sz w:val="28"/>
          <w:szCs w:val="28"/>
        </w:rPr>
        <w:t xml:space="preserve"> </w:t>
      </w:r>
      <w:proofErr w:type="spellStart"/>
      <w:r w:rsidRPr="00FE6103">
        <w:rPr>
          <w:b/>
          <w:sz w:val="28"/>
          <w:szCs w:val="28"/>
        </w:rPr>
        <w:t>органдарының</w:t>
      </w:r>
      <w:proofErr w:type="spellEnd"/>
    </w:p>
    <w:p w:rsidR="001774D6" w:rsidRPr="00FE6103" w:rsidRDefault="001774D6" w:rsidP="001774D6">
      <w:pPr>
        <w:spacing w:after="0" w:line="240" w:lineRule="auto"/>
        <w:jc w:val="center"/>
        <w:rPr>
          <w:b/>
          <w:sz w:val="28"/>
          <w:szCs w:val="28"/>
        </w:rPr>
      </w:pPr>
      <w:proofErr w:type="spellStart"/>
      <w:proofErr w:type="gramStart"/>
      <w:r w:rsidRPr="00FE6103">
        <w:rPr>
          <w:b/>
          <w:sz w:val="28"/>
          <w:szCs w:val="28"/>
        </w:rPr>
        <w:t>жұмысы</w:t>
      </w:r>
      <w:proofErr w:type="spellEnd"/>
      <w:proofErr w:type="gramEnd"/>
      <w:r w:rsidRPr="00FE6103">
        <w:rPr>
          <w:b/>
          <w:sz w:val="28"/>
          <w:szCs w:val="28"/>
        </w:rPr>
        <w:t xml:space="preserve"> </w:t>
      </w:r>
      <w:proofErr w:type="spellStart"/>
      <w:r w:rsidRPr="00FE6103">
        <w:rPr>
          <w:b/>
          <w:sz w:val="28"/>
          <w:szCs w:val="28"/>
        </w:rPr>
        <w:t>мәселесі</w:t>
      </w:r>
      <w:proofErr w:type="spellEnd"/>
      <w:r w:rsidRPr="00FE6103">
        <w:rPr>
          <w:b/>
          <w:sz w:val="28"/>
          <w:szCs w:val="28"/>
        </w:rPr>
        <w:t xml:space="preserve"> </w:t>
      </w:r>
      <w:proofErr w:type="spellStart"/>
      <w:r w:rsidRPr="00FE6103">
        <w:rPr>
          <w:b/>
          <w:sz w:val="28"/>
          <w:szCs w:val="28"/>
        </w:rPr>
        <w:t>бойынша</w:t>
      </w:r>
      <w:proofErr w:type="spellEnd"/>
    </w:p>
    <w:p w:rsidR="001774D6" w:rsidRPr="001774D6" w:rsidRDefault="001774D6" w:rsidP="001774D6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1774D6">
        <w:rPr>
          <w:b/>
          <w:sz w:val="28"/>
          <w:szCs w:val="28"/>
          <w:lang w:val="ru-RU"/>
        </w:rPr>
        <w:t>Қоғамдық</w:t>
      </w:r>
      <w:proofErr w:type="spellEnd"/>
      <w:r w:rsidRPr="001774D6">
        <w:rPr>
          <w:b/>
          <w:sz w:val="28"/>
          <w:szCs w:val="28"/>
          <w:lang w:val="ru-RU"/>
        </w:rPr>
        <w:t xml:space="preserve"> </w:t>
      </w:r>
      <w:proofErr w:type="spellStart"/>
      <w:r w:rsidRPr="001774D6">
        <w:rPr>
          <w:b/>
          <w:sz w:val="28"/>
          <w:szCs w:val="28"/>
          <w:lang w:val="ru-RU"/>
        </w:rPr>
        <w:t>кеңес</w:t>
      </w:r>
      <w:proofErr w:type="spellEnd"/>
      <w:r w:rsidRPr="001774D6">
        <w:rPr>
          <w:b/>
          <w:sz w:val="28"/>
          <w:szCs w:val="28"/>
          <w:lang w:val="ru-RU"/>
        </w:rPr>
        <w:t xml:space="preserve"> </w:t>
      </w:r>
      <w:proofErr w:type="spellStart"/>
      <w:r w:rsidRPr="001774D6">
        <w:rPr>
          <w:b/>
          <w:sz w:val="28"/>
          <w:szCs w:val="28"/>
          <w:lang w:val="ru-RU"/>
        </w:rPr>
        <w:t>отырысының</w:t>
      </w:r>
      <w:proofErr w:type="spellEnd"/>
      <w:r w:rsidRPr="001774D6">
        <w:rPr>
          <w:b/>
          <w:sz w:val="28"/>
          <w:szCs w:val="28"/>
          <w:lang w:val="ru-RU"/>
        </w:rPr>
        <w:t xml:space="preserve"> № </w:t>
      </w:r>
      <w:r>
        <w:rPr>
          <w:b/>
          <w:sz w:val="28"/>
          <w:szCs w:val="28"/>
        </w:rPr>
        <w:t>3</w:t>
      </w:r>
      <w:r w:rsidRPr="001774D6">
        <w:rPr>
          <w:b/>
          <w:sz w:val="28"/>
          <w:szCs w:val="28"/>
          <w:lang w:val="ru-RU"/>
        </w:rPr>
        <w:t xml:space="preserve"> хаттамасы</w:t>
      </w:r>
    </w:p>
    <w:p w:rsidR="00CD77AD" w:rsidRPr="001774D6" w:rsidRDefault="001774D6" w:rsidP="001774D6">
      <w:pPr>
        <w:spacing w:after="0" w:line="240" w:lineRule="auto"/>
        <w:jc w:val="center"/>
        <w:rPr>
          <w:b/>
          <w:sz w:val="28"/>
          <w:szCs w:val="26"/>
          <w:lang w:val="ru-RU"/>
        </w:rPr>
      </w:pPr>
      <w:r w:rsidRPr="001774D6">
        <w:rPr>
          <w:b/>
          <w:sz w:val="28"/>
          <w:szCs w:val="28"/>
          <w:lang w:val="ru-RU"/>
        </w:rPr>
        <w:t>(ТЖМ)</w:t>
      </w:r>
    </w:p>
    <w:p w:rsidR="00D52666" w:rsidRPr="00246626" w:rsidRDefault="00D52666" w:rsidP="00D52666">
      <w:pPr>
        <w:spacing w:after="0" w:line="240" w:lineRule="auto"/>
        <w:jc w:val="center"/>
        <w:rPr>
          <w:sz w:val="28"/>
          <w:szCs w:val="26"/>
          <w:lang w:val="ru-RU"/>
        </w:rPr>
      </w:pPr>
    </w:p>
    <w:p w:rsidR="00CD77AD" w:rsidRPr="00246626" w:rsidRDefault="001774D6" w:rsidP="00D52666">
      <w:pPr>
        <w:spacing w:after="0" w:line="240" w:lineRule="auto"/>
        <w:jc w:val="center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>Астана</w:t>
      </w:r>
      <w:r w:rsidRPr="001774D6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қ</w:t>
      </w:r>
      <w:r w:rsidRPr="001774D6">
        <w:rPr>
          <w:sz w:val="28"/>
          <w:szCs w:val="26"/>
          <w:lang w:val="ru-RU"/>
        </w:rPr>
        <w:t xml:space="preserve">. </w:t>
      </w:r>
      <w:r w:rsidR="001D0271" w:rsidRPr="00246626">
        <w:rPr>
          <w:sz w:val="28"/>
          <w:szCs w:val="26"/>
          <w:lang w:val="ru-RU"/>
        </w:rPr>
        <w:t xml:space="preserve">                                            </w:t>
      </w:r>
      <w:r w:rsidR="00D52666" w:rsidRPr="00246626">
        <w:rPr>
          <w:sz w:val="28"/>
          <w:szCs w:val="26"/>
          <w:lang w:val="ru-RU"/>
        </w:rPr>
        <w:t xml:space="preserve">                                    </w:t>
      </w:r>
      <w:r w:rsidR="0022639F">
        <w:rPr>
          <w:sz w:val="28"/>
          <w:szCs w:val="26"/>
          <w:lang w:val="ru-RU"/>
        </w:rPr>
        <w:t xml:space="preserve"> </w:t>
      </w:r>
      <w:r w:rsidR="00D52666" w:rsidRPr="00246626">
        <w:rPr>
          <w:sz w:val="28"/>
          <w:szCs w:val="26"/>
          <w:lang w:val="ru-RU"/>
        </w:rPr>
        <w:t xml:space="preserve">    </w:t>
      </w:r>
      <w:r w:rsidR="001D0271" w:rsidRPr="00246626">
        <w:rPr>
          <w:sz w:val="28"/>
          <w:szCs w:val="26"/>
          <w:lang w:val="ru-RU"/>
        </w:rPr>
        <w:t xml:space="preserve">         </w:t>
      </w:r>
      <w:r w:rsidRPr="001774D6">
        <w:rPr>
          <w:sz w:val="28"/>
          <w:szCs w:val="26"/>
          <w:lang w:val="ru-RU"/>
        </w:rPr>
        <w:t xml:space="preserve">2026 </w:t>
      </w:r>
      <w:proofErr w:type="spellStart"/>
      <w:r w:rsidRPr="001774D6">
        <w:rPr>
          <w:sz w:val="28"/>
          <w:szCs w:val="26"/>
          <w:lang w:val="ru-RU"/>
        </w:rPr>
        <w:t>жылғы</w:t>
      </w:r>
      <w:proofErr w:type="spellEnd"/>
      <w:r w:rsidRPr="001774D6">
        <w:rPr>
          <w:sz w:val="28"/>
          <w:szCs w:val="26"/>
          <w:lang w:val="ru-RU"/>
        </w:rPr>
        <w:t xml:space="preserve"> 2 </w:t>
      </w:r>
      <w:proofErr w:type="spellStart"/>
      <w:r w:rsidRPr="001774D6">
        <w:rPr>
          <w:sz w:val="28"/>
          <w:szCs w:val="26"/>
          <w:lang w:val="ru-RU"/>
        </w:rPr>
        <w:t>қазан</w:t>
      </w:r>
      <w:proofErr w:type="spellEnd"/>
    </w:p>
    <w:p w:rsidR="00246626" w:rsidRPr="00DD268C" w:rsidRDefault="00246626" w:rsidP="00D52666">
      <w:pPr>
        <w:spacing w:after="0" w:line="240" w:lineRule="auto"/>
        <w:jc w:val="center"/>
        <w:rPr>
          <w:szCs w:val="26"/>
          <w:lang w:val="ru-RU"/>
        </w:rPr>
      </w:pPr>
    </w:p>
    <w:p w:rsidR="00D52666" w:rsidRPr="00DD268C" w:rsidRDefault="00D52666" w:rsidP="00D52666">
      <w:pPr>
        <w:spacing w:after="0" w:line="240" w:lineRule="auto"/>
        <w:jc w:val="center"/>
        <w:rPr>
          <w:szCs w:val="26"/>
          <w:lang w:val="ru-RU"/>
        </w:rPr>
      </w:pPr>
    </w:p>
    <w:p w:rsidR="00CD77AD" w:rsidRPr="00246626" w:rsidRDefault="001774D6" w:rsidP="00D52666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proofErr w:type="spellStart"/>
      <w:r w:rsidRPr="001774D6">
        <w:rPr>
          <w:b/>
          <w:bCs/>
          <w:color w:val="000000"/>
          <w:sz w:val="28"/>
          <w:szCs w:val="28"/>
          <w:lang w:val="ru-RU"/>
        </w:rPr>
        <w:t>Өткізу</w:t>
      </w:r>
      <w:proofErr w:type="spellEnd"/>
      <w:r w:rsidRPr="001774D6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774D6">
        <w:rPr>
          <w:b/>
          <w:bCs/>
          <w:color w:val="000000"/>
          <w:sz w:val="28"/>
          <w:szCs w:val="28"/>
          <w:lang w:val="ru-RU"/>
        </w:rPr>
        <w:t>орны</w:t>
      </w:r>
      <w:proofErr w:type="spellEnd"/>
      <w:r w:rsidRPr="001774D6">
        <w:rPr>
          <w:b/>
          <w:bCs/>
          <w:color w:val="000000"/>
          <w:sz w:val="28"/>
          <w:szCs w:val="28"/>
          <w:lang w:val="ru-RU"/>
        </w:rPr>
        <w:t xml:space="preserve">: </w:t>
      </w:r>
      <w:proofErr w:type="spellStart"/>
      <w:r w:rsidRPr="001774D6">
        <w:rPr>
          <w:bCs/>
          <w:color w:val="000000"/>
          <w:sz w:val="28"/>
          <w:szCs w:val="28"/>
          <w:lang w:val="ru-RU"/>
        </w:rPr>
        <w:t>Қазақстан</w:t>
      </w:r>
      <w:proofErr w:type="spellEnd"/>
      <w:r w:rsidRPr="001774D6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774D6">
        <w:rPr>
          <w:bCs/>
          <w:color w:val="000000"/>
          <w:sz w:val="28"/>
          <w:szCs w:val="28"/>
          <w:lang w:val="ru-RU"/>
        </w:rPr>
        <w:t>Республикасы</w:t>
      </w:r>
      <w:proofErr w:type="spellEnd"/>
      <w:r w:rsidRPr="001774D6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774D6">
        <w:rPr>
          <w:bCs/>
          <w:color w:val="000000"/>
          <w:sz w:val="28"/>
          <w:szCs w:val="28"/>
          <w:lang w:val="ru-RU"/>
        </w:rPr>
        <w:t>Төтенше</w:t>
      </w:r>
      <w:proofErr w:type="spellEnd"/>
      <w:r w:rsidRPr="001774D6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774D6">
        <w:rPr>
          <w:bCs/>
          <w:color w:val="000000"/>
          <w:sz w:val="28"/>
          <w:szCs w:val="28"/>
          <w:lang w:val="ru-RU"/>
        </w:rPr>
        <w:t>жағдайлар</w:t>
      </w:r>
      <w:proofErr w:type="spellEnd"/>
      <w:r w:rsidRPr="001774D6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774D6">
        <w:rPr>
          <w:bCs/>
          <w:color w:val="000000"/>
          <w:sz w:val="28"/>
          <w:szCs w:val="28"/>
          <w:lang w:val="ru-RU"/>
        </w:rPr>
        <w:t>министрлігінің</w:t>
      </w:r>
      <w:proofErr w:type="spellEnd"/>
      <w:r w:rsidRPr="001774D6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774D6">
        <w:rPr>
          <w:bCs/>
          <w:color w:val="000000"/>
          <w:sz w:val="28"/>
          <w:szCs w:val="28"/>
          <w:lang w:val="ru-RU"/>
        </w:rPr>
        <w:t>кеңес</w:t>
      </w:r>
      <w:proofErr w:type="spellEnd"/>
      <w:r w:rsidRPr="001774D6">
        <w:rPr>
          <w:bCs/>
          <w:color w:val="000000"/>
          <w:sz w:val="28"/>
          <w:szCs w:val="28"/>
          <w:lang w:val="ru-RU"/>
        </w:rPr>
        <w:t xml:space="preserve"> залы</w:t>
      </w:r>
      <w:r w:rsidRPr="001774D6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1774D6">
        <w:rPr>
          <w:bCs/>
          <w:color w:val="000000"/>
          <w:sz w:val="24"/>
          <w:szCs w:val="24"/>
          <w:lang w:val="ru-RU"/>
        </w:rPr>
        <w:t>(</w:t>
      </w:r>
      <w:proofErr w:type="spellStart"/>
      <w:r w:rsidRPr="001774D6">
        <w:rPr>
          <w:bCs/>
          <w:color w:val="000000"/>
          <w:sz w:val="24"/>
          <w:szCs w:val="24"/>
          <w:lang w:val="ru-RU"/>
        </w:rPr>
        <w:t>Мәңгілік</w:t>
      </w:r>
      <w:proofErr w:type="spellEnd"/>
      <w:r w:rsidRPr="001774D6">
        <w:rPr>
          <w:bCs/>
          <w:color w:val="000000"/>
          <w:sz w:val="24"/>
          <w:szCs w:val="24"/>
          <w:lang w:val="ru-RU"/>
        </w:rPr>
        <w:t xml:space="preserve"> ел </w:t>
      </w:r>
      <w:proofErr w:type="spellStart"/>
      <w:r w:rsidRPr="001774D6">
        <w:rPr>
          <w:bCs/>
          <w:color w:val="000000"/>
          <w:sz w:val="24"/>
          <w:szCs w:val="24"/>
          <w:lang w:val="ru-RU"/>
        </w:rPr>
        <w:t>даңғылы</w:t>
      </w:r>
      <w:proofErr w:type="spellEnd"/>
      <w:r w:rsidRPr="001774D6">
        <w:rPr>
          <w:bCs/>
          <w:color w:val="000000"/>
          <w:sz w:val="24"/>
          <w:szCs w:val="24"/>
          <w:lang w:val="ru-RU"/>
        </w:rPr>
        <w:t xml:space="preserve">, 8, 10 </w:t>
      </w:r>
      <w:proofErr w:type="spellStart"/>
      <w:r w:rsidRPr="001774D6">
        <w:rPr>
          <w:bCs/>
          <w:color w:val="000000"/>
          <w:sz w:val="24"/>
          <w:szCs w:val="24"/>
          <w:lang w:val="ru-RU"/>
        </w:rPr>
        <w:t>қабат</w:t>
      </w:r>
      <w:proofErr w:type="spellEnd"/>
      <w:r w:rsidRPr="001774D6">
        <w:rPr>
          <w:bCs/>
          <w:color w:val="000000"/>
          <w:sz w:val="24"/>
          <w:szCs w:val="24"/>
          <w:lang w:val="ru-RU"/>
        </w:rPr>
        <w:t>)</w:t>
      </w:r>
      <w:r w:rsidR="002F6679" w:rsidRPr="00246626">
        <w:rPr>
          <w:sz w:val="28"/>
          <w:szCs w:val="26"/>
          <w:lang w:val="ru-RU"/>
        </w:rPr>
        <w:t>.</w:t>
      </w:r>
    </w:p>
    <w:p w:rsidR="00CD77AD" w:rsidRPr="00246626" w:rsidRDefault="001774D6" w:rsidP="00D52666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r w:rsidRPr="00814434">
        <w:rPr>
          <w:b/>
          <w:bCs/>
          <w:sz w:val="28"/>
          <w:szCs w:val="28"/>
          <w:lang w:val="kk-KZ"/>
        </w:rPr>
        <w:t>Төрағалық еткен</w:t>
      </w:r>
      <w:r>
        <w:rPr>
          <w:b/>
          <w:bCs/>
          <w:sz w:val="28"/>
          <w:szCs w:val="28"/>
          <w:lang w:val="kk-KZ"/>
        </w:rPr>
        <w:t>:</w:t>
      </w:r>
      <w:r w:rsidRPr="00814434">
        <w:rPr>
          <w:b/>
          <w:bCs/>
          <w:sz w:val="28"/>
          <w:szCs w:val="28"/>
          <w:lang w:val="kk-KZ"/>
        </w:rPr>
        <w:t xml:space="preserve"> </w:t>
      </w:r>
      <w:r w:rsidRPr="00814434">
        <w:rPr>
          <w:sz w:val="28"/>
          <w:szCs w:val="28"/>
          <w:lang w:val="kk-KZ"/>
        </w:rPr>
        <w:t>Д.Д. Сатылғанов</w:t>
      </w:r>
    </w:p>
    <w:p w:rsidR="00D52666" w:rsidRPr="00246626" w:rsidRDefault="001774D6" w:rsidP="00D52666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r w:rsidRPr="001774D6">
        <w:rPr>
          <w:b/>
          <w:sz w:val="28"/>
          <w:szCs w:val="26"/>
          <w:lang w:val="ru-RU"/>
        </w:rPr>
        <w:t xml:space="preserve">Азаматтық </w:t>
      </w:r>
      <w:proofErr w:type="spellStart"/>
      <w:r w:rsidRPr="001774D6">
        <w:rPr>
          <w:b/>
          <w:sz w:val="28"/>
          <w:szCs w:val="26"/>
          <w:lang w:val="ru-RU"/>
        </w:rPr>
        <w:t>қорғау</w:t>
      </w:r>
      <w:proofErr w:type="spellEnd"/>
      <w:r w:rsidRPr="001774D6">
        <w:rPr>
          <w:b/>
          <w:sz w:val="28"/>
          <w:szCs w:val="26"/>
          <w:lang w:val="ru-RU"/>
        </w:rPr>
        <w:t xml:space="preserve"> </w:t>
      </w:r>
      <w:proofErr w:type="spellStart"/>
      <w:r w:rsidRPr="001774D6">
        <w:rPr>
          <w:b/>
          <w:sz w:val="28"/>
          <w:szCs w:val="26"/>
          <w:lang w:val="ru-RU"/>
        </w:rPr>
        <w:t>органдарының</w:t>
      </w:r>
      <w:proofErr w:type="spellEnd"/>
      <w:r w:rsidRPr="001774D6">
        <w:rPr>
          <w:b/>
          <w:sz w:val="28"/>
          <w:szCs w:val="26"/>
          <w:lang w:val="ru-RU"/>
        </w:rPr>
        <w:t xml:space="preserve"> </w:t>
      </w:r>
      <w:proofErr w:type="spellStart"/>
      <w:r w:rsidRPr="001774D6">
        <w:rPr>
          <w:b/>
          <w:sz w:val="28"/>
          <w:szCs w:val="26"/>
          <w:lang w:val="ru-RU"/>
        </w:rPr>
        <w:t>жұмысы</w:t>
      </w:r>
      <w:proofErr w:type="spellEnd"/>
      <w:r w:rsidRPr="001774D6">
        <w:rPr>
          <w:b/>
          <w:sz w:val="28"/>
          <w:szCs w:val="26"/>
          <w:lang w:val="ru-RU"/>
        </w:rPr>
        <w:t xml:space="preserve"> </w:t>
      </w:r>
      <w:proofErr w:type="spellStart"/>
      <w:r w:rsidRPr="001774D6">
        <w:rPr>
          <w:b/>
          <w:sz w:val="28"/>
          <w:szCs w:val="26"/>
          <w:lang w:val="ru-RU"/>
        </w:rPr>
        <w:t>мәселесі</w:t>
      </w:r>
      <w:proofErr w:type="spellEnd"/>
      <w:r w:rsidRPr="001774D6">
        <w:rPr>
          <w:b/>
          <w:sz w:val="28"/>
          <w:szCs w:val="26"/>
          <w:lang w:val="ru-RU"/>
        </w:rPr>
        <w:t xml:space="preserve"> </w:t>
      </w:r>
      <w:proofErr w:type="spellStart"/>
      <w:r w:rsidRPr="001774D6">
        <w:rPr>
          <w:b/>
          <w:sz w:val="28"/>
          <w:szCs w:val="26"/>
          <w:lang w:val="ru-RU"/>
        </w:rPr>
        <w:t>бойынша</w:t>
      </w:r>
      <w:proofErr w:type="spellEnd"/>
      <w:r w:rsidRPr="001774D6">
        <w:rPr>
          <w:b/>
          <w:sz w:val="28"/>
          <w:szCs w:val="26"/>
          <w:lang w:val="ru-RU"/>
        </w:rPr>
        <w:t xml:space="preserve"> </w:t>
      </w:r>
      <w:proofErr w:type="spellStart"/>
      <w:r w:rsidRPr="001774D6">
        <w:rPr>
          <w:b/>
          <w:sz w:val="28"/>
          <w:szCs w:val="26"/>
          <w:lang w:val="ru-RU"/>
        </w:rPr>
        <w:t>Қоғамдық</w:t>
      </w:r>
      <w:proofErr w:type="spellEnd"/>
      <w:r w:rsidRPr="001774D6">
        <w:rPr>
          <w:b/>
          <w:sz w:val="28"/>
          <w:szCs w:val="26"/>
          <w:lang w:val="ru-RU"/>
        </w:rPr>
        <w:t xml:space="preserve"> </w:t>
      </w:r>
      <w:proofErr w:type="spellStart"/>
      <w:r w:rsidRPr="001774D6">
        <w:rPr>
          <w:b/>
          <w:sz w:val="28"/>
          <w:szCs w:val="26"/>
          <w:lang w:val="ru-RU"/>
        </w:rPr>
        <w:t>кеңес</w:t>
      </w:r>
      <w:proofErr w:type="spellEnd"/>
      <w:r w:rsidRPr="001774D6">
        <w:rPr>
          <w:b/>
          <w:sz w:val="28"/>
          <w:szCs w:val="26"/>
          <w:lang w:val="ru-RU"/>
        </w:rPr>
        <w:t xml:space="preserve"> </w:t>
      </w:r>
      <w:proofErr w:type="spellStart"/>
      <w:r w:rsidRPr="001774D6">
        <w:rPr>
          <w:b/>
          <w:sz w:val="28"/>
          <w:szCs w:val="26"/>
          <w:lang w:val="ru-RU"/>
        </w:rPr>
        <w:t>мүшелерінен</w:t>
      </w:r>
      <w:proofErr w:type="spellEnd"/>
      <w:r w:rsidRPr="001774D6">
        <w:rPr>
          <w:b/>
          <w:sz w:val="28"/>
          <w:szCs w:val="26"/>
          <w:lang w:val="ru-RU"/>
        </w:rPr>
        <w:t xml:space="preserve"> </w:t>
      </w:r>
      <w:proofErr w:type="spellStart"/>
      <w:r w:rsidRPr="001774D6">
        <w:rPr>
          <w:b/>
          <w:sz w:val="28"/>
          <w:szCs w:val="26"/>
          <w:lang w:val="ru-RU"/>
        </w:rPr>
        <w:t>қатысқандар</w:t>
      </w:r>
      <w:proofErr w:type="spellEnd"/>
      <w:r w:rsidRPr="001774D6">
        <w:rPr>
          <w:b/>
          <w:sz w:val="28"/>
          <w:szCs w:val="26"/>
          <w:lang w:val="ru-RU"/>
        </w:rPr>
        <w:t xml:space="preserve"> (ТЖМ):</w:t>
      </w:r>
      <w:r w:rsidR="002F6679" w:rsidRPr="00246626">
        <w:rPr>
          <w:b/>
          <w:sz w:val="28"/>
          <w:szCs w:val="26"/>
          <w:lang w:val="ru-RU"/>
        </w:rPr>
        <w:t xml:space="preserve"> </w:t>
      </w:r>
      <w:r w:rsidRPr="001774D6">
        <w:rPr>
          <w:sz w:val="28"/>
          <w:szCs w:val="26"/>
          <w:lang w:val="ru-RU"/>
        </w:rPr>
        <w:t>Н.Н.</w:t>
      </w:r>
      <w:r>
        <w:rPr>
          <w:sz w:val="28"/>
          <w:szCs w:val="26"/>
        </w:rPr>
        <w:t> </w:t>
      </w:r>
      <w:r w:rsidRPr="001774D6">
        <w:rPr>
          <w:sz w:val="28"/>
          <w:szCs w:val="26"/>
          <w:lang w:val="ru-RU"/>
        </w:rPr>
        <w:t>Тоқсанов</w:t>
      </w:r>
      <w:r w:rsidR="00D52666" w:rsidRPr="00246626">
        <w:rPr>
          <w:sz w:val="28"/>
          <w:szCs w:val="26"/>
          <w:lang w:val="ru-RU"/>
        </w:rPr>
        <w:t xml:space="preserve">, </w:t>
      </w:r>
      <w:r w:rsidRPr="001774D6">
        <w:rPr>
          <w:sz w:val="28"/>
          <w:szCs w:val="26"/>
          <w:lang w:val="ru-RU"/>
        </w:rPr>
        <w:t>Қ.А.</w:t>
      </w:r>
      <w:r>
        <w:rPr>
          <w:sz w:val="28"/>
          <w:szCs w:val="26"/>
        </w:rPr>
        <w:t> </w:t>
      </w:r>
      <w:r w:rsidRPr="001774D6">
        <w:rPr>
          <w:sz w:val="28"/>
          <w:szCs w:val="26"/>
          <w:lang w:val="ru-RU"/>
        </w:rPr>
        <w:t>Мейрамов</w:t>
      </w:r>
      <w:r w:rsidR="00B240D5" w:rsidRPr="00246626">
        <w:rPr>
          <w:sz w:val="28"/>
          <w:szCs w:val="26"/>
          <w:lang w:val="ru-RU"/>
        </w:rPr>
        <w:t xml:space="preserve">, </w:t>
      </w:r>
      <w:r w:rsidRPr="001774D6">
        <w:rPr>
          <w:sz w:val="28"/>
          <w:szCs w:val="26"/>
          <w:lang w:val="ru-RU"/>
        </w:rPr>
        <w:t>Г.Т.</w:t>
      </w:r>
      <w:r>
        <w:rPr>
          <w:sz w:val="28"/>
          <w:szCs w:val="26"/>
        </w:rPr>
        <w:t> </w:t>
      </w:r>
      <w:r w:rsidRPr="001774D6">
        <w:rPr>
          <w:sz w:val="28"/>
          <w:szCs w:val="26"/>
          <w:lang w:val="ru-RU"/>
        </w:rPr>
        <w:t>Қамарова</w:t>
      </w:r>
      <w:r w:rsidR="00B240D5">
        <w:rPr>
          <w:sz w:val="28"/>
          <w:szCs w:val="26"/>
          <w:lang w:val="ru-RU"/>
        </w:rPr>
        <w:t xml:space="preserve">, </w:t>
      </w:r>
      <w:r w:rsidRPr="001774D6">
        <w:rPr>
          <w:sz w:val="28"/>
          <w:szCs w:val="26"/>
          <w:lang w:val="ru-RU"/>
        </w:rPr>
        <w:t>А.З.</w:t>
      </w:r>
      <w:r>
        <w:rPr>
          <w:sz w:val="28"/>
          <w:szCs w:val="26"/>
        </w:rPr>
        <w:t> </w:t>
      </w:r>
      <w:r w:rsidRPr="001774D6">
        <w:rPr>
          <w:sz w:val="28"/>
          <w:szCs w:val="26"/>
          <w:lang w:val="ru-RU"/>
        </w:rPr>
        <w:t>Қалиев</w:t>
      </w:r>
      <w:r w:rsidR="00D52666" w:rsidRPr="00246626">
        <w:rPr>
          <w:sz w:val="28"/>
          <w:szCs w:val="26"/>
          <w:lang w:val="ru-RU"/>
        </w:rPr>
        <w:t xml:space="preserve">, </w:t>
      </w:r>
      <w:r w:rsidRPr="001774D6">
        <w:rPr>
          <w:sz w:val="28"/>
          <w:szCs w:val="26"/>
          <w:lang w:val="ru-RU"/>
        </w:rPr>
        <w:t>Е.А.</w:t>
      </w:r>
      <w:r>
        <w:rPr>
          <w:sz w:val="28"/>
          <w:szCs w:val="26"/>
        </w:rPr>
        <w:t> </w:t>
      </w:r>
      <w:r w:rsidRPr="001774D6">
        <w:rPr>
          <w:sz w:val="28"/>
          <w:szCs w:val="26"/>
          <w:lang w:val="ru-RU"/>
        </w:rPr>
        <w:t>Төрегелдиев</w:t>
      </w:r>
      <w:r w:rsidR="00D52666" w:rsidRPr="00246626">
        <w:rPr>
          <w:sz w:val="28"/>
          <w:szCs w:val="26"/>
          <w:lang w:val="ru-RU"/>
        </w:rPr>
        <w:t xml:space="preserve">, </w:t>
      </w:r>
      <w:r w:rsidRPr="001774D6">
        <w:rPr>
          <w:sz w:val="28"/>
          <w:szCs w:val="26"/>
          <w:lang w:val="ru-RU"/>
        </w:rPr>
        <w:t>Р.Қ.</w:t>
      </w:r>
      <w:r>
        <w:rPr>
          <w:sz w:val="28"/>
          <w:szCs w:val="26"/>
        </w:rPr>
        <w:t> </w:t>
      </w:r>
      <w:r w:rsidRPr="001774D6">
        <w:rPr>
          <w:sz w:val="28"/>
          <w:szCs w:val="26"/>
          <w:lang w:val="ru-RU"/>
        </w:rPr>
        <w:t>Дубаев</w:t>
      </w:r>
      <w:r w:rsidR="00D52666" w:rsidRPr="00246626">
        <w:rPr>
          <w:sz w:val="28"/>
          <w:szCs w:val="26"/>
          <w:lang w:val="ru-RU"/>
        </w:rPr>
        <w:t>;</w:t>
      </w:r>
    </w:p>
    <w:p w:rsidR="00CD77AD" w:rsidRPr="00246626" w:rsidRDefault="001774D6" w:rsidP="00D52666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proofErr w:type="spellStart"/>
      <w:r w:rsidRPr="001774D6">
        <w:rPr>
          <w:sz w:val="28"/>
          <w:szCs w:val="26"/>
          <w:u w:val="single"/>
          <w:lang w:val="ru-RU"/>
        </w:rPr>
        <w:t>бейнеконференцбайланыс</w:t>
      </w:r>
      <w:proofErr w:type="spellEnd"/>
      <w:r w:rsidRPr="001774D6">
        <w:rPr>
          <w:sz w:val="28"/>
          <w:szCs w:val="26"/>
          <w:u w:val="single"/>
          <w:lang w:val="ru-RU"/>
        </w:rPr>
        <w:t xml:space="preserve"> </w:t>
      </w:r>
      <w:proofErr w:type="spellStart"/>
      <w:r w:rsidRPr="001774D6">
        <w:rPr>
          <w:sz w:val="28"/>
          <w:szCs w:val="26"/>
          <w:u w:val="single"/>
          <w:lang w:val="ru-RU"/>
        </w:rPr>
        <w:t>режимінде</w:t>
      </w:r>
      <w:proofErr w:type="spellEnd"/>
      <w:r w:rsidR="002F6679" w:rsidRPr="00246626">
        <w:rPr>
          <w:sz w:val="28"/>
          <w:szCs w:val="26"/>
          <w:u w:val="single"/>
          <w:lang w:val="ru-RU"/>
        </w:rPr>
        <w:t>:</w:t>
      </w:r>
      <w:r w:rsidR="00D52666" w:rsidRPr="00246626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М. </w:t>
      </w:r>
      <w:proofErr w:type="spellStart"/>
      <w:r w:rsidR="00B240D5" w:rsidRPr="00246626">
        <w:rPr>
          <w:sz w:val="28"/>
          <w:szCs w:val="26"/>
          <w:lang w:val="ru-RU"/>
        </w:rPr>
        <w:t>Әбдіхалықұлы</w:t>
      </w:r>
      <w:proofErr w:type="spellEnd"/>
      <w:r w:rsidR="00B240D5" w:rsidRPr="00246626">
        <w:rPr>
          <w:sz w:val="28"/>
          <w:szCs w:val="26"/>
          <w:lang w:val="ru-RU"/>
        </w:rPr>
        <w:t>,</w:t>
      </w:r>
      <w:r w:rsidR="00B240D5">
        <w:rPr>
          <w:sz w:val="28"/>
          <w:szCs w:val="26"/>
          <w:lang w:val="ru-RU"/>
        </w:rPr>
        <w:t xml:space="preserve"> </w:t>
      </w:r>
      <w:r w:rsidRPr="001774D6">
        <w:rPr>
          <w:sz w:val="28"/>
          <w:szCs w:val="26"/>
          <w:lang w:val="ru-RU"/>
        </w:rPr>
        <w:t>Қ.Е.</w:t>
      </w:r>
      <w:r>
        <w:rPr>
          <w:sz w:val="28"/>
          <w:szCs w:val="26"/>
        </w:rPr>
        <w:t> </w:t>
      </w:r>
      <w:proofErr w:type="spellStart"/>
      <w:r w:rsidRPr="001774D6">
        <w:rPr>
          <w:sz w:val="28"/>
          <w:szCs w:val="26"/>
          <w:lang w:val="ru-RU"/>
        </w:rPr>
        <w:t>Қыстаубаев</w:t>
      </w:r>
      <w:proofErr w:type="spellEnd"/>
      <w:r w:rsidR="00D52666" w:rsidRPr="00246626">
        <w:rPr>
          <w:sz w:val="28"/>
          <w:szCs w:val="26"/>
          <w:lang w:val="ru-RU"/>
        </w:rPr>
        <w:t xml:space="preserve">, </w:t>
      </w:r>
      <w:r w:rsidRPr="001774D6">
        <w:rPr>
          <w:sz w:val="28"/>
          <w:szCs w:val="26"/>
          <w:lang w:val="ru-RU"/>
        </w:rPr>
        <w:t>М.С.</w:t>
      </w:r>
      <w:r>
        <w:rPr>
          <w:sz w:val="28"/>
          <w:szCs w:val="26"/>
          <w:lang w:val="ru-RU"/>
        </w:rPr>
        <w:t> </w:t>
      </w:r>
      <w:proofErr w:type="spellStart"/>
      <w:r w:rsidRPr="001774D6">
        <w:rPr>
          <w:sz w:val="28"/>
          <w:szCs w:val="26"/>
          <w:lang w:val="ru-RU"/>
        </w:rPr>
        <w:t>Қайсанов</w:t>
      </w:r>
      <w:proofErr w:type="spellEnd"/>
      <w:r w:rsidR="00D52666" w:rsidRPr="00246626">
        <w:rPr>
          <w:sz w:val="28"/>
          <w:szCs w:val="26"/>
          <w:lang w:val="ru-RU"/>
        </w:rPr>
        <w:t xml:space="preserve">, </w:t>
      </w:r>
      <w:r w:rsidRPr="001774D6">
        <w:rPr>
          <w:sz w:val="28"/>
          <w:szCs w:val="26"/>
          <w:lang w:val="ru-RU"/>
        </w:rPr>
        <w:t>В.Н.</w:t>
      </w:r>
      <w:r>
        <w:rPr>
          <w:sz w:val="28"/>
          <w:szCs w:val="26"/>
          <w:lang w:val="ru-RU"/>
        </w:rPr>
        <w:t> </w:t>
      </w:r>
      <w:proofErr w:type="spellStart"/>
      <w:r w:rsidRPr="001774D6">
        <w:rPr>
          <w:sz w:val="28"/>
          <w:szCs w:val="26"/>
          <w:lang w:val="ru-RU"/>
        </w:rPr>
        <w:t>Ганагин</w:t>
      </w:r>
      <w:proofErr w:type="spellEnd"/>
      <w:r w:rsidR="00B240D5" w:rsidRPr="00246626">
        <w:rPr>
          <w:sz w:val="28"/>
          <w:szCs w:val="26"/>
          <w:lang w:val="ru-RU"/>
        </w:rPr>
        <w:t>,</w:t>
      </w:r>
      <w:r w:rsidR="00B240D5" w:rsidRPr="00B240D5">
        <w:rPr>
          <w:sz w:val="28"/>
          <w:szCs w:val="26"/>
          <w:lang w:val="ru-RU"/>
        </w:rPr>
        <w:t xml:space="preserve"> </w:t>
      </w:r>
      <w:r w:rsidRPr="001774D6">
        <w:rPr>
          <w:sz w:val="28"/>
          <w:szCs w:val="26"/>
          <w:lang w:val="ru-RU"/>
        </w:rPr>
        <w:t>Т.У.</w:t>
      </w:r>
      <w:r>
        <w:rPr>
          <w:sz w:val="28"/>
          <w:szCs w:val="26"/>
          <w:lang w:val="ru-RU"/>
        </w:rPr>
        <w:t> </w:t>
      </w:r>
      <w:r w:rsidRPr="001774D6">
        <w:rPr>
          <w:sz w:val="28"/>
          <w:szCs w:val="26"/>
          <w:lang w:val="ru-RU"/>
        </w:rPr>
        <w:t>Омаров</w:t>
      </w:r>
      <w:r w:rsidR="00B240D5">
        <w:rPr>
          <w:sz w:val="28"/>
          <w:szCs w:val="26"/>
          <w:lang w:val="ru-RU"/>
        </w:rPr>
        <w:t>,</w:t>
      </w:r>
      <w:r w:rsidR="00B240D5" w:rsidRPr="00B240D5">
        <w:rPr>
          <w:sz w:val="28"/>
          <w:szCs w:val="26"/>
          <w:lang w:val="ru-RU"/>
        </w:rPr>
        <w:t xml:space="preserve"> </w:t>
      </w:r>
      <w:r w:rsidRPr="001774D6">
        <w:rPr>
          <w:sz w:val="28"/>
          <w:szCs w:val="26"/>
          <w:lang w:val="ru-RU"/>
        </w:rPr>
        <w:t>А.А.</w:t>
      </w:r>
      <w:r>
        <w:rPr>
          <w:sz w:val="28"/>
          <w:szCs w:val="26"/>
          <w:lang w:val="ru-RU"/>
        </w:rPr>
        <w:t> </w:t>
      </w:r>
      <w:proofErr w:type="spellStart"/>
      <w:r w:rsidRPr="001774D6">
        <w:rPr>
          <w:sz w:val="28"/>
          <w:szCs w:val="26"/>
          <w:lang w:val="ru-RU"/>
        </w:rPr>
        <w:t>Мәдиев</w:t>
      </w:r>
      <w:proofErr w:type="spellEnd"/>
      <w:r w:rsidR="00B240D5">
        <w:rPr>
          <w:sz w:val="28"/>
          <w:szCs w:val="26"/>
          <w:lang w:val="ru-RU"/>
        </w:rPr>
        <w:t>;</w:t>
      </w:r>
    </w:p>
    <w:p w:rsidR="00CD77AD" w:rsidRPr="00246626" w:rsidRDefault="001774D6" w:rsidP="00D52666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proofErr w:type="spellStart"/>
      <w:r w:rsidRPr="001774D6">
        <w:rPr>
          <w:b/>
          <w:sz w:val="28"/>
          <w:szCs w:val="26"/>
          <w:lang w:val="ru-RU"/>
        </w:rPr>
        <w:t>Қатыспаған</w:t>
      </w:r>
      <w:r>
        <w:rPr>
          <w:b/>
          <w:sz w:val="28"/>
          <w:szCs w:val="26"/>
          <w:lang w:val="ru-RU"/>
        </w:rPr>
        <w:t>дар</w:t>
      </w:r>
      <w:proofErr w:type="spellEnd"/>
      <w:r>
        <w:rPr>
          <w:b/>
          <w:sz w:val="28"/>
          <w:szCs w:val="26"/>
          <w:lang w:val="ru-RU"/>
        </w:rPr>
        <w:t>:</w:t>
      </w:r>
      <w:r w:rsidRPr="001774D6">
        <w:rPr>
          <w:sz w:val="28"/>
          <w:szCs w:val="26"/>
          <w:lang w:val="ru-RU"/>
        </w:rPr>
        <w:t xml:space="preserve"> аппарат </w:t>
      </w:r>
      <w:proofErr w:type="spellStart"/>
      <w:r w:rsidRPr="001774D6">
        <w:rPr>
          <w:sz w:val="28"/>
          <w:szCs w:val="26"/>
          <w:lang w:val="ru-RU"/>
        </w:rPr>
        <w:t>басшысы</w:t>
      </w:r>
      <w:proofErr w:type="spellEnd"/>
      <w:r w:rsidRPr="001774D6">
        <w:rPr>
          <w:sz w:val="28"/>
          <w:szCs w:val="26"/>
          <w:lang w:val="ru-RU"/>
        </w:rPr>
        <w:t xml:space="preserve"> (бос </w:t>
      </w:r>
      <w:proofErr w:type="spellStart"/>
      <w:r w:rsidRPr="001774D6">
        <w:rPr>
          <w:sz w:val="28"/>
          <w:szCs w:val="26"/>
          <w:lang w:val="ru-RU"/>
        </w:rPr>
        <w:t>орын</w:t>
      </w:r>
      <w:proofErr w:type="spellEnd"/>
      <w:r w:rsidRPr="001774D6">
        <w:rPr>
          <w:sz w:val="28"/>
          <w:szCs w:val="26"/>
          <w:lang w:val="ru-RU"/>
        </w:rPr>
        <w:t>)</w:t>
      </w:r>
      <w:r w:rsidR="00D52666" w:rsidRPr="00246626">
        <w:rPr>
          <w:sz w:val="28"/>
          <w:szCs w:val="26"/>
          <w:lang w:val="ru-RU"/>
        </w:rPr>
        <w:t xml:space="preserve">, </w:t>
      </w:r>
      <w:r w:rsidRPr="001774D6">
        <w:rPr>
          <w:sz w:val="28"/>
          <w:szCs w:val="26"/>
          <w:lang w:val="ru-RU"/>
        </w:rPr>
        <w:t>А.Ж.</w:t>
      </w:r>
      <w:r>
        <w:rPr>
          <w:sz w:val="28"/>
          <w:szCs w:val="26"/>
          <w:lang w:val="ru-RU"/>
        </w:rPr>
        <w:t> </w:t>
      </w:r>
      <w:proofErr w:type="spellStart"/>
      <w:r w:rsidRPr="001774D6">
        <w:rPr>
          <w:sz w:val="28"/>
          <w:szCs w:val="26"/>
          <w:lang w:val="ru-RU"/>
        </w:rPr>
        <w:t>Дұрысбеков</w:t>
      </w:r>
      <w:proofErr w:type="spellEnd"/>
      <w:r w:rsidR="00B240D5" w:rsidRPr="00246626">
        <w:rPr>
          <w:sz w:val="28"/>
          <w:szCs w:val="26"/>
          <w:lang w:val="ru-RU"/>
        </w:rPr>
        <w:t xml:space="preserve">, </w:t>
      </w:r>
      <w:r w:rsidR="00551E03" w:rsidRPr="00551E03">
        <w:rPr>
          <w:sz w:val="28"/>
          <w:szCs w:val="26"/>
          <w:lang w:val="ru-RU"/>
        </w:rPr>
        <w:t>Б.А.</w:t>
      </w:r>
      <w:r w:rsidR="00551E03">
        <w:rPr>
          <w:sz w:val="28"/>
          <w:szCs w:val="26"/>
          <w:lang w:val="ru-RU"/>
        </w:rPr>
        <w:t> </w:t>
      </w:r>
      <w:proofErr w:type="spellStart"/>
      <w:r w:rsidR="00551E03" w:rsidRPr="00551E03">
        <w:rPr>
          <w:sz w:val="28"/>
          <w:szCs w:val="26"/>
          <w:lang w:val="ru-RU"/>
        </w:rPr>
        <w:t>Ақанов</w:t>
      </w:r>
      <w:proofErr w:type="spellEnd"/>
      <w:r w:rsidR="00D52666" w:rsidRPr="00246626">
        <w:rPr>
          <w:sz w:val="28"/>
          <w:szCs w:val="26"/>
          <w:lang w:val="ru-RU"/>
        </w:rPr>
        <w:t xml:space="preserve">, </w:t>
      </w:r>
      <w:r w:rsidR="00551E03" w:rsidRPr="00551E03">
        <w:rPr>
          <w:sz w:val="28"/>
          <w:szCs w:val="26"/>
          <w:lang w:val="ru-RU"/>
        </w:rPr>
        <w:t>Ф.Л.</w:t>
      </w:r>
      <w:r w:rsidR="00551E03">
        <w:rPr>
          <w:sz w:val="28"/>
          <w:szCs w:val="26"/>
          <w:lang w:val="ru-RU"/>
        </w:rPr>
        <w:t> </w:t>
      </w:r>
      <w:r w:rsidR="00551E03" w:rsidRPr="00551E03">
        <w:rPr>
          <w:sz w:val="28"/>
          <w:szCs w:val="26"/>
          <w:lang w:val="ru-RU"/>
        </w:rPr>
        <w:t>Мордвинкин</w:t>
      </w:r>
      <w:r w:rsidR="00B240D5" w:rsidRPr="00246626">
        <w:rPr>
          <w:sz w:val="28"/>
          <w:szCs w:val="26"/>
          <w:lang w:val="ru-RU"/>
        </w:rPr>
        <w:t>;</w:t>
      </w:r>
      <w:r w:rsidR="00B240D5">
        <w:rPr>
          <w:sz w:val="28"/>
          <w:szCs w:val="26"/>
          <w:lang w:val="ru-RU"/>
        </w:rPr>
        <w:t xml:space="preserve"> </w:t>
      </w:r>
      <w:r w:rsidR="00551E03" w:rsidRPr="00551E03">
        <w:rPr>
          <w:sz w:val="28"/>
          <w:szCs w:val="26"/>
          <w:lang w:val="ru-RU"/>
        </w:rPr>
        <w:t>К.Е.</w:t>
      </w:r>
      <w:r w:rsidR="00551E03">
        <w:rPr>
          <w:sz w:val="28"/>
          <w:szCs w:val="26"/>
          <w:lang w:val="ru-RU"/>
        </w:rPr>
        <w:t> </w:t>
      </w:r>
      <w:proofErr w:type="spellStart"/>
      <w:r w:rsidR="00551E03" w:rsidRPr="00551E03">
        <w:rPr>
          <w:sz w:val="28"/>
          <w:szCs w:val="26"/>
          <w:lang w:val="ru-RU"/>
        </w:rPr>
        <w:t>Дүйсенов</w:t>
      </w:r>
      <w:proofErr w:type="spellEnd"/>
      <w:r w:rsidR="00D52666" w:rsidRPr="00246626">
        <w:rPr>
          <w:sz w:val="28"/>
          <w:szCs w:val="26"/>
          <w:lang w:val="ru-RU"/>
        </w:rPr>
        <w:t xml:space="preserve">, </w:t>
      </w:r>
      <w:r w:rsidR="00551E03" w:rsidRPr="00551E03">
        <w:rPr>
          <w:sz w:val="28"/>
          <w:szCs w:val="26"/>
          <w:lang w:val="ru-RU"/>
        </w:rPr>
        <w:t>Ю.А.</w:t>
      </w:r>
      <w:r w:rsidR="00551E03">
        <w:rPr>
          <w:sz w:val="28"/>
          <w:szCs w:val="26"/>
          <w:lang w:val="ru-RU"/>
        </w:rPr>
        <w:t> </w:t>
      </w:r>
      <w:r w:rsidR="00551E03" w:rsidRPr="00551E03">
        <w:rPr>
          <w:sz w:val="28"/>
          <w:szCs w:val="26"/>
          <w:lang w:val="ru-RU"/>
        </w:rPr>
        <w:t>Новожилов</w:t>
      </w:r>
      <w:r w:rsidR="00B240D5">
        <w:rPr>
          <w:sz w:val="28"/>
          <w:szCs w:val="26"/>
          <w:lang w:val="ru-RU"/>
        </w:rPr>
        <w:t>;</w:t>
      </w:r>
    </w:p>
    <w:p w:rsidR="00CD77AD" w:rsidRPr="00246626" w:rsidRDefault="00457E43" w:rsidP="00D52666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proofErr w:type="spellStart"/>
      <w:r w:rsidRPr="00457E43">
        <w:rPr>
          <w:b/>
          <w:sz w:val="28"/>
          <w:szCs w:val="26"/>
          <w:lang w:val="ru-RU"/>
        </w:rPr>
        <w:t>Шақырылғандар</w:t>
      </w:r>
      <w:proofErr w:type="spellEnd"/>
      <w:r w:rsidRPr="00457E43">
        <w:rPr>
          <w:b/>
          <w:sz w:val="28"/>
          <w:szCs w:val="26"/>
          <w:lang w:val="ru-RU"/>
        </w:rPr>
        <w:t>:</w:t>
      </w:r>
      <w:r w:rsidR="002F6679" w:rsidRPr="00246626">
        <w:rPr>
          <w:b/>
          <w:sz w:val="28"/>
          <w:szCs w:val="26"/>
          <w:lang w:val="ru-RU"/>
        </w:rPr>
        <w:t xml:space="preserve"> </w:t>
      </w:r>
      <w:r w:rsidRPr="00457E43">
        <w:rPr>
          <w:sz w:val="28"/>
          <w:szCs w:val="26"/>
          <w:lang w:val="ru-RU"/>
        </w:rPr>
        <w:t xml:space="preserve">Кадр </w:t>
      </w:r>
      <w:proofErr w:type="spellStart"/>
      <w:r w:rsidRPr="00457E43">
        <w:rPr>
          <w:sz w:val="28"/>
          <w:szCs w:val="26"/>
          <w:lang w:val="ru-RU"/>
        </w:rPr>
        <w:t>және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тәрбие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жұмысы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бөлімі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бастығының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орынбасары</w:t>
      </w:r>
      <w:proofErr w:type="spellEnd"/>
      <w:r w:rsidR="00B240D5">
        <w:rPr>
          <w:sz w:val="28"/>
          <w:szCs w:val="26"/>
          <w:lang w:val="ru-RU"/>
        </w:rPr>
        <w:t xml:space="preserve"> </w:t>
      </w:r>
      <w:r>
        <w:rPr>
          <w:sz w:val="28"/>
          <w:szCs w:val="26"/>
          <w:lang w:val="ru-RU"/>
        </w:rPr>
        <w:t>К.А.</w:t>
      </w:r>
      <w:r>
        <w:rPr>
          <w:sz w:val="28"/>
          <w:szCs w:val="26"/>
          <w:lang w:val="ru-RU"/>
        </w:rPr>
        <w:t> </w:t>
      </w:r>
      <w:r w:rsidR="00B240D5" w:rsidRPr="00B240D5">
        <w:rPr>
          <w:sz w:val="28"/>
          <w:szCs w:val="26"/>
          <w:lang w:val="ru-RU"/>
        </w:rPr>
        <w:t>Назыров</w:t>
      </w:r>
      <w:r w:rsidR="000173AC" w:rsidRPr="00246626">
        <w:rPr>
          <w:sz w:val="28"/>
          <w:szCs w:val="26"/>
          <w:lang w:val="ru-RU"/>
        </w:rPr>
        <w:t xml:space="preserve">, </w:t>
      </w:r>
      <w:proofErr w:type="spellStart"/>
      <w:r w:rsidRPr="00457E43">
        <w:rPr>
          <w:sz w:val="28"/>
          <w:szCs w:val="26"/>
          <w:lang w:val="ru-RU"/>
        </w:rPr>
        <w:t>Стратегиялық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жоспарлау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және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жедел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басқару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орталығы</w:t>
      </w:r>
      <w:proofErr w:type="spellEnd"/>
      <w:r w:rsidRPr="00457E43">
        <w:rPr>
          <w:sz w:val="28"/>
          <w:szCs w:val="26"/>
          <w:lang w:val="ru-RU"/>
        </w:rPr>
        <w:t xml:space="preserve"> (Департамент </w:t>
      </w:r>
      <w:proofErr w:type="spellStart"/>
      <w:r w:rsidRPr="00457E43">
        <w:rPr>
          <w:sz w:val="28"/>
          <w:szCs w:val="26"/>
          <w:lang w:val="ru-RU"/>
        </w:rPr>
        <w:t>құқығында</w:t>
      </w:r>
      <w:proofErr w:type="spellEnd"/>
      <w:r w:rsidRPr="00457E43">
        <w:rPr>
          <w:sz w:val="28"/>
          <w:szCs w:val="26"/>
          <w:lang w:val="ru-RU"/>
        </w:rPr>
        <w:t xml:space="preserve">) </w:t>
      </w:r>
      <w:proofErr w:type="spellStart"/>
      <w:r w:rsidRPr="00457E43">
        <w:rPr>
          <w:sz w:val="28"/>
          <w:szCs w:val="26"/>
          <w:lang w:val="ru-RU"/>
        </w:rPr>
        <w:t>бастығының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орынбасары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Т.А.Серікбаев</w:t>
      </w:r>
      <w:proofErr w:type="spellEnd"/>
      <w:r w:rsidR="002F6679" w:rsidRPr="00246626">
        <w:rPr>
          <w:sz w:val="28"/>
          <w:szCs w:val="26"/>
          <w:lang w:val="ru-RU"/>
        </w:rPr>
        <w:t xml:space="preserve">, </w:t>
      </w:r>
      <w:proofErr w:type="spellStart"/>
      <w:r w:rsidR="000D02AB" w:rsidRPr="000D02AB">
        <w:rPr>
          <w:sz w:val="28"/>
          <w:szCs w:val="26"/>
          <w:lang w:val="ru-RU"/>
        </w:rPr>
        <w:t>Тылдық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қамтамасыз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ету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департаменті</w:t>
      </w:r>
      <w:proofErr w:type="spellEnd"/>
      <w:r w:rsidR="00B240D5" w:rsidRPr="00B240D5">
        <w:rPr>
          <w:sz w:val="28"/>
          <w:szCs w:val="26"/>
          <w:lang w:val="ru-RU"/>
        </w:rPr>
        <w:t xml:space="preserve"> </w:t>
      </w:r>
      <w:proofErr w:type="spellStart"/>
      <w:r w:rsidR="000D02AB" w:rsidRPr="00457E43">
        <w:rPr>
          <w:sz w:val="28"/>
          <w:szCs w:val="26"/>
          <w:lang w:val="ru-RU"/>
        </w:rPr>
        <w:t>бастығының</w:t>
      </w:r>
      <w:proofErr w:type="spellEnd"/>
      <w:r w:rsidR="000D02AB" w:rsidRPr="00457E43">
        <w:rPr>
          <w:sz w:val="28"/>
          <w:szCs w:val="26"/>
          <w:lang w:val="ru-RU"/>
        </w:rPr>
        <w:t xml:space="preserve"> </w:t>
      </w:r>
      <w:proofErr w:type="spellStart"/>
      <w:r w:rsidR="000D02AB" w:rsidRPr="00457E43">
        <w:rPr>
          <w:sz w:val="28"/>
          <w:szCs w:val="26"/>
          <w:lang w:val="ru-RU"/>
        </w:rPr>
        <w:t>орынбасары</w:t>
      </w:r>
      <w:proofErr w:type="spellEnd"/>
      <w:r w:rsidR="000D02AB" w:rsidRPr="00457E43">
        <w:rPr>
          <w:sz w:val="28"/>
          <w:szCs w:val="26"/>
          <w:lang w:val="ru-RU"/>
        </w:rPr>
        <w:t xml:space="preserve"> </w:t>
      </w:r>
      <w:r w:rsidR="000D02AB" w:rsidRPr="003E0374">
        <w:rPr>
          <w:sz w:val="28"/>
          <w:szCs w:val="26"/>
          <w:lang w:val="ru-RU"/>
        </w:rPr>
        <w:t>А</w:t>
      </w:r>
      <w:r w:rsidR="000D02AB">
        <w:rPr>
          <w:sz w:val="28"/>
          <w:szCs w:val="26"/>
          <w:lang w:val="ru-RU"/>
        </w:rPr>
        <w:t>.</w:t>
      </w:r>
      <w:r w:rsidR="000D02AB" w:rsidRPr="003E0374">
        <w:rPr>
          <w:sz w:val="28"/>
          <w:szCs w:val="26"/>
          <w:lang w:val="ru-RU"/>
        </w:rPr>
        <w:t>А</w:t>
      </w:r>
      <w:r w:rsidR="000D02AB">
        <w:rPr>
          <w:sz w:val="28"/>
          <w:szCs w:val="26"/>
          <w:lang w:val="ru-RU"/>
        </w:rPr>
        <w:t>.</w:t>
      </w:r>
      <w:r w:rsidR="000D02AB">
        <w:rPr>
          <w:sz w:val="28"/>
          <w:szCs w:val="26"/>
          <w:lang w:val="ru-RU"/>
        </w:rPr>
        <w:t> </w:t>
      </w:r>
      <w:proofErr w:type="spellStart"/>
      <w:r w:rsidR="003E0374" w:rsidRPr="003E0374">
        <w:rPr>
          <w:sz w:val="28"/>
          <w:szCs w:val="26"/>
          <w:lang w:val="ru-RU"/>
        </w:rPr>
        <w:t>Каблакатов</w:t>
      </w:r>
      <w:proofErr w:type="spellEnd"/>
      <w:r w:rsidR="002F6679" w:rsidRPr="00246626">
        <w:rPr>
          <w:sz w:val="28"/>
          <w:szCs w:val="26"/>
          <w:lang w:val="ru-RU"/>
        </w:rPr>
        <w:t xml:space="preserve">, </w:t>
      </w:r>
      <w:proofErr w:type="spellStart"/>
      <w:r w:rsidRPr="00457E43">
        <w:rPr>
          <w:sz w:val="28"/>
          <w:szCs w:val="26"/>
          <w:lang w:val="ru-RU"/>
        </w:rPr>
        <w:t>Ақпараттандыру</w:t>
      </w:r>
      <w:proofErr w:type="spellEnd"/>
      <w:r w:rsidRPr="00457E43">
        <w:rPr>
          <w:sz w:val="28"/>
          <w:szCs w:val="26"/>
          <w:lang w:val="ru-RU"/>
        </w:rPr>
        <w:t xml:space="preserve">, </w:t>
      </w:r>
      <w:proofErr w:type="spellStart"/>
      <w:r w:rsidRPr="00457E43">
        <w:rPr>
          <w:sz w:val="28"/>
          <w:szCs w:val="26"/>
          <w:lang w:val="ru-RU"/>
        </w:rPr>
        <w:t>цифрландыру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және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байланыс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департаментінің</w:t>
      </w:r>
      <w:proofErr w:type="spellEnd"/>
      <w:r w:rsidRPr="00457E43">
        <w:rPr>
          <w:sz w:val="28"/>
          <w:szCs w:val="26"/>
          <w:lang w:val="ru-RU"/>
        </w:rPr>
        <w:t xml:space="preserve"> </w:t>
      </w:r>
      <w:proofErr w:type="spellStart"/>
      <w:r w:rsidRPr="00457E43">
        <w:rPr>
          <w:sz w:val="28"/>
          <w:szCs w:val="26"/>
          <w:lang w:val="ru-RU"/>
        </w:rPr>
        <w:t>бастығы</w:t>
      </w:r>
      <w:proofErr w:type="spellEnd"/>
      <w:r w:rsidRPr="00457E43">
        <w:rPr>
          <w:sz w:val="28"/>
          <w:szCs w:val="26"/>
          <w:lang w:val="ru-RU"/>
        </w:rPr>
        <w:t xml:space="preserve"> Ю.Ю. </w:t>
      </w:r>
      <w:proofErr w:type="spellStart"/>
      <w:r w:rsidRPr="00457E43">
        <w:rPr>
          <w:sz w:val="28"/>
          <w:szCs w:val="26"/>
          <w:lang w:val="ru-RU"/>
        </w:rPr>
        <w:t>Будрин</w:t>
      </w:r>
      <w:proofErr w:type="spellEnd"/>
      <w:r w:rsidR="000173AC" w:rsidRPr="00246626">
        <w:rPr>
          <w:sz w:val="28"/>
          <w:szCs w:val="26"/>
          <w:lang w:val="ru-RU"/>
        </w:rPr>
        <w:t xml:space="preserve">, </w:t>
      </w:r>
      <w:proofErr w:type="spellStart"/>
      <w:r w:rsidR="000D02AB" w:rsidRPr="000D02AB">
        <w:rPr>
          <w:sz w:val="28"/>
          <w:szCs w:val="26"/>
          <w:lang w:val="ru-RU"/>
        </w:rPr>
        <w:t>Қаржылық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қамтамасыз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ету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департаменті</w:t>
      </w:r>
      <w:proofErr w:type="spellEnd"/>
      <w:r w:rsidR="00CF272D">
        <w:rPr>
          <w:sz w:val="28"/>
          <w:szCs w:val="26"/>
          <w:lang w:val="ru-RU"/>
        </w:rPr>
        <w:t xml:space="preserve"> </w:t>
      </w:r>
      <w:proofErr w:type="spellStart"/>
      <w:r w:rsidR="000D02AB" w:rsidRPr="00457E43">
        <w:rPr>
          <w:sz w:val="28"/>
          <w:szCs w:val="26"/>
          <w:lang w:val="ru-RU"/>
        </w:rPr>
        <w:t>бастығының</w:t>
      </w:r>
      <w:proofErr w:type="spellEnd"/>
      <w:r w:rsidR="000D02AB" w:rsidRPr="00457E43">
        <w:rPr>
          <w:sz w:val="28"/>
          <w:szCs w:val="26"/>
          <w:lang w:val="ru-RU"/>
        </w:rPr>
        <w:t xml:space="preserve"> </w:t>
      </w:r>
      <w:proofErr w:type="spellStart"/>
      <w:r w:rsidR="000D02AB" w:rsidRPr="00457E43">
        <w:rPr>
          <w:sz w:val="28"/>
          <w:szCs w:val="26"/>
          <w:lang w:val="ru-RU"/>
        </w:rPr>
        <w:t>орынбасары</w:t>
      </w:r>
      <w:proofErr w:type="spellEnd"/>
      <w:r w:rsidR="000D02AB" w:rsidRPr="00457E43">
        <w:rPr>
          <w:sz w:val="28"/>
          <w:szCs w:val="26"/>
          <w:lang w:val="ru-RU"/>
        </w:rPr>
        <w:t xml:space="preserve"> </w:t>
      </w:r>
      <w:r w:rsidR="000D02AB" w:rsidRPr="00CF272D">
        <w:rPr>
          <w:sz w:val="28"/>
          <w:szCs w:val="26"/>
          <w:lang w:val="ru-RU"/>
        </w:rPr>
        <w:t>Ж</w:t>
      </w:r>
      <w:r w:rsidR="000D02AB">
        <w:rPr>
          <w:sz w:val="28"/>
          <w:szCs w:val="26"/>
          <w:lang w:val="ru-RU"/>
        </w:rPr>
        <w:t>.</w:t>
      </w:r>
      <w:r w:rsidR="000D02AB" w:rsidRPr="00CF272D">
        <w:rPr>
          <w:sz w:val="28"/>
          <w:szCs w:val="26"/>
          <w:lang w:val="ru-RU"/>
        </w:rPr>
        <w:t>К</w:t>
      </w:r>
      <w:r w:rsidR="000D02AB">
        <w:rPr>
          <w:sz w:val="28"/>
          <w:szCs w:val="26"/>
          <w:lang w:val="ru-RU"/>
        </w:rPr>
        <w:t>.</w:t>
      </w:r>
      <w:r w:rsidR="000D02AB">
        <w:rPr>
          <w:sz w:val="28"/>
          <w:szCs w:val="26"/>
          <w:lang w:val="ru-RU"/>
        </w:rPr>
        <w:t> </w:t>
      </w:r>
      <w:proofErr w:type="spellStart"/>
      <w:r w:rsidR="00CF272D" w:rsidRPr="00CF272D">
        <w:rPr>
          <w:sz w:val="28"/>
          <w:szCs w:val="26"/>
          <w:lang w:val="ru-RU"/>
        </w:rPr>
        <w:t>Тастенова</w:t>
      </w:r>
      <w:proofErr w:type="spellEnd"/>
      <w:r w:rsidR="00CF272D">
        <w:rPr>
          <w:sz w:val="28"/>
          <w:szCs w:val="26"/>
          <w:lang w:val="ru-RU"/>
        </w:rPr>
        <w:t xml:space="preserve">, </w:t>
      </w:r>
      <w:proofErr w:type="spellStart"/>
      <w:r w:rsidR="000D02AB" w:rsidRPr="000D02AB">
        <w:rPr>
          <w:sz w:val="28"/>
          <w:szCs w:val="26"/>
          <w:lang w:val="ru-RU"/>
        </w:rPr>
        <w:t>Төтенше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жағдайлардың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алдын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алу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комитеті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төрағаның</w:t>
      </w:r>
      <w:proofErr w:type="spellEnd"/>
      <w:r w:rsidR="000D02AB" w:rsidRPr="000D02AB">
        <w:rPr>
          <w:sz w:val="28"/>
          <w:szCs w:val="26"/>
          <w:lang w:val="ru-RU"/>
        </w:rPr>
        <w:t xml:space="preserve"> </w:t>
      </w:r>
      <w:proofErr w:type="spellStart"/>
      <w:r w:rsidR="000D02AB" w:rsidRPr="000D02AB">
        <w:rPr>
          <w:sz w:val="28"/>
          <w:szCs w:val="26"/>
          <w:lang w:val="ru-RU"/>
        </w:rPr>
        <w:t>орынбасары</w:t>
      </w:r>
      <w:proofErr w:type="spellEnd"/>
      <w:r w:rsidR="000D02AB" w:rsidRPr="00CF272D">
        <w:rPr>
          <w:sz w:val="28"/>
          <w:szCs w:val="26"/>
          <w:lang w:val="ru-RU"/>
        </w:rPr>
        <w:t xml:space="preserve"> </w:t>
      </w:r>
      <w:r w:rsidR="000D02AB" w:rsidRPr="00CF272D">
        <w:rPr>
          <w:sz w:val="28"/>
          <w:szCs w:val="26"/>
          <w:lang w:val="ru-RU"/>
        </w:rPr>
        <w:t>А</w:t>
      </w:r>
      <w:r w:rsidR="000D02AB">
        <w:rPr>
          <w:sz w:val="28"/>
          <w:szCs w:val="26"/>
          <w:lang w:val="ru-RU"/>
        </w:rPr>
        <w:t>.</w:t>
      </w:r>
      <w:r w:rsidR="000D02AB" w:rsidRPr="00CF272D">
        <w:rPr>
          <w:sz w:val="28"/>
          <w:szCs w:val="26"/>
          <w:lang w:val="ru-RU"/>
        </w:rPr>
        <w:t>Д</w:t>
      </w:r>
      <w:r w:rsidR="000D02AB">
        <w:rPr>
          <w:sz w:val="28"/>
          <w:szCs w:val="26"/>
          <w:lang w:val="ru-RU"/>
        </w:rPr>
        <w:t>.</w:t>
      </w:r>
      <w:r w:rsidR="000D02AB">
        <w:rPr>
          <w:sz w:val="28"/>
          <w:szCs w:val="26"/>
          <w:lang w:val="ru-RU"/>
        </w:rPr>
        <w:t> </w:t>
      </w:r>
      <w:proofErr w:type="spellStart"/>
      <w:r w:rsidR="00CF272D" w:rsidRPr="00CF272D">
        <w:rPr>
          <w:sz w:val="28"/>
          <w:szCs w:val="26"/>
          <w:lang w:val="ru-RU"/>
        </w:rPr>
        <w:t>Жилкайдаров</w:t>
      </w:r>
      <w:proofErr w:type="spellEnd"/>
      <w:r w:rsidR="000D02AB">
        <w:rPr>
          <w:sz w:val="28"/>
          <w:szCs w:val="26"/>
          <w:lang w:val="ru-RU"/>
        </w:rPr>
        <w:t>.</w:t>
      </w:r>
    </w:p>
    <w:p w:rsidR="00CD77AD" w:rsidRPr="00246626" w:rsidRDefault="00457E43" w:rsidP="00D52666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proofErr w:type="spellStart"/>
      <w:r w:rsidRPr="00457E43">
        <w:rPr>
          <w:sz w:val="28"/>
          <w:szCs w:val="26"/>
          <w:u w:val="single"/>
          <w:lang w:val="ru-RU"/>
        </w:rPr>
        <w:t>бейнеконференцбайланыс</w:t>
      </w:r>
      <w:proofErr w:type="spellEnd"/>
      <w:r w:rsidRPr="00457E43">
        <w:rPr>
          <w:sz w:val="28"/>
          <w:szCs w:val="26"/>
          <w:u w:val="single"/>
          <w:lang w:val="ru-RU"/>
        </w:rPr>
        <w:t xml:space="preserve"> </w:t>
      </w:r>
      <w:proofErr w:type="spellStart"/>
      <w:r w:rsidRPr="00457E43">
        <w:rPr>
          <w:sz w:val="28"/>
          <w:szCs w:val="26"/>
          <w:u w:val="single"/>
          <w:lang w:val="ru-RU"/>
        </w:rPr>
        <w:t>режимінде</w:t>
      </w:r>
      <w:proofErr w:type="spellEnd"/>
      <w:r w:rsidR="000173AC" w:rsidRPr="00246626">
        <w:rPr>
          <w:sz w:val="28"/>
          <w:szCs w:val="26"/>
          <w:u w:val="single"/>
          <w:lang w:val="ru-RU"/>
        </w:rPr>
        <w:t>:</w:t>
      </w:r>
      <w:r w:rsidR="000173AC" w:rsidRPr="00246626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Мәлік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Ғабдуллин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атындағы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Азаматтық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қорғау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академиясы</w:t>
      </w:r>
      <w:proofErr w:type="spellEnd"/>
      <w:r w:rsidR="00CF272D" w:rsidRPr="00CF272D">
        <w:rPr>
          <w:sz w:val="28"/>
          <w:szCs w:val="26"/>
          <w:lang w:val="ru-RU"/>
        </w:rPr>
        <w:t xml:space="preserve"> </w:t>
      </w:r>
      <w:proofErr w:type="spellStart"/>
      <w:r w:rsidR="008E70C2" w:rsidRPr="00457E43">
        <w:rPr>
          <w:sz w:val="28"/>
          <w:szCs w:val="26"/>
          <w:lang w:val="ru-RU"/>
        </w:rPr>
        <w:t>бастығы</w:t>
      </w:r>
      <w:proofErr w:type="spellEnd"/>
      <w:r w:rsidR="008E70C2" w:rsidRPr="00CF272D">
        <w:rPr>
          <w:sz w:val="28"/>
          <w:szCs w:val="26"/>
          <w:lang w:val="ru-RU"/>
        </w:rPr>
        <w:t xml:space="preserve"> </w:t>
      </w:r>
      <w:r w:rsidR="008E70C2" w:rsidRPr="00CF272D">
        <w:rPr>
          <w:sz w:val="28"/>
          <w:szCs w:val="26"/>
          <w:lang w:val="ru-RU"/>
        </w:rPr>
        <w:t>Ж</w:t>
      </w:r>
      <w:r w:rsidR="008E70C2">
        <w:rPr>
          <w:sz w:val="28"/>
          <w:szCs w:val="26"/>
          <w:lang w:val="ru-RU"/>
        </w:rPr>
        <w:t>.</w:t>
      </w:r>
      <w:r w:rsidR="008E70C2" w:rsidRPr="00CF272D">
        <w:rPr>
          <w:sz w:val="28"/>
          <w:szCs w:val="26"/>
          <w:lang w:val="ru-RU"/>
        </w:rPr>
        <w:t>Х</w:t>
      </w:r>
      <w:r w:rsidR="008E70C2">
        <w:rPr>
          <w:sz w:val="28"/>
          <w:szCs w:val="26"/>
          <w:lang w:val="ru-RU"/>
        </w:rPr>
        <w:t>. </w:t>
      </w:r>
      <w:proofErr w:type="spellStart"/>
      <w:r w:rsidR="00CF272D" w:rsidRPr="00CF272D">
        <w:rPr>
          <w:sz w:val="28"/>
          <w:szCs w:val="26"/>
          <w:lang w:val="ru-RU"/>
        </w:rPr>
        <w:t>Хасенов</w:t>
      </w:r>
      <w:proofErr w:type="spellEnd"/>
    </w:p>
    <w:p w:rsidR="000173AC" w:rsidRPr="00246626" w:rsidRDefault="000173AC" w:rsidP="00D52666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</w:p>
    <w:p w:rsidR="00CD77AD" w:rsidRPr="00246626" w:rsidRDefault="002F6679" w:rsidP="008964EF">
      <w:pPr>
        <w:spacing w:after="0" w:line="240" w:lineRule="auto"/>
        <w:jc w:val="center"/>
        <w:rPr>
          <w:sz w:val="28"/>
          <w:szCs w:val="26"/>
          <w:lang w:val="ru-RU"/>
        </w:rPr>
      </w:pPr>
      <w:r w:rsidRPr="00246626">
        <w:rPr>
          <w:b/>
          <w:sz w:val="28"/>
          <w:szCs w:val="26"/>
          <w:lang w:val="ru-RU"/>
        </w:rPr>
        <w:t>Повестка дня:</w:t>
      </w:r>
    </w:p>
    <w:p w:rsidR="00CF272D" w:rsidRPr="00CF272D" w:rsidRDefault="002F6679" w:rsidP="008E70C2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r w:rsidRPr="00246626">
        <w:rPr>
          <w:sz w:val="28"/>
          <w:szCs w:val="26"/>
          <w:lang w:val="ru-RU"/>
        </w:rPr>
        <w:t xml:space="preserve">1. </w:t>
      </w:r>
      <w:r w:rsidR="008E70C2" w:rsidRPr="008E70C2">
        <w:rPr>
          <w:sz w:val="28"/>
          <w:szCs w:val="26"/>
          <w:lang w:val="ru-RU"/>
        </w:rPr>
        <w:t xml:space="preserve">М. </w:t>
      </w:r>
      <w:proofErr w:type="spellStart"/>
      <w:r w:rsidR="008E70C2" w:rsidRPr="008E70C2">
        <w:rPr>
          <w:sz w:val="28"/>
          <w:szCs w:val="26"/>
          <w:lang w:val="ru-RU"/>
        </w:rPr>
        <w:t>Ғабдуллин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атындағы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Азаматтық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қорғаныс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академиясының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курсанттарының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оқуын</w:t>
      </w:r>
      <w:proofErr w:type="spellEnd"/>
      <w:r w:rsidR="008E70C2" w:rsidRPr="008E70C2">
        <w:rPr>
          <w:sz w:val="28"/>
          <w:szCs w:val="26"/>
          <w:lang w:val="ru-RU"/>
        </w:rPr>
        <w:t xml:space="preserve">, </w:t>
      </w:r>
      <w:proofErr w:type="spellStart"/>
      <w:r w:rsidR="008E70C2" w:rsidRPr="008E70C2">
        <w:rPr>
          <w:sz w:val="28"/>
          <w:szCs w:val="26"/>
          <w:lang w:val="ru-RU"/>
        </w:rPr>
        <w:t>тұру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жағдайларын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және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тамақтануын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ұйымдастыру</w:t>
      </w:r>
      <w:proofErr w:type="spellEnd"/>
      <w:r w:rsidR="00CF272D" w:rsidRPr="00CF272D">
        <w:rPr>
          <w:sz w:val="28"/>
          <w:szCs w:val="26"/>
          <w:lang w:val="ru-RU"/>
        </w:rPr>
        <w:t>.</w:t>
      </w:r>
    </w:p>
    <w:p w:rsidR="00CD77AD" w:rsidRPr="00246626" w:rsidRDefault="00CF272D" w:rsidP="00CF272D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r w:rsidRPr="00CF272D">
        <w:rPr>
          <w:sz w:val="28"/>
          <w:szCs w:val="26"/>
          <w:lang w:val="ru-RU"/>
        </w:rPr>
        <w:t xml:space="preserve">2. </w:t>
      </w:r>
      <w:proofErr w:type="spellStart"/>
      <w:r w:rsidR="008E70C2" w:rsidRPr="008E70C2">
        <w:rPr>
          <w:sz w:val="28"/>
          <w:szCs w:val="26"/>
          <w:lang w:val="ru-RU"/>
        </w:rPr>
        <w:t>Басқа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сұрақтар</w:t>
      </w:r>
      <w:proofErr w:type="spellEnd"/>
      <w:r w:rsidRPr="00CF272D">
        <w:rPr>
          <w:sz w:val="28"/>
          <w:szCs w:val="26"/>
          <w:lang w:val="ru-RU"/>
        </w:rPr>
        <w:t>.</w:t>
      </w:r>
    </w:p>
    <w:p w:rsidR="00CD77AD" w:rsidRPr="00246626" w:rsidRDefault="00CD77AD" w:rsidP="00D52666">
      <w:pPr>
        <w:spacing w:after="0" w:line="240" w:lineRule="auto"/>
        <w:jc w:val="both"/>
        <w:rPr>
          <w:sz w:val="28"/>
          <w:szCs w:val="26"/>
          <w:lang w:val="ru-RU"/>
        </w:rPr>
      </w:pPr>
    </w:p>
    <w:p w:rsidR="000173AC" w:rsidRPr="00246626" w:rsidRDefault="000173AC" w:rsidP="00D52666">
      <w:pPr>
        <w:spacing w:after="0" w:line="240" w:lineRule="auto"/>
        <w:jc w:val="both"/>
        <w:rPr>
          <w:sz w:val="28"/>
          <w:szCs w:val="26"/>
          <w:lang w:val="ru-RU"/>
        </w:rPr>
      </w:pPr>
    </w:p>
    <w:p w:rsidR="00CD77AD" w:rsidRPr="00246626" w:rsidRDefault="002F6679" w:rsidP="00D52666">
      <w:pPr>
        <w:spacing w:after="0"/>
        <w:jc w:val="center"/>
        <w:rPr>
          <w:sz w:val="28"/>
          <w:szCs w:val="26"/>
          <w:lang w:val="ru-RU"/>
        </w:rPr>
      </w:pPr>
      <w:r w:rsidRPr="00246626">
        <w:rPr>
          <w:b/>
          <w:sz w:val="28"/>
          <w:szCs w:val="26"/>
          <w:lang w:val="ru-RU"/>
        </w:rPr>
        <w:t xml:space="preserve">1. </w:t>
      </w:r>
      <w:r w:rsidR="008E70C2" w:rsidRPr="008E70C2">
        <w:rPr>
          <w:b/>
          <w:sz w:val="28"/>
          <w:szCs w:val="26"/>
          <w:lang w:val="ru-RU"/>
        </w:rPr>
        <w:t xml:space="preserve">М. </w:t>
      </w:r>
      <w:proofErr w:type="spellStart"/>
      <w:r w:rsidR="008E70C2" w:rsidRPr="008E70C2">
        <w:rPr>
          <w:b/>
          <w:sz w:val="28"/>
          <w:szCs w:val="26"/>
          <w:lang w:val="ru-RU"/>
        </w:rPr>
        <w:t>Ғабдуллин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b/>
          <w:sz w:val="28"/>
          <w:szCs w:val="26"/>
          <w:lang w:val="ru-RU"/>
        </w:rPr>
        <w:t>атындағы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b/>
          <w:sz w:val="28"/>
          <w:szCs w:val="26"/>
          <w:lang w:val="ru-RU"/>
        </w:rPr>
        <w:t>Азаматтық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b/>
          <w:sz w:val="28"/>
          <w:szCs w:val="26"/>
          <w:lang w:val="ru-RU"/>
        </w:rPr>
        <w:t>қорғаныс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b/>
          <w:sz w:val="28"/>
          <w:szCs w:val="26"/>
          <w:lang w:val="ru-RU"/>
        </w:rPr>
        <w:t>академиясының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b/>
          <w:sz w:val="28"/>
          <w:szCs w:val="26"/>
          <w:lang w:val="ru-RU"/>
        </w:rPr>
        <w:t>курсанттарының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b/>
          <w:sz w:val="28"/>
          <w:szCs w:val="26"/>
          <w:lang w:val="ru-RU"/>
        </w:rPr>
        <w:t>оқуын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, </w:t>
      </w:r>
      <w:proofErr w:type="spellStart"/>
      <w:r w:rsidR="008E70C2" w:rsidRPr="008E70C2">
        <w:rPr>
          <w:b/>
          <w:sz w:val="28"/>
          <w:szCs w:val="26"/>
          <w:lang w:val="ru-RU"/>
        </w:rPr>
        <w:t>тұру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b/>
          <w:sz w:val="28"/>
          <w:szCs w:val="26"/>
          <w:lang w:val="ru-RU"/>
        </w:rPr>
        <w:t>жағдайларын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b/>
          <w:sz w:val="28"/>
          <w:szCs w:val="26"/>
          <w:lang w:val="ru-RU"/>
        </w:rPr>
        <w:t>және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b/>
          <w:sz w:val="28"/>
          <w:szCs w:val="26"/>
          <w:lang w:val="ru-RU"/>
        </w:rPr>
        <w:t>тамақтануын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b/>
          <w:sz w:val="28"/>
          <w:szCs w:val="26"/>
          <w:lang w:val="ru-RU"/>
        </w:rPr>
        <w:t>ұйымдастыру</w:t>
      </w:r>
      <w:proofErr w:type="spellEnd"/>
    </w:p>
    <w:p w:rsidR="00CD77AD" w:rsidRPr="00246626" w:rsidRDefault="002F6679" w:rsidP="00D52666">
      <w:pPr>
        <w:pBdr>
          <w:bottom w:val="single" w:sz="12" w:space="1" w:color="auto"/>
        </w:pBdr>
        <w:spacing w:after="0" w:line="240" w:lineRule="auto"/>
        <w:jc w:val="center"/>
        <w:rPr>
          <w:i/>
          <w:sz w:val="24"/>
          <w:szCs w:val="26"/>
          <w:lang w:val="ru-RU"/>
        </w:rPr>
      </w:pPr>
      <w:r w:rsidRPr="00246626">
        <w:rPr>
          <w:i/>
          <w:sz w:val="24"/>
          <w:szCs w:val="26"/>
          <w:lang w:val="ru-RU"/>
        </w:rPr>
        <w:t>(</w:t>
      </w:r>
      <w:proofErr w:type="spellStart"/>
      <w:r w:rsidR="008E70C2" w:rsidRPr="008E70C2">
        <w:rPr>
          <w:i/>
          <w:sz w:val="24"/>
          <w:szCs w:val="26"/>
          <w:lang w:val="ru-RU"/>
        </w:rPr>
        <w:t>Қоғамдық</w:t>
      </w:r>
      <w:proofErr w:type="spellEnd"/>
      <w:r w:rsidR="008E70C2" w:rsidRPr="008E70C2">
        <w:rPr>
          <w:i/>
          <w:sz w:val="24"/>
          <w:szCs w:val="26"/>
          <w:lang w:val="ru-RU"/>
        </w:rPr>
        <w:t xml:space="preserve"> </w:t>
      </w:r>
      <w:proofErr w:type="spellStart"/>
      <w:r w:rsidR="008E70C2" w:rsidRPr="008E70C2">
        <w:rPr>
          <w:i/>
          <w:sz w:val="24"/>
          <w:szCs w:val="26"/>
          <w:lang w:val="ru-RU"/>
        </w:rPr>
        <w:t>итыңдау</w:t>
      </w:r>
      <w:proofErr w:type="spellEnd"/>
      <w:r w:rsidRPr="00246626">
        <w:rPr>
          <w:i/>
          <w:sz w:val="24"/>
          <w:szCs w:val="26"/>
          <w:lang w:val="ru-RU"/>
        </w:rPr>
        <w:t>)</w:t>
      </w:r>
    </w:p>
    <w:p w:rsidR="00CD77AD" w:rsidRPr="00246626" w:rsidRDefault="002F6679" w:rsidP="00D52666">
      <w:pPr>
        <w:spacing w:after="0" w:line="240" w:lineRule="auto"/>
        <w:jc w:val="center"/>
        <w:rPr>
          <w:sz w:val="24"/>
          <w:szCs w:val="26"/>
          <w:lang w:val="ru-RU"/>
        </w:rPr>
      </w:pPr>
      <w:r w:rsidRPr="00246626">
        <w:rPr>
          <w:i/>
          <w:sz w:val="24"/>
          <w:szCs w:val="26"/>
          <w:lang w:val="ru-RU"/>
        </w:rPr>
        <w:t>(</w:t>
      </w:r>
      <w:r w:rsidR="008E70C2" w:rsidRPr="008E70C2">
        <w:rPr>
          <w:i/>
          <w:sz w:val="24"/>
          <w:szCs w:val="26"/>
          <w:lang w:val="ru-RU"/>
        </w:rPr>
        <w:t xml:space="preserve">Ж.Х. </w:t>
      </w:r>
      <w:proofErr w:type="spellStart"/>
      <w:r w:rsidR="008E70C2" w:rsidRPr="008E70C2">
        <w:rPr>
          <w:i/>
          <w:sz w:val="24"/>
          <w:szCs w:val="26"/>
          <w:lang w:val="ru-RU"/>
        </w:rPr>
        <w:t>Хасенов</w:t>
      </w:r>
      <w:proofErr w:type="spellEnd"/>
      <w:r w:rsidR="00B506BD">
        <w:rPr>
          <w:i/>
          <w:sz w:val="24"/>
          <w:szCs w:val="26"/>
          <w:lang w:val="ru-RU"/>
        </w:rPr>
        <w:t xml:space="preserve">, </w:t>
      </w:r>
      <w:r w:rsidR="008E70C2" w:rsidRPr="008E70C2">
        <w:rPr>
          <w:i/>
          <w:sz w:val="24"/>
          <w:szCs w:val="26"/>
          <w:lang w:val="ru-RU"/>
        </w:rPr>
        <w:t xml:space="preserve">Д.Д. </w:t>
      </w:r>
      <w:proofErr w:type="spellStart"/>
      <w:r w:rsidR="008E70C2" w:rsidRPr="008E70C2">
        <w:rPr>
          <w:i/>
          <w:sz w:val="24"/>
          <w:szCs w:val="26"/>
          <w:lang w:val="ru-RU"/>
        </w:rPr>
        <w:t>Сатылғанов</w:t>
      </w:r>
      <w:proofErr w:type="spellEnd"/>
      <w:r w:rsidR="00717889">
        <w:rPr>
          <w:i/>
          <w:sz w:val="24"/>
          <w:szCs w:val="26"/>
          <w:lang w:val="ru-RU"/>
        </w:rPr>
        <w:t xml:space="preserve">, </w:t>
      </w:r>
      <w:r w:rsidR="008E70C2" w:rsidRPr="008E70C2">
        <w:rPr>
          <w:bCs/>
          <w:i/>
          <w:sz w:val="24"/>
          <w:szCs w:val="26"/>
          <w:lang w:val="ru-RU"/>
        </w:rPr>
        <w:t xml:space="preserve">Н.Н. </w:t>
      </w:r>
      <w:proofErr w:type="spellStart"/>
      <w:r w:rsidR="008E70C2" w:rsidRPr="008E70C2">
        <w:rPr>
          <w:bCs/>
          <w:i/>
          <w:sz w:val="24"/>
          <w:szCs w:val="26"/>
          <w:lang w:val="ru-RU"/>
        </w:rPr>
        <w:t>Тоқсанов</w:t>
      </w:r>
      <w:proofErr w:type="spellEnd"/>
      <w:r w:rsidRPr="00246626">
        <w:rPr>
          <w:i/>
          <w:sz w:val="24"/>
          <w:szCs w:val="26"/>
          <w:lang w:val="ru-RU"/>
        </w:rPr>
        <w:t>)</w:t>
      </w:r>
    </w:p>
    <w:p w:rsidR="000173AC" w:rsidRPr="0022639F" w:rsidRDefault="000173AC" w:rsidP="00D52666">
      <w:pPr>
        <w:spacing w:after="0" w:line="240" w:lineRule="auto"/>
        <w:ind w:firstLine="425"/>
        <w:jc w:val="both"/>
        <w:rPr>
          <w:sz w:val="22"/>
          <w:szCs w:val="26"/>
          <w:lang w:val="ru-RU"/>
        </w:rPr>
      </w:pPr>
    </w:p>
    <w:p w:rsidR="008E70C2" w:rsidRDefault="002F6679" w:rsidP="00246626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r w:rsidRPr="00246626">
        <w:rPr>
          <w:sz w:val="28"/>
          <w:szCs w:val="26"/>
          <w:lang w:val="ru-RU"/>
        </w:rPr>
        <w:t xml:space="preserve">1. </w:t>
      </w:r>
      <w:proofErr w:type="spellStart"/>
      <w:r w:rsidR="008E70C2" w:rsidRPr="008E70C2">
        <w:rPr>
          <w:sz w:val="28"/>
          <w:szCs w:val="26"/>
          <w:lang w:val="ru-RU"/>
        </w:rPr>
        <w:t>М.Ғабдуллин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атындағы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Азаматтық</w:t>
      </w:r>
      <w:proofErr w:type="spellEnd"/>
      <w:r w:rsidR="008E70C2" w:rsidRPr="008E70C2">
        <w:rPr>
          <w:sz w:val="28"/>
          <w:szCs w:val="26"/>
          <w:lang w:val="ru-RU"/>
        </w:rPr>
        <w:t xml:space="preserve"> қорғаныс </w:t>
      </w:r>
      <w:proofErr w:type="spellStart"/>
      <w:r w:rsidR="008E70C2" w:rsidRPr="008E70C2">
        <w:rPr>
          <w:sz w:val="28"/>
          <w:szCs w:val="26"/>
          <w:lang w:val="ru-RU"/>
        </w:rPr>
        <w:t>академиясының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бастығы</w:t>
      </w:r>
      <w:proofErr w:type="spellEnd"/>
      <w:r w:rsidR="008E70C2" w:rsidRPr="008E70C2">
        <w:rPr>
          <w:sz w:val="28"/>
          <w:szCs w:val="26"/>
          <w:lang w:val="ru-RU"/>
        </w:rPr>
        <w:t xml:space="preserve"> Ж.Х.</w:t>
      </w:r>
      <w:r w:rsidR="008E70C2">
        <w:rPr>
          <w:sz w:val="28"/>
          <w:szCs w:val="26"/>
          <w:lang w:val="ru-RU"/>
        </w:rPr>
        <w:t> </w:t>
      </w:r>
      <w:proofErr w:type="spellStart"/>
      <w:r w:rsidR="008E70C2" w:rsidRPr="008E70C2">
        <w:rPr>
          <w:sz w:val="28"/>
          <w:szCs w:val="26"/>
          <w:lang w:val="ru-RU"/>
        </w:rPr>
        <w:t>Хасеновтің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есебі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қабылдансын</w:t>
      </w:r>
      <w:proofErr w:type="spellEnd"/>
      <w:r w:rsidR="008E70C2" w:rsidRPr="008E70C2">
        <w:rPr>
          <w:sz w:val="28"/>
          <w:szCs w:val="26"/>
          <w:lang w:val="ru-RU"/>
        </w:rPr>
        <w:t>.</w:t>
      </w:r>
    </w:p>
    <w:p w:rsidR="00CD77AD" w:rsidRPr="00246626" w:rsidRDefault="00CD77AD" w:rsidP="00D52666">
      <w:pPr>
        <w:spacing w:after="0" w:line="240" w:lineRule="auto"/>
        <w:jc w:val="both"/>
        <w:rPr>
          <w:sz w:val="28"/>
          <w:szCs w:val="26"/>
          <w:lang w:val="ru-RU"/>
        </w:rPr>
      </w:pPr>
    </w:p>
    <w:p w:rsidR="00584FAF" w:rsidRPr="00246626" w:rsidRDefault="00584FAF" w:rsidP="00D52666">
      <w:pPr>
        <w:spacing w:after="0" w:line="240" w:lineRule="auto"/>
        <w:jc w:val="both"/>
        <w:rPr>
          <w:sz w:val="28"/>
          <w:szCs w:val="26"/>
          <w:lang w:val="ru-RU"/>
        </w:rPr>
      </w:pPr>
    </w:p>
    <w:p w:rsidR="00CD77AD" w:rsidRPr="00246626" w:rsidRDefault="002F6679" w:rsidP="00D52666">
      <w:pPr>
        <w:spacing w:after="0" w:line="240" w:lineRule="auto"/>
        <w:jc w:val="center"/>
        <w:rPr>
          <w:sz w:val="28"/>
          <w:szCs w:val="26"/>
          <w:lang w:val="ru-RU"/>
        </w:rPr>
      </w:pPr>
      <w:r w:rsidRPr="00246626">
        <w:rPr>
          <w:b/>
          <w:sz w:val="28"/>
          <w:szCs w:val="26"/>
          <w:lang w:val="ru-RU"/>
        </w:rPr>
        <w:lastRenderedPageBreak/>
        <w:t xml:space="preserve">2. </w:t>
      </w:r>
      <w:proofErr w:type="spellStart"/>
      <w:r w:rsidR="008E70C2" w:rsidRPr="008E70C2">
        <w:rPr>
          <w:b/>
          <w:sz w:val="28"/>
          <w:szCs w:val="26"/>
          <w:lang w:val="ru-RU"/>
        </w:rPr>
        <w:t>Басқа</w:t>
      </w:r>
      <w:proofErr w:type="spellEnd"/>
      <w:r w:rsidR="008E70C2" w:rsidRPr="008E70C2">
        <w:rPr>
          <w:b/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b/>
          <w:sz w:val="28"/>
          <w:szCs w:val="26"/>
          <w:lang w:val="ru-RU"/>
        </w:rPr>
        <w:t>сұрақтар</w:t>
      </w:r>
      <w:proofErr w:type="spellEnd"/>
    </w:p>
    <w:p w:rsidR="00CD77AD" w:rsidRPr="00A72468" w:rsidRDefault="00CD77AD" w:rsidP="00A72468">
      <w:pPr>
        <w:pBdr>
          <w:bottom w:val="single" w:sz="12" w:space="1" w:color="auto"/>
        </w:pBdr>
        <w:spacing w:after="0" w:line="240" w:lineRule="auto"/>
        <w:rPr>
          <w:sz w:val="8"/>
          <w:szCs w:val="26"/>
          <w:lang w:val="ru-RU"/>
        </w:rPr>
      </w:pPr>
    </w:p>
    <w:p w:rsidR="00CD77AD" w:rsidRPr="00246626" w:rsidRDefault="002F6679" w:rsidP="00D52666">
      <w:pPr>
        <w:spacing w:after="0" w:line="240" w:lineRule="auto"/>
        <w:jc w:val="center"/>
        <w:rPr>
          <w:sz w:val="24"/>
          <w:szCs w:val="26"/>
          <w:lang w:val="ru-RU"/>
        </w:rPr>
      </w:pPr>
      <w:r w:rsidRPr="00246626">
        <w:rPr>
          <w:i/>
          <w:sz w:val="24"/>
          <w:szCs w:val="26"/>
          <w:lang w:val="ru-RU"/>
        </w:rPr>
        <w:t>(</w:t>
      </w:r>
      <w:r w:rsidR="008E70C2" w:rsidRPr="008E70C2">
        <w:rPr>
          <w:i/>
          <w:sz w:val="24"/>
          <w:szCs w:val="26"/>
          <w:lang w:val="ru-RU"/>
        </w:rPr>
        <w:t xml:space="preserve">Д.Д. </w:t>
      </w:r>
      <w:proofErr w:type="spellStart"/>
      <w:r w:rsidR="008E70C2" w:rsidRPr="008E70C2">
        <w:rPr>
          <w:i/>
          <w:sz w:val="24"/>
          <w:szCs w:val="26"/>
          <w:lang w:val="ru-RU"/>
        </w:rPr>
        <w:t>Сатылғанов</w:t>
      </w:r>
      <w:proofErr w:type="spellEnd"/>
      <w:r w:rsidR="0010451B" w:rsidRPr="00246626">
        <w:rPr>
          <w:i/>
          <w:sz w:val="24"/>
          <w:szCs w:val="26"/>
          <w:lang w:val="ru-RU"/>
        </w:rPr>
        <w:t>,</w:t>
      </w:r>
      <w:r w:rsidR="007428CB" w:rsidRPr="008E70C2">
        <w:rPr>
          <w:sz w:val="24"/>
          <w:szCs w:val="24"/>
          <w:lang w:val="ru-RU"/>
        </w:rPr>
        <w:t xml:space="preserve"> </w:t>
      </w:r>
      <w:r w:rsidR="008E70C2" w:rsidRPr="008E70C2">
        <w:rPr>
          <w:i/>
          <w:sz w:val="24"/>
          <w:szCs w:val="24"/>
          <w:lang w:val="ru-RU"/>
        </w:rPr>
        <w:t xml:space="preserve">М. </w:t>
      </w:r>
      <w:proofErr w:type="spellStart"/>
      <w:r w:rsidR="007428CB">
        <w:rPr>
          <w:i/>
          <w:sz w:val="24"/>
          <w:szCs w:val="26"/>
          <w:lang w:val="ru-RU"/>
        </w:rPr>
        <w:t>Әбдіхалықұлы</w:t>
      </w:r>
      <w:proofErr w:type="spellEnd"/>
      <w:r w:rsidRPr="00246626">
        <w:rPr>
          <w:i/>
          <w:sz w:val="24"/>
          <w:szCs w:val="26"/>
          <w:lang w:val="ru-RU"/>
        </w:rPr>
        <w:t>)</w:t>
      </w:r>
    </w:p>
    <w:p w:rsidR="002F6679" w:rsidRPr="0022639F" w:rsidRDefault="002F6679" w:rsidP="00246626">
      <w:pPr>
        <w:spacing w:after="0" w:line="240" w:lineRule="auto"/>
        <w:ind w:firstLine="709"/>
        <w:jc w:val="both"/>
        <w:rPr>
          <w:sz w:val="22"/>
          <w:szCs w:val="26"/>
          <w:lang w:val="ru-RU"/>
        </w:rPr>
      </w:pPr>
    </w:p>
    <w:p w:rsidR="003F08F8" w:rsidRPr="00246626" w:rsidRDefault="003F08F8" w:rsidP="003F08F8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r w:rsidRPr="00246626">
        <w:rPr>
          <w:sz w:val="28"/>
          <w:szCs w:val="26"/>
          <w:lang w:val="ru-RU"/>
        </w:rPr>
        <w:t>1</w:t>
      </w:r>
      <w:r w:rsidR="00A72468">
        <w:rPr>
          <w:sz w:val="28"/>
          <w:szCs w:val="26"/>
          <w:lang w:val="ru-RU"/>
        </w:rPr>
        <w:t xml:space="preserve">. </w:t>
      </w:r>
      <w:proofErr w:type="spellStart"/>
      <w:r w:rsidR="008E70C2" w:rsidRPr="008E70C2">
        <w:rPr>
          <w:sz w:val="28"/>
          <w:szCs w:val="26"/>
          <w:lang w:val="ru-RU"/>
        </w:rPr>
        <w:t>Қоғамдық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кеңестің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хатшысы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Қоғамдық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кеңес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мүшелерімен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бірлесіп</w:t>
      </w:r>
      <w:proofErr w:type="spellEnd"/>
      <w:r w:rsidR="008E70C2" w:rsidRPr="008E70C2">
        <w:rPr>
          <w:sz w:val="28"/>
          <w:szCs w:val="26"/>
          <w:lang w:val="ru-RU"/>
        </w:rPr>
        <w:t xml:space="preserve">, </w:t>
      </w:r>
      <w:proofErr w:type="spellStart"/>
      <w:r w:rsidR="008E70C2" w:rsidRPr="008E70C2">
        <w:rPr>
          <w:sz w:val="28"/>
          <w:szCs w:val="26"/>
          <w:lang w:val="ru-RU"/>
        </w:rPr>
        <w:t>әскери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азаматтық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қорғаныс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бөлімшелерінің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атауын</w:t>
      </w:r>
      <w:proofErr w:type="spellEnd"/>
      <w:r w:rsidR="008E70C2" w:rsidRPr="008E70C2">
        <w:rPr>
          <w:sz w:val="28"/>
          <w:szCs w:val="26"/>
          <w:lang w:val="ru-RU"/>
        </w:rPr>
        <w:t xml:space="preserve"> «</w:t>
      </w:r>
      <w:proofErr w:type="spellStart"/>
      <w:r w:rsidR="008E70C2" w:rsidRPr="008E70C2">
        <w:rPr>
          <w:sz w:val="28"/>
          <w:szCs w:val="26"/>
          <w:lang w:val="ru-RU"/>
        </w:rPr>
        <w:t>азаматтық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қорғаныс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полктері</w:t>
      </w:r>
      <w:proofErr w:type="spellEnd"/>
      <w:r w:rsidR="008E70C2" w:rsidRPr="008E70C2">
        <w:rPr>
          <w:sz w:val="28"/>
          <w:szCs w:val="26"/>
          <w:lang w:val="ru-RU"/>
        </w:rPr>
        <w:t xml:space="preserve">» </w:t>
      </w:r>
      <w:proofErr w:type="spellStart"/>
      <w:r w:rsidR="008E70C2" w:rsidRPr="008E70C2">
        <w:rPr>
          <w:sz w:val="28"/>
          <w:szCs w:val="26"/>
          <w:lang w:val="ru-RU"/>
        </w:rPr>
        <w:t>терминінен</w:t>
      </w:r>
      <w:proofErr w:type="spellEnd"/>
      <w:r w:rsidR="008E70C2" w:rsidRPr="008E70C2">
        <w:rPr>
          <w:sz w:val="28"/>
          <w:szCs w:val="26"/>
          <w:lang w:val="ru-RU"/>
        </w:rPr>
        <w:t xml:space="preserve"> «</w:t>
      </w:r>
      <w:proofErr w:type="spellStart"/>
      <w:r w:rsidR="008E70C2" w:rsidRPr="008E70C2">
        <w:rPr>
          <w:sz w:val="28"/>
          <w:szCs w:val="26"/>
          <w:lang w:val="ru-RU"/>
        </w:rPr>
        <w:t>азаматтық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қорғаныс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бригадалары</w:t>
      </w:r>
      <w:proofErr w:type="spellEnd"/>
      <w:r w:rsidR="008E70C2" w:rsidRPr="008E70C2">
        <w:rPr>
          <w:sz w:val="28"/>
          <w:szCs w:val="26"/>
          <w:lang w:val="ru-RU"/>
        </w:rPr>
        <w:t xml:space="preserve">» </w:t>
      </w:r>
      <w:proofErr w:type="spellStart"/>
      <w:r w:rsidR="008E70C2" w:rsidRPr="008E70C2">
        <w:rPr>
          <w:sz w:val="28"/>
          <w:szCs w:val="26"/>
          <w:lang w:val="ru-RU"/>
        </w:rPr>
        <w:t>деп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өзгерту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туралы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Министрлікке</w:t>
      </w:r>
      <w:proofErr w:type="spellEnd"/>
      <w:r w:rsidR="008E70C2" w:rsidRPr="008E70C2">
        <w:rPr>
          <w:sz w:val="28"/>
          <w:szCs w:val="26"/>
          <w:lang w:val="ru-RU"/>
        </w:rPr>
        <w:t xml:space="preserve"> хат </w:t>
      </w:r>
      <w:proofErr w:type="spellStart"/>
      <w:r w:rsidR="008E70C2" w:rsidRPr="008E70C2">
        <w:rPr>
          <w:sz w:val="28"/>
          <w:szCs w:val="26"/>
          <w:lang w:val="ru-RU"/>
        </w:rPr>
        <w:t>дайындайды</w:t>
      </w:r>
      <w:proofErr w:type="spellEnd"/>
      <w:r w:rsidR="008E70C2" w:rsidRPr="008E70C2">
        <w:rPr>
          <w:sz w:val="28"/>
          <w:szCs w:val="26"/>
          <w:lang w:val="ru-RU"/>
        </w:rPr>
        <w:t>.</w:t>
      </w:r>
    </w:p>
    <w:p w:rsidR="00521F03" w:rsidRPr="008B4FD5" w:rsidRDefault="007428CB" w:rsidP="003F08F8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2. </w:t>
      </w:r>
      <w:proofErr w:type="spellStart"/>
      <w:r w:rsidR="008E70C2" w:rsidRPr="008E70C2">
        <w:rPr>
          <w:sz w:val="28"/>
          <w:szCs w:val="26"/>
          <w:lang w:val="ru-RU"/>
        </w:rPr>
        <w:t>Қоғамдық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кеңестің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хатшысы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Министрге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Қазақстан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Республикасы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Төтенше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жағдайлар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министрлігінің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азаматтық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қорғаныс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әскери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бөлімшелерінің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біріне</w:t>
      </w:r>
      <w:proofErr w:type="spellEnd"/>
      <w:r w:rsidR="008E70C2" w:rsidRPr="008E70C2">
        <w:rPr>
          <w:sz w:val="28"/>
          <w:szCs w:val="26"/>
          <w:lang w:val="ru-RU"/>
        </w:rPr>
        <w:t xml:space="preserve"> генерал-майор </w:t>
      </w:r>
      <w:proofErr w:type="spellStart"/>
      <w:r w:rsidR="008E70C2" w:rsidRPr="008E70C2">
        <w:rPr>
          <w:sz w:val="28"/>
          <w:szCs w:val="26"/>
          <w:lang w:val="ru-RU"/>
        </w:rPr>
        <w:t>Сейілбек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Алтынбекұлы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Алтынбековтің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есімін</w:t>
      </w:r>
      <w:proofErr w:type="spellEnd"/>
      <w:r w:rsidR="008E70C2" w:rsidRPr="008E70C2">
        <w:rPr>
          <w:sz w:val="28"/>
          <w:szCs w:val="26"/>
          <w:lang w:val="ru-RU"/>
        </w:rPr>
        <w:t xml:space="preserve"> беру </w:t>
      </w:r>
      <w:proofErr w:type="spellStart"/>
      <w:r w:rsidR="008E70C2" w:rsidRPr="008E70C2">
        <w:rPr>
          <w:sz w:val="28"/>
          <w:szCs w:val="26"/>
          <w:lang w:val="ru-RU"/>
        </w:rPr>
        <w:t>туралы</w:t>
      </w:r>
      <w:proofErr w:type="spellEnd"/>
      <w:r w:rsidR="008E70C2" w:rsidRPr="008E70C2">
        <w:rPr>
          <w:sz w:val="28"/>
          <w:szCs w:val="26"/>
          <w:lang w:val="ru-RU"/>
        </w:rPr>
        <w:t xml:space="preserve"> хат </w:t>
      </w:r>
      <w:proofErr w:type="spellStart"/>
      <w:r w:rsidR="008E70C2" w:rsidRPr="008E70C2">
        <w:rPr>
          <w:sz w:val="28"/>
          <w:szCs w:val="26"/>
          <w:lang w:val="ru-RU"/>
        </w:rPr>
        <w:t>дайындасын</w:t>
      </w:r>
      <w:proofErr w:type="spellEnd"/>
      <w:r w:rsidR="008E70C2" w:rsidRPr="008E70C2">
        <w:rPr>
          <w:sz w:val="28"/>
          <w:szCs w:val="26"/>
          <w:lang w:val="ru-RU"/>
        </w:rPr>
        <w:t>.</w:t>
      </w:r>
    </w:p>
    <w:p w:rsidR="00CD77AD" w:rsidRDefault="007428CB" w:rsidP="00246626">
      <w:pPr>
        <w:spacing w:after="0" w:line="240" w:lineRule="auto"/>
        <w:ind w:firstLine="709"/>
        <w:jc w:val="both"/>
        <w:rPr>
          <w:sz w:val="28"/>
          <w:szCs w:val="26"/>
          <w:lang w:val="ru-RU"/>
        </w:rPr>
      </w:pPr>
      <w:r>
        <w:rPr>
          <w:sz w:val="28"/>
          <w:szCs w:val="26"/>
          <w:lang w:val="ru-RU"/>
        </w:rPr>
        <w:t xml:space="preserve">3. </w:t>
      </w:r>
      <w:r w:rsidR="008E70C2" w:rsidRPr="008E70C2">
        <w:rPr>
          <w:sz w:val="28"/>
          <w:szCs w:val="26"/>
          <w:lang w:val="ru-RU"/>
        </w:rPr>
        <w:t xml:space="preserve">2026 </w:t>
      </w:r>
      <w:proofErr w:type="spellStart"/>
      <w:r w:rsidR="008E70C2" w:rsidRPr="008E70C2">
        <w:rPr>
          <w:sz w:val="28"/>
          <w:szCs w:val="26"/>
          <w:lang w:val="ru-RU"/>
        </w:rPr>
        <w:t>жылғы</w:t>
      </w:r>
      <w:proofErr w:type="spellEnd"/>
      <w:r w:rsidR="008E70C2" w:rsidRPr="008E70C2">
        <w:rPr>
          <w:sz w:val="28"/>
          <w:szCs w:val="26"/>
          <w:lang w:val="ru-RU"/>
        </w:rPr>
        <w:t xml:space="preserve"> 5 </w:t>
      </w:r>
      <w:proofErr w:type="spellStart"/>
      <w:r w:rsidR="008E70C2" w:rsidRPr="008E70C2">
        <w:rPr>
          <w:sz w:val="28"/>
          <w:szCs w:val="26"/>
          <w:lang w:val="ru-RU"/>
        </w:rPr>
        <w:t>маусымдағы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Қоғамдық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кеңес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отырысының</w:t>
      </w:r>
      <w:proofErr w:type="spellEnd"/>
      <w:r w:rsidR="008E70C2" w:rsidRPr="008E70C2">
        <w:rPr>
          <w:sz w:val="28"/>
          <w:szCs w:val="26"/>
          <w:lang w:val="ru-RU"/>
        </w:rPr>
        <w:t xml:space="preserve"> №2 </w:t>
      </w:r>
      <w:proofErr w:type="spellStart"/>
      <w:r w:rsidR="008E70C2" w:rsidRPr="008E70C2">
        <w:rPr>
          <w:sz w:val="28"/>
          <w:szCs w:val="26"/>
          <w:lang w:val="ru-RU"/>
        </w:rPr>
        <w:t>хаттамасына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сәйкес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Министрлік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ұсынған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материалдарды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қарау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нәтижелері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бойынша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Қоғамдық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кеңес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хатшысы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Қоғамдық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кеңес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мүшесі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Әбдіхалықұлы</w:t>
      </w:r>
      <w:proofErr w:type="spellEnd"/>
      <w:r w:rsidR="008E70C2" w:rsidRPr="008E70C2">
        <w:rPr>
          <w:sz w:val="28"/>
          <w:szCs w:val="26"/>
          <w:lang w:val="ru-RU"/>
        </w:rPr>
        <w:t xml:space="preserve"> М.-мен </w:t>
      </w:r>
      <w:proofErr w:type="spellStart"/>
      <w:r w:rsidR="008E70C2" w:rsidRPr="008E70C2">
        <w:rPr>
          <w:sz w:val="28"/>
          <w:szCs w:val="26"/>
          <w:lang w:val="ru-RU"/>
        </w:rPr>
        <w:t>бірлесіп</w:t>
      </w:r>
      <w:proofErr w:type="spellEnd"/>
      <w:r w:rsidR="008E70C2" w:rsidRPr="008E70C2">
        <w:rPr>
          <w:sz w:val="28"/>
          <w:szCs w:val="26"/>
          <w:lang w:val="ru-RU"/>
        </w:rPr>
        <w:t xml:space="preserve">, </w:t>
      </w:r>
      <w:proofErr w:type="spellStart"/>
      <w:r w:rsidR="008E70C2" w:rsidRPr="008E70C2">
        <w:rPr>
          <w:sz w:val="28"/>
          <w:szCs w:val="26"/>
          <w:lang w:val="ru-RU"/>
        </w:rPr>
        <w:t>Министрлікке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қосымша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материалдар</w:t>
      </w:r>
      <w:proofErr w:type="spellEnd"/>
      <w:r w:rsidR="008E70C2" w:rsidRPr="008E70C2">
        <w:rPr>
          <w:sz w:val="28"/>
          <w:szCs w:val="26"/>
          <w:lang w:val="ru-RU"/>
        </w:rPr>
        <w:t xml:space="preserve"> мен талдаулар беру </w:t>
      </w:r>
      <w:proofErr w:type="spellStart"/>
      <w:r w:rsidR="008E70C2" w:rsidRPr="008E70C2">
        <w:rPr>
          <w:sz w:val="28"/>
          <w:szCs w:val="26"/>
          <w:lang w:val="ru-RU"/>
        </w:rPr>
        <w:t>туралы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сұрау</w:t>
      </w:r>
      <w:proofErr w:type="spellEnd"/>
      <w:r w:rsidR="008E70C2" w:rsidRPr="008E70C2">
        <w:rPr>
          <w:sz w:val="28"/>
          <w:szCs w:val="26"/>
          <w:lang w:val="ru-RU"/>
        </w:rPr>
        <w:t xml:space="preserve"> </w:t>
      </w:r>
      <w:proofErr w:type="spellStart"/>
      <w:r w:rsidR="008E70C2" w:rsidRPr="008E70C2">
        <w:rPr>
          <w:sz w:val="28"/>
          <w:szCs w:val="26"/>
          <w:lang w:val="ru-RU"/>
        </w:rPr>
        <w:t>жібереді</w:t>
      </w:r>
      <w:proofErr w:type="spellEnd"/>
      <w:r w:rsidR="008E70C2" w:rsidRPr="008E70C2">
        <w:rPr>
          <w:sz w:val="28"/>
          <w:szCs w:val="26"/>
          <w:lang w:val="ru-RU"/>
        </w:rPr>
        <w:t>.</w:t>
      </w:r>
    </w:p>
    <w:p w:rsidR="00CD77AD" w:rsidRPr="00246626" w:rsidRDefault="00CD77AD" w:rsidP="00D52666">
      <w:pPr>
        <w:spacing w:after="0" w:line="240" w:lineRule="auto"/>
        <w:jc w:val="both"/>
        <w:rPr>
          <w:sz w:val="28"/>
          <w:szCs w:val="26"/>
          <w:lang w:val="ru-RU"/>
        </w:rPr>
      </w:pPr>
    </w:p>
    <w:p w:rsidR="0010451B" w:rsidRPr="00246626" w:rsidRDefault="0010451B" w:rsidP="00D52666">
      <w:pPr>
        <w:spacing w:after="0" w:line="240" w:lineRule="auto"/>
        <w:jc w:val="both"/>
        <w:rPr>
          <w:sz w:val="28"/>
          <w:szCs w:val="26"/>
          <w:lang w:val="ru-RU"/>
        </w:rPr>
      </w:pPr>
    </w:p>
    <w:p w:rsidR="00E008D5" w:rsidRPr="00E008D5" w:rsidRDefault="00E008D5" w:rsidP="00E008D5">
      <w:pPr>
        <w:spacing w:after="0" w:line="240" w:lineRule="auto"/>
        <w:jc w:val="both"/>
        <w:rPr>
          <w:b/>
          <w:sz w:val="28"/>
          <w:szCs w:val="28"/>
          <w:lang w:val="ru-RU"/>
        </w:rPr>
      </w:pPr>
      <w:proofErr w:type="spellStart"/>
      <w:r w:rsidRPr="00E008D5">
        <w:rPr>
          <w:b/>
          <w:sz w:val="28"/>
          <w:szCs w:val="28"/>
          <w:lang w:val="ru-RU"/>
        </w:rPr>
        <w:t>Азаматтық</w:t>
      </w:r>
      <w:proofErr w:type="spellEnd"/>
      <w:r w:rsidRPr="00E008D5">
        <w:rPr>
          <w:b/>
          <w:sz w:val="28"/>
          <w:szCs w:val="28"/>
          <w:lang w:val="ru-RU"/>
        </w:rPr>
        <w:t xml:space="preserve"> </w:t>
      </w:r>
      <w:proofErr w:type="spellStart"/>
      <w:r w:rsidRPr="00E008D5">
        <w:rPr>
          <w:b/>
          <w:sz w:val="28"/>
          <w:szCs w:val="28"/>
          <w:lang w:val="ru-RU"/>
        </w:rPr>
        <w:t>қорғау</w:t>
      </w:r>
      <w:proofErr w:type="spellEnd"/>
      <w:r w:rsidRPr="00E008D5">
        <w:rPr>
          <w:b/>
          <w:sz w:val="28"/>
          <w:szCs w:val="28"/>
          <w:lang w:val="ru-RU"/>
        </w:rPr>
        <w:t xml:space="preserve"> </w:t>
      </w:r>
      <w:proofErr w:type="spellStart"/>
      <w:r w:rsidRPr="00E008D5">
        <w:rPr>
          <w:b/>
          <w:sz w:val="28"/>
          <w:szCs w:val="28"/>
          <w:lang w:val="ru-RU"/>
        </w:rPr>
        <w:t>органдары</w:t>
      </w:r>
      <w:proofErr w:type="spellEnd"/>
    </w:p>
    <w:p w:rsidR="00E008D5" w:rsidRPr="00E008D5" w:rsidRDefault="00E008D5" w:rsidP="00E008D5">
      <w:pPr>
        <w:spacing w:after="0" w:line="240" w:lineRule="auto"/>
        <w:jc w:val="both"/>
        <w:rPr>
          <w:b/>
          <w:sz w:val="28"/>
          <w:szCs w:val="28"/>
          <w:lang w:val="ru-RU"/>
        </w:rPr>
      </w:pPr>
      <w:proofErr w:type="spellStart"/>
      <w:r w:rsidRPr="00E008D5">
        <w:rPr>
          <w:b/>
          <w:sz w:val="28"/>
          <w:szCs w:val="28"/>
          <w:lang w:val="ru-RU"/>
        </w:rPr>
        <w:t>жұмысының</w:t>
      </w:r>
      <w:proofErr w:type="spellEnd"/>
      <w:r w:rsidRPr="00E008D5">
        <w:rPr>
          <w:b/>
          <w:sz w:val="28"/>
          <w:szCs w:val="28"/>
          <w:lang w:val="ru-RU"/>
        </w:rPr>
        <w:t xml:space="preserve"> </w:t>
      </w:r>
      <w:proofErr w:type="spellStart"/>
      <w:r w:rsidRPr="00E008D5">
        <w:rPr>
          <w:b/>
          <w:sz w:val="28"/>
          <w:szCs w:val="28"/>
          <w:lang w:val="ru-RU"/>
        </w:rPr>
        <w:t>мәселері</w:t>
      </w:r>
      <w:proofErr w:type="spellEnd"/>
      <w:r w:rsidRPr="00E008D5">
        <w:rPr>
          <w:b/>
          <w:sz w:val="28"/>
          <w:szCs w:val="28"/>
          <w:lang w:val="ru-RU"/>
        </w:rPr>
        <w:t xml:space="preserve"> </w:t>
      </w:r>
      <w:proofErr w:type="spellStart"/>
      <w:r w:rsidRPr="00E008D5">
        <w:rPr>
          <w:b/>
          <w:sz w:val="28"/>
          <w:szCs w:val="28"/>
          <w:lang w:val="ru-RU"/>
        </w:rPr>
        <w:t>бойынша</w:t>
      </w:r>
      <w:proofErr w:type="spellEnd"/>
    </w:p>
    <w:p w:rsidR="00246626" w:rsidRPr="00246626" w:rsidRDefault="00E008D5" w:rsidP="00E008D5">
      <w:pPr>
        <w:spacing w:after="0" w:line="240" w:lineRule="auto"/>
        <w:jc w:val="both"/>
        <w:rPr>
          <w:lang w:val="ru-RU"/>
        </w:rPr>
      </w:pPr>
      <w:r w:rsidRPr="00E008D5">
        <w:rPr>
          <w:b/>
          <w:sz w:val="28"/>
          <w:szCs w:val="28"/>
          <w:lang w:val="ru-RU"/>
        </w:rPr>
        <w:t xml:space="preserve">Қоғамдық </w:t>
      </w:r>
      <w:proofErr w:type="spellStart"/>
      <w:r w:rsidRPr="00E008D5">
        <w:rPr>
          <w:b/>
          <w:sz w:val="28"/>
          <w:szCs w:val="28"/>
          <w:lang w:val="ru-RU"/>
        </w:rPr>
        <w:t>кеңестің</w:t>
      </w:r>
      <w:proofErr w:type="spellEnd"/>
      <w:r w:rsidRPr="00E008D5">
        <w:rPr>
          <w:b/>
          <w:sz w:val="28"/>
          <w:szCs w:val="28"/>
          <w:lang w:val="ru-RU"/>
        </w:rPr>
        <w:t xml:space="preserve"> (ТЖМ) </w:t>
      </w:r>
      <w:proofErr w:type="spellStart"/>
      <w:r w:rsidRPr="00E008D5">
        <w:rPr>
          <w:b/>
          <w:sz w:val="28"/>
          <w:szCs w:val="28"/>
          <w:lang w:val="ru-RU"/>
        </w:rPr>
        <w:t>төрағасы</w:t>
      </w:r>
      <w:proofErr w:type="spellEnd"/>
      <w:r w:rsidR="00246626" w:rsidRPr="00246626">
        <w:rPr>
          <w:b/>
          <w:sz w:val="28"/>
          <w:szCs w:val="28"/>
          <w:lang w:val="ru-RU"/>
        </w:rPr>
        <w:t xml:space="preserve">                  </w:t>
      </w:r>
      <w:r w:rsidR="00246626">
        <w:rPr>
          <w:b/>
          <w:sz w:val="28"/>
          <w:szCs w:val="28"/>
          <w:lang w:val="ru-RU"/>
        </w:rPr>
        <w:t xml:space="preserve">      </w:t>
      </w:r>
      <w:r w:rsidR="00246626" w:rsidRPr="00246626">
        <w:rPr>
          <w:b/>
          <w:sz w:val="28"/>
          <w:szCs w:val="28"/>
          <w:lang w:val="ru-RU"/>
        </w:rPr>
        <w:t xml:space="preserve">                               </w:t>
      </w:r>
      <w:r w:rsidRPr="00E008D5">
        <w:rPr>
          <w:b/>
          <w:sz w:val="28"/>
          <w:szCs w:val="28"/>
          <w:lang w:val="ru-RU"/>
        </w:rPr>
        <w:t xml:space="preserve">Д. </w:t>
      </w:r>
      <w:proofErr w:type="spellStart"/>
      <w:r w:rsidRPr="00E008D5">
        <w:rPr>
          <w:b/>
          <w:sz w:val="28"/>
          <w:szCs w:val="28"/>
          <w:lang w:val="ru-RU"/>
        </w:rPr>
        <w:t>Сатылғанов</w:t>
      </w:r>
      <w:proofErr w:type="spellEnd"/>
    </w:p>
    <w:p w:rsidR="00CD77AD" w:rsidRPr="00DD268C" w:rsidRDefault="00CD77AD" w:rsidP="00246626">
      <w:pPr>
        <w:spacing w:after="0" w:line="240" w:lineRule="auto"/>
        <w:rPr>
          <w:b/>
          <w:szCs w:val="26"/>
          <w:lang w:val="ru-RU"/>
        </w:rPr>
      </w:pPr>
    </w:p>
    <w:sectPr w:rsidR="00CD77AD" w:rsidRPr="00DD268C" w:rsidSect="0022639F">
      <w:pgSz w:w="12240" w:h="15840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73AC"/>
    <w:rsid w:val="00034616"/>
    <w:rsid w:val="0006063C"/>
    <w:rsid w:val="000D02AB"/>
    <w:rsid w:val="0010451B"/>
    <w:rsid w:val="0015074B"/>
    <w:rsid w:val="001774D6"/>
    <w:rsid w:val="001D0271"/>
    <w:rsid w:val="0022639F"/>
    <w:rsid w:val="00232FA7"/>
    <w:rsid w:val="00246626"/>
    <w:rsid w:val="002525C9"/>
    <w:rsid w:val="00263E14"/>
    <w:rsid w:val="0029639D"/>
    <w:rsid w:val="002F6679"/>
    <w:rsid w:val="00326F90"/>
    <w:rsid w:val="003B4366"/>
    <w:rsid w:val="003D4738"/>
    <w:rsid w:val="003E0374"/>
    <w:rsid w:val="003F08F8"/>
    <w:rsid w:val="00430DF3"/>
    <w:rsid w:val="00457E43"/>
    <w:rsid w:val="00517F5C"/>
    <w:rsid w:val="00521F03"/>
    <w:rsid w:val="00551E03"/>
    <w:rsid w:val="00584FAF"/>
    <w:rsid w:val="00597269"/>
    <w:rsid w:val="00610F32"/>
    <w:rsid w:val="00624996"/>
    <w:rsid w:val="0070027F"/>
    <w:rsid w:val="00717889"/>
    <w:rsid w:val="007428CB"/>
    <w:rsid w:val="0087065B"/>
    <w:rsid w:val="00870780"/>
    <w:rsid w:val="00894297"/>
    <w:rsid w:val="008964EF"/>
    <w:rsid w:val="008B4FD5"/>
    <w:rsid w:val="008E70C2"/>
    <w:rsid w:val="008F52F5"/>
    <w:rsid w:val="00A2772B"/>
    <w:rsid w:val="00A435B7"/>
    <w:rsid w:val="00A6162C"/>
    <w:rsid w:val="00A72468"/>
    <w:rsid w:val="00AA1D8D"/>
    <w:rsid w:val="00AE4C27"/>
    <w:rsid w:val="00B240D5"/>
    <w:rsid w:val="00B47730"/>
    <w:rsid w:val="00B506BD"/>
    <w:rsid w:val="00CA7751"/>
    <w:rsid w:val="00CB0664"/>
    <w:rsid w:val="00CD77AD"/>
    <w:rsid w:val="00CF272D"/>
    <w:rsid w:val="00D52666"/>
    <w:rsid w:val="00D66727"/>
    <w:rsid w:val="00DA1DD6"/>
    <w:rsid w:val="00DD268C"/>
    <w:rsid w:val="00E008D5"/>
    <w:rsid w:val="00E706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445DC40-ABF2-474C-A556-C067E3128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5390C5-FBFA-4243-B242-12EB412DD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2831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Ержан Нурсеитов (ТТК)</cp:lastModifiedBy>
  <cp:revision>4</cp:revision>
  <cp:lastPrinted>2026-06-24T07:32:00Z</cp:lastPrinted>
  <dcterms:created xsi:type="dcterms:W3CDTF">2026-10-12T08:42:00Z</dcterms:created>
  <dcterms:modified xsi:type="dcterms:W3CDTF">2026-10-12T09:23:00Z</dcterms:modified>
  <cp:category/>
</cp:coreProperties>
</file>