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5AAD9" w14:textId="77777777" w:rsidR="0008232D" w:rsidRPr="00D93055" w:rsidRDefault="0008232D" w:rsidP="0008232D">
      <w:pPr>
        <w:spacing w:after="0"/>
        <w:ind w:firstLine="709"/>
        <w:jc w:val="both"/>
        <w:rPr>
          <w:rFonts w:cs="Times New Roman"/>
          <w:sz w:val="32"/>
          <w:szCs w:val="32"/>
          <w:lang w:val="kk-KZ"/>
        </w:rPr>
      </w:pPr>
      <w:r w:rsidRPr="00D93055">
        <w:rPr>
          <w:rFonts w:cs="Times New Roman"/>
          <w:sz w:val="32"/>
          <w:szCs w:val="32"/>
          <w:lang w:val="kk-KZ"/>
        </w:rPr>
        <w:t>По итогам отчетного периода в Республике Казахстан отмечается снижение тяжести последствий дорожно-транспортных происшествий.</w:t>
      </w:r>
    </w:p>
    <w:p w14:paraId="56190D04" w14:textId="49230F7D" w:rsidR="0008232D" w:rsidRPr="00D93055" w:rsidRDefault="0008232D" w:rsidP="0008232D">
      <w:pPr>
        <w:spacing w:after="0"/>
        <w:ind w:firstLine="709"/>
        <w:jc w:val="both"/>
        <w:rPr>
          <w:rFonts w:cs="Times New Roman"/>
          <w:sz w:val="32"/>
          <w:szCs w:val="32"/>
          <w:lang w:val="kk-KZ"/>
        </w:rPr>
      </w:pPr>
      <w:r w:rsidRPr="00D93055">
        <w:rPr>
          <w:rFonts w:cs="Times New Roman"/>
          <w:sz w:val="32"/>
          <w:szCs w:val="32"/>
          <w:lang w:val="kk-KZ"/>
        </w:rPr>
        <w:t xml:space="preserve">В текущем году зарегистрировано </w:t>
      </w:r>
      <w:r w:rsidR="00333727">
        <w:rPr>
          <w:rFonts w:cs="Times New Roman"/>
          <w:b/>
          <w:bCs/>
          <w:sz w:val="32"/>
          <w:szCs w:val="32"/>
          <w:lang w:val="kk-KZ"/>
        </w:rPr>
        <w:t>24 809</w:t>
      </w:r>
      <w:r w:rsidRPr="00D93055">
        <w:rPr>
          <w:rFonts w:cs="Times New Roman"/>
          <w:sz w:val="32"/>
          <w:szCs w:val="32"/>
          <w:lang w:val="kk-KZ"/>
        </w:rPr>
        <w:t xml:space="preserve"> </w:t>
      </w:r>
      <w:r w:rsidRPr="00D93055">
        <w:rPr>
          <w:rFonts w:cs="Times New Roman"/>
          <w:b/>
          <w:bCs/>
          <w:sz w:val="32"/>
          <w:szCs w:val="32"/>
          <w:lang w:val="kk-KZ"/>
        </w:rPr>
        <w:t>ДТП</w:t>
      </w:r>
      <w:r w:rsidRPr="00D93055">
        <w:rPr>
          <w:rFonts w:cs="Times New Roman"/>
          <w:sz w:val="32"/>
          <w:szCs w:val="32"/>
          <w:lang w:val="kk-KZ"/>
        </w:rPr>
        <w:t xml:space="preserve">, в результате которых погибли </w:t>
      </w:r>
      <w:r w:rsidR="00333727">
        <w:rPr>
          <w:rFonts w:cs="Times New Roman"/>
          <w:b/>
          <w:bCs/>
          <w:sz w:val="32"/>
          <w:szCs w:val="32"/>
          <w:lang w:val="kk-KZ"/>
        </w:rPr>
        <w:t>1 432</w:t>
      </w:r>
      <w:r w:rsidRPr="00D93055">
        <w:rPr>
          <w:rFonts w:cs="Times New Roman"/>
          <w:sz w:val="32"/>
          <w:szCs w:val="32"/>
          <w:lang w:val="kk-KZ"/>
        </w:rPr>
        <w:t xml:space="preserve"> человек и </w:t>
      </w:r>
      <w:r w:rsidR="00333727">
        <w:rPr>
          <w:rFonts w:cs="Times New Roman"/>
          <w:b/>
          <w:bCs/>
          <w:sz w:val="32"/>
          <w:szCs w:val="32"/>
          <w:lang w:val="kk-KZ"/>
        </w:rPr>
        <w:t>33 289</w:t>
      </w:r>
      <w:r w:rsidRPr="00D93055">
        <w:rPr>
          <w:rFonts w:cs="Times New Roman"/>
          <w:sz w:val="32"/>
          <w:szCs w:val="32"/>
          <w:lang w:val="kk-KZ"/>
        </w:rPr>
        <w:t xml:space="preserve"> получили травмы.</w:t>
      </w:r>
    </w:p>
    <w:p w14:paraId="652AE39B" w14:textId="1B7B5DB3" w:rsidR="0008232D" w:rsidRPr="00D93055" w:rsidRDefault="0008232D" w:rsidP="0008232D">
      <w:pPr>
        <w:spacing w:after="0"/>
        <w:ind w:firstLine="709"/>
        <w:jc w:val="both"/>
        <w:rPr>
          <w:rFonts w:cs="Times New Roman"/>
          <w:sz w:val="32"/>
          <w:szCs w:val="32"/>
          <w:lang w:val="kk-KZ"/>
        </w:rPr>
      </w:pPr>
      <w:r w:rsidRPr="00D93055">
        <w:rPr>
          <w:rFonts w:cs="Times New Roman"/>
          <w:sz w:val="32"/>
          <w:szCs w:val="32"/>
          <w:lang w:val="kk-KZ"/>
        </w:rPr>
        <w:t xml:space="preserve">За аналогичный период прошлого года было зарегистрировано </w:t>
      </w:r>
      <w:r w:rsidR="00333727">
        <w:rPr>
          <w:rFonts w:cs="Times New Roman"/>
          <w:b/>
          <w:bCs/>
          <w:sz w:val="32"/>
          <w:szCs w:val="32"/>
          <w:lang w:val="kk-KZ"/>
        </w:rPr>
        <w:t>26 127</w:t>
      </w:r>
      <w:r w:rsidRPr="00D93055">
        <w:rPr>
          <w:rFonts w:cs="Times New Roman"/>
          <w:sz w:val="32"/>
          <w:szCs w:val="32"/>
          <w:lang w:val="kk-KZ"/>
        </w:rPr>
        <w:t xml:space="preserve"> ДТП, погибли </w:t>
      </w:r>
      <w:r w:rsidR="00333727">
        <w:rPr>
          <w:rFonts w:cs="Times New Roman"/>
          <w:b/>
          <w:bCs/>
          <w:sz w:val="32"/>
          <w:szCs w:val="32"/>
          <w:lang w:val="kk-KZ"/>
        </w:rPr>
        <w:t>1 699</w:t>
      </w:r>
      <w:r w:rsidRPr="00D93055">
        <w:rPr>
          <w:rFonts w:cs="Times New Roman"/>
          <w:sz w:val="32"/>
          <w:szCs w:val="32"/>
          <w:lang w:val="kk-KZ"/>
        </w:rPr>
        <w:t xml:space="preserve"> человек, травмированы </w:t>
      </w:r>
      <w:r w:rsidR="00333727">
        <w:rPr>
          <w:rFonts w:cs="Times New Roman"/>
          <w:b/>
          <w:bCs/>
          <w:sz w:val="32"/>
          <w:szCs w:val="32"/>
          <w:lang w:val="kk-KZ"/>
        </w:rPr>
        <w:t>35 709</w:t>
      </w:r>
      <w:r w:rsidRPr="00D93055">
        <w:rPr>
          <w:rFonts w:cs="Times New Roman"/>
          <w:sz w:val="32"/>
          <w:szCs w:val="32"/>
          <w:lang w:val="kk-KZ"/>
        </w:rPr>
        <w:t xml:space="preserve"> человек.</w:t>
      </w:r>
    </w:p>
    <w:p w14:paraId="3D1CDB53" w14:textId="324101F8" w:rsidR="0008232D" w:rsidRPr="00D93055" w:rsidRDefault="0008232D" w:rsidP="0008232D">
      <w:pPr>
        <w:spacing w:after="0"/>
        <w:ind w:firstLine="709"/>
        <w:jc w:val="both"/>
        <w:rPr>
          <w:rFonts w:cs="Times New Roman"/>
          <w:sz w:val="32"/>
          <w:szCs w:val="32"/>
          <w:lang w:val="kk-KZ"/>
        </w:rPr>
      </w:pPr>
      <w:r w:rsidRPr="00D93055">
        <w:rPr>
          <w:rFonts w:cs="Times New Roman"/>
          <w:sz w:val="32"/>
          <w:szCs w:val="32"/>
          <w:lang w:val="kk-KZ"/>
        </w:rPr>
        <w:t xml:space="preserve">Таким образом, количество ДТП снизилось </w:t>
      </w:r>
      <w:r w:rsidRPr="00D93055">
        <w:rPr>
          <w:rFonts w:cs="Times New Roman"/>
          <w:b/>
          <w:bCs/>
          <w:sz w:val="32"/>
          <w:szCs w:val="32"/>
          <w:lang w:val="kk-KZ"/>
        </w:rPr>
        <w:t xml:space="preserve">на </w:t>
      </w:r>
      <w:r w:rsidR="00333727">
        <w:rPr>
          <w:rFonts w:cs="Times New Roman"/>
          <w:b/>
          <w:bCs/>
          <w:sz w:val="32"/>
          <w:szCs w:val="32"/>
          <w:lang w:val="kk-KZ"/>
        </w:rPr>
        <w:t>5</w:t>
      </w:r>
      <w:r w:rsidRPr="00D93055">
        <w:rPr>
          <w:rFonts w:cs="Times New Roman"/>
          <w:b/>
          <w:bCs/>
          <w:sz w:val="32"/>
          <w:szCs w:val="32"/>
          <w:lang w:val="kk-KZ"/>
        </w:rPr>
        <w:t>%</w:t>
      </w:r>
      <w:r w:rsidRPr="00D93055">
        <w:rPr>
          <w:rFonts w:cs="Times New Roman"/>
          <w:sz w:val="32"/>
          <w:szCs w:val="32"/>
          <w:lang w:val="kk-KZ"/>
        </w:rPr>
        <w:t xml:space="preserve">, число погибших </w:t>
      </w:r>
      <w:r w:rsidR="00333727">
        <w:rPr>
          <w:rFonts w:cs="Times New Roman"/>
          <w:sz w:val="32"/>
          <w:szCs w:val="32"/>
          <w:lang w:val="kk-KZ"/>
        </w:rPr>
        <w:t>–</w:t>
      </w:r>
      <w:r w:rsidRPr="00D93055">
        <w:rPr>
          <w:rFonts w:cs="Times New Roman"/>
          <w:sz w:val="32"/>
          <w:szCs w:val="32"/>
          <w:lang w:val="kk-KZ"/>
        </w:rPr>
        <w:t xml:space="preserve"> </w:t>
      </w:r>
      <w:r w:rsidRPr="00D93055">
        <w:rPr>
          <w:rFonts w:cs="Times New Roman"/>
          <w:b/>
          <w:bCs/>
          <w:sz w:val="32"/>
          <w:szCs w:val="32"/>
          <w:lang w:val="kk-KZ"/>
        </w:rPr>
        <w:t>на 15,</w:t>
      </w:r>
      <w:r w:rsidR="00333727">
        <w:rPr>
          <w:rFonts w:cs="Times New Roman"/>
          <w:b/>
          <w:bCs/>
          <w:sz w:val="32"/>
          <w:szCs w:val="32"/>
          <w:lang w:val="kk-KZ"/>
        </w:rPr>
        <w:t>7</w:t>
      </w:r>
      <w:r w:rsidRPr="00D93055">
        <w:rPr>
          <w:rFonts w:cs="Times New Roman"/>
          <w:b/>
          <w:bCs/>
          <w:sz w:val="32"/>
          <w:szCs w:val="32"/>
          <w:lang w:val="kk-KZ"/>
        </w:rPr>
        <w:t>%</w:t>
      </w:r>
      <w:r w:rsidRPr="00D93055">
        <w:rPr>
          <w:rFonts w:cs="Times New Roman"/>
          <w:sz w:val="32"/>
          <w:szCs w:val="32"/>
          <w:lang w:val="kk-KZ"/>
        </w:rPr>
        <w:t xml:space="preserve">, травмированных </w:t>
      </w:r>
      <w:r w:rsidR="00333727">
        <w:rPr>
          <w:rFonts w:cs="Times New Roman"/>
          <w:sz w:val="32"/>
          <w:szCs w:val="32"/>
          <w:lang w:val="kk-KZ"/>
        </w:rPr>
        <w:t>–</w:t>
      </w:r>
      <w:r w:rsidRPr="00D93055">
        <w:rPr>
          <w:rFonts w:cs="Times New Roman"/>
          <w:sz w:val="32"/>
          <w:szCs w:val="32"/>
          <w:lang w:val="kk-KZ"/>
        </w:rPr>
        <w:t xml:space="preserve"> </w:t>
      </w:r>
      <w:r w:rsidRPr="00D93055">
        <w:rPr>
          <w:rFonts w:cs="Times New Roman"/>
          <w:b/>
          <w:bCs/>
          <w:sz w:val="32"/>
          <w:szCs w:val="32"/>
          <w:lang w:val="kk-KZ"/>
        </w:rPr>
        <w:t xml:space="preserve">на </w:t>
      </w:r>
      <w:r w:rsidR="00333727">
        <w:rPr>
          <w:rFonts w:cs="Times New Roman"/>
          <w:b/>
          <w:bCs/>
          <w:sz w:val="32"/>
          <w:szCs w:val="32"/>
          <w:lang w:val="kk-KZ"/>
        </w:rPr>
        <w:t>6,8</w:t>
      </w:r>
      <w:r w:rsidRPr="00D93055">
        <w:rPr>
          <w:rFonts w:cs="Times New Roman"/>
          <w:b/>
          <w:bCs/>
          <w:sz w:val="32"/>
          <w:szCs w:val="32"/>
          <w:lang w:val="kk-KZ"/>
        </w:rPr>
        <w:t>%</w:t>
      </w:r>
      <w:r w:rsidRPr="00D93055">
        <w:rPr>
          <w:rFonts w:cs="Times New Roman"/>
          <w:sz w:val="32"/>
          <w:szCs w:val="32"/>
          <w:lang w:val="kk-KZ"/>
        </w:rPr>
        <w:t>.</w:t>
      </w:r>
    </w:p>
    <w:p w14:paraId="3D1C485B" w14:textId="0E35B2E6" w:rsidR="0008232D" w:rsidRPr="00D93055" w:rsidRDefault="0008232D" w:rsidP="0008232D">
      <w:pPr>
        <w:spacing w:after="0"/>
        <w:ind w:firstLine="709"/>
        <w:jc w:val="both"/>
        <w:rPr>
          <w:rFonts w:cs="Times New Roman"/>
          <w:sz w:val="32"/>
          <w:szCs w:val="32"/>
          <w:lang w:val="kk-KZ"/>
        </w:rPr>
      </w:pPr>
      <w:r w:rsidRPr="00D93055">
        <w:rPr>
          <w:rFonts w:cs="Times New Roman"/>
          <w:sz w:val="32"/>
          <w:szCs w:val="32"/>
          <w:lang w:val="kk-KZ"/>
        </w:rPr>
        <w:t>Снижение смертности при дорожно-транспортных происшествиях свидетельствует об уменьшении тяжести их последствий и эффективности принимаемых мер по обеспечению безопасности дорожного движения.</w:t>
      </w:r>
    </w:p>
    <w:p w14:paraId="0742BD62" w14:textId="77777777" w:rsidR="0008232D" w:rsidRPr="00D93055" w:rsidRDefault="0008232D" w:rsidP="0008232D">
      <w:pPr>
        <w:spacing w:after="0"/>
        <w:ind w:firstLine="709"/>
        <w:jc w:val="both"/>
        <w:rPr>
          <w:rFonts w:cs="Times New Roman"/>
          <w:sz w:val="32"/>
          <w:szCs w:val="32"/>
          <w:lang w:val="kk-KZ"/>
        </w:rPr>
      </w:pPr>
    </w:p>
    <w:p w14:paraId="00427157" w14:textId="77777777" w:rsidR="0008232D" w:rsidRPr="00D93055" w:rsidRDefault="0008232D" w:rsidP="0008232D">
      <w:pPr>
        <w:spacing w:after="0"/>
        <w:ind w:firstLine="709"/>
        <w:jc w:val="both"/>
        <w:rPr>
          <w:rFonts w:cs="Times New Roman"/>
          <w:sz w:val="32"/>
          <w:szCs w:val="32"/>
          <w:lang w:val="kk-KZ"/>
        </w:rPr>
      </w:pPr>
    </w:p>
    <w:p w14:paraId="3741C989" w14:textId="77777777" w:rsidR="00333727" w:rsidRPr="00D93055" w:rsidRDefault="00333727" w:rsidP="00333727">
      <w:pPr>
        <w:spacing w:after="0"/>
        <w:ind w:firstLine="709"/>
        <w:jc w:val="both"/>
        <w:rPr>
          <w:rFonts w:cs="Times New Roman"/>
          <w:sz w:val="32"/>
          <w:szCs w:val="32"/>
          <w:lang w:val="kk-KZ"/>
        </w:rPr>
      </w:pPr>
      <w:r w:rsidRPr="00D93055">
        <w:rPr>
          <w:rFonts w:cs="Times New Roman"/>
          <w:sz w:val="32"/>
          <w:szCs w:val="32"/>
          <w:lang w:val="kk-KZ"/>
        </w:rPr>
        <w:t>Есепті кезеңнің қорытындысы бойынша Қазақстан Республикасында жол-көлік оқиғалары салдарының ауырлығының төмендеуі байқалады.</w:t>
      </w:r>
    </w:p>
    <w:p w14:paraId="71DD5FB6" w14:textId="7391834B" w:rsidR="00333727" w:rsidRPr="00D93055" w:rsidRDefault="00333727" w:rsidP="00333727">
      <w:pPr>
        <w:spacing w:after="0"/>
        <w:ind w:firstLine="709"/>
        <w:jc w:val="both"/>
        <w:rPr>
          <w:rFonts w:cs="Times New Roman"/>
          <w:sz w:val="32"/>
          <w:szCs w:val="32"/>
          <w:lang w:val="kk-KZ"/>
        </w:rPr>
      </w:pPr>
      <w:r w:rsidRPr="00D93055">
        <w:rPr>
          <w:rFonts w:cs="Times New Roman"/>
          <w:sz w:val="32"/>
          <w:szCs w:val="32"/>
          <w:lang w:val="kk-KZ"/>
        </w:rPr>
        <w:t xml:space="preserve">Биылғы жылы </w:t>
      </w:r>
      <w:r>
        <w:rPr>
          <w:rFonts w:cs="Times New Roman"/>
          <w:b/>
          <w:bCs/>
          <w:sz w:val="32"/>
          <w:szCs w:val="32"/>
          <w:lang w:val="kk-KZ"/>
        </w:rPr>
        <w:t>24</w:t>
      </w:r>
      <w:r>
        <w:rPr>
          <w:rFonts w:cs="Times New Roman"/>
          <w:b/>
          <w:bCs/>
          <w:sz w:val="32"/>
          <w:szCs w:val="32"/>
          <w:lang w:val="kk-KZ"/>
        </w:rPr>
        <w:t> </w:t>
      </w:r>
      <w:r>
        <w:rPr>
          <w:rFonts w:cs="Times New Roman"/>
          <w:b/>
          <w:bCs/>
          <w:sz w:val="32"/>
          <w:szCs w:val="32"/>
          <w:lang w:val="kk-KZ"/>
        </w:rPr>
        <w:t>809</w:t>
      </w:r>
      <w:r w:rsidRPr="00D93055">
        <w:rPr>
          <w:rFonts w:cs="Times New Roman"/>
          <w:sz w:val="32"/>
          <w:szCs w:val="32"/>
          <w:lang w:val="kk-KZ"/>
        </w:rPr>
        <w:t xml:space="preserve"> жол-көлік оқиғасы тіркеліп, олардың салдарынан </w:t>
      </w:r>
      <w:r>
        <w:rPr>
          <w:rFonts w:cs="Times New Roman"/>
          <w:b/>
          <w:bCs/>
          <w:sz w:val="32"/>
          <w:szCs w:val="32"/>
          <w:lang w:val="kk-KZ"/>
        </w:rPr>
        <w:t>1</w:t>
      </w:r>
      <w:r>
        <w:rPr>
          <w:rFonts w:cs="Times New Roman"/>
          <w:b/>
          <w:bCs/>
          <w:sz w:val="32"/>
          <w:szCs w:val="32"/>
          <w:lang w:val="kk-KZ"/>
        </w:rPr>
        <w:t> </w:t>
      </w:r>
      <w:r>
        <w:rPr>
          <w:rFonts w:cs="Times New Roman"/>
          <w:b/>
          <w:bCs/>
          <w:sz w:val="32"/>
          <w:szCs w:val="32"/>
          <w:lang w:val="kk-KZ"/>
        </w:rPr>
        <w:t>432</w:t>
      </w:r>
      <w:r w:rsidRPr="00D93055">
        <w:rPr>
          <w:rFonts w:cs="Times New Roman"/>
          <w:sz w:val="32"/>
          <w:szCs w:val="32"/>
          <w:lang w:val="kk-KZ"/>
        </w:rPr>
        <w:t xml:space="preserve"> адам қаза тауып, </w:t>
      </w:r>
      <w:r>
        <w:rPr>
          <w:rFonts w:cs="Times New Roman"/>
          <w:b/>
          <w:bCs/>
          <w:sz w:val="32"/>
          <w:szCs w:val="32"/>
          <w:lang w:val="kk-KZ"/>
        </w:rPr>
        <w:t>33</w:t>
      </w:r>
      <w:r>
        <w:rPr>
          <w:rFonts w:cs="Times New Roman"/>
          <w:b/>
          <w:bCs/>
          <w:sz w:val="32"/>
          <w:szCs w:val="32"/>
          <w:lang w:val="kk-KZ"/>
        </w:rPr>
        <w:t> </w:t>
      </w:r>
      <w:r>
        <w:rPr>
          <w:rFonts w:cs="Times New Roman"/>
          <w:b/>
          <w:bCs/>
          <w:sz w:val="32"/>
          <w:szCs w:val="32"/>
          <w:lang w:val="kk-KZ"/>
        </w:rPr>
        <w:t>289</w:t>
      </w:r>
      <w:r w:rsidRPr="00D93055">
        <w:rPr>
          <w:rFonts w:cs="Times New Roman"/>
          <w:sz w:val="32"/>
          <w:szCs w:val="32"/>
          <w:lang w:val="kk-KZ"/>
        </w:rPr>
        <w:t xml:space="preserve"> адам жарақат алды.</w:t>
      </w:r>
    </w:p>
    <w:p w14:paraId="54ADCC3E" w14:textId="2BA131CE" w:rsidR="00333727" w:rsidRPr="00D93055" w:rsidRDefault="00333727" w:rsidP="00333727">
      <w:pPr>
        <w:spacing w:after="0"/>
        <w:ind w:firstLine="709"/>
        <w:jc w:val="both"/>
        <w:rPr>
          <w:rFonts w:cs="Times New Roman"/>
          <w:sz w:val="32"/>
          <w:szCs w:val="32"/>
          <w:lang w:val="kk-KZ"/>
        </w:rPr>
      </w:pPr>
      <w:r w:rsidRPr="00D93055">
        <w:rPr>
          <w:rFonts w:cs="Times New Roman"/>
          <w:sz w:val="32"/>
          <w:szCs w:val="32"/>
          <w:lang w:val="kk-KZ"/>
        </w:rPr>
        <w:t xml:space="preserve">Өткен жылдың сәйкес кезеңінде </w:t>
      </w:r>
      <w:r>
        <w:rPr>
          <w:rFonts w:cs="Times New Roman"/>
          <w:b/>
          <w:bCs/>
          <w:sz w:val="32"/>
          <w:szCs w:val="32"/>
          <w:lang w:val="kk-KZ"/>
        </w:rPr>
        <w:t>26</w:t>
      </w:r>
      <w:r>
        <w:rPr>
          <w:rFonts w:cs="Times New Roman"/>
          <w:b/>
          <w:bCs/>
          <w:sz w:val="32"/>
          <w:szCs w:val="32"/>
          <w:lang w:val="kk-KZ"/>
        </w:rPr>
        <w:t> </w:t>
      </w:r>
      <w:r>
        <w:rPr>
          <w:rFonts w:cs="Times New Roman"/>
          <w:b/>
          <w:bCs/>
          <w:sz w:val="32"/>
          <w:szCs w:val="32"/>
          <w:lang w:val="kk-KZ"/>
        </w:rPr>
        <w:t>127</w:t>
      </w:r>
      <w:r w:rsidRPr="00D93055">
        <w:rPr>
          <w:rFonts w:cs="Times New Roman"/>
          <w:sz w:val="32"/>
          <w:szCs w:val="32"/>
          <w:lang w:val="kk-KZ"/>
        </w:rPr>
        <w:t xml:space="preserve"> жол-көлік оқиғасы тіркеліп, </w:t>
      </w:r>
      <w:r>
        <w:rPr>
          <w:rFonts w:cs="Times New Roman"/>
          <w:b/>
          <w:bCs/>
          <w:sz w:val="32"/>
          <w:szCs w:val="32"/>
          <w:lang w:val="kk-KZ"/>
        </w:rPr>
        <w:t>1</w:t>
      </w:r>
      <w:r>
        <w:rPr>
          <w:rFonts w:cs="Times New Roman"/>
          <w:b/>
          <w:bCs/>
          <w:sz w:val="32"/>
          <w:szCs w:val="32"/>
          <w:lang w:val="kk-KZ"/>
        </w:rPr>
        <w:t> </w:t>
      </w:r>
      <w:r>
        <w:rPr>
          <w:rFonts w:cs="Times New Roman"/>
          <w:b/>
          <w:bCs/>
          <w:sz w:val="32"/>
          <w:szCs w:val="32"/>
          <w:lang w:val="kk-KZ"/>
        </w:rPr>
        <w:t>699</w:t>
      </w:r>
      <w:r w:rsidRPr="00D93055">
        <w:rPr>
          <w:rFonts w:cs="Times New Roman"/>
          <w:sz w:val="32"/>
          <w:szCs w:val="32"/>
          <w:lang w:val="kk-KZ"/>
        </w:rPr>
        <w:t xml:space="preserve"> адам қаза тауып, </w:t>
      </w:r>
      <w:r>
        <w:rPr>
          <w:rFonts w:cs="Times New Roman"/>
          <w:b/>
          <w:bCs/>
          <w:sz w:val="32"/>
          <w:szCs w:val="32"/>
          <w:lang w:val="kk-KZ"/>
        </w:rPr>
        <w:t>35</w:t>
      </w:r>
      <w:r>
        <w:rPr>
          <w:rFonts w:cs="Times New Roman"/>
          <w:b/>
          <w:bCs/>
          <w:sz w:val="32"/>
          <w:szCs w:val="32"/>
          <w:lang w:val="kk-KZ"/>
        </w:rPr>
        <w:t> </w:t>
      </w:r>
      <w:r>
        <w:rPr>
          <w:rFonts w:cs="Times New Roman"/>
          <w:b/>
          <w:bCs/>
          <w:sz w:val="32"/>
          <w:szCs w:val="32"/>
          <w:lang w:val="kk-KZ"/>
        </w:rPr>
        <w:t>709</w:t>
      </w:r>
      <w:r w:rsidRPr="00D93055">
        <w:rPr>
          <w:rFonts w:cs="Times New Roman"/>
          <w:sz w:val="32"/>
          <w:szCs w:val="32"/>
          <w:lang w:val="kk-KZ"/>
        </w:rPr>
        <w:t xml:space="preserve"> адам жарақат алған.</w:t>
      </w:r>
    </w:p>
    <w:p w14:paraId="2A813B92" w14:textId="007A5E91" w:rsidR="00333727" w:rsidRPr="00D93055" w:rsidRDefault="00333727" w:rsidP="00333727">
      <w:pPr>
        <w:spacing w:after="0"/>
        <w:ind w:firstLine="709"/>
        <w:jc w:val="both"/>
        <w:rPr>
          <w:rFonts w:cs="Times New Roman"/>
          <w:sz w:val="32"/>
          <w:szCs w:val="32"/>
          <w:lang w:val="kk-KZ"/>
        </w:rPr>
      </w:pPr>
      <w:r w:rsidRPr="00D93055">
        <w:rPr>
          <w:rFonts w:cs="Times New Roman"/>
          <w:sz w:val="32"/>
          <w:szCs w:val="32"/>
          <w:lang w:val="kk-KZ"/>
        </w:rPr>
        <w:t xml:space="preserve">Осылайша, жол-көлік оқиғаларының саны </w:t>
      </w:r>
      <w:r>
        <w:rPr>
          <w:rFonts w:cs="Times New Roman"/>
          <w:b/>
          <w:bCs/>
          <w:sz w:val="32"/>
          <w:szCs w:val="32"/>
          <w:lang w:val="kk-KZ"/>
        </w:rPr>
        <w:t>5</w:t>
      </w:r>
      <w:r w:rsidRPr="00D93055">
        <w:rPr>
          <w:rFonts w:cs="Times New Roman"/>
          <w:b/>
          <w:bCs/>
          <w:sz w:val="32"/>
          <w:szCs w:val="32"/>
          <w:lang w:val="kk-KZ"/>
        </w:rPr>
        <w:t>%-ға</w:t>
      </w:r>
      <w:r w:rsidRPr="00D93055">
        <w:rPr>
          <w:rFonts w:cs="Times New Roman"/>
          <w:sz w:val="32"/>
          <w:szCs w:val="32"/>
          <w:lang w:val="kk-KZ"/>
        </w:rPr>
        <w:t xml:space="preserve">, қаза тапқандар саны </w:t>
      </w:r>
      <w:r w:rsidRPr="00D93055">
        <w:rPr>
          <w:rFonts w:cs="Times New Roman"/>
          <w:b/>
          <w:bCs/>
          <w:sz w:val="32"/>
          <w:szCs w:val="32"/>
          <w:lang w:val="kk-KZ"/>
        </w:rPr>
        <w:t>15,</w:t>
      </w:r>
      <w:r>
        <w:rPr>
          <w:rFonts w:cs="Times New Roman"/>
          <w:b/>
          <w:bCs/>
          <w:sz w:val="32"/>
          <w:szCs w:val="32"/>
          <w:lang w:val="kk-KZ"/>
        </w:rPr>
        <w:t>7</w:t>
      </w:r>
      <w:r w:rsidRPr="00D93055">
        <w:rPr>
          <w:rFonts w:cs="Times New Roman"/>
          <w:b/>
          <w:bCs/>
          <w:sz w:val="32"/>
          <w:szCs w:val="32"/>
          <w:lang w:val="kk-KZ"/>
        </w:rPr>
        <w:t>%-ға</w:t>
      </w:r>
      <w:r w:rsidRPr="00D93055">
        <w:rPr>
          <w:rFonts w:cs="Times New Roman"/>
          <w:sz w:val="32"/>
          <w:szCs w:val="32"/>
          <w:lang w:val="kk-KZ"/>
        </w:rPr>
        <w:t xml:space="preserve">, жарақат алғандар саны </w:t>
      </w:r>
      <w:r>
        <w:rPr>
          <w:rFonts w:cs="Times New Roman"/>
          <w:b/>
          <w:bCs/>
          <w:sz w:val="32"/>
          <w:szCs w:val="32"/>
          <w:lang w:val="kk-KZ"/>
        </w:rPr>
        <w:t>6,8</w:t>
      </w:r>
      <w:r w:rsidRPr="00D93055">
        <w:rPr>
          <w:rFonts w:cs="Times New Roman"/>
          <w:b/>
          <w:bCs/>
          <w:sz w:val="32"/>
          <w:szCs w:val="32"/>
          <w:lang w:val="kk-KZ"/>
        </w:rPr>
        <w:t>%-ға</w:t>
      </w:r>
      <w:r w:rsidRPr="00D93055">
        <w:rPr>
          <w:rFonts w:cs="Times New Roman"/>
          <w:sz w:val="32"/>
          <w:szCs w:val="32"/>
          <w:lang w:val="kk-KZ"/>
        </w:rPr>
        <w:t xml:space="preserve"> төмендеді.</w:t>
      </w:r>
    </w:p>
    <w:p w14:paraId="3AD709BC" w14:textId="77777777" w:rsidR="00333727" w:rsidRPr="00D93055" w:rsidRDefault="00333727" w:rsidP="00333727">
      <w:pPr>
        <w:spacing w:after="0"/>
        <w:ind w:firstLine="709"/>
        <w:jc w:val="both"/>
        <w:rPr>
          <w:rFonts w:cs="Times New Roman"/>
          <w:sz w:val="32"/>
          <w:szCs w:val="32"/>
          <w:lang w:val="kk-KZ"/>
        </w:rPr>
      </w:pPr>
      <w:r w:rsidRPr="00D93055">
        <w:rPr>
          <w:rFonts w:cs="Times New Roman"/>
          <w:sz w:val="32"/>
          <w:szCs w:val="32"/>
          <w:lang w:val="kk-KZ"/>
        </w:rPr>
        <w:t>Жол-көлік оқиғалары салдарынан болатын өлім-жітімнің азаюы олардың салдары ауырлығының төмендегенін және жол жүрісі қауіпсіздігін қамтамасыз ету жөнінде қабылданып жатқан шаралардың тиімділігін көрсетеді.</w:t>
      </w:r>
    </w:p>
    <w:p w14:paraId="74FAB2A0" w14:textId="0D96B83B" w:rsidR="0008232D" w:rsidRPr="00D93055" w:rsidRDefault="0008232D" w:rsidP="0008232D">
      <w:pPr>
        <w:spacing w:after="0"/>
        <w:ind w:firstLine="709"/>
        <w:jc w:val="both"/>
        <w:rPr>
          <w:rFonts w:cs="Times New Roman"/>
          <w:sz w:val="32"/>
          <w:szCs w:val="32"/>
          <w:lang w:val="kk-KZ"/>
        </w:rPr>
      </w:pPr>
    </w:p>
    <w:sectPr w:rsidR="0008232D" w:rsidRPr="00D93055" w:rsidSect="0008232D"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232D"/>
    <w:rsid w:val="0015074B"/>
    <w:rsid w:val="0029639D"/>
    <w:rsid w:val="00326F90"/>
    <w:rsid w:val="00333727"/>
    <w:rsid w:val="003D676E"/>
    <w:rsid w:val="00826999"/>
    <w:rsid w:val="00A10D11"/>
    <w:rsid w:val="00AA1D8D"/>
    <w:rsid w:val="00B47730"/>
    <w:rsid w:val="00C25B3F"/>
    <w:rsid w:val="00CB0664"/>
    <w:rsid w:val="00D93055"/>
    <w:rsid w:val="00EC3F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7278BE"/>
  <w14:defaultImageDpi w14:val="300"/>
  <w15:docId w15:val="{6D4A9878-4516-4887-B720-D5DE181E1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C1BAF6-7B23-4EF2-B61A-E796661C5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Талгат Кишкенов</cp:lastModifiedBy>
  <cp:revision>9</cp:revision>
  <cp:lastPrinted>2026-07-02T10:47:00Z</cp:lastPrinted>
  <dcterms:created xsi:type="dcterms:W3CDTF">2013-12-23T23:15:00Z</dcterms:created>
  <dcterms:modified xsi:type="dcterms:W3CDTF">2026-10-09T12:21:00Z</dcterms:modified>
  <cp:category/>
</cp:coreProperties>
</file>