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01-05-13-01/563 от 07.10.2026</w:t>
      </w:r>
    </w:p>
    <w:p w14:paraId="307991A0" w14:textId="7740F14E" w:rsidR="00DC0946" w:rsidRDefault="00B96B27" w:rsidP="00DC0946">
      <w:pPr>
        <w:spacing w:after="0" w:line="240" w:lineRule="auto"/>
        <w:jc w:val="center"/>
        <w:rPr>
          <w:b/>
          <w:bCs/>
          <w:lang w:val="ru-RU"/>
        </w:rPr>
      </w:pPr>
      <w:r w:rsidRPr="0017611F">
        <w:rPr>
          <w:b/>
          <w:bCs/>
          <w:lang w:val="ru-RU"/>
        </w:rPr>
        <w:br/>
      </w:r>
    </w:p>
    <w:p w14:paraId="24016218" w14:textId="4555CB37" w:rsidR="00DC0946" w:rsidRPr="00DC0946" w:rsidRDefault="00DC0946" w:rsidP="00DC0946">
      <w:pPr>
        <w:spacing w:after="0" w:line="240" w:lineRule="auto"/>
        <w:jc w:val="center"/>
        <w:rPr>
          <w:b/>
          <w:bCs/>
          <w:lang w:val="ru-RU"/>
        </w:rPr>
      </w:pPr>
      <w:proofErr w:type="spellStart"/>
      <w:r w:rsidRPr="00DC0946">
        <w:rPr>
          <w:b/>
          <w:bCs/>
          <w:lang w:val="ru-RU"/>
        </w:rPr>
        <w:t>Өнеркәсіп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және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құрылыс</w:t>
      </w:r>
      <w:proofErr w:type="spellEnd"/>
      <w:r w:rsidRPr="00DC0946">
        <w:rPr>
          <w:b/>
          <w:bCs/>
          <w:lang w:val="ru-RU"/>
        </w:rPr>
        <w:t xml:space="preserve"> вице-</w:t>
      </w:r>
      <w:proofErr w:type="spellStart"/>
      <w:r w:rsidRPr="00DC0946">
        <w:rPr>
          <w:b/>
          <w:bCs/>
          <w:lang w:val="ru-RU"/>
        </w:rPr>
        <w:t>министрі</w:t>
      </w:r>
      <w:proofErr w:type="spellEnd"/>
      <w:r w:rsidRPr="00DC0946">
        <w:rPr>
          <w:b/>
          <w:bCs/>
          <w:lang w:val="ru-RU"/>
        </w:rPr>
        <w:t xml:space="preserve"> Қ.Ж. </w:t>
      </w:r>
      <w:proofErr w:type="spellStart"/>
      <w:proofErr w:type="gramStart"/>
      <w:r w:rsidRPr="00DC0946">
        <w:rPr>
          <w:b/>
          <w:bCs/>
          <w:lang w:val="ru-RU"/>
        </w:rPr>
        <w:t>Қажкеновтің</w:t>
      </w:r>
      <w:proofErr w:type="spellEnd"/>
      <w:r w:rsidRPr="00DC0946">
        <w:rPr>
          <w:b/>
          <w:bCs/>
          <w:lang w:val="ru-RU"/>
        </w:rPr>
        <w:t xml:space="preserve">  </w:t>
      </w:r>
      <w:proofErr w:type="spellStart"/>
      <w:r w:rsidRPr="00DC0946">
        <w:rPr>
          <w:b/>
          <w:bCs/>
          <w:lang w:val="ru-RU"/>
        </w:rPr>
        <w:t>Батыс</w:t>
      </w:r>
      <w:proofErr w:type="spellEnd"/>
      <w:proofErr w:type="gram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Қазақстан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облысының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тұрғындарымен</w:t>
      </w:r>
      <w:proofErr w:type="spellEnd"/>
    </w:p>
    <w:p w14:paraId="6D569DEA" w14:textId="77777777" w:rsidR="00DC0946" w:rsidRPr="00DC0946" w:rsidRDefault="00DC0946" w:rsidP="00DC0946">
      <w:pPr>
        <w:spacing w:after="0" w:line="240" w:lineRule="auto"/>
        <w:jc w:val="center"/>
        <w:rPr>
          <w:b/>
          <w:bCs/>
          <w:lang w:val="ru-RU"/>
        </w:rPr>
      </w:pPr>
      <w:r w:rsidRPr="00DC0946">
        <w:rPr>
          <w:b/>
          <w:bCs/>
          <w:lang w:val="ru-RU"/>
        </w:rPr>
        <w:t xml:space="preserve">2026 </w:t>
      </w:r>
      <w:proofErr w:type="spellStart"/>
      <w:r w:rsidRPr="00DC0946">
        <w:rPr>
          <w:b/>
          <w:bCs/>
          <w:lang w:val="ru-RU"/>
        </w:rPr>
        <w:t>жылғы</w:t>
      </w:r>
      <w:proofErr w:type="spellEnd"/>
      <w:r w:rsidRPr="00DC0946">
        <w:rPr>
          <w:b/>
          <w:bCs/>
          <w:lang w:val="ru-RU"/>
        </w:rPr>
        <w:t xml:space="preserve"> 1 </w:t>
      </w:r>
      <w:proofErr w:type="spellStart"/>
      <w:proofErr w:type="gramStart"/>
      <w:r w:rsidRPr="00DC0946">
        <w:rPr>
          <w:b/>
          <w:bCs/>
          <w:lang w:val="ru-RU"/>
        </w:rPr>
        <w:t>қазандағы</w:t>
      </w:r>
      <w:proofErr w:type="spellEnd"/>
      <w:r w:rsidRPr="00DC0946">
        <w:rPr>
          <w:b/>
          <w:bCs/>
          <w:lang w:val="ru-RU"/>
        </w:rPr>
        <w:t xml:space="preserve">  </w:t>
      </w:r>
      <w:proofErr w:type="spellStart"/>
      <w:r w:rsidRPr="00DC0946">
        <w:rPr>
          <w:b/>
          <w:bCs/>
          <w:lang w:val="ru-RU"/>
        </w:rPr>
        <w:t>кездесу</w:t>
      </w:r>
      <w:proofErr w:type="spellEnd"/>
      <w:proofErr w:type="gram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барысында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көтерілген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проблемалық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мәселелерді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шешу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бойынша</w:t>
      </w:r>
      <w:proofErr w:type="spellEnd"/>
    </w:p>
    <w:p w14:paraId="234882C8" w14:textId="1C97666C" w:rsidR="00DC0946" w:rsidRPr="00DC0946" w:rsidRDefault="00DC0946" w:rsidP="00DC0946">
      <w:pPr>
        <w:spacing w:after="0" w:line="240" w:lineRule="auto"/>
        <w:jc w:val="center"/>
        <w:rPr>
          <w:b/>
          <w:bCs/>
          <w:lang w:val="ru-RU"/>
        </w:rPr>
      </w:pPr>
      <w:proofErr w:type="spellStart"/>
      <w:r w:rsidRPr="00DC0946">
        <w:rPr>
          <w:b/>
          <w:bCs/>
          <w:lang w:val="ru-RU"/>
        </w:rPr>
        <w:t>іс-қимыл</w:t>
      </w:r>
      <w:proofErr w:type="spellEnd"/>
      <w:r w:rsidRPr="00DC0946">
        <w:rPr>
          <w:b/>
          <w:bCs/>
          <w:lang w:val="ru-RU"/>
        </w:rPr>
        <w:t xml:space="preserve"> </w:t>
      </w:r>
      <w:proofErr w:type="spellStart"/>
      <w:r w:rsidRPr="00DC0946">
        <w:rPr>
          <w:b/>
          <w:bCs/>
          <w:lang w:val="ru-RU"/>
        </w:rPr>
        <w:t>жоспары</w:t>
      </w:r>
      <w:proofErr w:type="spellEnd"/>
    </w:p>
    <w:p w14:paraId="4DE27D8D" w14:textId="42063575" w:rsidR="0011405C" w:rsidRDefault="0017611F" w:rsidP="00DC0946">
      <w:pPr>
        <w:spacing w:after="0" w:line="240" w:lineRule="auto"/>
        <w:jc w:val="center"/>
        <w:rPr>
          <w:lang w:val="ru-RU"/>
        </w:rPr>
      </w:pPr>
      <w:r w:rsidRPr="0017611F">
        <w:rPr>
          <w:lang w:val="ru-RU"/>
        </w:rPr>
        <w:br/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2"/>
        <w:gridCol w:w="4887"/>
        <w:gridCol w:w="2727"/>
        <w:gridCol w:w="2707"/>
        <w:gridCol w:w="2709"/>
      </w:tblGrid>
      <w:tr w:rsidR="00EF28A5" w14:paraId="489EE2D0" w14:textId="77777777" w:rsidTr="0017611F">
        <w:tc>
          <w:tcPr>
            <w:tcW w:w="534" w:type="dxa"/>
          </w:tcPr>
          <w:p w14:paraId="04F76E41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17611F">
              <w:rPr>
                <w:rFonts w:cs="Times New Roman"/>
                <w:b/>
                <w:bCs/>
                <w:szCs w:val="24"/>
              </w:rPr>
              <w:t>№</w:t>
            </w:r>
          </w:p>
        </w:tc>
        <w:tc>
          <w:tcPr>
            <w:tcW w:w="4980" w:type="dxa"/>
          </w:tcPr>
          <w:p w14:paraId="234D79E6" w14:textId="1EAF70AF" w:rsidR="0017611F" w:rsidRPr="0017611F" w:rsidRDefault="00DC0946" w:rsidP="0017611F">
            <w:pPr>
              <w:spacing w:after="0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proofErr w:type="spellStart"/>
            <w:r w:rsidRPr="00DC0946">
              <w:rPr>
                <w:rFonts w:cs="Times New Roman"/>
                <w:b/>
                <w:bCs/>
                <w:szCs w:val="24"/>
              </w:rPr>
              <w:t>Проблемалық</w:t>
            </w:r>
            <w:proofErr w:type="spellEnd"/>
            <w:r w:rsidRPr="00DC0946">
              <w:rPr>
                <w:rFonts w:cs="Times New Roman"/>
                <w:b/>
                <w:bCs/>
                <w:szCs w:val="24"/>
              </w:rPr>
              <w:t xml:space="preserve"> </w:t>
            </w:r>
            <w:r w:rsidR="00CE312D">
              <w:rPr>
                <w:rFonts w:cs="Times New Roman"/>
                <w:b/>
                <w:bCs/>
                <w:szCs w:val="24"/>
                <w:lang w:val="kk-KZ"/>
              </w:rPr>
              <w:t>мәселе</w:t>
            </w:r>
            <w:r w:rsidRPr="00DC0946">
              <w:rPr>
                <w:rFonts w:cs="Times New Roman"/>
                <w:b/>
                <w:bCs/>
                <w:szCs w:val="24"/>
              </w:rPr>
              <w:t>/</w:t>
            </w:r>
            <w:proofErr w:type="spellStart"/>
            <w:r w:rsidRPr="00DC0946">
              <w:rPr>
                <w:rFonts w:cs="Times New Roman"/>
                <w:b/>
                <w:bCs/>
                <w:szCs w:val="24"/>
              </w:rPr>
              <w:t>іс-шара</w:t>
            </w:r>
            <w:proofErr w:type="spellEnd"/>
          </w:p>
        </w:tc>
        <w:tc>
          <w:tcPr>
            <w:tcW w:w="2758" w:type="dxa"/>
          </w:tcPr>
          <w:p w14:paraId="6E4A2E90" w14:textId="7C72CEA7" w:rsidR="0017611F" w:rsidRPr="00DC0946" w:rsidRDefault="00DC0946" w:rsidP="0017611F">
            <w:pPr>
              <w:spacing w:after="0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>
              <w:rPr>
                <w:rFonts w:cs="Times New Roman"/>
                <w:b/>
                <w:bCs/>
                <w:szCs w:val="24"/>
                <w:lang w:val="kk-KZ"/>
              </w:rPr>
              <w:t>Жауапты орындаушы</w:t>
            </w:r>
          </w:p>
        </w:tc>
        <w:tc>
          <w:tcPr>
            <w:tcW w:w="2758" w:type="dxa"/>
          </w:tcPr>
          <w:p w14:paraId="2EE94B7E" w14:textId="486A073A" w:rsidR="0017611F" w:rsidRPr="00DC0946" w:rsidRDefault="00DC0946" w:rsidP="0017611F">
            <w:pPr>
              <w:spacing w:after="0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>
              <w:rPr>
                <w:rFonts w:cs="Times New Roman"/>
                <w:b/>
                <w:bCs/>
                <w:szCs w:val="24"/>
                <w:lang w:val="kk-KZ"/>
              </w:rPr>
              <w:t>Шешім мерзімі</w:t>
            </w:r>
          </w:p>
        </w:tc>
        <w:tc>
          <w:tcPr>
            <w:tcW w:w="2758" w:type="dxa"/>
          </w:tcPr>
          <w:p w14:paraId="4701D9F2" w14:textId="22A3D51D" w:rsidR="0017611F" w:rsidRPr="00DC0946" w:rsidRDefault="00DC0946" w:rsidP="0017611F">
            <w:pPr>
              <w:spacing w:after="0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>
              <w:rPr>
                <w:rFonts w:cs="Times New Roman"/>
                <w:b/>
                <w:bCs/>
                <w:szCs w:val="24"/>
                <w:lang w:val="kk-KZ"/>
              </w:rPr>
              <w:t>мәртебесі</w:t>
            </w:r>
          </w:p>
          <w:p w14:paraId="2D12E318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</w:p>
        </w:tc>
      </w:tr>
      <w:tr w:rsidR="00EF28A5" w14:paraId="1C669A9A" w14:textId="77777777" w:rsidTr="00FB32D6">
        <w:tc>
          <w:tcPr>
            <w:tcW w:w="534" w:type="dxa"/>
            <w:vAlign w:val="center"/>
          </w:tcPr>
          <w:p w14:paraId="12703043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r w:rsidRPr="0017611F">
              <w:rPr>
                <w:rFonts w:cs="Times New Roman"/>
                <w:szCs w:val="24"/>
              </w:rPr>
              <w:t>1</w:t>
            </w:r>
          </w:p>
        </w:tc>
        <w:tc>
          <w:tcPr>
            <w:tcW w:w="4980" w:type="dxa"/>
            <w:vAlign w:val="center"/>
          </w:tcPr>
          <w:p w14:paraId="73C85124" w14:textId="75AE09C3" w:rsidR="00D93E4C" w:rsidRDefault="00DC0946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  <w:r w:rsidRPr="00DC0946">
              <w:rPr>
                <w:rFonts w:cs="Times New Roman"/>
                <w:szCs w:val="24"/>
                <w:lang w:val="ru-RU"/>
              </w:rPr>
              <w:t>«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Отбасы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банкі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» АҚ-мен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бірлесіп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,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тұрғын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үй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кезегінде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тұрған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жетім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балалар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санатындағы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азаматтарға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тұрғын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үй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беру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тетіктері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мен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кейстерін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қарау</w:t>
            </w:r>
            <w:proofErr w:type="spellEnd"/>
          </w:p>
          <w:p w14:paraId="66DDCE62" w14:textId="77777777" w:rsidR="00D93E4C" w:rsidRDefault="00D93E4C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</w:p>
          <w:p w14:paraId="66436CA0" w14:textId="77777777" w:rsidR="00D93E4C" w:rsidRDefault="00D93E4C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</w:p>
          <w:p w14:paraId="43AB2CF6" w14:textId="77777777" w:rsidR="00D93E4C" w:rsidRDefault="00D93E4C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</w:p>
          <w:p w14:paraId="18E8B65B" w14:textId="77777777" w:rsidR="00D93E4C" w:rsidRDefault="00D93E4C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</w:p>
          <w:p w14:paraId="32A8847F" w14:textId="77777777" w:rsidR="00D93E4C" w:rsidRPr="0017611F" w:rsidRDefault="00D93E4C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758" w:type="dxa"/>
            <w:vAlign w:val="center"/>
          </w:tcPr>
          <w:p w14:paraId="59EE4C26" w14:textId="4939E35F" w:rsidR="00D93E4C" w:rsidRDefault="00EF28A5" w:rsidP="0017611F">
            <w:pPr>
              <w:spacing w:after="0"/>
              <w:jc w:val="center"/>
            </w:pPr>
            <w:proofErr w:type="spellStart"/>
            <w:r w:rsidRPr="00EF28A5">
              <w:t>Қала</w:t>
            </w:r>
            <w:proofErr w:type="spellEnd"/>
            <w:r w:rsidRPr="00EF28A5">
              <w:t xml:space="preserve"> </w:t>
            </w:r>
            <w:proofErr w:type="spellStart"/>
            <w:r w:rsidRPr="00EF28A5">
              <w:t>құрылысы</w:t>
            </w:r>
            <w:proofErr w:type="spellEnd"/>
            <w:r w:rsidRPr="00EF28A5">
              <w:t xml:space="preserve"> </w:t>
            </w:r>
            <w:proofErr w:type="spellStart"/>
            <w:r w:rsidRPr="00EF28A5">
              <w:t>және</w:t>
            </w:r>
            <w:proofErr w:type="spellEnd"/>
            <w:r w:rsidRPr="00EF28A5">
              <w:t xml:space="preserve"> </w:t>
            </w:r>
            <w:proofErr w:type="spellStart"/>
            <w:r w:rsidRPr="00EF28A5">
              <w:t>тұрғын</w:t>
            </w:r>
            <w:proofErr w:type="spellEnd"/>
            <w:r w:rsidRPr="00EF28A5">
              <w:t xml:space="preserve"> </w:t>
            </w:r>
            <w:proofErr w:type="spellStart"/>
            <w:r w:rsidRPr="00EF28A5">
              <w:t>үй-коммуналдық</w:t>
            </w:r>
            <w:proofErr w:type="spellEnd"/>
            <w:r w:rsidRPr="00EF28A5">
              <w:t xml:space="preserve"> </w:t>
            </w:r>
            <w:proofErr w:type="spellStart"/>
            <w:r w:rsidRPr="00EF28A5">
              <w:t>саясат</w:t>
            </w:r>
            <w:proofErr w:type="spellEnd"/>
            <w:r w:rsidRPr="00EF28A5">
              <w:t xml:space="preserve"> </w:t>
            </w:r>
            <w:proofErr w:type="spellStart"/>
            <w:r w:rsidRPr="00EF28A5">
              <w:t>департаменті</w:t>
            </w:r>
            <w:proofErr w:type="spellEnd"/>
          </w:p>
          <w:p w14:paraId="4CD4925F" w14:textId="77777777" w:rsidR="00EF28A5" w:rsidRDefault="00EF28A5" w:rsidP="0017611F">
            <w:pPr>
              <w:spacing w:after="0"/>
              <w:jc w:val="center"/>
            </w:pPr>
          </w:p>
          <w:p w14:paraId="25EC4578" w14:textId="3DA40020" w:rsidR="00D93E4C" w:rsidRPr="00D93E4C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EF28A5">
              <w:rPr>
                <w:lang w:val="ru-RU"/>
              </w:rPr>
              <w:t>Құрылыс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және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тұрғын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үй-коммуналдық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шаруашылық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істері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комитеті</w:t>
            </w:r>
            <w:proofErr w:type="spellEnd"/>
          </w:p>
        </w:tc>
        <w:tc>
          <w:tcPr>
            <w:tcW w:w="2758" w:type="dxa"/>
            <w:vAlign w:val="center"/>
          </w:tcPr>
          <w:p w14:paraId="7431C324" w14:textId="32E43963" w:rsidR="0017611F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2026 жылғы 1 қарашаға дейін</w:t>
            </w:r>
          </w:p>
        </w:tc>
        <w:tc>
          <w:tcPr>
            <w:tcW w:w="2758" w:type="dxa"/>
            <w:vAlign w:val="center"/>
          </w:tcPr>
          <w:p w14:paraId="34181EE9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EF28A5" w14:paraId="519B4D9C" w14:textId="77777777" w:rsidTr="00FB32D6">
        <w:tc>
          <w:tcPr>
            <w:tcW w:w="534" w:type="dxa"/>
            <w:vAlign w:val="center"/>
          </w:tcPr>
          <w:p w14:paraId="2745C423" w14:textId="77777777" w:rsidR="0017611F" w:rsidRPr="00F52ED6" w:rsidRDefault="00F52ED6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2</w:t>
            </w:r>
          </w:p>
        </w:tc>
        <w:tc>
          <w:tcPr>
            <w:tcW w:w="4980" w:type="dxa"/>
            <w:vAlign w:val="center"/>
          </w:tcPr>
          <w:p w14:paraId="7F030820" w14:textId="5D8B6974" w:rsidR="00DC0946" w:rsidRDefault="00DC0946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Жергiлiктi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атқарушы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органмен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бiрлесiп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сумен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жабдықтау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желiлерiнiң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тозуын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азайту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және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 xml:space="preserve">КТҚ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реконструкциялау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жөнiндегi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жұмысты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жалғастыру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қажет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болған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жағдайда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қосымша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қаржыландыруды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DC0946">
              <w:rPr>
                <w:rFonts w:cs="Times New Roman"/>
                <w:szCs w:val="24"/>
                <w:lang w:val="ru-RU"/>
              </w:rPr>
              <w:t>қарау</w:t>
            </w:r>
            <w:proofErr w:type="spellEnd"/>
            <w:r w:rsidRPr="00DC0946">
              <w:rPr>
                <w:rFonts w:cs="Times New Roman"/>
                <w:szCs w:val="24"/>
                <w:lang w:val="ru-RU"/>
              </w:rPr>
              <w:t>.</w:t>
            </w:r>
          </w:p>
          <w:p w14:paraId="3A82436A" w14:textId="006046C4" w:rsidR="0017611F" w:rsidRPr="0017611F" w:rsidRDefault="0017611F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758" w:type="dxa"/>
            <w:vAlign w:val="center"/>
          </w:tcPr>
          <w:p w14:paraId="32610509" w14:textId="3F432462" w:rsidR="0017611F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EF28A5">
              <w:rPr>
                <w:lang w:val="ru-RU"/>
              </w:rPr>
              <w:t>Құрылыс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және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тұрғын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үй-коммуналдық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шаруашылық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істері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комитеті</w:t>
            </w:r>
            <w:proofErr w:type="spellEnd"/>
          </w:p>
        </w:tc>
        <w:tc>
          <w:tcPr>
            <w:tcW w:w="2758" w:type="dxa"/>
            <w:vAlign w:val="center"/>
          </w:tcPr>
          <w:p w14:paraId="4F0B07B4" w14:textId="06B47BA0" w:rsidR="0017611F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kk-KZ"/>
              </w:rPr>
              <w:t>2026 жылғы 1 қарашаға дейін</w:t>
            </w:r>
          </w:p>
        </w:tc>
        <w:tc>
          <w:tcPr>
            <w:tcW w:w="2758" w:type="dxa"/>
            <w:vAlign w:val="center"/>
          </w:tcPr>
          <w:p w14:paraId="753371A2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EF28A5" w14:paraId="1AFD533D" w14:textId="77777777" w:rsidTr="00FB32D6">
        <w:tc>
          <w:tcPr>
            <w:tcW w:w="534" w:type="dxa"/>
            <w:vAlign w:val="center"/>
          </w:tcPr>
          <w:p w14:paraId="4DFD39F4" w14:textId="77777777" w:rsidR="0009518A" w:rsidRDefault="0009518A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3</w:t>
            </w:r>
          </w:p>
        </w:tc>
        <w:tc>
          <w:tcPr>
            <w:tcW w:w="4980" w:type="dxa"/>
            <w:vAlign w:val="center"/>
          </w:tcPr>
          <w:p w14:paraId="06A52F25" w14:textId="715C9034" w:rsidR="0009518A" w:rsidRPr="0017611F" w:rsidRDefault="00CE312D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Өтініш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берушінің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өрт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қауіпсіздігі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бойынша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ғылыми-техникалық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құжаттама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бөлігіндегі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ұсынысын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CE312D">
              <w:rPr>
                <w:rFonts w:cs="Times New Roman"/>
                <w:szCs w:val="24"/>
                <w:lang w:val="ru-RU"/>
              </w:rPr>
              <w:t>қарау</w:t>
            </w:r>
            <w:proofErr w:type="spellEnd"/>
            <w:r w:rsidRPr="00CE312D">
              <w:rPr>
                <w:rFonts w:cs="Times New Roman"/>
                <w:szCs w:val="24"/>
                <w:lang w:val="ru-RU"/>
              </w:rPr>
              <w:t>.</w:t>
            </w:r>
          </w:p>
        </w:tc>
        <w:tc>
          <w:tcPr>
            <w:tcW w:w="2758" w:type="dxa"/>
            <w:vAlign w:val="center"/>
          </w:tcPr>
          <w:p w14:paraId="0A0E4854" w14:textId="33E7592B" w:rsidR="0009518A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EF28A5">
              <w:rPr>
                <w:lang w:val="ru-RU"/>
              </w:rPr>
              <w:t>Құрылыс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және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тұрғын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үй-коммуналдық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шаруашылық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істері</w:t>
            </w:r>
            <w:proofErr w:type="spellEnd"/>
            <w:r w:rsidRPr="00EF28A5">
              <w:rPr>
                <w:lang w:val="ru-RU"/>
              </w:rPr>
              <w:t xml:space="preserve"> </w:t>
            </w:r>
            <w:proofErr w:type="spellStart"/>
            <w:r w:rsidRPr="00EF28A5">
              <w:rPr>
                <w:lang w:val="ru-RU"/>
              </w:rPr>
              <w:t>комитеті</w:t>
            </w:r>
            <w:proofErr w:type="spellEnd"/>
          </w:p>
        </w:tc>
        <w:tc>
          <w:tcPr>
            <w:tcW w:w="2758" w:type="dxa"/>
            <w:vAlign w:val="center"/>
          </w:tcPr>
          <w:p w14:paraId="60F98698" w14:textId="3303F676" w:rsidR="0009518A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2026 жылғы 1 қарашаға дейін</w:t>
            </w:r>
          </w:p>
        </w:tc>
        <w:tc>
          <w:tcPr>
            <w:tcW w:w="2758" w:type="dxa"/>
            <w:vAlign w:val="center"/>
          </w:tcPr>
          <w:p w14:paraId="5FAD6B61" w14:textId="77777777" w:rsidR="0009518A" w:rsidRPr="0017611F" w:rsidRDefault="0009518A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EF28A5" w14:paraId="72329F91" w14:textId="77777777" w:rsidTr="00FB32D6">
        <w:tc>
          <w:tcPr>
            <w:tcW w:w="534" w:type="dxa"/>
            <w:vAlign w:val="center"/>
          </w:tcPr>
          <w:p w14:paraId="036F0D53" w14:textId="77777777" w:rsidR="0017611F" w:rsidRPr="00F52ED6" w:rsidRDefault="00792207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4</w:t>
            </w:r>
          </w:p>
        </w:tc>
        <w:tc>
          <w:tcPr>
            <w:tcW w:w="4980" w:type="dxa"/>
            <w:vAlign w:val="center"/>
          </w:tcPr>
          <w:p w14:paraId="565EEB8A" w14:textId="0714FC00" w:rsidR="0017611F" w:rsidRPr="00004140" w:rsidRDefault="00DC0946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kk-KZ"/>
              </w:rPr>
            </w:pPr>
            <w:proofErr w:type="spellStart"/>
            <w:r>
              <w:rPr>
                <w:rStyle w:val="ypks7kbdpwfgdykd3qb9"/>
              </w:rPr>
              <w:t>Өтініш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берушіге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пайдалану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үшінші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елдерден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әкелінген</w:t>
            </w:r>
            <w:proofErr w:type="spellEnd"/>
            <w:r>
              <w:t xml:space="preserve"> м1б </w:t>
            </w:r>
            <w:proofErr w:type="spellStart"/>
            <w:r>
              <w:rPr>
                <w:rStyle w:val="ypks7kbdpwfgdykd3qb9"/>
              </w:rPr>
              <w:t>санатындағы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автомобильдерді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ресімдеу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тәртібі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туралы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түсініктеме</w:t>
            </w:r>
            <w:proofErr w:type="spellEnd"/>
            <w:r>
              <w:t xml:space="preserve"> </w:t>
            </w:r>
            <w:proofErr w:type="spellStart"/>
            <w:r>
              <w:t>беру</w:t>
            </w:r>
            <w:proofErr w:type="spellEnd"/>
            <w:r>
              <w:rPr>
                <w:rStyle w:val="ypks7kbdpwfgdykd3qb9"/>
              </w:rPr>
              <w:t>.</w:t>
            </w:r>
          </w:p>
        </w:tc>
        <w:tc>
          <w:tcPr>
            <w:tcW w:w="2758" w:type="dxa"/>
            <w:vAlign w:val="center"/>
          </w:tcPr>
          <w:p w14:paraId="127EE46D" w14:textId="3E6C3020" w:rsidR="0017611F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Cs w:val="24"/>
                <w:lang w:val="ru-RU"/>
              </w:rPr>
              <w:t>Өнеркәсіп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комитеті</w:t>
            </w:r>
            <w:proofErr w:type="spellEnd"/>
          </w:p>
        </w:tc>
        <w:tc>
          <w:tcPr>
            <w:tcW w:w="2758" w:type="dxa"/>
            <w:vAlign w:val="center"/>
          </w:tcPr>
          <w:p w14:paraId="1CECAA01" w14:textId="53B3BFDE" w:rsidR="00EF28A5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 xml:space="preserve">2026 жылғы 16 қазанға дейін </w:t>
            </w:r>
          </w:p>
          <w:p w14:paraId="290DF487" w14:textId="31D493EC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758" w:type="dxa"/>
            <w:vAlign w:val="center"/>
          </w:tcPr>
          <w:p w14:paraId="176AAB19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EF28A5" w14:paraId="1E5AD2AA" w14:textId="77777777" w:rsidTr="00FB32D6">
        <w:tc>
          <w:tcPr>
            <w:tcW w:w="534" w:type="dxa"/>
            <w:vAlign w:val="center"/>
          </w:tcPr>
          <w:p w14:paraId="1B207471" w14:textId="77777777" w:rsidR="0017611F" w:rsidRPr="00792207" w:rsidRDefault="00792207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5</w:t>
            </w:r>
          </w:p>
        </w:tc>
        <w:tc>
          <w:tcPr>
            <w:tcW w:w="4980" w:type="dxa"/>
            <w:vAlign w:val="center"/>
          </w:tcPr>
          <w:p w14:paraId="471FC2C8" w14:textId="5FDD3C06" w:rsidR="0017611F" w:rsidRPr="0017611F" w:rsidRDefault="00DC0946" w:rsidP="0017611F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Style w:val="ypks7kbdpwfgdykd3qb9"/>
              </w:rPr>
              <w:t>Батыс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Қазақстан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облысының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әкімдігімен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бірлесіп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оны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тиісті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пайдалану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</w:t>
            </w:r>
            <w:proofErr w:type="spellEnd"/>
            <w:r>
              <w:t xml:space="preserve"> </w:t>
            </w:r>
            <w:proofErr w:type="spellStart"/>
            <w:r>
              <w:t>кейіннен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"</w:t>
            </w:r>
            <w:proofErr w:type="spellStart"/>
            <w:r>
              <w:rPr>
                <w:rStyle w:val="ypks7kbdpwfgdykd3qb9"/>
              </w:rPr>
              <w:t>Батыс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Су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Арнасы</w:t>
            </w:r>
            <w:proofErr w:type="spellEnd"/>
            <w:r>
              <w:rPr>
                <w:rStyle w:val="ypks7kbdpwfgdykd3qb9"/>
              </w:rPr>
              <w:t>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балансына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бере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lastRenderedPageBreak/>
              <w:t>отырып</w:t>
            </w:r>
            <w:proofErr w:type="spellEnd"/>
            <w:r>
              <w:t xml:space="preserve">, </w:t>
            </w:r>
            <w:proofErr w:type="spellStart"/>
            <w:r>
              <w:rPr>
                <w:rStyle w:val="ypks7kbdpwfgdykd3qb9"/>
              </w:rPr>
              <w:t>иесіз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КСС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коммуналдық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меншікке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қабылдау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мәселесін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пысықтау</w:t>
            </w:r>
            <w:proofErr w:type="spellEnd"/>
            <w:r>
              <w:rPr>
                <w:rStyle w:val="ypks7kbdpwfgdykd3qb9"/>
              </w:rPr>
              <w:t>.</w:t>
            </w:r>
          </w:p>
        </w:tc>
        <w:tc>
          <w:tcPr>
            <w:tcW w:w="2758" w:type="dxa"/>
            <w:vAlign w:val="center"/>
          </w:tcPr>
          <w:p w14:paraId="5B516956" w14:textId="59983B41" w:rsidR="00081EF0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EF28A5">
              <w:rPr>
                <w:rFonts w:cs="Times New Roman"/>
                <w:szCs w:val="24"/>
                <w:lang w:val="ru-RU"/>
              </w:rPr>
              <w:lastRenderedPageBreak/>
              <w:t>Құрылыс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және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ТКШ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істері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комитеті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Батыс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Қазақстан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облысының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әкімдігімен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бірлесіп</w:t>
            </w:r>
            <w:proofErr w:type="spellEnd"/>
          </w:p>
        </w:tc>
        <w:tc>
          <w:tcPr>
            <w:tcW w:w="2758" w:type="dxa"/>
            <w:vAlign w:val="center"/>
          </w:tcPr>
          <w:p w14:paraId="5D42EA19" w14:textId="5FEC0E55" w:rsidR="0017611F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kk-KZ"/>
              </w:rPr>
              <w:t>2026 жылғы 1 қарашаға дейін</w:t>
            </w:r>
          </w:p>
        </w:tc>
        <w:tc>
          <w:tcPr>
            <w:tcW w:w="2758" w:type="dxa"/>
            <w:vAlign w:val="center"/>
          </w:tcPr>
          <w:p w14:paraId="6B1BA376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EF28A5" w14:paraId="56FDB7FF" w14:textId="77777777" w:rsidTr="0017611F">
        <w:tc>
          <w:tcPr>
            <w:tcW w:w="534" w:type="dxa"/>
          </w:tcPr>
          <w:p w14:paraId="1D5093B5" w14:textId="77777777" w:rsidR="0017611F" w:rsidRPr="00F52ED6" w:rsidRDefault="00081EF0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5</w:t>
            </w:r>
          </w:p>
        </w:tc>
        <w:tc>
          <w:tcPr>
            <w:tcW w:w="4980" w:type="dxa"/>
          </w:tcPr>
          <w:p w14:paraId="538BD945" w14:textId="13E8E1C2" w:rsidR="00DC0946" w:rsidRDefault="006B0936" w:rsidP="00081EF0">
            <w:pPr>
              <w:spacing w:after="0"/>
              <w:ind w:firstLine="320"/>
              <w:jc w:val="both"/>
              <w:rPr>
                <w:rFonts w:cs="Times New Roman"/>
                <w:szCs w:val="24"/>
                <w:lang w:val="kk-KZ"/>
              </w:rPr>
            </w:pPr>
            <w:r w:rsidRPr="00DC0946">
              <w:rPr>
                <w:rFonts w:cs="Times New Roman"/>
                <w:szCs w:val="24"/>
                <w:lang w:val="kk-KZ"/>
              </w:rPr>
              <w:t xml:space="preserve">Нұрым </w:t>
            </w:r>
            <w:r>
              <w:rPr>
                <w:rFonts w:cs="Times New Roman"/>
                <w:szCs w:val="24"/>
                <w:lang w:val="kk-KZ"/>
              </w:rPr>
              <w:t>азаматының т</w:t>
            </w:r>
            <w:r w:rsidR="00DC0946" w:rsidRPr="00DC0946">
              <w:rPr>
                <w:rFonts w:cs="Times New Roman"/>
                <w:szCs w:val="24"/>
                <w:lang w:val="kk-KZ"/>
              </w:rPr>
              <w:t>ұрғын үйдің жанында полигон салуға байланысты су тасқыны кезеңінде тұрғын үйді жүйелі түрде су басу мәселесі бойынша өтініштерін жеке зерделеу және қажетті шаралар қабылдау.</w:t>
            </w:r>
          </w:p>
          <w:p w14:paraId="373F5953" w14:textId="2144569E" w:rsidR="0017611F" w:rsidRPr="0017611F" w:rsidRDefault="0017611F" w:rsidP="00081EF0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758" w:type="dxa"/>
          </w:tcPr>
          <w:p w14:paraId="1452A570" w14:textId="49FEFDAB" w:rsidR="0017611F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Батыс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Қазақстан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облысының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әкімдігі</w:t>
            </w:r>
            <w:proofErr w:type="spellEnd"/>
          </w:p>
        </w:tc>
        <w:tc>
          <w:tcPr>
            <w:tcW w:w="2758" w:type="dxa"/>
          </w:tcPr>
          <w:p w14:paraId="1FCE9FE1" w14:textId="22E1E5DE" w:rsidR="00EF28A5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 xml:space="preserve">2026 жылғы 15 қазанға дейін </w:t>
            </w:r>
          </w:p>
          <w:p w14:paraId="41A17CD3" w14:textId="4F3C4512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758" w:type="dxa"/>
          </w:tcPr>
          <w:p w14:paraId="6B3E7AE6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EF28A5" w14:paraId="66EA0902" w14:textId="77777777" w:rsidTr="0017611F">
        <w:tc>
          <w:tcPr>
            <w:tcW w:w="534" w:type="dxa"/>
          </w:tcPr>
          <w:p w14:paraId="5E88A7F2" w14:textId="77777777" w:rsidR="0017611F" w:rsidRPr="00081EF0" w:rsidRDefault="00081EF0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6</w:t>
            </w:r>
          </w:p>
        </w:tc>
        <w:tc>
          <w:tcPr>
            <w:tcW w:w="4980" w:type="dxa"/>
          </w:tcPr>
          <w:p w14:paraId="3B9FE7D9" w14:textId="156C726D" w:rsidR="0017611F" w:rsidRPr="0017611F" w:rsidRDefault="00CE312D" w:rsidP="00CE312D">
            <w:pPr>
              <w:spacing w:after="0"/>
              <w:ind w:firstLine="320"/>
              <w:jc w:val="both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Cs w:val="24"/>
                <w:lang w:val="ru-RU"/>
              </w:rPr>
              <w:t>Өтініш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берушіге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құрылыс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саласындағы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ақпараттық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жүйенің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жұмыс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істеуі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бөлігінде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түсіндірме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беру</w:t>
            </w:r>
            <w:r w:rsidR="006B0936" w:rsidRPr="006B0936">
              <w:rPr>
                <w:rFonts w:cs="Times New Roman"/>
                <w:szCs w:val="24"/>
                <w:lang w:val="ru-RU"/>
              </w:rPr>
              <w:t>.</w:t>
            </w:r>
          </w:p>
        </w:tc>
        <w:tc>
          <w:tcPr>
            <w:tcW w:w="2758" w:type="dxa"/>
          </w:tcPr>
          <w:p w14:paraId="008E501E" w14:textId="2463A77A" w:rsidR="0017611F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Cs w:val="24"/>
                <w:lang w:val="ru-RU"/>
              </w:rPr>
              <w:t>Цифрлық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r w:rsidRPr="00EF28A5">
              <w:rPr>
                <w:rFonts w:cs="Times New Roman"/>
                <w:szCs w:val="24"/>
                <w:lang w:val="ru-RU"/>
              </w:rPr>
              <w:t xml:space="preserve">трансформация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департаменті</w:t>
            </w:r>
            <w:proofErr w:type="spellEnd"/>
          </w:p>
        </w:tc>
        <w:tc>
          <w:tcPr>
            <w:tcW w:w="2758" w:type="dxa"/>
          </w:tcPr>
          <w:p w14:paraId="6EA45208" w14:textId="71E5C037" w:rsidR="0017611F" w:rsidRPr="0017611F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kk-KZ"/>
              </w:rPr>
              <w:t>2026 жылғы 1 қарашаға дейін</w:t>
            </w:r>
          </w:p>
        </w:tc>
        <w:tc>
          <w:tcPr>
            <w:tcW w:w="2758" w:type="dxa"/>
          </w:tcPr>
          <w:p w14:paraId="30EBF385" w14:textId="77777777" w:rsidR="0017611F" w:rsidRPr="0017611F" w:rsidRDefault="0017611F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  <w:tr w:rsidR="00EF28A5" w14:paraId="3821767D" w14:textId="77777777" w:rsidTr="0017611F">
        <w:tc>
          <w:tcPr>
            <w:tcW w:w="534" w:type="dxa"/>
          </w:tcPr>
          <w:p w14:paraId="3B688DCF" w14:textId="77777777" w:rsidR="00BD342E" w:rsidRDefault="00BD342E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7</w:t>
            </w:r>
          </w:p>
        </w:tc>
        <w:tc>
          <w:tcPr>
            <w:tcW w:w="4980" w:type="dxa"/>
          </w:tcPr>
          <w:p w14:paraId="3515103F" w14:textId="7C6E7C70" w:rsidR="00BD342E" w:rsidRPr="00CE312D" w:rsidRDefault="00DC6626" w:rsidP="00CE312D">
            <w:pPr>
              <w:spacing w:after="0"/>
              <w:ind w:firstLine="320"/>
              <w:jc w:val="both"/>
              <w:rPr>
                <w:rFonts w:cs="Times New Roman"/>
                <w:szCs w:val="24"/>
                <w:lang w:val="kk-KZ"/>
              </w:rPr>
            </w:pPr>
            <w:r w:rsidRPr="00DC6626">
              <w:rPr>
                <w:rFonts w:cs="Times New Roman"/>
                <w:szCs w:val="24"/>
                <w:lang w:val="kk-KZ"/>
              </w:rPr>
              <w:t>Батыс Қазақстан облысының әкімдігі а</w:t>
            </w:r>
            <w:r>
              <w:rPr>
                <w:rFonts w:cs="Times New Roman"/>
                <w:szCs w:val="24"/>
                <w:lang w:val="kk-KZ"/>
              </w:rPr>
              <w:t xml:space="preserve">паптты </w:t>
            </w:r>
            <w:r w:rsidRPr="00DC6626">
              <w:rPr>
                <w:rFonts w:cs="Times New Roman"/>
                <w:szCs w:val="24"/>
                <w:lang w:val="kk-KZ"/>
              </w:rPr>
              <w:t xml:space="preserve">және ескі тұрғын үйлер бойынша мәселелерді, оның ішінде Орал қаласы, Қ.Аманжолов көшесі, 32 мекенжайы бойынша </w:t>
            </w:r>
            <w:r>
              <w:rPr>
                <w:rFonts w:cs="Times New Roman"/>
                <w:szCs w:val="24"/>
                <w:lang w:val="kk-KZ"/>
              </w:rPr>
              <w:t xml:space="preserve">мәселелерді </w:t>
            </w:r>
            <w:r w:rsidRPr="00DC6626">
              <w:rPr>
                <w:rFonts w:cs="Times New Roman"/>
                <w:szCs w:val="24"/>
                <w:lang w:val="kk-KZ"/>
              </w:rPr>
              <w:t xml:space="preserve">қарасын. Комиссиялық тексеру жүргiзу, заңнамада белгiленген тәртiппен үйдi </w:t>
            </w:r>
            <w:r>
              <w:rPr>
                <w:rFonts w:cs="Times New Roman"/>
                <w:szCs w:val="24"/>
                <w:lang w:val="kk-KZ"/>
              </w:rPr>
              <w:t>апатты</w:t>
            </w:r>
            <w:r w:rsidRPr="00DC6626">
              <w:rPr>
                <w:rFonts w:cs="Times New Roman"/>
                <w:szCs w:val="24"/>
                <w:lang w:val="kk-KZ"/>
              </w:rPr>
              <w:t xml:space="preserve"> деп тану және тұрғындарды одан әрi көшiру мәселесiн қара</w:t>
            </w:r>
            <w:r>
              <w:rPr>
                <w:rFonts w:cs="Times New Roman"/>
                <w:szCs w:val="24"/>
                <w:lang w:val="kk-KZ"/>
              </w:rPr>
              <w:t>стыр</w:t>
            </w:r>
            <w:r w:rsidRPr="00DC6626">
              <w:rPr>
                <w:rFonts w:cs="Times New Roman"/>
                <w:szCs w:val="24"/>
                <w:lang w:val="kk-KZ"/>
              </w:rPr>
              <w:t>у.</w:t>
            </w:r>
            <w:bookmarkStart w:id="0" w:name="_GoBack"/>
            <w:bookmarkEnd w:id="0"/>
          </w:p>
        </w:tc>
        <w:tc>
          <w:tcPr>
            <w:tcW w:w="2758" w:type="dxa"/>
          </w:tcPr>
          <w:p w14:paraId="041D16C2" w14:textId="0B9D020F" w:rsidR="00BD342E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Батыс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Қазақстан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облысының</w:t>
            </w:r>
            <w:proofErr w:type="spellEnd"/>
            <w:r w:rsidRPr="00EF28A5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EF28A5">
              <w:rPr>
                <w:rFonts w:cs="Times New Roman"/>
                <w:szCs w:val="24"/>
                <w:lang w:val="ru-RU"/>
              </w:rPr>
              <w:t>әкімдігі</w:t>
            </w:r>
            <w:proofErr w:type="spellEnd"/>
          </w:p>
        </w:tc>
        <w:tc>
          <w:tcPr>
            <w:tcW w:w="2758" w:type="dxa"/>
          </w:tcPr>
          <w:p w14:paraId="6AFECA18" w14:textId="61578E88" w:rsidR="00BD342E" w:rsidRDefault="00EF28A5" w:rsidP="0017611F">
            <w:pPr>
              <w:spacing w:after="0"/>
              <w:jc w:val="center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2026 жылғы 1 қарашаға дейін</w:t>
            </w:r>
          </w:p>
        </w:tc>
        <w:tc>
          <w:tcPr>
            <w:tcW w:w="2758" w:type="dxa"/>
          </w:tcPr>
          <w:p w14:paraId="4B9BEEB5" w14:textId="77777777" w:rsidR="00BD342E" w:rsidRPr="0017611F" w:rsidRDefault="00BD342E" w:rsidP="0017611F">
            <w:pPr>
              <w:spacing w:after="0"/>
              <w:jc w:val="center"/>
              <w:rPr>
                <w:rFonts w:cs="Times New Roman"/>
                <w:szCs w:val="24"/>
                <w:lang w:val="ru-RU"/>
              </w:rPr>
            </w:pPr>
          </w:p>
        </w:tc>
      </w:tr>
    </w:tbl>
    <w:p w14:paraId="76CB5FFD" w14:textId="77777777" w:rsidR="0017611F" w:rsidRDefault="0017611F" w:rsidP="0017611F">
      <w:pPr>
        <w:spacing w:after="0" w:line="240" w:lineRule="auto"/>
        <w:jc w:val="center"/>
        <w:rPr>
          <w:lang w:val="ru-RU"/>
        </w:rPr>
      </w:pPr>
    </w:p>
    <w:p w14:paraId="732E7128" w14:textId="77777777" w:rsidR="0017611F" w:rsidRPr="0017611F" w:rsidRDefault="0017611F" w:rsidP="0017611F">
      <w:pPr>
        <w:spacing w:after="0" w:line="240" w:lineRule="auto"/>
        <w:jc w:val="center"/>
        <w:rPr>
          <w:lang w:val="ru-RU"/>
        </w:rPr>
      </w:pPr>
    </w:p>
    <w:sectPr w:rsidR="0017611F" w:rsidRPr="0017611F" w:rsidSect="0017611F">
      <w:headerReference w:type="default" r:id="rId8"/>
      <w:pgSz w:w="15840" w:h="12240" w:orient="landscape"/>
      <w:pgMar w:top="964" w:right="1134" w:bottom="964" w:left="1134" w:header="720" w:footer="720" w:gutter="0"/>
      <w:cols w:space="720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06.10.2026 17:28 Кажкенов Куандык Жумабекович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C6F3B" w14:textId="77777777" w:rsidR="00431CBD" w:rsidRDefault="00431CBD" w:rsidP="00FB1918">
      <w:pPr>
        <w:spacing w:after="0" w:line="240" w:lineRule="auto"/>
      </w:pPr>
      <w:r>
        <w:separator/>
      </w:r>
    </w:p>
  </w:endnote>
  <w:endnote w:type="continuationSeparator" w:id="0">
    <w:p w14:paraId="4B567EB4" w14:textId="77777777" w:rsidR="00431CBD" w:rsidRDefault="00431CB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07.10.2026 11:27.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02D43" w14:textId="77777777" w:rsidR="00431CBD" w:rsidRDefault="00431CBD" w:rsidP="00FB1918">
      <w:pPr>
        <w:spacing w:after="0" w:line="240" w:lineRule="auto"/>
      </w:pPr>
      <w:r>
        <w:separator/>
      </w:r>
    </w:p>
  </w:footnote>
  <w:footnote w:type="continuationSeparator" w:id="0">
    <w:p w14:paraId="4CD3514D" w14:textId="77777777" w:rsidR="00431CBD" w:rsidRDefault="00431CB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1F21E" w14:textId="77777777" w:rsidR="003D52A9" w:rsidRDefault="00431CBD">
    <w:r>
      <w:rPr>
        <w:noProof/>
      </w:rPr>
      <w:pict w14:anchorId="1B3E66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Ражман А. Қ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Омарова Камеш Закарияновна 07.10.2026 11:2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140"/>
    <w:rsid w:val="0003134B"/>
    <w:rsid w:val="00034616"/>
    <w:rsid w:val="0006063C"/>
    <w:rsid w:val="00080012"/>
    <w:rsid w:val="00081EF0"/>
    <w:rsid w:val="0009518A"/>
    <w:rsid w:val="0011405C"/>
    <w:rsid w:val="0015074B"/>
    <w:rsid w:val="0017611F"/>
    <w:rsid w:val="00223492"/>
    <w:rsid w:val="0029639D"/>
    <w:rsid w:val="00326F90"/>
    <w:rsid w:val="0033119E"/>
    <w:rsid w:val="003E3171"/>
    <w:rsid w:val="003F34A4"/>
    <w:rsid w:val="00431CBD"/>
    <w:rsid w:val="0046039D"/>
    <w:rsid w:val="00475483"/>
    <w:rsid w:val="004D15DA"/>
    <w:rsid w:val="005D43F8"/>
    <w:rsid w:val="00603359"/>
    <w:rsid w:val="006B0936"/>
    <w:rsid w:val="006E146B"/>
    <w:rsid w:val="007906D6"/>
    <w:rsid w:val="00792207"/>
    <w:rsid w:val="00A879A1"/>
    <w:rsid w:val="00AA1D8D"/>
    <w:rsid w:val="00B47730"/>
    <w:rsid w:val="00B96B27"/>
    <w:rsid w:val="00BD342E"/>
    <w:rsid w:val="00C40C5F"/>
    <w:rsid w:val="00C52063"/>
    <w:rsid w:val="00C53FD4"/>
    <w:rsid w:val="00CB0664"/>
    <w:rsid w:val="00CE312D"/>
    <w:rsid w:val="00CF4F07"/>
    <w:rsid w:val="00D10496"/>
    <w:rsid w:val="00D2790A"/>
    <w:rsid w:val="00D93E4C"/>
    <w:rsid w:val="00DC0946"/>
    <w:rsid w:val="00DC6626"/>
    <w:rsid w:val="00E84C00"/>
    <w:rsid w:val="00EF28A5"/>
    <w:rsid w:val="00F52ED6"/>
    <w:rsid w:val="00F53B3F"/>
    <w:rsid w:val="00F877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58ED4D23"/>
  <w14:defaultImageDpi w14:val="300"/>
  <w15:docId w15:val="{2A877C79-BC16-47A5-A5DE-206A91B1DA42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ypks7kbdpwfgdykd3qb9">
    <w:name w:val="ypks7kbdpwfgdykd3qb9"/>
    <w:basedOn w:val="a2"/>
    <w:rsid w:val="00DC0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60" Type="http://schemas.openxmlformats.org/officeDocument/2006/relationships/image" Target="media/image960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B8000E-1C54-4719-83C8-68A233831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dcterms:created xsi:type="dcterms:W3CDTF">2026-10-05T06:22:00Z</dcterms:created>
  <dcterms:modified xsi:type="dcterms:W3CDTF">2026-10-06T07:30:00Z</dcterms:modified>
  <cp:category/>
</cp:coreProperties>
</file>