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BE691B" w14:textId="77777777" w:rsidR="00EA0F0B" w:rsidRPr="007F226B" w:rsidRDefault="007F226B" w:rsidP="007F226B">
      <w:pPr>
        <w:jc w:val="right"/>
        <w:rPr>
          <w:lang w:val="ru-RU"/>
        </w:rPr>
      </w:pPr>
      <w:r w:rsidRPr="007F226B">
        <w:rPr>
          <w:lang w:val="ru-RU"/>
        </w:rPr>
        <w:t>Утверждена приказом Министра финансов Республики Казахстан от 28 августа 2024 года № 590, форма</w:t>
      </w:r>
    </w:p>
    <w:p w14:paraId="2BD2EB2E" w14:textId="77777777" w:rsidR="00EA0F0B" w:rsidRPr="007F226B" w:rsidRDefault="007F226B" w:rsidP="007F226B">
      <w:pPr>
        <w:jc w:val="center"/>
        <w:rPr>
          <w:lang w:val="ru-RU"/>
        </w:rPr>
      </w:pPr>
      <w:r w:rsidRPr="007F226B">
        <w:rPr>
          <w:b/>
          <w:lang w:val="ru-RU"/>
        </w:rPr>
        <w:t>РЕЕСТР ТРЕБОВАНИЙ КРЕДИТОРОВ</w:t>
      </w:r>
      <w:r w:rsidRPr="007F226B">
        <w:rPr>
          <w:b/>
          <w:lang w:val="ru-RU"/>
        </w:rPr>
        <w:br/>
        <w:t>по восстановлению платежеспособности</w:t>
      </w:r>
    </w:p>
    <w:p w14:paraId="55950A4B" w14:textId="77777777" w:rsidR="00EA0F0B" w:rsidRPr="007F226B" w:rsidRDefault="007F226B" w:rsidP="007F226B">
      <w:pPr>
        <w:jc w:val="center"/>
        <w:rPr>
          <w:lang w:val="ru-RU"/>
        </w:rPr>
      </w:pPr>
      <w:proofErr w:type="spellStart"/>
      <w:r w:rsidRPr="007F226B">
        <w:rPr>
          <w:lang w:val="ru-RU"/>
        </w:rPr>
        <w:t>Идришева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Жанар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Ергасыловна</w:t>
      </w:r>
      <w:proofErr w:type="spellEnd"/>
      <w:r w:rsidRPr="007F226B">
        <w:rPr>
          <w:lang w:val="ru-RU"/>
        </w:rPr>
        <w:t>, ИИН 901017400059</w:t>
      </w:r>
      <w:r w:rsidRPr="007F226B">
        <w:rPr>
          <w:lang w:val="ru-RU"/>
        </w:rPr>
        <w:br/>
        <w:t>г. Алматы</w:t>
      </w:r>
      <w:r w:rsidRPr="007F226B">
        <w:rPr>
          <w:lang w:val="ru-RU"/>
        </w:rPr>
        <w:br/>
        <w:t xml:space="preserve">Дата формирования: «25» </w:t>
      </w:r>
      <w:r w:rsidRPr="007F226B">
        <w:rPr>
          <w:lang w:val="ru-RU"/>
        </w:rPr>
        <w:t>сентября 2026 года</w:t>
      </w:r>
    </w:p>
    <w:tbl>
      <w:tblPr>
        <w:tblStyle w:val="TableGrid"/>
        <w:tblW w:w="10710" w:type="dxa"/>
        <w:tblInd w:w="-1062" w:type="dxa"/>
        <w:tblLook w:val="04A0" w:firstRow="1" w:lastRow="0" w:firstColumn="1" w:lastColumn="0" w:noHBand="0" w:noVBand="1"/>
      </w:tblPr>
      <w:tblGrid>
        <w:gridCol w:w="417"/>
        <w:gridCol w:w="1769"/>
        <w:gridCol w:w="1182"/>
        <w:gridCol w:w="1653"/>
        <w:gridCol w:w="1811"/>
        <w:gridCol w:w="1340"/>
        <w:gridCol w:w="1544"/>
        <w:gridCol w:w="1356"/>
      </w:tblGrid>
      <w:tr w:rsidR="00EA0F0B" w14:paraId="55A03458" w14:textId="77777777" w:rsidTr="007F226B">
        <w:tc>
          <w:tcPr>
            <w:tcW w:w="392" w:type="dxa"/>
          </w:tcPr>
          <w:p w14:paraId="51B8BD21" w14:textId="77777777" w:rsidR="00EA0F0B" w:rsidRDefault="007F226B">
            <w:r>
              <w:rPr>
                <w:b/>
                <w:sz w:val="20"/>
              </w:rPr>
              <w:t>№</w:t>
            </w:r>
          </w:p>
        </w:tc>
        <w:tc>
          <w:tcPr>
            <w:tcW w:w="1577" w:type="dxa"/>
          </w:tcPr>
          <w:p w14:paraId="373C8BAE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b/>
                <w:sz w:val="20"/>
                <w:lang w:val="ru-RU"/>
              </w:rPr>
              <w:t>Ф.И.О. (при его наличии) / наименование кредитора</w:t>
            </w:r>
          </w:p>
        </w:tc>
        <w:tc>
          <w:tcPr>
            <w:tcW w:w="1063" w:type="dxa"/>
          </w:tcPr>
          <w:p w14:paraId="28C7733F" w14:textId="77777777" w:rsidR="00EA0F0B" w:rsidRDefault="007F226B">
            <w:r>
              <w:rPr>
                <w:b/>
                <w:sz w:val="20"/>
              </w:rPr>
              <w:t xml:space="preserve">ИИН/БИН </w:t>
            </w:r>
            <w:proofErr w:type="spellStart"/>
            <w:r>
              <w:rPr>
                <w:b/>
                <w:sz w:val="20"/>
              </w:rPr>
              <w:t>кредитора</w:t>
            </w:r>
            <w:proofErr w:type="spellEnd"/>
          </w:p>
        </w:tc>
        <w:tc>
          <w:tcPr>
            <w:tcW w:w="1476" w:type="dxa"/>
          </w:tcPr>
          <w:p w14:paraId="069CF3FC" w14:textId="77777777" w:rsidR="00EA0F0B" w:rsidRDefault="007F226B"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предъявленных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требований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тенге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614" w:type="dxa"/>
          </w:tcPr>
          <w:p w14:paraId="4E48B195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b/>
                <w:sz w:val="20"/>
                <w:lang w:val="ru-RU"/>
              </w:rPr>
              <w:t>Документы, подтверждающие обоснованность принятого финансовым управляющим решения (наименование, дата, номер), дата возникновени</w:t>
            </w:r>
            <w:r w:rsidRPr="007F226B">
              <w:rPr>
                <w:b/>
                <w:sz w:val="20"/>
                <w:lang w:val="ru-RU"/>
              </w:rPr>
              <w:t>я задолженности</w:t>
            </w:r>
          </w:p>
        </w:tc>
        <w:tc>
          <w:tcPr>
            <w:tcW w:w="1201" w:type="dxa"/>
          </w:tcPr>
          <w:p w14:paraId="55D19352" w14:textId="77777777" w:rsidR="00EA0F0B" w:rsidRDefault="007F226B"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признанных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требований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тенге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1380" w:type="dxa"/>
          </w:tcPr>
          <w:p w14:paraId="640D83BC" w14:textId="77777777" w:rsidR="00EA0F0B" w:rsidRDefault="007F226B">
            <w:proofErr w:type="spellStart"/>
            <w:r>
              <w:rPr>
                <w:b/>
                <w:sz w:val="20"/>
              </w:rPr>
              <w:t>Сумма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непризнанных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требований</w:t>
            </w:r>
            <w:proofErr w:type="spellEnd"/>
            <w:r>
              <w:rPr>
                <w:b/>
                <w:sz w:val="20"/>
              </w:rPr>
              <w:t xml:space="preserve"> (</w:t>
            </w:r>
            <w:proofErr w:type="spellStart"/>
            <w:r>
              <w:rPr>
                <w:b/>
                <w:sz w:val="20"/>
              </w:rPr>
              <w:t>тенге</w:t>
            </w:r>
            <w:proofErr w:type="spellEnd"/>
            <w:r>
              <w:rPr>
                <w:b/>
                <w:sz w:val="20"/>
              </w:rPr>
              <w:t>)</w:t>
            </w:r>
          </w:p>
        </w:tc>
        <w:tc>
          <w:tcPr>
            <w:tcW w:w="2007" w:type="dxa"/>
          </w:tcPr>
          <w:p w14:paraId="7583A00E" w14:textId="77777777" w:rsidR="00EA0F0B" w:rsidRDefault="007F226B">
            <w:proofErr w:type="spellStart"/>
            <w:r>
              <w:rPr>
                <w:b/>
                <w:sz w:val="20"/>
              </w:rPr>
              <w:t>Примечание</w:t>
            </w:r>
            <w:proofErr w:type="spellEnd"/>
          </w:p>
        </w:tc>
      </w:tr>
      <w:tr w:rsidR="00EA0F0B" w14:paraId="6E02FAD6" w14:textId="77777777" w:rsidTr="007F226B">
        <w:tc>
          <w:tcPr>
            <w:tcW w:w="392" w:type="dxa"/>
          </w:tcPr>
          <w:p w14:paraId="7E04E629" w14:textId="77777777" w:rsidR="00EA0F0B" w:rsidRDefault="007F226B">
            <w:r>
              <w:rPr>
                <w:sz w:val="20"/>
              </w:rPr>
              <w:t>1.</w:t>
            </w:r>
          </w:p>
        </w:tc>
        <w:tc>
          <w:tcPr>
            <w:tcW w:w="1577" w:type="dxa"/>
          </w:tcPr>
          <w:p w14:paraId="1CFEBD11" w14:textId="77777777" w:rsidR="00EA0F0B" w:rsidRDefault="007F226B">
            <w:proofErr w:type="spellStart"/>
            <w:r>
              <w:rPr>
                <w:sz w:val="20"/>
              </w:rPr>
              <w:t>Первая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очередь</w:t>
            </w:r>
            <w:proofErr w:type="spellEnd"/>
          </w:p>
        </w:tc>
        <w:tc>
          <w:tcPr>
            <w:tcW w:w="1063" w:type="dxa"/>
          </w:tcPr>
          <w:p w14:paraId="73A7E68D" w14:textId="77777777" w:rsidR="00EA0F0B" w:rsidRDefault="00EA0F0B"/>
        </w:tc>
        <w:tc>
          <w:tcPr>
            <w:tcW w:w="1476" w:type="dxa"/>
          </w:tcPr>
          <w:p w14:paraId="0B44A3F7" w14:textId="77777777" w:rsidR="00EA0F0B" w:rsidRDefault="00EA0F0B"/>
        </w:tc>
        <w:tc>
          <w:tcPr>
            <w:tcW w:w="1614" w:type="dxa"/>
          </w:tcPr>
          <w:p w14:paraId="6352EE34" w14:textId="77777777" w:rsidR="00EA0F0B" w:rsidRDefault="00EA0F0B"/>
        </w:tc>
        <w:tc>
          <w:tcPr>
            <w:tcW w:w="1201" w:type="dxa"/>
          </w:tcPr>
          <w:p w14:paraId="7F8938EC" w14:textId="77777777" w:rsidR="00EA0F0B" w:rsidRDefault="00EA0F0B"/>
        </w:tc>
        <w:tc>
          <w:tcPr>
            <w:tcW w:w="1380" w:type="dxa"/>
          </w:tcPr>
          <w:p w14:paraId="4E59B57D" w14:textId="77777777" w:rsidR="00EA0F0B" w:rsidRDefault="00EA0F0B"/>
        </w:tc>
        <w:tc>
          <w:tcPr>
            <w:tcW w:w="2007" w:type="dxa"/>
          </w:tcPr>
          <w:p w14:paraId="62944AB5" w14:textId="77777777" w:rsidR="00EA0F0B" w:rsidRDefault="00EA0F0B"/>
        </w:tc>
      </w:tr>
      <w:tr w:rsidR="00EA0F0B" w14:paraId="458B4CE1" w14:textId="77777777" w:rsidTr="007F226B">
        <w:tc>
          <w:tcPr>
            <w:tcW w:w="392" w:type="dxa"/>
          </w:tcPr>
          <w:p w14:paraId="035DD1F7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577" w:type="dxa"/>
          </w:tcPr>
          <w:p w14:paraId="414CABB3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 по взысканию задолженности по возмещению вреда, причиненного жизни или здоровью</w:t>
            </w:r>
          </w:p>
        </w:tc>
        <w:tc>
          <w:tcPr>
            <w:tcW w:w="1063" w:type="dxa"/>
          </w:tcPr>
          <w:p w14:paraId="3563C9FE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5048F88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1A742CEA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75EBD1D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72DF08B6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15E3104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0872A050" w14:textId="77777777" w:rsidTr="007F226B">
        <w:tc>
          <w:tcPr>
            <w:tcW w:w="392" w:type="dxa"/>
          </w:tcPr>
          <w:p w14:paraId="0C113945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577" w:type="dxa"/>
          </w:tcPr>
          <w:p w14:paraId="0BCEC444" w14:textId="77777777" w:rsidR="00EA0F0B" w:rsidRDefault="007F226B">
            <w:r>
              <w:rPr>
                <w:sz w:val="20"/>
              </w:rPr>
              <w:t>Требования по взысканию алиментов</w:t>
            </w:r>
          </w:p>
        </w:tc>
        <w:tc>
          <w:tcPr>
            <w:tcW w:w="1063" w:type="dxa"/>
          </w:tcPr>
          <w:p w14:paraId="164C2106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019B9F20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4A344E17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53A49C6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6D11DF4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61AEC2C3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57227190" w14:textId="77777777" w:rsidTr="007F226B">
        <w:tc>
          <w:tcPr>
            <w:tcW w:w="392" w:type="dxa"/>
          </w:tcPr>
          <w:p w14:paraId="307CDF00" w14:textId="77777777" w:rsidR="00EA0F0B" w:rsidRDefault="00EA0F0B"/>
        </w:tc>
        <w:tc>
          <w:tcPr>
            <w:tcW w:w="1577" w:type="dxa"/>
          </w:tcPr>
          <w:p w14:paraId="4183D6D8" w14:textId="77777777" w:rsidR="00EA0F0B" w:rsidRDefault="007F226B">
            <w:r>
              <w:rPr>
                <w:sz w:val="20"/>
              </w:rPr>
              <w:t>Итого по очереди:</w:t>
            </w:r>
          </w:p>
        </w:tc>
        <w:tc>
          <w:tcPr>
            <w:tcW w:w="1063" w:type="dxa"/>
          </w:tcPr>
          <w:p w14:paraId="79D6001F" w14:textId="77777777" w:rsidR="00EA0F0B" w:rsidRDefault="00EA0F0B"/>
        </w:tc>
        <w:tc>
          <w:tcPr>
            <w:tcW w:w="1476" w:type="dxa"/>
          </w:tcPr>
          <w:p w14:paraId="21CF956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33A473A7" w14:textId="77777777" w:rsidR="00EA0F0B" w:rsidRDefault="00EA0F0B"/>
        </w:tc>
        <w:tc>
          <w:tcPr>
            <w:tcW w:w="1201" w:type="dxa"/>
          </w:tcPr>
          <w:p w14:paraId="46F5AD9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5A10CD6C" w14:textId="77777777" w:rsidR="00EA0F0B" w:rsidRDefault="00EA0F0B"/>
        </w:tc>
        <w:tc>
          <w:tcPr>
            <w:tcW w:w="2007" w:type="dxa"/>
          </w:tcPr>
          <w:p w14:paraId="51A58D16" w14:textId="77777777" w:rsidR="00EA0F0B" w:rsidRDefault="00EA0F0B"/>
        </w:tc>
      </w:tr>
      <w:tr w:rsidR="00EA0F0B" w14:paraId="46C1C99B" w14:textId="77777777" w:rsidTr="007F226B">
        <w:tc>
          <w:tcPr>
            <w:tcW w:w="392" w:type="dxa"/>
          </w:tcPr>
          <w:p w14:paraId="5F6B82B8" w14:textId="77777777" w:rsidR="00EA0F0B" w:rsidRDefault="007F226B">
            <w:r>
              <w:rPr>
                <w:sz w:val="20"/>
              </w:rPr>
              <w:t>2.</w:t>
            </w:r>
          </w:p>
        </w:tc>
        <w:tc>
          <w:tcPr>
            <w:tcW w:w="1577" w:type="dxa"/>
          </w:tcPr>
          <w:p w14:paraId="3A82ABC7" w14:textId="77777777" w:rsidR="00EA0F0B" w:rsidRDefault="007F226B">
            <w:r>
              <w:rPr>
                <w:sz w:val="20"/>
              </w:rPr>
              <w:t>Вторая очередь</w:t>
            </w:r>
          </w:p>
        </w:tc>
        <w:tc>
          <w:tcPr>
            <w:tcW w:w="1063" w:type="dxa"/>
          </w:tcPr>
          <w:p w14:paraId="4204D074" w14:textId="77777777" w:rsidR="00EA0F0B" w:rsidRDefault="00EA0F0B"/>
        </w:tc>
        <w:tc>
          <w:tcPr>
            <w:tcW w:w="1476" w:type="dxa"/>
          </w:tcPr>
          <w:p w14:paraId="4DBDBFD7" w14:textId="77777777" w:rsidR="00EA0F0B" w:rsidRDefault="00EA0F0B"/>
        </w:tc>
        <w:tc>
          <w:tcPr>
            <w:tcW w:w="1614" w:type="dxa"/>
          </w:tcPr>
          <w:p w14:paraId="037582CF" w14:textId="77777777" w:rsidR="00EA0F0B" w:rsidRDefault="00EA0F0B"/>
        </w:tc>
        <w:tc>
          <w:tcPr>
            <w:tcW w:w="1201" w:type="dxa"/>
          </w:tcPr>
          <w:p w14:paraId="4E2801A9" w14:textId="77777777" w:rsidR="00EA0F0B" w:rsidRDefault="00EA0F0B"/>
        </w:tc>
        <w:tc>
          <w:tcPr>
            <w:tcW w:w="1380" w:type="dxa"/>
          </w:tcPr>
          <w:p w14:paraId="6FD48EA7" w14:textId="77777777" w:rsidR="00EA0F0B" w:rsidRDefault="00EA0F0B"/>
        </w:tc>
        <w:tc>
          <w:tcPr>
            <w:tcW w:w="2007" w:type="dxa"/>
          </w:tcPr>
          <w:p w14:paraId="487189D7" w14:textId="77777777" w:rsidR="00EA0F0B" w:rsidRDefault="00EA0F0B"/>
        </w:tc>
      </w:tr>
      <w:tr w:rsidR="00EA0F0B" w14:paraId="3688BBEC" w14:textId="77777777" w:rsidTr="007F226B">
        <w:tc>
          <w:tcPr>
            <w:tcW w:w="392" w:type="dxa"/>
          </w:tcPr>
          <w:p w14:paraId="13602A9C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577" w:type="dxa"/>
          </w:tcPr>
          <w:p w14:paraId="6B4F5A57" w14:textId="77777777" w:rsidR="00EA0F0B" w:rsidRDefault="007F226B">
            <w:r>
              <w:rPr>
                <w:sz w:val="20"/>
              </w:rPr>
              <w:t>Налоговая задолженность</w:t>
            </w:r>
          </w:p>
        </w:tc>
        <w:tc>
          <w:tcPr>
            <w:tcW w:w="1063" w:type="dxa"/>
          </w:tcPr>
          <w:p w14:paraId="5E49BA3C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4D7A68B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6C10E57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5F3EDE2A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09DDE16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201DE938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4D37A182" w14:textId="77777777" w:rsidTr="007F226B">
        <w:tc>
          <w:tcPr>
            <w:tcW w:w="392" w:type="dxa"/>
          </w:tcPr>
          <w:p w14:paraId="369E1784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577" w:type="dxa"/>
          </w:tcPr>
          <w:p w14:paraId="69F8E111" w14:textId="77777777" w:rsidR="00EA0F0B" w:rsidRDefault="007F226B">
            <w:r>
              <w:rPr>
                <w:sz w:val="20"/>
              </w:rPr>
              <w:t>Задолженность по таможенным платежам</w:t>
            </w:r>
          </w:p>
        </w:tc>
        <w:tc>
          <w:tcPr>
            <w:tcW w:w="1063" w:type="dxa"/>
          </w:tcPr>
          <w:p w14:paraId="0BDF3946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0DA4DBB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088DD88C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44B916E6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0BB05D8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0801EEED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46253D49" w14:textId="77777777" w:rsidTr="007F226B">
        <w:tc>
          <w:tcPr>
            <w:tcW w:w="392" w:type="dxa"/>
          </w:tcPr>
          <w:p w14:paraId="6A3BE6E5" w14:textId="77777777" w:rsidR="00EA0F0B" w:rsidRDefault="007F226B">
            <w:r>
              <w:rPr>
                <w:sz w:val="20"/>
              </w:rPr>
              <w:t>3)</w:t>
            </w:r>
          </w:p>
        </w:tc>
        <w:tc>
          <w:tcPr>
            <w:tcW w:w="1577" w:type="dxa"/>
          </w:tcPr>
          <w:p w14:paraId="1715C3E6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Задолженность по обязательным платежам в бюджет</w:t>
            </w:r>
          </w:p>
        </w:tc>
        <w:tc>
          <w:tcPr>
            <w:tcW w:w="1063" w:type="dxa"/>
          </w:tcPr>
          <w:p w14:paraId="390906D4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A57B64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01F98629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5C9C92B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7DB606D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4B31876D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226EB76E" w14:textId="77777777" w:rsidTr="007F226B">
        <w:tc>
          <w:tcPr>
            <w:tcW w:w="392" w:type="dxa"/>
          </w:tcPr>
          <w:p w14:paraId="1DACE773" w14:textId="77777777" w:rsidR="00EA0F0B" w:rsidRDefault="007F226B">
            <w:r>
              <w:rPr>
                <w:sz w:val="20"/>
              </w:rPr>
              <w:t>4)</w:t>
            </w:r>
          </w:p>
        </w:tc>
        <w:tc>
          <w:tcPr>
            <w:tcW w:w="1577" w:type="dxa"/>
          </w:tcPr>
          <w:p w14:paraId="0D37D6A9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Задолженность по платежам в бюджет, взыскиваемым по решению суда</w:t>
            </w:r>
          </w:p>
        </w:tc>
        <w:tc>
          <w:tcPr>
            <w:tcW w:w="1063" w:type="dxa"/>
          </w:tcPr>
          <w:p w14:paraId="3232C77E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611C0C2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0C0B3D24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2635430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645A33A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37D212D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1FBDA167" w14:textId="77777777" w:rsidTr="007F226B">
        <w:tc>
          <w:tcPr>
            <w:tcW w:w="392" w:type="dxa"/>
          </w:tcPr>
          <w:p w14:paraId="0C7FC903" w14:textId="77777777" w:rsidR="00EA0F0B" w:rsidRDefault="00EA0F0B"/>
        </w:tc>
        <w:tc>
          <w:tcPr>
            <w:tcW w:w="1577" w:type="dxa"/>
          </w:tcPr>
          <w:p w14:paraId="1D4F2799" w14:textId="77777777" w:rsidR="00EA0F0B" w:rsidRDefault="007F226B">
            <w:r>
              <w:rPr>
                <w:sz w:val="20"/>
              </w:rPr>
              <w:t>Итого по очереди:</w:t>
            </w:r>
          </w:p>
        </w:tc>
        <w:tc>
          <w:tcPr>
            <w:tcW w:w="1063" w:type="dxa"/>
          </w:tcPr>
          <w:p w14:paraId="00AED235" w14:textId="77777777" w:rsidR="00EA0F0B" w:rsidRDefault="00EA0F0B"/>
        </w:tc>
        <w:tc>
          <w:tcPr>
            <w:tcW w:w="1476" w:type="dxa"/>
          </w:tcPr>
          <w:p w14:paraId="4DC2E284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4878C2B0" w14:textId="77777777" w:rsidR="00EA0F0B" w:rsidRDefault="00EA0F0B"/>
        </w:tc>
        <w:tc>
          <w:tcPr>
            <w:tcW w:w="1201" w:type="dxa"/>
          </w:tcPr>
          <w:p w14:paraId="5BD1ABF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15BFB86B" w14:textId="77777777" w:rsidR="00EA0F0B" w:rsidRDefault="00EA0F0B"/>
        </w:tc>
        <w:tc>
          <w:tcPr>
            <w:tcW w:w="2007" w:type="dxa"/>
          </w:tcPr>
          <w:p w14:paraId="77129A7D" w14:textId="77777777" w:rsidR="00EA0F0B" w:rsidRDefault="00EA0F0B"/>
        </w:tc>
      </w:tr>
      <w:tr w:rsidR="00EA0F0B" w14:paraId="185D20D9" w14:textId="77777777" w:rsidTr="007F226B">
        <w:tc>
          <w:tcPr>
            <w:tcW w:w="392" w:type="dxa"/>
          </w:tcPr>
          <w:p w14:paraId="48E5A6C9" w14:textId="77777777" w:rsidR="00EA0F0B" w:rsidRDefault="007F226B">
            <w:r>
              <w:rPr>
                <w:sz w:val="20"/>
              </w:rPr>
              <w:t>3.</w:t>
            </w:r>
          </w:p>
        </w:tc>
        <w:tc>
          <w:tcPr>
            <w:tcW w:w="1577" w:type="dxa"/>
          </w:tcPr>
          <w:p w14:paraId="2D3C59F7" w14:textId="77777777" w:rsidR="00EA0F0B" w:rsidRDefault="007F226B">
            <w:r>
              <w:rPr>
                <w:sz w:val="20"/>
              </w:rPr>
              <w:t xml:space="preserve">Третья </w:t>
            </w:r>
            <w:r>
              <w:rPr>
                <w:sz w:val="20"/>
              </w:rPr>
              <w:t>очередь</w:t>
            </w:r>
          </w:p>
        </w:tc>
        <w:tc>
          <w:tcPr>
            <w:tcW w:w="1063" w:type="dxa"/>
          </w:tcPr>
          <w:p w14:paraId="7F54369D" w14:textId="77777777" w:rsidR="00EA0F0B" w:rsidRDefault="00EA0F0B"/>
        </w:tc>
        <w:tc>
          <w:tcPr>
            <w:tcW w:w="1476" w:type="dxa"/>
          </w:tcPr>
          <w:p w14:paraId="5CC015BA" w14:textId="77777777" w:rsidR="00EA0F0B" w:rsidRDefault="00EA0F0B"/>
        </w:tc>
        <w:tc>
          <w:tcPr>
            <w:tcW w:w="1614" w:type="dxa"/>
          </w:tcPr>
          <w:p w14:paraId="500E619A" w14:textId="77777777" w:rsidR="00EA0F0B" w:rsidRDefault="00EA0F0B"/>
        </w:tc>
        <w:tc>
          <w:tcPr>
            <w:tcW w:w="1201" w:type="dxa"/>
          </w:tcPr>
          <w:p w14:paraId="52C33366" w14:textId="77777777" w:rsidR="00EA0F0B" w:rsidRDefault="00EA0F0B"/>
        </w:tc>
        <w:tc>
          <w:tcPr>
            <w:tcW w:w="1380" w:type="dxa"/>
          </w:tcPr>
          <w:p w14:paraId="2597C3D2" w14:textId="77777777" w:rsidR="00EA0F0B" w:rsidRDefault="00EA0F0B"/>
        </w:tc>
        <w:tc>
          <w:tcPr>
            <w:tcW w:w="2007" w:type="dxa"/>
          </w:tcPr>
          <w:p w14:paraId="4A401B1E" w14:textId="77777777" w:rsidR="00EA0F0B" w:rsidRDefault="00EA0F0B"/>
        </w:tc>
      </w:tr>
      <w:tr w:rsidR="00EA0F0B" w:rsidRPr="007F226B" w14:paraId="1814783A" w14:textId="77777777" w:rsidTr="007F226B">
        <w:tc>
          <w:tcPr>
            <w:tcW w:w="392" w:type="dxa"/>
          </w:tcPr>
          <w:p w14:paraId="47C1DB3B" w14:textId="77777777" w:rsidR="00EA0F0B" w:rsidRDefault="007F226B">
            <w:r>
              <w:rPr>
                <w:sz w:val="20"/>
              </w:rPr>
              <w:lastRenderedPageBreak/>
              <w:t>1)</w:t>
            </w:r>
          </w:p>
        </w:tc>
        <w:tc>
          <w:tcPr>
            <w:tcW w:w="1577" w:type="dxa"/>
          </w:tcPr>
          <w:p w14:paraId="73043B53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 кредиторов по гражданско-правовым и иным обязательствам:</w:t>
            </w:r>
          </w:p>
        </w:tc>
        <w:tc>
          <w:tcPr>
            <w:tcW w:w="1063" w:type="dxa"/>
          </w:tcPr>
          <w:p w14:paraId="0464D7A4" w14:textId="77777777" w:rsidR="00EA0F0B" w:rsidRPr="007F226B" w:rsidRDefault="00EA0F0B">
            <w:pPr>
              <w:rPr>
                <w:lang w:val="ru-RU"/>
              </w:rPr>
            </w:pPr>
          </w:p>
        </w:tc>
        <w:tc>
          <w:tcPr>
            <w:tcW w:w="1476" w:type="dxa"/>
          </w:tcPr>
          <w:p w14:paraId="2BB1650D" w14:textId="77777777" w:rsidR="00EA0F0B" w:rsidRPr="007F226B" w:rsidRDefault="00EA0F0B">
            <w:pPr>
              <w:rPr>
                <w:lang w:val="ru-RU"/>
              </w:rPr>
            </w:pPr>
          </w:p>
        </w:tc>
        <w:tc>
          <w:tcPr>
            <w:tcW w:w="1614" w:type="dxa"/>
          </w:tcPr>
          <w:p w14:paraId="4F7E7F96" w14:textId="77777777" w:rsidR="00EA0F0B" w:rsidRPr="007F226B" w:rsidRDefault="00EA0F0B">
            <w:pPr>
              <w:rPr>
                <w:lang w:val="ru-RU"/>
              </w:rPr>
            </w:pPr>
          </w:p>
        </w:tc>
        <w:tc>
          <w:tcPr>
            <w:tcW w:w="1201" w:type="dxa"/>
          </w:tcPr>
          <w:p w14:paraId="42F16B7E" w14:textId="77777777" w:rsidR="00EA0F0B" w:rsidRPr="007F226B" w:rsidRDefault="00EA0F0B">
            <w:pPr>
              <w:rPr>
                <w:lang w:val="ru-RU"/>
              </w:rPr>
            </w:pPr>
          </w:p>
        </w:tc>
        <w:tc>
          <w:tcPr>
            <w:tcW w:w="1380" w:type="dxa"/>
          </w:tcPr>
          <w:p w14:paraId="42B59DFC" w14:textId="77777777" w:rsidR="00EA0F0B" w:rsidRPr="007F226B" w:rsidRDefault="00EA0F0B">
            <w:pPr>
              <w:rPr>
                <w:lang w:val="ru-RU"/>
              </w:rPr>
            </w:pPr>
          </w:p>
        </w:tc>
        <w:tc>
          <w:tcPr>
            <w:tcW w:w="2007" w:type="dxa"/>
          </w:tcPr>
          <w:p w14:paraId="4C7AA4E3" w14:textId="77777777" w:rsidR="00EA0F0B" w:rsidRPr="007F226B" w:rsidRDefault="00EA0F0B">
            <w:pPr>
              <w:rPr>
                <w:lang w:val="ru-RU"/>
              </w:rPr>
            </w:pPr>
          </w:p>
        </w:tc>
      </w:tr>
      <w:tr w:rsidR="00EA0F0B" w14:paraId="2A1906B1" w14:textId="77777777" w:rsidTr="007F226B">
        <w:tc>
          <w:tcPr>
            <w:tcW w:w="392" w:type="dxa"/>
          </w:tcPr>
          <w:p w14:paraId="645501CA" w14:textId="77777777" w:rsidR="00EA0F0B" w:rsidRDefault="007F226B">
            <w:r>
              <w:rPr>
                <w:sz w:val="20"/>
              </w:rPr>
              <w:t>1</w:t>
            </w:r>
          </w:p>
        </w:tc>
        <w:tc>
          <w:tcPr>
            <w:tcW w:w="1577" w:type="dxa"/>
          </w:tcPr>
          <w:p w14:paraId="2C328F7B" w14:textId="77777777" w:rsidR="00EA0F0B" w:rsidRDefault="007F226B">
            <w:r>
              <w:rPr>
                <w:sz w:val="20"/>
              </w:rPr>
              <w:t>АО «Kaspi Bank»</w:t>
            </w:r>
          </w:p>
        </w:tc>
        <w:tc>
          <w:tcPr>
            <w:tcW w:w="1063" w:type="dxa"/>
          </w:tcPr>
          <w:p w14:paraId="2AB72725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4F657887" w14:textId="77777777" w:rsidR="00EA0F0B" w:rsidRDefault="007F226B">
            <w:r>
              <w:rPr>
                <w:sz w:val="20"/>
              </w:rPr>
              <w:t>3 229 314,00</w:t>
            </w:r>
          </w:p>
        </w:tc>
        <w:tc>
          <w:tcPr>
            <w:tcW w:w="1614" w:type="dxa"/>
          </w:tcPr>
          <w:p w14:paraId="02CDB4D4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 xml:space="preserve">Заключение финансового управляющего от 18.06.2026; договор № </w:t>
            </w:r>
            <w:r>
              <w:rPr>
                <w:sz w:val="20"/>
              </w:rPr>
              <w:t>R</w:t>
            </w:r>
            <w:r w:rsidRPr="007F226B">
              <w:rPr>
                <w:sz w:val="20"/>
                <w:lang w:val="ru-RU"/>
              </w:rPr>
              <w:t>18671394-003</w:t>
            </w:r>
          </w:p>
        </w:tc>
        <w:tc>
          <w:tcPr>
            <w:tcW w:w="1201" w:type="dxa"/>
          </w:tcPr>
          <w:p w14:paraId="289EDE11" w14:textId="77777777" w:rsidR="00EA0F0B" w:rsidRDefault="007F226B">
            <w:r>
              <w:rPr>
                <w:sz w:val="20"/>
              </w:rPr>
              <w:t>3 229 314,00</w:t>
            </w:r>
          </w:p>
        </w:tc>
        <w:tc>
          <w:tcPr>
            <w:tcW w:w="1380" w:type="dxa"/>
          </w:tcPr>
          <w:p w14:paraId="71B9FCB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07217884" w14:textId="77777777" w:rsidR="00EA0F0B" w:rsidRDefault="007F226B">
            <w:r>
              <w:rPr>
                <w:sz w:val="20"/>
              </w:rPr>
              <w:t>Без залога</w:t>
            </w:r>
          </w:p>
        </w:tc>
      </w:tr>
      <w:tr w:rsidR="00EA0F0B" w14:paraId="362A5891" w14:textId="77777777" w:rsidTr="007F226B">
        <w:tc>
          <w:tcPr>
            <w:tcW w:w="392" w:type="dxa"/>
          </w:tcPr>
          <w:p w14:paraId="1D228A9F" w14:textId="77777777" w:rsidR="00EA0F0B" w:rsidRDefault="007F226B">
            <w:r>
              <w:rPr>
                <w:sz w:val="20"/>
              </w:rPr>
              <w:t>2</w:t>
            </w:r>
          </w:p>
        </w:tc>
        <w:tc>
          <w:tcPr>
            <w:tcW w:w="1577" w:type="dxa"/>
          </w:tcPr>
          <w:p w14:paraId="512CB2D4" w14:textId="77777777" w:rsidR="00EA0F0B" w:rsidRDefault="007F226B">
            <w:r>
              <w:rPr>
                <w:sz w:val="20"/>
              </w:rPr>
              <w:t xml:space="preserve">АО </w:t>
            </w:r>
            <w:r>
              <w:rPr>
                <w:sz w:val="20"/>
              </w:rPr>
              <w:t>«Berekebank»</w:t>
            </w:r>
          </w:p>
        </w:tc>
        <w:tc>
          <w:tcPr>
            <w:tcW w:w="1063" w:type="dxa"/>
          </w:tcPr>
          <w:p w14:paraId="3AD54A47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38F68C6" w14:textId="77777777" w:rsidR="00EA0F0B" w:rsidRDefault="007F226B">
            <w:r>
              <w:rPr>
                <w:sz w:val="20"/>
              </w:rPr>
              <w:t>6 000 000,00</w:t>
            </w:r>
          </w:p>
        </w:tc>
        <w:tc>
          <w:tcPr>
            <w:tcW w:w="1614" w:type="dxa"/>
          </w:tcPr>
          <w:p w14:paraId="4FB34BBF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Заключение финансового управляющего от 18.06.2026; договор № 23-048046-00-ДБЗ</w:t>
            </w:r>
          </w:p>
        </w:tc>
        <w:tc>
          <w:tcPr>
            <w:tcW w:w="1201" w:type="dxa"/>
          </w:tcPr>
          <w:p w14:paraId="2C6DB3BB" w14:textId="77777777" w:rsidR="00EA0F0B" w:rsidRDefault="007F226B">
            <w:r>
              <w:rPr>
                <w:sz w:val="20"/>
              </w:rPr>
              <w:t>6 000 000,00</w:t>
            </w:r>
          </w:p>
        </w:tc>
        <w:tc>
          <w:tcPr>
            <w:tcW w:w="1380" w:type="dxa"/>
          </w:tcPr>
          <w:p w14:paraId="0794E28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5C232F8" w14:textId="77777777" w:rsidR="00EA0F0B" w:rsidRDefault="007F226B">
            <w:r>
              <w:rPr>
                <w:sz w:val="20"/>
              </w:rPr>
              <w:t>Без залога</w:t>
            </w:r>
          </w:p>
        </w:tc>
      </w:tr>
      <w:tr w:rsidR="00EA0F0B" w14:paraId="030B24E3" w14:textId="77777777" w:rsidTr="007F226B">
        <w:tc>
          <w:tcPr>
            <w:tcW w:w="392" w:type="dxa"/>
          </w:tcPr>
          <w:p w14:paraId="119491EA" w14:textId="77777777" w:rsidR="00EA0F0B" w:rsidRDefault="007F226B">
            <w:r>
              <w:rPr>
                <w:sz w:val="20"/>
              </w:rPr>
              <w:t>3</w:t>
            </w:r>
          </w:p>
        </w:tc>
        <w:tc>
          <w:tcPr>
            <w:tcW w:w="1577" w:type="dxa"/>
          </w:tcPr>
          <w:p w14:paraId="0BAE6C51" w14:textId="77777777" w:rsidR="00EA0F0B" w:rsidRDefault="007F226B">
            <w:r>
              <w:rPr>
                <w:sz w:val="20"/>
              </w:rPr>
              <w:t>АО «Alatau City Bank»</w:t>
            </w:r>
          </w:p>
        </w:tc>
        <w:tc>
          <w:tcPr>
            <w:tcW w:w="1063" w:type="dxa"/>
          </w:tcPr>
          <w:p w14:paraId="3D7E1CA5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A1DA8C7" w14:textId="77777777" w:rsidR="00EA0F0B" w:rsidRDefault="007F226B">
            <w:r>
              <w:rPr>
                <w:sz w:val="20"/>
              </w:rPr>
              <w:t>3 200 000,00</w:t>
            </w:r>
          </w:p>
        </w:tc>
        <w:tc>
          <w:tcPr>
            <w:tcW w:w="1614" w:type="dxa"/>
          </w:tcPr>
          <w:p w14:paraId="4EE0B508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 xml:space="preserve">Заключение финансового управляющего от 18.06.2026; договор № </w:t>
            </w:r>
            <w:r>
              <w:rPr>
                <w:sz w:val="20"/>
              </w:rPr>
              <w:t>EM</w:t>
            </w:r>
            <w:r w:rsidRPr="007F226B">
              <w:rPr>
                <w:sz w:val="20"/>
                <w:lang w:val="ru-RU"/>
              </w:rPr>
              <w:t>23200-012255451</w:t>
            </w:r>
          </w:p>
        </w:tc>
        <w:tc>
          <w:tcPr>
            <w:tcW w:w="1201" w:type="dxa"/>
          </w:tcPr>
          <w:p w14:paraId="1D8DCC79" w14:textId="77777777" w:rsidR="00EA0F0B" w:rsidRDefault="007F226B">
            <w:r>
              <w:rPr>
                <w:sz w:val="20"/>
              </w:rPr>
              <w:t>3 200 000,00</w:t>
            </w:r>
          </w:p>
        </w:tc>
        <w:tc>
          <w:tcPr>
            <w:tcW w:w="1380" w:type="dxa"/>
          </w:tcPr>
          <w:p w14:paraId="63EA0C4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24E512B3" w14:textId="77777777" w:rsidR="00EA0F0B" w:rsidRDefault="007F226B">
            <w:r>
              <w:rPr>
                <w:sz w:val="20"/>
              </w:rPr>
              <w:t>Без залога</w:t>
            </w:r>
          </w:p>
        </w:tc>
      </w:tr>
      <w:tr w:rsidR="00EA0F0B" w14:paraId="3F08AC65" w14:textId="77777777" w:rsidTr="007F226B">
        <w:tc>
          <w:tcPr>
            <w:tcW w:w="392" w:type="dxa"/>
          </w:tcPr>
          <w:p w14:paraId="5D92D35B" w14:textId="77777777" w:rsidR="00EA0F0B" w:rsidRDefault="007F226B">
            <w:r>
              <w:rPr>
                <w:sz w:val="20"/>
              </w:rPr>
              <w:t>4</w:t>
            </w:r>
          </w:p>
        </w:tc>
        <w:tc>
          <w:tcPr>
            <w:tcW w:w="1577" w:type="dxa"/>
          </w:tcPr>
          <w:p w14:paraId="64C3416B" w14:textId="77777777" w:rsidR="00EA0F0B" w:rsidRDefault="007F226B">
            <w:r>
              <w:rPr>
                <w:sz w:val="20"/>
              </w:rPr>
              <w:t>АО «Alatau City Bank»</w:t>
            </w:r>
          </w:p>
        </w:tc>
        <w:tc>
          <w:tcPr>
            <w:tcW w:w="1063" w:type="dxa"/>
          </w:tcPr>
          <w:p w14:paraId="31B1A447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06F7FBAF" w14:textId="77777777" w:rsidR="00EA0F0B" w:rsidRDefault="007F226B">
            <w:r>
              <w:rPr>
                <w:sz w:val="20"/>
              </w:rPr>
              <w:t>4 338 601,00</w:t>
            </w:r>
          </w:p>
        </w:tc>
        <w:tc>
          <w:tcPr>
            <w:tcW w:w="1614" w:type="dxa"/>
          </w:tcPr>
          <w:p w14:paraId="727F0B6A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 xml:space="preserve">Заключение финансового управляющего от 18.06.2026; договор № </w:t>
            </w:r>
            <w:r>
              <w:rPr>
                <w:sz w:val="20"/>
              </w:rPr>
              <w:t>EM</w:t>
            </w:r>
            <w:r w:rsidRPr="007F226B">
              <w:rPr>
                <w:sz w:val="20"/>
                <w:lang w:val="ru-RU"/>
              </w:rPr>
              <w:t>24200-002760065</w:t>
            </w:r>
          </w:p>
        </w:tc>
        <w:tc>
          <w:tcPr>
            <w:tcW w:w="1201" w:type="dxa"/>
          </w:tcPr>
          <w:p w14:paraId="0EE5CD1C" w14:textId="77777777" w:rsidR="00EA0F0B" w:rsidRDefault="007F226B">
            <w:r>
              <w:rPr>
                <w:sz w:val="20"/>
              </w:rPr>
              <w:t>4 338 601,00</w:t>
            </w:r>
          </w:p>
        </w:tc>
        <w:tc>
          <w:tcPr>
            <w:tcW w:w="1380" w:type="dxa"/>
          </w:tcPr>
          <w:p w14:paraId="20FA585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3F1C62D7" w14:textId="77777777" w:rsidR="00EA0F0B" w:rsidRDefault="007F226B">
            <w:r>
              <w:rPr>
                <w:sz w:val="20"/>
              </w:rPr>
              <w:t>Без залога</w:t>
            </w:r>
          </w:p>
        </w:tc>
      </w:tr>
      <w:tr w:rsidR="00EA0F0B" w14:paraId="34227BEF" w14:textId="77777777" w:rsidTr="007F226B">
        <w:tc>
          <w:tcPr>
            <w:tcW w:w="392" w:type="dxa"/>
          </w:tcPr>
          <w:p w14:paraId="4ACA73CF" w14:textId="77777777" w:rsidR="00EA0F0B" w:rsidRDefault="00EA0F0B"/>
        </w:tc>
        <w:tc>
          <w:tcPr>
            <w:tcW w:w="1577" w:type="dxa"/>
          </w:tcPr>
          <w:p w14:paraId="53C9B33A" w14:textId="77777777" w:rsidR="00EA0F0B" w:rsidRDefault="007F226B">
            <w:r>
              <w:rPr>
                <w:sz w:val="20"/>
              </w:rPr>
              <w:t>Итого по подпункту 1):</w:t>
            </w:r>
          </w:p>
        </w:tc>
        <w:tc>
          <w:tcPr>
            <w:tcW w:w="1063" w:type="dxa"/>
          </w:tcPr>
          <w:p w14:paraId="7BED888A" w14:textId="77777777" w:rsidR="00EA0F0B" w:rsidRDefault="00EA0F0B"/>
        </w:tc>
        <w:tc>
          <w:tcPr>
            <w:tcW w:w="1476" w:type="dxa"/>
          </w:tcPr>
          <w:p w14:paraId="629C197B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4" w:type="dxa"/>
          </w:tcPr>
          <w:p w14:paraId="198A6D8F" w14:textId="77777777" w:rsidR="00EA0F0B" w:rsidRDefault="00EA0F0B"/>
        </w:tc>
        <w:tc>
          <w:tcPr>
            <w:tcW w:w="1201" w:type="dxa"/>
          </w:tcPr>
          <w:p w14:paraId="6E99D3AC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380" w:type="dxa"/>
          </w:tcPr>
          <w:p w14:paraId="1E5A6DB0" w14:textId="77777777" w:rsidR="00EA0F0B" w:rsidRDefault="00EA0F0B"/>
        </w:tc>
        <w:tc>
          <w:tcPr>
            <w:tcW w:w="2007" w:type="dxa"/>
          </w:tcPr>
          <w:p w14:paraId="0E2ECAB0" w14:textId="77777777" w:rsidR="00EA0F0B" w:rsidRDefault="00EA0F0B"/>
        </w:tc>
      </w:tr>
      <w:tr w:rsidR="00EA0F0B" w14:paraId="7D6916F1" w14:textId="77777777" w:rsidTr="007F226B">
        <w:tc>
          <w:tcPr>
            <w:tcW w:w="392" w:type="dxa"/>
          </w:tcPr>
          <w:p w14:paraId="29F949EE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577" w:type="dxa"/>
          </w:tcPr>
          <w:p w14:paraId="5B95FB96" w14:textId="77777777" w:rsidR="00EA0F0B" w:rsidRDefault="007F226B">
            <w:r>
              <w:rPr>
                <w:sz w:val="20"/>
              </w:rPr>
              <w:t>Требования залогового кредитора</w:t>
            </w:r>
          </w:p>
        </w:tc>
        <w:tc>
          <w:tcPr>
            <w:tcW w:w="1063" w:type="dxa"/>
          </w:tcPr>
          <w:p w14:paraId="23E1985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09D0157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42493CFF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0EB5ED0A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74534969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3A342480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2B8FAAC6" w14:textId="77777777" w:rsidTr="007F226B">
        <w:tc>
          <w:tcPr>
            <w:tcW w:w="392" w:type="dxa"/>
          </w:tcPr>
          <w:p w14:paraId="43A21097" w14:textId="77777777" w:rsidR="00EA0F0B" w:rsidRDefault="007F226B">
            <w:r>
              <w:rPr>
                <w:sz w:val="20"/>
              </w:rPr>
              <w:t>3)</w:t>
            </w:r>
          </w:p>
        </w:tc>
        <w:tc>
          <w:tcPr>
            <w:tcW w:w="1577" w:type="dxa"/>
          </w:tcPr>
          <w:p w14:paraId="3B634035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Требования, возникшие в результате принятия судом решения о признании сделки недействительной</w:t>
            </w:r>
          </w:p>
        </w:tc>
        <w:tc>
          <w:tcPr>
            <w:tcW w:w="1063" w:type="dxa"/>
          </w:tcPr>
          <w:p w14:paraId="69A2F27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B3BB3F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2C72E4B1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4EBC205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22323CE5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C56DE00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288D1511" w14:textId="77777777" w:rsidTr="007F226B">
        <w:tc>
          <w:tcPr>
            <w:tcW w:w="392" w:type="dxa"/>
          </w:tcPr>
          <w:p w14:paraId="419742AC" w14:textId="77777777" w:rsidR="00EA0F0B" w:rsidRDefault="00EA0F0B"/>
        </w:tc>
        <w:tc>
          <w:tcPr>
            <w:tcW w:w="1577" w:type="dxa"/>
          </w:tcPr>
          <w:p w14:paraId="62E5AB08" w14:textId="77777777" w:rsidR="00EA0F0B" w:rsidRDefault="007F226B">
            <w:r>
              <w:rPr>
                <w:sz w:val="20"/>
              </w:rPr>
              <w:t>Итого по очереди:</w:t>
            </w:r>
          </w:p>
        </w:tc>
        <w:tc>
          <w:tcPr>
            <w:tcW w:w="1063" w:type="dxa"/>
          </w:tcPr>
          <w:p w14:paraId="1FDF36FD" w14:textId="77777777" w:rsidR="00EA0F0B" w:rsidRDefault="00EA0F0B"/>
        </w:tc>
        <w:tc>
          <w:tcPr>
            <w:tcW w:w="1476" w:type="dxa"/>
          </w:tcPr>
          <w:p w14:paraId="514D3CA9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4" w:type="dxa"/>
          </w:tcPr>
          <w:p w14:paraId="1B1CF471" w14:textId="77777777" w:rsidR="00EA0F0B" w:rsidRDefault="00EA0F0B"/>
        </w:tc>
        <w:tc>
          <w:tcPr>
            <w:tcW w:w="1201" w:type="dxa"/>
          </w:tcPr>
          <w:p w14:paraId="40DA4CBF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380" w:type="dxa"/>
          </w:tcPr>
          <w:p w14:paraId="11BF0FFC" w14:textId="77777777" w:rsidR="00EA0F0B" w:rsidRDefault="00EA0F0B"/>
        </w:tc>
        <w:tc>
          <w:tcPr>
            <w:tcW w:w="2007" w:type="dxa"/>
          </w:tcPr>
          <w:p w14:paraId="69D4ECCB" w14:textId="77777777" w:rsidR="00EA0F0B" w:rsidRDefault="00EA0F0B"/>
        </w:tc>
      </w:tr>
      <w:tr w:rsidR="00EA0F0B" w14:paraId="4DB7ADE5" w14:textId="77777777" w:rsidTr="007F226B">
        <w:tc>
          <w:tcPr>
            <w:tcW w:w="392" w:type="dxa"/>
          </w:tcPr>
          <w:p w14:paraId="476E078A" w14:textId="77777777" w:rsidR="00EA0F0B" w:rsidRDefault="007F226B">
            <w:r>
              <w:rPr>
                <w:sz w:val="20"/>
              </w:rPr>
              <w:t>4.</w:t>
            </w:r>
          </w:p>
        </w:tc>
        <w:tc>
          <w:tcPr>
            <w:tcW w:w="1577" w:type="dxa"/>
          </w:tcPr>
          <w:p w14:paraId="63241538" w14:textId="77777777" w:rsidR="00EA0F0B" w:rsidRDefault="007F226B">
            <w:r>
              <w:rPr>
                <w:sz w:val="20"/>
              </w:rPr>
              <w:t>Четвертая очередь</w:t>
            </w:r>
          </w:p>
        </w:tc>
        <w:tc>
          <w:tcPr>
            <w:tcW w:w="1063" w:type="dxa"/>
          </w:tcPr>
          <w:p w14:paraId="7A4EE83F" w14:textId="77777777" w:rsidR="00EA0F0B" w:rsidRDefault="00EA0F0B"/>
        </w:tc>
        <w:tc>
          <w:tcPr>
            <w:tcW w:w="1476" w:type="dxa"/>
          </w:tcPr>
          <w:p w14:paraId="4030B019" w14:textId="77777777" w:rsidR="00EA0F0B" w:rsidRDefault="00EA0F0B"/>
        </w:tc>
        <w:tc>
          <w:tcPr>
            <w:tcW w:w="1614" w:type="dxa"/>
          </w:tcPr>
          <w:p w14:paraId="26E088A0" w14:textId="77777777" w:rsidR="00EA0F0B" w:rsidRDefault="00EA0F0B"/>
        </w:tc>
        <w:tc>
          <w:tcPr>
            <w:tcW w:w="1201" w:type="dxa"/>
          </w:tcPr>
          <w:p w14:paraId="0EE617ED" w14:textId="77777777" w:rsidR="00EA0F0B" w:rsidRDefault="00EA0F0B"/>
        </w:tc>
        <w:tc>
          <w:tcPr>
            <w:tcW w:w="1380" w:type="dxa"/>
          </w:tcPr>
          <w:p w14:paraId="2C30A29C" w14:textId="77777777" w:rsidR="00EA0F0B" w:rsidRDefault="00EA0F0B"/>
        </w:tc>
        <w:tc>
          <w:tcPr>
            <w:tcW w:w="2007" w:type="dxa"/>
          </w:tcPr>
          <w:p w14:paraId="60DB0766" w14:textId="77777777" w:rsidR="00EA0F0B" w:rsidRDefault="00EA0F0B"/>
        </w:tc>
      </w:tr>
      <w:tr w:rsidR="00EA0F0B" w14:paraId="11A5357F" w14:textId="77777777" w:rsidTr="007F226B">
        <w:tc>
          <w:tcPr>
            <w:tcW w:w="392" w:type="dxa"/>
          </w:tcPr>
          <w:p w14:paraId="1A96FBDE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577" w:type="dxa"/>
          </w:tcPr>
          <w:p w14:paraId="2D4926AD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 кредиторов по возмещению убытков</w:t>
            </w:r>
          </w:p>
        </w:tc>
        <w:tc>
          <w:tcPr>
            <w:tcW w:w="1063" w:type="dxa"/>
          </w:tcPr>
          <w:p w14:paraId="6A5D8912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16069A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0AC21E03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5406139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082B1C3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8E55971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1D77B25B" w14:textId="77777777" w:rsidTr="007F226B">
        <w:tc>
          <w:tcPr>
            <w:tcW w:w="392" w:type="dxa"/>
          </w:tcPr>
          <w:p w14:paraId="0A01FCEA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577" w:type="dxa"/>
          </w:tcPr>
          <w:p w14:paraId="09506431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 xml:space="preserve">Требования кредиторов по взысканию неустоек </w:t>
            </w:r>
            <w:r w:rsidRPr="007F226B">
              <w:rPr>
                <w:sz w:val="20"/>
                <w:lang w:val="ru-RU"/>
              </w:rPr>
              <w:lastRenderedPageBreak/>
              <w:t>(штрафов, пеней)</w:t>
            </w:r>
          </w:p>
        </w:tc>
        <w:tc>
          <w:tcPr>
            <w:tcW w:w="1063" w:type="dxa"/>
          </w:tcPr>
          <w:p w14:paraId="6C2074B4" w14:textId="77777777" w:rsidR="00EA0F0B" w:rsidRDefault="007F226B">
            <w:r>
              <w:rPr>
                <w:sz w:val="20"/>
              </w:rPr>
              <w:lastRenderedPageBreak/>
              <w:t>—</w:t>
            </w:r>
          </w:p>
        </w:tc>
        <w:tc>
          <w:tcPr>
            <w:tcW w:w="1476" w:type="dxa"/>
          </w:tcPr>
          <w:p w14:paraId="342A137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4D3A1359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480529FA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0928443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68CD0CFA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5055AF53" w14:textId="77777777" w:rsidTr="007F226B">
        <w:tc>
          <w:tcPr>
            <w:tcW w:w="392" w:type="dxa"/>
          </w:tcPr>
          <w:p w14:paraId="1402173E" w14:textId="77777777" w:rsidR="00EA0F0B" w:rsidRDefault="00EA0F0B"/>
        </w:tc>
        <w:tc>
          <w:tcPr>
            <w:tcW w:w="1577" w:type="dxa"/>
          </w:tcPr>
          <w:p w14:paraId="2F425242" w14:textId="77777777" w:rsidR="00EA0F0B" w:rsidRDefault="007F226B">
            <w:r>
              <w:rPr>
                <w:sz w:val="20"/>
              </w:rPr>
              <w:t>Итого по очереди:</w:t>
            </w:r>
          </w:p>
        </w:tc>
        <w:tc>
          <w:tcPr>
            <w:tcW w:w="1063" w:type="dxa"/>
          </w:tcPr>
          <w:p w14:paraId="1E5A7250" w14:textId="77777777" w:rsidR="00EA0F0B" w:rsidRDefault="00EA0F0B"/>
        </w:tc>
        <w:tc>
          <w:tcPr>
            <w:tcW w:w="1476" w:type="dxa"/>
          </w:tcPr>
          <w:p w14:paraId="0EE033B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4A2CC65A" w14:textId="77777777" w:rsidR="00EA0F0B" w:rsidRDefault="00EA0F0B"/>
        </w:tc>
        <w:tc>
          <w:tcPr>
            <w:tcW w:w="1201" w:type="dxa"/>
          </w:tcPr>
          <w:p w14:paraId="32C2407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6130D46C" w14:textId="77777777" w:rsidR="00EA0F0B" w:rsidRDefault="00EA0F0B"/>
        </w:tc>
        <w:tc>
          <w:tcPr>
            <w:tcW w:w="2007" w:type="dxa"/>
          </w:tcPr>
          <w:p w14:paraId="29522B59" w14:textId="77777777" w:rsidR="00EA0F0B" w:rsidRDefault="00EA0F0B"/>
        </w:tc>
      </w:tr>
      <w:tr w:rsidR="00EA0F0B" w14:paraId="39A66364" w14:textId="77777777" w:rsidTr="007F226B">
        <w:tc>
          <w:tcPr>
            <w:tcW w:w="392" w:type="dxa"/>
          </w:tcPr>
          <w:p w14:paraId="0233F3A0" w14:textId="77777777" w:rsidR="00EA0F0B" w:rsidRDefault="007F226B">
            <w:r>
              <w:rPr>
                <w:sz w:val="20"/>
              </w:rPr>
              <w:t>5.</w:t>
            </w:r>
          </w:p>
        </w:tc>
        <w:tc>
          <w:tcPr>
            <w:tcW w:w="1577" w:type="dxa"/>
          </w:tcPr>
          <w:p w14:paraId="1E15E6E4" w14:textId="77777777" w:rsidR="00EA0F0B" w:rsidRDefault="007F226B">
            <w:r>
              <w:rPr>
                <w:sz w:val="20"/>
              </w:rPr>
              <w:t xml:space="preserve">Пятая </w:t>
            </w:r>
            <w:r>
              <w:rPr>
                <w:sz w:val="20"/>
              </w:rPr>
              <w:t>очередь</w:t>
            </w:r>
          </w:p>
        </w:tc>
        <w:tc>
          <w:tcPr>
            <w:tcW w:w="1063" w:type="dxa"/>
          </w:tcPr>
          <w:p w14:paraId="49478149" w14:textId="77777777" w:rsidR="00EA0F0B" w:rsidRDefault="00EA0F0B"/>
        </w:tc>
        <w:tc>
          <w:tcPr>
            <w:tcW w:w="1476" w:type="dxa"/>
          </w:tcPr>
          <w:p w14:paraId="5737B0CC" w14:textId="77777777" w:rsidR="00EA0F0B" w:rsidRDefault="00EA0F0B"/>
        </w:tc>
        <w:tc>
          <w:tcPr>
            <w:tcW w:w="1614" w:type="dxa"/>
          </w:tcPr>
          <w:p w14:paraId="0E8675CD" w14:textId="77777777" w:rsidR="00EA0F0B" w:rsidRDefault="00EA0F0B"/>
        </w:tc>
        <w:tc>
          <w:tcPr>
            <w:tcW w:w="1201" w:type="dxa"/>
          </w:tcPr>
          <w:p w14:paraId="5761FE55" w14:textId="77777777" w:rsidR="00EA0F0B" w:rsidRDefault="00EA0F0B"/>
        </w:tc>
        <w:tc>
          <w:tcPr>
            <w:tcW w:w="1380" w:type="dxa"/>
          </w:tcPr>
          <w:p w14:paraId="6566D9F2" w14:textId="77777777" w:rsidR="00EA0F0B" w:rsidRDefault="00EA0F0B"/>
        </w:tc>
        <w:tc>
          <w:tcPr>
            <w:tcW w:w="2007" w:type="dxa"/>
          </w:tcPr>
          <w:p w14:paraId="35C3F54D" w14:textId="77777777" w:rsidR="00EA0F0B" w:rsidRDefault="00EA0F0B"/>
        </w:tc>
      </w:tr>
      <w:tr w:rsidR="00EA0F0B" w14:paraId="37DBC114" w14:textId="77777777" w:rsidTr="007F226B">
        <w:tc>
          <w:tcPr>
            <w:tcW w:w="392" w:type="dxa"/>
          </w:tcPr>
          <w:p w14:paraId="3F3FB3B1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577" w:type="dxa"/>
          </w:tcPr>
          <w:p w14:paraId="09DD6844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 кредиторов, не исполнивших обязанность по предложению одного из инструментов реструктуризации задолженности</w:t>
            </w:r>
          </w:p>
        </w:tc>
        <w:tc>
          <w:tcPr>
            <w:tcW w:w="1063" w:type="dxa"/>
          </w:tcPr>
          <w:p w14:paraId="0DF5BFD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27CC5080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64391258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7C819D9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1388CCE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022A9D28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72A65071" w14:textId="77777777" w:rsidTr="007F226B">
        <w:tc>
          <w:tcPr>
            <w:tcW w:w="392" w:type="dxa"/>
          </w:tcPr>
          <w:p w14:paraId="048AE2EE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577" w:type="dxa"/>
          </w:tcPr>
          <w:p w14:paraId="5F307397" w14:textId="77777777" w:rsidR="00EA0F0B" w:rsidRPr="007F226B" w:rsidRDefault="007F226B">
            <w:pPr>
              <w:rPr>
                <w:lang w:val="ru-RU"/>
              </w:rPr>
            </w:pPr>
            <w:r w:rsidRPr="007F226B">
              <w:rPr>
                <w:sz w:val="20"/>
                <w:lang w:val="ru-RU"/>
              </w:rPr>
              <w:t>Требования, заявленные после истечения срока их предъявления</w:t>
            </w:r>
          </w:p>
        </w:tc>
        <w:tc>
          <w:tcPr>
            <w:tcW w:w="1063" w:type="dxa"/>
          </w:tcPr>
          <w:p w14:paraId="60CF4B5C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0B8AEAA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6B58E786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4CB6FE3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234415B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06011599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  <w:tr w:rsidR="00EA0F0B" w14:paraId="0F77F348" w14:textId="77777777" w:rsidTr="007F226B">
        <w:tc>
          <w:tcPr>
            <w:tcW w:w="392" w:type="dxa"/>
          </w:tcPr>
          <w:p w14:paraId="7168F24A" w14:textId="77777777" w:rsidR="00EA0F0B" w:rsidRDefault="00EA0F0B"/>
        </w:tc>
        <w:tc>
          <w:tcPr>
            <w:tcW w:w="1577" w:type="dxa"/>
          </w:tcPr>
          <w:p w14:paraId="6223E8CE" w14:textId="77777777" w:rsidR="00EA0F0B" w:rsidRDefault="007F226B">
            <w:r>
              <w:rPr>
                <w:sz w:val="20"/>
              </w:rPr>
              <w:t>Итого по очереди:</w:t>
            </w:r>
          </w:p>
        </w:tc>
        <w:tc>
          <w:tcPr>
            <w:tcW w:w="1063" w:type="dxa"/>
          </w:tcPr>
          <w:p w14:paraId="16A724A5" w14:textId="77777777" w:rsidR="00EA0F0B" w:rsidRDefault="00EA0F0B"/>
        </w:tc>
        <w:tc>
          <w:tcPr>
            <w:tcW w:w="1476" w:type="dxa"/>
          </w:tcPr>
          <w:p w14:paraId="2535807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108D593A" w14:textId="77777777" w:rsidR="00EA0F0B" w:rsidRDefault="00EA0F0B"/>
        </w:tc>
        <w:tc>
          <w:tcPr>
            <w:tcW w:w="1201" w:type="dxa"/>
          </w:tcPr>
          <w:p w14:paraId="19A4C84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61A5480D" w14:textId="77777777" w:rsidR="00EA0F0B" w:rsidRDefault="00EA0F0B"/>
        </w:tc>
        <w:tc>
          <w:tcPr>
            <w:tcW w:w="2007" w:type="dxa"/>
          </w:tcPr>
          <w:p w14:paraId="1CCA1442" w14:textId="77777777" w:rsidR="00EA0F0B" w:rsidRDefault="00EA0F0B"/>
        </w:tc>
      </w:tr>
      <w:tr w:rsidR="00EA0F0B" w14:paraId="5AC1E14F" w14:textId="77777777" w:rsidTr="007F226B">
        <w:tc>
          <w:tcPr>
            <w:tcW w:w="392" w:type="dxa"/>
          </w:tcPr>
          <w:p w14:paraId="07BCD9B1" w14:textId="77777777" w:rsidR="00EA0F0B" w:rsidRDefault="00EA0F0B"/>
        </w:tc>
        <w:tc>
          <w:tcPr>
            <w:tcW w:w="1577" w:type="dxa"/>
          </w:tcPr>
          <w:p w14:paraId="72F8082E" w14:textId="77777777" w:rsidR="00EA0F0B" w:rsidRDefault="007F226B">
            <w:r>
              <w:rPr>
                <w:sz w:val="20"/>
              </w:rPr>
              <w:t>Итого по реестру:</w:t>
            </w:r>
          </w:p>
        </w:tc>
        <w:tc>
          <w:tcPr>
            <w:tcW w:w="1063" w:type="dxa"/>
          </w:tcPr>
          <w:p w14:paraId="305EC559" w14:textId="77777777" w:rsidR="00EA0F0B" w:rsidRDefault="00EA0F0B"/>
        </w:tc>
        <w:tc>
          <w:tcPr>
            <w:tcW w:w="1476" w:type="dxa"/>
          </w:tcPr>
          <w:p w14:paraId="3EC5ABE4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4" w:type="dxa"/>
          </w:tcPr>
          <w:p w14:paraId="40602B63" w14:textId="77777777" w:rsidR="00EA0F0B" w:rsidRDefault="00EA0F0B"/>
        </w:tc>
        <w:tc>
          <w:tcPr>
            <w:tcW w:w="1201" w:type="dxa"/>
          </w:tcPr>
          <w:p w14:paraId="446D3B79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380" w:type="dxa"/>
          </w:tcPr>
          <w:p w14:paraId="2D8F67E0" w14:textId="77777777" w:rsidR="00EA0F0B" w:rsidRDefault="00EA0F0B"/>
        </w:tc>
        <w:tc>
          <w:tcPr>
            <w:tcW w:w="2007" w:type="dxa"/>
          </w:tcPr>
          <w:p w14:paraId="7190CAD2" w14:textId="77777777" w:rsidR="00EA0F0B" w:rsidRDefault="00EA0F0B"/>
        </w:tc>
      </w:tr>
      <w:tr w:rsidR="00EA0F0B" w14:paraId="5B929F42" w14:textId="77777777" w:rsidTr="007F226B">
        <w:tc>
          <w:tcPr>
            <w:tcW w:w="392" w:type="dxa"/>
          </w:tcPr>
          <w:p w14:paraId="5AED79D3" w14:textId="77777777" w:rsidR="00EA0F0B" w:rsidRDefault="007F226B">
            <w:r>
              <w:rPr>
                <w:sz w:val="20"/>
              </w:rPr>
              <w:t>6.</w:t>
            </w:r>
          </w:p>
        </w:tc>
        <w:tc>
          <w:tcPr>
            <w:tcW w:w="1577" w:type="dxa"/>
          </w:tcPr>
          <w:p w14:paraId="63678398" w14:textId="77777777" w:rsidR="00EA0F0B" w:rsidRDefault="007F226B">
            <w:r>
              <w:rPr>
                <w:sz w:val="20"/>
              </w:rPr>
              <w:t>Требования, исключенные из реестра</w:t>
            </w:r>
          </w:p>
        </w:tc>
        <w:tc>
          <w:tcPr>
            <w:tcW w:w="1063" w:type="dxa"/>
          </w:tcPr>
          <w:p w14:paraId="1530464C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76" w:type="dxa"/>
          </w:tcPr>
          <w:p w14:paraId="7805908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4" w:type="dxa"/>
          </w:tcPr>
          <w:p w14:paraId="08873AE2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201" w:type="dxa"/>
          </w:tcPr>
          <w:p w14:paraId="46EA927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380" w:type="dxa"/>
          </w:tcPr>
          <w:p w14:paraId="3002D3E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2007" w:type="dxa"/>
          </w:tcPr>
          <w:p w14:paraId="7788F101" w14:textId="77777777" w:rsidR="00EA0F0B" w:rsidRDefault="007F226B">
            <w:r>
              <w:rPr>
                <w:sz w:val="20"/>
              </w:rPr>
              <w:t>Отсутствуют</w:t>
            </w:r>
          </w:p>
        </w:tc>
      </w:tr>
    </w:tbl>
    <w:p w14:paraId="22F49666" w14:textId="062C0E86" w:rsidR="00EA0F0B" w:rsidRPr="007F226B" w:rsidRDefault="007F226B">
      <w:pPr>
        <w:rPr>
          <w:lang w:val="ru-RU"/>
        </w:rPr>
      </w:pPr>
      <w:r w:rsidRPr="007F226B">
        <w:rPr>
          <w:lang w:val="ru-RU"/>
        </w:rPr>
        <w:br/>
        <w:t>Финансовый управляющий:</w:t>
      </w:r>
      <w:r>
        <w:rPr>
          <w:lang w:val="ru-RU"/>
        </w:rPr>
        <w:t xml:space="preserve"> </w:t>
      </w:r>
      <w:r>
        <w:rPr>
          <w:noProof/>
          <w:lang w:val="ru-RU"/>
        </w:rPr>
        <w:drawing>
          <wp:inline distT="0" distB="0" distL="0" distR="0" wp14:anchorId="6335CFFE" wp14:editId="438D7A90">
            <wp:extent cx="952980" cy="59826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70477" cy="609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Елдесова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Самал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Ергосаевна</w:t>
      </w:r>
      <w:proofErr w:type="spellEnd"/>
      <w:r w:rsidRPr="007F226B">
        <w:rPr>
          <w:lang w:val="ru-RU"/>
        </w:rPr>
        <w:br/>
      </w:r>
    </w:p>
    <w:p w14:paraId="1C3A7E5B" w14:textId="77777777" w:rsidR="00EA0F0B" w:rsidRPr="007F226B" w:rsidRDefault="007F226B">
      <w:pPr>
        <w:rPr>
          <w:lang w:val="ru-RU"/>
        </w:rPr>
      </w:pPr>
      <w:r w:rsidRPr="007F226B">
        <w:rPr>
          <w:lang w:val="ru-RU"/>
        </w:rPr>
        <w:br w:type="page"/>
      </w:r>
    </w:p>
    <w:p w14:paraId="0B0E1E7C" w14:textId="77777777" w:rsidR="00EA0F0B" w:rsidRPr="007F226B" w:rsidRDefault="007F226B" w:rsidP="007F226B">
      <w:pPr>
        <w:jc w:val="right"/>
        <w:rPr>
          <w:lang w:val="ru-RU"/>
        </w:rPr>
      </w:pPr>
      <w:proofErr w:type="spellStart"/>
      <w:r w:rsidRPr="007F226B">
        <w:rPr>
          <w:lang w:val="ru-RU"/>
        </w:rPr>
        <w:lastRenderedPageBreak/>
        <w:t>Қазақстан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Республикасы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Қаржы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министрінің</w:t>
      </w:r>
      <w:proofErr w:type="spellEnd"/>
      <w:r w:rsidRPr="007F226B">
        <w:rPr>
          <w:lang w:val="ru-RU"/>
        </w:rPr>
        <w:t xml:space="preserve"> 2024 </w:t>
      </w:r>
      <w:proofErr w:type="spellStart"/>
      <w:r w:rsidRPr="007F226B">
        <w:rPr>
          <w:lang w:val="ru-RU"/>
        </w:rPr>
        <w:t>жылғы</w:t>
      </w:r>
      <w:proofErr w:type="spellEnd"/>
      <w:r w:rsidRPr="007F226B">
        <w:rPr>
          <w:lang w:val="ru-RU"/>
        </w:rPr>
        <w:t xml:space="preserve"> 28 </w:t>
      </w:r>
      <w:proofErr w:type="spellStart"/>
      <w:r w:rsidRPr="007F226B">
        <w:rPr>
          <w:lang w:val="ru-RU"/>
        </w:rPr>
        <w:t>тамыздағы</w:t>
      </w:r>
      <w:proofErr w:type="spellEnd"/>
      <w:r w:rsidRPr="007F226B">
        <w:rPr>
          <w:lang w:val="ru-RU"/>
        </w:rPr>
        <w:t xml:space="preserve"> № 590 </w:t>
      </w:r>
      <w:proofErr w:type="spellStart"/>
      <w:r w:rsidRPr="007F226B">
        <w:rPr>
          <w:lang w:val="ru-RU"/>
        </w:rPr>
        <w:t>бұйрығымен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бекітілген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нысан</w:t>
      </w:r>
      <w:proofErr w:type="spellEnd"/>
    </w:p>
    <w:p w14:paraId="37B44214" w14:textId="77777777" w:rsidR="00EA0F0B" w:rsidRPr="007F226B" w:rsidRDefault="007F226B" w:rsidP="007F226B">
      <w:pPr>
        <w:jc w:val="center"/>
        <w:rPr>
          <w:lang w:val="ru-RU"/>
        </w:rPr>
      </w:pPr>
      <w:r w:rsidRPr="007F226B">
        <w:rPr>
          <w:b/>
          <w:lang w:val="ru-RU"/>
        </w:rPr>
        <w:t>КРЕДИТОРЛАР ТАЛАПТАРЫНЫҢ ТІЗІЛІМІ</w:t>
      </w:r>
      <w:r w:rsidRPr="007F226B">
        <w:rPr>
          <w:b/>
          <w:lang w:val="ru-RU"/>
        </w:rPr>
        <w:br/>
      </w:r>
      <w:proofErr w:type="spellStart"/>
      <w:r w:rsidRPr="007F226B">
        <w:rPr>
          <w:b/>
          <w:lang w:val="ru-RU"/>
        </w:rPr>
        <w:t>төлем</w:t>
      </w:r>
      <w:proofErr w:type="spellEnd"/>
      <w:r w:rsidRPr="007F226B">
        <w:rPr>
          <w:b/>
          <w:lang w:val="ru-RU"/>
        </w:rPr>
        <w:t xml:space="preserve"> </w:t>
      </w:r>
      <w:proofErr w:type="spellStart"/>
      <w:r w:rsidRPr="007F226B">
        <w:rPr>
          <w:b/>
          <w:lang w:val="ru-RU"/>
        </w:rPr>
        <w:t>қабілеттілігін</w:t>
      </w:r>
      <w:proofErr w:type="spellEnd"/>
      <w:r w:rsidRPr="007F226B">
        <w:rPr>
          <w:b/>
          <w:lang w:val="ru-RU"/>
        </w:rPr>
        <w:t xml:space="preserve"> </w:t>
      </w:r>
      <w:proofErr w:type="spellStart"/>
      <w:r w:rsidRPr="007F226B">
        <w:rPr>
          <w:b/>
          <w:lang w:val="ru-RU"/>
        </w:rPr>
        <w:t>қалпына</w:t>
      </w:r>
      <w:proofErr w:type="spellEnd"/>
      <w:r w:rsidRPr="007F226B">
        <w:rPr>
          <w:b/>
          <w:lang w:val="ru-RU"/>
        </w:rPr>
        <w:t xml:space="preserve"> </w:t>
      </w:r>
      <w:proofErr w:type="spellStart"/>
      <w:r w:rsidRPr="007F226B">
        <w:rPr>
          <w:b/>
          <w:lang w:val="ru-RU"/>
        </w:rPr>
        <w:t>келтіру</w:t>
      </w:r>
      <w:proofErr w:type="spellEnd"/>
      <w:r w:rsidRPr="007F226B">
        <w:rPr>
          <w:b/>
          <w:lang w:val="ru-RU"/>
        </w:rPr>
        <w:t xml:space="preserve"> </w:t>
      </w:r>
      <w:proofErr w:type="spellStart"/>
      <w:r w:rsidRPr="007F226B">
        <w:rPr>
          <w:b/>
          <w:lang w:val="ru-RU"/>
        </w:rPr>
        <w:t>рәсімі</w:t>
      </w:r>
      <w:proofErr w:type="spellEnd"/>
      <w:r w:rsidRPr="007F226B">
        <w:rPr>
          <w:b/>
          <w:lang w:val="ru-RU"/>
        </w:rPr>
        <w:t xml:space="preserve"> </w:t>
      </w:r>
      <w:proofErr w:type="spellStart"/>
      <w:r w:rsidRPr="007F226B">
        <w:rPr>
          <w:b/>
          <w:lang w:val="ru-RU"/>
        </w:rPr>
        <w:t>бойынша</w:t>
      </w:r>
      <w:proofErr w:type="spellEnd"/>
    </w:p>
    <w:p w14:paraId="1957DA9A" w14:textId="77777777" w:rsidR="00EA0F0B" w:rsidRPr="007F226B" w:rsidRDefault="007F226B" w:rsidP="007F226B">
      <w:pPr>
        <w:jc w:val="center"/>
        <w:rPr>
          <w:lang w:val="ru-RU"/>
        </w:rPr>
      </w:pPr>
      <w:proofErr w:type="spellStart"/>
      <w:r w:rsidRPr="007F226B">
        <w:rPr>
          <w:lang w:val="ru-RU"/>
        </w:rPr>
        <w:t>Идришева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Жанар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Ергасыловна</w:t>
      </w:r>
      <w:proofErr w:type="spellEnd"/>
      <w:r w:rsidRPr="007F226B">
        <w:rPr>
          <w:lang w:val="ru-RU"/>
        </w:rPr>
        <w:t>, ЖСН 901017400059</w:t>
      </w:r>
      <w:r w:rsidRPr="007F226B">
        <w:rPr>
          <w:lang w:val="ru-RU"/>
        </w:rPr>
        <w:br/>
        <w:t>Алматы қ.</w:t>
      </w:r>
      <w:r w:rsidRPr="007F226B">
        <w:rPr>
          <w:lang w:val="ru-RU"/>
        </w:rPr>
        <w:br/>
      </w:r>
      <w:proofErr w:type="spellStart"/>
      <w:r w:rsidRPr="007F226B">
        <w:rPr>
          <w:lang w:val="ru-RU"/>
        </w:rPr>
        <w:t>Қалыптастырылған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күні</w:t>
      </w:r>
      <w:proofErr w:type="spellEnd"/>
      <w:r w:rsidRPr="007F226B">
        <w:rPr>
          <w:lang w:val="ru-RU"/>
        </w:rPr>
        <w:t xml:space="preserve">: «25» </w:t>
      </w:r>
      <w:proofErr w:type="spellStart"/>
      <w:r w:rsidRPr="007F226B">
        <w:rPr>
          <w:lang w:val="ru-RU"/>
        </w:rPr>
        <w:t>қыркүйек</w:t>
      </w:r>
      <w:proofErr w:type="spellEnd"/>
      <w:r w:rsidRPr="007F226B">
        <w:rPr>
          <w:lang w:val="ru-RU"/>
        </w:rPr>
        <w:t xml:space="preserve"> 2026 </w:t>
      </w:r>
      <w:proofErr w:type="spellStart"/>
      <w:r w:rsidRPr="007F226B">
        <w:rPr>
          <w:lang w:val="ru-RU"/>
        </w:rPr>
        <w:t>жыл</w:t>
      </w:r>
      <w:proofErr w:type="spellEnd"/>
    </w:p>
    <w:tbl>
      <w:tblPr>
        <w:tblStyle w:val="TableGrid"/>
        <w:tblW w:w="11070" w:type="dxa"/>
        <w:tblInd w:w="-792" w:type="dxa"/>
        <w:tblLook w:val="04A0" w:firstRow="1" w:lastRow="0" w:firstColumn="1" w:lastColumn="0" w:noHBand="0" w:noVBand="1"/>
      </w:tblPr>
      <w:tblGrid>
        <w:gridCol w:w="417"/>
        <w:gridCol w:w="1630"/>
        <w:gridCol w:w="1460"/>
        <w:gridCol w:w="1447"/>
        <w:gridCol w:w="1616"/>
        <w:gridCol w:w="1441"/>
        <w:gridCol w:w="1775"/>
        <w:gridCol w:w="1284"/>
      </w:tblGrid>
      <w:tr w:rsidR="007F226B" w14:paraId="01CAFB8E" w14:textId="77777777" w:rsidTr="007F226B">
        <w:trPr>
          <w:trHeight w:val="2042"/>
        </w:trPr>
        <w:tc>
          <w:tcPr>
            <w:tcW w:w="417" w:type="dxa"/>
          </w:tcPr>
          <w:p w14:paraId="5A69F78C" w14:textId="77777777" w:rsidR="00EA0F0B" w:rsidRDefault="007F226B">
            <w:r>
              <w:rPr>
                <w:b/>
                <w:sz w:val="20"/>
              </w:rPr>
              <w:t>№</w:t>
            </w:r>
          </w:p>
        </w:tc>
        <w:tc>
          <w:tcPr>
            <w:tcW w:w="1630" w:type="dxa"/>
          </w:tcPr>
          <w:p w14:paraId="2E4A9924" w14:textId="77777777" w:rsidR="00EA0F0B" w:rsidRPr="007F226B" w:rsidRDefault="007F226B">
            <w:pPr>
              <w:rPr>
                <w:lang w:val="ru-RU"/>
              </w:rPr>
            </w:pPr>
            <w:proofErr w:type="spellStart"/>
            <w:r w:rsidRPr="007F226B">
              <w:rPr>
                <w:b/>
                <w:sz w:val="20"/>
                <w:lang w:val="ru-RU"/>
              </w:rPr>
              <w:t>Кредитордың</w:t>
            </w:r>
            <w:proofErr w:type="spellEnd"/>
            <w:r w:rsidRPr="007F226B">
              <w:rPr>
                <w:b/>
                <w:sz w:val="20"/>
                <w:lang w:val="ru-RU"/>
              </w:rPr>
              <w:t xml:space="preserve"> Т.А.Ә. (бар </w:t>
            </w:r>
            <w:proofErr w:type="spellStart"/>
            <w:r w:rsidRPr="007F226B">
              <w:rPr>
                <w:b/>
                <w:sz w:val="20"/>
                <w:lang w:val="ru-RU"/>
              </w:rPr>
              <w:t>болса</w:t>
            </w:r>
            <w:proofErr w:type="spellEnd"/>
            <w:r w:rsidRPr="007F226B">
              <w:rPr>
                <w:b/>
                <w:sz w:val="20"/>
                <w:lang w:val="ru-RU"/>
              </w:rPr>
              <w:t xml:space="preserve">) / </w:t>
            </w:r>
            <w:proofErr w:type="spellStart"/>
            <w:r w:rsidRPr="007F226B">
              <w:rPr>
                <w:b/>
                <w:sz w:val="20"/>
                <w:lang w:val="ru-RU"/>
              </w:rPr>
              <w:t>атауы</w:t>
            </w:r>
            <w:proofErr w:type="spellEnd"/>
          </w:p>
        </w:tc>
        <w:tc>
          <w:tcPr>
            <w:tcW w:w="1460" w:type="dxa"/>
          </w:tcPr>
          <w:p w14:paraId="7EE1C767" w14:textId="77777777" w:rsidR="00EA0F0B" w:rsidRDefault="007F226B">
            <w:proofErr w:type="spellStart"/>
            <w:r>
              <w:rPr>
                <w:b/>
                <w:sz w:val="20"/>
              </w:rPr>
              <w:t>Кредитордың</w:t>
            </w:r>
            <w:proofErr w:type="spellEnd"/>
            <w:r>
              <w:rPr>
                <w:b/>
                <w:sz w:val="20"/>
              </w:rPr>
              <w:t xml:space="preserve"> ЖСН/БСН</w:t>
            </w:r>
          </w:p>
        </w:tc>
        <w:tc>
          <w:tcPr>
            <w:tcW w:w="1447" w:type="dxa"/>
          </w:tcPr>
          <w:p w14:paraId="36ABA5A4" w14:textId="77777777" w:rsidR="00EA0F0B" w:rsidRDefault="007F226B">
            <w:r>
              <w:rPr>
                <w:b/>
                <w:sz w:val="20"/>
              </w:rPr>
              <w:t>Қойылған</w:t>
            </w:r>
            <w:r>
              <w:rPr>
                <w:b/>
                <w:sz w:val="20"/>
              </w:rPr>
              <w:t xml:space="preserve"> талаптар сомасы (теңге)</w:t>
            </w:r>
          </w:p>
        </w:tc>
        <w:tc>
          <w:tcPr>
            <w:tcW w:w="1616" w:type="dxa"/>
          </w:tcPr>
          <w:p w14:paraId="71FE5BB8" w14:textId="77777777" w:rsidR="00EA0F0B" w:rsidRDefault="007F226B">
            <w:r>
              <w:rPr>
                <w:b/>
                <w:sz w:val="20"/>
              </w:rPr>
              <w:t>Қаржылық</w:t>
            </w:r>
            <w:r>
              <w:rPr>
                <w:b/>
                <w:sz w:val="20"/>
              </w:rPr>
              <w:t xml:space="preserve"> басқарушы қабылдаған шешімнің негізділігін растайтын құжаттар (атауы, күні, нөмірі), берешектің туындаған күні</w:t>
            </w:r>
          </w:p>
        </w:tc>
        <w:tc>
          <w:tcPr>
            <w:tcW w:w="1441" w:type="dxa"/>
          </w:tcPr>
          <w:p w14:paraId="46118533" w14:textId="77777777" w:rsidR="00EA0F0B" w:rsidRDefault="007F226B">
            <w:r>
              <w:rPr>
                <w:b/>
                <w:sz w:val="20"/>
              </w:rPr>
              <w:t>Танылған талаптар сомасы (теңге)</w:t>
            </w:r>
          </w:p>
        </w:tc>
        <w:tc>
          <w:tcPr>
            <w:tcW w:w="1775" w:type="dxa"/>
          </w:tcPr>
          <w:p w14:paraId="292FC9F9" w14:textId="77777777" w:rsidR="00EA0F0B" w:rsidRDefault="007F226B">
            <w:r>
              <w:rPr>
                <w:b/>
                <w:sz w:val="20"/>
              </w:rPr>
              <w:t>Танылмаған талаптар сомасы (теңге)</w:t>
            </w:r>
          </w:p>
        </w:tc>
        <w:tc>
          <w:tcPr>
            <w:tcW w:w="1284" w:type="dxa"/>
          </w:tcPr>
          <w:p w14:paraId="29642422" w14:textId="77777777" w:rsidR="00EA0F0B" w:rsidRDefault="007F226B">
            <w:r>
              <w:rPr>
                <w:b/>
                <w:sz w:val="20"/>
              </w:rPr>
              <w:t>Ескертпе</w:t>
            </w:r>
          </w:p>
        </w:tc>
      </w:tr>
      <w:tr w:rsidR="007F226B" w14:paraId="21BF7684" w14:textId="77777777" w:rsidTr="007F226B">
        <w:tc>
          <w:tcPr>
            <w:tcW w:w="417" w:type="dxa"/>
          </w:tcPr>
          <w:p w14:paraId="632129D6" w14:textId="77777777" w:rsidR="00EA0F0B" w:rsidRDefault="007F226B">
            <w:r>
              <w:rPr>
                <w:sz w:val="20"/>
              </w:rPr>
              <w:t>1.</w:t>
            </w:r>
          </w:p>
        </w:tc>
        <w:tc>
          <w:tcPr>
            <w:tcW w:w="1630" w:type="dxa"/>
          </w:tcPr>
          <w:p w14:paraId="0A4ED9E1" w14:textId="77777777" w:rsidR="00EA0F0B" w:rsidRDefault="007F226B">
            <w:r>
              <w:rPr>
                <w:sz w:val="20"/>
              </w:rPr>
              <w:t>Бірінші кезек</w:t>
            </w:r>
          </w:p>
        </w:tc>
        <w:tc>
          <w:tcPr>
            <w:tcW w:w="1460" w:type="dxa"/>
          </w:tcPr>
          <w:p w14:paraId="0E093CC5" w14:textId="77777777" w:rsidR="00EA0F0B" w:rsidRDefault="00EA0F0B"/>
        </w:tc>
        <w:tc>
          <w:tcPr>
            <w:tcW w:w="1447" w:type="dxa"/>
          </w:tcPr>
          <w:p w14:paraId="136D159B" w14:textId="77777777" w:rsidR="00EA0F0B" w:rsidRDefault="00EA0F0B"/>
        </w:tc>
        <w:tc>
          <w:tcPr>
            <w:tcW w:w="1616" w:type="dxa"/>
          </w:tcPr>
          <w:p w14:paraId="5AE28C16" w14:textId="77777777" w:rsidR="00EA0F0B" w:rsidRDefault="00EA0F0B"/>
        </w:tc>
        <w:tc>
          <w:tcPr>
            <w:tcW w:w="1441" w:type="dxa"/>
          </w:tcPr>
          <w:p w14:paraId="40250B59" w14:textId="77777777" w:rsidR="00EA0F0B" w:rsidRDefault="00EA0F0B"/>
        </w:tc>
        <w:tc>
          <w:tcPr>
            <w:tcW w:w="1775" w:type="dxa"/>
          </w:tcPr>
          <w:p w14:paraId="683129A0" w14:textId="77777777" w:rsidR="00EA0F0B" w:rsidRDefault="00EA0F0B"/>
        </w:tc>
        <w:tc>
          <w:tcPr>
            <w:tcW w:w="1284" w:type="dxa"/>
          </w:tcPr>
          <w:p w14:paraId="4116C63A" w14:textId="77777777" w:rsidR="00EA0F0B" w:rsidRDefault="00EA0F0B"/>
        </w:tc>
      </w:tr>
      <w:tr w:rsidR="007F226B" w14:paraId="22229F88" w14:textId="77777777" w:rsidTr="007F226B">
        <w:tc>
          <w:tcPr>
            <w:tcW w:w="417" w:type="dxa"/>
          </w:tcPr>
          <w:p w14:paraId="49325874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630" w:type="dxa"/>
          </w:tcPr>
          <w:p w14:paraId="2B784451" w14:textId="77777777" w:rsidR="00EA0F0B" w:rsidRDefault="007F226B">
            <w:r>
              <w:rPr>
                <w:sz w:val="20"/>
              </w:rPr>
              <w:t>Өмірге</w:t>
            </w:r>
            <w:r>
              <w:rPr>
                <w:sz w:val="20"/>
              </w:rPr>
              <w:t xml:space="preserve"> немесе денсаулыққа келтірілген зиянды өтеу бойынша берешекті өндіріп алу талаптары</w:t>
            </w:r>
          </w:p>
        </w:tc>
        <w:tc>
          <w:tcPr>
            <w:tcW w:w="1460" w:type="dxa"/>
          </w:tcPr>
          <w:p w14:paraId="3FE199AA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4CD0D81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02FFA3B6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2438220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187F61F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69DEC46E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645FB762" w14:textId="77777777" w:rsidTr="007F226B">
        <w:tc>
          <w:tcPr>
            <w:tcW w:w="417" w:type="dxa"/>
          </w:tcPr>
          <w:p w14:paraId="254EE9A4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630" w:type="dxa"/>
          </w:tcPr>
          <w:p w14:paraId="5F660C1F" w14:textId="77777777" w:rsidR="00EA0F0B" w:rsidRDefault="007F226B">
            <w:r>
              <w:rPr>
                <w:sz w:val="20"/>
              </w:rPr>
              <w:t xml:space="preserve">Алименттерді өндіріп алу </w:t>
            </w:r>
            <w:r>
              <w:rPr>
                <w:sz w:val="20"/>
              </w:rPr>
              <w:t>талаптары</w:t>
            </w:r>
          </w:p>
        </w:tc>
        <w:tc>
          <w:tcPr>
            <w:tcW w:w="1460" w:type="dxa"/>
          </w:tcPr>
          <w:p w14:paraId="68EBEF67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3E4C431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0EB5DEA9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722BBA0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128DA1E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5E89B7DE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6FE2DF23" w14:textId="77777777" w:rsidTr="007F226B">
        <w:tc>
          <w:tcPr>
            <w:tcW w:w="417" w:type="dxa"/>
          </w:tcPr>
          <w:p w14:paraId="470B0E7B" w14:textId="77777777" w:rsidR="00EA0F0B" w:rsidRDefault="00EA0F0B"/>
        </w:tc>
        <w:tc>
          <w:tcPr>
            <w:tcW w:w="1630" w:type="dxa"/>
          </w:tcPr>
          <w:p w14:paraId="0E376365" w14:textId="77777777" w:rsidR="00EA0F0B" w:rsidRDefault="007F226B">
            <w:r>
              <w:rPr>
                <w:sz w:val="20"/>
              </w:rPr>
              <w:t>Жиыны:</w:t>
            </w:r>
          </w:p>
        </w:tc>
        <w:tc>
          <w:tcPr>
            <w:tcW w:w="1460" w:type="dxa"/>
          </w:tcPr>
          <w:p w14:paraId="7DECE3F1" w14:textId="77777777" w:rsidR="00EA0F0B" w:rsidRDefault="00EA0F0B"/>
        </w:tc>
        <w:tc>
          <w:tcPr>
            <w:tcW w:w="1447" w:type="dxa"/>
          </w:tcPr>
          <w:p w14:paraId="03F194F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65ED218C" w14:textId="77777777" w:rsidR="00EA0F0B" w:rsidRDefault="00EA0F0B"/>
        </w:tc>
        <w:tc>
          <w:tcPr>
            <w:tcW w:w="1441" w:type="dxa"/>
          </w:tcPr>
          <w:p w14:paraId="552CD2D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33A0AFC3" w14:textId="77777777" w:rsidR="00EA0F0B" w:rsidRDefault="00EA0F0B"/>
        </w:tc>
        <w:tc>
          <w:tcPr>
            <w:tcW w:w="1284" w:type="dxa"/>
          </w:tcPr>
          <w:p w14:paraId="36838DC7" w14:textId="77777777" w:rsidR="00EA0F0B" w:rsidRDefault="00EA0F0B"/>
        </w:tc>
      </w:tr>
      <w:tr w:rsidR="007F226B" w14:paraId="2BBAEA73" w14:textId="77777777" w:rsidTr="007F226B">
        <w:tc>
          <w:tcPr>
            <w:tcW w:w="417" w:type="dxa"/>
          </w:tcPr>
          <w:p w14:paraId="6D97255E" w14:textId="77777777" w:rsidR="00EA0F0B" w:rsidRDefault="007F226B">
            <w:r>
              <w:rPr>
                <w:sz w:val="20"/>
              </w:rPr>
              <w:t>2.</w:t>
            </w:r>
          </w:p>
        </w:tc>
        <w:tc>
          <w:tcPr>
            <w:tcW w:w="1630" w:type="dxa"/>
          </w:tcPr>
          <w:p w14:paraId="5A817777" w14:textId="77777777" w:rsidR="00EA0F0B" w:rsidRDefault="007F226B">
            <w:r>
              <w:rPr>
                <w:sz w:val="20"/>
              </w:rPr>
              <w:t>Екінші кезек</w:t>
            </w:r>
          </w:p>
        </w:tc>
        <w:tc>
          <w:tcPr>
            <w:tcW w:w="1460" w:type="dxa"/>
          </w:tcPr>
          <w:p w14:paraId="33D0F4DC" w14:textId="77777777" w:rsidR="00EA0F0B" w:rsidRDefault="00EA0F0B"/>
        </w:tc>
        <w:tc>
          <w:tcPr>
            <w:tcW w:w="1447" w:type="dxa"/>
          </w:tcPr>
          <w:p w14:paraId="724E7396" w14:textId="77777777" w:rsidR="00EA0F0B" w:rsidRDefault="00EA0F0B"/>
        </w:tc>
        <w:tc>
          <w:tcPr>
            <w:tcW w:w="1616" w:type="dxa"/>
          </w:tcPr>
          <w:p w14:paraId="46B52F43" w14:textId="77777777" w:rsidR="00EA0F0B" w:rsidRDefault="00EA0F0B"/>
        </w:tc>
        <w:tc>
          <w:tcPr>
            <w:tcW w:w="1441" w:type="dxa"/>
          </w:tcPr>
          <w:p w14:paraId="2FE2FB3A" w14:textId="77777777" w:rsidR="00EA0F0B" w:rsidRDefault="00EA0F0B"/>
        </w:tc>
        <w:tc>
          <w:tcPr>
            <w:tcW w:w="1775" w:type="dxa"/>
          </w:tcPr>
          <w:p w14:paraId="31CCAA66" w14:textId="77777777" w:rsidR="00EA0F0B" w:rsidRDefault="00EA0F0B"/>
        </w:tc>
        <w:tc>
          <w:tcPr>
            <w:tcW w:w="1284" w:type="dxa"/>
          </w:tcPr>
          <w:p w14:paraId="13B1EC17" w14:textId="77777777" w:rsidR="00EA0F0B" w:rsidRDefault="00EA0F0B"/>
        </w:tc>
      </w:tr>
      <w:tr w:rsidR="007F226B" w14:paraId="1B18EC5B" w14:textId="77777777" w:rsidTr="007F226B">
        <w:tc>
          <w:tcPr>
            <w:tcW w:w="417" w:type="dxa"/>
          </w:tcPr>
          <w:p w14:paraId="3CC10B2E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630" w:type="dxa"/>
          </w:tcPr>
          <w:p w14:paraId="54D6AF8A" w14:textId="77777777" w:rsidR="00EA0F0B" w:rsidRDefault="007F226B">
            <w:r>
              <w:rPr>
                <w:sz w:val="20"/>
              </w:rPr>
              <w:t>Салық берешегі</w:t>
            </w:r>
          </w:p>
        </w:tc>
        <w:tc>
          <w:tcPr>
            <w:tcW w:w="1460" w:type="dxa"/>
          </w:tcPr>
          <w:p w14:paraId="4B191414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1C24200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30ED817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228B77D0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5B801D09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5CE6BE21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52DF697C" w14:textId="77777777" w:rsidTr="007F226B">
        <w:tc>
          <w:tcPr>
            <w:tcW w:w="417" w:type="dxa"/>
          </w:tcPr>
          <w:p w14:paraId="263015E8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630" w:type="dxa"/>
          </w:tcPr>
          <w:p w14:paraId="1DC53DA0" w14:textId="77777777" w:rsidR="00EA0F0B" w:rsidRDefault="007F226B">
            <w:r>
              <w:rPr>
                <w:sz w:val="20"/>
              </w:rPr>
              <w:t>Кедендік төлемдер бойынша берешек</w:t>
            </w:r>
          </w:p>
        </w:tc>
        <w:tc>
          <w:tcPr>
            <w:tcW w:w="1460" w:type="dxa"/>
          </w:tcPr>
          <w:p w14:paraId="32D9DC85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6AEDB966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3CEE6B27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21917CA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6566EE9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38DB5F2F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04E30AD4" w14:textId="77777777" w:rsidTr="007F226B">
        <w:tc>
          <w:tcPr>
            <w:tcW w:w="417" w:type="dxa"/>
          </w:tcPr>
          <w:p w14:paraId="5FDEAAF6" w14:textId="77777777" w:rsidR="00EA0F0B" w:rsidRDefault="007F226B">
            <w:r>
              <w:rPr>
                <w:sz w:val="20"/>
              </w:rPr>
              <w:t>3)</w:t>
            </w:r>
          </w:p>
        </w:tc>
        <w:tc>
          <w:tcPr>
            <w:tcW w:w="1630" w:type="dxa"/>
          </w:tcPr>
          <w:p w14:paraId="7C51954D" w14:textId="77777777" w:rsidR="00EA0F0B" w:rsidRDefault="007F226B">
            <w:r>
              <w:rPr>
                <w:sz w:val="20"/>
              </w:rPr>
              <w:t>Бюджетке төленетін міндетті төлемдер бойынша берешек</w:t>
            </w:r>
          </w:p>
        </w:tc>
        <w:tc>
          <w:tcPr>
            <w:tcW w:w="1460" w:type="dxa"/>
          </w:tcPr>
          <w:p w14:paraId="60D9A76D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18F8F590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21F15D8C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439E7B3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31EA693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08D23FB7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40FED76D" w14:textId="77777777" w:rsidTr="007F226B">
        <w:tc>
          <w:tcPr>
            <w:tcW w:w="417" w:type="dxa"/>
          </w:tcPr>
          <w:p w14:paraId="15231519" w14:textId="77777777" w:rsidR="00EA0F0B" w:rsidRDefault="007F226B">
            <w:r>
              <w:rPr>
                <w:sz w:val="20"/>
              </w:rPr>
              <w:t>4)</w:t>
            </w:r>
          </w:p>
        </w:tc>
        <w:tc>
          <w:tcPr>
            <w:tcW w:w="1630" w:type="dxa"/>
          </w:tcPr>
          <w:p w14:paraId="7DED2EC1" w14:textId="77777777" w:rsidR="00EA0F0B" w:rsidRDefault="007F226B">
            <w:r>
              <w:rPr>
                <w:sz w:val="20"/>
              </w:rPr>
              <w:t xml:space="preserve">Сот шешімі бойынша өндіріп алынатын бюджет төлемдері бойынша </w:t>
            </w:r>
            <w:r>
              <w:rPr>
                <w:sz w:val="20"/>
              </w:rPr>
              <w:lastRenderedPageBreak/>
              <w:t>берешек</w:t>
            </w:r>
          </w:p>
        </w:tc>
        <w:tc>
          <w:tcPr>
            <w:tcW w:w="1460" w:type="dxa"/>
          </w:tcPr>
          <w:p w14:paraId="0F2797AE" w14:textId="77777777" w:rsidR="00EA0F0B" w:rsidRDefault="007F226B">
            <w:r>
              <w:rPr>
                <w:sz w:val="20"/>
              </w:rPr>
              <w:lastRenderedPageBreak/>
              <w:t>—</w:t>
            </w:r>
          </w:p>
        </w:tc>
        <w:tc>
          <w:tcPr>
            <w:tcW w:w="1447" w:type="dxa"/>
          </w:tcPr>
          <w:p w14:paraId="7CF2A189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032BEEDF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47779C4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52B343A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423687A7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6E6873BD" w14:textId="77777777" w:rsidTr="007F226B">
        <w:tc>
          <w:tcPr>
            <w:tcW w:w="417" w:type="dxa"/>
          </w:tcPr>
          <w:p w14:paraId="0B9B4E90" w14:textId="77777777" w:rsidR="00EA0F0B" w:rsidRDefault="00EA0F0B"/>
        </w:tc>
        <w:tc>
          <w:tcPr>
            <w:tcW w:w="1630" w:type="dxa"/>
          </w:tcPr>
          <w:p w14:paraId="6021953F" w14:textId="77777777" w:rsidR="00EA0F0B" w:rsidRDefault="007F226B">
            <w:r>
              <w:rPr>
                <w:sz w:val="20"/>
              </w:rPr>
              <w:t>Жиыны:</w:t>
            </w:r>
          </w:p>
        </w:tc>
        <w:tc>
          <w:tcPr>
            <w:tcW w:w="1460" w:type="dxa"/>
          </w:tcPr>
          <w:p w14:paraId="03676ECD" w14:textId="77777777" w:rsidR="00EA0F0B" w:rsidRDefault="00EA0F0B"/>
        </w:tc>
        <w:tc>
          <w:tcPr>
            <w:tcW w:w="1447" w:type="dxa"/>
          </w:tcPr>
          <w:p w14:paraId="32126AF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079D696F" w14:textId="77777777" w:rsidR="00EA0F0B" w:rsidRDefault="00EA0F0B"/>
        </w:tc>
        <w:tc>
          <w:tcPr>
            <w:tcW w:w="1441" w:type="dxa"/>
          </w:tcPr>
          <w:p w14:paraId="3CE27E8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581D95AD" w14:textId="77777777" w:rsidR="00EA0F0B" w:rsidRDefault="00EA0F0B"/>
        </w:tc>
        <w:tc>
          <w:tcPr>
            <w:tcW w:w="1284" w:type="dxa"/>
          </w:tcPr>
          <w:p w14:paraId="0203FF5E" w14:textId="77777777" w:rsidR="00EA0F0B" w:rsidRDefault="00EA0F0B"/>
        </w:tc>
      </w:tr>
      <w:tr w:rsidR="007F226B" w14:paraId="2CD79F5C" w14:textId="77777777" w:rsidTr="007F226B">
        <w:tc>
          <w:tcPr>
            <w:tcW w:w="417" w:type="dxa"/>
          </w:tcPr>
          <w:p w14:paraId="382D1B84" w14:textId="77777777" w:rsidR="00EA0F0B" w:rsidRDefault="007F226B">
            <w:r>
              <w:rPr>
                <w:sz w:val="20"/>
              </w:rPr>
              <w:t>3.</w:t>
            </w:r>
          </w:p>
        </w:tc>
        <w:tc>
          <w:tcPr>
            <w:tcW w:w="1630" w:type="dxa"/>
          </w:tcPr>
          <w:p w14:paraId="3585591E" w14:textId="77777777" w:rsidR="00EA0F0B" w:rsidRDefault="007F226B">
            <w:r>
              <w:rPr>
                <w:sz w:val="20"/>
              </w:rPr>
              <w:t>Үшінші</w:t>
            </w:r>
            <w:r>
              <w:rPr>
                <w:sz w:val="20"/>
              </w:rPr>
              <w:t xml:space="preserve"> кезек</w:t>
            </w:r>
          </w:p>
        </w:tc>
        <w:tc>
          <w:tcPr>
            <w:tcW w:w="1460" w:type="dxa"/>
          </w:tcPr>
          <w:p w14:paraId="57B89649" w14:textId="77777777" w:rsidR="00EA0F0B" w:rsidRDefault="00EA0F0B"/>
        </w:tc>
        <w:tc>
          <w:tcPr>
            <w:tcW w:w="1447" w:type="dxa"/>
          </w:tcPr>
          <w:p w14:paraId="5F6A45CF" w14:textId="77777777" w:rsidR="00EA0F0B" w:rsidRDefault="00EA0F0B"/>
        </w:tc>
        <w:tc>
          <w:tcPr>
            <w:tcW w:w="1616" w:type="dxa"/>
          </w:tcPr>
          <w:p w14:paraId="0B05077F" w14:textId="77777777" w:rsidR="00EA0F0B" w:rsidRDefault="00EA0F0B"/>
        </w:tc>
        <w:tc>
          <w:tcPr>
            <w:tcW w:w="1441" w:type="dxa"/>
          </w:tcPr>
          <w:p w14:paraId="5AFD38D3" w14:textId="77777777" w:rsidR="00EA0F0B" w:rsidRDefault="00EA0F0B"/>
        </w:tc>
        <w:tc>
          <w:tcPr>
            <w:tcW w:w="1775" w:type="dxa"/>
          </w:tcPr>
          <w:p w14:paraId="3F79DE81" w14:textId="77777777" w:rsidR="00EA0F0B" w:rsidRDefault="00EA0F0B"/>
        </w:tc>
        <w:tc>
          <w:tcPr>
            <w:tcW w:w="1284" w:type="dxa"/>
          </w:tcPr>
          <w:p w14:paraId="4159CB43" w14:textId="77777777" w:rsidR="00EA0F0B" w:rsidRDefault="00EA0F0B"/>
        </w:tc>
      </w:tr>
      <w:tr w:rsidR="007F226B" w14:paraId="6362D8CC" w14:textId="77777777" w:rsidTr="007F226B">
        <w:tc>
          <w:tcPr>
            <w:tcW w:w="417" w:type="dxa"/>
          </w:tcPr>
          <w:p w14:paraId="670953FA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630" w:type="dxa"/>
          </w:tcPr>
          <w:p w14:paraId="6BE78991" w14:textId="77777777" w:rsidR="00EA0F0B" w:rsidRDefault="007F226B">
            <w:r>
              <w:rPr>
                <w:sz w:val="20"/>
              </w:rPr>
              <w:t>Азаматтық-құқықтық және өзге де міндеттемелер бойынша кредиторлардың талаптары:</w:t>
            </w:r>
          </w:p>
        </w:tc>
        <w:tc>
          <w:tcPr>
            <w:tcW w:w="1460" w:type="dxa"/>
          </w:tcPr>
          <w:p w14:paraId="2C956129" w14:textId="77777777" w:rsidR="00EA0F0B" w:rsidRDefault="00EA0F0B"/>
        </w:tc>
        <w:tc>
          <w:tcPr>
            <w:tcW w:w="1447" w:type="dxa"/>
          </w:tcPr>
          <w:p w14:paraId="79BD2181" w14:textId="77777777" w:rsidR="00EA0F0B" w:rsidRDefault="00EA0F0B"/>
        </w:tc>
        <w:tc>
          <w:tcPr>
            <w:tcW w:w="1616" w:type="dxa"/>
          </w:tcPr>
          <w:p w14:paraId="67BB5A3B" w14:textId="77777777" w:rsidR="00EA0F0B" w:rsidRDefault="00EA0F0B"/>
        </w:tc>
        <w:tc>
          <w:tcPr>
            <w:tcW w:w="1441" w:type="dxa"/>
          </w:tcPr>
          <w:p w14:paraId="198179C1" w14:textId="77777777" w:rsidR="00EA0F0B" w:rsidRDefault="00EA0F0B"/>
        </w:tc>
        <w:tc>
          <w:tcPr>
            <w:tcW w:w="1775" w:type="dxa"/>
          </w:tcPr>
          <w:p w14:paraId="17289F4E" w14:textId="77777777" w:rsidR="00EA0F0B" w:rsidRDefault="00EA0F0B"/>
        </w:tc>
        <w:tc>
          <w:tcPr>
            <w:tcW w:w="1284" w:type="dxa"/>
          </w:tcPr>
          <w:p w14:paraId="0C74440A" w14:textId="77777777" w:rsidR="00EA0F0B" w:rsidRDefault="00EA0F0B"/>
        </w:tc>
      </w:tr>
      <w:tr w:rsidR="007F226B" w14:paraId="2CD83E8C" w14:textId="77777777" w:rsidTr="007F226B">
        <w:tc>
          <w:tcPr>
            <w:tcW w:w="417" w:type="dxa"/>
          </w:tcPr>
          <w:p w14:paraId="6223E78B" w14:textId="77777777" w:rsidR="00EA0F0B" w:rsidRDefault="007F226B">
            <w:r>
              <w:rPr>
                <w:sz w:val="20"/>
              </w:rPr>
              <w:t>1</w:t>
            </w:r>
          </w:p>
        </w:tc>
        <w:tc>
          <w:tcPr>
            <w:tcW w:w="1630" w:type="dxa"/>
          </w:tcPr>
          <w:p w14:paraId="1676ACBF" w14:textId="77777777" w:rsidR="00EA0F0B" w:rsidRDefault="007F226B">
            <w:r>
              <w:rPr>
                <w:sz w:val="20"/>
              </w:rPr>
              <w:t xml:space="preserve">АО </w:t>
            </w:r>
            <w:r>
              <w:rPr>
                <w:sz w:val="20"/>
              </w:rPr>
              <w:t>«Kaspi Bank»</w:t>
            </w:r>
          </w:p>
        </w:tc>
        <w:tc>
          <w:tcPr>
            <w:tcW w:w="1460" w:type="dxa"/>
          </w:tcPr>
          <w:p w14:paraId="61CDC86B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2E8E9115" w14:textId="77777777" w:rsidR="00EA0F0B" w:rsidRDefault="007F226B">
            <w:r>
              <w:rPr>
                <w:sz w:val="20"/>
              </w:rPr>
              <w:t>3 229 314,00</w:t>
            </w:r>
          </w:p>
        </w:tc>
        <w:tc>
          <w:tcPr>
            <w:tcW w:w="1616" w:type="dxa"/>
          </w:tcPr>
          <w:p w14:paraId="2E608ECC" w14:textId="77777777" w:rsidR="00EA0F0B" w:rsidRDefault="007F226B">
            <w:r>
              <w:rPr>
                <w:sz w:val="20"/>
              </w:rPr>
              <w:t>Қаржылық</w:t>
            </w:r>
            <w:r>
              <w:rPr>
                <w:sz w:val="20"/>
              </w:rPr>
              <w:t xml:space="preserve"> басқарушының 18.06.2026 ж. қорытындысы; № R18671394-003 шарт</w:t>
            </w:r>
          </w:p>
        </w:tc>
        <w:tc>
          <w:tcPr>
            <w:tcW w:w="1441" w:type="dxa"/>
          </w:tcPr>
          <w:p w14:paraId="4952FC7A" w14:textId="77777777" w:rsidR="00EA0F0B" w:rsidRDefault="007F226B">
            <w:r>
              <w:rPr>
                <w:sz w:val="20"/>
              </w:rPr>
              <w:t>3 229 314,00</w:t>
            </w:r>
          </w:p>
        </w:tc>
        <w:tc>
          <w:tcPr>
            <w:tcW w:w="1775" w:type="dxa"/>
          </w:tcPr>
          <w:p w14:paraId="0FACC265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71AA49A5" w14:textId="77777777" w:rsidR="00EA0F0B" w:rsidRDefault="007F226B">
            <w:r>
              <w:rPr>
                <w:sz w:val="20"/>
              </w:rPr>
              <w:t>Кепілсіз</w:t>
            </w:r>
          </w:p>
        </w:tc>
      </w:tr>
      <w:tr w:rsidR="007F226B" w14:paraId="3B7E7FDD" w14:textId="77777777" w:rsidTr="007F226B">
        <w:tc>
          <w:tcPr>
            <w:tcW w:w="417" w:type="dxa"/>
          </w:tcPr>
          <w:p w14:paraId="7EE44138" w14:textId="77777777" w:rsidR="00EA0F0B" w:rsidRDefault="007F226B">
            <w:r>
              <w:rPr>
                <w:sz w:val="20"/>
              </w:rPr>
              <w:t>2</w:t>
            </w:r>
          </w:p>
        </w:tc>
        <w:tc>
          <w:tcPr>
            <w:tcW w:w="1630" w:type="dxa"/>
          </w:tcPr>
          <w:p w14:paraId="15A702AC" w14:textId="77777777" w:rsidR="00EA0F0B" w:rsidRDefault="007F226B">
            <w:r>
              <w:rPr>
                <w:sz w:val="20"/>
              </w:rPr>
              <w:t>АО «Berekebank»</w:t>
            </w:r>
          </w:p>
        </w:tc>
        <w:tc>
          <w:tcPr>
            <w:tcW w:w="1460" w:type="dxa"/>
          </w:tcPr>
          <w:p w14:paraId="431E47BE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7BB313E5" w14:textId="77777777" w:rsidR="00EA0F0B" w:rsidRDefault="007F226B">
            <w:r>
              <w:rPr>
                <w:sz w:val="20"/>
              </w:rPr>
              <w:t>6 000 000,00</w:t>
            </w:r>
          </w:p>
        </w:tc>
        <w:tc>
          <w:tcPr>
            <w:tcW w:w="1616" w:type="dxa"/>
          </w:tcPr>
          <w:p w14:paraId="200F2A29" w14:textId="77777777" w:rsidR="00EA0F0B" w:rsidRDefault="007F226B">
            <w:r>
              <w:rPr>
                <w:sz w:val="20"/>
              </w:rPr>
              <w:t>Қаржылық</w:t>
            </w:r>
            <w:r>
              <w:rPr>
                <w:sz w:val="20"/>
              </w:rPr>
              <w:t xml:space="preserve"> басқарушының 18.06.2026 ж. қорытындысы; № 23-048046-00-ДБЗ шарт</w:t>
            </w:r>
          </w:p>
        </w:tc>
        <w:tc>
          <w:tcPr>
            <w:tcW w:w="1441" w:type="dxa"/>
          </w:tcPr>
          <w:p w14:paraId="00D12504" w14:textId="77777777" w:rsidR="00EA0F0B" w:rsidRDefault="007F226B">
            <w:r>
              <w:rPr>
                <w:sz w:val="20"/>
              </w:rPr>
              <w:t>6 000 000,00</w:t>
            </w:r>
          </w:p>
        </w:tc>
        <w:tc>
          <w:tcPr>
            <w:tcW w:w="1775" w:type="dxa"/>
          </w:tcPr>
          <w:p w14:paraId="7285ADD1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0D6A20F1" w14:textId="77777777" w:rsidR="00EA0F0B" w:rsidRDefault="007F226B">
            <w:r>
              <w:rPr>
                <w:sz w:val="20"/>
              </w:rPr>
              <w:t>Кепілсіз</w:t>
            </w:r>
          </w:p>
        </w:tc>
      </w:tr>
      <w:tr w:rsidR="007F226B" w14:paraId="37E5E3A8" w14:textId="77777777" w:rsidTr="007F226B">
        <w:tc>
          <w:tcPr>
            <w:tcW w:w="417" w:type="dxa"/>
          </w:tcPr>
          <w:p w14:paraId="7EFC119B" w14:textId="77777777" w:rsidR="00EA0F0B" w:rsidRDefault="007F226B">
            <w:r>
              <w:rPr>
                <w:sz w:val="20"/>
              </w:rPr>
              <w:t>3</w:t>
            </w:r>
          </w:p>
        </w:tc>
        <w:tc>
          <w:tcPr>
            <w:tcW w:w="1630" w:type="dxa"/>
          </w:tcPr>
          <w:p w14:paraId="273C5CB9" w14:textId="77777777" w:rsidR="00EA0F0B" w:rsidRDefault="007F226B">
            <w:r>
              <w:rPr>
                <w:sz w:val="20"/>
              </w:rPr>
              <w:t>АО «Alatau City Bank»</w:t>
            </w:r>
          </w:p>
        </w:tc>
        <w:tc>
          <w:tcPr>
            <w:tcW w:w="1460" w:type="dxa"/>
          </w:tcPr>
          <w:p w14:paraId="51BDF0F5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7ED1D957" w14:textId="77777777" w:rsidR="00EA0F0B" w:rsidRDefault="007F226B">
            <w:r>
              <w:rPr>
                <w:sz w:val="20"/>
              </w:rPr>
              <w:t>3 200 000,00</w:t>
            </w:r>
          </w:p>
        </w:tc>
        <w:tc>
          <w:tcPr>
            <w:tcW w:w="1616" w:type="dxa"/>
          </w:tcPr>
          <w:p w14:paraId="538BE5DA" w14:textId="77777777" w:rsidR="00EA0F0B" w:rsidRDefault="007F226B">
            <w:r>
              <w:rPr>
                <w:sz w:val="20"/>
              </w:rPr>
              <w:t>Қаржылық</w:t>
            </w:r>
            <w:r>
              <w:rPr>
                <w:sz w:val="20"/>
              </w:rPr>
              <w:t xml:space="preserve"> басқарушының 18.06.2026 ж. қорытындысы; № EM23200-012255451 шарт</w:t>
            </w:r>
          </w:p>
        </w:tc>
        <w:tc>
          <w:tcPr>
            <w:tcW w:w="1441" w:type="dxa"/>
          </w:tcPr>
          <w:p w14:paraId="38FDB0CA" w14:textId="77777777" w:rsidR="00EA0F0B" w:rsidRDefault="007F226B">
            <w:r>
              <w:rPr>
                <w:sz w:val="20"/>
              </w:rPr>
              <w:t>3 200 000,00</w:t>
            </w:r>
          </w:p>
        </w:tc>
        <w:tc>
          <w:tcPr>
            <w:tcW w:w="1775" w:type="dxa"/>
          </w:tcPr>
          <w:p w14:paraId="777411FE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3AE32A98" w14:textId="77777777" w:rsidR="00EA0F0B" w:rsidRDefault="007F226B">
            <w:r>
              <w:rPr>
                <w:sz w:val="20"/>
              </w:rPr>
              <w:t>Кепілсіз</w:t>
            </w:r>
          </w:p>
        </w:tc>
      </w:tr>
      <w:tr w:rsidR="007F226B" w14:paraId="0193562D" w14:textId="77777777" w:rsidTr="007F226B">
        <w:tc>
          <w:tcPr>
            <w:tcW w:w="417" w:type="dxa"/>
          </w:tcPr>
          <w:p w14:paraId="095B8717" w14:textId="77777777" w:rsidR="00EA0F0B" w:rsidRDefault="007F226B">
            <w:r>
              <w:rPr>
                <w:sz w:val="20"/>
              </w:rPr>
              <w:t>4</w:t>
            </w:r>
          </w:p>
        </w:tc>
        <w:tc>
          <w:tcPr>
            <w:tcW w:w="1630" w:type="dxa"/>
          </w:tcPr>
          <w:p w14:paraId="175A35C7" w14:textId="77777777" w:rsidR="00EA0F0B" w:rsidRDefault="007F226B">
            <w:r>
              <w:rPr>
                <w:sz w:val="20"/>
              </w:rPr>
              <w:t>АО «Alatau City Bank»</w:t>
            </w:r>
          </w:p>
        </w:tc>
        <w:tc>
          <w:tcPr>
            <w:tcW w:w="1460" w:type="dxa"/>
          </w:tcPr>
          <w:p w14:paraId="7ACDE483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47C471E5" w14:textId="77777777" w:rsidR="00EA0F0B" w:rsidRDefault="007F226B">
            <w:r>
              <w:rPr>
                <w:sz w:val="20"/>
              </w:rPr>
              <w:t>4 338 601,00</w:t>
            </w:r>
          </w:p>
        </w:tc>
        <w:tc>
          <w:tcPr>
            <w:tcW w:w="1616" w:type="dxa"/>
          </w:tcPr>
          <w:p w14:paraId="56524537" w14:textId="77777777" w:rsidR="00EA0F0B" w:rsidRDefault="007F226B">
            <w:r>
              <w:rPr>
                <w:sz w:val="20"/>
              </w:rPr>
              <w:t>Қаржылық</w:t>
            </w:r>
            <w:r>
              <w:rPr>
                <w:sz w:val="20"/>
              </w:rPr>
              <w:t xml:space="preserve"> басқарушының 18.06.2026 ж. қорытындысы; № </w:t>
            </w:r>
            <w:r>
              <w:rPr>
                <w:sz w:val="20"/>
              </w:rPr>
              <w:t>EM24200-002760065 шарт</w:t>
            </w:r>
          </w:p>
        </w:tc>
        <w:tc>
          <w:tcPr>
            <w:tcW w:w="1441" w:type="dxa"/>
          </w:tcPr>
          <w:p w14:paraId="2D3645D1" w14:textId="77777777" w:rsidR="00EA0F0B" w:rsidRDefault="007F226B">
            <w:r>
              <w:rPr>
                <w:sz w:val="20"/>
              </w:rPr>
              <w:t>4 338 601,00</w:t>
            </w:r>
          </w:p>
        </w:tc>
        <w:tc>
          <w:tcPr>
            <w:tcW w:w="1775" w:type="dxa"/>
          </w:tcPr>
          <w:p w14:paraId="16213FEA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149DB772" w14:textId="77777777" w:rsidR="00EA0F0B" w:rsidRDefault="007F226B">
            <w:r>
              <w:rPr>
                <w:sz w:val="20"/>
              </w:rPr>
              <w:t>Кепілсіз</w:t>
            </w:r>
          </w:p>
        </w:tc>
      </w:tr>
      <w:tr w:rsidR="007F226B" w14:paraId="2C1D44F8" w14:textId="77777777" w:rsidTr="007F226B">
        <w:tc>
          <w:tcPr>
            <w:tcW w:w="417" w:type="dxa"/>
          </w:tcPr>
          <w:p w14:paraId="0C5DB3F3" w14:textId="77777777" w:rsidR="00EA0F0B" w:rsidRDefault="00EA0F0B"/>
        </w:tc>
        <w:tc>
          <w:tcPr>
            <w:tcW w:w="1630" w:type="dxa"/>
          </w:tcPr>
          <w:p w14:paraId="01CD1C37" w14:textId="77777777" w:rsidR="00EA0F0B" w:rsidRDefault="007F226B">
            <w:r>
              <w:rPr>
                <w:sz w:val="20"/>
              </w:rPr>
              <w:t>1) тармақша бойынша жиыны:</w:t>
            </w:r>
          </w:p>
        </w:tc>
        <w:tc>
          <w:tcPr>
            <w:tcW w:w="1460" w:type="dxa"/>
          </w:tcPr>
          <w:p w14:paraId="34C02C08" w14:textId="77777777" w:rsidR="00EA0F0B" w:rsidRDefault="00EA0F0B"/>
        </w:tc>
        <w:tc>
          <w:tcPr>
            <w:tcW w:w="1447" w:type="dxa"/>
          </w:tcPr>
          <w:p w14:paraId="4B65FA06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6" w:type="dxa"/>
          </w:tcPr>
          <w:p w14:paraId="2235997A" w14:textId="77777777" w:rsidR="00EA0F0B" w:rsidRDefault="00EA0F0B"/>
        </w:tc>
        <w:tc>
          <w:tcPr>
            <w:tcW w:w="1441" w:type="dxa"/>
          </w:tcPr>
          <w:p w14:paraId="7D4D9EA8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775" w:type="dxa"/>
          </w:tcPr>
          <w:p w14:paraId="25CC7BDC" w14:textId="77777777" w:rsidR="00EA0F0B" w:rsidRDefault="00EA0F0B"/>
        </w:tc>
        <w:tc>
          <w:tcPr>
            <w:tcW w:w="1284" w:type="dxa"/>
          </w:tcPr>
          <w:p w14:paraId="30B85EE5" w14:textId="77777777" w:rsidR="00EA0F0B" w:rsidRDefault="00EA0F0B"/>
        </w:tc>
      </w:tr>
      <w:tr w:rsidR="007F226B" w14:paraId="1CA80D0B" w14:textId="77777777" w:rsidTr="007F226B">
        <w:tc>
          <w:tcPr>
            <w:tcW w:w="417" w:type="dxa"/>
          </w:tcPr>
          <w:p w14:paraId="79EBA665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630" w:type="dxa"/>
          </w:tcPr>
          <w:p w14:paraId="605B7BC2" w14:textId="77777777" w:rsidR="00EA0F0B" w:rsidRDefault="007F226B">
            <w:r>
              <w:rPr>
                <w:sz w:val="20"/>
              </w:rPr>
              <w:t>Кепіл кредиторының талаптары</w:t>
            </w:r>
          </w:p>
        </w:tc>
        <w:tc>
          <w:tcPr>
            <w:tcW w:w="1460" w:type="dxa"/>
          </w:tcPr>
          <w:p w14:paraId="30A7A01D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29B63BD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4F21C579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5DA1992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1B7D8A7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3A34F501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11D6D558" w14:textId="77777777" w:rsidTr="007F226B">
        <w:tc>
          <w:tcPr>
            <w:tcW w:w="417" w:type="dxa"/>
          </w:tcPr>
          <w:p w14:paraId="76092520" w14:textId="77777777" w:rsidR="00EA0F0B" w:rsidRDefault="007F226B">
            <w:r>
              <w:rPr>
                <w:sz w:val="20"/>
              </w:rPr>
              <w:t>3)</w:t>
            </w:r>
          </w:p>
        </w:tc>
        <w:tc>
          <w:tcPr>
            <w:tcW w:w="1630" w:type="dxa"/>
          </w:tcPr>
          <w:p w14:paraId="57E23D6D" w14:textId="77777777" w:rsidR="00EA0F0B" w:rsidRDefault="007F226B">
            <w:r>
              <w:rPr>
                <w:sz w:val="20"/>
              </w:rPr>
              <w:t xml:space="preserve">Соттың мәмілені жарамсыз деп тану туралы шешім қабылдауы нәтижесінде </w:t>
            </w:r>
            <w:r>
              <w:rPr>
                <w:sz w:val="20"/>
              </w:rPr>
              <w:t>туындаған талаптар</w:t>
            </w:r>
          </w:p>
        </w:tc>
        <w:tc>
          <w:tcPr>
            <w:tcW w:w="1460" w:type="dxa"/>
          </w:tcPr>
          <w:p w14:paraId="1D5B61BB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55C1025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6882F740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03544EE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5464E3E4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3D877D18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3DAFA65A" w14:textId="77777777" w:rsidTr="007F226B">
        <w:tc>
          <w:tcPr>
            <w:tcW w:w="417" w:type="dxa"/>
          </w:tcPr>
          <w:p w14:paraId="79C3395A" w14:textId="77777777" w:rsidR="00EA0F0B" w:rsidRDefault="00EA0F0B"/>
        </w:tc>
        <w:tc>
          <w:tcPr>
            <w:tcW w:w="1630" w:type="dxa"/>
          </w:tcPr>
          <w:p w14:paraId="517C2E3A" w14:textId="77777777" w:rsidR="00EA0F0B" w:rsidRDefault="007F226B">
            <w:r>
              <w:rPr>
                <w:sz w:val="20"/>
              </w:rPr>
              <w:t>Жиыны:</w:t>
            </w:r>
          </w:p>
        </w:tc>
        <w:tc>
          <w:tcPr>
            <w:tcW w:w="1460" w:type="dxa"/>
          </w:tcPr>
          <w:p w14:paraId="24063CB7" w14:textId="77777777" w:rsidR="00EA0F0B" w:rsidRDefault="00EA0F0B"/>
        </w:tc>
        <w:tc>
          <w:tcPr>
            <w:tcW w:w="1447" w:type="dxa"/>
          </w:tcPr>
          <w:p w14:paraId="1E540390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6" w:type="dxa"/>
          </w:tcPr>
          <w:p w14:paraId="18195EF1" w14:textId="77777777" w:rsidR="00EA0F0B" w:rsidRDefault="00EA0F0B"/>
        </w:tc>
        <w:tc>
          <w:tcPr>
            <w:tcW w:w="1441" w:type="dxa"/>
          </w:tcPr>
          <w:p w14:paraId="205BFCCC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775" w:type="dxa"/>
          </w:tcPr>
          <w:p w14:paraId="03FDEF43" w14:textId="77777777" w:rsidR="00EA0F0B" w:rsidRDefault="00EA0F0B"/>
        </w:tc>
        <w:tc>
          <w:tcPr>
            <w:tcW w:w="1284" w:type="dxa"/>
          </w:tcPr>
          <w:p w14:paraId="3FD085F4" w14:textId="77777777" w:rsidR="00EA0F0B" w:rsidRDefault="00EA0F0B"/>
        </w:tc>
      </w:tr>
      <w:tr w:rsidR="007F226B" w14:paraId="3848810A" w14:textId="77777777" w:rsidTr="007F226B">
        <w:tc>
          <w:tcPr>
            <w:tcW w:w="417" w:type="dxa"/>
          </w:tcPr>
          <w:p w14:paraId="168D93D4" w14:textId="77777777" w:rsidR="00EA0F0B" w:rsidRDefault="007F226B">
            <w:r>
              <w:rPr>
                <w:sz w:val="20"/>
              </w:rPr>
              <w:t>4.</w:t>
            </w:r>
          </w:p>
        </w:tc>
        <w:tc>
          <w:tcPr>
            <w:tcW w:w="1630" w:type="dxa"/>
          </w:tcPr>
          <w:p w14:paraId="506CEA48" w14:textId="77777777" w:rsidR="00EA0F0B" w:rsidRDefault="007F226B">
            <w:r>
              <w:rPr>
                <w:sz w:val="20"/>
              </w:rPr>
              <w:t>Төртінші кезек</w:t>
            </w:r>
          </w:p>
        </w:tc>
        <w:tc>
          <w:tcPr>
            <w:tcW w:w="1460" w:type="dxa"/>
          </w:tcPr>
          <w:p w14:paraId="7D64A3D2" w14:textId="77777777" w:rsidR="00EA0F0B" w:rsidRDefault="00EA0F0B"/>
        </w:tc>
        <w:tc>
          <w:tcPr>
            <w:tcW w:w="1447" w:type="dxa"/>
          </w:tcPr>
          <w:p w14:paraId="18ED9D10" w14:textId="77777777" w:rsidR="00EA0F0B" w:rsidRDefault="00EA0F0B"/>
        </w:tc>
        <w:tc>
          <w:tcPr>
            <w:tcW w:w="1616" w:type="dxa"/>
          </w:tcPr>
          <w:p w14:paraId="6EAF2655" w14:textId="77777777" w:rsidR="00EA0F0B" w:rsidRDefault="00EA0F0B"/>
        </w:tc>
        <w:tc>
          <w:tcPr>
            <w:tcW w:w="1441" w:type="dxa"/>
          </w:tcPr>
          <w:p w14:paraId="505E7B92" w14:textId="77777777" w:rsidR="00EA0F0B" w:rsidRDefault="00EA0F0B"/>
        </w:tc>
        <w:tc>
          <w:tcPr>
            <w:tcW w:w="1775" w:type="dxa"/>
          </w:tcPr>
          <w:p w14:paraId="53B77112" w14:textId="77777777" w:rsidR="00EA0F0B" w:rsidRDefault="00EA0F0B"/>
        </w:tc>
        <w:tc>
          <w:tcPr>
            <w:tcW w:w="1284" w:type="dxa"/>
          </w:tcPr>
          <w:p w14:paraId="3F79A1FF" w14:textId="77777777" w:rsidR="00EA0F0B" w:rsidRDefault="00EA0F0B"/>
        </w:tc>
      </w:tr>
      <w:tr w:rsidR="007F226B" w14:paraId="4509AC5E" w14:textId="77777777" w:rsidTr="007F226B">
        <w:tc>
          <w:tcPr>
            <w:tcW w:w="417" w:type="dxa"/>
          </w:tcPr>
          <w:p w14:paraId="508B2876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630" w:type="dxa"/>
          </w:tcPr>
          <w:p w14:paraId="059C09D1" w14:textId="77777777" w:rsidR="00EA0F0B" w:rsidRDefault="007F226B">
            <w:r>
              <w:rPr>
                <w:sz w:val="20"/>
              </w:rPr>
              <w:t>Залалдарды өтеу жөніндегі кредиторлардың талаптары</w:t>
            </w:r>
          </w:p>
        </w:tc>
        <w:tc>
          <w:tcPr>
            <w:tcW w:w="1460" w:type="dxa"/>
          </w:tcPr>
          <w:p w14:paraId="4E314D53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54703E0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7109247A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06C95F86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76624D40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343A8B95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6454A5F7" w14:textId="77777777" w:rsidTr="007F226B">
        <w:tc>
          <w:tcPr>
            <w:tcW w:w="417" w:type="dxa"/>
          </w:tcPr>
          <w:p w14:paraId="1F2678CD" w14:textId="77777777" w:rsidR="00EA0F0B" w:rsidRDefault="007F226B">
            <w:r>
              <w:rPr>
                <w:sz w:val="20"/>
              </w:rPr>
              <w:lastRenderedPageBreak/>
              <w:t>2)</w:t>
            </w:r>
          </w:p>
        </w:tc>
        <w:tc>
          <w:tcPr>
            <w:tcW w:w="1630" w:type="dxa"/>
          </w:tcPr>
          <w:p w14:paraId="21F52478" w14:textId="77777777" w:rsidR="00EA0F0B" w:rsidRDefault="007F226B">
            <w:r>
              <w:rPr>
                <w:sz w:val="20"/>
              </w:rPr>
              <w:t xml:space="preserve">Тұрақсыздық айыбын (айыппұлдарды, өсімпұлдарды) өндіріп алу </w:t>
            </w:r>
            <w:r>
              <w:rPr>
                <w:sz w:val="20"/>
              </w:rPr>
              <w:t>жөніндегі кредиторлардың талаптары</w:t>
            </w:r>
          </w:p>
        </w:tc>
        <w:tc>
          <w:tcPr>
            <w:tcW w:w="1460" w:type="dxa"/>
          </w:tcPr>
          <w:p w14:paraId="5484DAD2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07CB9238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27B51F59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6A806B3A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5B9E7E5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6A629E02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1AE7D4A5" w14:textId="77777777" w:rsidTr="007F226B">
        <w:tc>
          <w:tcPr>
            <w:tcW w:w="417" w:type="dxa"/>
          </w:tcPr>
          <w:p w14:paraId="1E6FDC82" w14:textId="77777777" w:rsidR="00EA0F0B" w:rsidRDefault="00EA0F0B"/>
        </w:tc>
        <w:tc>
          <w:tcPr>
            <w:tcW w:w="1630" w:type="dxa"/>
          </w:tcPr>
          <w:p w14:paraId="446B30A8" w14:textId="77777777" w:rsidR="00EA0F0B" w:rsidRDefault="007F226B">
            <w:r>
              <w:rPr>
                <w:sz w:val="20"/>
              </w:rPr>
              <w:t>Жиыны:</w:t>
            </w:r>
          </w:p>
        </w:tc>
        <w:tc>
          <w:tcPr>
            <w:tcW w:w="1460" w:type="dxa"/>
          </w:tcPr>
          <w:p w14:paraId="5F36772B" w14:textId="77777777" w:rsidR="00EA0F0B" w:rsidRDefault="00EA0F0B"/>
        </w:tc>
        <w:tc>
          <w:tcPr>
            <w:tcW w:w="1447" w:type="dxa"/>
          </w:tcPr>
          <w:p w14:paraId="47869A2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11D52C88" w14:textId="77777777" w:rsidR="00EA0F0B" w:rsidRDefault="00EA0F0B"/>
        </w:tc>
        <w:tc>
          <w:tcPr>
            <w:tcW w:w="1441" w:type="dxa"/>
          </w:tcPr>
          <w:p w14:paraId="3A1A06C4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1382713C" w14:textId="77777777" w:rsidR="00EA0F0B" w:rsidRDefault="00EA0F0B"/>
        </w:tc>
        <w:tc>
          <w:tcPr>
            <w:tcW w:w="1284" w:type="dxa"/>
          </w:tcPr>
          <w:p w14:paraId="0E3ED115" w14:textId="77777777" w:rsidR="00EA0F0B" w:rsidRDefault="00EA0F0B"/>
        </w:tc>
      </w:tr>
      <w:tr w:rsidR="007F226B" w14:paraId="4D516945" w14:textId="77777777" w:rsidTr="007F226B">
        <w:tc>
          <w:tcPr>
            <w:tcW w:w="417" w:type="dxa"/>
          </w:tcPr>
          <w:p w14:paraId="4AD57264" w14:textId="77777777" w:rsidR="00EA0F0B" w:rsidRDefault="007F226B">
            <w:r>
              <w:rPr>
                <w:sz w:val="20"/>
              </w:rPr>
              <w:t>5.</w:t>
            </w:r>
          </w:p>
        </w:tc>
        <w:tc>
          <w:tcPr>
            <w:tcW w:w="1630" w:type="dxa"/>
          </w:tcPr>
          <w:p w14:paraId="799245DC" w14:textId="77777777" w:rsidR="00EA0F0B" w:rsidRDefault="007F226B">
            <w:r>
              <w:rPr>
                <w:sz w:val="20"/>
              </w:rPr>
              <w:t>Бесінші кезек</w:t>
            </w:r>
          </w:p>
        </w:tc>
        <w:tc>
          <w:tcPr>
            <w:tcW w:w="1460" w:type="dxa"/>
          </w:tcPr>
          <w:p w14:paraId="7B8EF976" w14:textId="77777777" w:rsidR="00EA0F0B" w:rsidRDefault="00EA0F0B"/>
        </w:tc>
        <w:tc>
          <w:tcPr>
            <w:tcW w:w="1447" w:type="dxa"/>
          </w:tcPr>
          <w:p w14:paraId="37051D7A" w14:textId="77777777" w:rsidR="00EA0F0B" w:rsidRDefault="00EA0F0B"/>
        </w:tc>
        <w:tc>
          <w:tcPr>
            <w:tcW w:w="1616" w:type="dxa"/>
          </w:tcPr>
          <w:p w14:paraId="5A48A3AA" w14:textId="77777777" w:rsidR="00EA0F0B" w:rsidRDefault="00EA0F0B"/>
        </w:tc>
        <w:tc>
          <w:tcPr>
            <w:tcW w:w="1441" w:type="dxa"/>
          </w:tcPr>
          <w:p w14:paraId="2FBBA280" w14:textId="77777777" w:rsidR="00EA0F0B" w:rsidRDefault="00EA0F0B"/>
        </w:tc>
        <w:tc>
          <w:tcPr>
            <w:tcW w:w="1775" w:type="dxa"/>
          </w:tcPr>
          <w:p w14:paraId="4C55D800" w14:textId="77777777" w:rsidR="00EA0F0B" w:rsidRDefault="00EA0F0B"/>
        </w:tc>
        <w:tc>
          <w:tcPr>
            <w:tcW w:w="1284" w:type="dxa"/>
          </w:tcPr>
          <w:p w14:paraId="144C4721" w14:textId="77777777" w:rsidR="00EA0F0B" w:rsidRDefault="00EA0F0B"/>
        </w:tc>
      </w:tr>
      <w:tr w:rsidR="007F226B" w14:paraId="7C69B7AA" w14:textId="77777777" w:rsidTr="007F226B">
        <w:tc>
          <w:tcPr>
            <w:tcW w:w="417" w:type="dxa"/>
          </w:tcPr>
          <w:p w14:paraId="47406351" w14:textId="77777777" w:rsidR="00EA0F0B" w:rsidRDefault="007F226B">
            <w:r>
              <w:rPr>
                <w:sz w:val="20"/>
              </w:rPr>
              <w:t>1)</w:t>
            </w:r>
          </w:p>
        </w:tc>
        <w:tc>
          <w:tcPr>
            <w:tcW w:w="1630" w:type="dxa"/>
          </w:tcPr>
          <w:p w14:paraId="0C2EFFCF" w14:textId="77777777" w:rsidR="00EA0F0B" w:rsidRDefault="007F226B">
            <w:r>
              <w:rPr>
                <w:sz w:val="20"/>
              </w:rPr>
              <w:t>Берешекті қайта құрылымдау құралдарының бірін ұсыну жөніндегі міндетті орындамаған кредиторлардың талаптары</w:t>
            </w:r>
          </w:p>
        </w:tc>
        <w:tc>
          <w:tcPr>
            <w:tcW w:w="1460" w:type="dxa"/>
          </w:tcPr>
          <w:p w14:paraId="02185276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7A203D6C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41E16028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7E32BC1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7B679FB7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516720FF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1546FACC" w14:textId="77777777" w:rsidTr="007F226B">
        <w:tc>
          <w:tcPr>
            <w:tcW w:w="417" w:type="dxa"/>
          </w:tcPr>
          <w:p w14:paraId="7EB7FD93" w14:textId="77777777" w:rsidR="00EA0F0B" w:rsidRDefault="007F226B">
            <w:r>
              <w:rPr>
                <w:sz w:val="20"/>
              </w:rPr>
              <w:t>2)</w:t>
            </w:r>
          </w:p>
        </w:tc>
        <w:tc>
          <w:tcPr>
            <w:tcW w:w="1630" w:type="dxa"/>
          </w:tcPr>
          <w:p w14:paraId="7387E450" w14:textId="77777777" w:rsidR="00EA0F0B" w:rsidRDefault="007F226B">
            <w:r>
              <w:rPr>
                <w:sz w:val="20"/>
              </w:rPr>
              <w:t xml:space="preserve">Оларды </w:t>
            </w:r>
            <w:r>
              <w:rPr>
                <w:sz w:val="20"/>
              </w:rPr>
              <w:t>ұсыну</w:t>
            </w:r>
            <w:r>
              <w:rPr>
                <w:sz w:val="20"/>
              </w:rPr>
              <w:t xml:space="preserve"> мерзімі өткеннен кейін мәлімделген талаптар</w:t>
            </w:r>
          </w:p>
        </w:tc>
        <w:tc>
          <w:tcPr>
            <w:tcW w:w="1460" w:type="dxa"/>
          </w:tcPr>
          <w:p w14:paraId="3F4ED144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4DBEEF7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30F4EF23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3F86DBD2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33ABD36B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61DA7853" w14:textId="77777777" w:rsidR="00EA0F0B" w:rsidRDefault="007F226B">
            <w:r>
              <w:rPr>
                <w:sz w:val="20"/>
              </w:rPr>
              <w:t>Жоқ</w:t>
            </w:r>
          </w:p>
        </w:tc>
      </w:tr>
      <w:tr w:rsidR="007F226B" w14:paraId="4784DF0F" w14:textId="77777777" w:rsidTr="007F226B">
        <w:tc>
          <w:tcPr>
            <w:tcW w:w="417" w:type="dxa"/>
          </w:tcPr>
          <w:p w14:paraId="5F101423" w14:textId="77777777" w:rsidR="00EA0F0B" w:rsidRDefault="00EA0F0B"/>
        </w:tc>
        <w:tc>
          <w:tcPr>
            <w:tcW w:w="1630" w:type="dxa"/>
          </w:tcPr>
          <w:p w14:paraId="06E16D1E" w14:textId="77777777" w:rsidR="00EA0F0B" w:rsidRDefault="007F226B">
            <w:r>
              <w:rPr>
                <w:sz w:val="20"/>
              </w:rPr>
              <w:t>Жиыны:</w:t>
            </w:r>
          </w:p>
        </w:tc>
        <w:tc>
          <w:tcPr>
            <w:tcW w:w="1460" w:type="dxa"/>
          </w:tcPr>
          <w:p w14:paraId="1123C8AE" w14:textId="77777777" w:rsidR="00EA0F0B" w:rsidRDefault="00EA0F0B"/>
        </w:tc>
        <w:tc>
          <w:tcPr>
            <w:tcW w:w="1447" w:type="dxa"/>
          </w:tcPr>
          <w:p w14:paraId="24D67834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52CE372F" w14:textId="77777777" w:rsidR="00EA0F0B" w:rsidRDefault="00EA0F0B"/>
        </w:tc>
        <w:tc>
          <w:tcPr>
            <w:tcW w:w="1441" w:type="dxa"/>
          </w:tcPr>
          <w:p w14:paraId="4C27ED2D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32C2AECA" w14:textId="77777777" w:rsidR="00EA0F0B" w:rsidRDefault="00EA0F0B"/>
        </w:tc>
        <w:tc>
          <w:tcPr>
            <w:tcW w:w="1284" w:type="dxa"/>
          </w:tcPr>
          <w:p w14:paraId="71B8543F" w14:textId="77777777" w:rsidR="00EA0F0B" w:rsidRDefault="00EA0F0B"/>
        </w:tc>
      </w:tr>
      <w:tr w:rsidR="007F226B" w14:paraId="6DBCBAEE" w14:textId="77777777" w:rsidTr="007F226B">
        <w:tc>
          <w:tcPr>
            <w:tcW w:w="417" w:type="dxa"/>
          </w:tcPr>
          <w:p w14:paraId="4F6E2B20" w14:textId="77777777" w:rsidR="00EA0F0B" w:rsidRDefault="00EA0F0B"/>
        </w:tc>
        <w:tc>
          <w:tcPr>
            <w:tcW w:w="1630" w:type="dxa"/>
          </w:tcPr>
          <w:p w14:paraId="50793AF3" w14:textId="77777777" w:rsidR="00EA0F0B" w:rsidRDefault="007F226B">
            <w:r>
              <w:rPr>
                <w:sz w:val="20"/>
              </w:rPr>
              <w:t>Тізілім бойынша жиыны:</w:t>
            </w:r>
          </w:p>
        </w:tc>
        <w:tc>
          <w:tcPr>
            <w:tcW w:w="1460" w:type="dxa"/>
          </w:tcPr>
          <w:p w14:paraId="55D74B53" w14:textId="77777777" w:rsidR="00EA0F0B" w:rsidRDefault="00EA0F0B"/>
        </w:tc>
        <w:tc>
          <w:tcPr>
            <w:tcW w:w="1447" w:type="dxa"/>
          </w:tcPr>
          <w:p w14:paraId="3F71A132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616" w:type="dxa"/>
          </w:tcPr>
          <w:p w14:paraId="0541C02D" w14:textId="77777777" w:rsidR="00EA0F0B" w:rsidRDefault="00EA0F0B"/>
        </w:tc>
        <w:tc>
          <w:tcPr>
            <w:tcW w:w="1441" w:type="dxa"/>
          </w:tcPr>
          <w:p w14:paraId="46763CFD" w14:textId="77777777" w:rsidR="00EA0F0B" w:rsidRDefault="007F226B">
            <w:r>
              <w:rPr>
                <w:sz w:val="20"/>
              </w:rPr>
              <w:t>16 767 915,00</w:t>
            </w:r>
          </w:p>
        </w:tc>
        <w:tc>
          <w:tcPr>
            <w:tcW w:w="1775" w:type="dxa"/>
          </w:tcPr>
          <w:p w14:paraId="410E8A0E" w14:textId="77777777" w:rsidR="00EA0F0B" w:rsidRDefault="00EA0F0B"/>
        </w:tc>
        <w:tc>
          <w:tcPr>
            <w:tcW w:w="1284" w:type="dxa"/>
          </w:tcPr>
          <w:p w14:paraId="65D31440" w14:textId="77777777" w:rsidR="00EA0F0B" w:rsidRDefault="00EA0F0B"/>
        </w:tc>
      </w:tr>
      <w:tr w:rsidR="007F226B" w14:paraId="2C57C359" w14:textId="77777777" w:rsidTr="007F226B">
        <w:tc>
          <w:tcPr>
            <w:tcW w:w="417" w:type="dxa"/>
          </w:tcPr>
          <w:p w14:paraId="7C5C3AF0" w14:textId="77777777" w:rsidR="00EA0F0B" w:rsidRDefault="007F226B">
            <w:r>
              <w:rPr>
                <w:sz w:val="20"/>
              </w:rPr>
              <w:t>6.</w:t>
            </w:r>
          </w:p>
        </w:tc>
        <w:tc>
          <w:tcPr>
            <w:tcW w:w="1630" w:type="dxa"/>
          </w:tcPr>
          <w:p w14:paraId="794DFA67" w14:textId="77777777" w:rsidR="00EA0F0B" w:rsidRDefault="007F226B">
            <w:r>
              <w:rPr>
                <w:sz w:val="20"/>
              </w:rPr>
              <w:t>Тізілімнен шығарылған талаптар</w:t>
            </w:r>
          </w:p>
        </w:tc>
        <w:tc>
          <w:tcPr>
            <w:tcW w:w="1460" w:type="dxa"/>
          </w:tcPr>
          <w:p w14:paraId="3F8C2CF1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7" w:type="dxa"/>
          </w:tcPr>
          <w:p w14:paraId="7FA4E633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616" w:type="dxa"/>
          </w:tcPr>
          <w:p w14:paraId="74202BC2" w14:textId="77777777" w:rsidR="00EA0F0B" w:rsidRDefault="007F226B">
            <w:r>
              <w:rPr>
                <w:sz w:val="20"/>
              </w:rPr>
              <w:t>—</w:t>
            </w:r>
          </w:p>
        </w:tc>
        <w:tc>
          <w:tcPr>
            <w:tcW w:w="1441" w:type="dxa"/>
          </w:tcPr>
          <w:p w14:paraId="113BADC9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775" w:type="dxa"/>
          </w:tcPr>
          <w:p w14:paraId="3986B8AF" w14:textId="77777777" w:rsidR="00EA0F0B" w:rsidRDefault="007F226B">
            <w:r>
              <w:rPr>
                <w:sz w:val="20"/>
              </w:rPr>
              <w:t>0,00</w:t>
            </w:r>
          </w:p>
        </w:tc>
        <w:tc>
          <w:tcPr>
            <w:tcW w:w="1284" w:type="dxa"/>
          </w:tcPr>
          <w:p w14:paraId="0067E20D" w14:textId="77777777" w:rsidR="00EA0F0B" w:rsidRDefault="007F226B">
            <w:r>
              <w:rPr>
                <w:sz w:val="20"/>
              </w:rPr>
              <w:t>Жоқ</w:t>
            </w:r>
          </w:p>
        </w:tc>
      </w:tr>
    </w:tbl>
    <w:p w14:paraId="3DEDF0C5" w14:textId="2CCBE558" w:rsidR="00EA0F0B" w:rsidRPr="007F226B" w:rsidRDefault="007F226B">
      <w:pPr>
        <w:rPr>
          <w:lang w:val="ru-RU"/>
        </w:rPr>
      </w:pPr>
      <w:r w:rsidRPr="007F226B">
        <w:rPr>
          <w:lang w:val="ru-RU"/>
        </w:rPr>
        <w:br/>
      </w:r>
      <w:proofErr w:type="spellStart"/>
      <w:r w:rsidRPr="007F226B">
        <w:rPr>
          <w:lang w:val="ru-RU"/>
        </w:rPr>
        <w:t>Қаржылық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басқарушы</w:t>
      </w:r>
      <w:proofErr w:type="spellEnd"/>
      <w:r w:rsidRPr="007F226B">
        <w:rPr>
          <w:lang w:val="ru-RU"/>
        </w:rPr>
        <w:t>:</w:t>
      </w:r>
      <w:r w:rsidRPr="007F226B">
        <w:rPr>
          <w:lang w:val="ru-RU"/>
        </w:rPr>
        <w:t xml:space="preserve"> </w:t>
      </w:r>
      <w:r>
        <w:rPr>
          <w:noProof/>
          <w:lang w:val="ru-RU"/>
        </w:rPr>
        <w:drawing>
          <wp:inline distT="0" distB="0" distL="0" distR="0" wp14:anchorId="049B99E0" wp14:editId="2594E0CB">
            <wp:extent cx="1051923" cy="660374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4987" cy="668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ru-RU"/>
        </w:rPr>
        <w:t xml:space="preserve"> </w:t>
      </w:r>
      <w:proofErr w:type="spellStart"/>
      <w:r w:rsidRPr="007F226B">
        <w:rPr>
          <w:lang w:val="ru-RU"/>
        </w:rPr>
        <w:t>Елдесова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Самал</w:t>
      </w:r>
      <w:proofErr w:type="spellEnd"/>
      <w:r w:rsidRPr="007F226B">
        <w:rPr>
          <w:lang w:val="ru-RU"/>
        </w:rPr>
        <w:t xml:space="preserve"> </w:t>
      </w:r>
      <w:proofErr w:type="spellStart"/>
      <w:r w:rsidRPr="007F226B">
        <w:rPr>
          <w:lang w:val="ru-RU"/>
        </w:rPr>
        <w:t>Ергосаевна</w:t>
      </w:r>
      <w:proofErr w:type="spellEnd"/>
      <w:r w:rsidRPr="007F226B">
        <w:rPr>
          <w:lang w:val="ru-RU"/>
        </w:rPr>
        <w:br/>
      </w:r>
    </w:p>
    <w:sectPr w:rsidR="00EA0F0B" w:rsidRPr="007F226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F226B"/>
    <w:rsid w:val="00AA1D8D"/>
    <w:rsid w:val="00B47730"/>
    <w:rsid w:val="00CB0664"/>
    <w:rsid w:val="00EA0F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C1E449"/>
  <w14:defaultImageDpi w14:val="300"/>
  <w15:docId w15:val="{D658C322-C214-C041-BF79-61EF7324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669</Words>
  <Characters>5004</Characters>
  <Application>Microsoft Office Word</Application>
  <DocSecurity>0</DocSecurity>
  <Lines>161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2026-09-25T13:24:00Z</dcterms:modified>
  <cp:category/>
</cp:coreProperties>
</file>