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75258" w14:textId="3F7D5C02" w:rsidR="0051657F" w:rsidRPr="003A3B1A" w:rsidRDefault="00BD2E59" w:rsidP="00BD2E59">
      <w:pPr>
        <w:jc w:val="center"/>
        <w:rPr>
          <w:rFonts w:ascii="Times New Roman" w:eastAsiaTheme="majorEastAsia" w:hAnsi="Times New Roman" w:cs="Times New Roman"/>
          <w:b/>
          <w:bCs/>
          <w:sz w:val="28"/>
          <w:szCs w:val="28"/>
          <w:lang w:val="ru-RU"/>
        </w:rPr>
      </w:pPr>
      <w:proofErr w:type="spellStart"/>
      <w:r w:rsidRPr="003A3B1A">
        <w:rPr>
          <w:rFonts w:ascii="Times New Roman" w:eastAsiaTheme="majorEastAsia" w:hAnsi="Times New Roman" w:cs="Times New Roman"/>
          <w:b/>
          <w:bCs/>
          <w:sz w:val="28"/>
          <w:szCs w:val="28"/>
          <w:lang w:val="ru-RU"/>
        </w:rPr>
        <w:t>Педагогикалық</w:t>
      </w:r>
      <w:proofErr w:type="spellEnd"/>
      <w:r w:rsidRPr="003A3B1A">
        <w:rPr>
          <w:rFonts w:ascii="Times New Roman" w:eastAsiaTheme="majorEastAsia" w:hAnsi="Times New Roman" w:cs="Times New Roman"/>
          <w:b/>
          <w:bCs/>
          <w:sz w:val="28"/>
          <w:szCs w:val="28"/>
          <w:lang w:val="ru-RU"/>
        </w:rPr>
        <w:t xml:space="preserve"> </w:t>
      </w:r>
      <w:proofErr w:type="spellStart"/>
      <w:r w:rsidRPr="003A3B1A">
        <w:rPr>
          <w:rFonts w:ascii="Times New Roman" w:eastAsiaTheme="majorEastAsia" w:hAnsi="Times New Roman" w:cs="Times New Roman"/>
          <w:b/>
          <w:bCs/>
          <w:sz w:val="28"/>
          <w:szCs w:val="28"/>
          <w:lang w:val="ru-RU"/>
        </w:rPr>
        <w:t>әдеп</w:t>
      </w:r>
      <w:proofErr w:type="spellEnd"/>
      <w:r w:rsidRPr="003A3B1A">
        <w:rPr>
          <w:rFonts w:ascii="Times New Roman" w:eastAsiaTheme="majorEastAsia" w:hAnsi="Times New Roman" w:cs="Times New Roman"/>
          <w:b/>
          <w:bCs/>
          <w:sz w:val="28"/>
          <w:szCs w:val="28"/>
          <w:lang w:val="ru-RU"/>
        </w:rPr>
        <w:t xml:space="preserve"> </w:t>
      </w:r>
      <w:proofErr w:type="spellStart"/>
      <w:r w:rsidRPr="003A3B1A">
        <w:rPr>
          <w:rFonts w:ascii="Times New Roman" w:eastAsiaTheme="majorEastAsia" w:hAnsi="Times New Roman" w:cs="Times New Roman"/>
          <w:b/>
          <w:bCs/>
          <w:sz w:val="28"/>
          <w:szCs w:val="28"/>
          <w:lang w:val="ru-RU"/>
        </w:rPr>
        <w:t>жөніндегі</w:t>
      </w:r>
      <w:proofErr w:type="spellEnd"/>
      <w:r w:rsidRPr="003A3B1A">
        <w:rPr>
          <w:rFonts w:ascii="Times New Roman" w:eastAsiaTheme="majorEastAsia" w:hAnsi="Times New Roman" w:cs="Times New Roman"/>
          <w:b/>
          <w:bCs/>
          <w:sz w:val="28"/>
          <w:szCs w:val="28"/>
          <w:lang w:val="ru-RU"/>
        </w:rPr>
        <w:t xml:space="preserve"> </w:t>
      </w:r>
      <w:proofErr w:type="spellStart"/>
      <w:r w:rsidRPr="003A3B1A">
        <w:rPr>
          <w:rFonts w:ascii="Times New Roman" w:eastAsiaTheme="majorEastAsia" w:hAnsi="Times New Roman" w:cs="Times New Roman"/>
          <w:b/>
          <w:bCs/>
          <w:sz w:val="28"/>
          <w:szCs w:val="28"/>
          <w:lang w:val="ru-RU"/>
        </w:rPr>
        <w:t>кеңестің</w:t>
      </w:r>
      <w:proofErr w:type="spellEnd"/>
      <w:r w:rsidRPr="003A3B1A">
        <w:rPr>
          <w:rFonts w:ascii="Times New Roman" w:eastAsiaTheme="majorEastAsia" w:hAnsi="Times New Roman" w:cs="Times New Roman"/>
          <w:b/>
          <w:bCs/>
          <w:sz w:val="28"/>
          <w:szCs w:val="28"/>
          <w:lang w:val="ru-RU"/>
        </w:rPr>
        <w:t xml:space="preserve"> </w:t>
      </w:r>
      <w:proofErr w:type="spellStart"/>
      <w:r w:rsidRPr="003A3B1A">
        <w:rPr>
          <w:rFonts w:ascii="Times New Roman" w:eastAsiaTheme="majorEastAsia" w:hAnsi="Times New Roman" w:cs="Times New Roman"/>
          <w:b/>
          <w:bCs/>
          <w:sz w:val="28"/>
          <w:szCs w:val="28"/>
          <w:lang w:val="ru-RU"/>
        </w:rPr>
        <w:t>қызметі</w:t>
      </w:r>
      <w:proofErr w:type="spellEnd"/>
    </w:p>
    <w:p w14:paraId="363ECC2A" w14:textId="59D3FC40" w:rsidR="00327E05" w:rsidRPr="003A3B1A" w:rsidRDefault="008B07EE" w:rsidP="0051657F">
      <w:pPr>
        <w:spacing w:after="0" w:line="240" w:lineRule="auto"/>
        <w:ind w:left="-284"/>
        <w:rPr>
          <w:rFonts w:ascii="Times New Roman" w:hAnsi="Times New Roman" w:cs="Times New Roman"/>
          <w:b/>
          <w:bCs/>
          <w:sz w:val="28"/>
          <w:szCs w:val="28"/>
          <w:lang w:val="ru-RU"/>
        </w:rPr>
      </w:pPr>
      <w:proofErr w:type="spellStart"/>
      <w:r w:rsidRPr="003A3B1A">
        <w:rPr>
          <w:rFonts w:ascii="Times New Roman" w:hAnsi="Times New Roman" w:cs="Times New Roman"/>
          <w:b/>
          <w:bCs/>
          <w:sz w:val="28"/>
          <w:szCs w:val="28"/>
          <w:lang w:val="ru-RU"/>
        </w:rPr>
        <w:t>Кезеңі</w:t>
      </w:r>
      <w:proofErr w:type="spellEnd"/>
      <w:r w:rsidRPr="003A3B1A">
        <w:rPr>
          <w:rFonts w:ascii="Times New Roman" w:hAnsi="Times New Roman" w:cs="Times New Roman"/>
          <w:b/>
          <w:bCs/>
          <w:sz w:val="28"/>
          <w:szCs w:val="28"/>
          <w:lang w:val="ru-RU"/>
        </w:rPr>
        <w:t>: 2026</w:t>
      </w:r>
      <w:r w:rsidR="002E096C" w:rsidRPr="003A3B1A">
        <w:rPr>
          <w:rFonts w:ascii="Times New Roman" w:hAnsi="Times New Roman" w:cs="Times New Roman"/>
          <w:b/>
          <w:bCs/>
          <w:sz w:val="28"/>
          <w:szCs w:val="28"/>
          <w:lang w:val="ru-RU"/>
        </w:rPr>
        <w:t xml:space="preserve"> </w:t>
      </w:r>
      <w:proofErr w:type="spellStart"/>
      <w:r w:rsidR="002E096C" w:rsidRPr="003A3B1A">
        <w:rPr>
          <w:rFonts w:ascii="Times New Roman" w:hAnsi="Times New Roman" w:cs="Times New Roman"/>
          <w:b/>
          <w:bCs/>
          <w:sz w:val="28"/>
          <w:szCs w:val="28"/>
          <w:lang w:val="ru-RU"/>
        </w:rPr>
        <w:t>жыл</w:t>
      </w:r>
      <w:proofErr w:type="spellEnd"/>
      <w:r w:rsidRPr="003A3B1A">
        <w:rPr>
          <w:rFonts w:ascii="Times New Roman" w:hAnsi="Times New Roman" w:cs="Times New Roman"/>
          <w:b/>
          <w:bCs/>
          <w:sz w:val="28"/>
          <w:szCs w:val="28"/>
          <w:lang w:val="ru-RU"/>
        </w:rPr>
        <w:t xml:space="preserve">, </w:t>
      </w:r>
      <w:r w:rsidR="003A3B1A" w:rsidRPr="003A3B1A">
        <w:rPr>
          <w:rFonts w:ascii="Times New Roman" w:hAnsi="Times New Roman" w:cs="Times New Roman"/>
          <w:b/>
          <w:bCs/>
          <w:sz w:val="28"/>
          <w:szCs w:val="28"/>
          <w:lang w:val="ru-RU"/>
        </w:rPr>
        <w:t>І</w:t>
      </w:r>
      <w:r w:rsidR="00BD2E59" w:rsidRPr="003A3B1A">
        <w:rPr>
          <w:rFonts w:ascii="Times New Roman" w:hAnsi="Times New Roman" w:cs="Times New Roman"/>
          <w:b/>
          <w:bCs/>
          <w:sz w:val="28"/>
          <w:szCs w:val="28"/>
          <w:lang w:val="ru-RU"/>
        </w:rPr>
        <w:t>ІІ</w:t>
      </w:r>
      <w:r w:rsidRPr="003A3B1A">
        <w:rPr>
          <w:rFonts w:ascii="Times New Roman" w:hAnsi="Times New Roman" w:cs="Times New Roman"/>
          <w:b/>
          <w:bCs/>
          <w:sz w:val="28"/>
          <w:szCs w:val="28"/>
          <w:lang w:val="ru-RU"/>
        </w:rPr>
        <w:t xml:space="preserve"> </w:t>
      </w:r>
      <w:proofErr w:type="spellStart"/>
      <w:r w:rsidRPr="003A3B1A">
        <w:rPr>
          <w:rFonts w:ascii="Times New Roman" w:hAnsi="Times New Roman" w:cs="Times New Roman"/>
          <w:b/>
          <w:bCs/>
          <w:sz w:val="28"/>
          <w:szCs w:val="28"/>
          <w:lang w:val="ru-RU"/>
        </w:rPr>
        <w:t>тоқсан</w:t>
      </w:r>
      <w:proofErr w:type="spellEnd"/>
      <w:r w:rsidR="00BD2E59" w:rsidRPr="003A3B1A">
        <w:rPr>
          <w:rFonts w:ascii="Times New Roman" w:hAnsi="Times New Roman" w:cs="Times New Roman"/>
          <w:b/>
          <w:bCs/>
          <w:sz w:val="28"/>
          <w:szCs w:val="28"/>
          <w:lang w:val="ru-RU"/>
        </w:rPr>
        <w:t xml:space="preserve"> </w:t>
      </w:r>
    </w:p>
    <w:p w14:paraId="2F78681F" w14:textId="77777777" w:rsidR="003A3B1A" w:rsidRDefault="003A3B1A" w:rsidP="003A3B1A">
      <w:pPr>
        <w:spacing w:after="0" w:line="240" w:lineRule="auto"/>
        <w:ind w:left="-284"/>
        <w:rPr>
          <w:rFonts w:ascii="Times New Roman" w:hAnsi="Times New Roman" w:cs="Times New Roman"/>
          <w:sz w:val="28"/>
          <w:szCs w:val="28"/>
          <w:lang w:val="ru-RU"/>
        </w:rPr>
      </w:pPr>
    </w:p>
    <w:p w14:paraId="5A6D7C8B" w14:textId="4BD83157" w:rsidR="003A3B1A" w:rsidRPr="003A3B1A" w:rsidRDefault="003A3B1A" w:rsidP="003A3B1A">
      <w:pPr>
        <w:spacing w:after="0" w:line="240" w:lineRule="auto"/>
        <w:ind w:left="-284" w:firstLine="425"/>
        <w:jc w:val="both"/>
        <w:rPr>
          <w:rFonts w:ascii="Times New Roman" w:hAnsi="Times New Roman" w:cs="Times New Roman"/>
          <w:sz w:val="28"/>
          <w:szCs w:val="28"/>
          <w:lang w:val="ru-RU"/>
        </w:rPr>
      </w:pPr>
      <w:r w:rsidRPr="003A3B1A">
        <w:rPr>
          <w:rFonts w:ascii="Times New Roman" w:hAnsi="Times New Roman" w:cs="Times New Roman"/>
          <w:sz w:val="28"/>
          <w:szCs w:val="28"/>
          <w:lang w:val="ru-RU"/>
        </w:rPr>
        <w:t xml:space="preserve">2026 </w:t>
      </w:r>
      <w:proofErr w:type="spellStart"/>
      <w:r w:rsidRPr="003A3B1A">
        <w:rPr>
          <w:rFonts w:ascii="Times New Roman" w:hAnsi="Times New Roman" w:cs="Times New Roman"/>
          <w:sz w:val="28"/>
          <w:szCs w:val="28"/>
          <w:lang w:val="ru-RU"/>
        </w:rPr>
        <w:t>жылдың</w:t>
      </w:r>
      <w:proofErr w:type="spellEnd"/>
      <w:r w:rsidRPr="003A3B1A">
        <w:rPr>
          <w:rFonts w:ascii="Times New Roman" w:hAnsi="Times New Roman" w:cs="Times New Roman"/>
          <w:sz w:val="28"/>
          <w:szCs w:val="28"/>
          <w:lang w:val="ru-RU"/>
        </w:rPr>
        <w:t xml:space="preserve"> 3-тоқсанында Абай </w:t>
      </w:r>
      <w:proofErr w:type="spellStart"/>
      <w:r w:rsidRPr="003A3B1A">
        <w:rPr>
          <w:rFonts w:ascii="Times New Roman" w:hAnsi="Times New Roman" w:cs="Times New Roman"/>
          <w:sz w:val="28"/>
          <w:szCs w:val="28"/>
          <w:lang w:val="ru-RU"/>
        </w:rPr>
        <w:t>облысының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білім</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саласында</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сапаны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қамтамасыз</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ету</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департаменті</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жанындағы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Педагогикалық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әдеп</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жөніндегі</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кеңес</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өз</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қызметін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Қазақстан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Республикасының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қолданыстағы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заңнамаларына</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оның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ішінде</w:t>
      </w:r>
      <w:proofErr w:type="spellEnd"/>
      <w:r w:rsidRPr="003A3B1A">
        <w:rPr>
          <w:rFonts w:ascii="Times New Roman" w:hAnsi="Times New Roman" w:cs="Times New Roman"/>
          <w:sz w:val="28"/>
          <w:szCs w:val="28"/>
          <w:lang w:val="ru-RU"/>
        </w:rPr>
        <w:t xml:space="preserve"> «Педагог </w:t>
      </w:r>
      <w:proofErr w:type="spellStart"/>
      <w:r w:rsidRPr="003A3B1A">
        <w:rPr>
          <w:rFonts w:ascii="Times New Roman" w:hAnsi="Times New Roman" w:cs="Times New Roman"/>
          <w:sz w:val="28"/>
          <w:szCs w:val="28"/>
          <w:lang w:val="ru-RU"/>
        </w:rPr>
        <w:t>мәртебесі</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туралы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Қазақстан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Республикасының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Заңына</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және</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Педагогтік</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әдеп</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ережелеріне</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сәйкес</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жүзеге</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асырды</w:t>
      </w:r>
      <w:proofErr w:type="spellEnd"/>
      <w:r w:rsidRPr="003A3B1A">
        <w:rPr>
          <w:rFonts w:ascii="Times New Roman" w:hAnsi="Times New Roman" w:cs="Times New Roman"/>
          <w:sz w:val="28"/>
          <w:szCs w:val="28"/>
          <w:lang w:val="ru-RU"/>
        </w:rPr>
        <w:t>.</w:t>
      </w:r>
    </w:p>
    <w:p w14:paraId="514A08C8" w14:textId="77777777" w:rsidR="003A3B1A" w:rsidRPr="003A3B1A" w:rsidRDefault="003A3B1A" w:rsidP="003A3B1A">
      <w:pPr>
        <w:spacing w:after="0" w:line="240" w:lineRule="auto"/>
        <w:ind w:left="-284" w:firstLine="425"/>
        <w:jc w:val="both"/>
        <w:rPr>
          <w:rFonts w:ascii="Times New Roman" w:hAnsi="Times New Roman" w:cs="Times New Roman"/>
          <w:sz w:val="28"/>
          <w:szCs w:val="28"/>
          <w:lang w:val="ru-RU"/>
        </w:rPr>
      </w:pPr>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Кеңес</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қызметінің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негізгі</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бағыттары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педагогтердің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педагогикалық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әдеп</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нормаларын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сақтауын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қамтамасыз</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ету</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педагогтердің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құқықтары</w:t>
      </w:r>
      <w:proofErr w:type="spellEnd"/>
      <w:r w:rsidRPr="003A3B1A">
        <w:rPr>
          <w:rFonts w:ascii="Times New Roman" w:hAnsi="Times New Roman" w:cs="Times New Roman"/>
          <w:sz w:val="28"/>
          <w:szCs w:val="28"/>
          <w:lang w:val="ru-RU"/>
        </w:rPr>
        <w:t xml:space="preserve"> мен </w:t>
      </w:r>
      <w:proofErr w:type="spellStart"/>
      <w:r w:rsidRPr="003A3B1A">
        <w:rPr>
          <w:rFonts w:ascii="Times New Roman" w:hAnsi="Times New Roman" w:cs="Times New Roman"/>
          <w:sz w:val="28"/>
          <w:szCs w:val="28"/>
          <w:lang w:val="ru-RU"/>
        </w:rPr>
        <w:t>міндеттерін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түсіндіру</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педагогикалық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әдеп</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нормаларын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бұзудың</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алдын</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алу</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сондай-ақ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білім</w:t>
      </w:r>
      <w:proofErr w:type="spellEnd"/>
      <w:r w:rsidRPr="003A3B1A">
        <w:rPr>
          <w:rFonts w:ascii="Times New Roman" w:hAnsi="Times New Roman" w:cs="Times New Roman"/>
          <w:sz w:val="28"/>
          <w:szCs w:val="28"/>
          <w:lang w:val="ru-RU"/>
        </w:rPr>
        <w:t xml:space="preserve"> беру </w:t>
      </w:r>
      <w:proofErr w:type="spellStart"/>
      <w:r w:rsidRPr="003A3B1A">
        <w:rPr>
          <w:rFonts w:ascii="Times New Roman" w:hAnsi="Times New Roman" w:cs="Times New Roman"/>
          <w:sz w:val="28"/>
          <w:szCs w:val="28"/>
          <w:lang w:val="ru-RU"/>
        </w:rPr>
        <w:t>ұйымдарында</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қолайлы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моральдық-психологиялық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ахуалды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қалыптастыруға</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бағытталды</w:t>
      </w:r>
      <w:proofErr w:type="spellEnd"/>
      <w:r w:rsidRPr="003A3B1A">
        <w:rPr>
          <w:rFonts w:ascii="Times New Roman" w:hAnsi="Times New Roman" w:cs="Times New Roman"/>
          <w:sz w:val="28"/>
          <w:szCs w:val="28"/>
          <w:lang w:val="ru-RU"/>
        </w:rPr>
        <w:t>.</w:t>
      </w:r>
    </w:p>
    <w:p w14:paraId="47A60E86" w14:textId="77777777" w:rsidR="003A3B1A" w:rsidRPr="003A3B1A" w:rsidRDefault="003A3B1A" w:rsidP="003A3B1A">
      <w:pPr>
        <w:spacing w:after="0" w:line="240" w:lineRule="auto"/>
        <w:ind w:left="-284" w:firstLine="425"/>
        <w:jc w:val="both"/>
        <w:rPr>
          <w:rFonts w:ascii="Times New Roman" w:hAnsi="Times New Roman" w:cs="Times New Roman"/>
          <w:sz w:val="28"/>
          <w:szCs w:val="28"/>
          <w:lang w:val="ru-RU"/>
        </w:rPr>
      </w:pPr>
      <w:r w:rsidRPr="003A3B1A">
        <w:rPr>
          <w:rFonts w:ascii="Times New Roman" w:hAnsi="Times New Roman" w:cs="Times New Roman"/>
          <w:sz w:val="28"/>
          <w:szCs w:val="28"/>
          <w:lang w:val="ru-RU"/>
        </w:rPr>
        <w:t xml:space="preserve"> 2026 </w:t>
      </w:r>
      <w:proofErr w:type="spellStart"/>
      <w:r w:rsidRPr="003A3B1A">
        <w:rPr>
          <w:rFonts w:ascii="Times New Roman" w:hAnsi="Times New Roman" w:cs="Times New Roman"/>
          <w:sz w:val="28"/>
          <w:szCs w:val="28"/>
          <w:lang w:val="ru-RU"/>
        </w:rPr>
        <w:t>жылғы</w:t>
      </w:r>
      <w:proofErr w:type="spellEnd"/>
      <w:r w:rsidRPr="003A3B1A">
        <w:rPr>
          <w:rFonts w:ascii="Times New Roman" w:hAnsi="Times New Roman" w:cs="Times New Roman"/>
          <w:sz w:val="28"/>
          <w:szCs w:val="28"/>
          <w:lang w:val="ru-RU"/>
        </w:rPr>
        <w:t xml:space="preserve"> 30 </w:t>
      </w:r>
      <w:proofErr w:type="spellStart"/>
      <w:r w:rsidRPr="003A3B1A">
        <w:rPr>
          <w:rFonts w:ascii="Times New Roman" w:hAnsi="Times New Roman" w:cs="Times New Roman"/>
          <w:sz w:val="28"/>
          <w:szCs w:val="28"/>
          <w:lang w:val="ru-RU"/>
        </w:rPr>
        <w:t>қыркүйекте</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Педагогикалық</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әдеп</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жөніндегі</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кеңестің</w:t>
      </w:r>
      <w:proofErr w:type="spellEnd"/>
      <w:r w:rsidRPr="003A3B1A">
        <w:rPr>
          <w:rFonts w:ascii="Times New Roman" w:hAnsi="Times New Roman" w:cs="Times New Roman"/>
          <w:sz w:val="28"/>
          <w:szCs w:val="28"/>
          <w:lang w:val="ru-RU"/>
        </w:rPr>
        <w:t xml:space="preserve"> №3 </w:t>
      </w:r>
      <w:proofErr w:type="spellStart"/>
      <w:r w:rsidRPr="003A3B1A">
        <w:rPr>
          <w:rFonts w:ascii="Times New Roman" w:hAnsi="Times New Roman" w:cs="Times New Roman"/>
          <w:sz w:val="28"/>
          <w:szCs w:val="28"/>
          <w:lang w:val="ru-RU"/>
        </w:rPr>
        <w:t>отырысы</w:t>
      </w:r>
      <w:proofErr w:type="spellEnd"/>
      <w:r w:rsidRPr="003A3B1A">
        <w:rPr>
          <w:rFonts w:ascii="Times New Roman" w:hAnsi="Times New Roman" w:cs="Times New Roman"/>
          <w:sz w:val="28"/>
          <w:szCs w:val="28"/>
          <w:lang w:val="ru-RU"/>
        </w:rPr>
        <w:t xml:space="preserve"> онлайн </w:t>
      </w:r>
      <w:proofErr w:type="spellStart"/>
      <w:r w:rsidRPr="003A3B1A">
        <w:rPr>
          <w:rFonts w:ascii="Times New Roman" w:hAnsi="Times New Roman" w:cs="Times New Roman"/>
          <w:sz w:val="28"/>
          <w:szCs w:val="28"/>
          <w:lang w:val="ru-RU"/>
        </w:rPr>
        <w:t>форматта</w:t>
      </w:r>
      <w:proofErr w:type="spellEnd"/>
      <w:r w:rsidRPr="003A3B1A">
        <w:rPr>
          <w:rFonts w:ascii="Times New Roman" w:hAnsi="Times New Roman" w:cs="Times New Roman"/>
          <w:sz w:val="28"/>
          <w:szCs w:val="28"/>
          <w:lang w:val="ru-RU"/>
        </w:rPr>
        <w:t xml:space="preserve"> (Zoom </w:t>
      </w:r>
      <w:proofErr w:type="spellStart"/>
      <w:r w:rsidRPr="003A3B1A">
        <w:rPr>
          <w:rFonts w:ascii="Times New Roman" w:hAnsi="Times New Roman" w:cs="Times New Roman"/>
          <w:sz w:val="28"/>
          <w:szCs w:val="28"/>
          <w:lang w:val="ru-RU"/>
        </w:rPr>
        <w:t>платформасы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арқылы</w:t>
      </w:r>
      <w:proofErr w:type="spellEnd"/>
      <w:r w:rsidRPr="003A3B1A">
        <w:rPr>
          <w:rFonts w:ascii="Times New Roman" w:hAnsi="Times New Roman" w:cs="Times New Roman"/>
          <w:sz w:val="28"/>
          <w:szCs w:val="28"/>
          <w:lang w:val="ru-RU"/>
        </w:rPr>
        <w:t xml:space="preserve">) </w:t>
      </w:r>
      <w:proofErr w:type="spellStart"/>
      <w:r w:rsidRPr="003A3B1A">
        <w:rPr>
          <w:rFonts w:ascii="Times New Roman" w:hAnsi="Times New Roman" w:cs="Times New Roman"/>
          <w:sz w:val="28"/>
          <w:szCs w:val="28"/>
          <w:lang w:val="ru-RU"/>
        </w:rPr>
        <w:t>өткізілді</w:t>
      </w:r>
      <w:proofErr w:type="spellEnd"/>
      <w:r w:rsidRPr="003A3B1A">
        <w:rPr>
          <w:rFonts w:ascii="Times New Roman" w:hAnsi="Times New Roman" w:cs="Times New Roman"/>
          <w:sz w:val="28"/>
          <w:szCs w:val="28"/>
          <w:lang w:val="ru-RU"/>
        </w:rPr>
        <w:t>.</w:t>
      </w:r>
    </w:p>
    <w:p w14:paraId="0C0945FA" w14:textId="77777777" w:rsidR="005507A5" w:rsidRPr="004950A2" w:rsidRDefault="003A3B1A" w:rsidP="005507A5">
      <w:pPr>
        <w:pStyle w:val="aff8"/>
        <w:spacing w:before="0" w:beforeAutospacing="0" w:after="0" w:afterAutospacing="0"/>
        <w:ind w:left="-284" w:firstLine="992"/>
        <w:jc w:val="both"/>
        <w:rPr>
          <w:sz w:val="28"/>
          <w:szCs w:val="28"/>
          <w:lang w:val="kk-KZ"/>
        </w:rPr>
      </w:pPr>
      <w:r w:rsidRPr="003A3B1A">
        <w:rPr>
          <w:sz w:val="28"/>
          <w:szCs w:val="28"/>
          <w:lang w:val="ru-RU"/>
        </w:rPr>
        <w:t xml:space="preserve"> </w:t>
      </w:r>
      <w:r w:rsidR="005507A5" w:rsidRPr="008E4C7F">
        <w:rPr>
          <w:sz w:val="28"/>
          <w:szCs w:val="28"/>
          <w:lang w:val="kk-KZ"/>
        </w:rPr>
        <w:t xml:space="preserve">Кеңес төрайымы Педагогикалық әдеп жөніндегі кеңес құрамына өзгеріс енгізу қажеттігін түсіндірді. Педагогикалық әдеп жөніндегі кеңес құрамының </w:t>
      </w:r>
      <w:r w:rsidR="005507A5" w:rsidRPr="003900CC">
        <w:rPr>
          <w:sz w:val="28"/>
          <w:szCs w:val="28"/>
          <w:lang w:val="kk-KZ"/>
        </w:rPr>
        <w:t xml:space="preserve">мүшесі </w:t>
      </w:r>
      <w:proofErr w:type="spellStart"/>
      <w:r w:rsidR="005507A5" w:rsidRPr="003900CC">
        <w:rPr>
          <w:sz w:val="28"/>
          <w:szCs w:val="28"/>
          <w:lang w:val="kk-KZ"/>
        </w:rPr>
        <w:t>Буркенов</w:t>
      </w:r>
      <w:proofErr w:type="spellEnd"/>
      <w:r w:rsidR="005507A5" w:rsidRPr="003900CC">
        <w:rPr>
          <w:sz w:val="28"/>
          <w:szCs w:val="28"/>
          <w:lang w:val="kk-KZ"/>
        </w:rPr>
        <w:t xml:space="preserve"> </w:t>
      </w:r>
      <w:proofErr w:type="spellStart"/>
      <w:r w:rsidR="005507A5" w:rsidRPr="003900CC">
        <w:rPr>
          <w:sz w:val="28"/>
          <w:szCs w:val="28"/>
          <w:lang w:val="kk-KZ"/>
        </w:rPr>
        <w:t>Наркен</w:t>
      </w:r>
      <w:proofErr w:type="spellEnd"/>
      <w:r w:rsidR="005507A5" w:rsidRPr="003900CC">
        <w:rPr>
          <w:sz w:val="28"/>
          <w:szCs w:val="28"/>
          <w:lang w:val="kk-KZ"/>
        </w:rPr>
        <w:t xml:space="preserve"> </w:t>
      </w:r>
      <w:proofErr w:type="spellStart"/>
      <w:r w:rsidR="005507A5" w:rsidRPr="003900CC">
        <w:rPr>
          <w:sz w:val="28"/>
          <w:szCs w:val="28"/>
          <w:lang w:val="kk-KZ"/>
        </w:rPr>
        <w:t>Советканович</w:t>
      </w:r>
      <w:proofErr w:type="spellEnd"/>
      <w:r w:rsidR="005507A5" w:rsidRPr="003900CC">
        <w:rPr>
          <w:sz w:val="28"/>
          <w:szCs w:val="28"/>
          <w:lang w:val="kk-KZ"/>
        </w:rPr>
        <w:t xml:space="preserve"> </w:t>
      </w:r>
      <w:r w:rsidR="005507A5" w:rsidRPr="008E4C7F">
        <w:rPr>
          <w:sz w:val="28"/>
          <w:szCs w:val="28"/>
          <w:lang w:val="kk-KZ"/>
        </w:rPr>
        <w:t xml:space="preserve">жұмыс орнының ауысуына байланысты кеңестің құрамынан шығу бойынша берген өтініші негізінде оның орнына Кеңес құрамына – </w:t>
      </w:r>
      <w:r w:rsidR="005507A5" w:rsidRPr="00624BD4">
        <w:rPr>
          <w:sz w:val="28"/>
          <w:szCs w:val="28"/>
          <w:lang w:val="kk-KZ"/>
        </w:rPr>
        <w:t>«Өрлеу»</w:t>
      </w:r>
      <w:r w:rsidR="005507A5">
        <w:rPr>
          <w:sz w:val="28"/>
          <w:szCs w:val="28"/>
          <w:lang w:val="kk-KZ"/>
        </w:rPr>
        <w:t xml:space="preserve"> БАҰО</w:t>
      </w:r>
      <w:r w:rsidR="005507A5" w:rsidRPr="00624BD4">
        <w:rPr>
          <w:sz w:val="28"/>
          <w:szCs w:val="28"/>
          <w:lang w:val="kk-KZ"/>
        </w:rPr>
        <w:t xml:space="preserve"> АҚ </w:t>
      </w:r>
      <w:r w:rsidR="005507A5">
        <w:rPr>
          <w:sz w:val="28"/>
          <w:szCs w:val="28"/>
          <w:lang w:val="kk-KZ"/>
        </w:rPr>
        <w:t xml:space="preserve">КДИ </w:t>
      </w:r>
      <w:r w:rsidR="005507A5" w:rsidRPr="00624BD4">
        <w:rPr>
          <w:sz w:val="28"/>
          <w:szCs w:val="28"/>
          <w:lang w:val="kk-KZ"/>
        </w:rPr>
        <w:t>Абай облысы бойынша филиалының өкілдігі басшысы</w:t>
      </w:r>
      <w:r w:rsidR="005507A5" w:rsidRPr="00082AAE">
        <w:rPr>
          <w:bCs/>
          <w:sz w:val="28"/>
          <w:szCs w:val="28"/>
          <w:lang w:val="kk-KZ"/>
        </w:rPr>
        <w:t xml:space="preserve"> </w:t>
      </w:r>
      <w:proofErr w:type="spellStart"/>
      <w:r w:rsidR="005507A5" w:rsidRPr="00082AAE">
        <w:rPr>
          <w:bCs/>
          <w:sz w:val="28"/>
          <w:szCs w:val="28"/>
          <w:lang w:val="kk-KZ"/>
        </w:rPr>
        <w:t>Муратханова</w:t>
      </w:r>
      <w:proofErr w:type="spellEnd"/>
      <w:r w:rsidR="005507A5" w:rsidRPr="00082AAE">
        <w:rPr>
          <w:bCs/>
          <w:sz w:val="28"/>
          <w:szCs w:val="28"/>
          <w:lang w:val="kk-KZ"/>
        </w:rPr>
        <w:t xml:space="preserve"> </w:t>
      </w:r>
      <w:proofErr w:type="spellStart"/>
      <w:r w:rsidR="005507A5" w:rsidRPr="00082AAE">
        <w:rPr>
          <w:bCs/>
          <w:sz w:val="28"/>
          <w:szCs w:val="28"/>
          <w:lang w:val="kk-KZ"/>
        </w:rPr>
        <w:t>Асель</w:t>
      </w:r>
      <w:proofErr w:type="spellEnd"/>
      <w:r w:rsidR="005507A5" w:rsidRPr="00082AAE">
        <w:rPr>
          <w:bCs/>
          <w:sz w:val="28"/>
          <w:szCs w:val="28"/>
          <w:lang w:val="kk-KZ"/>
        </w:rPr>
        <w:t xml:space="preserve"> </w:t>
      </w:r>
      <w:proofErr w:type="spellStart"/>
      <w:r w:rsidR="005507A5" w:rsidRPr="00082AAE">
        <w:rPr>
          <w:bCs/>
          <w:sz w:val="28"/>
          <w:szCs w:val="28"/>
          <w:lang w:val="kk-KZ"/>
        </w:rPr>
        <w:t>Архашевна</w:t>
      </w:r>
      <w:proofErr w:type="spellEnd"/>
      <w:r w:rsidR="005507A5">
        <w:rPr>
          <w:sz w:val="28"/>
          <w:szCs w:val="28"/>
          <w:lang w:val="kk-KZ"/>
        </w:rPr>
        <w:t xml:space="preserve">, сондай-ақ, </w:t>
      </w:r>
      <w:r w:rsidR="005507A5" w:rsidRPr="008E4C7F">
        <w:rPr>
          <w:sz w:val="28"/>
          <w:szCs w:val="28"/>
          <w:lang w:val="kk-KZ"/>
        </w:rPr>
        <w:t xml:space="preserve">кеңес құрамының мүшесі </w:t>
      </w:r>
      <w:proofErr w:type="spellStart"/>
      <w:r w:rsidR="005507A5">
        <w:rPr>
          <w:sz w:val="28"/>
          <w:szCs w:val="28"/>
          <w:lang w:val="kk-KZ"/>
        </w:rPr>
        <w:t>Курманова</w:t>
      </w:r>
      <w:proofErr w:type="spellEnd"/>
      <w:r w:rsidR="005507A5">
        <w:rPr>
          <w:sz w:val="28"/>
          <w:szCs w:val="28"/>
          <w:lang w:val="kk-KZ"/>
        </w:rPr>
        <w:t xml:space="preserve"> Айжан </w:t>
      </w:r>
      <w:proofErr w:type="spellStart"/>
      <w:r w:rsidR="005507A5">
        <w:rPr>
          <w:sz w:val="28"/>
          <w:szCs w:val="28"/>
          <w:lang w:val="kk-KZ"/>
        </w:rPr>
        <w:t>Абзалиевнаның</w:t>
      </w:r>
      <w:proofErr w:type="spellEnd"/>
      <w:r w:rsidR="005507A5">
        <w:rPr>
          <w:sz w:val="28"/>
          <w:szCs w:val="28"/>
          <w:lang w:val="kk-KZ"/>
        </w:rPr>
        <w:t xml:space="preserve"> </w:t>
      </w:r>
      <w:r w:rsidR="005507A5" w:rsidRPr="008E4C7F">
        <w:rPr>
          <w:sz w:val="28"/>
          <w:szCs w:val="28"/>
          <w:lang w:val="kk-KZ"/>
        </w:rPr>
        <w:t xml:space="preserve">жұмыс орнының ауысуына байланысты кеңестің құрамынан шығу бойынша берген өтініші негізінде оның орнына </w:t>
      </w:r>
      <w:proofErr w:type="spellStart"/>
      <w:r w:rsidR="005507A5">
        <w:rPr>
          <w:sz w:val="28"/>
          <w:szCs w:val="28"/>
          <w:lang w:val="kk-KZ"/>
        </w:rPr>
        <w:t>Амерханова</w:t>
      </w:r>
      <w:proofErr w:type="spellEnd"/>
      <w:r w:rsidR="005507A5">
        <w:rPr>
          <w:sz w:val="28"/>
          <w:szCs w:val="28"/>
          <w:lang w:val="kk-KZ"/>
        </w:rPr>
        <w:t xml:space="preserve"> </w:t>
      </w:r>
      <w:proofErr w:type="spellStart"/>
      <w:r w:rsidR="005507A5">
        <w:rPr>
          <w:sz w:val="28"/>
          <w:szCs w:val="28"/>
          <w:lang w:val="kk-KZ"/>
        </w:rPr>
        <w:t>Макия</w:t>
      </w:r>
      <w:proofErr w:type="spellEnd"/>
      <w:r w:rsidR="005507A5">
        <w:rPr>
          <w:sz w:val="28"/>
          <w:szCs w:val="28"/>
          <w:lang w:val="kk-KZ"/>
        </w:rPr>
        <w:t xml:space="preserve"> </w:t>
      </w:r>
      <w:proofErr w:type="spellStart"/>
      <w:r w:rsidR="005507A5">
        <w:rPr>
          <w:sz w:val="28"/>
          <w:szCs w:val="28"/>
          <w:lang w:val="kk-KZ"/>
        </w:rPr>
        <w:t>Кобентаевна</w:t>
      </w:r>
      <w:proofErr w:type="spellEnd"/>
      <w:r w:rsidR="005507A5">
        <w:rPr>
          <w:sz w:val="28"/>
          <w:szCs w:val="28"/>
          <w:lang w:val="kk-KZ"/>
        </w:rPr>
        <w:t xml:space="preserve"> </w:t>
      </w:r>
      <w:r w:rsidR="005507A5" w:rsidRPr="008E4C7F">
        <w:rPr>
          <w:sz w:val="28"/>
          <w:szCs w:val="28"/>
          <w:lang w:val="kk-KZ"/>
        </w:rPr>
        <w:t>енгізіл</w:t>
      </w:r>
      <w:r w:rsidR="005507A5">
        <w:rPr>
          <w:sz w:val="28"/>
          <w:szCs w:val="28"/>
          <w:lang w:val="kk-KZ"/>
        </w:rPr>
        <w:t>д</w:t>
      </w:r>
      <w:r w:rsidR="005507A5" w:rsidRPr="008E4C7F">
        <w:rPr>
          <w:sz w:val="28"/>
          <w:szCs w:val="28"/>
          <w:lang w:val="kk-KZ"/>
        </w:rPr>
        <w:t>і</w:t>
      </w:r>
      <w:r w:rsidR="005507A5">
        <w:rPr>
          <w:sz w:val="28"/>
          <w:szCs w:val="28"/>
          <w:lang w:val="kk-KZ"/>
        </w:rPr>
        <w:t>.</w:t>
      </w:r>
      <w:r w:rsidR="005507A5" w:rsidRPr="008E4C7F">
        <w:rPr>
          <w:sz w:val="28"/>
          <w:szCs w:val="28"/>
          <w:lang w:val="kk-KZ"/>
        </w:rPr>
        <w:t xml:space="preserve"> </w:t>
      </w:r>
      <w:r w:rsidR="005507A5" w:rsidRPr="00624BD4">
        <w:rPr>
          <w:sz w:val="28"/>
          <w:szCs w:val="28"/>
          <w:lang w:val="kk-KZ"/>
        </w:rPr>
        <w:t>Абай облысы білім басқармасының Инновациялық әдістемелік орталығының  Инновациялық білім беру бөлімінің басшысы</w:t>
      </w:r>
      <w:r w:rsidR="005507A5">
        <w:rPr>
          <w:sz w:val="28"/>
          <w:szCs w:val="28"/>
          <w:lang w:val="kk-KZ"/>
        </w:rPr>
        <w:t xml:space="preserve"> </w:t>
      </w:r>
      <w:proofErr w:type="spellStart"/>
      <w:r w:rsidR="005507A5">
        <w:rPr>
          <w:sz w:val="28"/>
          <w:szCs w:val="28"/>
          <w:lang w:val="kk-KZ"/>
        </w:rPr>
        <w:t>Толеубаева</w:t>
      </w:r>
      <w:proofErr w:type="spellEnd"/>
      <w:r w:rsidR="005507A5">
        <w:rPr>
          <w:sz w:val="28"/>
          <w:szCs w:val="28"/>
          <w:lang w:val="kk-KZ"/>
        </w:rPr>
        <w:t xml:space="preserve"> Гаухар </w:t>
      </w:r>
      <w:proofErr w:type="spellStart"/>
      <w:r w:rsidR="005507A5">
        <w:rPr>
          <w:sz w:val="28"/>
          <w:szCs w:val="28"/>
          <w:lang w:val="kk-KZ"/>
        </w:rPr>
        <w:t>Толеубаевна</w:t>
      </w:r>
      <w:proofErr w:type="spellEnd"/>
      <w:r w:rsidR="005507A5">
        <w:rPr>
          <w:sz w:val="28"/>
          <w:szCs w:val="28"/>
          <w:lang w:val="kk-KZ"/>
        </w:rPr>
        <w:t xml:space="preserve">  </w:t>
      </w:r>
      <w:r w:rsidR="005507A5" w:rsidRPr="008E4C7F">
        <w:rPr>
          <w:sz w:val="28"/>
          <w:szCs w:val="28"/>
          <w:lang w:val="kk-KZ"/>
        </w:rPr>
        <w:t>жұмыс орнының ауысуына байланысты кеңестің құрамынан шығу бойынша берген өтініші негізінде оның орнына Кеңес құрамына</w:t>
      </w:r>
      <w:r w:rsidR="005507A5">
        <w:rPr>
          <w:sz w:val="28"/>
          <w:szCs w:val="28"/>
          <w:lang w:val="kk-KZ"/>
        </w:rPr>
        <w:t xml:space="preserve"> </w:t>
      </w:r>
      <w:proofErr w:type="spellStart"/>
      <w:r w:rsidR="005507A5" w:rsidRPr="0056734E">
        <w:rPr>
          <w:sz w:val="28"/>
          <w:szCs w:val="28"/>
          <w:lang w:val="kk-KZ"/>
        </w:rPr>
        <w:t>Муканова</w:t>
      </w:r>
      <w:proofErr w:type="spellEnd"/>
      <w:r w:rsidR="005507A5" w:rsidRPr="0056734E">
        <w:rPr>
          <w:sz w:val="28"/>
          <w:szCs w:val="28"/>
          <w:lang w:val="kk-KZ"/>
        </w:rPr>
        <w:t xml:space="preserve"> </w:t>
      </w:r>
      <w:proofErr w:type="spellStart"/>
      <w:r w:rsidR="005507A5" w:rsidRPr="0056734E">
        <w:rPr>
          <w:sz w:val="28"/>
          <w:szCs w:val="28"/>
          <w:lang w:val="kk-KZ"/>
        </w:rPr>
        <w:t>Гульнара</w:t>
      </w:r>
      <w:proofErr w:type="spellEnd"/>
      <w:r w:rsidR="005507A5" w:rsidRPr="0056734E">
        <w:rPr>
          <w:sz w:val="28"/>
          <w:szCs w:val="28"/>
          <w:lang w:val="kk-KZ"/>
        </w:rPr>
        <w:t xml:space="preserve"> </w:t>
      </w:r>
      <w:proofErr w:type="spellStart"/>
      <w:r w:rsidR="005507A5" w:rsidRPr="0056734E">
        <w:rPr>
          <w:sz w:val="28"/>
          <w:szCs w:val="28"/>
          <w:lang w:val="kk-KZ"/>
        </w:rPr>
        <w:t>Тургалиевна</w:t>
      </w:r>
      <w:proofErr w:type="spellEnd"/>
      <w:r w:rsidR="005507A5" w:rsidRPr="0056734E">
        <w:rPr>
          <w:sz w:val="28"/>
          <w:szCs w:val="28"/>
          <w:lang w:val="kk-KZ"/>
        </w:rPr>
        <w:t xml:space="preserve"> </w:t>
      </w:r>
      <w:r w:rsidR="005507A5">
        <w:rPr>
          <w:sz w:val="28"/>
          <w:szCs w:val="28"/>
          <w:lang w:val="kk-KZ"/>
        </w:rPr>
        <w:t xml:space="preserve"> тағайындалды. Кеңес хатшысы </w:t>
      </w:r>
      <w:proofErr w:type="spellStart"/>
      <w:r w:rsidR="005507A5">
        <w:rPr>
          <w:sz w:val="28"/>
          <w:szCs w:val="28"/>
          <w:lang w:val="kk-KZ"/>
        </w:rPr>
        <w:t>Садыкова</w:t>
      </w:r>
      <w:proofErr w:type="spellEnd"/>
      <w:r w:rsidR="005507A5">
        <w:rPr>
          <w:sz w:val="28"/>
          <w:szCs w:val="28"/>
          <w:lang w:val="kk-KZ"/>
        </w:rPr>
        <w:t xml:space="preserve"> </w:t>
      </w:r>
      <w:proofErr w:type="spellStart"/>
      <w:r w:rsidR="005507A5">
        <w:rPr>
          <w:sz w:val="28"/>
          <w:szCs w:val="28"/>
          <w:lang w:val="kk-KZ"/>
        </w:rPr>
        <w:t>Гульнур</w:t>
      </w:r>
      <w:proofErr w:type="spellEnd"/>
      <w:r w:rsidR="005507A5">
        <w:rPr>
          <w:sz w:val="28"/>
          <w:szCs w:val="28"/>
          <w:lang w:val="kk-KZ"/>
        </w:rPr>
        <w:t xml:space="preserve"> </w:t>
      </w:r>
      <w:proofErr w:type="spellStart"/>
      <w:r w:rsidR="005507A5">
        <w:rPr>
          <w:sz w:val="28"/>
          <w:szCs w:val="28"/>
          <w:lang w:val="kk-KZ"/>
        </w:rPr>
        <w:t>Нурсеитовна</w:t>
      </w:r>
      <w:proofErr w:type="spellEnd"/>
      <w:r w:rsidR="005507A5">
        <w:rPr>
          <w:sz w:val="28"/>
          <w:szCs w:val="28"/>
          <w:lang w:val="kk-KZ"/>
        </w:rPr>
        <w:t xml:space="preserve"> декреттік демалысқа шығуына байланысты (2026 жылдың 4 қыркүйегі </w:t>
      </w:r>
      <w:r w:rsidR="005507A5" w:rsidRPr="00516A54">
        <w:rPr>
          <w:sz w:val="28"/>
          <w:szCs w:val="28"/>
          <w:lang w:val="kk-KZ"/>
        </w:rPr>
        <w:t>№</w:t>
      </w:r>
      <w:r w:rsidR="005507A5">
        <w:rPr>
          <w:sz w:val="28"/>
          <w:szCs w:val="28"/>
          <w:lang w:val="kk-KZ"/>
        </w:rPr>
        <w:t xml:space="preserve">12д ) жалпы конкурс қорытындысымен қабылданған </w:t>
      </w:r>
      <w:proofErr w:type="spellStart"/>
      <w:r w:rsidR="005507A5">
        <w:rPr>
          <w:sz w:val="28"/>
          <w:szCs w:val="28"/>
          <w:lang w:val="kk-KZ"/>
        </w:rPr>
        <w:t>Берикканова</w:t>
      </w:r>
      <w:proofErr w:type="spellEnd"/>
      <w:r w:rsidR="005507A5">
        <w:rPr>
          <w:sz w:val="28"/>
          <w:szCs w:val="28"/>
          <w:lang w:val="kk-KZ"/>
        </w:rPr>
        <w:t xml:space="preserve"> Махаббат </w:t>
      </w:r>
      <w:proofErr w:type="spellStart"/>
      <w:r w:rsidR="005507A5">
        <w:rPr>
          <w:sz w:val="28"/>
          <w:szCs w:val="28"/>
          <w:lang w:val="kk-KZ"/>
        </w:rPr>
        <w:t>Асылбековна</w:t>
      </w:r>
      <w:proofErr w:type="spellEnd"/>
      <w:r w:rsidR="005507A5">
        <w:rPr>
          <w:sz w:val="28"/>
          <w:szCs w:val="28"/>
          <w:lang w:val="kk-KZ"/>
        </w:rPr>
        <w:t xml:space="preserve"> (2026 жылдың 21 қыркүйегі </w:t>
      </w:r>
      <w:r w:rsidR="005507A5" w:rsidRPr="00516A54">
        <w:rPr>
          <w:sz w:val="28"/>
          <w:szCs w:val="28"/>
          <w:lang w:val="kk-KZ"/>
        </w:rPr>
        <w:t>№5жқ</w:t>
      </w:r>
      <w:r w:rsidR="005507A5">
        <w:rPr>
          <w:sz w:val="28"/>
          <w:szCs w:val="28"/>
          <w:lang w:val="kk-KZ"/>
        </w:rPr>
        <w:t>) тағайындалды.</w:t>
      </w:r>
      <w:r w:rsidR="005507A5" w:rsidRPr="002761CC">
        <w:rPr>
          <w:rFonts w:ascii="Calibri" w:eastAsia="Calibri" w:hAnsi="Calibri"/>
          <w:sz w:val="28"/>
          <w:szCs w:val="28"/>
          <w:lang w:val="kk-KZ" w:eastAsia="en-US"/>
        </w:rPr>
        <w:t xml:space="preserve"> </w:t>
      </w:r>
      <w:r w:rsidR="005507A5" w:rsidRPr="002761CC">
        <w:rPr>
          <w:sz w:val="28"/>
          <w:szCs w:val="28"/>
          <w:lang w:val="kk-KZ"/>
        </w:rPr>
        <w:t>Аталған өзгерістер тиісті бұйрықпен бекітіліп, қатысушыларға таныстырылды.</w:t>
      </w:r>
    </w:p>
    <w:p w14:paraId="5ACE5033" w14:textId="77777777" w:rsidR="005507A5" w:rsidRDefault="005507A5" w:rsidP="005507A5">
      <w:pPr>
        <w:pStyle w:val="aff8"/>
        <w:spacing w:before="0" w:beforeAutospacing="0" w:after="0" w:afterAutospacing="0"/>
        <w:ind w:left="-567" w:firstLine="1275"/>
        <w:jc w:val="both"/>
        <w:rPr>
          <w:sz w:val="28"/>
          <w:szCs w:val="28"/>
          <w:lang w:val="kk-KZ"/>
        </w:rPr>
      </w:pPr>
      <w:r w:rsidRPr="009E6780">
        <w:rPr>
          <w:sz w:val="28"/>
          <w:szCs w:val="28"/>
          <w:lang w:val="kk-KZ"/>
        </w:rPr>
        <w:t xml:space="preserve">Кеңес мүшелері «Педагог мәртебесі туралы» Қазақстан Республикасы Заңының нормалары мен Педагогтік әдеп ережелерін сақтау, педагогтердің құқықтары мен міндеттерін түсіндіру, педагогикалық әдеп нормаларын бұзудың алдын алу мәселелерін талқылады. Отырыс барысында педагогтер арасында түсіндіру жұмыстарын жүйелі түрде жүргізу, педагогикалық әдеп талаптарын </w:t>
      </w:r>
      <w:r w:rsidRPr="009E6780">
        <w:rPr>
          <w:sz w:val="28"/>
          <w:szCs w:val="28"/>
          <w:lang w:val="kk-KZ"/>
        </w:rPr>
        <w:lastRenderedPageBreak/>
        <w:t xml:space="preserve">сақтау бойынша профилактикалық іс-шараларды ұйымдастыру және ұжымда қолайлы моральдық-психологиялық ахуалды қалыптастыру қажеттігі атап өтілді. </w:t>
      </w:r>
    </w:p>
    <w:p w14:paraId="1532BB7B" w14:textId="77777777" w:rsidR="005507A5" w:rsidRDefault="005507A5" w:rsidP="005507A5">
      <w:pPr>
        <w:pStyle w:val="aff8"/>
        <w:spacing w:before="0" w:beforeAutospacing="0" w:after="0" w:afterAutospacing="0"/>
        <w:ind w:left="-567" w:firstLine="425"/>
        <w:jc w:val="both"/>
        <w:rPr>
          <w:sz w:val="28"/>
          <w:szCs w:val="28"/>
          <w:lang w:val="kk-KZ"/>
        </w:rPr>
      </w:pPr>
      <w:r>
        <w:rPr>
          <w:sz w:val="28"/>
          <w:szCs w:val="28"/>
          <w:lang w:val="kk-KZ"/>
        </w:rPr>
        <w:t>П</w:t>
      </w:r>
      <w:r w:rsidRPr="009E6780">
        <w:rPr>
          <w:sz w:val="28"/>
          <w:szCs w:val="28"/>
          <w:lang w:val="kk-KZ"/>
        </w:rPr>
        <w:t xml:space="preserve">едагогикалық әдеп нормаларын бұзудың алдын алу бойынша ұсынымдар мен ұсыныстар </w:t>
      </w:r>
      <w:r>
        <w:rPr>
          <w:sz w:val="28"/>
          <w:szCs w:val="28"/>
          <w:lang w:val="kk-KZ"/>
        </w:rPr>
        <w:t>болмады.</w:t>
      </w:r>
    </w:p>
    <w:p w14:paraId="42EBB57B" w14:textId="4022E186" w:rsidR="003A3B1A" w:rsidRPr="005507A5" w:rsidRDefault="003A3B1A" w:rsidP="005507A5">
      <w:pPr>
        <w:pStyle w:val="aff8"/>
        <w:spacing w:before="0" w:beforeAutospacing="0" w:after="0" w:afterAutospacing="0"/>
        <w:ind w:left="-567" w:firstLine="425"/>
        <w:jc w:val="both"/>
        <w:rPr>
          <w:sz w:val="28"/>
          <w:szCs w:val="28"/>
          <w:lang w:val="kk-KZ"/>
        </w:rPr>
      </w:pPr>
      <w:r w:rsidRPr="005507A5">
        <w:rPr>
          <w:sz w:val="28"/>
          <w:szCs w:val="28"/>
          <w:lang w:val="kk-KZ"/>
        </w:rPr>
        <w:t>Жалпы, 2026 жылдың 3-тоқсанында Педагогикалық әдеп жөніндегі кеңестің қызметі педагогикалық әдеп нормаларын сақтау, олардың бұзылуының алдын алу, педагогтер арасында түсіндіру жұмыстарын жүргізу және педагогтердің кәсіби мәдениетін арттыру бағыттарына арналды.</w:t>
      </w:r>
    </w:p>
    <w:p w14:paraId="56CD06BF" w14:textId="32DDA281" w:rsidR="003A3B1A" w:rsidRPr="005507A5" w:rsidRDefault="003A3B1A" w:rsidP="005507A5">
      <w:pPr>
        <w:spacing w:after="0" w:line="240" w:lineRule="auto"/>
        <w:ind w:left="-567" w:firstLine="425"/>
        <w:jc w:val="both"/>
        <w:rPr>
          <w:rFonts w:ascii="Times New Roman" w:hAnsi="Times New Roman" w:cs="Times New Roman"/>
          <w:sz w:val="28"/>
          <w:szCs w:val="28"/>
          <w:lang w:val="kk-KZ"/>
        </w:rPr>
      </w:pPr>
      <w:r w:rsidRPr="005507A5">
        <w:rPr>
          <w:rFonts w:ascii="Times New Roman" w:hAnsi="Times New Roman" w:cs="Times New Roman"/>
          <w:sz w:val="28"/>
          <w:szCs w:val="28"/>
          <w:lang w:val="kk-KZ"/>
        </w:rPr>
        <w:t xml:space="preserve"> Кеңес отырысында қаралған мәселелер бойынша тиісті шешімдер қабылданып, алдағы кезеңге арналған жұмыстардың негізгі бағыттары айқындалды.</w:t>
      </w:r>
    </w:p>
    <w:p w14:paraId="2DF3F65E" w14:textId="77777777" w:rsidR="00551AA7" w:rsidRPr="005507A5" w:rsidRDefault="00551AA7" w:rsidP="003A3B1A">
      <w:pPr>
        <w:spacing w:after="0" w:line="240" w:lineRule="auto"/>
        <w:ind w:firstLine="425"/>
        <w:jc w:val="both"/>
        <w:rPr>
          <w:rFonts w:ascii="Times New Roman" w:hAnsi="Times New Roman" w:cs="Times New Roman"/>
          <w:sz w:val="28"/>
          <w:szCs w:val="28"/>
          <w:lang w:val="kk-KZ"/>
        </w:rPr>
      </w:pPr>
    </w:p>
    <w:p w14:paraId="188417B5" w14:textId="77777777" w:rsidR="003A3B1A" w:rsidRPr="005507A5" w:rsidRDefault="003A3B1A" w:rsidP="003A3B1A">
      <w:pPr>
        <w:spacing w:after="0" w:line="240" w:lineRule="auto"/>
        <w:ind w:firstLine="425"/>
        <w:jc w:val="both"/>
        <w:rPr>
          <w:rFonts w:ascii="Times New Roman" w:hAnsi="Times New Roman" w:cs="Times New Roman"/>
          <w:sz w:val="28"/>
          <w:szCs w:val="28"/>
          <w:lang w:val="kk-KZ"/>
        </w:rPr>
      </w:pPr>
    </w:p>
    <w:p w14:paraId="51DDA498" w14:textId="77777777" w:rsidR="003A3B1A" w:rsidRPr="005507A5" w:rsidRDefault="003A3B1A" w:rsidP="00551AA7">
      <w:pPr>
        <w:spacing w:after="0" w:line="240" w:lineRule="auto"/>
        <w:ind w:firstLine="1004"/>
        <w:jc w:val="both"/>
        <w:rPr>
          <w:rFonts w:ascii="Times New Roman" w:hAnsi="Times New Roman" w:cs="Times New Roman"/>
          <w:sz w:val="28"/>
          <w:szCs w:val="28"/>
          <w:lang w:val="kk-KZ"/>
        </w:rPr>
      </w:pPr>
    </w:p>
    <w:p w14:paraId="05CF7453" w14:textId="77777777" w:rsidR="003A3B1A" w:rsidRPr="005507A5" w:rsidRDefault="003A3B1A" w:rsidP="00551AA7">
      <w:pPr>
        <w:spacing w:after="0" w:line="240" w:lineRule="auto"/>
        <w:ind w:firstLine="1004"/>
        <w:jc w:val="both"/>
        <w:rPr>
          <w:rFonts w:ascii="Times New Roman" w:hAnsi="Times New Roman" w:cs="Times New Roman"/>
          <w:sz w:val="28"/>
          <w:szCs w:val="28"/>
          <w:lang w:val="kk-KZ"/>
        </w:rPr>
      </w:pPr>
    </w:p>
    <w:p w14:paraId="0AA2F590" w14:textId="77777777" w:rsidR="00551AA7" w:rsidRPr="00342218" w:rsidRDefault="00551AA7" w:rsidP="00551AA7">
      <w:pPr>
        <w:pStyle w:val="isselectedend"/>
        <w:spacing w:before="0" w:beforeAutospacing="0" w:after="0" w:afterAutospacing="0"/>
        <w:jc w:val="center"/>
        <w:rPr>
          <w:rStyle w:val="af6"/>
          <w:sz w:val="28"/>
          <w:szCs w:val="28"/>
        </w:rPr>
      </w:pPr>
      <w:r w:rsidRPr="00551AA7">
        <w:rPr>
          <w:rStyle w:val="af6"/>
          <w:sz w:val="28"/>
          <w:szCs w:val="28"/>
        </w:rPr>
        <w:t xml:space="preserve">Педагог </w:t>
      </w:r>
      <w:proofErr w:type="spellStart"/>
      <w:r w:rsidRPr="00551AA7">
        <w:rPr>
          <w:rStyle w:val="af6"/>
          <w:sz w:val="28"/>
          <w:szCs w:val="28"/>
        </w:rPr>
        <w:t>мәртебесі</w:t>
      </w:r>
      <w:proofErr w:type="spellEnd"/>
      <w:r w:rsidRPr="00551AA7">
        <w:rPr>
          <w:rStyle w:val="af6"/>
          <w:sz w:val="28"/>
          <w:szCs w:val="28"/>
        </w:rPr>
        <w:t xml:space="preserve"> </w:t>
      </w:r>
      <w:proofErr w:type="spellStart"/>
      <w:r w:rsidRPr="00551AA7">
        <w:rPr>
          <w:rStyle w:val="af6"/>
          <w:sz w:val="28"/>
          <w:szCs w:val="28"/>
        </w:rPr>
        <w:t>туралы</w:t>
      </w:r>
      <w:proofErr w:type="spellEnd"/>
      <w:r w:rsidRPr="00551AA7">
        <w:rPr>
          <w:rStyle w:val="af6"/>
          <w:sz w:val="28"/>
          <w:szCs w:val="28"/>
        </w:rPr>
        <w:t xml:space="preserve">» </w:t>
      </w:r>
      <w:proofErr w:type="spellStart"/>
      <w:r w:rsidRPr="00551AA7">
        <w:rPr>
          <w:rStyle w:val="af6"/>
          <w:sz w:val="28"/>
          <w:szCs w:val="28"/>
        </w:rPr>
        <w:t>Қазақстан</w:t>
      </w:r>
      <w:proofErr w:type="spellEnd"/>
      <w:r w:rsidRPr="00551AA7">
        <w:rPr>
          <w:rStyle w:val="af6"/>
          <w:sz w:val="28"/>
          <w:szCs w:val="28"/>
        </w:rPr>
        <w:t xml:space="preserve"> </w:t>
      </w:r>
      <w:proofErr w:type="spellStart"/>
      <w:r w:rsidRPr="00551AA7">
        <w:rPr>
          <w:rStyle w:val="af6"/>
          <w:sz w:val="28"/>
          <w:szCs w:val="28"/>
        </w:rPr>
        <w:t>Республикасы</w:t>
      </w:r>
      <w:proofErr w:type="spellEnd"/>
      <w:r w:rsidRPr="00551AA7">
        <w:rPr>
          <w:rStyle w:val="af6"/>
          <w:sz w:val="28"/>
          <w:szCs w:val="28"/>
        </w:rPr>
        <w:t xml:space="preserve"> </w:t>
      </w:r>
      <w:proofErr w:type="spellStart"/>
      <w:r w:rsidRPr="00551AA7">
        <w:rPr>
          <w:rStyle w:val="af6"/>
          <w:sz w:val="28"/>
          <w:szCs w:val="28"/>
        </w:rPr>
        <w:t>Заңының</w:t>
      </w:r>
      <w:proofErr w:type="spellEnd"/>
      <w:r w:rsidRPr="00551AA7">
        <w:rPr>
          <w:rStyle w:val="af6"/>
          <w:sz w:val="28"/>
          <w:szCs w:val="28"/>
        </w:rPr>
        <w:t xml:space="preserve"> 6-бабы </w:t>
      </w:r>
      <w:proofErr w:type="spellStart"/>
      <w:r w:rsidRPr="00551AA7">
        <w:rPr>
          <w:rStyle w:val="af6"/>
          <w:sz w:val="28"/>
          <w:szCs w:val="28"/>
        </w:rPr>
        <w:t>талаптарының</w:t>
      </w:r>
      <w:proofErr w:type="spellEnd"/>
      <w:r w:rsidRPr="00551AA7">
        <w:rPr>
          <w:rStyle w:val="af6"/>
          <w:sz w:val="28"/>
          <w:szCs w:val="28"/>
        </w:rPr>
        <w:t xml:space="preserve"> </w:t>
      </w:r>
      <w:proofErr w:type="spellStart"/>
      <w:r w:rsidRPr="00551AA7">
        <w:rPr>
          <w:rStyle w:val="af6"/>
          <w:sz w:val="28"/>
          <w:szCs w:val="28"/>
        </w:rPr>
        <w:t>сақталуына</w:t>
      </w:r>
      <w:proofErr w:type="spellEnd"/>
      <w:r w:rsidRPr="00551AA7">
        <w:rPr>
          <w:rStyle w:val="af6"/>
          <w:sz w:val="28"/>
          <w:szCs w:val="28"/>
        </w:rPr>
        <w:t xml:space="preserve"> </w:t>
      </w:r>
      <w:proofErr w:type="spellStart"/>
      <w:r w:rsidRPr="00551AA7">
        <w:rPr>
          <w:rStyle w:val="af6"/>
          <w:sz w:val="28"/>
          <w:szCs w:val="28"/>
        </w:rPr>
        <w:t>қатысты</w:t>
      </w:r>
      <w:proofErr w:type="spellEnd"/>
      <w:r w:rsidRPr="00551AA7">
        <w:rPr>
          <w:rStyle w:val="af6"/>
          <w:sz w:val="28"/>
          <w:szCs w:val="28"/>
        </w:rPr>
        <w:t xml:space="preserve"> Департамент </w:t>
      </w:r>
      <w:proofErr w:type="spellStart"/>
      <w:r w:rsidRPr="00551AA7">
        <w:rPr>
          <w:rStyle w:val="af6"/>
          <w:sz w:val="28"/>
          <w:szCs w:val="28"/>
        </w:rPr>
        <w:t>қызметі</w:t>
      </w:r>
      <w:proofErr w:type="spellEnd"/>
      <w:r w:rsidRPr="00551AA7">
        <w:rPr>
          <w:rStyle w:val="af6"/>
          <w:sz w:val="28"/>
          <w:szCs w:val="28"/>
        </w:rPr>
        <w:t xml:space="preserve"> </w:t>
      </w:r>
      <w:proofErr w:type="spellStart"/>
      <w:r w:rsidRPr="00551AA7">
        <w:rPr>
          <w:rStyle w:val="af6"/>
          <w:sz w:val="28"/>
          <w:szCs w:val="28"/>
        </w:rPr>
        <w:t>туралы</w:t>
      </w:r>
      <w:proofErr w:type="spellEnd"/>
      <w:r w:rsidRPr="00551AA7">
        <w:rPr>
          <w:rStyle w:val="af6"/>
          <w:sz w:val="28"/>
          <w:szCs w:val="28"/>
        </w:rPr>
        <w:t xml:space="preserve"> </w:t>
      </w:r>
      <w:proofErr w:type="spellStart"/>
      <w:r w:rsidRPr="00551AA7">
        <w:rPr>
          <w:rStyle w:val="af6"/>
          <w:sz w:val="28"/>
          <w:szCs w:val="28"/>
        </w:rPr>
        <w:t>ақпарат</w:t>
      </w:r>
      <w:proofErr w:type="spellEnd"/>
    </w:p>
    <w:p w14:paraId="6C287EC6" w14:textId="77777777" w:rsidR="00551AA7" w:rsidRPr="00342218" w:rsidRDefault="00551AA7" w:rsidP="00551AA7">
      <w:pPr>
        <w:pStyle w:val="isselectedend"/>
        <w:spacing w:before="0" w:beforeAutospacing="0" w:after="0" w:afterAutospacing="0"/>
        <w:jc w:val="center"/>
        <w:rPr>
          <w:sz w:val="28"/>
          <w:szCs w:val="28"/>
        </w:rPr>
      </w:pPr>
    </w:p>
    <w:p w14:paraId="28B34040" w14:textId="67EBBD8F" w:rsidR="00551AA7" w:rsidRPr="003A3B1A" w:rsidRDefault="00551AA7" w:rsidP="005F1ED0">
      <w:pPr>
        <w:pStyle w:val="isselectedend"/>
        <w:spacing w:before="0" w:beforeAutospacing="0" w:after="0" w:afterAutospacing="0"/>
        <w:ind w:left="-426"/>
        <w:rPr>
          <w:b/>
          <w:bCs/>
          <w:sz w:val="28"/>
          <w:szCs w:val="28"/>
        </w:rPr>
      </w:pPr>
      <w:proofErr w:type="spellStart"/>
      <w:r w:rsidRPr="003A3B1A">
        <w:rPr>
          <w:rStyle w:val="af6"/>
          <w:b w:val="0"/>
          <w:bCs w:val="0"/>
          <w:sz w:val="28"/>
          <w:szCs w:val="28"/>
        </w:rPr>
        <w:t>Кезеңі</w:t>
      </w:r>
      <w:proofErr w:type="spellEnd"/>
      <w:r w:rsidRPr="003A3B1A">
        <w:rPr>
          <w:rStyle w:val="af6"/>
          <w:b w:val="0"/>
          <w:bCs w:val="0"/>
          <w:sz w:val="28"/>
          <w:szCs w:val="28"/>
        </w:rPr>
        <w:t>:</w:t>
      </w:r>
      <w:r w:rsidRPr="003A3B1A">
        <w:rPr>
          <w:b/>
          <w:bCs/>
          <w:sz w:val="28"/>
          <w:szCs w:val="28"/>
        </w:rPr>
        <w:t xml:space="preserve"> 2026 </w:t>
      </w:r>
      <w:proofErr w:type="spellStart"/>
      <w:r w:rsidRPr="003A3B1A">
        <w:rPr>
          <w:b/>
          <w:bCs/>
          <w:sz w:val="28"/>
          <w:szCs w:val="28"/>
        </w:rPr>
        <w:t>жыл</w:t>
      </w:r>
      <w:proofErr w:type="spellEnd"/>
      <w:r w:rsidRPr="003A3B1A">
        <w:rPr>
          <w:b/>
          <w:bCs/>
          <w:sz w:val="28"/>
          <w:szCs w:val="28"/>
        </w:rPr>
        <w:t>, ІІ</w:t>
      </w:r>
      <w:r w:rsidR="003A3B1A" w:rsidRPr="003A3B1A">
        <w:rPr>
          <w:b/>
          <w:bCs/>
          <w:sz w:val="28"/>
          <w:szCs w:val="28"/>
        </w:rPr>
        <w:t>І</w:t>
      </w:r>
      <w:r w:rsidRPr="003A3B1A">
        <w:rPr>
          <w:b/>
          <w:bCs/>
          <w:sz w:val="28"/>
          <w:szCs w:val="28"/>
        </w:rPr>
        <w:t xml:space="preserve"> </w:t>
      </w:r>
      <w:proofErr w:type="spellStart"/>
      <w:r w:rsidRPr="003A3B1A">
        <w:rPr>
          <w:b/>
          <w:bCs/>
          <w:sz w:val="28"/>
          <w:szCs w:val="28"/>
        </w:rPr>
        <w:t>тоқсан</w:t>
      </w:r>
      <w:proofErr w:type="spellEnd"/>
      <w:r w:rsidRPr="003A3B1A">
        <w:rPr>
          <w:b/>
          <w:bCs/>
          <w:sz w:val="28"/>
          <w:szCs w:val="28"/>
        </w:rPr>
        <w:t xml:space="preserve"> </w:t>
      </w:r>
    </w:p>
    <w:p w14:paraId="1FFCEA58" w14:textId="77777777" w:rsidR="00551AA7" w:rsidRPr="00342218" w:rsidRDefault="00551AA7" w:rsidP="005F1ED0">
      <w:pPr>
        <w:pStyle w:val="isselectedend"/>
        <w:spacing w:before="0" w:beforeAutospacing="0" w:after="0" w:afterAutospacing="0"/>
        <w:ind w:left="-426"/>
        <w:rPr>
          <w:sz w:val="28"/>
          <w:szCs w:val="28"/>
        </w:rPr>
      </w:pPr>
    </w:p>
    <w:p w14:paraId="7FB48DCB" w14:textId="77777777" w:rsidR="00551AA7" w:rsidRPr="00551AA7" w:rsidRDefault="00551AA7" w:rsidP="005F1ED0">
      <w:pPr>
        <w:pStyle w:val="isselectedend"/>
        <w:spacing w:before="0" w:beforeAutospacing="0" w:after="0" w:afterAutospacing="0"/>
        <w:ind w:left="-426" w:firstLine="720"/>
        <w:jc w:val="both"/>
        <w:rPr>
          <w:sz w:val="28"/>
          <w:szCs w:val="28"/>
        </w:rPr>
      </w:pPr>
      <w:proofErr w:type="spellStart"/>
      <w:r w:rsidRPr="00551AA7">
        <w:rPr>
          <w:sz w:val="28"/>
          <w:szCs w:val="28"/>
        </w:rPr>
        <w:t>Есепті</w:t>
      </w:r>
      <w:proofErr w:type="spellEnd"/>
      <w:r w:rsidRPr="00551AA7">
        <w:rPr>
          <w:sz w:val="28"/>
          <w:szCs w:val="28"/>
        </w:rPr>
        <w:t xml:space="preserve"> </w:t>
      </w:r>
      <w:proofErr w:type="spellStart"/>
      <w:r w:rsidRPr="00551AA7">
        <w:rPr>
          <w:sz w:val="28"/>
          <w:szCs w:val="28"/>
        </w:rPr>
        <w:t>кезеңде</w:t>
      </w:r>
      <w:proofErr w:type="spellEnd"/>
      <w:r w:rsidRPr="00551AA7">
        <w:rPr>
          <w:sz w:val="28"/>
          <w:szCs w:val="28"/>
        </w:rPr>
        <w:t xml:space="preserve"> «Педагог </w:t>
      </w:r>
      <w:proofErr w:type="spellStart"/>
      <w:r w:rsidRPr="00551AA7">
        <w:rPr>
          <w:sz w:val="28"/>
          <w:szCs w:val="28"/>
        </w:rPr>
        <w:t>мәртебесі</w:t>
      </w:r>
      <w:proofErr w:type="spellEnd"/>
      <w:r w:rsidRPr="00551AA7">
        <w:rPr>
          <w:sz w:val="28"/>
          <w:szCs w:val="28"/>
        </w:rPr>
        <w:t xml:space="preserve"> </w:t>
      </w:r>
      <w:proofErr w:type="spellStart"/>
      <w:r w:rsidRPr="00551AA7">
        <w:rPr>
          <w:sz w:val="28"/>
          <w:szCs w:val="28"/>
        </w:rPr>
        <w:t>туралы</w:t>
      </w:r>
      <w:proofErr w:type="spellEnd"/>
      <w:r w:rsidRPr="00551AA7">
        <w:rPr>
          <w:sz w:val="28"/>
          <w:szCs w:val="28"/>
        </w:rPr>
        <w:t xml:space="preserve">» </w:t>
      </w:r>
      <w:proofErr w:type="spellStart"/>
      <w:r w:rsidRPr="00551AA7">
        <w:rPr>
          <w:sz w:val="28"/>
          <w:szCs w:val="28"/>
        </w:rPr>
        <w:t>Қазақстан</w:t>
      </w:r>
      <w:proofErr w:type="spellEnd"/>
      <w:r w:rsidRPr="00551AA7">
        <w:rPr>
          <w:sz w:val="28"/>
          <w:szCs w:val="28"/>
        </w:rPr>
        <w:t xml:space="preserve"> </w:t>
      </w:r>
      <w:proofErr w:type="spellStart"/>
      <w:r w:rsidRPr="00551AA7">
        <w:rPr>
          <w:sz w:val="28"/>
          <w:szCs w:val="28"/>
        </w:rPr>
        <w:t>Республикасы</w:t>
      </w:r>
      <w:proofErr w:type="spellEnd"/>
      <w:r w:rsidRPr="00551AA7">
        <w:rPr>
          <w:sz w:val="28"/>
          <w:szCs w:val="28"/>
        </w:rPr>
        <w:t xml:space="preserve"> </w:t>
      </w:r>
      <w:proofErr w:type="spellStart"/>
      <w:r w:rsidRPr="00551AA7">
        <w:rPr>
          <w:sz w:val="28"/>
          <w:szCs w:val="28"/>
        </w:rPr>
        <w:t>Заңының</w:t>
      </w:r>
      <w:proofErr w:type="spellEnd"/>
      <w:r w:rsidRPr="00551AA7">
        <w:rPr>
          <w:sz w:val="28"/>
          <w:szCs w:val="28"/>
        </w:rPr>
        <w:t xml:space="preserve"> 6-бабы </w:t>
      </w:r>
      <w:proofErr w:type="spellStart"/>
      <w:r w:rsidRPr="00551AA7">
        <w:rPr>
          <w:sz w:val="28"/>
          <w:szCs w:val="28"/>
        </w:rPr>
        <w:t>талаптарының</w:t>
      </w:r>
      <w:proofErr w:type="spellEnd"/>
      <w:r w:rsidRPr="00551AA7">
        <w:rPr>
          <w:sz w:val="28"/>
          <w:szCs w:val="28"/>
        </w:rPr>
        <w:t xml:space="preserve"> </w:t>
      </w:r>
      <w:proofErr w:type="spellStart"/>
      <w:r w:rsidRPr="00551AA7">
        <w:rPr>
          <w:sz w:val="28"/>
          <w:szCs w:val="28"/>
        </w:rPr>
        <w:t>сақталмауына</w:t>
      </w:r>
      <w:proofErr w:type="spellEnd"/>
      <w:r w:rsidRPr="00551AA7">
        <w:rPr>
          <w:sz w:val="28"/>
          <w:szCs w:val="28"/>
        </w:rPr>
        <w:t xml:space="preserve"> </w:t>
      </w:r>
      <w:proofErr w:type="spellStart"/>
      <w:r w:rsidRPr="00551AA7">
        <w:rPr>
          <w:sz w:val="28"/>
          <w:szCs w:val="28"/>
        </w:rPr>
        <w:t>қатысты</w:t>
      </w:r>
      <w:proofErr w:type="spellEnd"/>
      <w:r w:rsidRPr="00551AA7">
        <w:rPr>
          <w:sz w:val="28"/>
          <w:szCs w:val="28"/>
        </w:rPr>
        <w:t xml:space="preserve"> </w:t>
      </w:r>
      <w:proofErr w:type="spellStart"/>
      <w:r w:rsidRPr="00551AA7">
        <w:rPr>
          <w:sz w:val="28"/>
          <w:szCs w:val="28"/>
        </w:rPr>
        <w:t>Педагогикалық</w:t>
      </w:r>
      <w:proofErr w:type="spellEnd"/>
      <w:r w:rsidRPr="00551AA7">
        <w:rPr>
          <w:sz w:val="28"/>
          <w:szCs w:val="28"/>
        </w:rPr>
        <w:t xml:space="preserve"> </w:t>
      </w:r>
      <w:proofErr w:type="spellStart"/>
      <w:r w:rsidRPr="00551AA7">
        <w:rPr>
          <w:sz w:val="28"/>
          <w:szCs w:val="28"/>
        </w:rPr>
        <w:t>әдеп</w:t>
      </w:r>
      <w:proofErr w:type="spellEnd"/>
      <w:r w:rsidRPr="00551AA7">
        <w:rPr>
          <w:sz w:val="28"/>
          <w:szCs w:val="28"/>
        </w:rPr>
        <w:t xml:space="preserve"> </w:t>
      </w:r>
      <w:proofErr w:type="spellStart"/>
      <w:r w:rsidRPr="00551AA7">
        <w:rPr>
          <w:sz w:val="28"/>
          <w:szCs w:val="28"/>
        </w:rPr>
        <w:t>жөніндегі</w:t>
      </w:r>
      <w:proofErr w:type="spellEnd"/>
      <w:r w:rsidRPr="00551AA7">
        <w:rPr>
          <w:sz w:val="28"/>
          <w:szCs w:val="28"/>
        </w:rPr>
        <w:t xml:space="preserve"> </w:t>
      </w:r>
      <w:proofErr w:type="spellStart"/>
      <w:r w:rsidRPr="00551AA7">
        <w:rPr>
          <w:sz w:val="28"/>
          <w:szCs w:val="28"/>
        </w:rPr>
        <w:t>кеңесте</w:t>
      </w:r>
      <w:proofErr w:type="spellEnd"/>
      <w:r w:rsidRPr="00551AA7">
        <w:rPr>
          <w:sz w:val="28"/>
          <w:szCs w:val="28"/>
        </w:rPr>
        <w:t xml:space="preserve"> </w:t>
      </w:r>
      <w:proofErr w:type="spellStart"/>
      <w:r w:rsidRPr="00551AA7">
        <w:rPr>
          <w:sz w:val="28"/>
          <w:szCs w:val="28"/>
        </w:rPr>
        <w:t>қаралуға</w:t>
      </w:r>
      <w:proofErr w:type="spellEnd"/>
      <w:r w:rsidRPr="00551AA7">
        <w:rPr>
          <w:sz w:val="28"/>
          <w:szCs w:val="28"/>
        </w:rPr>
        <w:t xml:space="preserve"> </w:t>
      </w:r>
      <w:proofErr w:type="spellStart"/>
      <w:r w:rsidRPr="00551AA7">
        <w:rPr>
          <w:sz w:val="28"/>
          <w:szCs w:val="28"/>
        </w:rPr>
        <w:t>жататын</w:t>
      </w:r>
      <w:proofErr w:type="spellEnd"/>
      <w:r w:rsidRPr="00551AA7">
        <w:rPr>
          <w:sz w:val="28"/>
          <w:szCs w:val="28"/>
        </w:rPr>
        <w:t xml:space="preserve"> </w:t>
      </w:r>
      <w:proofErr w:type="spellStart"/>
      <w:r w:rsidRPr="00551AA7">
        <w:rPr>
          <w:sz w:val="28"/>
          <w:szCs w:val="28"/>
        </w:rPr>
        <w:t>фактілер</w:t>
      </w:r>
      <w:proofErr w:type="spellEnd"/>
      <w:r w:rsidRPr="00551AA7">
        <w:rPr>
          <w:sz w:val="28"/>
          <w:szCs w:val="28"/>
        </w:rPr>
        <w:t xml:space="preserve"> </w:t>
      </w:r>
      <w:proofErr w:type="spellStart"/>
      <w:r w:rsidRPr="00551AA7">
        <w:rPr>
          <w:sz w:val="28"/>
          <w:szCs w:val="28"/>
        </w:rPr>
        <w:t>анықталған</w:t>
      </w:r>
      <w:proofErr w:type="spellEnd"/>
      <w:r w:rsidRPr="00551AA7">
        <w:rPr>
          <w:sz w:val="28"/>
          <w:szCs w:val="28"/>
        </w:rPr>
        <w:t xml:space="preserve"> </w:t>
      </w:r>
      <w:proofErr w:type="spellStart"/>
      <w:r w:rsidRPr="00551AA7">
        <w:rPr>
          <w:sz w:val="28"/>
          <w:szCs w:val="28"/>
        </w:rPr>
        <w:t>жоқ</w:t>
      </w:r>
      <w:proofErr w:type="spellEnd"/>
      <w:r w:rsidRPr="00551AA7">
        <w:rPr>
          <w:sz w:val="28"/>
          <w:szCs w:val="28"/>
        </w:rPr>
        <w:t>.</w:t>
      </w:r>
    </w:p>
    <w:p w14:paraId="4CB0ADF0" w14:textId="77777777" w:rsidR="00551AA7" w:rsidRPr="00551AA7" w:rsidRDefault="00551AA7" w:rsidP="005F1ED0">
      <w:pPr>
        <w:pStyle w:val="aff8"/>
        <w:spacing w:before="0" w:beforeAutospacing="0" w:after="0" w:afterAutospacing="0"/>
        <w:ind w:left="-426" w:firstLine="720"/>
        <w:jc w:val="both"/>
        <w:rPr>
          <w:sz w:val="28"/>
          <w:szCs w:val="28"/>
        </w:rPr>
      </w:pPr>
      <w:proofErr w:type="spellStart"/>
      <w:r w:rsidRPr="00551AA7">
        <w:rPr>
          <w:sz w:val="28"/>
          <w:szCs w:val="28"/>
        </w:rPr>
        <w:t>Осыған</w:t>
      </w:r>
      <w:proofErr w:type="spellEnd"/>
      <w:r w:rsidRPr="00551AA7">
        <w:rPr>
          <w:sz w:val="28"/>
          <w:szCs w:val="28"/>
        </w:rPr>
        <w:t xml:space="preserve"> </w:t>
      </w:r>
      <w:proofErr w:type="spellStart"/>
      <w:r w:rsidRPr="00551AA7">
        <w:rPr>
          <w:sz w:val="28"/>
          <w:szCs w:val="28"/>
        </w:rPr>
        <w:t>байланысты</w:t>
      </w:r>
      <w:proofErr w:type="spellEnd"/>
      <w:r w:rsidRPr="00551AA7">
        <w:rPr>
          <w:sz w:val="28"/>
          <w:szCs w:val="28"/>
        </w:rPr>
        <w:t xml:space="preserve"> </w:t>
      </w:r>
      <w:proofErr w:type="spellStart"/>
      <w:r w:rsidRPr="00551AA7">
        <w:rPr>
          <w:sz w:val="28"/>
          <w:szCs w:val="28"/>
        </w:rPr>
        <w:t>аталған</w:t>
      </w:r>
      <w:proofErr w:type="spellEnd"/>
      <w:r w:rsidRPr="00551AA7">
        <w:rPr>
          <w:sz w:val="28"/>
          <w:szCs w:val="28"/>
        </w:rPr>
        <w:t xml:space="preserve"> </w:t>
      </w:r>
      <w:proofErr w:type="spellStart"/>
      <w:r w:rsidRPr="00551AA7">
        <w:rPr>
          <w:sz w:val="28"/>
          <w:szCs w:val="28"/>
        </w:rPr>
        <w:t>мәселе</w:t>
      </w:r>
      <w:proofErr w:type="spellEnd"/>
      <w:r w:rsidRPr="00551AA7">
        <w:rPr>
          <w:sz w:val="28"/>
          <w:szCs w:val="28"/>
        </w:rPr>
        <w:t xml:space="preserve"> </w:t>
      </w:r>
      <w:proofErr w:type="spellStart"/>
      <w:r w:rsidRPr="00551AA7">
        <w:rPr>
          <w:sz w:val="28"/>
          <w:szCs w:val="28"/>
        </w:rPr>
        <w:t>бойынша</w:t>
      </w:r>
      <w:proofErr w:type="spellEnd"/>
      <w:r w:rsidRPr="00551AA7">
        <w:rPr>
          <w:sz w:val="28"/>
          <w:szCs w:val="28"/>
        </w:rPr>
        <w:t xml:space="preserve"> </w:t>
      </w:r>
      <w:proofErr w:type="spellStart"/>
      <w:r w:rsidRPr="00551AA7">
        <w:rPr>
          <w:sz w:val="28"/>
          <w:szCs w:val="28"/>
        </w:rPr>
        <w:t>Педагогикалық</w:t>
      </w:r>
      <w:proofErr w:type="spellEnd"/>
      <w:r w:rsidRPr="00551AA7">
        <w:rPr>
          <w:sz w:val="28"/>
          <w:szCs w:val="28"/>
        </w:rPr>
        <w:t xml:space="preserve"> </w:t>
      </w:r>
      <w:proofErr w:type="spellStart"/>
      <w:r w:rsidRPr="00551AA7">
        <w:rPr>
          <w:sz w:val="28"/>
          <w:szCs w:val="28"/>
        </w:rPr>
        <w:t>әдеп</w:t>
      </w:r>
      <w:proofErr w:type="spellEnd"/>
      <w:r w:rsidRPr="00551AA7">
        <w:rPr>
          <w:sz w:val="28"/>
          <w:szCs w:val="28"/>
        </w:rPr>
        <w:t xml:space="preserve"> </w:t>
      </w:r>
      <w:proofErr w:type="spellStart"/>
      <w:r w:rsidRPr="00551AA7">
        <w:rPr>
          <w:sz w:val="28"/>
          <w:szCs w:val="28"/>
        </w:rPr>
        <w:t>жөніндегі</w:t>
      </w:r>
      <w:proofErr w:type="spellEnd"/>
      <w:r w:rsidRPr="00551AA7">
        <w:rPr>
          <w:sz w:val="28"/>
          <w:szCs w:val="28"/>
        </w:rPr>
        <w:t xml:space="preserve"> </w:t>
      </w:r>
      <w:proofErr w:type="spellStart"/>
      <w:r w:rsidRPr="00551AA7">
        <w:rPr>
          <w:sz w:val="28"/>
          <w:szCs w:val="28"/>
        </w:rPr>
        <w:t>кеңестің</w:t>
      </w:r>
      <w:proofErr w:type="spellEnd"/>
      <w:r w:rsidRPr="00551AA7">
        <w:rPr>
          <w:sz w:val="28"/>
          <w:szCs w:val="28"/>
        </w:rPr>
        <w:t xml:space="preserve"> </w:t>
      </w:r>
      <w:proofErr w:type="spellStart"/>
      <w:r w:rsidRPr="00551AA7">
        <w:rPr>
          <w:sz w:val="28"/>
          <w:szCs w:val="28"/>
        </w:rPr>
        <w:t>отырыстары</w:t>
      </w:r>
      <w:proofErr w:type="spellEnd"/>
      <w:r w:rsidRPr="00551AA7">
        <w:rPr>
          <w:sz w:val="28"/>
          <w:szCs w:val="28"/>
        </w:rPr>
        <w:t xml:space="preserve"> </w:t>
      </w:r>
      <w:proofErr w:type="spellStart"/>
      <w:r w:rsidRPr="00551AA7">
        <w:rPr>
          <w:sz w:val="28"/>
          <w:szCs w:val="28"/>
        </w:rPr>
        <w:t>өткізілген</w:t>
      </w:r>
      <w:proofErr w:type="spellEnd"/>
      <w:r w:rsidRPr="00551AA7">
        <w:rPr>
          <w:sz w:val="28"/>
          <w:szCs w:val="28"/>
        </w:rPr>
        <w:t xml:space="preserve"> </w:t>
      </w:r>
      <w:proofErr w:type="spellStart"/>
      <w:r w:rsidRPr="00551AA7">
        <w:rPr>
          <w:sz w:val="28"/>
          <w:szCs w:val="28"/>
        </w:rPr>
        <w:t>жоқ</w:t>
      </w:r>
      <w:proofErr w:type="spellEnd"/>
      <w:r w:rsidRPr="00551AA7">
        <w:rPr>
          <w:sz w:val="28"/>
          <w:szCs w:val="28"/>
        </w:rPr>
        <w:t>.</w:t>
      </w:r>
    </w:p>
    <w:p w14:paraId="7F418013" w14:textId="77777777" w:rsidR="00551AA7" w:rsidRPr="00551AA7" w:rsidRDefault="00551AA7" w:rsidP="005F1ED0">
      <w:pPr>
        <w:spacing w:after="0" w:line="240" w:lineRule="auto"/>
        <w:ind w:left="-426" w:firstLine="1004"/>
        <w:jc w:val="both"/>
        <w:rPr>
          <w:rFonts w:ascii="Times New Roman" w:hAnsi="Times New Roman" w:cs="Times New Roman"/>
          <w:sz w:val="28"/>
          <w:szCs w:val="28"/>
          <w:lang w:val="ru-KZ"/>
        </w:rPr>
      </w:pPr>
    </w:p>
    <w:sectPr w:rsidR="00551AA7" w:rsidRPr="00551AA7" w:rsidSect="0051657F">
      <w:pgSz w:w="12240" w:h="15840"/>
      <w:pgMar w:top="1440" w:right="1183"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7516523">
    <w:abstractNumId w:val="8"/>
  </w:num>
  <w:num w:numId="2" w16cid:durableId="723065174">
    <w:abstractNumId w:val="6"/>
  </w:num>
  <w:num w:numId="3" w16cid:durableId="2135975159">
    <w:abstractNumId w:val="5"/>
  </w:num>
  <w:num w:numId="4" w16cid:durableId="1022366750">
    <w:abstractNumId w:val="4"/>
  </w:num>
  <w:num w:numId="5" w16cid:durableId="2056077395">
    <w:abstractNumId w:val="7"/>
  </w:num>
  <w:num w:numId="6" w16cid:durableId="1401094435">
    <w:abstractNumId w:val="3"/>
  </w:num>
  <w:num w:numId="7" w16cid:durableId="44109533">
    <w:abstractNumId w:val="2"/>
  </w:num>
  <w:num w:numId="8" w16cid:durableId="1608922925">
    <w:abstractNumId w:val="1"/>
  </w:num>
  <w:num w:numId="9" w16cid:durableId="264197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096C"/>
    <w:rsid w:val="003152E2"/>
    <w:rsid w:val="00326F90"/>
    <w:rsid w:val="00327E05"/>
    <w:rsid w:val="00342218"/>
    <w:rsid w:val="003A3B1A"/>
    <w:rsid w:val="005102E3"/>
    <w:rsid w:val="0051657F"/>
    <w:rsid w:val="005507A5"/>
    <w:rsid w:val="00551AA7"/>
    <w:rsid w:val="005D3DEB"/>
    <w:rsid w:val="005E196F"/>
    <w:rsid w:val="005F1ED0"/>
    <w:rsid w:val="007C1951"/>
    <w:rsid w:val="007F6206"/>
    <w:rsid w:val="0084288E"/>
    <w:rsid w:val="008B07EE"/>
    <w:rsid w:val="00AA1D8D"/>
    <w:rsid w:val="00B47730"/>
    <w:rsid w:val="00BD2E59"/>
    <w:rsid w:val="00CA6FFB"/>
    <w:rsid w:val="00CB0664"/>
    <w:rsid w:val="00D34DE9"/>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6112C"/>
  <w15:docId w15:val="{22E0D0C2-BE9F-4B01-9D77-0CF5C704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551AA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styleId="aff8">
    <w:name w:val="Normal (Web)"/>
    <w:basedOn w:val="a1"/>
    <w:uiPriority w:val="99"/>
    <w:unhideWhenUsed/>
    <w:rsid w:val="00551AA7"/>
    <w:pPr>
      <w:spacing w:before="100" w:beforeAutospacing="1" w:after="100" w:afterAutospacing="1" w:line="240" w:lineRule="auto"/>
    </w:pPr>
    <w:rPr>
      <w:rFonts w:ascii="Times New Roman" w:eastAsia="Times New Roman" w:hAnsi="Times New Roman" w:cs="Times New Roman"/>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185712">
      <w:bodyDiv w:val="1"/>
      <w:marLeft w:val="0"/>
      <w:marRight w:val="0"/>
      <w:marTop w:val="0"/>
      <w:marBottom w:val="0"/>
      <w:divBdr>
        <w:top w:val="none" w:sz="0" w:space="0" w:color="auto"/>
        <w:left w:val="none" w:sz="0" w:space="0" w:color="auto"/>
        <w:bottom w:val="none" w:sz="0" w:space="0" w:color="auto"/>
        <w:right w:val="none" w:sz="0" w:space="0" w:color="auto"/>
      </w:divBdr>
    </w:div>
    <w:div w:id="1158764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55E9-CB0F-43F7-93A3-75DCE8A68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524</Words>
  <Characters>2988</Characters>
  <Application>Microsoft Office Word</Application>
  <DocSecurity>0</DocSecurity>
  <Lines>24</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4</cp:revision>
  <cp:lastPrinted>2026-09-30T13:20:00Z</cp:lastPrinted>
  <dcterms:created xsi:type="dcterms:W3CDTF">2026-09-30T07:44:00Z</dcterms:created>
  <dcterms:modified xsi:type="dcterms:W3CDTF">2026-09-30T13:30:00Z</dcterms:modified>
  <cp:category/>
</cp:coreProperties>
</file>