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140" w:type="dxa"/>
        <w:tblInd w:w="381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619"/>
        <w:gridCol w:w="3521"/>
      </w:tblGrid>
      <w:tr w:rsidR="00877D02" w:rsidRPr="00682C5C" w:rsidTr="00AA0977">
        <w:trPr>
          <w:trHeight w:val="712"/>
        </w:trPr>
        <w:tc>
          <w:tcPr>
            <w:tcW w:w="3619" w:type="dxa"/>
          </w:tcPr>
          <w:p w:rsidR="00877D02" w:rsidRDefault="00877D02"/>
        </w:tc>
        <w:tc>
          <w:tcPr>
            <w:tcW w:w="3521" w:type="dxa"/>
          </w:tcPr>
          <w:p w:rsidR="00682C5C" w:rsidRDefault="003D4918" w:rsidP="00682C5C">
            <w:pPr>
              <w:spacing w:after="0"/>
              <w:rPr>
                <w:rFonts w:ascii="Times New Roman" w:hAnsi="Times New Roman" w:cs="Times New Roman"/>
                <w:sz w:val="21"/>
                <w:lang w:val="kk-KZ"/>
              </w:rPr>
            </w:pPr>
            <w:r w:rsidRPr="00682C5C">
              <w:rPr>
                <w:rFonts w:ascii="Times New Roman" w:hAnsi="Times New Roman" w:cs="Times New Roman"/>
                <w:b/>
                <w:sz w:val="21"/>
              </w:rPr>
              <w:t>БЕКІТЕМІН</w:t>
            </w:r>
            <w:r w:rsidRPr="00682C5C">
              <w:rPr>
                <w:rFonts w:ascii="Times New Roman" w:hAnsi="Times New Roman" w:cs="Times New Roman"/>
              </w:rPr>
              <w:br/>
            </w:r>
            <w:r w:rsidR="00682C5C">
              <w:rPr>
                <w:rFonts w:ascii="Times New Roman" w:hAnsi="Times New Roman" w:cs="Times New Roman"/>
                <w:sz w:val="21"/>
              </w:rPr>
              <w:t>«</w:t>
            </w:r>
            <w:proofErr w:type="spellStart"/>
            <w:r w:rsidR="00682C5C">
              <w:rPr>
                <w:rFonts w:ascii="Times New Roman" w:hAnsi="Times New Roman" w:cs="Times New Roman"/>
                <w:sz w:val="21"/>
              </w:rPr>
              <w:t>Тарбағатай</w:t>
            </w:r>
            <w:proofErr w:type="spellEnd"/>
            <w:r w:rsidR="00682C5C">
              <w:rPr>
                <w:rFonts w:ascii="Times New Roman" w:hAnsi="Times New Roman" w:cs="Times New Roman"/>
                <w:sz w:val="21"/>
              </w:rPr>
              <w:t xml:space="preserve"> </w:t>
            </w:r>
            <w:proofErr w:type="spellStart"/>
            <w:r w:rsidR="00682C5C">
              <w:rPr>
                <w:rFonts w:ascii="Times New Roman" w:hAnsi="Times New Roman" w:cs="Times New Roman"/>
                <w:sz w:val="21"/>
              </w:rPr>
              <w:t>ауданы</w:t>
            </w:r>
            <w:proofErr w:type="spellEnd"/>
            <w:r w:rsidR="00682C5C">
              <w:rPr>
                <w:rFonts w:ascii="Times New Roman" w:hAnsi="Times New Roman" w:cs="Times New Roman"/>
                <w:sz w:val="21"/>
              </w:rPr>
              <w:t xml:space="preserve"> </w:t>
            </w:r>
            <w:proofErr w:type="spellStart"/>
            <w:r w:rsidR="00682C5C">
              <w:rPr>
                <w:rFonts w:ascii="Times New Roman" w:hAnsi="Times New Roman" w:cs="Times New Roman"/>
                <w:sz w:val="21"/>
              </w:rPr>
              <w:t>бойынша</w:t>
            </w:r>
            <w:proofErr w:type="spellEnd"/>
          </w:p>
          <w:p w:rsidR="00877D02" w:rsidRPr="00682C5C" w:rsidRDefault="003D4918" w:rsidP="00682C5C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682C5C">
              <w:rPr>
                <w:rFonts w:ascii="Times New Roman" w:hAnsi="Times New Roman" w:cs="Times New Roman"/>
                <w:sz w:val="21"/>
                <w:lang w:val="kk-KZ"/>
              </w:rPr>
              <w:t>білім бөлімі» ММ басшысы</w:t>
            </w:r>
            <w:r w:rsidRPr="00682C5C">
              <w:rPr>
                <w:rFonts w:ascii="Times New Roman" w:hAnsi="Times New Roman" w:cs="Times New Roman"/>
                <w:lang w:val="kk-KZ"/>
              </w:rPr>
              <w:br/>
            </w:r>
            <w:r w:rsidRPr="00682C5C">
              <w:rPr>
                <w:rFonts w:ascii="Times New Roman" w:hAnsi="Times New Roman" w:cs="Times New Roman"/>
                <w:sz w:val="21"/>
                <w:lang w:val="kk-KZ"/>
              </w:rPr>
              <w:t>______________ С. Н. Дауытбаева</w:t>
            </w:r>
            <w:r w:rsidRPr="00682C5C">
              <w:rPr>
                <w:rFonts w:ascii="Times New Roman" w:hAnsi="Times New Roman" w:cs="Times New Roman"/>
                <w:lang w:val="kk-KZ"/>
              </w:rPr>
              <w:br/>
            </w:r>
            <w:r w:rsidRPr="00682C5C">
              <w:rPr>
                <w:rFonts w:ascii="Times New Roman" w:hAnsi="Times New Roman" w:cs="Times New Roman"/>
                <w:sz w:val="21"/>
                <w:lang w:val="kk-KZ"/>
              </w:rPr>
              <w:t>«____» ______________ 2026 жыл</w:t>
            </w:r>
          </w:p>
        </w:tc>
      </w:tr>
    </w:tbl>
    <w:p w:rsidR="00877D02" w:rsidRDefault="00877D02">
      <w:pPr>
        <w:spacing w:after="20"/>
        <w:rPr>
          <w:lang w:val="kk-KZ"/>
        </w:rPr>
      </w:pPr>
    </w:p>
    <w:p w:rsidR="00AA0977" w:rsidRPr="00682C5C" w:rsidRDefault="00AA0977">
      <w:pPr>
        <w:spacing w:after="20"/>
        <w:rPr>
          <w:lang w:val="kk-KZ"/>
        </w:rPr>
      </w:pPr>
    </w:p>
    <w:p w:rsidR="00877D02" w:rsidRPr="00AA0977" w:rsidRDefault="00682C5C" w:rsidP="00AA0977">
      <w:pPr>
        <w:pStyle w:val="aa"/>
        <w:keepNext/>
        <w:spacing w:before="80" w:after="160"/>
        <w:jc w:val="center"/>
        <w:rPr>
          <w:rFonts w:ascii="Times New Roman" w:hAnsi="Times New Roman" w:cs="Times New Roman"/>
          <w:sz w:val="22"/>
          <w:szCs w:val="22"/>
          <w:lang w:val="kk-KZ"/>
        </w:rPr>
      </w:pPr>
      <w:r w:rsidRPr="00AA0977">
        <w:rPr>
          <w:rFonts w:ascii="Times New Roman" w:eastAsia="Arial" w:hAnsi="Times New Roman" w:cs="Times New Roman"/>
          <w:sz w:val="22"/>
          <w:szCs w:val="22"/>
          <w:lang w:val="kk-KZ"/>
        </w:rPr>
        <w:t>2026-</w:t>
      </w:r>
      <w:r w:rsidR="003D4918" w:rsidRPr="00AA0977">
        <w:rPr>
          <w:rFonts w:ascii="Times New Roman" w:eastAsia="Arial" w:hAnsi="Times New Roman" w:cs="Times New Roman"/>
          <w:sz w:val="22"/>
          <w:szCs w:val="22"/>
          <w:lang w:val="kk-KZ"/>
        </w:rPr>
        <w:t>2027 оқу жылында білім беру ұйымдарында</w:t>
      </w:r>
      <w:r w:rsidR="003D4918" w:rsidRPr="00AA0977">
        <w:rPr>
          <w:rFonts w:ascii="Times New Roman" w:eastAsia="Arial" w:hAnsi="Times New Roman" w:cs="Times New Roman"/>
          <w:sz w:val="22"/>
          <w:szCs w:val="22"/>
          <w:lang w:val="kk-KZ"/>
        </w:rPr>
        <w:br/>
      </w:r>
      <w:r w:rsidRPr="00AA0977">
        <w:rPr>
          <w:rFonts w:ascii="Times New Roman" w:eastAsia="Arial" w:hAnsi="Times New Roman" w:cs="Times New Roman"/>
          <w:sz w:val="22"/>
          <w:szCs w:val="22"/>
          <w:lang w:val="kk-KZ"/>
        </w:rPr>
        <w:t>«</w:t>
      </w:r>
      <w:r w:rsidR="003D4918" w:rsidRPr="00AA0977">
        <w:rPr>
          <w:rFonts w:ascii="Times New Roman" w:eastAsia="Arial" w:hAnsi="Times New Roman" w:cs="Times New Roman"/>
          <w:sz w:val="22"/>
          <w:szCs w:val="22"/>
          <w:lang w:val="kk-KZ"/>
        </w:rPr>
        <w:t>Кітап оқитын ұлт</w:t>
      </w:r>
      <w:r w:rsidRPr="00AA0977">
        <w:rPr>
          <w:rFonts w:ascii="Times New Roman" w:eastAsia="Arial" w:hAnsi="Times New Roman" w:cs="Times New Roman"/>
          <w:sz w:val="22"/>
          <w:szCs w:val="22"/>
          <w:lang w:val="kk-KZ"/>
        </w:rPr>
        <w:t>»</w:t>
      </w:r>
      <w:r w:rsidR="003D4918" w:rsidRPr="00AA0977">
        <w:rPr>
          <w:rFonts w:ascii="Times New Roman" w:eastAsia="Arial" w:hAnsi="Times New Roman" w:cs="Times New Roman"/>
          <w:sz w:val="22"/>
          <w:szCs w:val="22"/>
          <w:lang w:val="kk-KZ"/>
        </w:rPr>
        <w:t xml:space="preserve"> республикалық кітап оқу марафонын ұйымдастыру жөніндегі</w:t>
      </w:r>
      <w:r w:rsidR="003D4918" w:rsidRPr="00AA0977">
        <w:rPr>
          <w:rFonts w:ascii="Times New Roman" w:eastAsia="Arial" w:hAnsi="Times New Roman" w:cs="Times New Roman"/>
          <w:sz w:val="22"/>
          <w:szCs w:val="22"/>
          <w:lang w:val="kk-KZ"/>
        </w:rPr>
        <w:br/>
        <w:t>аудандық жұмыс жоспары</w:t>
      </w:r>
    </w:p>
    <w:p w:rsidR="00AA0977" w:rsidRPr="00AA0977" w:rsidRDefault="00AA0977" w:rsidP="00AA0977">
      <w:pPr>
        <w:rPr>
          <w:rFonts w:ascii="Times New Roman" w:hAnsi="Times New Roman" w:cs="Times New Roman"/>
          <w:lang w:val="kk-KZ"/>
        </w:rPr>
      </w:pPr>
    </w:p>
    <w:p w:rsidR="00877D02" w:rsidRPr="007151AD" w:rsidRDefault="003D4918" w:rsidP="00AA0977">
      <w:pPr>
        <w:spacing w:after="140" w:line="254" w:lineRule="auto"/>
        <w:ind w:firstLine="403"/>
        <w:jc w:val="both"/>
        <w:rPr>
          <w:rFonts w:ascii="Times New Roman" w:hAnsi="Times New Roman" w:cs="Times New Roman"/>
          <w:lang w:val="kk-KZ"/>
        </w:rPr>
      </w:pPr>
      <w:r w:rsidRPr="00AA0977">
        <w:rPr>
          <w:rFonts w:ascii="Times New Roman" w:hAnsi="Times New Roman" w:cs="Times New Roman"/>
          <w:b/>
          <w:lang w:val="kk-KZ"/>
        </w:rPr>
        <w:t xml:space="preserve">Ресми ақпарат пен бағыттық регламенттер </w:t>
      </w:r>
      <w:r w:rsidR="000157F9">
        <w:fldChar w:fldCharType="begin"/>
      </w:r>
      <w:r w:rsidR="000157F9" w:rsidRPr="00AC089A">
        <w:rPr>
          <w:lang w:val="kk-KZ"/>
        </w:rPr>
        <w:instrText xml:space="preserve"> HYPERLINK "https://reading-nation.kz/" \h </w:instrText>
      </w:r>
      <w:r w:rsidR="000157F9">
        <w:fldChar w:fldCharType="separate"/>
      </w:r>
      <w:r w:rsidRPr="00AA0977">
        <w:rPr>
          <w:rFonts w:ascii="Times New Roman" w:hAnsi="Times New Roman" w:cs="Times New Roman"/>
          <w:color w:val="0563C1"/>
          <w:u w:val="single"/>
          <w:lang w:val="kk-KZ"/>
        </w:rPr>
        <w:t>reading-nation.kz</w:t>
      </w:r>
      <w:r w:rsidR="000157F9">
        <w:rPr>
          <w:rFonts w:ascii="Times New Roman" w:hAnsi="Times New Roman" w:cs="Times New Roman"/>
          <w:color w:val="0563C1"/>
          <w:u w:val="single"/>
          <w:lang w:val="kk-KZ"/>
        </w:rPr>
        <w:fldChar w:fldCharType="end"/>
      </w:r>
      <w:r w:rsidRPr="00AA0977">
        <w:rPr>
          <w:rFonts w:ascii="Times New Roman" w:hAnsi="Times New Roman" w:cs="Times New Roman"/>
          <w:lang w:val="kk-KZ"/>
        </w:rPr>
        <w:t xml:space="preserve"> сайтында орналастырылған. </w:t>
      </w:r>
      <w:r w:rsidRPr="007151AD">
        <w:rPr>
          <w:rFonts w:ascii="Times New Roman" w:hAnsi="Times New Roman" w:cs="Times New Roman"/>
          <w:lang w:val="kk-KZ"/>
        </w:rPr>
        <w:t>Ресми мерзімдер немесе талаптар жаңартылған жағдайда, марафонның ресми ережелері басшылыққа алынады.</w:t>
      </w:r>
    </w:p>
    <w:p w:rsidR="00877D02" w:rsidRPr="00AC089A" w:rsidRDefault="00AC089A" w:rsidP="00AA0977">
      <w:pPr>
        <w:pStyle w:val="1"/>
        <w:spacing w:before="180" w:after="80"/>
        <w:jc w:val="both"/>
        <w:rPr>
          <w:rFonts w:ascii="Times New Roman" w:hAnsi="Times New Roman" w:cs="Times New Roman"/>
          <w:sz w:val="22"/>
          <w:szCs w:val="22"/>
          <w:lang w:val="kk-KZ"/>
        </w:rPr>
      </w:pPr>
      <w:r>
        <w:rPr>
          <w:rFonts w:ascii="Times New Roman" w:eastAsia="Arial" w:hAnsi="Times New Roman" w:cs="Times New Roman"/>
          <w:sz w:val="22"/>
          <w:szCs w:val="22"/>
          <w:lang w:val="kk-KZ"/>
        </w:rPr>
        <w:t>І</w:t>
      </w:r>
      <w:r w:rsidR="00682C5C" w:rsidRPr="00AA0977">
        <w:rPr>
          <w:rFonts w:ascii="Times New Roman" w:eastAsia="Arial" w:hAnsi="Times New Roman" w:cs="Times New Roman"/>
          <w:sz w:val="22"/>
          <w:szCs w:val="22"/>
          <w:lang w:val="kk-KZ"/>
        </w:rPr>
        <w:t xml:space="preserve">. </w:t>
      </w:r>
      <w:r w:rsidR="003D4918" w:rsidRPr="00AC089A">
        <w:rPr>
          <w:rFonts w:ascii="Times New Roman" w:eastAsia="Arial" w:hAnsi="Times New Roman" w:cs="Times New Roman"/>
          <w:sz w:val="22"/>
          <w:szCs w:val="22"/>
          <w:lang w:val="kk-KZ"/>
        </w:rPr>
        <w:t>Қатысушының жұмыс алгоритмі</w:t>
      </w:r>
    </w:p>
    <w:p w:rsidR="00877D02" w:rsidRPr="00AA0977" w:rsidRDefault="00682C5C" w:rsidP="00AA0977">
      <w:pPr>
        <w:spacing w:after="60" w:line="254" w:lineRule="auto"/>
        <w:ind w:left="432" w:hanging="432"/>
        <w:jc w:val="both"/>
        <w:rPr>
          <w:rFonts w:ascii="Times New Roman" w:hAnsi="Times New Roman" w:cs="Times New Roman"/>
          <w:lang w:val="kk-KZ"/>
        </w:rPr>
      </w:pPr>
      <w:r w:rsidRPr="00AC089A">
        <w:rPr>
          <w:rFonts w:ascii="Times New Roman" w:hAnsi="Times New Roman" w:cs="Times New Roman"/>
          <w:b/>
          <w:lang w:val="kk-KZ"/>
        </w:rPr>
        <w:t>1</w:t>
      </w:r>
      <w:r w:rsidRPr="00AA0977">
        <w:rPr>
          <w:rFonts w:ascii="Times New Roman" w:hAnsi="Times New Roman" w:cs="Times New Roman"/>
          <w:b/>
          <w:lang w:val="kk-KZ"/>
        </w:rPr>
        <w:t xml:space="preserve">. </w:t>
      </w:r>
      <w:r w:rsidR="003D4918" w:rsidRPr="00AC089A">
        <w:rPr>
          <w:rFonts w:ascii="Times New Roman" w:hAnsi="Times New Roman" w:cs="Times New Roman"/>
          <w:b/>
          <w:lang w:val="kk-KZ"/>
        </w:rPr>
        <w:t xml:space="preserve">Тіркелу </w:t>
      </w:r>
      <w:hyperlink r:id="rId9">
        <w:r w:rsidR="00AA0977" w:rsidRPr="00AA0977">
          <w:rPr>
            <w:rFonts w:ascii="Times New Roman" w:hAnsi="Times New Roman" w:cs="Times New Roman"/>
            <w:color w:val="0563C1"/>
            <w:u w:val="single"/>
            <w:lang w:val="kk-KZ"/>
          </w:rPr>
          <w:t>reading-nation.kz</w:t>
        </w:r>
      </w:hyperlink>
      <w:r w:rsidR="00AA0977">
        <w:rPr>
          <w:rFonts w:ascii="Times New Roman" w:hAnsi="Times New Roman" w:cs="Times New Roman"/>
          <w:color w:val="0563C1"/>
          <w:u w:val="single"/>
          <w:lang w:val="kk-KZ"/>
        </w:rPr>
        <w:t xml:space="preserve"> </w:t>
      </w:r>
      <w:r w:rsidR="003D4918" w:rsidRPr="00AC089A">
        <w:rPr>
          <w:rFonts w:ascii="Times New Roman" w:hAnsi="Times New Roman" w:cs="Times New Roman"/>
          <w:lang w:val="kk-KZ"/>
        </w:rPr>
        <w:t>ресми сайтта өз бағытын таңдап, жеке кабинет ашу</w:t>
      </w:r>
      <w:r w:rsidR="00AA0977">
        <w:rPr>
          <w:rFonts w:ascii="Times New Roman" w:hAnsi="Times New Roman" w:cs="Times New Roman"/>
          <w:lang w:val="kk-KZ"/>
        </w:rPr>
        <w:t>;</w:t>
      </w:r>
    </w:p>
    <w:p w:rsidR="00877D02" w:rsidRPr="00AA0977" w:rsidRDefault="00682C5C" w:rsidP="00AA0977">
      <w:pPr>
        <w:spacing w:after="60" w:line="254" w:lineRule="auto"/>
        <w:ind w:left="432" w:hanging="432"/>
        <w:jc w:val="both"/>
        <w:rPr>
          <w:rFonts w:ascii="Times New Roman" w:hAnsi="Times New Roman" w:cs="Times New Roman"/>
          <w:lang w:val="kk-KZ"/>
        </w:rPr>
      </w:pPr>
      <w:r w:rsidRPr="00AA0977">
        <w:rPr>
          <w:rFonts w:ascii="Times New Roman" w:hAnsi="Times New Roman" w:cs="Times New Roman"/>
          <w:b/>
          <w:lang w:val="kk-KZ"/>
        </w:rPr>
        <w:t xml:space="preserve">2. </w:t>
      </w:r>
      <w:r w:rsidR="003D4918" w:rsidRPr="00AA0977">
        <w:rPr>
          <w:rFonts w:ascii="Times New Roman" w:hAnsi="Times New Roman" w:cs="Times New Roman"/>
          <w:b/>
          <w:lang w:val="kk-KZ"/>
        </w:rPr>
        <w:t xml:space="preserve">Жоспарлау </w:t>
      </w:r>
      <w:r w:rsidR="003D4918" w:rsidRPr="00AA0977">
        <w:rPr>
          <w:rFonts w:ascii="Times New Roman" w:hAnsi="Times New Roman" w:cs="Times New Roman"/>
          <w:lang w:val="kk-KZ"/>
        </w:rPr>
        <w:t>15 кітапты 2026 жылғы қыркүйек пен 2027 жылғы наурыз ара</w:t>
      </w:r>
      <w:r w:rsidR="00AA0977">
        <w:rPr>
          <w:rFonts w:ascii="Times New Roman" w:hAnsi="Times New Roman" w:cs="Times New Roman"/>
          <w:lang w:val="kk-KZ"/>
        </w:rPr>
        <w:t xml:space="preserve">лығына бөліп, жеке оқу кестесін </w:t>
      </w:r>
      <w:r w:rsidR="003D4918" w:rsidRPr="00AA0977">
        <w:rPr>
          <w:rFonts w:ascii="Times New Roman" w:hAnsi="Times New Roman" w:cs="Times New Roman"/>
          <w:lang w:val="kk-KZ"/>
        </w:rPr>
        <w:t>құру</w:t>
      </w:r>
      <w:r w:rsidR="00AA0977">
        <w:rPr>
          <w:rFonts w:ascii="Times New Roman" w:hAnsi="Times New Roman" w:cs="Times New Roman"/>
          <w:lang w:val="kk-KZ"/>
        </w:rPr>
        <w:t>;</w:t>
      </w:r>
    </w:p>
    <w:p w:rsidR="00877D02" w:rsidRPr="00AA0977" w:rsidRDefault="00682C5C" w:rsidP="00AA0977">
      <w:pPr>
        <w:spacing w:after="60" w:line="254" w:lineRule="auto"/>
        <w:ind w:left="432" w:hanging="432"/>
        <w:jc w:val="both"/>
        <w:rPr>
          <w:rFonts w:ascii="Times New Roman" w:hAnsi="Times New Roman" w:cs="Times New Roman"/>
          <w:lang w:val="kk-KZ"/>
        </w:rPr>
      </w:pPr>
      <w:r w:rsidRPr="00AA0977">
        <w:rPr>
          <w:rFonts w:ascii="Times New Roman" w:hAnsi="Times New Roman" w:cs="Times New Roman"/>
          <w:b/>
          <w:lang w:val="kk-KZ"/>
        </w:rPr>
        <w:t xml:space="preserve">3. </w:t>
      </w:r>
      <w:r w:rsidR="003D4918" w:rsidRPr="00AA0977">
        <w:rPr>
          <w:rFonts w:ascii="Times New Roman" w:hAnsi="Times New Roman" w:cs="Times New Roman"/>
          <w:b/>
          <w:lang w:val="kk-KZ"/>
        </w:rPr>
        <w:t xml:space="preserve">Оқу </w:t>
      </w:r>
      <w:r w:rsidR="003D4918" w:rsidRPr="00AA0977">
        <w:rPr>
          <w:rFonts w:ascii="Times New Roman" w:hAnsi="Times New Roman" w:cs="Times New Roman"/>
          <w:lang w:val="kk-KZ"/>
        </w:rPr>
        <w:t>әр</w:t>
      </w:r>
      <w:r w:rsidR="00AA0977" w:rsidRPr="00AA0977">
        <w:rPr>
          <w:rFonts w:ascii="Times New Roman" w:hAnsi="Times New Roman" w:cs="Times New Roman"/>
          <w:lang w:val="kk-KZ"/>
        </w:rPr>
        <w:t xml:space="preserve"> кітапқа шамамен 10</w:t>
      </w:r>
      <w:r w:rsidR="00AA0977">
        <w:rPr>
          <w:rFonts w:ascii="Times New Roman" w:hAnsi="Times New Roman" w:cs="Times New Roman"/>
          <w:lang w:val="kk-KZ"/>
        </w:rPr>
        <w:t>-</w:t>
      </w:r>
      <w:r w:rsidR="003D4918" w:rsidRPr="00AA0977">
        <w:rPr>
          <w:rFonts w:ascii="Times New Roman" w:hAnsi="Times New Roman" w:cs="Times New Roman"/>
          <w:lang w:val="kk-KZ"/>
        </w:rPr>
        <w:t xml:space="preserve">15 </w:t>
      </w:r>
      <w:r w:rsidR="00AA0977">
        <w:rPr>
          <w:rFonts w:ascii="Times New Roman" w:hAnsi="Times New Roman" w:cs="Times New Roman"/>
          <w:lang w:val="kk-KZ"/>
        </w:rPr>
        <w:t>күн бөліп, айына орта есеппен 2-</w:t>
      </w:r>
      <w:r w:rsidR="003D4918" w:rsidRPr="00AA0977">
        <w:rPr>
          <w:rFonts w:ascii="Times New Roman" w:hAnsi="Times New Roman" w:cs="Times New Roman"/>
          <w:lang w:val="kk-KZ"/>
        </w:rPr>
        <w:t>3 кітап оқу</w:t>
      </w:r>
      <w:r w:rsidR="00AA0977">
        <w:rPr>
          <w:rFonts w:ascii="Times New Roman" w:hAnsi="Times New Roman" w:cs="Times New Roman"/>
          <w:lang w:val="kk-KZ"/>
        </w:rPr>
        <w:t>;</w:t>
      </w:r>
    </w:p>
    <w:p w:rsidR="00877D02" w:rsidRPr="00AA0977" w:rsidRDefault="00682C5C" w:rsidP="00AA0977">
      <w:pPr>
        <w:spacing w:after="60" w:line="254" w:lineRule="auto"/>
        <w:ind w:left="432" w:hanging="432"/>
        <w:jc w:val="both"/>
        <w:rPr>
          <w:rFonts w:ascii="Times New Roman" w:hAnsi="Times New Roman" w:cs="Times New Roman"/>
          <w:lang w:val="kk-KZ"/>
        </w:rPr>
      </w:pPr>
      <w:r w:rsidRPr="00AA0977">
        <w:rPr>
          <w:rFonts w:ascii="Times New Roman" w:hAnsi="Times New Roman" w:cs="Times New Roman"/>
          <w:b/>
          <w:lang w:val="kk-KZ"/>
        </w:rPr>
        <w:t xml:space="preserve">4. </w:t>
      </w:r>
      <w:r w:rsidR="003D4918" w:rsidRPr="00AA0977">
        <w:rPr>
          <w:rFonts w:ascii="Times New Roman" w:hAnsi="Times New Roman" w:cs="Times New Roman"/>
          <w:b/>
          <w:lang w:val="kk-KZ"/>
        </w:rPr>
        <w:t xml:space="preserve">Пікір жариялау </w:t>
      </w:r>
      <w:r w:rsidR="003D4918" w:rsidRPr="00AA0977">
        <w:rPr>
          <w:rFonts w:ascii="Times New Roman" w:hAnsi="Times New Roman" w:cs="Times New Roman"/>
          <w:lang w:val="kk-KZ"/>
        </w:rPr>
        <w:t>әр кітап аяқталғаннан кейін жеке кабинетке қысқаша әрі дербес жазылған пікір енгізу</w:t>
      </w:r>
      <w:r w:rsidR="00AA0977">
        <w:rPr>
          <w:rFonts w:ascii="Times New Roman" w:hAnsi="Times New Roman" w:cs="Times New Roman"/>
          <w:lang w:val="kk-KZ"/>
        </w:rPr>
        <w:t>;</w:t>
      </w:r>
    </w:p>
    <w:p w:rsidR="00877D02" w:rsidRPr="00AA0977" w:rsidRDefault="006F6746" w:rsidP="00AA0977">
      <w:pPr>
        <w:spacing w:after="60" w:line="254" w:lineRule="auto"/>
        <w:ind w:left="432" w:hanging="432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5. </w:t>
      </w:r>
      <w:r w:rsidR="003D4918" w:rsidRPr="00AA0977">
        <w:rPr>
          <w:rFonts w:ascii="Times New Roman" w:hAnsi="Times New Roman" w:cs="Times New Roman"/>
          <w:b/>
          <w:lang w:val="kk-KZ"/>
        </w:rPr>
        <w:t xml:space="preserve">Қосымша белсенділік </w:t>
      </w:r>
      <w:r w:rsidR="003D4918" w:rsidRPr="00AA0977">
        <w:rPr>
          <w:rFonts w:ascii="Times New Roman" w:hAnsi="Times New Roman" w:cs="Times New Roman"/>
          <w:lang w:val="kk-KZ"/>
        </w:rPr>
        <w:t>қалауына қарай бейне пікір жариялау, кітап талқылауына және зияткерлік шараларға қатысу</w:t>
      </w:r>
      <w:r w:rsidR="00AA0977">
        <w:rPr>
          <w:rFonts w:ascii="Times New Roman" w:hAnsi="Times New Roman" w:cs="Times New Roman"/>
          <w:lang w:val="kk-KZ"/>
        </w:rPr>
        <w:t>;</w:t>
      </w:r>
    </w:p>
    <w:p w:rsidR="00877D02" w:rsidRPr="00AA0977" w:rsidRDefault="00682C5C" w:rsidP="00AA0977">
      <w:pPr>
        <w:spacing w:after="60" w:line="254" w:lineRule="auto"/>
        <w:ind w:left="432" w:hanging="432"/>
        <w:jc w:val="both"/>
        <w:rPr>
          <w:rFonts w:ascii="Times New Roman" w:hAnsi="Times New Roman" w:cs="Times New Roman"/>
          <w:lang w:val="kk-KZ"/>
        </w:rPr>
      </w:pPr>
      <w:r w:rsidRPr="00AA0977">
        <w:rPr>
          <w:rFonts w:ascii="Times New Roman" w:hAnsi="Times New Roman" w:cs="Times New Roman"/>
          <w:b/>
          <w:lang w:val="kk-KZ"/>
        </w:rPr>
        <w:t xml:space="preserve">6. </w:t>
      </w:r>
      <w:r w:rsidR="003D4918" w:rsidRPr="00AA0977">
        <w:rPr>
          <w:rFonts w:ascii="Times New Roman" w:hAnsi="Times New Roman" w:cs="Times New Roman"/>
          <w:b/>
          <w:lang w:val="kk-KZ"/>
        </w:rPr>
        <w:t xml:space="preserve">Қорытынды кезең </w:t>
      </w:r>
      <w:r w:rsidR="003D4918" w:rsidRPr="00AA0977">
        <w:rPr>
          <w:rFonts w:ascii="Times New Roman" w:hAnsi="Times New Roman" w:cs="Times New Roman"/>
          <w:lang w:val="kk-KZ"/>
        </w:rPr>
        <w:t>ресми іріктеу, тестілеу және квиздерге белгіленген кесте бойынша қатысу</w:t>
      </w:r>
      <w:r w:rsidR="00AA0977">
        <w:rPr>
          <w:rFonts w:ascii="Times New Roman" w:hAnsi="Times New Roman" w:cs="Times New Roman"/>
          <w:lang w:val="kk-KZ"/>
        </w:rPr>
        <w:t>;</w:t>
      </w:r>
    </w:p>
    <w:p w:rsidR="00877D02" w:rsidRPr="00CE345C" w:rsidRDefault="00AC089A" w:rsidP="00AA0977">
      <w:pPr>
        <w:pStyle w:val="1"/>
        <w:spacing w:before="180" w:after="80"/>
        <w:jc w:val="both"/>
        <w:rPr>
          <w:rFonts w:ascii="Times New Roman" w:hAnsi="Times New Roman" w:cs="Times New Roman"/>
          <w:sz w:val="22"/>
          <w:szCs w:val="22"/>
          <w:lang w:val="kk-KZ"/>
        </w:rPr>
      </w:pPr>
      <w:r>
        <w:rPr>
          <w:rFonts w:ascii="Times New Roman" w:eastAsia="Arial" w:hAnsi="Times New Roman" w:cs="Times New Roman"/>
          <w:sz w:val="22"/>
          <w:szCs w:val="22"/>
          <w:lang w:val="kk-KZ"/>
        </w:rPr>
        <w:t>ІІ</w:t>
      </w:r>
      <w:r w:rsidR="00682C5C" w:rsidRPr="00AA0977">
        <w:rPr>
          <w:rFonts w:ascii="Times New Roman" w:eastAsia="Arial" w:hAnsi="Times New Roman" w:cs="Times New Roman"/>
          <w:sz w:val="22"/>
          <w:szCs w:val="22"/>
          <w:lang w:val="kk-KZ"/>
        </w:rPr>
        <w:t xml:space="preserve">. </w:t>
      </w:r>
      <w:r w:rsidR="00CE345C">
        <w:rPr>
          <w:rFonts w:ascii="Times New Roman" w:eastAsia="Arial" w:hAnsi="Times New Roman" w:cs="Times New Roman"/>
          <w:sz w:val="22"/>
          <w:szCs w:val="22"/>
          <w:lang w:val="kk-KZ"/>
        </w:rPr>
        <w:t>ЦИКЛОГРАММА</w:t>
      </w:r>
    </w:p>
    <w:tbl>
      <w:tblPr>
        <w:tblW w:w="0" w:type="auto"/>
        <w:jc w:val="center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4680"/>
        <w:gridCol w:w="1944"/>
        <w:gridCol w:w="3096"/>
      </w:tblGrid>
      <w:tr w:rsidR="00877D02" w:rsidRPr="00AA0977">
        <w:trPr>
          <w:tblHeader/>
          <w:jc w:val="center"/>
        </w:trPr>
        <w:tc>
          <w:tcPr>
            <w:tcW w:w="648" w:type="dxa"/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  <w:b/>
                <w:color w:val="FFFFFF"/>
              </w:rPr>
              <w:t>№</w:t>
            </w:r>
          </w:p>
        </w:tc>
        <w:tc>
          <w:tcPr>
            <w:tcW w:w="4680" w:type="dxa"/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  <w:b/>
                <w:color w:val="FFFFFF"/>
              </w:rPr>
              <w:t>Көрсеткіш</w:t>
            </w:r>
            <w:proofErr w:type="spellEnd"/>
          </w:p>
        </w:tc>
        <w:tc>
          <w:tcPr>
            <w:tcW w:w="1944" w:type="dxa"/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5D69E2" w:rsidRDefault="005D69E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FFFF"/>
                <w:lang w:val="kk-KZ"/>
              </w:rPr>
              <w:t>Орындалу мерзімі</w:t>
            </w:r>
          </w:p>
        </w:tc>
        <w:tc>
          <w:tcPr>
            <w:tcW w:w="3096" w:type="dxa"/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  <w:b/>
                <w:color w:val="FFFFFF"/>
              </w:rPr>
              <w:t>Растайтын</w:t>
            </w:r>
            <w:proofErr w:type="spellEnd"/>
            <w:r w:rsidRPr="00AA0977">
              <w:rPr>
                <w:rFonts w:ascii="Times New Roman" w:hAnsi="Times New Roman" w:cs="Times New Roman"/>
                <w:b/>
                <w:color w:val="FFFFFF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b/>
                <w:color w:val="FFFFFF"/>
              </w:rPr>
              <w:t>құжат</w:t>
            </w:r>
            <w:proofErr w:type="spellEnd"/>
          </w:p>
        </w:tc>
      </w:tr>
      <w:tr w:rsidR="00877D02" w:rsidRPr="00AA0977">
        <w:trPr>
          <w:cantSplit/>
          <w:jc w:val="center"/>
        </w:trPr>
        <w:tc>
          <w:tcPr>
            <w:tcW w:w="64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8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AC089A" w:rsidP="004D491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proofErr w:type="spellStart"/>
            <w:r w:rsidR="003D4918" w:rsidRPr="00AA0977">
              <w:rPr>
                <w:rFonts w:ascii="Times New Roman" w:hAnsi="Times New Roman" w:cs="Times New Roman"/>
              </w:rPr>
              <w:t>ұйрық</w:t>
            </w:r>
            <w:proofErr w:type="spellEnd"/>
            <w:r w:rsidR="003D4918"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D491B">
              <w:rPr>
                <w:rFonts w:ascii="Times New Roman" w:hAnsi="Times New Roman" w:cs="Times New Roman"/>
              </w:rPr>
              <w:t>шығар</w:t>
            </w:r>
            <w:proofErr w:type="spellEnd"/>
            <w:r w:rsidR="004D491B">
              <w:rPr>
                <w:rFonts w:ascii="Times New Roman" w:hAnsi="Times New Roman" w:cs="Times New Roman"/>
                <w:lang w:val="kk-KZ"/>
              </w:rPr>
              <w:t>у</w:t>
            </w:r>
            <w:r w:rsidR="00AA0977">
              <w:rPr>
                <w:rFonts w:ascii="Times New Roman" w:hAnsi="Times New Roman" w:cs="Times New Roman"/>
              </w:rPr>
              <w:t>,</w:t>
            </w:r>
            <w:r w:rsidR="00AA097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D491B">
              <w:rPr>
                <w:rFonts w:ascii="Times New Roman" w:hAnsi="Times New Roman" w:cs="Times New Roman"/>
                <w:lang w:val="kk-KZ"/>
              </w:rPr>
              <w:t>жауапты маманды, жұмыс тобының құрамын тағайындау</w:t>
            </w:r>
            <w:r w:rsidR="006F6746">
              <w:rPr>
                <w:rFonts w:ascii="Times New Roman" w:hAnsi="Times New Roman" w:cs="Times New Roman"/>
                <w:lang w:val="kk-KZ"/>
              </w:rPr>
              <w:t>, жұмыс жоспарын бекіту</w:t>
            </w:r>
          </w:p>
        </w:tc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5D69E2" w:rsidRDefault="004D491B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2026 жылғы        </w:t>
            </w:r>
            <w:r w:rsidR="0009439B">
              <w:rPr>
                <w:rFonts w:ascii="Times New Roman" w:hAnsi="Times New Roman" w:cs="Times New Roman"/>
                <w:lang w:val="kk-KZ"/>
              </w:rPr>
              <w:t xml:space="preserve">27 қыркүйекке </w:t>
            </w:r>
            <w:r w:rsidR="005D69E2">
              <w:rPr>
                <w:rFonts w:ascii="Times New Roman" w:hAnsi="Times New Roman" w:cs="Times New Roman"/>
                <w:lang w:val="kk-KZ"/>
              </w:rPr>
              <w:t>дейін</w:t>
            </w:r>
          </w:p>
        </w:tc>
        <w:tc>
          <w:tcPr>
            <w:tcW w:w="309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5D69E2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Бұйрық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көшірмесі</w:t>
            </w:r>
            <w:proofErr w:type="spellEnd"/>
            <w:r w:rsidR="005D69E2">
              <w:rPr>
                <w:rFonts w:ascii="Times New Roman" w:hAnsi="Times New Roman" w:cs="Times New Roman"/>
                <w:lang w:val="kk-KZ"/>
              </w:rPr>
              <w:t>, бекітілген жұмыс жоспары</w:t>
            </w:r>
          </w:p>
        </w:tc>
      </w:tr>
      <w:tr w:rsidR="00877D02" w:rsidRPr="00AA0977">
        <w:trPr>
          <w:cantSplit/>
          <w:jc w:val="center"/>
        </w:trPr>
        <w:tc>
          <w:tcPr>
            <w:tcW w:w="648" w:type="dxa"/>
            <w:shd w:val="clear" w:color="auto" w:fill="F3F7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80" w:type="dxa"/>
            <w:shd w:val="clear" w:color="auto" w:fill="F3F7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5D69E2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Марафон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түсі</w:t>
            </w:r>
            <w:r w:rsidR="005D69E2">
              <w:rPr>
                <w:rFonts w:ascii="Times New Roman" w:hAnsi="Times New Roman" w:cs="Times New Roman"/>
              </w:rPr>
              <w:t>ндіру</w:t>
            </w:r>
            <w:proofErr w:type="spellEnd"/>
            <w:r w:rsidR="005D69E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D69E2">
              <w:rPr>
                <w:rFonts w:ascii="Times New Roman" w:hAnsi="Times New Roman" w:cs="Times New Roman"/>
              </w:rPr>
              <w:t>жұмыс</w:t>
            </w:r>
            <w:proofErr w:type="spellEnd"/>
            <w:r w:rsidR="005D69E2">
              <w:rPr>
                <w:rFonts w:ascii="Times New Roman" w:hAnsi="Times New Roman" w:cs="Times New Roman"/>
                <w:lang w:val="kk-KZ"/>
              </w:rPr>
              <w:t>тарын жүргізу</w:t>
            </w:r>
          </w:p>
        </w:tc>
        <w:tc>
          <w:tcPr>
            <w:tcW w:w="1944" w:type="dxa"/>
            <w:shd w:val="clear" w:color="auto" w:fill="F3F7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09439B" w:rsidRDefault="004D491B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2026 жылғы        </w:t>
            </w:r>
            <w:r w:rsidR="0009439B">
              <w:rPr>
                <w:rFonts w:ascii="Times New Roman" w:hAnsi="Times New Roman" w:cs="Times New Roman"/>
                <w:lang w:val="kk-KZ"/>
              </w:rPr>
              <w:t>27 қыркүйекке дейін</w:t>
            </w:r>
          </w:p>
        </w:tc>
        <w:tc>
          <w:tcPr>
            <w:tcW w:w="3096" w:type="dxa"/>
            <w:shd w:val="clear" w:color="auto" w:fill="F3F7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Хаттама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фото</w:t>
            </w:r>
            <w:proofErr w:type="spellEnd"/>
          </w:p>
        </w:tc>
      </w:tr>
      <w:tr w:rsidR="00877D02" w:rsidRPr="00AA0977">
        <w:trPr>
          <w:cantSplit/>
          <w:jc w:val="center"/>
        </w:trPr>
        <w:tc>
          <w:tcPr>
            <w:tcW w:w="64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8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Тіркелген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қатысушыларға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жасалған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жеке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оқу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кестесі</w:t>
            </w:r>
            <w:proofErr w:type="spellEnd"/>
          </w:p>
        </w:tc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09439B" w:rsidRDefault="004D491B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2026 жылғы           9</w:t>
            </w:r>
            <w:r w:rsidR="0009439B">
              <w:rPr>
                <w:rFonts w:ascii="Times New Roman" w:hAnsi="Times New Roman" w:cs="Times New Roman"/>
                <w:lang w:val="kk-KZ"/>
              </w:rPr>
              <w:t xml:space="preserve"> қазанға дейін</w:t>
            </w:r>
          </w:p>
        </w:tc>
        <w:tc>
          <w:tcPr>
            <w:tcW w:w="309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Оқу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кестесі</w:t>
            </w:r>
            <w:proofErr w:type="spellEnd"/>
          </w:p>
        </w:tc>
      </w:tr>
      <w:tr w:rsidR="00877D02" w:rsidRPr="00AA0977">
        <w:trPr>
          <w:cantSplit/>
          <w:jc w:val="center"/>
        </w:trPr>
        <w:tc>
          <w:tcPr>
            <w:tcW w:w="648" w:type="dxa"/>
            <w:shd w:val="clear" w:color="auto" w:fill="F3F7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80" w:type="dxa"/>
            <w:shd w:val="clear" w:color="auto" w:fill="F3F7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Оқу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қарқыны</w:t>
            </w:r>
            <w:proofErr w:type="spellEnd"/>
          </w:p>
        </w:tc>
        <w:tc>
          <w:tcPr>
            <w:tcW w:w="1944" w:type="dxa"/>
            <w:shd w:val="clear" w:color="auto" w:fill="F3F7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09439B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Айына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2</w:t>
            </w:r>
            <w:r>
              <w:rPr>
                <w:rFonts w:ascii="Times New Roman" w:hAnsi="Times New Roman" w:cs="Times New Roman"/>
                <w:lang w:val="kk-KZ"/>
              </w:rPr>
              <w:t>-</w:t>
            </w:r>
            <w:r w:rsidR="003D4918" w:rsidRPr="00AA0977">
              <w:rPr>
                <w:rFonts w:ascii="Times New Roman" w:hAnsi="Times New Roman" w:cs="Times New Roman"/>
              </w:rPr>
              <w:t xml:space="preserve">3 </w:t>
            </w:r>
            <w:proofErr w:type="spellStart"/>
            <w:r w:rsidR="003D4918" w:rsidRPr="00AA0977">
              <w:rPr>
                <w:rFonts w:ascii="Times New Roman" w:hAnsi="Times New Roman" w:cs="Times New Roman"/>
              </w:rPr>
              <w:t>кітап</w:t>
            </w:r>
            <w:proofErr w:type="spellEnd"/>
          </w:p>
        </w:tc>
        <w:tc>
          <w:tcPr>
            <w:tcW w:w="3096" w:type="dxa"/>
            <w:shd w:val="clear" w:color="auto" w:fill="F3F7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Жеке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кабинет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дерегі</w:t>
            </w:r>
            <w:proofErr w:type="spellEnd"/>
          </w:p>
        </w:tc>
      </w:tr>
      <w:tr w:rsidR="00877D02" w:rsidRPr="00AA0977">
        <w:trPr>
          <w:cantSplit/>
          <w:jc w:val="center"/>
        </w:trPr>
        <w:tc>
          <w:tcPr>
            <w:tcW w:w="64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8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Жазбаша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пікір</w:t>
            </w:r>
            <w:proofErr w:type="spellEnd"/>
          </w:p>
        </w:tc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09439B" w:rsidRDefault="0009439B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Әр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оқылған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кітапқа</w:t>
            </w:r>
            <w:proofErr w:type="spellEnd"/>
          </w:p>
        </w:tc>
        <w:tc>
          <w:tcPr>
            <w:tcW w:w="309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Платформадағы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пікір</w:t>
            </w:r>
            <w:proofErr w:type="spellEnd"/>
          </w:p>
        </w:tc>
      </w:tr>
      <w:tr w:rsidR="00877D02" w:rsidRPr="00AA0977">
        <w:trPr>
          <w:cantSplit/>
          <w:jc w:val="center"/>
        </w:trPr>
        <w:tc>
          <w:tcPr>
            <w:tcW w:w="648" w:type="dxa"/>
            <w:shd w:val="clear" w:color="auto" w:fill="F3F7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80" w:type="dxa"/>
            <w:shd w:val="clear" w:color="auto" w:fill="F3F7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proofErr w:type="gramStart"/>
            <w:r w:rsidRPr="00AA0977">
              <w:rPr>
                <w:rFonts w:ascii="Times New Roman" w:hAnsi="Times New Roman" w:cs="Times New Roman"/>
                <w:lang w:val="ru-RU"/>
              </w:rPr>
              <w:t>К</w:t>
            </w:r>
            <w:proofErr w:type="gramEnd"/>
            <w:r w:rsidRPr="00AA0977">
              <w:rPr>
                <w:rFonts w:ascii="Times New Roman" w:hAnsi="Times New Roman" w:cs="Times New Roman"/>
                <w:lang w:val="ru-RU"/>
              </w:rPr>
              <w:t>ітап</w:t>
            </w:r>
            <w:proofErr w:type="spellEnd"/>
            <w:r w:rsidRPr="00AA097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lang w:val="ru-RU"/>
              </w:rPr>
              <w:t>талқылауы</w:t>
            </w:r>
            <w:proofErr w:type="spellEnd"/>
            <w:r w:rsidRPr="00AA0977">
              <w:rPr>
                <w:rFonts w:ascii="Times New Roman" w:hAnsi="Times New Roman" w:cs="Times New Roman"/>
                <w:lang w:val="ru-RU"/>
              </w:rPr>
              <w:t xml:space="preserve"> мен </w:t>
            </w:r>
            <w:proofErr w:type="spellStart"/>
            <w:r w:rsidRPr="00AA0977">
              <w:rPr>
                <w:rFonts w:ascii="Times New Roman" w:hAnsi="Times New Roman" w:cs="Times New Roman"/>
                <w:lang w:val="ru-RU"/>
              </w:rPr>
              <w:t>оқырман</w:t>
            </w:r>
            <w:proofErr w:type="spellEnd"/>
            <w:r w:rsidRPr="00AA097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lang w:val="ru-RU"/>
              </w:rPr>
              <w:t>шаралары</w:t>
            </w:r>
            <w:proofErr w:type="spellEnd"/>
          </w:p>
        </w:tc>
        <w:tc>
          <w:tcPr>
            <w:tcW w:w="1944" w:type="dxa"/>
            <w:shd w:val="clear" w:color="auto" w:fill="F3F7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09439B" w:rsidP="0009439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Айына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 xml:space="preserve"> 1 </w:t>
            </w:r>
            <w:r w:rsidR="00AA0977">
              <w:rPr>
                <w:rFonts w:ascii="Times New Roman" w:hAnsi="Times New Roman" w:cs="Times New Roman"/>
                <w:lang w:val="kk-KZ"/>
              </w:rPr>
              <w:t>рет</w:t>
            </w:r>
          </w:p>
        </w:tc>
        <w:tc>
          <w:tcPr>
            <w:tcW w:w="3096" w:type="dxa"/>
            <w:shd w:val="clear" w:color="auto" w:fill="F3F7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Жоспар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анықтама</w:t>
            </w:r>
            <w:proofErr w:type="spellEnd"/>
          </w:p>
        </w:tc>
      </w:tr>
      <w:tr w:rsidR="00877D02" w:rsidRPr="00AA0977">
        <w:trPr>
          <w:cantSplit/>
          <w:jc w:val="center"/>
        </w:trPr>
        <w:tc>
          <w:tcPr>
            <w:tcW w:w="64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8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Аралық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мониторинг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есебі</w:t>
            </w:r>
            <w:proofErr w:type="spellEnd"/>
          </w:p>
        </w:tc>
        <w:tc>
          <w:tcPr>
            <w:tcW w:w="19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Ай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сайын</w:t>
            </w:r>
            <w:proofErr w:type="spellEnd"/>
          </w:p>
        </w:tc>
        <w:tc>
          <w:tcPr>
            <w:tcW w:w="309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Жиынтық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кесте</w:t>
            </w:r>
            <w:proofErr w:type="spellEnd"/>
          </w:p>
        </w:tc>
      </w:tr>
    </w:tbl>
    <w:p w:rsidR="00877D02" w:rsidRPr="00AA0977" w:rsidRDefault="00877D02" w:rsidP="00AA0977">
      <w:pPr>
        <w:jc w:val="both"/>
        <w:rPr>
          <w:rFonts w:ascii="Times New Roman" w:hAnsi="Times New Roman" w:cs="Times New Roman"/>
        </w:rPr>
      </w:pPr>
    </w:p>
    <w:p w:rsidR="00877D02" w:rsidRPr="00AA0977" w:rsidRDefault="0009439B" w:rsidP="00AA0977">
      <w:pPr>
        <w:pStyle w:val="1"/>
        <w:spacing w:before="180" w:after="8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  <w:lang w:val="kk-KZ"/>
        </w:rPr>
        <w:lastRenderedPageBreak/>
        <w:t>ІІІ</w:t>
      </w:r>
      <w:r w:rsidR="00682C5C" w:rsidRPr="00AA0977">
        <w:rPr>
          <w:rFonts w:ascii="Times New Roman" w:eastAsia="Arial" w:hAnsi="Times New Roman" w:cs="Times New Roman"/>
          <w:sz w:val="22"/>
          <w:szCs w:val="22"/>
          <w:lang w:val="kk-KZ"/>
        </w:rPr>
        <w:t xml:space="preserve">. </w:t>
      </w:r>
      <w:proofErr w:type="spellStart"/>
      <w:r w:rsidR="003D4918" w:rsidRPr="00AA0977">
        <w:rPr>
          <w:rFonts w:ascii="Times New Roman" w:eastAsia="Arial" w:hAnsi="Times New Roman" w:cs="Times New Roman"/>
          <w:sz w:val="22"/>
          <w:szCs w:val="22"/>
        </w:rPr>
        <w:t>Жұмыс</w:t>
      </w:r>
      <w:proofErr w:type="spellEnd"/>
      <w:r w:rsidR="003D4918" w:rsidRPr="00AA0977">
        <w:rPr>
          <w:rFonts w:ascii="Times New Roman" w:eastAsia="Arial" w:hAnsi="Times New Roman" w:cs="Times New Roman"/>
          <w:sz w:val="22"/>
          <w:szCs w:val="22"/>
        </w:rPr>
        <w:t xml:space="preserve"> </w:t>
      </w:r>
      <w:proofErr w:type="spellStart"/>
      <w:r w:rsidR="003D4918" w:rsidRPr="00AA0977">
        <w:rPr>
          <w:rFonts w:ascii="Times New Roman" w:eastAsia="Arial" w:hAnsi="Times New Roman" w:cs="Times New Roman"/>
          <w:sz w:val="22"/>
          <w:szCs w:val="22"/>
        </w:rPr>
        <w:t>кестесі</w:t>
      </w:r>
      <w:proofErr w:type="spellEnd"/>
    </w:p>
    <w:p w:rsidR="00877D02" w:rsidRPr="00AA0977" w:rsidRDefault="003D4918" w:rsidP="00AA0977">
      <w:pPr>
        <w:spacing w:after="120" w:line="252" w:lineRule="auto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AA0977">
        <w:rPr>
          <w:rFonts w:ascii="Times New Roman" w:hAnsi="Times New Roman" w:cs="Times New Roman"/>
          <w:b/>
        </w:rPr>
        <w:t>Ескерту</w:t>
      </w:r>
      <w:proofErr w:type="spellEnd"/>
      <w:r w:rsidRPr="00AA0977">
        <w:rPr>
          <w:rFonts w:ascii="Times New Roman" w:hAnsi="Times New Roman" w:cs="Times New Roman"/>
          <w:b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Іс-шаралардың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нақты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күндері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марафонның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ресми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кестесіне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және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білім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беру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ұйымының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жұмыс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режиміне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сәйкес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нақтыланады</w:t>
      </w:r>
      <w:proofErr w:type="spellEnd"/>
      <w:r w:rsidRPr="00AA0977">
        <w:rPr>
          <w:rFonts w:ascii="Times New Roman" w:hAnsi="Times New Roman" w:cs="Times New Roman"/>
        </w:rPr>
        <w:t>.</w:t>
      </w:r>
      <w:proofErr w:type="gramEnd"/>
      <w:r w:rsidRPr="00AA0977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AA0977">
        <w:rPr>
          <w:rFonts w:ascii="Times New Roman" w:hAnsi="Times New Roman" w:cs="Times New Roman"/>
        </w:rPr>
        <w:t>Ұйым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басшысы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жоспардың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орындалуына</w:t>
      </w:r>
      <w:proofErr w:type="spellEnd"/>
      <w:r w:rsidRPr="00AA0977">
        <w:rPr>
          <w:rFonts w:ascii="Times New Roman" w:hAnsi="Times New Roman" w:cs="Times New Roman"/>
        </w:rPr>
        <w:t xml:space="preserve">, </w:t>
      </w:r>
      <w:proofErr w:type="spellStart"/>
      <w:r w:rsidRPr="00AA0977">
        <w:rPr>
          <w:rFonts w:ascii="Times New Roman" w:hAnsi="Times New Roman" w:cs="Times New Roman"/>
        </w:rPr>
        <w:t>мәліметтің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дұрыстығына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және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есептің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уақтылы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ұсынылуына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жауап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береді</w:t>
      </w:r>
      <w:proofErr w:type="spellEnd"/>
      <w:r w:rsidRPr="00AA0977">
        <w:rPr>
          <w:rFonts w:ascii="Times New Roman" w:hAnsi="Times New Roman" w:cs="Times New Roman"/>
        </w:rPr>
        <w:t>.</w:t>
      </w:r>
      <w:proofErr w:type="gramEnd"/>
    </w:p>
    <w:tbl>
      <w:tblPr>
        <w:tblW w:w="0" w:type="auto"/>
        <w:jc w:val="center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4104"/>
        <w:gridCol w:w="1684"/>
        <w:gridCol w:w="2015"/>
        <w:gridCol w:w="2044"/>
      </w:tblGrid>
      <w:tr w:rsidR="00877D02" w:rsidRPr="00AA0977">
        <w:trPr>
          <w:tblHeader/>
          <w:jc w:val="center"/>
        </w:trPr>
        <w:tc>
          <w:tcPr>
            <w:tcW w:w="547" w:type="dxa"/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  <w:b/>
                <w:color w:val="FFFFFF"/>
              </w:rPr>
              <w:t>№</w:t>
            </w:r>
          </w:p>
        </w:tc>
        <w:tc>
          <w:tcPr>
            <w:tcW w:w="4104" w:type="dxa"/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  <w:b/>
                <w:color w:val="FFFFFF"/>
              </w:rPr>
              <w:t>Жұмыс</w:t>
            </w:r>
            <w:proofErr w:type="spellEnd"/>
            <w:r w:rsidRPr="00AA0977">
              <w:rPr>
                <w:rFonts w:ascii="Times New Roman" w:hAnsi="Times New Roman" w:cs="Times New Roman"/>
                <w:b/>
                <w:color w:val="FFFFFF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b/>
                <w:color w:val="FFFFFF"/>
              </w:rPr>
              <w:t>мазмұны</w:t>
            </w:r>
            <w:proofErr w:type="spellEnd"/>
          </w:p>
        </w:tc>
        <w:tc>
          <w:tcPr>
            <w:tcW w:w="1684" w:type="dxa"/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  <w:b/>
                <w:color w:val="FFFFFF"/>
              </w:rPr>
              <w:t>Орындау</w:t>
            </w:r>
            <w:proofErr w:type="spellEnd"/>
            <w:r w:rsidRPr="00AA0977">
              <w:rPr>
                <w:rFonts w:ascii="Times New Roman" w:hAnsi="Times New Roman" w:cs="Times New Roman"/>
                <w:b/>
                <w:color w:val="FFFFFF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b/>
                <w:color w:val="FFFFFF"/>
              </w:rPr>
              <w:t>мерзімі</w:t>
            </w:r>
            <w:proofErr w:type="spellEnd"/>
          </w:p>
        </w:tc>
        <w:tc>
          <w:tcPr>
            <w:tcW w:w="2015" w:type="dxa"/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  <w:b/>
                <w:color w:val="FFFFFF"/>
              </w:rPr>
              <w:t>Жауаптылар</w:t>
            </w:r>
            <w:proofErr w:type="spellEnd"/>
          </w:p>
        </w:tc>
        <w:tc>
          <w:tcPr>
            <w:tcW w:w="2044" w:type="dxa"/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  <w:b/>
                <w:color w:val="FFFFFF"/>
              </w:rPr>
              <w:t>Аяқтау</w:t>
            </w:r>
            <w:proofErr w:type="spellEnd"/>
            <w:r w:rsidRPr="00AA0977">
              <w:rPr>
                <w:rFonts w:ascii="Times New Roman" w:hAnsi="Times New Roman" w:cs="Times New Roman"/>
                <w:b/>
                <w:color w:val="FFFFFF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b/>
                <w:color w:val="FFFFFF"/>
              </w:rPr>
              <w:t>нысаны</w:t>
            </w:r>
            <w:proofErr w:type="spellEnd"/>
          </w:p>
        </w:tc>
      </w:tr>
      <w:tr w:rsidR="00877D02" w:rsidRPr="00AA0977">
        <w:trPr>
          <w:cantSplit/>
          <w:jc w:val="center"/>
        </w:trPr>
        <w:tc>
          <w:tcPr>
            <w:tcW w:w="10394" w:type="dxa"/>
            <w:gridSpan w:val="5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  <w:b/>
              </w:rPr>
              <w:t xml:space="preserve">I </w:t>
            </w:r>
            <w:proofErr w:type="spellStart"/>
            <w:r w:rsidRPr="00AA0977">
              <w:rPr>
                <w:rFonts w:ascii="Times New Roman" w:hAnsi="Times New Roman" w:cs="Times New Roman"/>
                <w:b/>
              </w:rPr>
              <w:t>кезең</w:t>
            </w:r>
            <w:proofErr w:type="spellEnd"/>
            <w:r w:rsidRPr="00AA097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b/>
              </w:rPr>
              <w:t>Ұйымдастыру</w:t>
            </w:r>
            <w:proofErr w:type="spellEnd"/>
            <w:r w:rsidRPr="00AA097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b/>
              </w:rPr>
              <w:t>тіркеу</w:t>
            </w:r>
            <w:proofErr w:type="spellEnd"/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09439B" w:rsidRDefault="0009439B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10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09439B" w:rsidRDefault="0009439B" w:rsidP="0009439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="003D4918" w:rsidRPr="0009439B">
              <w:rPr>
                <w:rFonts w:ascii="Times New Roman" w:hAnsi="Times New Roman" w:cs="Times New Roman"/>
                <w:lang w:val="kk-KZ"/>
              </w:rPr>
              <w:t>ұйрық</w:t>
            </w:r>
            <w:r>
              <w:rPr>
                <w:rFonts w:ascii="Times New Roman" w:hAnsi="Times New Roman" w:cs="Times New Roman"/>
                <w:lang w:val="kk-KZ"/>
              </w:rPr>
              <w:t xml:space="preserve"> шығару</w:t>
            </w:r>
            <w:r w:rsidR="004D491B">
              <w:rPr>
                <w:rFonts w:ascii="Times New Roman" w:hAnsi="Times New Roman" w:cs="Times New Roman"/>
                <w:lang w:val="kk-KZ"/>
              </w:rPr>
              <w:t>, жауапты маманды, жұмыс тобының құрамын тағайындау</w:t>
            </w:r>
          </w:p>
        </w:tc>
        <w:tc>
          <w:tcPr>
            <w:tcW w:w="168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09439B" w:rsidRDefault="004D491B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AA0977">
              <w:rPr>
                <w:rFonts w:ascii="Times New Roman" w:hAnsi="Times New Roman" w:cs="Times New Roman"/>
              </w:rPr>
              <w:t xml:space="preserve">2026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жылғы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="0009439B">
              <w:rPr>
                <w:rFonts w:ascii="Times New Roman" w:hAnsi="Times New Roman" w:cs="Times New Roman"/>
                <w:lang w:val="kk-KZ"/>
              </w:rPr>
              <w:t>27</w:t>
            </w:r>
            <w:r w:rsidR="0009439B">
              <w:rPr>
                <w:rFonts w:ascii="Times New Roman" w:hAnsi="Times New Roman" w:cs="Times New Roman"/>
                <w:lang w:val="kk-KZ"/>
              </w:rPr>
              <w:t xml:space="preserve"> қыркүйекке дейін</w:t>
            </w:r>
          </w:p>
        </w:tc>
        <w:tc>
          <w:tcPr>
            <w:tcW w:w="2015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Ұйым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басшысы</w:t>
            </w:r>
            <w:proofErr w:type="spellEnd"/>
          </w:p>
        </w:tc>
        <w:tc>
          <w:tcPr>
            <w:tcW w:w="204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Бұйрық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тобының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құрамы</w:t>
            </w:r>
            <w:proofErr w:type="spellEnd"/>
          </w:p>
        </w:tc>
      </w:tr>
      <w:tr w:rsidR="0009439B" w:rsidRPr="00AA0977">
        <w:trPr>
          <w:cantSplit/>
          <w:jc w:val="center"/>
        </w:trPr>
        <w:tc>
          <w:tcPr>
            <w:tcW w:w="54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9439B" w:rsidRDefault="0009439B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10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9439B" w:rsidRDefault="0009439B" w:rsidP="0009439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>
              <w:rPr>
                <w:rFonts w:ascii="Times New Roman" w:hAnsi="Times New Roman" w:cs="Times New Roman"/>
                <w:lang w:val="kk-KZ"/>
              </w:rPr>
              <w:t>ұмыс жоспарын бекіту</w:t>
            </w:r>
          </w:p>
        </w:tc>
        <w:tc>
          <w:tcPr>
            <w:tcW w:w="168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9439B" w:rsidRDefault="004D491B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AA0977">
              <w:rPr>
                <w:rFonts w:ascii="Times New Roman" w:hAnsi="Times New Roman" w:cs="Times New Roman"/>
              </w:rPr>
              <w:t xml:space="preserve">2026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жылғы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lang w:val="kk-KZ"/>
              </w:rPr>
              <w:t>27 қыркүйекке дейін</w:t>
            </w:r>
          </w:p>
        </w:tc>
        <w:tc>
          <w:tcPr>
            <w:tcW w:w="2015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9439B" w:rsidRPr="004D491B" w:rsidRDefault="004D491B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Жауапты маман</w:t>
            </w:r>
          </w:p>
        </w:tc>
        <w:tc>
          <w:tcPr>
            <w:tcW w:w="204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09439B" w:rsidRPr="004D491B" w:rsidRDefault="004D491B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Бекітілген жұмыс жоспары</w:t>
            </w:r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0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Марафонның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мақсаты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бағыттары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қатысу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алгоритмі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бағалау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тәртібі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түсіндіру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отырыс</w:t>
            </w:r>
            <w:proofErr w:type="spellEnd"/>
            <w:r w:rsidR="004D491B">
              <w:rPr>
                <w:rFonts w:ascii="Times New Roman" w:hAnsi="Times New Roman" w:cs="Times New Roman"/>
                <w:lang w:val="kk-KZ"/>
              </w:rPr>
              <w:t>тар</w:t>
            </w:r>
            <w:proofErr w:type="spellStart"/>
            <w:r w:rsidRPr="00AA0977">
              <w:rPr>
                <w:rFonts w:ascii="Times New Roman" w:hAnsi="Times New Roman" w:cs="Times New Roman"/>
              </w:rPr>
              <w:t>ын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өткізу</w:t>
            </w:r>
            <w:proofErr w:type="spellEnd"/>
          </w:p>
        </w:tc>
        <w:tc>
          <w:tcPr>
            <w:tcW w:w="168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4D491B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AA0977">
              <w:rPr>
                <w:rFonts w:ascii="Times New Roman" w:hAnsi="Times New Roman" w:cs="Times New Roman"/>
              </w:rPr>
              <w:t xml:space="preserve">2026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жылғы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r w:rsidR="004D491B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="00CE345C">
              <w:rPr>
                <w:rFonts w:ascii="Times New Roman" w:hAnsi="Times New Roman" w:cs="Times New Roman"/>
                <w:lang w:val="kk-KZ"/>
              </w:rPr>
              <w:t xml:space="preserve">27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қыркүйек</w:t>
            </w:r>
            <w:proofErr w:type="spellEnd"/>
            <w:r w:rsidR="004D491B">
              <w:rPr>
                <w:rFonts w:ascii="Times New Roman" w:hAnsi="Times New Roman" w:cs="Times New Roman"/>
                <w:lang w:val="kk-KZ"/>
              </w:rPr>
              <w:t xml:space="preserve"> дейін</w:t>
            </w:r>
          </w:p>
        </w:tc>
        <w:tc>
          <w:tcPr>
            <w:tcW w:w="2015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E5C03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proofErr w:type="spellStart"/>
            <w:r w:rsidR="003D4918" w:rsidRPr="00AA0977">
              <w:rPr>
                <w:rFonts w:ascii="Times New Roman" w:hAnsi="Times New Roman" w:cs="Times New Roman"/>
              </w:rPr>
              <w:t>ітапханашы</w:t>
            </w:r>
            <w:proofErr w:type="spellEnd"/>
          </w:p>
        </w:tc>
        <w:tc>
          <w:tcPr>
            <w:tcW w:w="20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Хаттама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фото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қатысушылар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тізімі</w:t>
            </w:r>
            <w:proofErr w:type="spellEnd"/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0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4D491B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  <w:lang w:val="kk-KZ"/>
              </w:rPr>
              <w:t>-</w:t>
            </w:r>
            <w:r w:rsidR="003D4918" w:rsidRPr="00AA0977"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 w:rsidR="003D4918" w:rsidRPr="00AA0977">
              <w:rPr>
                <w:rFonts w:ascii="Times New Roman" w:hAnsi="Times New Roman" w:cs="Times New Roman"/>
              </w:rPr>
              <w:t>сынып</w:t>
            </w:r>
            <w:proofErr w:type="spellEnd"/>
            <w:r w:rsidR="003D4918"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D4918" w:rsidRPr="00AA0977">
              <w:rPr>
                <w:rFonts w:ascii="Times New Roman" w:hAnsi="Times New Roman" w:cs="Times New Roman"/>
              </w:rPr>
              <w:t>оқушыларын</w:t>
            </w:r>
            <w:proofErr w:type="spellEnd"/>
            <w:r w:rsidR="003D4918" w:rsidRPr="00AA097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3D4918" w:rsidRPr="00AA0977">
              <w:rPr>
                <w:rFonts w:ascii="Times New Roman" w:hAnsi="Times New Roman" w:cs="Times New Roman"/>
              </w:rPr>
              <w:t>педагогтерді</w:t>
            </w:r>
            <w:proofErr w:type="spellEnd"/>
            <w:r w:rsidR="003D4918" w:rsidRPr="00AA097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3D4918" w:rsidRPr="00AA0977">
              <w:rPr>
                <w:rFonts w:ascii="Times New Roman" w:hAnsi="Times New Roman" w:cs="Times New Roman"/>
              </w:rPr>
              <w:t>отбасылық</w:t>
            </w:r>
            <w:proofErr w:type="spellEnd"/>
            <w:r w:rsidR="003D4918"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D4918" w:rsidRPr="00AA0977">
              <w:rPr>
                <w:rFonts w:ascii="Times New Roman" w:hAnsi="Times New Roman" w:cs="Times New Roman"/>
              </w:rPr>
              <w:t>командаларды</w:t>
            </w:r>
            <w:proofErr w:type="spellEnd"/>
            <w:r w:rsidR="003D4918"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D4918" w:rsidRPr="00AA0977">
              <w:rPr>
                <w:rFonts w:ascii="Times New Roman" w:hAnsi="Times New Roman" w:cs="Times New Roman"/>
              </w:rPr>
              <w:t>және</w:t>
            </w:r>
            <w:proofErr w:type="spellEnd"/>
            <w:r w:rsidR="003D4918"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D4918" w:rsidRPr="00AA0977">
              <w:rPr>
                <w:rFonts w:ascii="Times New Roman" w:hAnsi="Times New Roman" w:cs="Times New Roman"/>
              </w:rPr>
              <w:t>өзге</w:t>
            </w:r>
            <w:proofErr w:type="spellEnd"/>
            <w:r w:rsidR="003D4918"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D4918" w:rsidRPr="00AA0977">
              <w:rPr>
                <w:rFonts w:ascii="Times New Roman" w:hAnsi="Times New Roman" w:cs="Times New Roman"/>
              </w:rPr>
              <w:t>қатысушыларды</w:t>
            </w:r>
            <w:proofErr w:type="spellEnd"/>
            <w:r w:rsidR="003D4918"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D4918" w:rsidRPr="00AA0977">
              <w:rPr>
                <w:rFonts w:ascii="Times New Roman" w:hAnsi="Times New Roman" w:cs="Times New Roman"/>
              </w:rPr>
              <w:t>бағыттар</w:t>
            </w:r>
            <w:proofErr w:type="spellEnd"/>
            <w:r w:rsidR="003D4918"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D4918" w:rsidRPr="00AA0977">
              <w:rPr>
                <w:rFonts w:ascii="Times New Roman" w:hAnsi="Times New Roman" w:cs="Times New Roman"/>
              </w:rPr>
              <w:t>бойынша</w:t>
            </w:r>
            <w:proofErr w:type="spellEnd"/>
            <w:r w:rsidR="003D4918"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D4918" w:rsidRPr="00AA0977">
              <w:rPr>
                <w:rFonts w:ascii="Times New Roman" w:hAnsi="Times New Roman" w:cs="Times New Roman"/>
              </w:rPr>
              <w:t>тіркеу</w:t>
            </w:r>
            <w:proofErr w:type="spellEnd"/>
          </w:p>
        </w:tc>
        <w:tc>
          <w:tcPr>
            <w:tcW w:w="168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Ресми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тіркелу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кезеңінде</w:t>
            </w:r>
            <w:proofErr w:type="spellEnd"/>
          </w:p>
        </w:tc>
        <w:tc>
          <w:tcPr>
            <w:tcW w:w="2015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E5C03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Кітапханашы</w:t>
            </w:r>
            <w:r w:rsidR="003D4918" w:rsidRPr="00AA097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3D4918" w:rsidRPr="00AA0977">
              <w:rPr>
                <w:rFonts w:ascii="Times New Roman" w:hAnsi="Times New Roman" w:cs="Times New Roman"/>
              </w:rPr>
              <w:t>сынып</w:t>
            </w:r>
            <w:proofErr w:type="spellEnd"/>
            <w:r w:rsidR="003D4918"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D4918" w:rsidRPr="00AA0977">
              <w:rPr>
                <w:rFonts w:ascii="Times New Roman" w:hAnsi="Times New Roman" w:cs="Times New Roman"/>
              </w:rPr>
              <w:t>жетекшілері</w:t>
            </w:r>
            <w:proofErr w:type="spellEnd"/>
          </w:p>
        </w:tc>
        <w:tc>
          <w:tcPr>
            <w:tcW w:w="204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Платформаға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тіркелгендер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тізімі</w:t>
            </w:r>
            <w:proofErr w:type="spellEnd"/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0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Ұйым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қатысушылардың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бастапқы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дерекқорын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қалыптастыру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нысаналы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қамту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көрсеткішін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белгілеу</w:t>
            </w:r>
            <w:proofErr w:type="spellEnd"/>
          </w:p>
        </w:tc>
        <w:tc>
          <w:tcPr>
            <w:tcW w:w="168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 xml:space="preserve">2026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жылғы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қыркүйек</w:t>
            </w:r>
            <w:proofErr w:type="spellEnd"/>
          </w:p>
        </w:tc>
        <w:tc>
          <w:tcPr>
            <w:tcW w:w="2015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3E5C03" w:rsidRDefault="003E5C03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Кітапханашы</w:t>
            </w:r>
          </w:p>
        </w:tc>
        <w:tc>
          <w:tcPr>
            <w:tcW w:w="20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Электрондық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дерекқор</w:t>
            </w:r>
            <w:proofErr w:type="spellEnd"/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0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Ресми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тізімдегі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кітаптардың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кітапхана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қорында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заңды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цифрлық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ресурстарда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қолжетімділігіне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талдау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жүргізу</w:t>
            </w:r>
            <w:proofErr w:type="spellEnd"/>
          </w:p>
        </w:tc>
        <w:tc>
          <w:tcPr>
            <w:tcW w:w="168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4D491B" w:rsidRDefault="003D4918" w:rsidP="004D491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AA0977">
              <w:rPr>
                <w:rFonts w:ascii="Times New Roman" w:hAnsi="Times New Roman" w:cs="Times New Roman"/>
              </w:rPr>
              <w:t xml:space="preserve">2026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жылғы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r w:rsidR="004D491B">
              <w:rPr>
                <w:rFonts w:ascii="Times New Roman" w:hAnsi="Times New Roman" w:cs="Times New Roman"/>
                <w:lang w:val="kk-KZ"/>
              </w:rPr>
              <w:t xml:space="preserve">    2 қазанға дейін</w:t>
            </w:r>
          </w:p>
        </w:tc>
        <w:tc>
          <w:tcPr>
            <w:tcW w:w="2015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Кітапханашы</w:t>
            </w:r>
            <w:proofErr w:type="spellEnd"/>
          </w:p>
        </w:tc>
        <w:tc>
          <w:tcPr>
            <w:tcW w:w="204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Қолжетімді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кітаптар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картасы</w:t>
            </w:r>
            <w:proofErr w:type="spellEnd"/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0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Марафонның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ашылу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шарасын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кітап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көрмесін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ұйымдастыру</w:t>
            </w:r>
            <w:proofErr w:type="spellEnd"/>
          </w:p>
        </w:tc>
        <w:tc>
          <w:tcPr>
            <w:tcW w:w="168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3E5C03" w:rsidRDefault="00CE345C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2026 </w:t>
            </w:r>
            <w:proofErr w:type="spellStart"/>
            <w:r>
              <w:rPr>
                <w:rFonts w:ascii="Times New Roman" w:hAnsi="Times New Roman" w:cs="Times New Roman"/>
              </w:rPr>
              <w:t>жылғы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4D491B">
              <w:rPr>
                <w:rFonts w:ascii="Times New Roman" w:hAnsi="Times New Roman" w:cs="Times New Roman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lang w:val="kk-KZ"/>
              </w:rPr>
              <w:t>30 қыркүйек</w:t>
            </w:r>
          </w:p>
        </w:tc>
        <w:tc>
          <w:tcPr>
            <w:tcW w:w="2015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Кітапханашы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педагог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ұйымдастырушы</w:t>
            </w:r>
            <w:proofErr w:type="spellEnd"/>
          </w:p>
        </w:tc>
        <w:tc>
          <w:tcPr>
            <w:tcW w:w="20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Ашылу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бағдарламасы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фотоесеп</w:t>
            </w:r>
            <w:proofErr w:type="spellEnd"/>
          </w:p>
        </w:tc>
      </w:tr>
      <w:tr w:rsidR="00877D02" w:rsidRPr="00AA0977">
        <w:trPr>
          <w:cantSplit/>
          <w:jc w:val="center"/>
        </w:trPr>
        <w:tc>
          <w:tcPr>
            <w:tcW w:w="10394" w:type="dxa"/>
            <w:gridSpan w:val="5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  <w:b/>
              </w:rPr>
              <w:t xml:space="preserve">II </w:t>
            </w:r>
            <w:proofErr w:type="spellStart"/>
            <w:r w:rsidRPr="00AA0977">
              <w:rPr>
                <w:rFonts w:ascii="Times New Roman" w:hAnsi="Times New Roman" w:cs="Times New Roman"/>
                <w:b/>
              </w:rPr>
              <w:t>кезең</w:t>
            </w:r>
            <w:proofErr w:type="spellEnd"/>
            <w:r w:rsidRPr="00AA097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b/>
              </w:rPr>
              <w:t>Жеке</w:t>
            </w:r>
            <w:proofErr w:type="spellEnd"/>
            <w:r w:rsidRPr="00AA097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b/>
              </w:rPr>
              <w:t>оқу</w:t>
            </w:r>
            <w:proofErr w:type="spellEnd"/>
            <w:r w:rsidRPr="00AA097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b/>
              </w:rPr>
              <w:t>бағытын</w:t>
            </w:r>
            <w:proofErr w:type="spellEnd"/>
            <w:r w:rsidRPr="00AA097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b/>
              </w:rPr>
              <w:t>ұйымдастыру</w:t>
            </w:r>
            <w:proofErr w:type="spellEnd"/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10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Әр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қатысушыға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15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кітапты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оқу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мерзіміне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бөлетін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жеке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оқу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кестесін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жасату</w:t>
            </w:r>
            <w:proofErr w:type="spellEnd"/>
          </w:p>
        </w:tc>
        <w:tc>
          <w:tcPr>
            <w:tcW w:w="168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4D491B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2026 жылғы           9 қазанға дейін</w:t>
            </w:r>
          </w:p>
        </w:tc>
        <w:tc>
          <w:tcPr>
            <w:tcW w:w="2015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E5C03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Кітапханашы</w:t>
            </w:r>
            <w:r w:rsidR="003D4918" w:rsidRPr="00AA097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3D4918" w:rsidRPr="00AA0977">
              <w:rPr>
                <w:rFonts w:ascii="Times New Roman" w:hAnsi="Times New Roman" w:cs="Times New Roman"/>
              </w:rPr>
              <w:t>қатысушы</w:t>
            </w:r>
            <w:proofErr w:type="spellEnd"/>
          </w:p>
        </w:tc>
        <w:tc>
          <w:tcPr>
            <w:tcW w:w="204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Жеке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оқу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кестесі</w:t>
            </w:r>
            <w:proofErr w:type="spellEnd"/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10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Қатысушыларға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оқу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күнделігін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немесе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электрондық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трекер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жүргізу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тәртібін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түсіндіру</w:t>
            </w:r>
            <w:proofErr w:type="spellEnd"/>
          </w:p>
        </w:tc>
        <w:tc>
          <w:tcPr>
            <w:tcW w:w="168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 xml:space="preserve">2026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жылғы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қыркүйек</w:t>
            </w:r>
            <w:proofErr w:type="spellEnd"/>
          </w:p>
        </w:tc>
        <w:tc>
          <w:tcPr>
            <w:tcW w:w="2015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Кітапханашы</w:t>
            </w:r>
            <w:proofErr w:type="spellEnd"/>
          </w:p>
        </w:tc>
        <w:tc>
          <w:tcPr>
            <w:tcW w:w="20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Толтырылған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оқу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трекері</w:t>
            </w:r>
            <w:proofErr w:type="spellEnd"/>
          </w:p>
        </w:tc>
      </w:tr>
      <w:tr w:rsidR="00877D02" w:rsidRPr="00AC089A">
        <w:trPr>
          <w:cantSplit/>
          <w:jc w:val="center"/>
        </w:trPr>
        <w:tc>
          <w:tcPr>
            <w:tcW w:w="54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10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Оқылған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кітапқа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қысқаша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әрі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дербес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пікір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жазу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негізгі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ойды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дәлелдеу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плагиатқа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жол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бермеу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шеберлік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сағатын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өткізу</w:t>
            </w:r>
            <w:proofErr w:type="spellEnd"/>
          </w:p>
        </w:tc>
        <w:tc>
          <w:tcPr>
            <w:tcW w:w="168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 xml:space="preserve">2026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жылғы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r w:rsidR="004D491B">
              <w:rPr>
                <w:rFonts w:ascii="Times New Roman" w:hAnsi="Times New Roman" w:cs="Times New Roman"/>
                <w:lang w:val="kk-KZ"/>
              </w:rPr>
              <w:t>7 қазанға дейін</w:t>
            </w:r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қажеттілігіне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қарай</w:t>
            </w:r>
            <w:proofErr w:type="spellEnd"/>
          </w:p>
        </w:tc>
        <w:tc>
          <w:tcPr>
            <w:tcW w:w="2015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Қазақ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тілі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мен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әдебиеті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пәні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мұғалімдері</w:t>
            </w:r>
            <w:proofErr w:type="spellEnd"/>
          </w:p>
        </w:tc>
        <w:tc>
          <w:tcPr>
            <w:tcW w:w="204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A0977">
              <w:rPr>
                <w:rFonts w:ascii="Times New Roman" w:hAnsi="Times New Roman" w:cs="Times New Roman"/>
                <w:lang w:val="ru-RU"/>
              </w:rPr>
              <w:t>Әдістемелі</w:t>
            </w:r>
            <w:proofErr w:type="gramStart"/>
            <w:r w:rsidRPr="00AA0977">
              <w:rPr>
                <w:rFonts w:ascii="Times New Roman" w:hAnsi="Times New Roman" w:cs="Times New Roman"/>
                <w:lang w:val="ru-RU"/>
              </w:rPr>
              <w:t>к</w:t>
            </w:r>
            <w:proofErr w:type="spellEnd"/>
            <w:proofErr w:type="gramEnd"/>
            <w:r w:rsidRPr="00AA0977">
              <w:rPr>
                <w:rFonts w:ascii="Times New Roman" w:hAnsi="Times New Roman" w:cs="Times New Roman"/>
                <w:lang w:val="ru-RU"/>
              </w:rPr>
              <w:t xml:space="preserve"> материал </w:t>
            </w:r>
            <w:proofErr w:type="spellStart"/>
            <w:r w:rsidRPr="00AA0977">
              <w:rPr>
                <w:rFonts w:ascii="Times New Roman" w:hAnsi="Times New Roman" w:cs="Times New Roman"/>
                <w:lang w:val="ru-RU"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lang w:val="ru-RU"/>
              </w:rPr>
              <w:t>қатысу</w:t>
            </w:r>
            <w:proofErr w:type="spellEnd"/>
            <w:r w:rsidRPr="00AA097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lang w:val="ru-RU"/>
              </w:rPr>
              <w:t>парағы</w:t>
            </w:r>
            <w:proofErr w:type="spellEnd"/>
          </w:p>
        </w:tc>
      </w:tr>
      <w:tr w:rsidR="00877D02" w:rsidRPr="00AC089A">
        <w:trPr>
          <w:cantSplit/>
          <w:jc w:val="center"/>
        </w:trPr>
        <w:tc>
          <w:tcPr>
            <w:tcW w:w="54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410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Бейне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пікірді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мазмұнды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қысқа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техникалық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талаптарға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сай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әзірлеу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кеңес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беру</w:t>
            </w:r>
            <w:proofErr w:type="spellEnd"/>
          </w:p>
        </w:tc>
        <w:tc>
          <w:tcPr>
            <w:tcW w:w="168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 xml:space="preserve">2026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жылғы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r w:rsidR="004D491B">
              <w:rPr>
                <w:rFonts w:ascii="Times New Roman" w:hAnsi="Times New Roman" w:cs="Times New Roman"/>
                <w:lang w:val="kk-KZ"/>
              </w:rPr>
              <w:t xml:space="preserve">6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қазан</w:t>
            </w:r>
            <w:proofErr w:type="spellEnd"/>
          </w:p>
        </w:tc>
        <w:tc>
          <w:tcPr>
            <w:tcW w:w="2015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Информатика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мұғалімі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кітапханашы</w:t>
            </w:r>
            <w:proofErr w:type="spellEnd"/>
          </w:p>
        </w:tc>
        <w:tc>
          <w:tcPr>
            <w:tcW w:w="20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A0977">
              <w:rPr>
                <w:rFonts w:ascii="Times New Roman" w:hAnsi="Times New Roman" w:cs="Times New Roman"/>
                <w:lang w:val="ru-RU"/>
              </w:rPr>
              <w:t>Кеңес</w:t>
            </w:r>
            <w:proofErr w:type="spellEnd"/>
            <w:r w:rsidRPr="00AA0977">
              <w:rPr>
                <w:rFonts w:ascii="Times New Roman" w:hAnsi="Times New Roman" w:cs="Times New Roman"/>
                <w:lang w:val="ru-RU"/>
              </w:rPr>
              <w:t xml:space="preserve"> материалы </w:t>
            </w:r>
            <w:proofErr w:type="spellStart"/>
            <w:r w:rsidRPr="00AA0977">
              <w:rPr>
                <w:rFonts w:ascii="Times New Roman" w:hAnsi="Times New Roman" w:cs="Times New Roman"/>
                <w:lang w:val="ru-RU"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lang w:val="ru-RU"/>
              </w:rPr>
              <w:t>үлгі</w:t>
            </w:r>
            <w:proofErr w:type="spellEnd"/>
            <w:r w:rsidRPr="00AA097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lang w:val="ru-RU"/>
              </w:rPr>
              <w:t>бейне</w:t>
            </w:r>
            <w:proofErr w:type="spellEnd"/>
          </w:p>
        </w:tc>
      </w:tr>
      <w:tr w:rsidR="00877D02" w:rsidRPr="00AC089A">
        <w:trPr>
          <w:cantSplit/>
          <w:jc w:val="center"/>
        </w:trPr>
        <w:tc>
          <w:tcPr>
            <w:tcW w:w="54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10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Қатысушылардың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15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кітапты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кезеңмен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оқуын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әр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кітаптан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кейін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жеке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кабинетке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пікір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енгізуін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ету</w:t>
            </w:r>
            <w:proofErr w:type="spellEnd"/>
          </w:p>
        </w:tc>
        <w:tc>
          <w:tcPr>
            <w:tcW w:w="168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 xml:space="preserve">2026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жылғы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қыркүйектен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2027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жылғы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наурызға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дейін</w:t>
            </w:r>
            <w:proofErr w:type="spellEnd"/>
          </w:p>
        </w:tc>
        <w:tc>
          <w:tcPr>
            <w:tcW w:w="2015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3E5C03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Қатысушылар</w:t>
            </w:r>
            <w:proofErr w:type="spellEnd"/>
            <w:r w:rsidR="003E5C03">
              <w:rPr>
                <w:rFonts w:ascii="Times New Roman" w:hAnsi="Times New Roman" w:cs="Times New Roman"/>
              </w:rPr>
              <w:t xml:space="preserve">, </w:t>
            </w:r>
            <w:r w:rsidR="003E5C03">
              <w:rPr>
                <w:rFonts w:ascii="Times New Roman" w:hAnsi="Times New Roman" w:cs="Times New Roman"/>
                <w:lang w:val="kk-KZ"/>
              </w:rPr>
              <w:t>кітапханашы</w:t>
            </w:r>
          </w:p>
        </w:tc>
        <w:tc>
          <w:tcPr>
            <w:tcW w:w="204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7151AD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7151AD">
              <w:rPr>
                <w:rFonts w:ascii="Times New Roman" w:hAnsi="Times New Roman" w:cs="Times New Roman"/>
                <w:lang w:val="kk-KZ"/>
              </w:rPr>
              <w:t>Оқылған кітаптар мен жарияланған пікірлер</w:t>
            </w:r>
          </w:p>
        </w:tc>
      </w:tr>
      <w:tr w:rsidR="00877D02" w:rsidRPr="00AC089A">
        <w:trPr>
          <w:cantSplit/>
          <w:jc w:val="center"/>
        </w:trPr>
        <w:tc>
          <w:tcPr>
            <w:tcW w:w="10394" w:type="dxa"/>
            <w:gridSpan w:val="5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7151AD" w:rsidRDefault="003D4918" w:rsidP="00AA0977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7151AD">
              <w:rPr>
                <w:rFonts w:ascii="Times New Roman" w:hAnsi="Times New Roman" w:cs="Times New Roman"/>
                <w:b/>
                <w:lang w:val="kk-KZ"/>
              </w:rPr>
              <w:t>III кезең Оқырман ортасын қалыптастыру</w:t>
            </w:r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10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Кітап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талқылауы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оқырман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конференциясы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немесе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әдеби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пікірталас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өткізу</w:t>
            </w:r>
            <w:proofErr w:type="spellEnd"/>
          </w:p>
        </w:tc>
        <w:tc>
          <w:tcPr>
            <w:tcW w:w="168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CE345C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Айына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кемінде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3D4918"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D4918" w:rsidRPr="00AA0977">
              <w:rPr>
                <w:rFonts w:ascii="Times New Roman" w:hAnsi="Times New Roman" w:cs="Times New Roman"/>
              </w:rPr>
              <w:t>рет</w:t>
            </w:r>
            <w:proofErr w:type="spellEnd"/>
          </w:p>
        </w:tc>
        <w:tc>
          <w:tcPr>
            <w:tcW w:w="2015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Кітапханашы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пән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мұғалімдері</w:t>
            </w:r>
            <w:proofErr w:type="spellEnd"/>
          </w:p>
        </w:tc>
        <w:tc>
          <w:tcPr>
            <w:tcW w:w="20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Бағдарлама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хаттама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фото</w:t>
            </w:r>
            <w:proofErr w:type="spellEnd"/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10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Педагогтер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арасында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тұрақты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оқырман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клубының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жұмысын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ұйымдастыру</w:t>
            </w:r>
            <w:proofErr w:type="spellEnd"/>
          </w:p>
        </w:tc>
        <w:tc>
          <w:tcPr>
            <w:tcW w:w="168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Айына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кемінде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рет</w:t>
            </w:r>
            <w:proofErr w:type="spellEnd"/>
          </w:p>
        </w:tc>
        <w:tc>
          <w:tcPr>
            <w:tcW w:w="2015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Әдістемелік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бірлестік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жетекшілері</w:t>
            </w:r>
            <w:proofErr w:type="spellEnd"/>
          </w:p>
        </w:tc>
        <w:tc>
          <w:tcPr>
            <w:tcW w:w="204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Клуб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отырысының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хаттамасы</w:t>
            </w:r>
            <w:proofErr w:type="spellEnd"/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10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Кітап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оқитын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әулет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бағыты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отбасылық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оқу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сағатын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пікір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алмасу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кездесуін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өткізу</w:t>
            </w:r>
            <w:proofErr w:type="spellEnd"/>
          </w:p>
        </w:tc>
        <w:tc>
          <w:tcPr>
            <w:tcW w:w="168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Айына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кемінде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рет</w:t>
            </w:r>
            <w:proofErr w:type="spellEnd"/>
          </w:p>
        </w:tc>
        <w:tc>
          <w:tcPr>
            <w:tcW w:w="2015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AA0977">
              <w:rPr>
                <w:rFonts w:ascii="Times New Roman" w:hAnsi="Times New Roman" w:cs="Times New Roman"/>
                <w:lang w:val="ru-RU"/>
              </w:rPr>
              <w:t>Сынып</w:t>
            </w:r>
            <w:proofErr w:type="spellEnd"/>
            <w:r w:rsidRPr="00AA097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lang w:val="ru-RU"/>
              </w:rPr>
              <w:t>жетекшілері</w:t>
            </w:r>
            <w:proofErr w:type="spellEnd"/>
            <w:r w:rsidRPr="00AA0977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AA0977">
              <w:rPr>
                <w:rFonts w:ascii="Times New Roman" w:hAnsi="Times New Roman" w:cs="Times New Roman"/>
                <w:lang w:val="ru-RU"/>
              </w:rPr>
              <w:t>ата-аналар</w:t>
            </w:r>
            <w:proofErr w:type="spellEnd"/>
            <w:r w:rsidRPr="00AA097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lang w:val="ru-RU"/>
              </w:rPr>
              <w:t>комитеті</w:t>
            </w:r>
            <w:proofErr w:type="spellEnd"/>
          </w:p>
        </w:tc>
        <w:tc>
          <w:tcPr>
            <w:tcW w:w="20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Отбасылық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оқу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есебі</w:t>
            </w:r>
            <w:proofErr w:type="spellEnd"/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10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Оқушылар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үшін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тыныш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оқу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сағатын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немесе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белгіленген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тұрақты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оқу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уақытын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енгізу</w:t>
            </w:r>
            <w:proofErr w:type="spellEnd"/>
          </w:p>
        </w:tc>
        <w:tc>
          <w:tcPr>
            <w:tcW w:w="168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Аптасына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рет</w:t>
            </w:r>
            <w:proofErr w:type="spellEnd"/>
          </w:p>
        </w:tc>
        <w:tc>
          <w:tcPr>
            <w:tcW w:w="2015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Сынып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жетекшілері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кітапханашы</w:t>
            </w:r>
            <w:proofErr w:type="spellEnd"/>
          </w:p>
        </w:tc>
        <w:tc>
          <w:tcPr>
            <w:tcW w:w="204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Кесте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қатысу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белгісі</w:t>
            </w:r>
            <w:proofErr w:type="spellEnd"/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10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Жергілікті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ақын-жазушылармен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кітапхана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мамандарымен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белсенді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оқырмандармен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кездесу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ұйымдастыру</w:t>
            </w:r>
            <w:proofErr w:type="spellEnd"/>
          </w:p>
        </w:tc>
        <w:tc>
          <w:tcPr>
            <w:tcW w:w="168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Тоқсанына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кемінде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рет</w:t>
            </w:r>
            <w:proofErr w:type="spellEnd"/>
          </w:p>
        </w:tc>
        <w:tc>
          <w:tcPr>
            <w:tcW w:w="2015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Ұйым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әкімшілігі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кітапханашы</w:t>
            </w:r>
            <w:proofErr w:type="spellEnd"/>
          </w:p>
        </w:tc>
        <w:tc>
          <w:tcPr>
            <w:tcW w:w="20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Кездесу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бағдарламасы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ақпарат</w:t>
            </w:r>
            <w:proofErr w:type="spellEnd"/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10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Белсенді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қатысушылардың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жазбаша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бейне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пікірлерін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ұйымның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ресми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парақшаларында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жүйелі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жариялау</w:t>
            </w:r>
            <w:proofErr w:type="spellEnd"/>
          </w:p>
        </w:tc>
        <w:tc>
          <w:tcPr>
            <w:tcW w:w="168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Айына</w:t>
            </w:r>
            <w:proofErr w:type="spellEnd"/>
            <w:r w:rsidR="00CE345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E345C">
              <w:rPr>
                <w:rFonts w:ascii="Times New Roman" w:hAnsi="Times New Roman" w:cs="Times New Roman"/>
              </w:rPr>
              <w:t>кемінде</w:t>
            </w:r>
            <w:proofErr w:type="spellEnd"/>
            <w:r w:rsidR="00CE345C">
              <w:rPr>
                <w:rFonts w:ascii="Times New Roman" w:hAnsi="Times New Roman" w:cs="Times New Roman"/>
              </w:rPr>
              <w:t xml:space="preserve"> </w:t>
            </w:r>
            <w:r w:rsidR="00CE345C">
              <w:rPr>
                <w:rFonts w:ascii="Times New Roman" w:hAnsi="Times New Roman" w:cs="Times New Roman"/>
                <w:lang w:val="kk-KZ"/>
              </w:rPr>
              <w:t>1</w:t>
            </w:r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рет</w:t>
            </w:r>
            <w:proofErr w:type="spellEnd"/>
          </w:p>
        </w:tc>
        <w:tc>
          <w:tcPr>
            <w:tcW w:w="2015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Медиаға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жауапты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маман</w:t>
            </w:r>
            <w:proofErr w:type="spellEnd"/>
          </w:p>
        </w:tc>
        <w:tc>
          <w:tcPr>
            <w:tcW w:w="204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Сілтемелері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бар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медиажоспар</w:t>
            </w:r>
            <w:proofErr w:type="spellEnd"/>
          </w:p>
        </w:tc>
      </w:tr>
      <w:tr w:rsidR="00877D02" w:rsidRPr="00AA0977">
        <w:trPr>
          <w:cantSplit/>
          <w:jc w:val="center"/>
        </w:trPr>
        <w:tc>
          <w:tcPr>
            <w:tcW w:w="10394" w:type="dxa"/>
            <w:gridSpan w:val="5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  <w:b/>
              </w:rPr>
              <w:t xml:space="preserve">IV </w:t>
            </w:r>
            <w:proofErr w:type="spellStart"/>
            <w:r w:rsidRPr="00AA0977">
              <w:rPr>
                <w:rFonts w:ascii="Times New Roman" w:hAnsi="Times New Roman" w:cs="Times New Roman"/>
                <w:b/>
              </w:rPr>
              <w:t>кезең</w:t>
            </w:r>
            <w:proofErr w:type="spellEnd"/>
            <w:r w:rsidRPr="00AA097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b/>
              </w:rPr>
              <w:t>Мониторинг</w:t>
            </w:r>
            <w:proofErr w:type="spellEnd"/>
            <w:r w:rsidRPr="00AA097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b/>
              </w:rPr>
              <w:t>әдістемелік</w:t>
            </w:r>
            <w:proofErr w:type="spellEnd"/>
            <w:r w:rsidRPr="00AA097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b/>
              </w:rPr>
              <w:t>қолдау</w:t>
            </w:r>
            <w:proofErr w:type="spellEnd"/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10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Жеке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кабинеттердегі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оқу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қарқынын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пікірлер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санын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қатысушы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белсенділігін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тексеру</w:t>
            </w:r>
            <w:proofErr w:type="spellEnd"/>
          </w:p>
        </w:tc>
        <w:tc>
          <w:tcPr>
            <w:tcW w:w="168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Әр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айдың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соңғы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аптасы</w:t>
            </w:r>
            <w:proofErr w:type="spellEnd"/>
          </w:p>
        </w:tc>
        <w:tc>
          <w:tcPr>
            <w:tcW w:w="2015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3E5C03" w:rsidRDefault="003E5C03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Кітапханашы</w:t>
            </w:r>
          </w:p>
        </w:tc>
        <w:tc>
          <w:tcPr>
            <w:tcW w:w="20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Аралық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мониторинг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кестесі</w:t>
            </w:r>
            <w:proofErr w:type="spellEnd"/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10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Ай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сайынғы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мониторинг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мәліметін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білім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бөліміне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белгіленген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үлгі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ұсыну</w:t>
            </w:r>
            <w:proofErr w:type="spellEnd"/>
          </w:p>
        </w:tc>
        <w:tc>
          <w:tcPr>
            <w:tcW w:w="168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9170FF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Әр </w:t>
            </w:r>
            <w:proofErr w:type="spellStart"/>
            <w:r w:rsidR="003D4918" w:rsidRPr="00AA0977">
              <w:rPr>
                <w:rFonts w:ascii="Times New Roman" w:hAnsi="Times New Roman" w:cs="Times New Roman"/>
              </w:rPr>
              <w:t>айдың</w:t>
            </w:r>
            <w:proofErr w:type="spellEnd"/>
            <w:r w:rsidR="003D4918" w:rsidRPr="00AA0977">
              <w:rPr>
                <w:rFonts w:ascii="Times New Roman" w:hAnsi="Times New Roman" w:cs="Times New Roman"/>
              </w:rPr>
              <w:t xml:space="preserve"> 3-іне </w:t>
            </w:r>
            <w:proofErr w:type="spellStart"/>
            <w:r w:rsidR="003D4918" w:rsidRPr="00AA0977">
              <w:rPr>
                <w:rFonts w:ascii="Times New Roman" w:hAnsi="Times New Roman" w:cs="Times New Roman"/>
              </w:rPr>
              <w:t>дейін</w:t>
            </w:r>
            <w:proofErr w:type="spellEnd"/>
          </w:p>
        </w:tc>
        <w:tc>
          <w:tcPr>
            <w:tcW w:w="2015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3E5C03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Ұйым</w:t>
            </w:r>
            <w:proofErr w:type="spellEnd"/>
            <w:r w:rsidR="003E5C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E5C03">
              <w:rPr>
                <w:rFonts w:ascii="Times New Roman" w:hAnsi="Times New Roman" w:cs="Times New Roman"/>
              </w:rPr>
              <w:t>басшысы</w:t>
            </w:r>
            <w:proofErr w:type="spellEnd"/>
            <w:r w:rsidR="003E5C03">
              <w:rPr>
                <w:rFonts w:ascii="Times New Roman" w:hAnsi="Times New Roman" w:cs="Times New Roman"/>
              </w:rPr>
              <w:t xml:space="preserve">, </w:t>
            </w:r>
            <w:r w:rsidR="003E5C03">
              <w:rPr>
                <w:rFonts w:ascii="Times New Roman" w:hAnsi="Times New Roman" w:cs="Times New Roman"/>
                <w:lang w:val="kk-KZ"/>
              </w:rPr>
              <w:t>кітапханашы</w:t>
            </w:r>
          </w:p>
        </w:tc>
        <w:tc>
          <w:tcPr>
            <w:tcW w:w="204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Электрондық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есеп</w:t>
            </w:r>
            <w:proofErr w:type="spellEnd"/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10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9170FF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Жауапты мамандарға</w:t>
            </w:r>
            <w:r w:rsidR="003D4918"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D4918" w:rsidRPr="00AA0977">
              <w:rPr>
                <w:rFonts w:ascii="Times New Roman" w:hAnsi="Times New Roman" w:cs="Times New Roman"/>
              </w:rPr>
              <w:t>аудандық</w:t>
            </w:r>
            <w:proofErr w:type="spellEnd"/>
            <w:r w:rsidR="003D4918"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D4918" w:rsidRPr="00AA0977">
              <w:rPr>
                <w:rFonts w:ascii="Times New Roman" w:hAnsi="Times New Roman" w:cs="Times New Roman"/>
              </w:rPr>
              <w:t>кеңес</w:t>
            </w:r>
            <w:proofErr w:type="spellEnd"/>
            <w:r w:rsidR="003D4918"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D4918" w:rsidRPr="00AA0977">
              <w:rPr>
                <w:rFonts w:ascii="Times New Roman" w:hAnsi="Times New Roman" w:cs="Times New Roman"/>
              </w:rPr>
              <w:t>және</w:t>
            </w:r>
            <w:proofErr w:type="spellEnd"/>
            <w:r w:rsidR="003D4918"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D4918" w:rsidRPr="00AA0977">
              <w:rPr>
                <w:rFonts w:ascii="Times New Roman" w:hAnsi="Times New Roman" w:cs="Times New Roman"/>
              </w:rPr>
              <w:t>әдістемелік</w:t>
            </w:r>
            <w:proofErr w:type="spellEnd"/>
            <w:r w:rsidR="003D4918"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D4918" w:rsidRPr="00AA0977">
              <w:rPr>
                <w:rFonts w:ascii="Times New Roman" w:hAnsi="Times New Roman" w:cs="Times New Roman"/>
              </w:rPr>
              <w:t>қолдау</w:t>
            </w:r>
            <w:proofErr w:type="spellEnd"/>
            <w:r w:rsidR="003D4918"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D4918" w:rsidRPr="00AA0977">
              <w:rPr>
                <w:rFonts w:ascii="Times New Roman" w:hAnsi="Times New Roman" w:cs="Times New Roman"/>
              </w:rPr>
              <w:t>көрсету</w:t>
            </w:r>
            <w:proofErr w:type="spellEnd"/>
          </w:p>
        </w:tc>
        <w:tc>
          <w:tcPr>
            <w:tcW w:w="168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9170FF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Тоқсанына       </w:t>
            </w:r>
            <w:r w:rsidR="003D4918" w:rsidRPr="00AA0977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="003D4918" w:rsidRPr="00AA0977">
              <w:rPr>
                <w:rFonts w:ascii="Times New Roman" w:hAnsi="Times New Roman" w:cs="Times New Roman"/>
              </w:rPr>
              <w:t>рет</w:t>
            </w:r>
            <w:proofErr w:type="spellEnd"/>
            <w:r w:rsidR="003D4918"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D4918" w:rsidRPr="00AA0977">
              <w:rPr>
                <w:rFonts w:ascii="Times New Roman" w:hAnsi="Times New Roman" w:cs="Times New Roman"/>
              </w:rPr>
              <w:t>және</w:t>
            </w:r>
            <w:proofErr w:type="spellEnd"/>
            <w:r w:rsidR="003D4918"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D4918" w:rsidRPr="00AA0977">
              <w:rPr>
                <w:rFonts w:ascii="Times New Roman" w:hAnsi="Times New Roman" w:cs="Times New Roman"/>
              </w:rPr>
              <w:t>сұраныс</w:t>
            </w:r>
            <w:proofErr w:type="spellEnd"/>
            <w:r w:rsidR="003D4918"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D4918" w:rsidRPr="00AA0977">
              <w:rPr>
                <w:rFonts w:ascii="Times New Roman" w:hAnsi="Times New Roman" w:cs="Times New Roman"/>
              </w:rPr>
              <w:t>бойынша</w:t>
            </w:r>
            <w:proofErr w:type="spellEnd"/>
          </w:p>
        </w:tc>
        <w:tc>
          <w:tcPr>
            <w:tcW w:w="2015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Білім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бөлімінің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жауапты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әдіскері</w:t>
            </w:r>
            <w:proofErr w:type="spellEnd"/>
          </w:p>
        </w:tc>
        <w:tc>
          <w:tcPr>
            <w:tcW w:w="20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Кеңес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хаттамасы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ұсыным</w:t>
            </w:r>
            <w:proofErr w:type="spellEnd"/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10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Оқу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қарқыны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төмен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қатысушылардың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себептерін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анықтап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жеке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қолдау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шараларын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белгілеу</w:t>
            </w:r>
            <w:proofErr w:type="spellEnd"/>
          </w:p>
        </w:tc>
        <w:tc>
          <w:tcPr>
            <w:tcW w:w="168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Ай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сайын</w:t>
            </w:r>
            <w:proofErr w:type="spellEnd"/>
          </w:p>
        </w:tc>
        <w:tc>
          <w:tcPr>
            <w:tcW w:w="2015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E5C03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Кітапханашы</w:t>
            </w:r>
            <w:r w:rsidR="003D4918" w:rsidRPr="00AA097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3D4918" w:rsidRPr="00AA0977">
              <w:rPr>
                <w:rFonts w:ascii="Times New Roman" w:hAnsi="Times New Roman" w:cs="Times New Roman"/>
              </w:rPr>
              <w:t>сынып</w:t>
            </w:r>
            <w:proofErr w:type="spellEnd"/>
            <w:r w:rsidR="003D4918"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D4918" w:rsidRPr="00AA0977">
              <w:rPr>
                <w:rFonts w:ascii="Times New Roman" w:hAnsi="Times New Roman" w:cs="Times New Roman"/>
              </w:rPr>
              <w:t>жетекшісі</w:t>
            </w:r>
            <w:proofErr w:type="spellEnd"/>
          </w:p>
        </w:tc>
        <w:tc>
          <w:tcPr>
            <w:tcW w:w="204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Жеке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қолдау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парағы</w:t>
            </w:r>
            <w:proofErr w:type="spellEnd"/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lastRenderedPageBreak/>
              <w:t>23</w:t>
            </w:r>
          </w:p>
        </w:tc>
        <w:tc>
          <w:tcPr>
            <w:tcW w:w="410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Аралық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рейтинг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жасап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белсенді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оқушыны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педагогті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отбасылық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команданы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ынталандыру</w:t>
            </w:r>
            <w:proofErr w:type="spellEnd"/>
          </w:p>
        </w:tc>
        <w:tc>
          <w:tcPr>
            <w:tcW w:w="168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Тоқсан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сайын</w:t>
            </w:r>
            <w:proofErr w:type="spellEnd"/>
          </w:p>
        </w:tc>
        <w:tc>
          <w:tcPr>
            <w:tcW w:w="2015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Ұйым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әкімшілігі</w:t>
            </w:r>
            <w:proofErr w:type="spellEnd"/>
          </w:p>
        </w:tc>
        <w:tc>
          <w:tcPr>
            <w:tcW w:w="20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Рейтинг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марапаттау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ақпараты</w:t>
            </w:r>
            <w:proofErr w:type="spellEnd"/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10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Кітап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мазмұны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мектепішілік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сынама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тест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пен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зияткерлік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квиз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өткізу</w:t>
            </w:r>
            <w:proofErr w:type="spellEnd"/>
          </w:p>
        </w:tc>
        <w:tc>
          <w:tcPr>
            <w:tcW w:w="168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 xml:space="preserve">2026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жылғы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желтоқсан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2027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жылғы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ақпан</w:t>
            </w:r>
            <w:proofErr w:type="spellEnd"/>
          </w:p>
        </w:tc>
        <w:tc>
          <w:tcPr>
            <w:tcW w:w="2015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Пән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мұғалімдері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кітапханашы</w:t>
            </w:r>
            <w:proofErr w:type="spellEnd"/>
          </w:p>
        </w:tc>
        <w:tc>
          <w:tcPr>
            <w:tcW w:w="204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Нәтиже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хаттамасы</w:t>
            </w:r>
            <w:proofErr w:type="spellEnd"/>
          </w:p>
        </w:tc>
      </w:tr>
      <w:tr w:rsidR="00877D02" w:rsidRPr="00AA0977">
        <w:trPr>
          <w:cantSplit/>
          <w:jc w:val="center"/>
        </w:trPr>
        <w:tc>
          <w:tcPr>
            <w:tcW w:w="10394" w:type="dxa"/>
            <w:gridSpan w:val="5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  <w:b/>
              </w:rPr>
              <w:t xml:space="preserve">V </w:t>
            </w:r>
            <w:proofErr w:type="spellStart"/>
            <w:r w:rsidRPr="00AA0977">
              <w:rPr>
                <w:rFonts w:ascii="Times New Roman" w:hAnsi="Times New Roman" w:cs="Times New Roman"/>
                <w:b/>
              </w:rPr>
              <w:t>кезең</w:t>
            </w:r>
            <w:proofErr w:type="spellEnd"/>
            <w:r w:rsidRPr="00AA097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b/>
              </w:rPr>
              <w:t>Қорытынды</w:t>
            </w:r>
            <w:proofErr w:type="spellEnd"/>
            <w:r w:rsidRPr="00AA097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b/>
              </w:rPr>
              <w:t>іріктеу</w:t>
            </w:r>
            <w:proofErr w:type="spellEnd"/>
            <w:r w:rsidRPr="00AA097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b/>
              </w:rPr>
              <w:t>есеп</w:t>
            </w:r>
            <w:proofErr w:type="spellEnd"/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10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Қорытынды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тестілеу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мен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зияткерлік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сайыстарға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қатысушыларды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мазмұндық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техникалық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тұрғыдан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дайындау</w:t>
            </w:r>
            <w:proofErr w:type="spellEnd"/>
          </w:p>
        </w:tc>
        <w:tc>
          <w:tcPr>
            <w:tcW w:w="168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 xml:space="preserve">2027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жылғы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ақпан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наурыз</w:t>
            </w:r>
            <w:proofErr w:type="spellEnd"/>
          </w:p>
        </w:tc>
        <w:tc>
          <w:tcPr>
            <w:tcW w:w="2015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E5C03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Кітапханашы</w:t>
            </w:r>
            <w:r w:rsidR="003D4918" w:rsidRPr="00AA097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3D4918" w:rsidRPr="00AA0977">
              <w:rPr>
                <w:rFonts w:ascii="Times New Roman" w:hAnsi="Times New Roman" w:cs="Times New Roman"/>
              </w:rPr>
              <w:t>пән</w:t>
            </w:r>
            <w:proofErr w:type="spellEnd"/>
            <w:r w:rsidR="003D4918"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D4918" w:rsidRPr="00AA0977">
              <w:rPr>
                <w:rFonts w:ascii="Times New Roman" w:hAnsi="Times New Roman" w:cs="Times New Roman"/>
              </w:rPr>
              <w:t>мұғалімдері</w:t>
            </w:r>
            <w:proofErr w:type="spellEnd"/>
          </w:p>
        </w:tc>
        <w:tc>
          <w:tcPr>
            <w:tcW w:w="20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Дайындық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кестесі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сынама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нәтиже</w:t>
            </w:r>
            <w:proofErr w:type="spellEnd"/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10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Ресми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қорытынды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тестілеу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A0977">
              <w:rPr>
                <w:rFonts w:ascii="Times New Roman" w:hAnsi="Times New Roman" w:cs="Times New Roman"/>
              </w:rPr>
              <w:t>өңірлік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іріктеу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квиздерге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белгіленген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кесте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қатысу</w:t>
            </w:r>
            <w:proofErr w:type="spellEnd"/>
          </w:p>
        </w:tc>
        <w:tc>
          <w:tcPr>
            <w:tcW w:w="168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 xml:space="preserve">2027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жылғы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наурыз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сәуір</w:t>
            </w:r>
            <w:proofErr w:type="spellEnd"/>
          </w:p>
        </w:tc>
        <w:tc>
          <w:tcPr>
            <w:tcW w:w="2015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3E5C03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Ұйым</w:t>
            </w:r>
            <w:proofErr w:type="spellEnd"/>
            <w:r w:rsidR="003E5C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E5C03">
              <w:rPr>
                <w:rFonts w:ascii="Times New Roman" w:hAnsi="Times New Roman" w:cs="Times New Roman"/>
              </w:rPr>
              <w:t>басшысы</w:t>
            </w:r>
            <w:proofErr w:type="spellEnd"/>
            <w:r w:rsidR="003E5C03">
              <w:rPr>
                <w:rFonts w:ascii="Times New Roman" w:hAnsi="Times New Roman" w:cs="Times New Roman"/>
              </w:rPr>
              <w:t xml:space="preserve">, </w:t>
            </w:r>
            <w:r w:rsidR="003E5C03">
              <w:rPr>
                <w:rFonts w:ascii="Times New Roman" w:hAnsi="Times New Roman" w:cs="Times New Roman"/>
                <w:lang w:val="kk-KZ"/>
              </w:rPr>
              <w:t>кітапханашы</w:t>
            </w:r>
          </w:p>
        </w:tc>
        <w:tc>
          <w:tcPr>
            <w:tcW w:w="204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Қатысу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нәтиже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хаттамасы</w:t>
            </w:r>
            <w:proofErr w:type="spellEnd"/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10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Марафон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қорытындысы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аудандық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талдау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жасап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үздік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тәжірибелерді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жинақтау</w:t>
            </w:r>
            <w:proofErr w:type="spellEnd"/>
          </w:p>
        </w:tc>
        <w:tc>
          <w:tcPr>
            <w:tcW w:w="168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Қорытынды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кезең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аяқталғаннан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кейін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5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күні</w:t>
            </w:r>
            <w:proofErr w:type="spellEnd"/>
          </w:p>
        </w:tc>
        <w:tc>
          <w:tcPr>
            <w:tcW w:w="2015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Білім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бөлімінің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жауапты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әдіскері</w:t>
            </w:r>
            <w:proofErr w:type="spellEnd"/>
          </w:p>
        </w:tc>
        <w:tc>
          <w:tcPr>
            <w:tcW w:w="204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Аудандық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талдамалық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анықтама</w:t>
            </w:r>
            <w:proofErr w:type="spellEnd"/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10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Белсенді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қатысушыларды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марапаттап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нәтижелерді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ресми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ақпараттық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ресурстарда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жариялау</w:t>
            </w:r>
            <w:proofErr w:type="spellEnd"/>
          </w:p>
        </w:tc>
        <w:tc>
          <w:tcPr>
            <w:tcW w:w="168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 xml:space="preserve">2027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жылғы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сәуір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мамыр</w:t>
            </w:r>
            <w:proofErr w:type="spellEnd"/>
          </w:p>
        </w:tc>
        <w:tc>
          <w:tcPr>
            <w:tcW w:w="2015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Білім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бөлімі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ұйым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әкімшілігі</w:t>
            </w:r>
            <w:proofErr w:type="spellEnd"/>
          </w:p>
        </w:tc>
        <w:tc>
          <w:tcPr>
            <w:tcW w:w="204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</w:rPr>
              <w:t>Марапаттау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және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қорытынды</w:t>
            </w:r>
            <w:proofErr w:type="spellEnd"/>
            <w:r w:rsidRPr="00AA09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</w:rPr>
              <w:t>жарияланым</w:t>
            </w:r>
            <w:proofErr w:type="spellEnd"/>
          </w:p>
        </w:tc>
      </w:tr>
    </w:tbl>
    <w:p w:rsidR="00877D02" w:rsidRPr="00AA0977" w:rsidRDefault="003D4918" w:rsidP="00AA0977">
      <w:pPr>
        <w:jc w:val="both"/>
        <w:rPr>
          <w:rFonts w:ascii="Times New Roman" w:hAnsi="Times New Roman" w:cs="Times New Roman"/>
        </w:rPr>
      </w:pPr>
      <w:r w:rsidRPr="00AA0977">
        <w:rPr>
          <w:rFonts w:ascii="Times New Roman" w:hAnsi="Times New Roman" w:cs="Times New Roman"/>
        </w:rPr>
        <w:br w:type="page"/>
      </w:r>
    </w:p>
    <w:p w:rsidR="009170FF" w:rsidRPr="009170FF" w:rsidRDefault="009170FF" w:rsidP="009170FF">
      <w:pPr>
        <w:spacing w:after="0" w:line="240" w:lineRule="auto"/>
        <w:jc w:val="right"/>
        <w:rPr>
          <w:rFonts w:ascii="Times New Roman" w:eastAsia="Calibri" w:hAnsi="Times New Roman" w:cs="Times New Roman"/>
          <w:color w:val="auto"/>
          <w:sz w:val="24"/>
          <w:szCs w:val="24"/>
          <w:lang w:val="kk-KZ"/>
        </w:rPr>
      </w:pPr>
      <w:r w:rsidRPr="009170FF">
        <w:rPr>
          <w:rFonts w:ascii="Times New Roman" w:eastAsia="Calibri" w:hAnsi="Times New Roman" w:cs="Times New Roman"/>
          <w:color w:val="auto"/>
          <w:sz w:val="24"/>
          <w:szCs w:val="24"/>
          <w:lang w:val="kk-KZ"/>
        </w:rPr>
        <w:lastRenderedPageBreak/>
        <w:t>«ШЫҒЫС ҚАЗАҚСТАН ОБЛЫСЫ                                                                                                          БІЛІМ БАСҚАРМАСЫНЫҢ</w:t>
      </w:r>
    </w:p>
    <w:p w:rsidR="009170FF" w:rsidRPr="009170FF" w:rsidRDefault="009170FF" w:rsidP="009170FF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auto"/>
          <w:sz w:val="24"/>
          <w:szCs w:val="24"/>
          <w:lang w:val="kk-KZ"/>
        </w:rPr>
      </w:pPr>
      <w:r w:rsidRPr="009170FF">
        <w:rPr>
          <w:rFonts w:ascii="Times New Roman" w:eastAsia="Calibri" w:hAnsi="Times New Roman" w:cs="Times New Roman"/>
          <w:color w:val="auto"/>
          <w:sz w:val="24"/>
          <w:szCs w:val="24"/>
          <w:lang w:val="kk-KZ"/>
        </w:rPr>
        <w:t xml:space="preserve">                              «ТАРБАҒАТАЙ АУДАНЫ</w:t>
      </w:r>
    </w:p>
    <w:p w:rsidR="009170FF" w:rsidRPr="009170FF" w:rsidRDefault="009170FF" w:rsidP="009170FF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auto"/>
          <w:sz w:val="24"/>
          <w:szCs w:val="24"/>
          <w:lang w:val="kk-KZ"/>
        </w:rPr>
      </w:pPr>
      <w:r w:rsidRPr="009170FF">
        <w:rPr>
          <w:rFonts w:ascii="Times New Roman" w:eastAsia="Calibri" w:hAnsi="Times New Roman" w:cs="Times New Roman"/>
          <w:color w:val="auto"/>
          <w:sz w:val="24"/>
          <w:szCs w:val="24"/>
          <w:lang w:val="kk-KZ"/>
        </w:rPr>
        <w:t xml:space="preserve">  БОЙЫНША БІЛІМ БӨЛІМІ» ММ</w:t>
      </w:r>
    </w:p>
    <w:p w:rsidR="009170FF" w:rsidRPr="009170FF" w:rsidRDefault="009170FF" w:rsidP="009170FF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auto"/>
          <w:sz w:val="24"/>
          <w:szCs w:val="24"/>
          <w:lang w:val="kk-KZ"/>
        </w:rPr>
      </w:pPr>
      <w:r w:rsidRPr="009170FF">
        <w:rPr>
          <w:rFonts w:ascii="Times New Roman" w:eastAsia="Calibri" w:hAnsi="Times New Roman" w:cs="Times New Roman"/>
          <w:color w:val="auto"/>
          <w:sz w:val="24"/>
          <w:szCs w:val="24"/>
          <w:lang w:val="kk-KZ"/>
        </w:rPr>
        <w:t xml:space="preserve">        «_____» _________2026 жылғы</w:t>
      </w:r>
    </w:p>
    <w:p w:rsidR="009170FF" w:rsidRPr="009170FF" w:rsidRDefault="009170FF" w:rsidP="009170FF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auto"/>
          <w:sz w:val="24"/>
          <w:szCs w:val="24"/>
          <w:lang w:val="kk-KZ"/>
        </w:rPr>
      </w:pPr>
      <w:r w:rsidRPr="009170FF">
        <w:rPr>
          <w:rFonts w:ascii="Times New Roman" w:eastAsia="Calibri" w:hAnsi="Times New Roman" w:cs="Times New Roman"/>
          <w:color w:val="auto"/>
          <w:sz w:val="24"/>
          <w:szCs w:val="24"/>
          <w:lang w:val="kk-KZ"/>
        </w:rPr>
        <w:t xml:space="preserve">№_________________________ </w:t>
      </w:r>
    </w:p>
    <w:p w:rsidR="009170FF" w:rsidRPr="009170FF" w:rsidRDefault="009170FF" w:rsidP="009170FF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auto"/>
          <w:sz w:val="24"/>
          <w:szCs w:val="24"/>
          <w:lang w:val="kk-KZ"/>
        </w:rPr>
      </w:pPr>
      <w:r w:rsidRPr="009170FF">
        <w:rPr>
          <w:rFonts w:ascii="Times New Roman" w:eastAsia="Calibri" w:hAnsi="Times New Roman" w:cs="Times New Roman"/>
          <w:color w:val="auto"/>
          <w:sz w:val="24"/>
          <w:szCs w:val="24"/>
          <w:lang w:val="kk-KZ"/>
        </w:rPr>
        <w:t xml:space="preserve">  №1</w:t>
      </w:r>
      <w:r w:rsidRPr="009170FF">
        <w:rPr>
          <w:rFonts w:ascii="Times New Roman" w:eastAsia="Calibri" w:hAnsi="Times New Roman" w:cs="Times New Roman"/>
          <w:color w:val="auto"/>
          <w:sz w:val="24"/>
          <w:szCs w:val="24"/>
          <w:lang w:val="kk-KZ"/>
        </w:rPr>
        <w:t xml:space="preserve"> қосымша</w:t>
      </w:r>
    </w:p>
    <w:p w:rsidR="009170FF" w:rsidRPr="009170FF" w:rsidRDefault="009170FF" w:rsidP="009170FF">
      <w:pPr>
        <w:spacing w:after="16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877D02" w:rsidRPr="009170FF" w:rsidRDefault="003D4918" w:rsidP="009170FF">
      <w:p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70FF">
        <w:rPr>
          <w:rFonts w:ascii="Times New Roman" w:hAnsi="Times New Roman" w:cs="Times New Roman"/>
          <w:i/>
          <w:sz w:val="24"/>
          <w:szCs w:val="24"/>
        </w:rPr>
        <w:t>Аудандық</w:t>
      </w:r>
      <w:proofErr w:type="spellEnd"/>
      <w:r w:rsidRPr="009170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170FF">
        <w:rPr>
          <w:rFonts w:ascii="Times New Roman" w:hAnsi="Times New Roman" w:cs="Times New Roman"/>
          <w:i/>
          <w:sz w:val="24"/>
          <w:szCs w:val="24"/>
        </w:rPr>
        <w:t>жұмыс</w:t>
      </w:r>
      <w:proofErr w:type="spellEnd"/>
      <w:r w:rsidRPr="009170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170FF">
        <w:rPr>
          <w:rFonts w:ascii="Times New Roman" w:hAnsi="Times New Roman" w:cs="Times New Roman"/>
          <w:i/>
          <w:sz w:val="24"/>
          <w:szCs w:val="24"/>
        </w:rPr>
        <w:t>жоспарына</w:t>
      </w:r>
      <w:proofErr w:type="spellEnd"/>
      <w:r w:rsidRPr="009170FF">
        <w:rPr>
          <w:rFonts w:ascii="Times New Roman" w:hAnsi="Times New Roman" w:cs="Times New Roman"/>
          <w:i/>
          <w:sz w:val="24"/>
          <w:szCs w:val="24"/>
        </w:rPr>
        <w:t xml:space="preserve"> 1 </w:t>
      </w:r>
      <w:proofErr w:type="spellStart"/>
      <w:r w:rsidRPr="009170FF">
        <w:rPr>
          <w:rFonts w:ascii="Times New Roman" w:hAnsi="Times New Roman" w:cs="Times New Roman"/>
          <w:i/>
          <w:sz w:val="24"/>
          <w:szCs w:val="24"/>
        </w:rPr>
        <w:t>қосымша</w:t>
      </w:r>
      <w:proofErr w:type="spellEnd"/>
    </w:p>
    <w:p w:rsidR="00877D02" w:rsidRPr="009170FF" w:rsidRDefault="003D4918" w:rsidP="009170FF">
      <w:pPr>
        <w:pStyle w:val="1"/>
        <w:spacing w:before="180"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70FF">
        <w:rPr>
          <w:rFonts w:ascii="Times New Roman" w:eastAsia="Arial" w:hAnsi="Times New Roman" w:cs="Times New Roman"/>
          <w:sz w:val="24"/>
          <w:szCs w:val="24"/>
        </w:rPr>
        <w:t>Ай</w:t>
      </w:r>
      <w:proofErr w:type="spellEnd"/>
      <w:r w:rsidRPr="009170FF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170FF">
        <w:rPr>
          <w:rFonts w:ascii="Times New Roman" w:eastAsia="Arial" w:hAnsi="Times New Roman" w:cs="Times New Roman"/>
          <w:sz w:val="24"/>
          <w:szCs w:val="24"/>
        </w:rPr>
        <w:t>сайынғы</w:t>
      </w:r>
      <w:proofErr w:type="spellEnd"/>
      <w:r w:rsidRPr="009170FF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170FF">
        <w:rPr>
          <w:rFonts w:ascii="Times New Roman" w:eastAsia="Arial" w:hAnsi="Times New Roman" w:cs="Times New Roman"/>
          <w:sz w:val="24"/>
          <w:szCs w:val="24"/>
        </w:rPr>
        <w:t>мониторинг</w:t>
      </w:r>
      <w:proofErr w:type="spellEnd"/>
      <w:r w:rsidRPr="009170FF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170FF">
        <w:rPr>
          <w:rFonts w:ascii="Times New Roman" w:eastAsia="Arial" w:hAnsi="Times New Roman" w:cs="Times New Roman"/>
          <w:sz w:val="24"/>
          <w:szCs w:val="24"/>
        </w:rPr>
        <w:t>есебінің</w:t>
      </w:r>
      <w:proofErr w:type="spellEnd"/>
      <w:r w:rsidRPr="009170FF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170FF">
        <w:rPr>
          <w:rFonts w:ascii="Times New Roman" w:eastAsia="Arial" w:hAnsi="Times New Roman" w:cs="Times New Roman"/>
          <w:sz w:val="24"/>
          <w:szCs w:val="24"/>
        </w:rPr>
        <w:t>үлгісі</w:t>
      </w:r>
      <w:proofErr w:type="spellEnd"/>
    </w:p>
    <w:tbl>
      <w:tblPr>
        <w:tblW w:w="0" w:type="auto"/>
        <w:jc w:val="center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7128"/>
      </w:tblGrid>
      <w:tr w:rsidR="00877D02" w:rsidRPr="009170FF">
        <w:trPr>
          <w:cantSplit/>
          <w:jc w:val="center"/>
        </w:trPr>
        <w:tc>
          <w:tcPr>
            <w:tcW w:w="3240" w:type="dxa"/>
            <w:shd w:val="clear" w:color="auto" w:fill="EEF4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170FF">
              <w:rPr>
                <w:rFonts w:ascii="Times New Roman" w:hAnsi="Times New Roman" w:cs="Times New Roman"/>
                <w:b/>
                <w:sz w:val="24"/>
                <w:szCs w:val="24"/>
              </w:rPr>
              <w:t>Білім</w:t>
            </w:r>
            <w:proofErr w:type="spellEnd"/>
            <w:r w:rsidRPr="009170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b/>
                <w:sz w:val="24"/>
                <w:szCs w:val="24"/>
              </w:rPr>
              <w:t>беру</w:t>
            </w:r>
            <w:proofErr w:type="spellEnd"/>
            <w:r w:rsidRPr="009170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b/>
                <w:sz w:val="24"/>
                <w:szCs w:val="24"/>
              </w:rPr>
              <w:t>ұйымы</w:t>
            </w:r>
            <w:proofErr w:type="spellEnd"/>
            <w:r w:rsidR="003E5C03" w:rsidRPr="009170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ның атауы</w:t>
            </w:r>
          </w:p>
        </w:tc>
        <w:tc>
          <w:tcPr>
            <w:tcW w:w="712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D02" w:rsidRPr="009170FF">
        <w:trPr>
          <w:cantSplit/>
          <w:jc w:val="center"/>
        </w:trPr>
        <w:tc>
          <w:tcPr>
            <w:tcW w:w="3240" w:type="dxa"/>
            <w:shd w:val="clear" w:color="auto" w:fill="EEF4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E5C03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170FF">
              <w:rPr>
                <w:rFonts w:ascii="Times New Roman" w:hAnsi="Times New Roman" w:cs="Times New Roman"/>
                <w:b/>
                <w:sz w:val="24"/>
                <w:szCs w:val="24"/>
              </w:rPr>
              <w:t>Марафон</w:t>
            </w:r>
            <w:proofErr w:type="spellEnd"/>
            <w:r w:rsidRPr="009170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ға жауапты маман</w:t>
            </w:r>
          </w:p>
        </w:tc>
        <w:tc>
          <w:tcPr>
            <w:tcW w:w="712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D02" w:rsidRPr="009170FF" w:rsidTr="001F3BEA">
        <w:trPr>
          <w:cantSplit/>
          <w:trHeight w:val="440"/>
          <w:jc w:val="center"/>
        </w:trPr>
        <w:tc>
          <w:tcPr>
            <w:tcW w:w="3240" w:type="dxa"/>
            <w:shd w:val="clear" w:color="auto" w:fill="EEF4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70FF">
              <w:rPr>
                <w:rFonts w:ascii="Times New Roman" w:hAnsi="Times New Roman" w:cs="Times New Roman"/>
                <w:b/>
                <w:sz w:val="24"/>
                <w:szCs w:val="24"/>
              </w:rPr>
              <w:t>Есепті</w:t>
            </w:r>
            <w:proofErr w:type="spellEnd"/>
            <w:r w:rsidRPr="009170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b/>
                <w:sz w:val="24"/>
                <w:szCs w:val="24"/>
              </w:rPr>
              <w:t>кезең</w:t>
            </w:r>
            <w:proofErr w:type="spellEnd"/>
          </w:p>
        </w:tc>
        <w:tc>
          <w:tcPr>
            <w:tcW w:w="712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1F3BEA" w:rsidRDefault="00682C5C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917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3D4918"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2027 </w:t>
            </w:r>
            <w:proofErr w:type="spellStart"/>
            <w:r w:rsidR="003D4918" w:rsidRPr="009170FF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="003D4918"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 </w:t>
            </w:r>
            <w:proofErr w:type="spellStart"/>
            <w:r w:rsidR="003D4918" w:rsidRPr="009170FF">
              <w:rPr>
                <w:rFonts w:ascii="Times New Roman" w:hAnsi="Times New Roman" w:cs="Times New Roman"/>
                <w:sz w:val="24"/>
                <w:szCs w:val="24"/>
              </w:rPr>
              <w:t>айы</w:t>
            </w:r>
            <w:proofErr w:type="spellEnd"/>
            <w:r w:rsidR="001F3B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</w:t>
            </w:r>
          </w:p>
        </w:tc>
      </w:tr>
      <w:tr w:rsidR="00877D02" w:rsidRPr="009170FF">
        <w:trPr>
          <w:cantSplit/>
          <w:jc w:val="center"/>
        </w:trPr>
        <w:tc>
          <w:tcPr>
            <w:tcW w:w="3240" w:type="dxa"/>
            <w:shd w:val="clear" w:color="auto" w:fill="EEF4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70FF">
              <w:rPr>
                <w:rFonts w:ascii="Times New Roman" w:hAnsi="Times New Roman" w:cs="Times New Roman"/>
                <w:b/>
                <w:sz w:val="24"/>
                <w:szCs w:val="24"/>
              </w:rPr>
              <w:t>Ұсыну</w:t>
            </w:r>
            <w:proofErr w:type="spellEnd"/>
            <w:r w:rsidRPr="009170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b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712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E5C03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</w:t>
            </w:r>
            <w:r w:rsidR="003D4918"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4918" w:rsidRPr="009170FF">
              <w:rPr>
                <w:rFonts w:ascii="Times New Roman" w:hAnsi="Times New Roman" w:cs="Times New Roman"/>
                <w:sz w:val="24"/>
                <w:szCs w:val="24"/>
              </w:rPr>
              <w:t>айдың</w:t>
            </w:r>
            <w:proofErr w:type="spellEnd"/>
            <w:r w:rsidR="003D4918"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3-іне </w:t>
            </w:r>
            <w:proofErr w:type="spellStart"/>
            <w:r w:rsidR="003D4918" w:rsidRPr="009170FF">
              <w:rPr>
                <w:rFonts w:ascii="Times New Roman" w:hAnsi="Times New Roman" w:cs="Times New Roman"/>
                <w:sz w:val="24"/>
                <w:szCs w:val="24"/>
              </w:rPr>
              <w:t>дейін</w:t>
            </w:r>
            <w:proofErr w:type="spellEnd"/>
          </w:p>
        </w:tc>
      </w:tr>
    </w:tbl>
    <w:p w:rsidR="00877D02" w:rsidRPr="009170FF" w:rsidRDefault="00877D02" w:rsidP="009170FF">
      <w:p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604"/>
        <w:gridCol w:w="5256"/>
        <w:gridCol w:w="1655"/>
        <w:gridCol w:w="2880"/>
      </w:tblGrid>
      <w:tr w:rsidR="00877D02" w:rsidRPr="009170FF">
        <w:trPr>
          <w:tblHeader/>
          <w:jc w:val="center"/>
        </w:trPr>
        <w:tc>
          <w:tcPr>
            <w:tcW w:w="604" w:type="dxa"/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F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№</w:t>
            </w:r>
          </w:p>
        </w:tc>
        <w:tc>
          <w:tcPr>
            <w:tcW w:w="5256" w:type="dxa"/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70F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Көрсеткіш</w:t>
            </w:r>
            <w:proofErr w:type="spellEnd"/>
          </w:p>
        </w:tc>
        <w:tc>
          <w:tcPr>
            <w:tcW w:w="1655" w:type="dxa"/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70F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Саны</w:t>
            </w:r>
            <w:proofErr w:type="spellEnd"/>
          </w:p>
        </w:tc>
        <w:tc>
          <w:tcPr>
            <w:tcW w:w="2880" w:type="dxa"/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70F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Ескерту</w:t>
            </w:r>
            <w:proofErr w:type="spellEnd"/>
            <w:r w:rsidRPr="009170F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немесе</w:t>
            </w:r>
            <w:proofErr w:type="spellEnd"/>
            <w:r w:rsidRPr="009170F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сілтеме</w:t>
            </w:r>
            <w:proofErr w:type="spellEnd"/>
          </w:p>
        </w:tc>
      </w:tr>
      <w:tr w:rsidR="00877D02" w:rsidRPr="009170FF">
        <w:trPr>
          <w:cantSplit/>
          <w:jc w:val="center"/>
        </w:trPr>
        <w:tc>
          <w:tcPr>
            <w:tcW w:w="60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Тіркелген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қатысушылардың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саны</w:t>
            </w:r>
            <w:proofErr w:type="spellEnd"/>
          </w:p>
        </w:tc>
        <w:tc>
          <w:tcPr>
            <w:tcW w:w="1655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D02" w:rsidRPr="009170FF">
        <w:trPr>
          <w:cantSplit/>
          <w:jc w:val="center"/>
        </w:trPr>
        <w:tc>
          <w:tcPr>
            <w:tcW w:w="60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56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E5C03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бағыты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bookmarkStart w:id="0" w:name="_GoBack"/>
            <w:bookmarkEnd w:id="0"/>
            <w:r w:rsidRPr="009170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3D4918"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="003D4918" w:rsidRPr="009170FF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="003D4918"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4918" w:rsidRPr="009170FF">
              <w:rPr>
                <w:rFonts w:ascii="Times New Roman" w:hAnsi="Times New Roman" w:cs="Times New Roman"/>
                <w:sz w:val="24"/>
                <w:szCs w:val="24"/>
              </w:rPr>
              <w:t>оқушылары</w:t>
            </w:r>
            <w:proofErr w:type="spellEnd"/>
          </w:p>
        </w:tc>
        <w:tc>
          <w:tcPr>
            <w:tcW w:w="1655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D02" w:rsidRPr="009170FF">
        <w:trPr>
          <w:cantSplit/>
          <w:jc w:val="center"/>
        </w:trPr>
        <w:tc>
          <w:tcPr>
            <w:tcW w:w="60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бағыты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қатысушылар</w:t>
            </w:r>
            <w:proofErr w:type="spellEnd"/>
          </w:p>
        </w:tc>
        <w:tc>
          <w:tcPr>
            <w:tcW w:w="1655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D02" w:rsidRPr="009170FF">
        <w:trPr>
          <w:cantSplit/>
          <w:jc w:val="center"/>
        </w:trPr>
        <w:tc>
          <w:tcPr>
            <w:tcW w:w="60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56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Әулет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бағыты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командалар</w:t>
            </w:r>
            <w:proofErr w:type="spellEnd"/>
          </w:p>
        </w:tc>
        <w:tc>
          <w:tcPr>
            <w:tcW w:w="1655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D02" w:rsidRPr="009170FF">
        <w:trPr>
          <w:cantSplit/>
          <w:jc w:val="center"/>
        </w:trPr>
        <w:tc>
          <w:tcPr>
            <w:tcW w:w="60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Зияткер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өзге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бағыттар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қатысушылар</w:t>
            </w:r>
            <w:proofErr w:type="spellEnd"/>
          </w:p>
        </w:tc>
        <w:tc>
          <w:tcPr>
            <w:tcW w:w="1655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D02" w:rsidRPr="009170FF">
        <w:trPr>
          <w:cantSplit/>
          <w:jc w:val="center"/>
        </w:trPr>
        <w:tc>
          <w:tcPr>
            <w:tcW w:w="60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56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Есепті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айда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оқылған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кітаптар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саны</w:t>
            </w:r>
            <w:proofErr w:type="spellEnd"/>
          </w:p>
        </w:tc>
        <w:tc>
          <w:tcPr>
            <w:tcW w:w="1655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D02" w:rsidRPr="009170FF">
        <w:trPr>
          <w:cantSplit/>
          <w:jc w:val="center"/>
        </w:trPr>
        <w:tc>
          <w:tcPr>
            <w:tcW w:w="60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Жоба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басталғалы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оқылған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кітаптар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саны</w:t>
            </w:r>
          </w:p>
        </w:tc>
        <w:tc>
          <w:tcPr>
            <w:tcW w:w="1655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8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77D02" w:rsidRPr="009170FF">
        <w:trPr>
          <w:cantSplit/>
          <w:jc w:val="center"/>
        </w:trPr>
        <w:tc>
          <w:tcPr>
            <w:tcW w:w="60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56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Жарияланған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жазбаша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пікірлер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саны</w:t>
            </w:r>
            <w:proofErr w:type="spellEnd"/>
          </w:p>
        </w:tc>
        <w:tc>
          <w:tcPr>
            <w:tcW w:w="1655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D02" w:rsidRPr="009170FF">
        <w:trPr>
          <w:cantSplit/>
          <w:jc w:val="center"/>
        </w:trPr>
        <w:tc>
          <w:tcPr>
            <w:tcW w:w="60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Жарияланған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бейне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пікірлер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саны</w:t>
            </w:r>
            <w:proofErr w:type="spellEnd"/>
          </w:p>
        </w:tc>
        <w:tc>
          <w:tcPr>
            <w:tcW w:w="1655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D02" w:rsidRPr="009170FF">
        <w:trPr>
          <w:cantSplit/>
          <w:jc w:val="center"/>
        </w:trPr>
        <w:tc>
          <w:tcPr>
            <w:tcW w:w="60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56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Өткізілген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талқылауы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оқырман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655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D02" w:rsidRPr="009170FF">
        <w:trPr>
          <w:cantSplit/>
          <w:jc w:val="center"/>
        </w:trPr>
        <w:tc>
          <w:tcPr>
            <w:tcW w:w="60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Ресми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парақшада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жарияланған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материалдар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саны</w:t>
            </w:r>
          </w:p>
        </w:tc>
        <w:tc>
          <w:tcPr>
            <w:tcW w:w="1655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8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77D02" w:rsidRPr="009170FF">
        <w:trPr>
          <w:cantSplit/>
          <w:jc w:val="center"/>
        </w:trPr>
        <w:tc>
          <w:tcPr>
            <w:tcW w:w="60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56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кезеңге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қатысушылар</w:t>
            </w:r>
            <w:proofErr w:type="spellEnd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саны</w:t>
            </w:r>
            <w:proofErr w:type="spellEnd"/>
          </w:p>
        </w:tc>
        <w:tc>
          <w:tcPr>
            <w:tcW w:w="1655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77D02" w:rsidRPr="009170FF" w:rsidRDefault="003D4918" w:rsidP="009170FF">
      <w:pPr>
        <w:pStyle w:val="21"/>
        <w:spacing w:before="120"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170FF">
        <w:rPr>
          <w:rFonts w:ascii="Times New Roman" w:eastAsia="Arial" w:hAnsi="Times New Roman" w:cs="Times New Roman"/>
          <w:sz w:val="24"/>
          <w:szCs w:val="24"/>
        </w:rPr>
        <w:lastRenderedPageBreak/>
        <w:t>Белсенді</w:t>
      </w:r>
      <w:proofErr w:type="spellEnd"/>
      <w:r w:rsidRPr="009170FF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170FF">
        <w:rPr>
          <w:rFonts w:ascii="Times New Roman" w:eastAsia="Arial" w:hAnsi="Times New Roman" w:cs="Times New Roman"/>
          <w:sz w:val="24"/>
          <w:szCs w:val="24"/>
        </w:rPr>
        <w:t>қатысушылар</w:t>
      </w:r>
      <w:proofErr w:type="spellEnd"/>
      <w:r w:rsidRPr="009170FF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170FF">
        <w:rPr>
          <w:rFonts w:ascii="Times New Roman" w:eastAsia="Arial" w:hAnsi="Times New Roman" w:cs="Times New Roman"/>
          <w:sz w:val="24"/>
          <w:szCs w:val="24"/>
        </w:rPr>
        <w:t>туралы</w:t>
      </w:r>
      <w:proofErr w:type="spellEnd"/>
      <w:r w:rsidRPr="009170FF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170FF">
        <w:rPr>
          <w:rFonts w:ascii="Times New Roman" w:eastAsia="Arial" w:hAnsi="Times New Roman" w:cs="Times New Roman"/>
          <w:sz w:val="24"/>
          <w:szCs w:val="24"/>
        </w:rPr>
        <w:t>мәлімет</w:t>
      </w:r>
      <w:proofErr w:type="spellEnd"/>
    </w:p>
    <w:tbl>
      <w:tblPr>
        <w:tblW w:w="0" w:type="auto"/>
        <w:jc w:val="center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604"/>
        <w:gridCol w:w="3384"/>
        <w:gridCol w:w="1800"/>
        <w:gridCol w:w="1728"/>
        <w:gridCol w:w="2851"/>
      </w:tblGrid>
      <w:tr w:rsidR="00877D02" w:rsidRPr="009170FF">
        <w:trPr>
          <w:tblHeader/>
          <w:jc w:val="center"/>
        </w:trPr>
        <w:tc>
          <w:tcPr>
            <w:tcW w:w="604" w:type="dxa"/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F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№</w:t>
            </w:r>
          </w:p>
        </w:tc>
        <w:tc>
          <w:tcPr>
            <w:tcW w:w="3384" w:type="dxa"/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70F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Аты</w:t>
            </w:r>
            <w:proofErr w:type="spellEnd"/>
            <w:r w:rsidRPr="009170F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жөні</w:t>
            </w:r>
            <w:proofErr w:type="spellEnd"/>
          </w:p>
        </w:tc>
        <w:tc>
          <w:tcPr>
            <w:tcW w:w="1800" w:type="dxa"/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70F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Бағыты</w:t>
            </w:r>
            <w:proofErr w:type="spellEnd"/>
          </w:p>
        </w:tc>
        <w:tc>
          <w:tcPr>
            <w:tcW w:w="1728" w:type="dxa"/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70F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Оқыған</w:t>
            </w:r>
            <w:proofErr w:type="spellEnd"/>
            <w:r w:rsidRPr="009170F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кітап</w:t>
            </w:r>
            <w:proofErr w:type="spellEnd"/>
          </w:p>
        </w:tc>
        <w:tc>
          <w:tcPr>
            <w:tcW w:w="2851" w:type="dxa"/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70F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Нәтижесі</w:t>
            </w:r>
            <w:proofErr w:type="spellEnd"/>
            <w:r w:rsidRPr="009170F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мен</w:t>
            </w:r>
            <w:proofErr w:type="spellEnd"/>
            <w:r w:rsidRPr="009170F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9170F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жетістігі</w:t>
            </w:r>
            <w:proofErr w:type="spellEnd"/>
          </w:p>
        </w:tc>
      </w:tr>
      <w:tr w:rsidR="00877D02" w:rsidRPr="009170FF">
        <w:trPr>
          <w:cantSplit/>
          <w:jc w:val="center"/>
        </w:trPr>
        <w:tc>
          <w:tcPr>
            <w:tcW w:w="60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D02" w:rsidRPr="009170FF">
        <w:trPr>
          <w:cantSplit/>
          <w:jc w:val="center"/>
        </w:trPr>
        <w:tc>
          <w:tcPr>
            <w:tcW w:w="60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84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D02" w:rsidRPr="009170FF">
        <w:trPr>
          <w:cantSplit/>
          <w:jc w:val="center"/>
        </w:trPr>
        <w:tc>
          <w:tcPr>
            <w:tcW w:w="60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D4918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70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84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877D02" w:rsidP="00917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77D02" w:rsidRPr="009170FF" w:rsidRDefault="003D4918" w:rsidP="009170FF">
      <w:pPr>
        <w:pStyle w:val="21"/>
        <w:spacing w:before="120" w:after="8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170FF">
        <w:rPr>
          <w:rFonts w:ascii="Times New Roman" w:eastAsia="Arial" w:hAnsi="Times New Roman" w:cs="Times New Roman"/>
          <w:sz w:val="24"/>
          <w:szCs w:val="24"/>
        </w:rPr>
        <w:t>Мәселелер</w:t>
      </w:r>
      <w:proofErr w:type="spellEnd"/>
      <w:r w:rsidRPr="009170FF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170FF">
        <w:rPr>
          <w:rFonts w:ascii="Times New Roman" w:eastAsia="Arial" w:hAnsi="Times New Roman" w:cs="Times New Roman"/>
          <w:sz w:val="24"/>
          <w:szCs w:val="24"/>
        </w:rPr>
        <w:t>мен</w:t>
      </w:r>
      <w:proofErr w:type="spellEnd"/>
      <w:r w:rsidRPr="009170FF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170FF">
        <w:rPr>
          <w:rFonts w:ascii="Times New Roman" w:eastAsia="Arial" w:hAnsi="Times New Roman" w:cs="Times New Roman"/>
          <w:sz w:val="24"/>
          <w:szCs w:val="24"/>
        </w:rPr>
        <w:t>қолдау</w:t>
      </w:r>
      <w:proofErr w:type="spellEnd"/>
      <w:r w:rsidRPr="009170FF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170FF">
        <w:rPr>
          <w:rFonts w:ascii="Times New Roman" w:eastAsia="Arial" w:hAnsi="Times New Roman" w:cs="Times New Roman"/>
          <w:sz w:val="24"/>
          <w:szCs w:val="24"/>
        </w:rPr>
        <w:t>шаралары</w:t>
      </w:r>
      <w:proofErr w:type="spellEnd"/>
    </w:p>
    <w:p w:rsidR="00877D02" w:rsidRPr="009170FF" w:rsidRDefault="003D4918" w:rsidP="009170F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170FF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917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170FF">
        <w:rPr>
          <w:rFonts w:ascii="Times New Roman" w:hAnsi="Times New Roman" w:cs="Times New Roman"/>
          <w:sz w:val="24"/>
          <w:szCs w:val="24"/>
        </w:rPr>
        <w:t>мәселе</w:t>
      </w:r>
      <w:proofErr w:type="spellEnd"/>
      <w:r w:rsidRPr="009170FF">
        <w:rPr>
          <w:rFonts w:ascii="Times New Roman" w:hAnsi="Times New Roman" w:cs="Times New Roman"/>
          <w:sz w:val="24"/>
          <w:szCs w:val="24"/>
        </w:rPr>
        <w:t xml:space="preserve">  _</w:t>
      </w:r>
      <w:proofErr w:type="gramEnd"/>
      <w:r w:rsidRPr="009170F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77D02" w:rsidRPr="009170FF" w:rsidRDefault="003D4918" w:rsidP="009170F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170FF">
        <w:rPr>
          <w:rFonts w:ascii="Times New Roman" w:hAnsi="Times New Roman" w:cs="Times New Roman"/>
          <w:sz w:val="24"/>
          <w:szCs w:val="24"/>
        </w:rPr>
        <w:t>Қабылданған</w:t>
      </w:r>
      <w:proofErr w:type="spellEnd"/>
      <w:r w:rsidRPr="00917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170FF">
        <w:rPr>
          <w:rFonts w:ascii="Times New Roman" w:hAnsi="Times New Roman" w:cs="Times New Roman"/>
          <w:sz w:val="24"/>
          <w:szCs w:val="24"/>
        </w:rPr>
        <w:t>шара</w:t>
      </w:r>
      <w:proofErr w:type="spellEnd"/>
      <w:r w:rsidRPr="009170FF">
        <w:rPr>
          <w:rFonts w:ascii="Times New Roman" w:hAnsi="Times New Roman" w:cs="Times New Roman"/>
          <w:sz w:val="24"/>
          <w:szCs w:val="24"/>
        </w:rPr>
        <w:t xml:space="preserve">  _</w:t>
      </w:r>
      <w:proofErr w:type="gramEnd"/>
      <w:r w:rsidRPr="009170F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77D02" w:rsidRPr="009170FF" w:rsidRDefault="003D4918" w:rsidP="009170F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170FF">
        <w:rPr>
          <w:rFonts w:ascii="Times New Roman" w:hAnsi="Times New Roman" w:cs="Times New Roman"/>
          <w:sz w:val="24"/>
          <w:szCs w:val="24"/>
        </w:rPr>
        <w:br w:type="page"/>
      </w:r>
    </w:p>
    <w:p w:rsidR="009170FF" w:rsidRPr="009170FF" w:rsidRDefault="009170FF" w:rsidP="009170FF">
      <w:pPr>
        <w:spacing w:after="0" w:line="240" w:lineRule="auto"/>
        <w:jc w:val="right"/>
        <w:rPr>
          <w:rFonts w:ascii="Times New Roman" w:eastAsia="Calibri" w:hAnsi="Times New Roman" w:cs="Times New Roman"/>
          <w:color w:val="auto"/>
          <w:sz w:val="24"/>
          <w:szCs w:val="24"/>
          <w:lang w:val="kk-KZ"/>
        </w:rPr>
      </w:pPr>
      <w:r w:rsidRPr="009170FF">
        <w:rPr>
          <w:rFonts w:ascii="Times New Roman" w:eastAsia="Calibri" w:hAnsi="Times New Roman" w:cs="Times New Roman"/>
          <w:color w:val="auto"/>
          <w:sz w:val="24"/>
          <w:szCs w:val="24"/>
          <w:lang w:val="kk-KZ"/>
        </w:rPr>
        <w:lastRenderedPageBreak/>
        <w:t>«ШЫҒЫС ҚАЗАҚСТАН ОБЛЫСЫ                                                                                                          БІЛІМ БАСҚАРМАСЫНЫҢ</w:t>
      </w:r>
    </w:p>
    <w:p w:rsidR="009170FF" w:rsidRPr="009170FF" w:rsidRDefault="009170FF" w:rsidP="009170FF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auto"/>
          <w:sz w:val="24"/>
          <w:szCs w:val="24"/>
          <w:lang w:val="kk-KZ"/>
        </w:rPr>
      </w:pPr>
      <w:r w:rsidRPr="009170FF">
        <w:rPr>
          <w:rFonts w:ascii="Times New Roman" w:eastAsia="Calibri" w:hAnsi="Times New Roman" w:cs="Times New Roman"/>
          <w:color w:val="auto"/>
          <w:sz w:val="24"/>
          <w:szCs w:val="24"/>
          <w:lang w:val="kk-KZ"/>
        </w:rPr>
        <w:t xml:space="preserve">                              «ТАРБАҒАТАЙ АУДАНЫ</w:t>
      </w:r>
    </w:p>
    <w:p w:rsidR="009170FF" w:rsidRPr="009170FF" w:rsidRDefault="009170FF" w:rsidP="009170FF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auto"/>
          <w:sz w:val="24"/>
          <w:szCs w:val="24"/>
          <w:lang w:val="kk-KZ"/>
        </w:rPr>
      </w:pPr>
      <w:r w:rsidRPr="009170FF">
        <w:rPr>
          <w:rFonts w:ascii="Times New Roman" w:eastAsia="Calibri" w:hAnsi="Times New Roman" w:cs="Times New Roman"/>
          <w:color w:val="auto"/>
          <w:sz w:val="24"/>
          <w:szCs w:val="24"/>
          <w:lang w:val="kk-KZ"/>
        </w:rPr>
        <w:t xml:space="preserve">  БОЙЫНША БІЛІМ БӨЛІМІ» ММ</w:t>
      </w:r>
    </w:p>
    <w:p w:rsidR="009170FF" w:rsidRPr="009170FF" w:rsidRDefault="009170FF" w:rsidP="009170FF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auto"/>
          <w:sz w:val="24"/>
          <w:szCs w:val="24"/>
          <w:lang w:val="kk-KZ"/>
        </w:rPr>
      </w:pPr>
      <w:r w:rsidRPr="009170FF">
        <w:rPr>
          <w:rFonts w:ascii="Times New Roman" w:eastAsia="Calibri" w:hAnsi="Times New Roman" w:cs="Times New Roman"/>
          <w:color w:val="auto"/>
          <w:sz w:val="24"/>
          <w:szCs w:val="24"/>
          <w:lang w:val="kk-KZ"/>
        </w:rPr>
        <w:t xml:space="preserve">        «_____» _________2026 жылғы</w:t>
      </w:r>
    </w:p>
    <w:p w:rsidR="009170FF" w:rsidRPr="009170FF" w:rsidRDefault="009170FF" w:rsidP="009170FF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auto"/>
          <w:sz w:val="24"/>
          <w:szCs w:val="24"/>
          <w:lang w:val="kk-KZ"/>
        </w:rPr>
      </w:pPr>
      <w:r w:rsidRPr="009170FF">
        <w:rPr>
          <w:rFonts w:ascii="Times New Roman" w:eastAsia="Calibri" w:hAnsi="Times New Roman" w:cs="Times New Roman"/>
          <w:color w:val="auto"/>
          <w:sz w:val="24"/>
          <w:szCs w:val="24"/>
          <w:lang w:val="kk-KZ"/>
        </w:rPr>
        <w:t xml:space="preserve">№_________________________ </w:t>
      </w:r>
    </w:p>
    <w:p w:rsidR="009170FF" w:rsidRDefault="009170FF" w:rsidP="009170FF">
      <w:pPr>
        <w:spacing w:after="160" w:line="240" w:lineRule="auto"/>
        <w:jc w:val="right"/>
        <w:rPr>
          <w:rFonts w:ascii="Times New Roman" w:hAnsi="Times New Roman" w:cs="Times New Roman"/>
          <w:i/>
          <w:lang w:val="kk-KZ"/>
        </w:rPr>
      </w:pPr>
      <w:r w:rsidRPr="009170FF">
        <w:rPr>
          <w:rFonts w:ascii="Times New Roman" w:eastAsia="Calibri" w:hAnsi="Times New Roman" w:cs="Times New Roman"/>
          <w:color w:val="auto"/>
          <w:sz w:val="24"/>
          <w:szCs w:val="24"/>
          <w:lang w:val="kk-KZ"/>
        </w:rPr>
        <w:t xml:space="preserve">  №</w:t>
      </w:r>
      <w:r>
        <w:rPr>
          <w:rFonts w:ascii="Times New Roman" w:eastAsia="Calibri" w:hAnsi="Times New Roman" w:cs="Times New Roman"/>
          <w:color w:val="auto"/>
          <w:sz w:val="24"/>
          <w:szCs w:val="24"/>
          <w:lang w:val="kk-KZ"/>
        </w:rPr>
        <w:t>2</w:t>
      </w:r>
      <w:r w:rsidRPr="009170FF">
        <w:rPr>
          <w:rFonts w:ascii="Times New Roman" w:eastAsia="Calibri" w:hAnsi="Times New Roman" w:cs="Times New Roman"/>
          <w:color w:val="auto"/>
          <w:sz w:val="24"/>
          <w:szCs w:val="24"/>
          <w:lang w:val="kk-KZ"/>
        </w:rPr>
        <w:t xml:space="preserve"> қосымша</w:t>
      </w:r>
    </w:p>
    <w:p w:rsidR="009170FF" w:rsidRDefault="009170FF" w:rsidP="00AA0977">
      <w:pPr>
        <w:spacing w:after="160" w:line="240" w:lineRule="auto"/>
        <w:jc w:val="both"/>
        <w:rPr>
          <w:rFonts w:ascii="Times New Roman" w:hAnsi="Times New Roman" w:cs="Times New Roman"/>
          <w:i/>
          <w:lang w:val="kk-KZ"/>
        </w:rPr>
      </w:pPr>
    </w:p>
    <w:p w:rsidR="00877D02" w:rsidRPr="009170FF" w:rsidRDefault="003D4918" w:rsidP="00AA0977">
      <w:pPr>
        <w:spacing w:after="160" w:line="240" w:lineRule="auto"/>
        <w:jc w:val="both"/>
        <w:rPr>
          <w:rFonts w:ascii="Times New Roman" w:hAnsi="Times New Roman" w:cs="Times New Roman"/>
          <w:lang w:val="kk-KZ"/>
        </w:rPr>
      </w:pPr>
      <w:r w:rsidRPr="009170FF">
        <w:rPr>
          <w:rFonts w:ascii="Times New Roman" w:hAnsi="Times New Roman" w:cs="Times New Roman"/>
          <w:i/>
          <w:lang w:val="kk-KZ"/>
        </w:rPr>
        <w:t>Аудандық жұмыс жоспарына 2 қосымша</w:t>
      </w:r>
    </w:p>
    <w:p w:rsidR="00877D02" w:rsidRPr="00AA0977" w:rsidRDefault="003D4918" w:rsidP="00AA0977">
      <w:pPr>
        <w:pStyle w:val="1"/>
        <w:spacing w:before="180" w:after="8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AA0977">
        <w:rPr>
          <w:rFonts w:ascii="Times New Roman" w:eastAsia="Arial" w:hAnsi="Times New Roman" w:cs="Times New Roman"/>
          <w:sz w:val="22"/>
          <w:szCs w:val="22"/>
        </w:rPr>
        <w:t>Қатысушының</w:t>
      </w:r>
      <w:proofErr w:type="spellEnd"/>
      <w:r w:rsidRPr="00AA0977">
        <w:rPr>
          <w:rFonts w:ascii="Times New Roman" w:eastAsia="Arial" w:hAnsi="Times New Roman" w:cs="Times New Roman"/>
          <w:sz w:val="22"/>
          <w:szCs w:val="22"/>
        </w:rPr>
        <w:t xml:space="preserve"> </w:t>
      </w:r>
      <w:proofErr w:type="spellStart"/>
      <w:r w:rsidRPr="00AA0977">
        <w:rPr>
          <w:rFonts w:ascii="Times New Roman" w:eastAsia="Arial" w:hAnsi="Times New Roman" w:cs="Times New Roman"/>
          <w:sz w:val="22"/>
          <w:szCs w:val="22"/>
        </w:rPr>
        <w:t>жеке</w:t>
      </w:r>
      <w:proofErr w:type="spellEnd"/>
      <w:r w:rsidRPr="00AA0977">
        <w:rPr>
          <w:rFonts w:ascii="Times New Roman" w:eastAsia="Arial" w:hAnsi="Times New Roman" w:cs="Times New Roman"/>
          <w:sz w:val="22"/>
          <w:szCs w:val="22"/>
        </w:rPr>
        <w:t xml:space="preserve"> </w:t>
      </w:r>
      <w:proofErr w:type="spellStart"/>
      <w:r w:rsidRPr="00AA0977">
        <w:rPr>
          <w:rFonts w:ascii="Times New Roman" w:eastAsia="Arial" w:hAnsi="Times New Roman" w:cs="Times New Roman"/>
          <w:sz w:val="22"/>
          <w:szCs w:val="22"/>
        </w:rPr>
        <w:t>оқу</w:t>
      </w:r>
      <w:proofErr w:type="spellEnd"/>
      <w:r w:rsidRPr="00AA0977">
        <w:rPr>
          <w:rFonts w:ascii="Times New Roman" w:eastAsia="Arial" w:hAnsi="Times New Roman" w:cs="Times New Roman"/>
          <w:sz w:val="22"/>
          <w:szCs w:val="22"/>
        </w:rPr>
        <w:t xml:space="preserve"> </w:t>
      </w:r>
      <w:proofErr w:type="spellStart"/>
      <w:r w:rsidRPr="00AA0977">
        <w:rPr>
          <w:rFonts w:ascii="Times New Roman" w:eastAsia="Arial" w:hAnsi="Times New Roman" w:cs="Times New Roman"/>
          <w:sz w:val="22"/>
          <w:szCs w:val="22"/>
        </w:rPr>
        <w:t>трекері</w:t>
      </w:r>
      <w:proofErr w:type="spellEnd"/>
    </w:p>
    <w:tbl>
      <w:tblPr>
        <w:tblW w:w="0" w:type="auto"/>
        <w:jc w:val="center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7128"/>
      </w:tblGrid>
      <w:tr w:rsidR="00877D02" w:rsidRPr="00AA0977">
        <w:trPr>
          <w:cantSplit/>
          <w:jc w:val="center"/>
        </w:trPr>
        <w:tc>
          <w:tcPr>
            <w:tcW w:w="3240" w:type="dxa"/>
            <w:shd w:val="clear" w:color="auto" w:fill="EEF4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  <w:b/>
              </w:rPr>
              <w:t>Қатысушының</w:t>
            </w:r>
            <w:proofErr w:type="spellEnd"/>
            <w:r w:rsidRPr="00AA097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b/>
              </w:rPr>
              <w:t>аты</w:t>
            </w:r>
            <w:proofErr w:type="spellEnd"/>
            <w:r w:rsidRPr="00AA097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b/>
              </w:rPr>
              <w:t>жөні</w:t>
            </w:r>
            <w:proofErr w:type="spellEnd"/>
          </w:p>
        </w:tc>
        <w:tc>
          <w:tcPr>
            <w:tcW w:w="712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7D02" w:rsidRPr="00AA0977">
        <w:trPr>
          <w:cantSplit/>
          <w:jc w:val="center"/>
        </w:trPr>
        <w:tc>
          <w:tcPr>
            <w:tcW w:w="3240" w:type="dxa"/>
            <w:shd w:val="clear" w:color="auto" w:fill="EEF4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9170FF" w:rsidRDefault="003E5C03" w:rsidP="003E5C0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Білім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беру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9170FF">
              <w:rPr>
                <w:rFonts w:ascii="Times New Roman" w:hAnsi="Times New Roman" w:cs="Times New Roman"/>
                <w:b/>
                <w:lang w:val="kk-KZ"/>
              </w:rPr>
              <w:t>ұйымы</w:t>
            </w:r>
          </w:p>
        </w:tc>
        <w:tc>
          <w:tcPr>
            <w:tcW w:w="712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7D02" w:rsidRPr="00AA0977">
        <w:trPr>
          <w:cantSplit/>
          <w:jc w:val="center"/>
        </w:trPr>
        <w:tc>
          <w:tcPr>
            <w:tcW w:w="3240" w:type="dxa"/>
            <w:shd w:val="clear" w:color="auto" w:fill="EEF4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  <w:b/>
              </w:rPr>
              <w:t>Қатысу</w:t>
            </w:r>
            <w:proofErr w:type="spellEnd"/>
            <w:r w:rsidRPr="00AA097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b/>
              </w:rPr>
              <w:t>бағыты</w:t>
            </w:r>
            <w:proofErr w:type="spellEnd"/>
          </w:p>
        </w:tc>
        <w:tc>
          <w:tcPr>
            <w:tcW w:w="712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7D02" w:rsidRPr="00AA0977">
        <w:trPr>
          <w:cantSplit/>
          <w:jc w:val="center"/>
        </w:trPr>
        <w:tc>
          <w:tcPr>
            <w:tcW w:w="3240" w:type="dxa"/>
            <w:shd w:val="clear" w:color="auto" w:fill="EEF4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3E5C03" w:rsidRDefault="003E5C03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Марафон</w:t>
            </w:r>
            <w:proofErr w:type="spellEnd"/>
            <w:r>
              <w:rPr>
                <w:rFonts w:ascii="Times New Roman" w:hAnsi="Times New Roman" w:cs="Times New Roman"/>
                <w:b/>
                <w:lang w:val="kk-KZ"/>
              </w:rPr>
              <w:t>ға жауапты маман</w:t>
            </w:r>
          </w:p>
        </w:tc>
        <w:tc>
          <w:tcPr>
            <w:tcW w:w="712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77D02" w:rsidRPr="00AA0977" w:rsidRDefault="00877D02" w:rsidP="00AA0977">
      <w:pPr>
        <w:spacing w:after="40"/>
        <w:jc w:val="both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3916"/>
        <w:gridCol w:w="1756"/>
        <w:gridCol w:w="1382"/>
        <w:gridCol w:w="1267"/>
        <w:gridCol w:w="1497"/>
      </w:tblGrid>
      <w:tr w:rsidR="00877D02" w:rsidRPr="00AA0977">
        <w:trPr>
          <w:tblHeader/>
          <w:jc w:val="center"/>
        </w:trPr>
        <w:tc>
          <w:tcPr>
            <w:tcW w:w="547" w:type="dxa"/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  <w:b/>
                <w:color w:val="FFFFFF"/>
              </w:rPr>
              <w:t>№</w:t>
            </w:r>
          </w:p>
        </w:tc>
        <w:tc>
          <w:tcPr>
            <w:tcW w:w="3916" w:type="dxa"/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  <w:b/>
                <w:color w:val="FFFFFF"/>
              </w:rPr>
              <w:t>Кітап</w:t>
            </w:r>
            <w:proofErr w:type="spellEnd"/>
            <w:r w:rsidRPr="00AA0977">
              <w:rPr>
                <w:rFonts w:ascii="Times New Roman" w:hAnsi="Times New Roman" w:cs="Times New Roman"/>
                <w:b/>
                <w:color w:val="FFFFFF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b/>
                <w:color w:val="FFFFFF"/>
              </w:rPr>
              <w:t>атауы</w:t>
            </w:r>
            <w:proofErr w:type="spellEnd"/>
            <w:r w:rsidRPr="00AA0977">
              <w:rPr>
                <w:rFonts w:ascii="Times New Roman" w:hAnsi="Times New Roman" w:cs="Times New Roman"/>
                <w:b/>
                <w:color w:val="FFFFFF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b/>
                <w:color w:val="FFFFFF"/>
              </w:rPr>
              <w:t>мен</w:t>
            </w:r>
            <w:proofErr w:type="spellEnd"/>
            <w:r w:rsidRPr="00AA0977">
              <w:rPr>
                <w:rFonts w:ascii="Times New Roman" w:hAnsi="Times New Roman" w:cs="Times New Roman"/>
                <w:b/>
                <w:color w:val="FFFFFF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b/>
                <w:color w:val="FFFFFF"/>
              </w:rPr>
              <w:t>авторы</w:t>
            </w:r>
            <w:proofErr w:type="spellEnd"/>
          </w:p>
        </w:tc>
        <w:tc>
          <w:tcPr>
            <w:tcW w:w="1756" w:type="dxa"/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  <w:b/>
                <w:color w:val="FFFFFF"/>
              </w:rPr>
              <w:t>Оқу</w:t>
            </w:r>
            <w:proofErr w:type="spellEnd"/>
            <w:r w:rsidRPr="00AA0977">
              <w:rPr>
                <w:rFonts w:ascii="Times New Roman" w:hAnsi="Times New Roman" w:cs="Times New Roman"/>
                <w:b/>
                <w:color w:val="FFFFFF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b/>
                <w:color w:val="FFFFFF"/>
              </w:rPr>
              <w:t>мерзімі</w:t>
            </w:r>
            <w:proofErr w:type="spellEnd"/>
          </w:p>
        </w:tc>
        <w:tc>
          <w:tcPr>
            <w:tcW w:w="1382" w:type="dxa"/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  <w:b/>
                <w:color w:val="FFFFFF"/>
              </w:rPr>
              <w:t>Жазбаша</w:t>
            </w:r>
            <w:proofErr w:type="spellEnd"/>
            <w:r w:rsidRPr="00AA0977">
              <w:rPr>
                <w:rFonts w:ascii="Times New Roman" w:hAnsi="Times New Roman" w:cs="Times New Roman"/>
                <w:b/>
                <w:color w:val="FFFFFF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b/>
                <w:color w:val="FFFFFF"/>
              </w:rPr>
              <w:t>пікір</w:t>
            </w:r>
            <w:proofErr w:type="spellEnd"/>
          </w:p>
        </w:tc>
        <w:tc>
          <w:tcPr>
            <w:tcW w:w="1267" w:type="dxa"/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  <w:b/>
                <w:color w:val="FFFFFF"/>
              </w:rPr>
              <w:t>Бейне</w:t>
            </w:r>
            <w:proofErr w:type="spellEnd"/>
            <w:r w:rsidRPr="00AA0977">
              <w:rPr>
                <w:rFonts w:ascii="Times New Roman" w:hAnsi="Times New Roman" w:cs="Times New Roman"/>
                <w:b/>
                <w:color w:val="FFFFFF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b/>
                <w:color w:val="FFFFFF"/>
              </w:rPr>
              <w:t>пікір</w:t>
            </w:r>
            <w:proofErr w:type="spellEnd"/>
          </w:p>
        </w:tc>
        <w:tc>
          <w:tcPr>
            <w:tcW w:w="1497" w:type="dxa"/>
            <w:shd w:val="clear" w:color="auto" w:fill="1F4E7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A0977">
              <w:rPr>
                <w:rFonts w:ascii="Times New Roman" w:hAnsi="Times New Roman" w:cs="Times New Roman"/>
                <w:b/>
                <w:color w:val="FFFFFF"/>
              </w:rPr>
              <w:t>Белгі</w:t>
            </w:r>
            <w:proofErr w:type="spellEnd"/>
            <w:r w:rsidRPr="00AA0977">
              <w:rPr>
                <w:rFonts w:ascii="Times New Roman" w:hAnsi="Times New Roman" w:cs="Times New Roman"/>
                <w:b/>
                <w:color w:val="FFFFFF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b/>
                <w:color w:val="FFFFFF"/>
              </w:rPr>
              <w:t>немесе</w:t>
            </w:r>
            <w:proofErr w:type="spellEnd"/>
            <w:r w:rsidRPr="00AA0977">
              <w:rPr>
                <w:rFonts w:ascii="Times New Roman" w:hAnsi="Times New Roman" w:cs="Times New Roman"/>
                <w:b/>
                <w:color w:val="FFFFFF"/>
              </w:rPr>
              <w:t xml:space="preserve"> </w:t>
            </w:r>
            <w:proofErr w:type="spellStart"/>
            <w:r w:rsidRPr="00AA0977">
              <w:rPr>
                <w:rFonts w:ascii="Times New Roman" w:hAnsi="Times New Roman" w:cs="Times New Roman"/>
                <w:b/>
                <w:color w:val="FFFFFF"/>
              </w:rPr>
              <w:t>ұпай</w:t>
            </w:r>
            <w:proofErr w:type="spellEnd"/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1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16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1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16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1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16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1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16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1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916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91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916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91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916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  <w:shd w:val="clear" w:color="auto" w:fill="F7FAFC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7D02" w:rsidRPr="00AA0977">
        <w:trPr>
          <w:cantSplit/>
          <w:jc w:val="center"/>
        </w:trPr>
        <w:tc>
          <w:tcPr>
            <w:tcW w:w="54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3D4918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A097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91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56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8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877D02" w:rsidRPr="00AA0977" w:rsidRDefault="00877D02" w:rsidP="00AA09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77D02" w:rsidRPr="00AA0977" w:rsidRDefault="003D4918" w:rsidP="00AA0977">
      <w:pPr>
        <w:spacing w:before="120" w:after="40" w:line="252" w:lineRule="auto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AA0977">
        <w:rPr>
          <w:rFonts w:ascii="Times New Roman" w:hAnsi="Times New Roman" w:cs="Times New Roman"/>
          <w:b/>
        </w:rPr>
        <w:t>Қатысушыға</w:t>
      </w:r>
      <w:proofErr w:type="spellEnd"/>
      <w:r w:rsidRPr="00AA0977">
        <w:rPr>
          <w:rFonts w:ascii="Times New Roman" w:hAnsi="Times New Roman" w:cs="Times New Roman"/>
          <w:b/>
        </w:rPr>
        <w:t xml:space="preserve"> </w:t>
      </w:r>
      <w:proofErr w:type="spellStart"/>
      <w:r w:rsidRPr="00AA0977">
        <w:rPr>
          <w:rFonts w:ascii="Times New Roman" w:hAnsi="Times New Roman" w:cs="Times New Roman"/>
          <w:b/>
        </w:rPr>
        <w:t>ескерту</w:t>
      </w:r>
      <w:proofErr w:type="spellEnd"/>
      <w:r w:rsidRPr="00AA0977">
        <w:rPr>
          <w:rFonts w:ascii="Times New Roman" w:hAnsi="Times New Roman" w:cs="Times New Roman"/>
          <w:b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Әр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кітап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аяқталғаннан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кейін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оқу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мерзімін</w:t>
      </w:r>
      <w:proofErr w:type="spellEnd"/>
      <w:r w:rsidRPr="00AA0977">
        <w:rPr>
          <w:rFonts w:ascii="Times New Roman" w:hAnsi="Times New Roman" w:cs="Times New Roman"/>
        </w:rPr>
        <w:t xml:space="preserve">, </w:t>
      </w:r>
      <w:proofErr w:type="spellStart"/>
      <w:r w:rsidRPr="00AA0977">
        <w:rPr>
          <w:rFonts w:ascii="Times New Roman" w:hAnsi="Times New Roman" w:cs="Times New Roman"/>
        </w:rPr>
        <w:t>жарияланған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пікірді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және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жеке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кабинеттегі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нәтижені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осы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трекерге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белгілеңіз</w:t>
      </w:r>
      <w:proofErr w:type="spellEnd"/>
      <w:r w:rsidRPr="00AA0977">
        <w:rPr>
          <w:rFonts w:ascii="Times New Roman" w:hAnsi="Times New Roman" w:cs="Times New Roman"/>
        </w:rPr>
        <w:t>.</w:t>
      </w:r>
      <w:proofErr w:type="gramEnd"/>
      <w:r w:rsidRPr="00AA0977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AA0977">
        <w:rPr>
          <w:rFonts w:ascii="Times New Roman" w:hAnsi="Times New Roman" w:cs="Times New Roman"/>
        </w:rPr>
        <w:t>Пікір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мазмұны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өз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сөзіңізбен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жазылып</w:t>
      </w:r>
      <w:proofErr w:type="spellEnd"/>
      <w:r w:rsidRPr="00AA0977">
        <w:rPr>
          <w:rFonts w:ascii="Times New Roman" w:hAnsi="Times New Roman" w:cs="Times New Roman"/>
        </w:rPr>
        <w:t xml:space="preserve">, </w:t>
      </w:r>
      <w:proofErr w:type="spellStart"/>
      <w:r w:rsidRPr="00AA0977">
        <w:rPr>
          <w:rFonts w:ascii="Times New Roman" w:hAnsi="Times New Roman" w:cs="Times New Roman"/>
        </w:rPr>
        <w:t>кітаптың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негізгі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ойы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мен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жеке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көзқарасыңызды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көрсетуі</w:t>
      </w:r>
      <w:proofErr w:type="spellEnd"/>
      <w:r w:rsidRPr="00AA0977">
        <w:rPr>
          <w:rFonts w:ascii="Times New Roman" w:hAnsi="Times New Roman" w:cs="Times New Roman"/>
        </w:rPr>
        <w:t xml:space="preserve"> </w:t>
      </w:r>
      <w:proofErr w:type="spellStart"/>
      <w:r w:rsidRPr="00AA0977">
        <w:rPr>
          <w:rFonts w:ascii="Times New Roman" w:hAnsi="Times New Roman" w:cs="Times New Roman"/>
        </w:rPr>
        <w:t>тиіс</w:t>
      </w:r>
      <w:proofErr w:type="spellEnd"/>
      <w:r w:rsidRPr="00AA0977">
        <w:rPr>
          <w:rFonts w:ascii="Times New Roman" w:hAnsi="Times New Roman" w:cs="Times New Roman"/>
        </w:rPr>
        <w:t>.</w:t>
      </w:r>
      <w:proofErr w:type="gramEnd"/>
    </w:p>
    <w:sectPr w:rsidR="00877D02" w:rsidRPr="00AA0977" w:rsidSect="00034616">
      <w:footerReference w:type="default" r:id="rId10"/>
      <w:pgSz w:w="12240" w:h="15840"/>
      <w:pgMar w:top="792" w:right="893" w:bottom="792" w:left="893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7F9" w:rsidRDefault="000157F9">
      <w:pPr>
        <w:spacing w:after="0" w:line="240" w:lineRule="auto"/>
      </w:pPr>
      <w:r>
        <w:separator/>
      </w:r>
    </w:p>
  </w:endnote>
  <w:endnote w:type="continuationSeparator" w:id="0">
    <w:p w:rsidR="000157F9" w:rsidRDefault="00015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D02" w:rsidRDefault="00877D02">
    <w:pPr>
      <w:pStyle w:val="a7"/>
    </w:pPr>
  </w:p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9360"/>
      <w:gridCol w:w="1007"/>
    </w:tblGrid>
    <w:tr w:rsidR="00877D02">
      <w:trPr>
        <w:jc w:val="center"/>
      </w:trPr>
      <w:tc>
        <w:tcPr>
          <w:tcW w:w="9360" w:type="dxa"/>
        </w:tcPr>
        <w:p w:rsidR="00877D02" w:rsidRDefault="003D4918">
          <w:pPr>
            <w:spacing w:after="0"/>
          </w:pPr>
          <w:proofErr w:type="spellStart"/>
          <w:r>
            <w:rPr>
              <w:color w:val="666666"/>
              <w:sz w:val="17"/>
            </w:rPr>
            <w:t>Кітап</w:t>
          </w:r>
          <w:proofErr w:type="spellEnd"/>
          <w:r>
            <w:rPr>
              <w:color w:val="666666"/>
              <w:sz w:val="17"/>
            </w:rPr>
            <w:t xml:space="preserve"> </w:t>
          </w:r>
          <w:proofErr w:type="spellStart"/>
          <w:r>
            <w:rPr>
              <w:color w:val="666666"/>
              <w:sz w:val="17"/>
            </w:rPr>
            <w:t>оқитын</w:t>
          </w:r>
          <w:proofErr w:type="spellEnd"/>
          <w:r>
            <w:rPr>
              <w:color w:val="666666"/>
              <w:sz w:val="17"/>
            </w:rPr>
            <w:t xml:space="preserve"> </w:t>
          </w:r>
          <w:proofErr w:type="spellStart"/>
          <w:r>
            <w:rPr>
              <w:color w:val="666666"/>
              <w:sz w:val="17"/>
            </w:rPr>
            <w:t>ұлт</w:t>
          </w:r>
          <w:proofErr w:type="spellEnd"/>
          <w:r>
            <w:rPr>
              <w:color w:val="666666"/>
              <w:sz w:val="17"/>
            </w:rPr>
            <w:t xml:space="preserve"> </w:t>
          </w:r>
          <w:proofErr w:type="spellStart"/>
          <w:r>
            <w:rPr>
              <w:color w:val="666666"/>
              <w:sz w:val="17"/>
            </w:rPr>
            <w:t>марафоны</w:t>
          </w:r>
          <w:proofErr w:type="spellEnd"/>
          <w:r>
            <w:rPr>
              <w:color w:val="666666"/>
              <w:sz w:val="17"/>
            </w:rPr>
            <w:t xml:space="preserve"> </w:t>
          </w:r>
          <w:proofErr w:type="spellStart"/>
          <w:r>
            <w:rPr>
              <w:color w:val="666666"/>
              <w:sz w:val="17"/>
            </w:rPr>
            <w:t>бойынша</w:t>
          </w:r>
          <w:proofErr w:type="spellEnd"/>
          <w:r>
            <w:rPr>
              <w:color w:val="666666"/>
              <w:sz w:val="17"/>
            </w:rPr>
            <w:t xml:space="preserve"> </w:t>
          </w:r>
          <w:proofErr w:type="spellStart"/>
          <w:r>
            <w:rPr>
              <w:color w:val="666666"/>
              <w:sz w:val="17"/>
            </w:rPr>
            <w:t>аудандық</w:t>
          </w:r>
          <w:proofErr w:type="spellEnd"/>
          <w:r>
            <w:rPr>
              <w:color w:val="666666"/>
              <w:sz w:val="17"/>
            </w:rPr>
            <w:t xml:space="preserve"> </w:t>
          </w:r>
          <w:proofErr w:type="spellStart"/>
          <w:r>
            <w:rPr>
              <w:color w:val="666666"/>
              <w:sz w:val="17"/>
            </w:rPr>
            <w:t>жұмыс</w:t>
          </w:r>
          <w:proofErr w:type="spellEnd"/>
          <w:r>
            <w:rPr>
              <w:color w:val="666666"/>
              <w:sz w:val="17"/>
            </w:rPr>
            <w:t xml:space="preserve"> </w:t>
          </w:r>
          <w:proofErr w:type="spellStart"/>
          <w:r>
            <w:rPr>
              <w:color w:val="666666"/>
              <w:sz w:val="17"/>
            </w:rPr>
            <w:t>жоспары</w:t>
          </w:r>
          <w:proofErr w:type="spellEnd"/>
        </w:p>
      </w:tc>
      <w:tc>
        <w:tcPr>
          <w:tcW w:w="1007" w:type="dxa"/>
        </w:tcPr>
        <w:p w:rsidR="00877D02" w:rsidRDefault="003D4918">
          <w:pPr>
            <w:jc w:val="right"/>
          </w:pPr>
          <w:r>
            <w:rPr>
              <w:color w:val="666666"/>
              <w:sz w:val="18"/>
            </w:rPr>
            <w:fldChar w:fldCharType="begin"/>
          </w:r>
          <w:r>
            <w:rPr>
              <w:color w:val="666666"/>
              <w:sz w:val="18"/>
            </w:rPr>
            <w:instrText xml:space="preserve"> PAGE </w:instrText>
          </w:r>
          <w:r>
            <w:rPr>
              <w:color w:val="666666"/>
              <w:sz w:val="18"/>
            </w:rPr>
            <w:fldChar w:fldCharType="separate"/>
          </w:r>
          <w:r w:rsidR="001F3BEA">
            <w:rPr>
              <w:noProof/>
              <w:color w:val="666666"/>
              <w:sz w:val="18"/>
            </w:rPr>
            <w:t>1</w:t>
          </w:r>
          <w:r>
            <w:rPr>
              <w:color w:val="666666"/>
              <w:sz w:val="18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7F9" w:rsidRDefault="000157F9">
      <w:pPr>
        <w:spacing w:after="0" w:line="240" w:lineRule="auto"/>
      </w:pPr>
      <w:r>
        <w:separator/>
      </w:r>
    </w:p>
  </w:footnote>
  <w:footnote w:type="continuationSeparator" w:id="0">
    <w:p w:rsidR="000157F9" w:rsidRDefault="000157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644E6247"/>
    <w:multiLevelType w:val="hybridMultilevel"/>
    <w:tmpl w:val="0DDE755C"/>
    <w:lvl w:ilvl="0" w:tplc="CA0CCCFE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157F9"/>
    <w:rsid w:val="00034616"/>
    <w:rsid w:val="0006063C"/>
    <w:rsid w:val="0009439B"/>
    <w:rsid w:val="0015074B"/>
    <w:rsid w:val="001A5F33"/>
    <w:rsid w:val="001F3BEA"/>
    <w:rsid w:val="0029639D"/>
    <w:rsid w:val="00326F90"/>
    <w:rsid w:val="003D4918"/>
    <w:rsid w:val="003E5C03"/>
    <w:rsid w:val="004D491B"/>
    <w:rsid w:val="005D69E2"/>
    <w:rsid w:val="00682C5C"/>
    <w:rsid w:val="006F6746"/>
    <w:rsid w:val="007151AD"/>
    <w:rsid w:val="00877D02"/>
    <w:rsid w:val="009170FF"/>
    <w:rsid w:val="00A962D5"/>
    <w:rsid w:val="00AA0977"/>
    <w:rsid w:val="00AA1D8D"/>
    <w:rsid w:val="00AC089A"/>
    <w:rsid w:val="00B47730"/>
    <w:rsid w:val="00CB0664"/>
    <w:rsid w:val="00CE345C"/>
    <w:rsid w:val="00E97BC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Arial" w:eastAsia="Arial" w:hAnsi="Arial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top w:val="nil"/>
        <w:left w:val="nil"/>
        <w:bottom w:val="nil"/>
        <w:right w:val="nil"/>
        <w:between w:val="nil"/>
        <w:bar w:val="nil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Arial" w:eastAsia="Arial" w:hAnsi="Arial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top w:val="nil"/>
        <w:left w:val="nil"/>
        <w:bottom w:val="nil"/>
        <w:right w:val="nil"/>
        <w:between w:val="nil"/>
        <w:bar w:val="nil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reading-nation.k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DF74482-524E-48F9-B9EC-E7B2DC185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7</Pages>
  <Words>1407</Words>
  <Characters>8025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Кітап оқитын ұлт марафоны бойынша аудандық жұмыс жоспары</vt:lpstr>
      <vt:lpstr/>
    </vt:vector>
  </TitlesOfParts>
  <Manager/>
  <Company/>
  <LinksUpToDate>false</LinksUpToDate>
  <CharactersWithSpaces>9414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Кітап оқитын ұлт марафоны бойынша аудандық жұмыс жоспары</dc:title>
  <dc:subject>2026 2027 оқу жылына арналған ұйымдастыру жоспары</dc:subject>
  <dc:creator>Тарбағатай ауданы бойынша білім бөлімі</dc:creator>
  <cp:keywords>Кітап оқитын ұлт, марафон, жұмыс жоспары, кітап оқу</cp:keywords>
  <dc:description>generated by python-docx</dc:description>
  <cp:lastModifiedBy>Asem</cp:lastModifiedBy>
  <cp:revision>48</cp:revision>
  <dcterms:created xsi:type="dcterms:W3CDTF">2013-12-23T23:15:00Z</dcterms:created>
  <dcterms:modified xsi:type="dcterms:W3CDTF">2026-09-24T09:26:00Z</dcterms:modified>
  <cp:category/>
</cp:coreProperties>
</file>