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45C" w:rsidRPr="00863C5D" w:rsidRDefault="008F1CE8" w:rsidP="008F1CE8">
      <w:pPr>
        <w:spacing w:after="0" w:line="240" w:lineRule="auto"/>
        <w:ind w:firstLine="5245"/>
        <w:jc w:val="both"/>
        <w:rPr>
          <w:sz w:val="28"/>
          <w:szCs w:val="28"/>
        </w:rPr>
      </w:pPr>
      <w:proofErr w:type="spellStart"/>
      <w:r w:rsidRPr="008F1CE8">
        <w:rPr>
          <w:b/>
          <w:sz w:val="28"/>
          <w:szCs w:val="28"/>
        </w:rPr>
        <w:t>Соттың</w:t>
      </w:r>
      <w:proofErr w:type="spellEnd"/>
      <w:r w:rsidRPr="008F1CE8">
        <w:rPr>
          <w:b/>
          <w:sz w:val="28"/>
          <w:szCs w:val="28"/>
        </w:rPr>
        <w:t xml:space="preserve"> </w:t>
      </w:r>
      <w:proofErr w:type="spellStart"/>
      <w:r w:rsidRPr="008F1CE8">
        <w:rPr>
          <w:b/>
          <w:sz w:val="28"/>
          <w:szCs w:val="28"/>
        </w:rPr>
        <w:t>атауы</w:t>
      </w:r>
      <w:proofErr w:type="spellEnd"/>
      <w:r w:rsidRPr="008F1CE8">
        <w:rPr>
          <w:b/>
          <w:sz w:val="28"/>
          <w:szCs w:val="28"/>
        </w:rPr>
        <w:t>:</w:t>
      </w:r>
      <w:r w:rsidRPr="00863C5D">
        <w:rPr>
          <w:sz w:val="28"/>
          <w:szCs w:val="28"/>
        </w:rPr>
        <w:t xml:space="preserve"> &lt;_______________</w:t>
      </w:r>
      <w:r w:rsidRPr="00863C5D">
        <w:rPr>
          <w:sz w:val="28"/>
          <w:szCs w:val="28"/>
        </w:rPr>
        <w:t>&gt;</w:t>
      </w:r>
    </w:p>
    <w:p w:rsidR="00B3145C" w:rsidRDefault="008F1CE8" w:rsidP="008F1CE8">
      <w:pPr>
        <w:spacing w:after="0" w:line="240" w:lineRule="auto"/>
        <w:ind w:firstLine="5245"/>
        <w:jc w:val="both"/>
        <w:rPr>
          <w:sz w:val="28"/>
          <w:szCs w:val="28"/>
        </w:rPr>
      </w:pPr>
      <w:proofErr w:type="spellStart"/>
      <w:r w:rsidRPr="00863C5D">
        <w:rPr>
          <w:sz w:val="28"/>
          <w:szCs w:val="28"/>
        </w:rPr>
        <w:t>Мекенжайы</w:t>
      </w:r>
      <w:proofErr w:type="spellEnd"/>
      <w:r w:rsidRPr="00863C5D">
        <w:rPr>
          <w:sz w:val="28"/>
          <w:szCs w:val="28"/>
        </w:rPr>
        <w:t>: &lt;________________&gt;</w:t>
      </w:r>
    </w:p>
    <w:p w:rsidR="008F1CE8" w:rsidRPr="00863C5D" w:rsidRDefault="008F1CE8" w:rsidP="008F1CE8">
      <w:pPr>
        <w:spacing w:after="0" w:line="240" w:lineRule="auto"/>
        <w:ind w:firstLine="5245"/>
        <w:jc w:val="both"/>
        <w:rPr>
          <w:sz w:val="28"/>
          <w:szCs w:val="28"/>
        </w:rPr>
      </w:pPr>
    </w:p>
    <w:p w:rsidR="00B3145C" w:rsidRPr="00863C5D" w:rsidRDefault="008F1CE8" w:rsidP="008F1CE8">
      <w:pPr>
        <w:spacing w:after="0" w:line="240" w:lineRule="auto"/>
        <w:ind w:firstLine="5245"/>
        <w:jc w:val="both"/>
        <w:rPr>
          <w:sz w:val="28"/>
          <w:szCs w:val="28"/>
        </w:rPr>
      </w:pPr>
      <w:r w:rsidRPr="008F1CE8">
        <w:rPr>
          <w:b/>
          <w:sz w:val="28"/>
          <w:szCs w:val="28"/>
        </w:rPr>
        <w:t>Талап қоюшы:</w:t>
      </w:r>
      <w:r w:rsidRPr="00863C5D">
        <w:rPr>
          <w:sz w:val="28"/>
          <w:szCs w:val="28"/>
        </w:rPr>
        <w:t xml:space="preserve"> &lt;________________&gt;</w:t>
      </w:r>
    </w:p>
    <w:p w:rsidR="00B3145C" w:rsidRPr="00863C5D" w:rsidRDefault="008F1CE8" w:rsidP="008F1CE8">
      <w:pPr>
        <w:spacing w:after="0" w:line="240" w:lineRule="auto"/>
        <w:ind w:firstLine="5245"/>
        <w:jc w:val="both"/>
        <w:rPr>
          <w:sz w:val="28"/>
          <w:szCs w:val="28"/>
          <w:lang w:val="ru-RU"/>
        </w:rPr>
      </w:pPr>
      <w:r w:rsidRPr="00863C5D">
        <w:rPr>
          <w:sz w:val="28"/>
          <w:szCs w:val="28"/>
          <w:lang w:val="ru-RU"/>
        </w:rPr>
        <w:t>ЖСН/БСН: &lt;____________&gt;</w:t>
      </w:r>
    </w:p>
    <w:p w:rsidR="00B3145C" w:rsidRPr="00863C5D" w:rsidRDefault="008F1CE8" w:rsidP="008F1CE8">
      <w:pPr>
        <w:spacing w:after="0" w:line="240" w:lineRule="auto"/>
        <w:ind w:firstLine="5245"/>
        <w:jc w:val="both"/>
        <w:rPr>
          <w:sz w:val="28"/>
          <w:szCs w:val="28"/>
          <w:lang w:val="ru-RU"/>
        </w:rPr>
      </w:pPr>
      <w:proofErr w:type="spellStart"/>
      <w:r w:rsidRPr="00863C5D">
        <w:rPr>
          <w:sz w:val="28"/>
          <w:szCs w:val="28"/>
          <w:lang w:val="ru-RU"/>
        </w:rPr>
        <w:t>Мекенжайы</w:t>
      </w:r>
      <w:proofErr w:type="spellEnd"/>
      <w:r w:rsidRPr="00863C5D">
        <w:rPr>
          <w:sz w:val="28"/>
          <w:szCs w:val="28"/>
          <w:lang w:val="ru-RU"/>
        </w:rPr>
        <w:t>: &lt;________________&gt;</w:t>
      </w:r>
    </w:p>
    <w:p w:rsidR="00B3145C" w:rsidRPr="00863C5D" w:rsidRDefault="008F1CE8" w:rsidP="008F1CE8">
      <w:pPr>
        <w:spacing w:after="0" w:line="240" w:lineRule="auto"/>
        <w:ind w:firstLine="5245"/>
        <w:jc w:val="both"/>
        <w:rPr>
          <w:sz w:val="28"/>
          <w:szCs w:val="28"/>
          <w:lang w:val="ru-RU"/>
        </w:rPr>
      </w:pPr>
      <w:proofErr w:type="spellStart"/>
      <w:r w:rsidRPr="00863C5D">
        <w:rPr>
          <w:sz w:val="28"/>
          <w:szCs w:val="28"/>
          <w:lang w:val="ru-RU"/>
        </w:rPr>
        <w:t>Ұялы</w:t>
      </w:r>
      <w:proofErr w:type="spellEnd"/>
      <w:r w:rsidRPr="00863C5D">
        <w:rPr>
          <w:sz w:val="28"/>
          <w:szCs w:val="28"/>
          <w:lang w:val="ru-RU"/>
        </w:rPr>
        <w:t xml:space="preserve"> телефон: &lt;____&gt;</w:t>
      </w:r>
    </w:p>
    <w:p w:rsidR="00B3145C" w:rsidRDefault="008F1CE8" w:rsidP="008F1CE8">
      <w:pPr>
        <w:spacing w:after="0" w:line="240" w:lineRule="auto"/>
        <w:ind w:firstLine="5245"/>
        <w:jc w:val="both"/>
        <w:rPr>
          <w:sz w:val="28"/>
          <w:szCs w:val="28"/>
          <w:lang w:val="ru-RU"/>
        </w:rPr>
      </w:pPr>
      <w:proofErr w:type="spellStart"/>
      <w:r w:rsidRPr="00863C5D">
        <w:rPr>
          <w:sz w:val="28"/>
          <w:szCs w:val="28"/>
          <w:lang w:val="ru-RU"/>
        </w:rPr>
        <w:t>Электрондық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мекенжайы</w:t>
      </w:r>
      <w:proofErr w:type="spellEnd"/>
      <w:r w:rsidRPr="00863C5D">
        <w:rPr>
          <w:sz w:val="28"/>
          <w:szCs w:val="28"/>
          <w:lang w:val="ru-RU"/>
        </w:rPr>
        <w:t>: &lt;_____&gt;</w:t>
      </w:r>
    </w:p>
    <w:p w:rsidR="008F1CE8" w:rsidRPr="00863C5D" w:rsidRDefault="008F1CE8" w:rsidP="008F1CE8">
      <w:pPr>
        <w:spacing w:after="0" w:line="240" w:lineRule="auto"/>
        <w:ind w:firstLine="5245"/>
        <w:jc w:val="both"/>
        <w:rPr>
          <w:sz w:val="28"/>
          <w:szCs w:val="28"/>
          <w:lang w:val="ru-RU"/>
        </w:rPr>
      </w:pPr>
    </w:p>
    <w:p w:rsidR="00B3145C" w:rsidRPr="00863C5D" w:rsidRDefault="008F1CE8" w:rsidP="008F1CE8">
      <w:pPr>
        <w:spacing w:after="0" w:line="240" w:lineRule="auto"/>
        <w:ind w:firstLine="5245"/>
        <w:jc w:val="both"/>
        <w:rPr>
          <w:sz w:val="28"/>
          <w:szCs w:val="28"/>
          <w:lang w:val="ru-RU"/>
        </w:rPr>
      </w:pPr>
      <w:proofErr w:type="spellStart"/>
      <w:r w:rsidRPr="008F1CE8">
        <w:rPr>
          <w:b/>
          <w:sz w:val="28"/>
          <w:szCs w:val="28"/>
          <w:lang w:val="ru-RU"/>
        </w:rPr>
        <w:t>Жауапкер</w:t>
      </w:r>
      <w:proofErr w:type="spellEnd"/>
      <w:r w:rsidRPr="008F1CE8">
        <w:rPr>
          <w:b/>
          <w:sz w:val="28"/>
          <w:szCs w:val="28"/>
          <w:lang w:val="ru-RU"/>
        </w:rPr>
        <w:t xml:space="preserve">: </w:t>
      </w:r>
      <w:r w:rsidRPr="00863C5D">
        <w:rPr>
          <w:sz w:val="28"/>
          <w:szCs w:val="28"/>
          <w:lang w:val="ru-RU"/>
        </w:rPr>
        <w:t>&lt;____________&gt;</w:t>
      </w:r>
    </w:p>
    <w:p w:rsidR="00B3145C" w:rsidRPr="00863C5D" w:rsidRDefault="008F1CE8" w:rsidP="008F1CE8">
      <w:pPr>
        <w:spacing w:after="0" w:line="240" w:lineRule="auto"/>
        <w:ind w:firstLine="5245"/>
        <w:jc w:val="both"/>
        <w:rPr>
          <w:sz w:val="28"/>
          <w:szCs w:val="28"/>
          <w:lang w:val="ru-RU"/>
        </w:rPr>
      </w:pPr>
      <w:r w:rsidRPr="00863C5D">
        <w:rPr>
          <w:sz w:val="28"/>
          <w:szCs w:val="28"/>
          <w:lang w:val="ru-RU"/>
        </w:rPr>
        <w:t xml:space="preserve">БСН: </w:t>
      </w:r>
      <w:r w:rsidRPr="00863C5D">
        <w:rPr>
          <w:sz w:val="28"/>
          <w:szCs w:val="28"/>
          <w:lang w:val="ru-RU"/>
        </w:rPr>
        <w:t>&lt;_________________&gt;</w:t>
      </w:r>
    </w:p>
    <w:p w:rsidR="00B3145C" w:rsidRPr="00863C5D" w:rsidRDefault="008F1CE8" w:rsidP="008F1CE8">
      <w:pPr>
        <w:spacing w:after="0" w:line="240" w:lineRule="auto"/>
        <w:ind w:firstLine="5245"/>
        <w:jc w:val="both"/>
        <w:rPr>
          <w:sz w:val="28"/>
          <w:szCs w:val="28"/>
          <w:lang w:val="ru-RU"/>
        </w:rPr>
      </w:pPr>
      <w:proofErr w:type="spellStart"/>
      <w:r w:rsidRPr="00863C5D">
        <w:rPr>
          <w:sz w:val="28"/>
          <w:szCs w:val="28"/>
          <w:lang w:val="ru-RU"/>
        </w:rPr>
        <w:t>Мекенжайы</w:t>
      </w:r>
      <w:proofErr w:type="spellEnd"/>
      <w:r w:rsidRPr="00863C5D">
        <w:rPr>
          <w:sz w:val="28"/>
          <w:szCs w:val="28"/>
          <w:lang w:val="ru-RU"/>
        </w:rPr>
        <w:t>: &lt;________________&gt;</w:t>
      </w:r>
    </w:p>
    <w:p w:rsidR="00B3145C" w:rsidRPr="00863C5D" w:rsidRDefault="008F1CE8" w:rsidP="008F1CE8">
      <w:pPr>
        <w:spacing w:after="0" w:line="240" w:lineRule="auto"/>
        <w:ind w:firstLine="5245"/>
        <w:jc w:val="both"/>
        <w:rPr>
          <w:sz w:val="28"/>
          <w:szCs w:val="28"/>
          <w:lang w:val="ru-RU"/>
        </w:rPr>
      </w:pPr>
      <w:proofErr w:type="spellStart"/>
      <w:r w:rsidRPr="00863C5D">
        <w:rPr>
          <w:sz w:val="28"/>
          <w:szCs w:val="28"/>
          <w:lang w:val="ru-RU"/>
        </w:rPr>
        <w:t>Ұялы</w:t>
      </w:r>
      <w:proofErr w:type="spellEnd"/>
      <w:r w:rsidRPr="00863C5D">
        <w:rPr>
          <w:sz w:val="28"/>
          <w:szCs w:val="28"/>
          <w:lang w:val="ru-RU"/>
        </w:rPr>
        <w:t xml:space="preserve"> телефон: &lt;____&gt;</w:t>
      </w:r>
    </w:p>
    <w:p w:rsidR="00B3145C" w:rsidRDefault="008F1CE8" w:rsidP="008F1CE8">
      <w:pPr>
        <w:spacing w:after="0" w:line="240" w:lineRule="auto"/>
        <w:ind w:firstLine="5245"/>
        <w:jc w:val="both"/>
        <w:rPr>
          <w:sz w:val="28"/>
          <w:szCs w:val="28"/>
          <w:lang w:val="ru-RU"/>
        </w:rPr>
      </w:pPr>
      <w:proofErr w:type="spellStart"/>
      <w:r w:rsidRPr="00863C5D">
        <w:rPr>
          <w:sz w:val="28"/>
          <w:szCs w:val="28"/>
          <w:lang w:val="ru-RU"/>
        </w:rPr>
        <w:t>Электрондық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мекенжайы</w:t>
      </w:r>
      <w:proofErr w:type="spellEnd"/>
      <w:r w:rsidRPr="00863C5D">
        <w:rPr>
          <w:sz w:val="28"/>
          <w:szCs w:val="28"/>
          <w:lang w:val="ru-RU"/>
        </w:rPr>
        <w:t>: &lt;_____&gt;</w:t>
      </w:r>
    </w:p>
    <w:p w:rsidR="008F1CE8" w:rsidRDefault="008F1CE8" w:rsidP="00863C5D">
      <w:pPr>
        <w:spacing w:after="0"/>
        <w:ind w:firstLine="4253"/>
        <w:jc w:val="both"/>
        <w:rPr>
          <w:sz w:val="28"/>
          <w:szCs w:val="28"/>
          <w:lang w:val="ru-RU"/>
        </w:rPr>
      </w:pPr>
    </w:p>
    <w:p w:rsidR="008F1CE8" w:rsidRPr="00863C5D" w:rsidRDefault="008F1CE8" w:rsidP="00863C5D">
      <w:pPr>
        <w:spacing w:after="0"/>
        <w:ind w:firstLine="4253"/>
        <w:jc w:val="both"/>
        <w:rPr>
          <w:sz w:val="28"/>
          <w:szCs w:val="28"/>
          <w:lang w:val="ru-RU"/>
        </w:rPr>
      </w:pPr>
    </w:p>
    <w:p w:rsidR="00B3145C" w:rsidRPr="00863C5D" w:rsidRDefault="008F1CE8" w:rsidP="008F1CE8">
      <w:pPr>
        <w:spacing w:after="0"/>
        <w:jc w:val="both"/>
        <w:rPr>
          <w:sz w:val="28"/>
          <w:szCs w:val="28"/>
          <w:lang w:val="ru-RU"/>
        </w:rPr>
      </w:pPr>
      <w:proofErr w:type="spellStart"/>
      <w:r w:rsidRPr="008F1CE8">
        <w:rPr>
          <w:b/>
          <w:sz w:val="28"/>
          <w:szCs w:val="28"/>
          <w:lang w:val="ru-RU"/>
        </w:rPr>
        <w:t>Талап</w:t>
      </w:r>
      <w:proofErr w:type="spellEnd"/>
      <w:r w:rsidRPr="008F1CE8">
        <w:rPr>
          <w:b/>
          <w:sz w:val="28"/>
          <w:szCs w:val="28"/>
          <w:lang w:val="ru-RU"/>
        </w:rPr>
        <w:t xml:space="preserve"> </w:t>
      </w:r>
      <w:proofErr w:type="spellStart"/>
      <w:r w:rsidRPr="008F1CE8">
        <w:rPr>
          <w:b/>
          <w:sz w:val="28"/>
          <w:szCs w:val="28"/>
          <w:lang w:val="ru-RU"/>
        </w:rPr>
        <w:t>қою</w:t>
      </w:r>
      <w:proofErr w:type="spellEnd"/>
      <w:r w:rsidRPr="008F1CE8">
        <w:rPr>
          <w:b/>
          <w:sz w:val="28"/>
          <w:szCs w:val="28"/>
          <w:lang w:val="ru-RU"/>
        </w:rPr>
        <w:t xml:space="preserve"> </w:t>
      </w:r>
      <w:proofErr w:type="spellStart"/>
      <w:r w:rsidRPr="008F1CE8">
        <w:rPr>
          <w:b/>
          <w:sz w:val="28"/>
          <w:szCs w:val="28"/>
          <w:lang w:val="ru-RU"/>
        </w:rPr>
        <w:t>бағасы</w:t>
      </w:r>
      <w:proofErr w:type="spellEnd"/>
      <w:r w:rsidRPr="008F1CE8">
        <w:rPr>
          <w:b/>
          <w:sz w:val="28"/>
          <w:szCs w:val="28"/>
          <w:lang w:val="ru-RU"/>
        </w:rPr>
        <w:t>:</w:t>
      </w:r>
      <w:r w:rsidRPr="00863C5D">
        <w:rPr>
          <w:sz w:val="28"/>
          <w:szCs w:val="28"/>
          <w:lang w:val="ru-RU"/>
        </w:rPr>
        <w:t xml:space="preserve"> &lt;____&gt; </w:t>
      </w:r>
      <w:proofErr w:type="spellStart"/>
      <w:r w:rsidRPr="00863C5D">
        <w:rPr>
          <w:sz w:val="28"/>
          <w:szCs w:val="28"/>
          <w:lang w:val="ru-RU"/>
        </w:rPr>
        <w:t>теңге</w:t>
      </w:r>
      <w:proofErr w:type="spellEnd"/>
    </w:p>
    <w:p w:rsidR="00B3145C" w:rsidRDefault="008F1CE8" w:rsidP="008F1CE8">
      <w:pPr>
        <w:spacing w:after="0"/>
        <w:jc w:val="both"/>
        <w:rPr>
          <w:sz w:val="28"/>
          <w:szCs w:val="28"/>
          <w:lang w:val="ru-RU"/>
        </w:rPr>
      </w:pPr>
      <w:proofErr w:type="spellStart"/>
      <w:r w:rsidRPr="008F1CE8">
        <w:rPr>
          <w:b/>
          <w:sz w:val="28"/>
          <w:szCs w:val="28"/>
          <w:lang w:val="ru-RU"/>
        </w:rPr>
        <w:t>Мемлекеттік</w:t>
      </w:r>
      <w:proofErr w:type="spellEnd"/>
      <w:r w:rsidRPr="008F1CE8">
        <w:rPr>
          <w:b/>
          <w:sz w:val="28"/>
          <w:szCs w:val="28"/>
          <w:lang w:val="ru-RU"/>
        </w:rPr>
        <w:t xml:space="preserve"> </w:t>
      </w:r>
      <w:proofErr w:type="spellStart"/>
      <w:r w:rsidRPr="008F1CE8">
        <w:rPr>
          <w:b/>
          <w:sz w:val="28"/>
          <w:szCs w:val="28"/>
          <w:lang w:val="ru-RU"/>
        </w:rPr>
        <w:t>баж</w:t>
      </w:r>
      <w:proofErr w:type="spellEnd"/>
      <w:r w:rsidRPr="008F1CE8">
        <w:rPr>
          <w:b/>
          <w:sz w:val="28"/>
          <w:szCs w:val="28"/>
          <w:lang w:val="ru-RU"/>
        </w:rPr>
        <w:t>:</w:t>
      </w:r>
      <w:r w:rsidRPr="00863C5D">
        <w:rPr>
          <w:sz w:val="28"/>
          <w:szCs w:val="28"/>
          <w:lang w:val="ru-RU"/>
        </w:rPr>
        <w:t xml:space="preserve"> &lt;___&gt; </w:t>
      </w:r>
      <w:proofErr w:type="spellStart"/>
      <w:r w:rsidRPr="00863C5D">
        <w:rPr>
          <w:sz w:val="28"/>
          <w:szCs w:val="28"/>
          <w:lang w:val="ru-RU"/>
        </w:rPr>
        <w:t>теңге</w:t>
      </w:r>
      <w:proofErr w:type="spellEnd"/>
    </w:p>
    <w:p w:rsidR="00863C5D" w:rsidRPr="00863C5D" w:rsidRDefault="00863C5D" w:rsidP="00863C5D">
      <w:pPr>
        <w:spacing w:after="0"/>
        <w:jc w:val="both"/>
        <w:rPr>
          <w:sz w:val="28"/>
          <w:szCs w:val="28"/>
          <w:lang w:val="ru-RU"/>
        </w:rPr>
      </w:pPr>
    </w:p>
    <w:p w:rsidR="00B3145C" w:rsidRPr="00863C5D" w:rsidRDefault="008F1CE8" w:rsidP="008F1CE8">
      <w:pPr>
        <w:spacing w:after="0" w:line="240" w:lineRule="auto"/>
        <w:ind w:firstLine="720"/>
        <w:jc w:val="center"/>
        <w:rPr>
          <w:sz w:val="28"/>
          <w:szCs w:val="28"/>
          <w:lang w:val="ru-RU"/>
        </w:rPr>
      </w:pPr>
      <w:r w:rsidRPr="00863C5D">
        <w:rPr>
          <w:b/>
          <w:sz w:val="28"/>
          <w:szCs w:val="28"/>
          <w:lang w:val="ru-RU"/>
        </w:rPr>
        <w:t>ТАЛАП ҚОЮ</w:t>
      </w:r>
    </w:p>
    <w:p w:rsidR="00B3145C" w:rsidRDefault="008F1CE8" w:rsidP="008F1CE8">
      <w:pPr>
        <w:spacing w:after="0" w:line="240" w:lineRule="auto"/>
        <w:ind w:firstLine="720"/>
        <w:jc w:val="center"/>
        <w:rPr>
          <w:b/>
          <w:sz w:val="28"/>
          <w:szCs w:val="28"/>
          <w:lang w:val="ru-RU"/>
        </w:rPr>
      </w:pPr>
      <w:proofErr w:type="spellStart"/>
      <w:r w:rsidRPr="00863C5D">
        <w:rPr>
          <w:b/>
          <w:sz w:val="28"/>
          <w:szCs w:val="28"/>
          <w:lang w:val="ru-RU"/>
        </w:rPr>
        <w:t>сыйақыны</w:t>
      </w:r>
      <w:proofErr w:type="spellEnd"/>
      <w:r w:rsidRPr="00863C5D">
        <w:rPr>
          <w:b/>
          <w:sz w:val="28"/>
          <w:szCs w:val="28"/>
          <w:lang w:val="ru-RU"/>
        </w:rPr>
        <w:t xml:space="preserve"> </w:t>
      </w:r>
      <w:proofErr w:type="spellStart"/>
      <w:r w:rsidRPr="00863C5D">
        <w:rPr>
          <w:b/>
          <w:sz w:val="28"/>
          <w:szCs w:val="28"/>
          <w:lang w:val="ru-RU"/>
        </w:rPr>
        <w:t>өндіріп</w:t>
      </w:r>
      <w:proofErr w:type="spellEnd"/>
      <w:r w:rsidRPr="00863C5D">
        <w:rPr>
          <w:b/>
          <w:sz w:val="28"/>
          <w:szCs w:val="28"/>
          <w:lang w:val="ru-RU"/>
        </w:rPr>
        <w:t xml:space="preserve"> </w:t>
      </w:r>
      <w:proofErr w:type="spellStart"/>
      <w:r w:rsidRPr="00863C5D">
        <w:rPr>
          <w:b/>
          <w:sz w:val="28"/>
          <w:szCs w:val="28"/>
          <w:lang w:val="ru-RU"/>
        </w:rPr>
        <w:t>алу</w:t>
      </w:r>
      <w:proofErr w:type="spellEnd"/>
      <w:r w:rsidRPr="00863C5D">
        <w:rPr>
          <w:b/>
          <w:sz w:val="28"/>
          <w:szCs w:val="28"/>
          <w:lang w:val="ru-RU"/>
        </w:rPr>
        <w:t xml:space="preserve"> </w:t>
      </w:r>
      <w:proofErr w:type="spellStart"/>
      <w:r w:rsidRPr="00863C5D">
        <w:rPr>
          <w:b/>
          <w:sz w:val="28"/>
          <w:szCs w:val="28"/>
          <w:lang w:val="ru-RU"/>
        </w:rPr>
        <w:t>және</w:t>
      </w:r>
      <w:proofErr w:type="spellEnd"/>
      <w:r w:rsidRPr="00863C5D">
        <w:rPr>
          <w:b/>
          <w:sz w:val="28"/>
          <w:szCs w:val="28"/>
          <w:lang w:val="ru-RU"/>
        </w:rPr>
        <w:t xml:space="preserve"> </w:t>
      </w:r>
      <w:proofErr w:type="spellStart"/>
      <w:r w:rsidRPr="00863C5D">
        <w:rPr>
          <w:b/>
          <w:sz w:val="28"/>
          <w:szCs w:val="28"/>
          <w:lang w:val="ru-RU"/>
        </w:rPr>
        <w:t>құқық</w:t>
      </w:r>
      <w:proofErr w:type="spellEnd"/>
      <w:r w:rsidRPr="00863C5D">
        <w:rPr>
          <w:b/>
          <w:sz w:val="28"/>
          <w:szCs w:val="28"/>
          <w:lang w:val="ru-RU"/>
        </w:rPr>
        <w:t xml:space="preserve"> </w:t>
      </w:r>
      <w:proofErr w:type="spellStart"/>
      <w:r w:rsidRPr="00863C5D">
        <w:rPr>
          <w:b/>
          <w:sz w:val="28"/>
          <w:szCs w:val="28"/>
          <w:lang w:val="ru-RU"/>
        </w:rPr>
        <w:t>иеленушінің</w:t>
      </w:r>
      <w:proofErr w:type="spellEnd"/>
      <w:r w:rsidRPr="00863C5D">
        <w:rPr>
          <w:b/>
          <w:sz w:val="28"/>
          <w:szCs w:val="28"/>
          <w:lang w:val="ru-RU"/>
        </w:rPr>
        <w:t xml:space="preserve"> </w:t>
      </w:r>
      <w:proofErr w:type="spellStart"/>
      <w:r w:rsidRPr="00863C5D">
        <w:rPr>
          <w:b/>
          <w:sz w:val="28"/>
          <w:szCs w:val="28"/>
          <w:lang w:val="ru-RU"/>
        </w:rPr>
        <w:t>құқықтарының</w:t>
      </w:r>
      <w:proofErr w:type="spellEnd"/>
      <w:r w:rsidRPr="00863C5D">
        <w:rPr>
          <w:b/>
          <w:sz w:val="28"/>
          <w:szCs w:val="28"/>
          <w:lang w:val="ru-RU"/>
        </w:rPr>
        <w:t xml:space="preserve"> </w:t>
      </w:r>
      <w:proofErr w:type="spellStart"/>
      <w:r w:rsidRPr="00863C5D">
        <w:rPr>
          <w:b/>
          <w:sz w:val="28"/>
          <w:szCs w:val="28"/>
          <w:lang w:val="ru-RU"/>
        </w:rPr>
        <w:t>бұзылғанын</w:t>
      </w:r>
      <w:proofErr w:type="spellEnd"/>
      <w:r w:rsidRPr="00863C5D">
        <w:rPr>
          <w:b/>
          <w:sz w:val="28"/>
          <w:szCs w:val="28"/>
          <w:lang w:val="ru-RU"/>
        </w:rPr>
        <w:t xml:space="preserve"> </w:t>
      </w:r>
      <w:proofErr w:type="spellStart"/>
      <w:r w:rsidRPr="00863C5D">
        <w:rPr>
          <w:b/>
          <w:sz w:val="28"/>
          <w:szCs w:val="28"/>
          <w:lang w:val="ru-RU"/>
        </w:rPr>
        <w:t>тану</w:t>
      </w:r>
      <w:proofErr w:type="spellEnd"/>
      <w:r w:rsidRPr="00863C5D">
        <w:rPr>
          <w:b/>
          <w:sz w:val="28"/>
          <w:szCs w:val="28"/>
          <w:lang w:val="ru-RU"/>
        </w:rPr>
        <w:t xml:space="preserve"> </w:t>
      </w:r>
      <w:proofErr w:type="spellStart"/>
      <w:r w:rsidRPr="00863C5D">
        <w:rPr>
          <w:b/>
          <w:sz w:val="28"/>
          <w:szCs w:val="28"/>
          <w:lang w:val="ru-RU"/>
        </w:rPr>
        <w:t>туралы</w:t>
      </w:r>
      <w:proofErr w:type="spellEnd"/>
    </w:p>
    <w:p w:rsidR="00863C5D" w:rsidRPr="00863C5D" w:rsidRDefault="00863C5D" w:rsidP="008F1CE8">
      <w:pPr>
        <w:spacing w:after="0" w:line="240" w:lineRule="auto"/>
        <w:ind w:firstLine="720"/>
        <w:jc w:val="center"/>
        <w:rPr>
          <w:sz w:val="28"/>
          <w:szCs w:val="28"/>
          <w:lang w:val="ru-RU"/>
        </w:rPr>
      </w:pPr>
    </w:p>
    <w:p w:rsidR="00B3145C" w:rsidRPr="00863C5D" w:rsidRDefault="008F1CE8" w:rsidP="008F1CE8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863C5D">
        <w:rPr>
          <w:sz w:val="28"/>
          <w:szCs w:val="28"/>
          <w:lang w:val="ru-RU"/>
        </w:rPr>
        <w:t>«__»</w:t>
      </w:r>
      <w:r w:rsidRPr="00863C5D">
        <w:rPr>
          <w:sz w:val="28"/>
          <w:szCs w:val="28"/>
          <w:lang w:val="ru-RU"/>
        </w:rPr>
        <w:t xml:space="preserve"> ______ 20__ </w:t>
      </w:r>
      <w:proofErr w:type="spellStart"/>
      <w:r w:rsidRPr="00863C5D">
        <w:rPr>
          <w:sz w:val="28"/>
          <w:szCs w:val="28"/>
          <w:lang w:val="ru-RU"/>
        </w:rPr>
        <w:t>жылы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Талап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қоюшы</w:t>
      </w:r>
      <w:proofErr w:type="spellEnd"/>
      <w:r w:rsidRPr="00863C5D">
        <w:rPr>
          <w:sz w:val="28"/>
          <w:szCs w:val="28"/>
          <w:lang w:val="ru-RU"/>
        </w:rPr>
        <w:t xml:space="preserve"> мен </w:t>
      </w:r>
      <w:r>
        <w:rPr>
          <w:sz w:val="28"/>
          <w:szCs w:val="28"/>
          <w:lang w:val="ru-RU"/>
        </w:rPr>
        <w:t>ҚҰБҰ</w:t>
      </w:r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толық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атауы</w:t>
      </w:r>
      <w:proofErr w:type="spellEnd"/>
      <w:r w:rsidRPr="00863C5D">
        <w:rPr>
          <w:sz w:val="28"/>
          <w:szCs w:val="28"/>
          <w:lang w:val="ru-RU"/>
        </w:rPr>
        <w:t>&gt; (</w:t>
      </w:r>
      <w:proofErr w:type="spellStart"/>
      <w:r w:rsidRPr="00863C5D">
        <w:rPr>
          <w:sz w:val="28"/>
          <w:szCs w:val="28"/>
          <w:lang w:val="ru-RU"/>
        </w:rPr>
        <w:t>бұдан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әрі</w:t>
      </w:r>
      <w:proofErr w:type="spellEnd"/>
      <w:r w:rsidRPr="00863C5D">
        <w:rPr>
          <w:sz w:val="28"/>
          <w:szCs w:val="28"/>
          <w:lang w:val="ru-RU"/>
        </w:rPr>
        <w:t xml:space="preserve"> – </w:t>
      </w:r>
      <w:proofErr w:type="spellStart"/>
      <w:r w:rsidRPr="00863C5D">
        <w:rPr>
          <w:sz w:val="28"/>
          <w:szCs w:val="28"/>
          <w:lang w:val="ru-RU"/>
        </w:rPr>
        <w:t>Жауапкер</w:t>
      </w:r>
      <w:proofErr w:type="spellEnd"/>
      <w:r w:rsidRPr="00863C5D">
        <w:rPr>
          <w:sz w:val="28"/>
          <w:szCs w:val="28"/>
          <w:lang w:val="ru-RU"/>
        </w:rPr>
        <w:t xml:space="preserve">) </w:t>
      </w:r>
      <w:proofErr w:type="spellStart"/>
      <w:r w:rsidRPr="00863C5D">
        <w:rPr>
          <w:sz w:val="28"/>
          <w:szCs w:val="28"/>
          <w:lang w:val="ru-RU"/>
        </w:rPr>
        <w:t>арасында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құқықтарды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ұжымдық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басқару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туралы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шарт</w:t>
      </w:r>
      <w:proofErr w:type="spellEnd"/>
      <w:r w:rsidRPr="00863C5D">
        <w:rPr>
          <w:sz w:val="28"/>
          <w:szCs w:val="28"/>
          <w:lang w:val="ru-RU"/>
        </w:rPr>
        <w:t xml:space="preserve"> (</w:t>
      </w:r>
      <w:proofErr w:type="spellStart"/>
      <w:r w:rsidRPr="00863C5D">
        <w:rPr>
          <w:sz w:val="28"/>
          <w:szCs w:val="28"/>
          <w:lang w:val="ru-RU"/>
        </w:rPr>
        <w:t>бұдан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әрі</w:t>
      </w:r>
      <w:proofErr w:type="spellEnd"/>
      <w:r w:rsidRPr="00863C5D">
        <w:rPr>
          <w:sz w:val="28"/>
          <w:szCs w:val="28"/>
          <w:lang w:val="ru-RU"/>
        </w:rPr>
        <w:t xml:space="preserve"> – </w:t>
      </w:r>
      <w:proofErr w:type="spellStart"/>
      <w:r w:rsidRPr="00863C5D">
        <w:rPr>
          <w:sz w:val="28"/>
          <w:szCs w:val="28"/>
          <w:lang w:val="ru-RU"/>
        </w:rPr>
        <w:t>Шарт</w:t>
      </w:r>
      <w:proofErr w:type="spellEnd"/>
      <w:r w:rsidRPr="00863C5D">
        <w:rPr>
          <w:sz w:val="28"/>
          <w:szCs w:val="28"/>
          <w:lang w:val="ru-RU"/>
        </w:rPr>
        <w:t xml:space="preserve">) </w:t>
      </w:r>
      <w:proofErr w:type="spellStart"/>
      <w:r w:rsidRPr="00863C5D">
        <w:rPr>
          <w:sz w:val="28"/>
          <w:szCs w:val="28"/>
          <w:lang w:val="ru-RU"/>
        </w:rPr>
        <w:t>жасалды</w:t>
      </w:r>
      <w:proofErr w:type="spellEnd"/>
      <w:r w:rsidRPr="00863C5D">
        <w:rPr>
          <w:sz w:val="28"/>
          <w:szCs w:val="28"/>
          <w:lang w:val="ru-RU"/>
        </w:rPr>
        <w:t xml:space="preserve">, </w:t>
      </w:r>
      <w:proofErr w:type="spellStart"/>
      <w:r w:rsidRPr="00863C5D">
        <w:rPr>
          <w:sz w:val="28"/>
          <w:szCs w:val="28"/>
          <w:lang w:val="ru-RU"/>
        </w:rPr>
        <w:t>оған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сәйкес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соңғысына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Талап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қоюшының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мүліктік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авторлық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және</w:t>
      </w:r>
      <w:proofErr w:type="spellEnd"/>
      <w:r w:rsidRPr="00863C5D">
        <w:rPr>
          <w:sz w:val="28"/>
          <w:szCs w:val="28"/>
          <w:lang w:val="ru-RU"/>
        </w:rPr>
        <w:t xml:space="preserve"> (</w:t>
      </w:r>
      <w:proofErr w:type="spellStart"/>
      <w:r w:rsidRPr="00863C5D">
        <w:rPr>
          <w:sz w:val="28"/>
          <w:szCs w:val="28"/>
          <w:lang w:val="ru-RU"/>
        </w:rPr>
        <w:t>немесе</w:t>
      </w:r>
      <w:proofErr w:type="spellEnd"/>
      <w:r w:rsidRPr="00863C5D">
        <w:rPr>
          <w:sz w:val="28"/>
          <w:szCs w:val="28"/>
          <w:lang w:val="ru-RU"/>
        </w:rPr>
        <w:t xml:space="preserve">) </w:t>
      </w:r>
      <w:proofErr w:type="spellStart"/>
      <w:r w:rsidRPr="00863C5D">
        <w:rPr>
          <w:sz w:val="28"/>
          <w:szCs w:val="28"/>
          <w:lang w:val="ru-RU"/>
        </w:rPr>
        <w:t>сабақтас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құқықтарын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ұжымдық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негізд</w:t>
      </w:r>
      <w:r w:rsidRPr="00863C5D">
        <w:rPr>
          <w:sz w:val="28"/>
          <w:szCs w:val="28"/>
          <w:lang w:val="ru-RU"/>
        </w:rPr>
        <w:t>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басқару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жөніндегі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өкілеттіктер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берілді</w:t>
      </w:r>
      <w:proofErr w:type="spellEnd"/>
      <w:r w:rsidRPr="00863C5D">
        <w:rPr>
          <w:sz w:val="28"/>
          <w:szCs w:val="28"/>
          <w:lang w:val="ru-RU"/>
        </w:rPr>
        <w:t>.</w:t>
      </w:r>
    </w:p>
    <w:p w:rsidR="008F1CE8" w:rsidRDefault="008F1CE8" w:rsidP="008F1CE8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proofErr w:type="spellStart"/>
      <w:r w:rsidRPr="00863C5D">
        <w:rPr>
          <w:sz w:val="28"/>
          <w:szCs w:val="28"/>
          <w:lang w:val="ru-RU"/>
        </w:rPr>
        <w:t>Қазақстан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Республикасының</w:t>
      </w:r>
      <w:proofErr w:type="spellEnd"/>
      <w:r w:rsidRPr="00863C5D">
        <w:rPr>
          <w:sz w:val="28"/>
          <w:szCs w:val="28"/>
          <w:lang w:val="ru-RU"/>
        </w:rPr>
        <w:t xml:space="preserve"> «</w:t>
      </w:r>
      <w:proofErr w:type="spellStart"/>
      <w:r w:rsidRPr="00863C5D">
        <w:rPr>
          <w:sz w:val="28"/>
          <w:szCs w:val="28"/>
          <w:lang w:val="ru-RU"/>
        </w:rPr>
        <w:t>Авторлық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құқық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және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сабақтас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құқықтар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туралы</w:t>
      </w:r>
      <w:proofErr w:type="spellEnd"/>
      <w:r w:rsidRPr="00863C5D">
        <w:rPr>
          <w:sz w:val="28"/>
          <w:szCs w:val="28"/>
          <w:lang w:val="ru-RU"/>
        </w:rPr>
        <w:t xml:space="preserve">» </w:t>
      </w:r>
      <w:proofErr w:type="spellStart"/>
      <w:r w:rsidRPr="00863C5D">
        <w:rPr>
          <w:sz w:val="28"/>
          <w:szCs w:val="28"/>
          <w:lang w:val="ru-RU"/>
        </w:rPr>
        <w:t>Заңының</w:t>
      </w:r>
      <w:proofErr w:type="spellEnd"/>
      <w:r w:rsidRPr="00863C5D">
        <w:rPr>
          <w:sz w:val="28"/>
          <w:szCs w:val="28"/>
          <w:lang w:val="ru-RU"/>
        </w:rPr>
        <w:t xml:space="preserve"> (</w:t>
      </w:r>
      <w:proofErr w:type="spellStart"/>
      <w:r w:rsidRPr="00863C5D">
        <w:rPr>
          <w:sz w:val="28"/>
          <w:szCs w:val="28"/>
          <w:lang w:val="ru-RU"/>
        </w:rPr>
        <w:t>бұдан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әрі</w:t>
      </w:r>
      <w:proofErr w:type="spellEnd"/>
      <w:r w:rsidRPr="00863C5D">
        <w:rPr>
          <w:sz w:val="28"/>
          <w:szCs w:val="28"/>
          <w:lang w:val="ru-RU"/>
        </w:rPr>
        <w:t xml:space="preserve"> – </w:t>
      </w:r>
      <w:proofErr w:type="spellStart"/>
      <w:r w:rsidRPr="00863C5D">
        <w:rPr>
          <w:sz w:val="28"/>
          <w:szCs w:val="28"/>
          <w:lang w:val="ru-RU"/>
        </w:rPr>
        <w:t>Заң</w:t>
      </w:r>
      <w:proofErr w:type="spellEnd"/>
      <w:r w:rsidRPr="00863C5D">
        <w:rPr>
          <w:sz w:val="28"/>
          <w:szCs w:val="28"/>
          <w:lang w:val="ru-RU"/>
        </w:rPr>
        <w:t xml:space="preserve">) 16-бабының 5-тармағына </w:t>
      </w:r>
      <w:proofErr w:type="spellStart"/>
      <w:r w:rsidRPr="00863C5D">
        <w:rPr>
          <w:sz w:val="28"/>
          <w:szCs w:val="28"/>
          <w:lang w:val="ru-RU"/>
        </w:rPr>
        <w:t>сәйкес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автордың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немесе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өзге</w:t>
      </w:r>
      <w:proofErr w:type="spellEnd"/>
      <w:r w:rsidRPr="00863C5D">
        <w:rPr>
          <w:sz w:val="28"/>
          <w:szCs w:val="28"/>
          <w:lang w:val="ru-RU"/>
        </w:rPr>
        <w:t xml:space="preserve"> де </w:t>
      </w:r>
      <w:proofErr w:type="spellStart"/>
      <w:r w:rsidRPr="00863C5D">
        <w:rPr>
          <w:sz w:val="28"/>
          <w:szCs w:val="28"/>
          <w:lang w:val="ru-RU"/>
        </w:rPr>
        <w:t>құқық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иеленушінің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туындыны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пайдаланудың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әрбір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түрі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үшін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сыйақ</w:t>
      </w:r>
      <w:r w:rsidRPr="00863C5D">
        <w:rPr>
          <w:sz w:val="28"/>
          <w:szCs w:val="28"/>
          <w:lang w:val="ru-RU"/>
        </w:rPr>
        <w:t>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алуға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құқығы</w:t>
      </w:r>
      <w:proofErr w:type="spellEnd"/>
      <w:r w:rsidRPr="00863C5D">
        <w:rPr>
          <w:sz w:val="28"/>
          <w:szCs w:val="28"/>
          <w:lang w:val="ru-RU"/>
        </w:rPr>
        <w:t xml:space="preserve"> бар, </w:t>
      </w:r>
      <w:proofErr w:type="spellStart"/>
      <w:r w:rsidRPr="00863C5D">
        <w:rPr>
          <w:sz w:val="28"/>
          <w:szCs w:val="28"/>
          <w:lang w:val="ru-RU"/>
        </w:rPr>
        <w:t>оның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мөлшері</w:t>
      </w:r>
      <w:proofErr w:type="spellEnd"/>
      <w:r w:rsidRPr="00863C5D">
        <w:rPr>
          <w:sz w:val="28"/>
          <w:szCs w:val="28"/>
          <w:lang w:val="ru-RU"/>
        </w:rPr>
        <w:t xml:space="preserve"> мен </w:t>
      </w:r>
      <w:proofErr w:type="spellStart"/>
      <w:r w:rsidRPr="00863C5D">
        <w:rPr>
          <w:sz w:val="28"/>
          <w:szCs w:val="28"/>
          <w:lang w:val="ru-RU"/>
        </w:rPr>
        <w:t>есептеу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тәртібі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авторлық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шартпен</w:t>
      </w:r>
      <w:proofErr w:type="spellEnd"/>
      <w:r w:rsidRPr="00863C5D">
        <w:rPr>
          <w:sz w:val="28"/>
          <w:szCs w:val="28"/>
          <w:lang w:val="ru-RU"/>
        </w:rPr>
        <w:t xml:space="preserve">, </w:t>
      </w:r>
      <w:proofErr w:type="spellStart"/>
      <w:r w:rsidRPr="00863C5D">
        <w:rPr>
          <w:sz w:val="28"/>
          <w:szCs w:val="28"/>
          <w:lang w:val="ru-RU"/>
        </w:rPr>
        <w:t>сондай-ақ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авторлардың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құқықтарын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ұжымдық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басқару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ұйымдары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жасайтын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шарттармен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белгіленеді</w:t>
      </w:r>
      <w:proofErr w:type="spellEnd"/>
      <w:r w:rsidRPr="00863C5D">
        <w:rPr>
          <w:sz w:val="28"/>
          <w:szCs w:val="28"/>
          <w:lang w:val="ru-RU"/>
        </w:rPr>
        <w:t>.</w:t>
      </w:r>
    </w:p>
    <w:p w:rsidR="00B3145C" w:rsidRPr="00863C5D" w:rsidRDefault="008F1CE8" w:rsidP="008F1CE8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proofErr w:type="spellStart"/>
      <w:r w:rsidRPr="00863C5D">
        <w:rPr>
          <w:sz w:val="28"/>
          <w:szCs w:val="28"/>
          <w:lang w:val="ru-RU"/>
        </w:rPr>
        <w:t>Шарттың</w:t>
      </w:r>
      <w:proofErr w:type="spellEnd"/>
      <w:r w:rsidRPr="00863C5D">
        <w:rPr>
          <w:sz w:val="28"/>
          <w:szCs w:val="28"/>
          <w:lang w:val="ru-RU"/>
        </w:rPr>
        <w:t xml:space="preserve"> ____-</w:t>
      </w:r>
      <w:proofErr w:type="spellStart"/>
      <w:r w:rsidRPr="00863C5D">
        <w:rPr>
          <w:sz w:val="28"/>
          <w:szCs w:val="28"/>
          <w:lang w:val="ru-RU"/>
        </w:rPr>
        <w:t>тармағына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сәйкес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жауапкер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Талап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қоюшыға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тиесілі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авторлық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және</w:t>
      </w:r>
      <w:proofErr w:type="spellEnd"/>
      <w:r w:rsidRPr="00863C5D">
        <w:rPr>
          <w:sz w:val="28"/>
          <w:szCs w:val="28"/>
          <w:lang w:val="ru-RU"/>
        </w:rPr>
        <w:t xml:space="preserve"> (</w:t>
      </w:r>
      <w:proofErr w:type="spellStart"/>
      <w:r w:rsidRPr="00863C5D">
        <w:rPr>
          <w:sz w:val="28"/>
          <w:szCs w:val="28"/>
          <w:lang w:val="ru-RU"/>
        </w:rPr>
        <w:t>немесе</w:t>
      </w:r>
      <w:proofErr w:type="spellEnd"/>
      <w:r w:rsidRPr="00863C5D">
        <w:rPr>
          <w:sz w:val="28"/>
          <w:szCs w:val="28"/>
          <w:lang w:val="ru-RU"/>
        </w:rPr>
        <w:t xml:space="preserve">) </w:t>
      </w:r>
      <w:proofErr w:type="spellStart"/>
      <w:r w:rsidRPr="00863C5D">
        <w:rPr>
          <w:sz w:val="28"/>
          <w:szCs w:val="28"/>
          <w:lang w:val="ru-RU"/>
        </w:rPr>
        <w:t>сабақтас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</w:t>
      </w:r>
      <w:r w:rsidRPr="00863C5D">
        <w:rPr>
          <w:sz w:val="28"/>
          <w:szCs w:val="28"/>
          <w:lang w:val="ru-RU"/>
        </w:rPr>
        <w:t>ұқықтар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объектілерін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пайдаланғаны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үшін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сыйақыны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жинау</w:t>
      </w:r>
      <w:proofErr w:type="spellEnd"/>
      <w:r w:rsidRPr="00863C5D">
        <w:rPr>
          <w:sz w:val="28"/>
          <w:szCs w:val="28"/>
          <w:lang w:val="ru-RU"/>
        </w:rPr>
        <w:t xml:space="preserve">, </w:t>
      </w:r>
      <w:proofErr w:type="spellStart"/>
      <w:r w:rsidRPr="00863C5D">
        <w:rPr>
          <w:sz w:val="28"/>
          <w:szCs w:val="28"/>
          <w:lang w:val="ru-RU"/>
        </w:rPr>
        <w:t>бөлу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және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төлеу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жөніндегі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міндеттемелерді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өзіне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қабылдады</w:t>
      </w:r>
      <w:proofErr w:type="spellEnd"/>
      <w:r w:rsidRPr="00863C5D">
        <w:rPr>
          <w:sz w:val="28"/>
          <w:szCs w:val="28"/>
          <w:lang w:val="ru-RU"/>
        </w:rPr>
        <w:t>.</w:t>
      </w:r>
    </w:p>
    <w:p w:rsidR="00B3145C" w:rsidRPr="00863C5D" w:rsidRDefault="008F1CE8" w:rsidP="008F1CE8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proofErr w:type="spellStart"/>
      <w:r w:rsidRPr="00863C5D">
        <w:rPr>
          <w:sz w:val="28"/>
          <w:szCs w:val="28"/>
          <w:lang w:val="ru-RU"/>
        </w:rPr>
        <w:t>Мұндай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міндеттемелер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ҚҰ</w:t>
      </w:r>
      <w:r w:rsidRPr="00863C5D">
        <w:rPr>
          <w:sz w:val="28"/>
          <w:szCs w:val="28"/>
          <w:lang w:val="ru-RU"/>
        </w:rPr>
        <w:t xml:space="preserve">БҰ </w:t>
      </w:r>
      <w:proofErr w:type="spellStart"/>
      <w:r w:rsidRPr="00863C5D">
        <w:rPr>
          <w:sz w:val="28"/>
          <w:szCs w:val="28"/>
          <w:lang w:val="ru-RU"/>
        </w:rPr>
        <w:t>үшін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Заңның</w:t>
      </w:r>
      <w:proofErr w:type="spellEnd"/>
      <w:r w:rsidRPr="00863C5D">
        <w:rPr>
          <w:sz w:val="28"/>
          <w:szCs w:val="28"/>
          <w:lang w:val="ru-RU"/>
        </w:rPr>
        <w:t xml:space="preserve"> 44-бабының 5-тармағында, </w:t>
      </w:r>
      <w:r>
        <w:rPr>
          <w:sz w:val="28"/>
          <w:szCs w:val="28"/>
          <w:lang w:val="ru-RU"/>
        </w:rPr>
        <w:br/>
      </w:r>
      <w:r w:rsidRPr="00863C5D">
        <w:rPr>
          <w:sz w:val="28"/>
          <w:szCs w:val="28"/>
          <w:lang w:val="ru-RU"/>
        </w:rPr>
        <w:t xml:space="preserve">45-бабының 5) </w:t>
      </w:r>
      <w:proofErr w:type="spellStart"/>
      <w:r w:rsidRPr="00863C5D">
        <w:rPr>
          <w:sz w:val="28"/>
          <w:szCs w:val="28"/>
          <w:lang w:val="ru-RU"/>
        </w:rPr>
        <w:t>тармақшасында</w:t>
      </w:r>
      <w:proofErr w:type="spellEnd"/>
      <w:r w:rsidRPr="00863C5D">
        <w:rPr>
          <w:sz w:val="28"/>
          <w:szCs w:val="28"/>
          <w:lang w:val="ru-RU"/>
        </w:rPr>
        <w:t xml:space="preserve"> да </w:t>
      </w:r>
      <w:proofErr w:type="spellStart"/>
      <w:r w:rsidRPr="00863C5D">
        <w:rPr>
          <w:sz w:val="28"/>
          <w:szCs w:val="28"/>
          <w:lang w:val="ru-RU"/>
        </w:rPr>
        <w:t>тікелей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көзделген</w:t>
      </w:r>
      <w:proofErr w:type="spellEnd"/>
      <w:r w:rsidRPr="00863C5D">
        <w:rPr>
          <w:sz w:val="28"/>
          <w:szCs w:val="28"/>
          <w:lang w:val="ru-RU"/>
        </w:rPr>
        <w:t>.</w:t>
      </w:r>
    </w:p>
    <w:p w:rsidR="00B3145C" w:rsidRPr="00863C5D" w:rsidRDefault="008F1CE8" w:rsidP="008F1CE8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proofErr w:type="spellStart"/>
      <w:r w:rsidRPr="00863C5D">
        <w:rPr>
          <w:sz w:val="28"/>
          <w:szCs w:val="28"/>
          <w:lang w:val="ru-RU"/>
        </w:rPr>
        <w:lastRenderedPageBreak/>
        <w:t>Сыйақы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мөлшері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авторлық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және</w:t>
      </w:r>
      <w:proofErr w:type="spellEnd"/>
      <w:r w:rsidRPr="00863C5D">
        <w:rPr>
          <w:sz w:val="28"/>
          <w:szCs w:val="28"/>
          <w:lang w:val="ru-RU"/>
        </w:rPr>
        <w:t xml:space="preserve"> (</w:t>
      </w:r>
      <w:proofErr w:type="spellStart"/>
      <w:r w:rsidRPr="00863C5D">
        <w:rPr>
          <w:sz w:val="28"/>
          <w:szCs w:val="28"/>
          <w:lang w:val="ru-RU"/>
        </w:rPr>
        <w:t>немесе</w:t>
      </w:r>
      <w:proofErr w:type="spellEnd"/>
      <w:r w:rsidRPr="00863C5D">
        <w:rPr>
          <w:sz w:val="28"/>
          <w:szCs w:val="28"/>
          <w:lang w:val="ru-RU"/>
        </w:rPr>
        <w:t xml:space="preserve">) </w:t>
      </w:r>
      <w:proofErr w:type="spellStart"/>
      <w:r w:rsidRPr="00863C5D">
        <w:rPr>
          <w:sz w:val="28"/>
          <w:szCs w:val="28"/>
          <w:lang w:val="ru-RU"/>
        </w:rPr>
        <w:t>сабақтас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құқықтар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объектілерін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пайдалану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түріне</w:t>
      </w:r>
      <w:proofErr w:type="spellEnd"/>
      <w:r w:rsidRPr="00863C5D">
        <w:rPr>
          <w:sz w:val="28"/>
          <w:szCs w:val="28"/>
          <w:lang w:val="ru-RU"/>
        </w:rPr>
        <w:t xml:space="preserve">, объект </w:t>
      </w:r>
      <w:proofErr w:type="spellStart"/>
      <w:r w:rsidRPr="00863C5D">
        <w:rPr>
          <w:sz w:val="28"/>
          <w:szCs w:val="28"/>
          <w:lang w:val="ru-RU"/>
        </w:rPr>
        <w:t>санатына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және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пайдалану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тәсіліне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қарай</w:t>
      </w:r>
      <w:proofErr w:type="spellEnd"/>
      <w:r w:rsidRPr="00863C5D">
        <w:rPr>
          <w:sz w:val="28"/>
          <w:szCs w:val="28"/>
          <w:lang w:val="ru-RU"/>
        </w:rPr>
        <w:t xml:space="preserve">, </w:t>
      </w:r>
      <w:proofErr w:type="spellStart"/>
      <w:r w:rsidRPr="00863C5D">
        <w:rPr>
          <w:sz w:val="28"/>
          <w:szCs w:val="28"/>
          <w:lang w:val="ru-RU"/>
        </w:rPr>
        <w:t>атап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айтқанда</w:t>
      </w:r>
      <w:proofErr w:type="spellEnd"/>
      <w:r w:rsidRPr="00863C5D">
        <w:rPr>
          <w:sz w:val="28"/>
          <w:szCs w:val="28"/>
          <w:lang w:val="ru-RU"/>
        </w:rPr>
        <w:t>: _______.</w:t>
      </w:r>
    </w:p>
    <w:p w:rsidR="00B3145C" w:rsidRPr="00863C5D" w:rsidRDefault="008F1CE8" w:rsidP="008F1CE8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proofErr w:type="spellStart"/>
      <w:r w:rsidRPr="00863C5D">
        <w:rPr>
          <w:sz w:val="28"/>
          <w:szCs w:val="28"/>
          <w:lang w:val="ru-RU"/>
        </w:rPr>
        <w:t>Заңның</w:t>
      </w:r>
      <w:proofErr w:type="spellEnd"/>
      <w:r w:rsidRPr="00863C5D">
        <w:rPr>
          <w:sz w:val="28"/>
          <w:szCs w:val="28"/>
          <w:lang w:val="ru-RU"/>
        </w:rPr>
        <w:t xml:space="preserve"> 46-бабы 1-тармағының 3) </w:t>
      </w:r>
      <w:proofErr w:type="spellStart"/>
      <w:r w:rsidRPr="00863C5D">
        <w:rPr>
          <w:sz w:val="28"/>
          <w:szCs w:val="28"/>
          <w:lang w:val="ru-RU"/>
        </w:rPr>
        <w:t>тармақшасының</w:t>
      </w:r>
      <w:proofErr w:type="spellEnd"/>
      <w:r w:rsidRPr="00863C5D">
        <w:rPr>
          <w:sz w:val="28"/>
          <w:szCs w:val="28"/>
          <w:lang w:val="ru-RU"/>
        </w:rPr>
        <w:t xml:space="preserve">, </w:t>
      </w:r>
      <w:proofErr w:type="spellStart"/>
      <w:r w:rsidRPr="00863C5D">
        <w:rPr>
          <w:sz w:val="28"/>
          <w:szCs w:val="28"/>
          <w:lang w:val="ru-RU"/>
        </w:rPr>
        <w:t>Қазақстан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Республикасы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Әділет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министрінің</w:t>
      </w:r>
      <w:proofErr w:type="spellEnd"/>
      <w:r w:rsidRPr="00863C5D">
        <w:rPr>
          <w:sz w:val="28"/>
          <w:szCs w:val="28"/>
          <w:lang w:val="ru-RU"/>
        </w:rPr>
        <w:t xml:space="preserve"> 2026 </w:t>
      </w:r>
      <w:proofErr w:type="spellStart"/>
      <w:r w:rsidRPr="00863C5D">
        <w:rPr>
          <w:sz w:val="28"/>
          <w:szCs w:val="28"/>
          <w:lang w:val="ru-RU"/>
        </w:rPr>
        <w:t>жылғы</w:t>
      </w:r>
      <w:proofErr w:type="spellEnd"/>
      <w:r w:rsidRPr="00863C5D">
        <w:rPr>
          <w:sz w:val="28"/>
          <w:szCs w:val="28"/>
          <w:lang w:val="ru-RU"/>
        </w:rPr>
        <w:t xml:space="preserve"> 29 </w:t>
      </w:r>
      <w:proofErr w:type="spellStart"/>
      <w:r w:rsidRPr="00863C5D">
        <w:rPr>
          <w:sz w:val="28"/>
          <w:szCs w:val="28"/>
          <w:lang w:val="ru-RU"/>
        </w:rPr>
        <w:t>қаңтардағы</w:t>
      </w:r>
      <w:proofErr w:type="spellEnd"/>
      <w:r w:rsidRPr="00863C5D">
        <w:rPr>
          <w:sz w:val="28"/>
          <w:szCs w:val="28"/>
          <w:lang w:val="ru-RU"/>
        </w:rPr>
        <w:t xml:space="preserve"> № 100 </w:t>
      </w:r>
      <w:proofErr w:type="spellStart"/>
      <w:r w:rsidRPr="00863C5D">
        <w:rPr>
          <w:sz w:val="28"/>
          <w:szCs w:val="28"/>
          <w:lang w:val="ru-RU"/>
        </w:rPr>
        <w:t>бұйрығы</w:t>
      </w:r>
      <w:r w:rsidRPr="00863C5D">
        <w:rPr>
          <w:sz w:val="28"/>
          <w:szCs w:val="28"/>
          <w:lang w:val="ru-RU"/>
        </w:rPr>
        <w:t>мен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бекітілген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Құқықтарды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ұжымдық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басқару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саласындағы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бірыңғай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цифрлық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платформаны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басқару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және</w:t>
      </w:r>
      <w:proofErr w:type="spellEnd"/>
      <w:r w:rsidRPr="00863C5D">
        <w:rPr>
          <w:sz w:val="28"/>
          <w:szCs w:val="28"/>
          <w:lang w:val="ru-RU"/>
        </w:rPr>
        <w:t xml:space="preserve"> оны </w:t>
      </w:r>
      <w:proofErr w:type="spellStart"/>
      <w:r w:rsidRPr="00863C5D">
        <w:rPr>
          <w:sz w:val="28"/>
          <w:szCs w:val="28"/>
          <w:lang w:val="ru-RU"/>
        </w:rPr>
        <w:t>пайдалануға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бірыңғай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қол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жеткізу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нүктесін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ұсыну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қағидаларының</w:t>
      </w:r>
      <w:proofErr w:type="spellEnd"/>
      <w:r w:rsidRPr="00863C5D">
        <w:rPr>
          <w:sz w:val="28"/>
          <w:szCs w:val="28"/>
          <w:lang w:val="ru-RU"/>
        </w:rPr>
        <w:t xml:space="preserve"> (</w:t>
      </w:r>
      <w:proofErr w:type="spellStart"/>
      <w:r w:rsidRPr="00863C5D">
        <w:rPr>
          <w:sz w:val="28"/>
          <w:szCs w:val="28"/>
          <w:lang w:val="ru-RU"/>
        </w:rPr>
        <w:t>бұдан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әрі</w:t>
      </w:r>
      <w:proofErr w:type="spellEnd"/>
      <w:r w:rsidRPr="00863C5D">
        <w:rPr>
          <w:sz w:val="28"/>
          <w:szCs w:val="28"/>
          <w:lang w:val="ru-RU"/>
        </w:rPr>
        <w:t xml:space="preserve"> – </w:t>
      </w:r>
      <w:proofErr w:type="spellStart"/>
      <w:r w:rsidRPr="00863C5D">
        <w:rPr>
          <w:sz w:val="28"/>
          <w:szCs w:val="28"/>
          <w:lang w:val="ru-RU"/>
        </w:rPr>
        <w:t>Қағидалар</w:t>
      </w:r>
      <w:proofErr w:type="spellEnd"/>
      <w:r w:rsidRPr="00863C5D">
        <w:rPr>
          <w:sz w:val="28"/>
          <w:szCs w:val="28"/>
          <w:lang w:val="ru-RU"/>
        </w:rPr>
        <w:t xml:space="preserve">) 75-тармағының </w:t>
      </w:r>
      <w:proofErr w:type="spellStart"/>
      <w:r w:rsidRPr="00863C5D">
        <w:rPr>
          <w:sz w:val="28"/>
          <w:szCs w:val="28"/>
          <w:lang w:val="ru-RU"/>
        </w:rPr>
        <w:t>талаптарына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сәйкес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сыйақы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есепті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кезеңнен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кейінгі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айдың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r w:rsidRPr="00863C5D">
        <w:rPr>
          <w:sz w:val="28"/>
          <w:szCs w:val="28"/>
          <w:lang w:val="ru-RU"/>
        </w:rPr>
        <w:t xml:space="preserve">25-күнінен </w:t>
      </w:r>
      <w:proofErr w:type="spellStart"/>
      <w:r w:rsidRPr="00863C5D">
        <w:rPr>
          <w:sz w:val="28"/>
          <w:szCs w:val="28"/>
          <w:lang w:val="ru-RU"/>
        </w:rPr>
        <w:t>кешіктірілмей</w:t>
      </w:r>
      <w:proofErr w:type="spellEnd"/>
      <w:r w:rsidRPr="00863C5D">
        <w:rPr>
          <w:sz w:val="28"/>
          <w:szCs w:val="28"/>
          <w:lang w:val="ru-RU"/>
        </w:rPr>
        <w:t xml:space="preserve">, </w:t>
      </w:r>
      <w:proofErr w:type="spellStart"/>
      <w:r w:rsidRPr="00863C5D">
        <w:rPr>
          <w:sz w:val="28"/>
          <w:szCs w:val="28"/>
          <w:lang w:val="ru-RU"/>
        </w:rPr>
        <w:t>тоқсанына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кемінде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бір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рет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төленуге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тиіс</w:t>
      </w:r>
      <w:proofErr w:type="spellEnd"/>
      <w:r w:rsidRPr="00863C5D">
        <w:rPr>
          <w:sz w:val="28"/>
          <w:szCs w:val="28"/>
          <w:lang w:val="ru-RU"/>
        </w:rPr>
        <w:t xml:space="preserve"> (</w:t>
      </w:r>
      <w:proofErr w:type="spellStart"/>
      <w:r w:rsidRPr="00863C5D">
        <w:rPr>
          <w:sz w:val="28"/>
          <w:szCs w:val="28"/>
          <w:lang w:val="ru-RU"/>
        </w:rPr>
        <w:t>бұл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талап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Шарттың</w:t>
      </w:r>
      <w:proofErr w:type="spellEnd"/>
      <w:r w:rsidRPr="00863C5D">
        <w:rPr>
          <w:sz w:val="28"/>
          <w:szCs w:val="28"/>
          <w:lang w:val="ru-RU"/>
        </w:rPr>
        <w:t xml:space="preserve"> ___-</w:t>
      </w:r>
      <w:proofErr w:type="spellStart"/>
      <w:r w:rsidRPr="00863C5D">
        <w:rPr>
          <w:sz w:val="28"/>
          <w:szCs w:val="28"/>
          <w:lang w:val="ru-RU"/>
        </w:rPr>
        <w:t>тармағында</w:t>
      </w:r>
      <w:proofErr w:type="spellEnd"/>
      <w:r w:rsidRPr="00863C5D">
        <w:rPr>
          <w:sz w:val="28"/>
          <w:szCs w:val="28"/>
          <w:lang w:val="ru-RU"/>
        </w:rPr>
        <w:t xml:space="preserve"> да </w:t>
      </w:r>
      <w:proofErr w:type="spellStart"/>
      <w:r w:rsidRPr="00863C5D">
        <w:rPr>
          <w:sz w:val="28"/>
          <w:szCs w:val="28"/>
          <w:lang w:val="ru-RU"/>
        </w:rPr>
        <w:t>көзделген</w:t>
      </w:r>
      <w:proofErr w:type="spellEnd"/>
      <w:r w:rsidRPr="00863C5D">
        <w:rPr>
          <w:sz w:val="28"/>
          <w:szCs w:val="28"/>
          <w:lang w:val="ru-RU"/>
        </w:rPr>
        <w:t>).</w:t>
      </w:r>
    </w:p>
    <w:p w:rsidR="00B3145C" w:rsidRPr="00863C5D" w:rsidRDefault="008F1CE8" w:rsidP="008F1CE8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proofErr w:type="spellStart"/>
      <w:r w:rsidRPr="00863C5D">
        <w:rPr>
          <w:sz w:val="28"/>
          <w:szCs w:val="28"/>
          <w:lang w:val="ru-RU"/>
        </w:rPr>
        <w:t>Сонымен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бірге</w:t>
      </w:r>
      <w:proofErr w:type="spellEnd"/>
      <w:r w:rsidRPr="00863C5D">
        <w:rPr>
          <w:sz w:val="28"/>
          <w:szCs w:val="28"/>
          <w:lang w:val="ru-RU"/>
        </w:rPr>
        <w:t xml:space="preserve">, </w:t>
      </w:r>
      <w:proofErr w:type="spellStart"/>
      <w:r w:rsidRPr="00863C5D">
        <w:rPr>
          <w:sz w:val="28"/>
          <w:szCs w:val="28"/>
          <w:lang w:val="ru-RU"/>
        </w:rPr>
        <w:t>өзіне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қабылдаған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міндеттемелеріне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қарамастан</w:t>
      </w:r>
      <w:proofErr w:type="spellEnd"/>
      <w:r w:rsidRPr="00863C5D">
        <w:rPr>
          <w:sz w:val="28"/>
          <w:szCs w:val="28"/>
          <w:lang w:val="ru-RU"/>
        </w:rPr>
        <w:t xml:space="preserve">, </w:t>
      </w:r>
      <w:proofErr w:type="spellStart"/>
      <w:r w:rsidRPr="00863C5D">
        <w:rPr>
          <w:sz w:val="28"/>
          <w:szCs w:val="28"/>
          <w:lang w:val="ru-RU"/>
        </w:rPr>
        <w:t>Жауапкер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Шарт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талаптарын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тиісінше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орындамай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отыр</w:t>
      </w:r>
      <w:proofErr w:type="spellEnd"/>
      <w:r w:rsidRPr="00863C5D">
        <w:rPr>
          <w:sz w:val="28"/>
          <w:szCs w:val="28"/>
          <w:lang w:val="ru-RU"/>
        </w:rPr>
        <w:t>.</w:t>
      </w:r>
    </w:p>
    <w:p w:rsidR="00B3145C" w:rsidRPr="00863C5D" w:rsidRDefault="008F1CE8" w:rsidP="008F1CE8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proofErr w:type="spellStart"/>
      <w:r w:rsidRPr="00863C5D">
        <w:rPr>
          <w:sz w:val="28"/>
          <w:szCs w:val="28"/>
          <w:lang w:val="ru-RU"/>
        </w:rPr>
        <w:t>Атап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айтқанда</w:t>
      </w:r>
      <w:proofErr w:type="spellEnd"/>
      <w:r w:rsidRPr="00863C5D">
        <w:rPr>
          <w:sz w:val="28"/>
          <w:szCs w:val="28"/>
          <w:lang w:val="ru-RU"/>
        </w:rPr>
        <w:t>, «__» ________ 2</w:t>
      </w:r>
      <w:r w:rsidRPr="00863C5D">
        <w:rPr>
          <w:sz w:val="28"/>
          <w:szCs w:val="28"/>
          <w:lang w:val="ru-RU"/>
        </w:rPr>
        <w:t xml:space="preserve">0__ </w:t>
      </w:r>
      <w:proofErr w:type="spellStart"/>
      <w:r w:rsidRPr="00863C5D">
        <w:rPr>
          <w:sz w:val="28"/>
          <w:szCs w:val="28"/>
          <w:lang w:val="ru-RU"/>
        </w:rPr>
        <w:t>жылдан</w:t>
      </w:r>
      <w:proofErr w:type="spellEnd"/>
      <w:r w:rsidRPr="00863C5D">
        <w:rPr>
          <w:sz w:val="28"/>
          <w:szCs w:val="28"/>
          <w:lang w:val="ru-RU"/>
        </w:rPr>
        <w:t xml:space="preserve"> «__» ________ 20__ </w:t>
      </w:r>
      <w:proofErr w:type="spellStart"/>
      <w:r w:rsidRPr="00863C5D">
        <w:rPr>
          <w:sz w:val="28"/>
          <w:szCs w:val="28"/>
          <w:lang w:val="ru-RU"/>
        </w:rPr>
        <w:t>жылға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дейінгі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кезең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үшін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Талап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қоюшыға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сыйақы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төленбеген</w:t>
      </w:r>
      <w:proofErr w:type="spellEnd"/>
      <w:r w:rsidRPr="00863C5D">
        <w:rPr>
          <w:sz w:val="28"/>
          <w:szCs w:val="28"/>
          <w:lang w:val="ru-RU"/>
        </w:rPr>
        <w:t>.</w:t>
      </w:r>
    </w:p>
    <w:p w:rsidR="00B3145C" w:rsidRPr="00863C5D" w:rsidRDefault="008F1CE8" w:rsidP="008F1CE8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proofErr w:type="spellStart"/>
      <w:r w:rsidRPr="00863C5D">
        <w:rPr>
          <w:sz w:val="28"/>
          <w:szCs w:val="28"/>
          <w:lang w:val="ru-RU"/>
        </w:rPr>
        <w:t>Сонымен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қатар</w:t>
      </w:r>
      <w:proofErr w:type="spellEnd"/>
      <w:r w:rsidRPr="00863C5D">
        <w:rPr>
          <w:sz w:val="28"/>
          <w:szCs w:val="28"/>
          <w:lang w:val="ru-RU"/>
        </w:rPr>
        <w:t xml:space="preserve">, </w:t>
      </w:r>
      <w:proofErr w:type="spellStart"/>
      <w:r w:rsidRPr="00863C5D">
        <w:rPr>
          <w:sz w:val="28"/>
          <w:szCs w:val="28"/>
          <w:lang w:val="ru-RU"/>
        </w:rPr>
        <w:t>Жауапкер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Заңның</w:t>
      </w:r>
      <w:proofErr w:type="spellEnd"/>
      <w:r w:rsidRPr="00863C5D">
        <w:rPr>
          <w:sz w:val="28"/>
          <w:szCs w:val="28"/>
          <w:lang w:val="ru-RU"/>
        </w:rPr>
        <w:t xml:space="preserve"> 46-бабы 1-тармағының 1) </w:t>
      </w:r>
      <w:proofErr w:type="spellStart"/>
      <w:r w:rsidRPr="00863C5D">
        <w:rPr>
          <w:sz w:val="28"/>
          <w:szCs w:val="28"/>
          <w:lang w:val="ru-RU"/>
        </w:rPr>
        <w:t>тармақшасында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және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Қағидалардың</w:t>
      </w:r>
      <w:proofErr w:type="spellEnd"/>
      <w:r w:rsidRPr="00863C5D">
        <w:rPr>
          <w:sz w:val="28"/>
          <w:szCs w:val="28"/>
          <w:lang w:val="ru-RU"/>
        </w:rPr>
        <w:t xml:space="preserve"> 68, 69-тармақтарында </w:t>
      </w:r>
      <w:proofErr w:type="spellStart"/>
      <w:r w:rsidRPr="00863C5D">
        <w:rPr>
          <w:sz w:val="28"/>
          <w:szCs w:val="28"/>
          <w:lang w:val="ru-RU"/>
        </w:rPr>
        <w:t>көзделген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бірыңғай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цифрлық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платформада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сыйақыны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жинау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және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б</w:t>
      </w:r>
      <w:r w:rsidRPr="00863C5D">
        <w:rPr>
          <w:sz w:val="28"/>
          <w:szCs w:val="28"/>
          <w:lang w:val="ru-RU"/>
        </w:rPr>
        <w:t>өлу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туралы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есепті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қалыптастыру</w:t>
      </w:r>
      <w:proofErr w:type="spellEnd"/>
      <w:r w:rsidRPr="00863C5D">
        <w:rPr>
          <w:sz w:val="28"/>
          <w:szCs w:val="28"/>
          <w:lang w:val="ru-RU"/>
        </w:rPr>
        <w:t xml:space="preserve">, </w:t>
      </w:r>
      <w:proofErr w:type="spellStart"/>
      <w:r w:rsidRPr="00863C5D">
        <w:rPr>
          <w:sz w:val="28"/>
          <w:szCs w:val="28"/>
          <w:lang w:val="ru-RU"/>
        </w:rPr>
        <w:t>сондай-ақ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төлеумен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бір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мезгілде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құқық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иеленушіге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жиналған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сыйақы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мөлшері</w:t>
      </w:r>
      <w:proofErr w:type="spellEnd"/>
      <w:r w:rsidRPr="00863C5D">
        <w:rPr>
          <w:sz w:val="28"/>
          <w:szCs w:val="28"/>
          <w:lang w:val="ru-RU"/>
        </w:rPr>
        <w:t xml:space="preserve"> мен </w:t>
      </w:r>
      <w:proofErr w:type="spellStart"/>
      <w:r w:rsidRPr="00863C5D">
        <w:rPr>
          <w:sz w:val="28"/>
          <w:szCs w:val="28"/>
          <w:lang w:val="ru-RU"/>
        </w:rPr>
        <w:t>ұсталған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сомалар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туралы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есептілікті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ұсыну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жөніндегі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талаптарды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бұзуда</w:t>
      </w:r>
      <w:proofErr w:type="spellEnd"/>
      <w:r w:rsidRPr="00863C5D">
        <w:rPr>
          <w:sz w:val="28"/>
          <w:szCs w:val="28"/>
          <w:lang w:val="ru-RU"/>
        </w:rPr>
        <w:t>.</w:t>
      </w:r>
    </w:p>
    <w:p w:rsidR="00B3145C" w:rsidRPr="00863C5D" w:rsidRDefault="008F1CE8" w:rsidP="008F1CE8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863C5D">
        <w:rPr>
          <w:sz w:val="28"/>
          <w:szCs w:val="28"/>
          <w:lang w:val="ru-RU"/>
        </w:rPr>
        <w:t xml:space="preserve">Дауды </w:t>
      </w:r>
      <w:proofErr w:type="spellStart"/>
      <w:r w:rsidRPr="00863C5D">
        <w:rPr>
          <w:sz w:val="28"/>
          <w:szCs w:val="28"/>
          <w:lang w:val="ru-RU"/>
        </w:rPr>
        <w:t>сотқа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дейінгі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тәртіппен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реттеу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мақсатында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Талап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қоюшы</w:t>
      </w:r>
      <w:proofErr w:type="spellEnd"/>
      <w:r w:rsidRPr="00863C5D">
        <w:rPr>
          <w:sz w:val="28"/>
          <w:szCs w:val="28"/>
          <w:lang w:val="ru-RU"/>
        </w:rPr>
        <w:t xml:space="preserve"> «___» ________ 2</w:t>
      </w:r>
      <w:r w:rsidRPr="00863C5D">
        <w:rPr>
          <w:sz w:val="28"/>
          <w:szCs w:val="28"/>
          <w:lang w:val="ru-RU"/>
        </w:rPr>
        <w:t xml:space="preserve">0__ </w:t>
      </w:r>
      <w:proofErr w:type="spellStart"/>
      <w:r w:rsidRPr="00863C5D">
        <w:rPr>
          <w:sz w:val="28"/>
          <w:szCs w:val="28"/>
          <w:lang w:val="ru-RU"/>
        </w:rPr>
        <w:t>жылғы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сыйақыны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төлеу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және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есептілікті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ұсыну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туралы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наразылық</w:t>
      </w:r>
      <w:proofErr w:type="spellEnd"/>
      <w:r w:rsidRPr="00863C5D">
        <w:rPr>
          <w:sz w:val="28"/>
          <w:szCs w:val="28"/>
          <w:lang w:val="ru-RU"/>
        </w:rPr>
        <w:t xml:space="preserve"> хат </w:t>
      </w:r>
      <w:proofErr w:type="spellStart"/>
      <w:r w:rsidRPr="00863C5D">
        <w:rPr>
          <w:sz w:val="28"/>
          <w:szCs w:val="28"/>
          <w:lang w:val="ru-RU"/>
        </w:rPr>
        <w:t>жолдады</w:t>
      </w:r>
      <w:proofErr w:type="spellEnd"/>
      <w:r w:rsidRPr="00863C5D">
        <w:rPr>
          <w:sz w:val="28"/>
          <w:szCs w:val="28"/>
          <w:lang w:val="ru-RU"/>
        </w:rPr>
        <w:t>.</w:t>
      </w:r>
    </w:p>
    <w:p w:rsidR="00B3145C" w:rsidRPr="00863C5D" w:rsidRDefault="008F1CE8" w:rsidP="008F1CE8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proofErr w:type="spellStart"/>
      <w:r w:rsidRPr="00863C5D">
        <w:rPr>
          <w:sz w:val="28"/>
          <w:szCs w:val="28"/>
          <w:lang w:val="ru-RU"/>
        </w:rPr>
        <w:t>Сонымен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бірге</w:t>
      </w:r>
      <w:proofErr w:type="spellEnd"/>
      <w:r w:rsidRPr="00863C5D">
        <w:rPr>
          <w:sz w:val="28"/>
          <w:szCs w:val="28"/>
          <w:lang w:val="ru-RU"/>
        </w:rPr>
        <w:t xml:space="preserve">, осы </w:t>
      </w:r>
      <w:proofErr w:type="spellStart"/>
      <w:r w:rsidRPr="00863C5D">
        <w:rPr>
          <w:sz w:val="28"/>
          <w:szCs w:val="28"/>
          <w:lang w:val="ru-RU"/>
        </w:rPr>
        <w:t>уақытқа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дейін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аталған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талаптар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орындалмаған</w:t>
      </w:r>
      <w:proofErr w:type="spellEnd"/>
      <w:r w:rsidRPr="00863C5D">
        <w:rPr>
          <w:sz w:val="28"/>
          <w:szCs w:val="28"/>
          <w:lang w:val="ru-RU"/>
        </w:rPr>
        <w:t>.</w:t>
      </w:r>
    </w:p>
    <w:p w:rsidR="00B3145C" w:rsidRPr="00863C5D" w:rsidRDefault="008F1CE8" w:rsidP="008F1CE8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proofErr w:type="spellStart"/>
      <w:r w:rsidRPr="00863C5D">
        <w:rPr>
          <w:sz w:val="28"/>
          <w:szCs w:val="28"/>
          <w:lang w:val="ru-RU"/>
        </w:rPr>
        <w:t>Қазақстан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Республикасы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Азаматтық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кодексінің</w:t>
      </w:r>
      <w:proofErr w:type="spellEnd"/>
      <w:r w:rsidRPr="00863C5D">
        <w:rPr>
          <w:sz w:val="28"/>
          <w:szCs w:val="28"/>
          <w:lang w:val="ru-RU"/>
        </w:rPr>
        <w:t xml:space="preserve"> (</w:t>
      </w:r>
      <w:proofErr w:type="spellStart"/>
      <w:r w:rsidRPr="00863C5D">
        <w:rPr>
          <w:sz w:val="28"/>
          <w:szCs w:val="28"/>
          <w:lang w:val="ru-RU"/>
        </w:rPr>
        <w:t>бұдан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әрі</w:t>
      </w:r>
      <w:proofErr w:type="spellEnd"/>
      <w:r w:rsidRPr="00863C5D">
        <w:rPr>
          <w:sz w:val="28"/>
          <w:szCs w:val="28"/>
          <w:lang w:val="ru-RU"/>
        </w:rPr>
        <w:t xml:space="preserve"> – ҚР АК) </w:t>
      </w:r>
      <w:r>
        <w:rPr>
          <w:sz w:val="28"/>
          <w:szCs w:val="28"/>
          <w:lang w:val="ru-RU"/>
        </w:rPr>
        <w:br/>
      </w:r>
      <w:bookmarkStart w:id="0" w:name="_GoBack"/>
      <w:bookmarkEnd w:id="0"/>
      <w:r w:rsidRPr="00863C5D">
        <w:rPr>
          <w:sz w:val="28"/>
          <w:szCs w:val="28"/>
          <w:lang w:val="ru-RU"/>
        </w:rPr>
        <w:t xml:space="preserve">272-бабына </w:t>
      </w:r>
      <w:proofErr w:type="spellStart"/>
      <w:r w:rsidRPr="00863C5D">
        <w:rPr>
          <w:sz w:val="28"/>
          <w:szCs w:val="28"/>
          <w:lang w:val="ru-RU"/>
        </w:rPr>
        <w:t>сәйкес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міндеттеме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міндеттеменің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талаптары</w:t>
      </w:r>
      <w:proofErr w:type="spellEnd"/>
      <w:r w:rsidRPr="00863C5D">
        <w:rPr>
          <w:sz w:val="28"/>
          <w:szCs w:val="28"/>
          <w:lang w:val="ru-RU"/>
        </w:rPr>
        <w:t xml:space="preserve"> мен </w:t>
      </w:r>
      <w:proofErr w:type="spellStart"/>
      <w:r w:rsidRPr="00863C5D">
        <w:rPr>
          <w:sz w:val="28"/>
          <w:szCs w:val="28"/>
          <w:lang w:val="ru-RU"/>
        </w:rPr>
        <w:t>заңнама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талаптарына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сәйкес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тиісінше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орындалуға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тиіс</w:t>
      </w:r>
      <w:proofErr w:type="spellEnd"/>
      <w:r w:rsidRPr="00863C5D">
        <w:rPr>
          <w:sz w:val="28"/>
          <w:szCs w:val="28"/>
          <w:lang w:val="ru-RU"/>
        </w:rPr>
        <w:t>.</w:t>
      </w:r>
    </w:p>
    <w:p w:rsidR="00B3145C" w:rsidRPr="00863C5D" w:rsidRDefault="008F1CE8" w:rsidP="008F1CE8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proofErr w:type="spellStart"/>
      <w:r w:rsidRPr="00863C5D">
        <w:rPr>
          <w:sz w:val="28"/>
          <w:szCs w:val="28"/>
          <w:lang w:val="ru-RU"/>
        </w:rPr>
        <w:t>Қолда</w:t>
      </w:r>
      <w:proofErr w:type="spellEnd"/>
      <w:r w:rsidRPr="00863C5D">
        <w:rPr>
          <w:sz w:val="28"/>
          <w:szCs w:val="28"/>
          <w:lang w:val="ru-RU"/>
        </w:rPr>
        <w:t xml:space="preserve"> бар </w:t>
      </w:r>
      <w:proofErr w:type="spellStart"/>
      <w:r w:rsidRPr="00863C5D">
        <w:rPr>
          <w:sz w:val="28"/>
          <w:szCs w:val="28"/>
          <w:lang w:val="ru-RU"/>
        </w:rPr>
        <w:t>ақпарат</w:t>
      </w:r>
      <w:proofErr w:type="spellEnd"/>
      <w:r w:rsidRPr="00863C5D">
        <w:rPr>
          <w:sz w:val="28"/>
          <w:szCs w:val="28"/>
          <w:lang w:val="ru-RU"/>
        </w:rPr>
        <w:t xml:space="preserve"> пен </w:t>
      </w:r>
      <w:proofErr w:type="spellStart"/>
      <w:r w:rsidRPr="00863C5D">
        <w:rPr>
          <w:sz w:val="28"/>
          <w:szCs w:val="28"/>
          <w:lang w:val="ru-RU"/>
        </w:rPr>
        <w:t>қолданылатын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мөлшерлемелерді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ескере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отырып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жүргізілген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алдын</w:t>
      </w:r>
      <w:proofErr w:type="spellEnd"/>
      <w:r w:rsidRPr="00863C5D">
        <w:rPr>
          <w:sz w:val="28"/>
          <w:szCs w:val="28"/>
          <w:lang w:val="ru-RU"/>
        </w:rPr>
        <w:t xml:space="preserve"> ала </w:t>
      </w:r>
      <w:proofErr w:type="spellStart"/>
      <w:r w:rsidRPr="00863C5D">
        <w:rPr>
          <w:sz w:val="28"/>
          <w:szCs w:val="28"/>
          <w:lang w:val="ru-RU"/>
        </w:rPr>
        <w:t>есептеулер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негізінде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төленбеген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сыйақы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сомасы</w:t>
      </w:r>
      <w:proofErr w:type="spellEnd"/>
      <w:r w:rsidRPr="00863C5D">
        <w:rPr>
          <w:sz w:val="28"/>
          <w:szCs w:val="28"/>
          <w:lang w:val="ru-RU"/>
        </w:rPr>
        <w:t xml:space="preserve"> ________ </w:t>
      </w:r>
      <w:proofErr w:type="spellStart"/>
      <w:r w:rsidRPr="00863C5D">
        <w:rPr>
          <w:sz w:val="28"/>
          <w:szCs w:val="28"/>
          <w:lang w:val="ru-RU"/>
        </w:rPr>
        <w:t>теңгені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құрайды</w:t>
      </w:r>
      <w:proofErr w:type="spellEnd"/>
      <w:r w:rsidRPr="00863C5D">
        <w:rPr>
          <w:sz w:val="28"/>
          <w:szCs w:val="28"/>
          <w:lang w:val="ru-RU"/>
        </w:rPr>
        <w:t>.</w:t>
      </w:r>
    </w:p>
    <w:p w:rsidR="00B3145C" w:rsidRPr="00863C5D" w:rsidRDefault="008F1CE8" w:rsidP="008F1CE8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proofErr w:type="spellStart"/>
      <w:r w:rsidRPr="00863C5D">
        <w:rPr>
          <w:sz w:val="28"/>
          <w:szCs w:val="28"/>
          <w:lang w:val="ru-RU"/>
        </w:rPr>
        <w:t>Нақты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мөлшерді</w:t>
      </w:r>
      <w:proofErr w:type="spellEnd"/>
      <w:r w:rsidRPr="00863C5D">
        <w:rPr>
          <w:sz w:val="28"/>
          <w:szCs w:val="28"/>
          <w:lang w:val="ru-RU"/>
        </w:rPr>
        <w:t xml:space="preserve"> сот </w:t>
      </w:r>
      <w:proofErr w:type="spellStart"/>
      <w:r w:rsidRPr="00863C5D">
        <w:rPr>
          <w:sz w:val="28"/>
          <w:szCs w:val="28"/>
          <w:lang w:val="ru-RU"/>
        </w:rPr>
        <w:t>Жауапкердің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есептілігі</w:t>
      </w:r>
      <w:proofErr w:type="spellEnd"/>
      <w:r w:rsidRPr="00863C5D">
        <w:rPr>
          <w:sz w:val="28"/>
          <w:szCs w:val="28"/>
          <w:lang w:val="ru-RU"/>
        </w:rPr>
        <w:t xml:space="preserve">, </w:t>
      </w:r>
      <w:proofErr w:type="spellStart"/>
      <w:r w:rsidRPr="00863C5D">
        <w:rPr>
          <w:sz w:val="28"/>
          <w:szCs w:val="28"/>
          <w:lang w:val="ru-RU"/>
        </w:rPr>
        <w:t>бірыңғай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цифрлық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платформадағы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деректер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және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туындыларды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нақты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пайдалану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туралы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мәліметтер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негізінде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белгілеуге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тиіс</w:t>
      </w:r>
      <w:proofErr w:type="spellEnd"/>
      <w:r w:rsidRPr="00863C5D">
        <w:rPr>
          <w:sz w:val="28"/>
          <w:szCs w:val="28"/>
          <w:lang w:val="ru-RU"/>
        </w:rPr>
        <w:t>.</w:t>
      </w:r>
    </w:p>
    <w:p w:rsidR="00B3145C" w:rsidRPr="00863C5D" w:rsidRDefault="008F1CE8" w:rsidP="008F1CE8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proofErr w:type="spellStart"/>
      <w:r w:rsidRPr="00863C5D">
        <w:rPr>
          <w:sz w:val="28"/>
          <w:szCs w:val="28"/>
          <w:lang w:val="ru-RU"/>
        </w:rPr>
        <w:t>Қазақстан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Республикасы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Азаматтық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кодексінің</w:t>
      </w:r>
      <w:proofErr w:type="spellEnd"/>
      <w:r w:rsidRPr="00863C5D">
        <w:rPr>
          <w:sz w:val="28"/>
          <w:szCs w:val="28"/>
          <w:lang w:val="ru-RU"/>
        </w:rPr>
        <w:t xml:space="preserve"> 9-бабына </w:t>
      </w:r>
      <w:proofErr w:type="spellStart"/>
      <w:r w:rsidRPr="00863C5D">
        <w:rPr>
          <w:sz w:val="28"/>
          <w:szCs w:val="28"/>
          <w:lang w:val="ru-RU"/>
        </w:rPr>
        <w:t>сәйкес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азаматтық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құқықтарды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қорғау</w:t>
      </w:r>
      <w:proofErr w:type="spellEnd"/>
      <w:r w:rsidRPr="00863C5D">
        <w:rPr>
          <w:sz w:val="28"/>
          <w:szCs w:val="28"/>
          <w:lang w:val="ru-RU"/>
        </w:rPr>
        <w:t xml:space="preserve">, </w:t>
      </w:r>
      <w:proofErr w:type="spellStart"/>
      <w:r w:rsidRPr="00863C5D">
        <w:rPr>
          <w:sz w:val="28"/>
          <w:szCs w:val="28"/>
          <w:lang w:val="ru-RU"/>
        </w:rPr>
        <w:t>оның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ішінде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міндеттемені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орындауға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м</w:t>
      </w:r>
      <w:r w:rsidRPr="00863C5D">
        <w:rPr>
          <w:sz w:val="28"/>
          <w:szCs w:val="28"/>
          <w:lang w:val="ru-RU"/>
        </w:rPr>
        <w:t>әжбүрлеу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және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тиесілі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сомаларды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өндіріп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алу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арқылы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жүзеге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асырылады</w:t>
      </w:r>
      <w:proofErr w:type="spellEnd"/>
      <w:r w:rsidRPr="00863C5D">
        <w:rPr>
          <w:sz w:val="28"/>
          <w:szCs w:val="28"/>
          <w:lang w:val="ru-RU"/>
        </w:rPr>
        <w:t>.</w:t>
      </w:r>
    </w:p>
    <w:p w:rsidR="00B3145C" w:rsidRPr="00863C5D" w:rsidRDefault="008F1CE8" w:rsidP="008F1CE8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proofErr w:type="spellStart"/>
      <w:r w:rsidRPr="00863C5D">
        <w:rPr>
          <w:sz w:val="28"/>
          <w:szCs w:val="28"/>
          <w:lang w:val="ru-RU"/>
        </w:rPr>
        <w:t>Жоғарыда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баяндалғандардың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негізінде</w:t>
      </w:r>
      <w:proofErr w:type="spellEnd"/>
      <w:r w:rsidRPr="00863C5D">
        <w:rPr>
          <w:sz w:val="28"/>
          <w:szCs w:val="28"/>
          <w:lang w:val="ru-RU"/>
        </w:rPr>
        <w:t xml:space="preserve">, </w:t>
      </w:r>
      <w:proofErr w:type="spellStart"/>
      <w:r w:rsidRPr="00863C5D">
        <w:rPr>
          <w:sz w:val="28"/>
          <w:szCs w:val="28"/>
          <w:lang w:val="ru-RU"/>
        </w:rPr>
        <w:t>Қазақстан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Республикасының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Азаматтық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процестік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кодексінің</w:t>
      </w:r>
      <w:proofErr w:type="spellEnd"/>
      <w:r w:rsidRPr="00863C5D">
        <w:rPr>
          <w:sz w:val="28"/>
          <w:szCs w:val="28"/>
          <w:lang w:val="ru-RU"/>
        </w:rPr>
        <w:t xml:space="preserve"> 148–149-баптарын </w:t>
      </w:r>
      <w:proofErr w:type="spellStart"/>
      <w:r w:rsidRPr="00863C5D">
        <w:rPr>
          <w:sz w:val="28"/>
          <w:szCs w:val="28"/>
          <w:lang w:val="ru-RU"/>
        </w:rPr>
        <w:t>басшылыққа</w:t>
      </w:r>
      <w:proofErr w:type="spellEnd"/>
      <w:r w:rsidRPr="00863C5D">
        <w:rPr>
          <w:sz w:val="28"/>
          <w:szCs w:val="28"/>
          <w:lang w:val="ru-RU"/>
        </w:rPr>
        <w:t xml:space="preserve"> ала </w:t>
      </w:r>
      <w:proofErr w:type="spellStart"/>
      <w:r w:rsidRPr="00863C5D">
        <w:rPr>
          <w:sz w:val="28"/>
          <w:szCs w:val="28"/>
          <w:lang w:val="ru-RU"/>
        </w:rPr>
        <w:t>отырып</w:t>
      </w:r>
      <w:proofErr w:type="spellEnd"/>
      <w:r w:rsidRPr="00863C5D">
        <w:rPr>
          <w:sz w:val="28"/>
          <w:szCs w:val="28"/>
          <w:lang w:val="ru-RU"/>
        </w:rPr>
        <w:t>,</w:t>
      </w:r>
    </w:p>
    <w:p w:rsidR="00B3145C" w:rsidRPr="00863C5D" w:rsidRDefault="008F1CE8" w:rsidP="008F1CE8">
      <w:pPr>
        <w:spacing w:after="0" w:line="240" w:lineRule="auto"/>
        <w:ind w:firstLine="720"/>
        <w:jc w:val="center"/>
        <w:rPr>
          <w:sz w:val="28"/>
          <w:szCs w:val="28"/>
          <w:lang w:val="ru-RU"/>
        </w:rPr>
      </w:pPr>
      <w:r w:rsidRPr="00863C5D">
        <w:rPr>
          <w:b/>
          <w:sz w:val="28"/>
          <w:szCs w:val="28"/>
          <w:lang w:val="ru-RU"/>
        </w:rPr>
        <w:t>СОТТАН СҰРАЙМЫН:</w:t>
      </w:r>
    </w:p>
    <w:p w:rsidR="00B3145C" w:rsidRPr="00863C5D" w:rsidRDefault="008F1CE8" w:rsidP="008F1CE8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863C5D">
        <w:rPr>
          <w:sz w:val="28"/>
          <w:szCs w:val="28"/>
          <w:lang w:val="ru-RU"/>
        </w:rPr>
        <w:t xml:space="preserve">1. </w:t>
      </w:r>
      <w:proofErr w:type="spellStart"/>
      <w:r w:rsidRPr="00863C5D">
        <w:rPr>
          <w:sz w:val="28"/>
          <w:szCs w:val="28"/>
          <w:lang w:val="ru-RU"/>
        </w:rPr>
        <w:t>Жауапкерді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құқықтарды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ұжымдық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бас</w:t>
      </w:r>
      <w:r w:rsidRPr="00863C5D">
        <w:rPr>
          <w:sz w:val="28"/>
          <w:szCs w:val="28"/>
          <w:lang w:val="ru-RU"/>
        </w:rPr>
        <w:t>қару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саласындағы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бірыңғай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цифрлық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платформаның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деректерін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пайдалана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отырып</w:t>
      </w:r>
      <w:proofErr w:type="spellEnd"/>
      <w:r w:rsidRPr="00863C5D">
        <w:rPr>
          <w:sz w:val="28"/>
          <w:szCs w:val="28"/>
          <w:lang w:val="ru-RU"/>
        </w:rPr>
        <w:t xml:space="preserve">, </w:t>
      </w:r>
      <w:proofErr w:type="spellStart"/>
      <w:r w:rsidRPr="00863C5D">
        <w:rPr>
          <w:sz w:val="28"/>
          <w:szCs w:val="28"/>
          <w:lang w:val="ru-RU"/>
        </w:rPr>
        <w:t>жиналған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сыйақы</w:t>
      </w:r>
      <w:proofErr w:type="spellEnd"/>
      <w:r w:rsidRPr="00863C5D">
        <w:rPr>
          <w:sz w:val="28"/>
          <w:szCs w:val="28"/>
          <w:lang w:val="ru-RU"/>
        </w:rPr>
        <w:t xml:space="preserve">, </w:t>
      </w:r>
      <w:proofErr w:type="spellStart"/>
      <w:r w:rsidRPr="00863C5D">
        <w:rPr>
          <w:sz w:val="28"/>
          <w:szCs w:val="28"/>
          <w:lang w:val="ru-RU"/>
        </w:rPr>
        <w:t>оның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lastRenderedPageBreak/>
        <w:t>бөлінуі</w:t>
      </w:r>
      <w:proofErr w:type="spellEnd"/>
      <w:r w:rsidRPr="00863C5D">
        <w:rPr>
          <w:sz w:val="28"/>
          <w:szCs w:val="28"/>
          <w:lang w:val="ru-RU"/>
        </w:rPr>
        <w:t xml:space="preserve">, </w:t>
      </w:r>
      <w:proofErr w:type="spellStart"/>
      <w:r w:rsidRPr="00863C5D">
        <w:rPr>
          <w:sz w:val="28"/>
          <w:szCs w:val="28"/>
          <w:lang w:val="ru-RU"/>
        </w:rPr>
        <w:t>қолданылған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мөлшерлемелер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және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ұсталған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сомалар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туралы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толық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есепті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ұсынуға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міндеттеу</w:t>
      </w:r>
      <w:proofErr w:type="spellEnd"/>
      <w:r w:rsidRPr="00863C5D">
        <w:rPr>
          <w:sz w:val="28"/>
          <w:szCs w:val="28"/>
          <w:lang w:val="ru-RU"/>
        </w:rPr>
        <w:t>;</w:t>
      </w:r>
    </w:p>
    <w:p w:rsidR="00B3145C" w:rsidRPr="00863C5D" w:rsidRDefault="008F1CE8" w:rsidP="008F1CE8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863C5D">
        <w:rPr>
          <w:sz w:val="28"/>
          <w:szCs w:val="28"/>
          <w:lang w:val="ru-RU"/>
        </w:rPr>
        <w:t xml:space="preserve">2. </w:t>
      </w:r>
      <w:proofErr w:type="spellStart"/>
      <w:r w:rsidRPr="00863C5D">
        <w:rPr>
          <w:sz w:val="28"/>
          <w:szCs w:val="28"/>
          <w:lang w:val="ru-RU"/>
        </w:rPr>
        <w:t>Жауапкерден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Талап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қоюшының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пайдасына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төленбеген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сыйақы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сома</w:t>
      </w:r>
      <w:r w:rsidRPr="00863C5D">
        <w:rPr>
          <w:sz w:val="28"/>
          <w:szCs w:val="28"/>
          <w:lang w:val="ru-RU"/>
        </w:rPr>
        <w:t>сын</w:t>
      </w:r>
      <w:proofErr w:type="spellEnd"/>
      <w:r w:rsidRPr="00863C5D">
        <w:rPr>
          <w:sz w:val="28"/>
          <w:szCs w:val="28"/>
          <w:lang w:val="ru-RU"/>
        </w:rPr>
        <w:t xml:space="preserve"> ________ </w:t>
      </w:r>
      <w:proofErr w:type="spellStart"/>
      <w:r w:rsidRPr="00863C5D">
        <w:rPr>
          <w:sz w:val="28"/>
          <w:szCs w:val="28"/>
          <w:lang w:val="ru-RU"/>
        </w:rPr>
        <w:t>теңге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мөлшерінде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өндіріп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алу</w:t>
      </w:r>
      <w:proofErr w:type="spellEnd"/>
      <w:r w:rsidRPr="00863C5D">
        <w:rPr>
          <w:sz w:val="28"/>
          <w:szCs w:val="28"/>
          <w:lang w:val="ru-RU"/>
        </w:rPr>
        <w:t>;</w:t>
      </w:r>
    </w:p>
    <w:p w:rsidR="00B3145C" w:rsidRDefault="008F1CE8" w:rsidP="008F1CE8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863C5D">
        <w:rPr>
          <w:sz w:val="28"/>
          <w:szCs w:val="28"/>
          <w:lang w:val="ru-RU"/>
        </w:rPr>
        <w:t xml:space="preserve">3. </w:t>
      </w:r>
      <w:proofErr w:type="spellStart"/>
      <w:r w:rsidRPr="00863C5D">
        <w:rPr>
          <w:sz w:val="28"/>
          <w:szCs w:val="28"/>
          <w:lang w:val="ru-RU"/>
        </w:rPr>
        <w:t>Жауапкерден</w:t>
      </w:r>
      <w:proofErr w:type="spellEnd"/>
      <w:r w:rsidRPr="00863C5D">
        <w:rPr>
          <w:sz w:val="28"/>
          <w:szCs w:val="28"/>
          <w:lang w:val="ru-RU"/>
        </w:rPr>
        <w:t xml:space="preserve"> сот </w:t>
      </w:r>
      <w:proofErr w:type="spellStart"/>
      <w:r w:rsidRPr="00863C5D">
        <w:rPr>
          <w:sz w:val="28"/>
          <w:szCs w:val="28"/>
          <w:lang w:val="ru-RU"/>
        </w:rPr>
        <w:t>шығыстарын</w:t>
      </w:r>
      <w:proofErr w:type="spellEnd"/>
      <w:r w:rsidRPr="00863C5D">
        <w:rPr>
          <w:sz w:val="28"/>
          <w:szCs w:val="28"/>
          <w:lang w:val="ru-RU"/>
        </w:rPr>
        <w:t xml:space="preserve">, </w:t>
      </w:r>
      <w:proofErr w:type="spellStart"/>
      <w:r w:rsidRPr="00863C5D">
        <w:rPr>
          <w:sz w:val="28"/>
          <w:szCs w:val="28"/>
          <w:lang w:val="ru-RU"/>
        </w:rPr>
        <w:t>оның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ішінде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төленген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мемлекеттік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баж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сомасын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өндіріп</w:t>
      </w:r>
      <w:proofErr w:type="spellEnd"/>
      <w:r w:rsidRPr="00863C5D">
        <w:rPr>
          <w:sz w:val="28"/>
          <w:szCs w:val="28"/>
          <w:lang w:val="ru-RU"/>
        </w:rPr>
        <w:t xml:space="preserve"> </w:t>
      </w:r>
      <w:proofErr w:type="spellStart"/>
      <w:r w:rsidRPr="00863C5D">
        <w:rPr>
          <w:sz w:val="28"/>
          <w:szCs w:val="28"/>
          <w:lang w:val="ru-RU"/>
        </w:rPr>
        <w:t>алу</w:t>
      </w:r>
      <w:proofErr w:type="spellEnd"/>
      <w:r w:rsidRPr="00863C5D">
        <w:rPr>
          <w:sz w:val="28"/>
          <w:szCs w:val="28"/>
          <w:lang w:val="ru-RU"/>
        </w:rPr>
        <w:t>.</w:t>
      </w:r>
    </w:p>
    <w:p w:rsidR="008F1CE8" w:rsidRPr="00863C5D" w:rsidRDefault="008F1CE8" w:rsidP="008F1CE8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</w:p>
    <w:p w:rsidR="00B3145C" w:rsidRPr="008F1CE8" w:rsidRDefault="008F1CE8" w:rsidP="008F1CE8">
      <w:pPr>
        <w:spacing w:after="0" w:line="240" w:lineRule="auto"/>
        <w:ind w:firstLine="720"/>
        <w:jc w:val="both"/>
        <w:rPr>
          <w:i/>
          <w:sz w:val="28"/>
          <w:szCs w:val="28"/>
          <w:lang w:val="ru-RU"/>
        </w:rPr>
      </w:pPr>
      <w:proofErr w:type="spellStart"/>
      <w:r w:rsidRPr="008F1CE8">
        <w:rPr>
          <w:i/>
          <w:sz w:val="28"/>
          <w:szCs w:val="28"/>
          <w:lang w:val="ru-RU"/>
        </w:rPr>
        <w:t>Қоса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берілетін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құжаттардың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тізбесі</w:t>
      </w:r>
      <w:proofErr w:type="spellEnd"/>
      <w:r w:rsidRPr="008F1CE8">
        <w:rPr>
          <w:i/>
          <w:sz w:val="28"/>
          <w:szCs w:val="28"/>
          <w:lang w:val="ru-RU"/>
        </w:rPr>
        <w:t>:</w:t>
      </w:r>
    </w:p>
    <w:p w:rsidR="00B3145C" w:rsidRPr="008F1CE8" w:rsidRDefault="008F1CE8" w:rsidP="008F1CE8">
      <w:pPr>
        <w:spacing w:after="0" w:line="240" w:lineRule="auto"/>
        <w:ind w:firstLine="720"/>
        <w:jc w:val="both"/>
        <w:rPr>
          <w:i/>
          <w:sz w:val="28"/>
          <w:szCs w:val="28"/>
          <w:lang w:val="ru-RU"/>
        </w:rPr>
      </w:pPr>
      <w:r w:rsidRPr="008F1CE8">
        <w:rPr>
          <w:i/>
          <w:sz w:val="28"/>
          <w:szCs w:val="28"/>
          <w:lang w:val="ru-RU"/>
        </w:rPr>
        <w:t xml:space="preserve">1. </w:t>
      </w:r>
      <w:proofErr w:type="spellStart"/>
      <w:r w:rsidRPr="008F1CE8">
        <w:rPr>
          <w:i/>
          <w:sz w:val="28"/>
          <w:szCs w:val="28"/>
          <w:lang w:val="ru-RU"/>
        </w:rPr>
        <w:t>Талап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қою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арызының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және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оған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қоса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берілетін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құжаттардың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көшірмелері</w:t>
      </w:r>
      <w:proofErr w:type="spellEnd"/>
      <w:r w:rsidRPr="008F1CE8">
        <w:rPr>
          <w:i/>
          <w:sz w:val="28"/>
          <w:szCs w:val="28"/>
          <w:lang w:val="ru-RU"/>
        </w:rPr>
        <w:t>;</w:t>
      </w:r>
    </w:p>
    <w:p w:rsidR="00B3145C" w:rsidRPr="008F1CE8" w:rsidRDefault="008F1CE8" w:rsidP="008F1CE8">
      <w:pPr>
        <w:spacing w:after="0" w:line="240" w:lineRule="auto"/>
        <w:ind w:firstLine="720"/>
        <w:jc w:val="both"/>
        <w:rPr>
          <w:i/>
          <w:sz w:val="28"/>
          <w:szCs w:val="28"/>
          <w:lang w:val="ru-RU"/>
        </w:rPr>
      </w:pPr>
      <w:r w:rsidRPr="008F1CE8">
        <w:rPr>
          <w:i/>
          <w:sz w:val="28"/>
          <w:szCs w:val="28"/>
          <w:lang w:val="ru-RU"/>
        </w:rPr>
        <w:t xml:space="preserve">2. </w:t>
      </w:r>
      <w:proofErr w:type="spellStart"/>
      <w:r w:rsidRPr="008F1CE8">
        <w:rPr>
          <w:i/>
          <w:sz w:val="28"/>
          <w:szCs w:val="28"/>
          <w:lang w:val="ru-RU"/>
        </w:rPr>
        <w:t>Мемлекеттік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б</w:t>
      </w:r>
      <w:r w:rsidRPr="008F1CE8">
        <w:rPr>
          <w:i/>
          <w:sz w:val="28"/>
          <w:szCs w:val="28"/>
          <w:lang w:val="ru-RU"/>
        </w:rPr>
        <w:t>ажды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төлегені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туралы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түбіртек</w:t>
      </w:r>
      <w:proofErr w:type="spellEnd"/>
      <w:r w:rsidRPr="008F1CE8">
        <w:rPr>
          <w:i/>
          <w:sz w:val="28"/>
          <w:szCs w:val="28"/>
          <w:lang w:val="ru-RU"/>
        </w:rPr>
        <w:t>;</w:t>
      </w:r>
    </w:p>
    <w:p w:rsidR="00B3145C" w:rsidRPr="008F1CE8" w:rsidRDefault="008F1CE8" w:rsidP="008F1CE8">
      <w:pPr>
        <w:spacing w:after="0" w:line="240" w:lineRule="auto"/>
        <w:ind w:firstLine="720"/>
        <w:jc w:val="both"/>
        <w:rPr>
          <w:i/>
          <w:sz w:val="28"/>
          <w:szCs w:val="28"/>
          <w:lang w:val="ru-RU"/>
        </w:rPr>
      </w:pPr>
      <w:r w:rsidRPr="008F1CE8">
        <w:rPr>
          <w:i/>
          <w:sz w:val="28"/>
          <w:szCs w:val="28"/>
          <w:lang w:val="ru-RU"/>
        </w:rPr>
        <w:t xml:space="preserve">3. «_» ________ 20__ </w:t>
      </w:r>
      <w:proofErr w:type="spellStart"/>
      <w:r w:rsidRPr="008F1CE8">
        <w:rPr>
          <w:i/>
          <w:sz w:val="28"/>
          <w:szCs w:val="28"/>
          <w:lang w:val="ru-RU"/>
        </w:rPr>
        <w:t>жылғы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құқықтарды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ұжымдық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басқару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туралы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шарт</w:t>
      </w:r>
      <w:proofErr w:type="spellEnd"/>
      <w:r w:rsidRPr="008F1CE8">
        <w:rPr>
          <w:i/>
          <w:sz w:val="28"/>
          <w:szCs w:val="28"/>
          <w:lang w:val="ru-RU"/>
        </w:rPr>
        <w:t>;</w:t>
      </w:r>
    </w:p>
    <w:p w:rsidR="00B3145C" w:rsidRPr="008F1CE8" w:rsidRDefault="008F1CE8" w:rsidP="008F1CE8">
      <w:pPr>
        <w:spacing w:after="0" w:line="240" w:lineRule="auto"/>
        <w:ind w:firstLine="720"/>
        <w:jc w:val="both"/>
        <w:rPr>
          <w:i/>
          <w:sz w:val="28"/>
          <w:szCs w:val="28"/>
          <w:lang w:val="ru-RU"/>
        </w:rPr>
      </w:pPr>
      <w:r w:rsidRPr="008F1CE8">
        <w:rPr>
          <w:i/>
          <w:sz w:val="28"/>
          <w:szCs w:val="28"/>
          <w:lang w:val="ru-RU"/>
        </w:rPr>
        <w:t xml:space="preserve">4. </w:t>
      </w:r>
      <w:proofErr w:type="spellStart"/>
      <w:r w:rsidRPr="008F1CE8">
        <w:rPr>
          <w:i/>
          <w:sz w:val="28"/>
          <w:szCs w:val="28"/>
          <w:lang w:val="ru-RU"/>
        </w:rPr>
        <w:t>Туындыларға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құқықтарды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растайтын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құжаттар</w:t>
      </w:r>
      <w:proofErr w:type="spellEnd"/>
      <w:r w:rsidRPr="008F1CE8">
        <w:rPr>
          <w:i/>
          <w:sz w:val="28"/>
          <w:szCs w:val="28"/>
          <w:lang w:val="ru-RU"/>
        </w:rPr>
        <w:t>;</w:t>
      </w:r>
    </w:p>
    <w:p w:rsidR="00B3145C" w:rsidRPr="008F1CE8" w:rsidRDefault="008F1CE8" w:rsidP="008F1CE8">
      <w:pPr>
        <w:spacing w:after="0" w:line="240" w:lineRule="auto"/>
        <w:ind w:firstLine="720"/>
        <w:jc w:val="both"/>
        <w:rPr>
          <w:i/>
          <w:sz w:val="28"/>
          <w:szCs w:val="28"/>
          <w:lang w:val="ru-RU"/>
        </w:rPr>
      </w:pPr>
      <w:r w:rsidRPr="008F1CE8">
        <w:rPr>
          <w:i/>
          <w:sz w:val="28"/>
          <w:szCs w:val="28"/>
          <w:lang w:val="ru-RU"/>
        </w:rPr>
        <w:t xml:space="preserve">5. «_» ________ 20__ </w:t>
      </w:r>
      <w:proofErr w:type="spellStart"/>
      <w:r w:rsidRPr="008F1CE8">
        <w:rPr>
          <w:i/>
          <w:sz w:val="28"/>
          <w:szCs w:val="28"/>
          <w:lang w:val="ru-RU"/>
        </w:rPr>
        <w:t>жылғы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наразылық</w:t>
      </w:r>
      <w:proofErr w:type="spellEnd"/>
      <w:r w:rsidRPr="008F1CE8">
        <w:rPr>
          <w:i/>
          <w:sz w:val="28"/>
          <w:szCs w:val="28"/>
          <w:lang w:val="ru-RU"/>
        </w:rPr>
        <w:t xml:space="preserve"> хат;</w:t>
      </w:r>
    </w:p>
    <w:p w:rsidR="00B3145C" w:rsidRPr="008F1CE8" w:rsidRDefault="008F1CE8" w:rsidP="008F1CE8">
      <w:pPr>
        <w:spacing w:after="0" w:line="240" w:lineRule="auto"/>
        <w:ind w:firstLine="720"/>
        <w:jc w:val="both"/>
        <w:rPr>
          <w:i/>
          <w:sz w:val="28"/>
          <w:szCs w:val="28"/>
          <w:lang w:val="ru-RU"/>
        </w:rPr>
      </w:pPr>
      <w:r w:rsidRPr="008F1CE8">
        <w:rPr>
          <w:i/>
          <w:sz w:val="28"/>
          <w:szCs w:val="28"/>
          <w:lang w:val="ru-RU"/>
        </w:rPr>
        <w:t xml:space="preserve">6. </w:t>
      </w:r>
      <w:proofErr w:type="spellStart"/>
      <w:r w:rsidRPr="008F1CE8">
        <w:rPr>
          <w:i/>
          <w:sz w:val="28"/>
          <w:szCs w:val="28"/>
          <w:lang w:val="ru-RU"/>
        </w:rPr>
        <w:t>Наразылықты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жолдағанын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растайтын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дәлелдемелер</w:t>
      </w:r>
      <w:proofErr w:type="spellEnd"/>
      <w:r w:rsidRPr="008F1CE8">
        <w:rPr>
          <w:i/>
          <w:sz w:val="28"/>
          <w:szCs w:val="28"/>
          <w:lang w:val="ru-RU"/>
        </w:rPr>
        <w:t>;</w:t>
      </w:r>
    </w:p>
    <w:p w:rsidR="00B3145C" w:rsidRPr="008F1CE8" w:rsidRDefault="008F1CE8" w:rsidP="008F1CE8">
      <w:pPr>
        <w:spacing w:after="0" w:line="240" w:lineRule="auto"/>
        <w:ind w:firstLine="720"/>
        <w:jc w:val="both"/>
        <w:rPr>
          <w:i/>
          <w:sz w:val="28"/>
          <w:szCs w:val="28"/>
          <w:lang w:val="ru-RU"/>
        </w:rPr>
      </w:pPr>
      <w:r w:rsidRPr="008F1CE8">
        <w:rPr>
          <w:i/>
          <w:sz w:val="28"/>
          <w:szCs w:val="28"/>
          <w:lang w:val="ru-RU"/>
        </w:rPr>
        <w:t xml:space="preserve">7. </w:t>
      </w:r>
      <w:proofErr w:type="spellStart"/>
      <w:r w:rsidRPr="008F1CE8">
        <w:rPr>
          <w:i/>
          <w:sz w:val="28"/>
          <w:szCs w:val="28"/>
          <w:lang w:val="ru-RU"/>
        </w:rPr>
        <w:t>Талап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қою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сомасын</w:t>
      </w:r>
      <w:r w:rsidRPr="008F1CE8">
        <w:rPr>
          <w:i/>
          <w:sz w:val="28"/>
          <w:szCs w:val="28"/>
          <w:lang w:val="ru-RU"/>
        </w:rPr>
        <w:t>ың</w:t>
      </w:r>
      <w:proofErr w:type="spellEnd"/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есебі</w:t>
      </w:r>
      <w:proofErr w:type="spellEnd"/>
      <w:r w:rsidRPr="008F1CE8">
        <w:rPr>
          <w:i/>
          <w:sz w:val="28"/>
          <w:szCs w:val="28"/>
          <w:lang w:val="ru-RU"/>
        </w:rPr>
        <w:t>;</w:t>
      </w:r>
    </w:p>
    <w:p w:rsidR="00B3145C" w:rsidRPr="008F1CE8" w:rsidRDefault="008F1CE8" w:rsidP="008F1CE8">
      <w:pPr>
        <w:spacing w:after="0" w:line="240" w:lineRule="auto"/>
        <w:ind w:firstLine="720"/>
        <w:jc w:val="both"/>
        <w:rPr>
          <w:i/>
          <w:sz w:val="28"/>
          <w:szCs w:val="28"/>
          <w:lang w:val="ru-RU"/>
        </w:rPr>
      </w:pPr>
      <w:r w:rsidRPr="008F1CE8">
        <w:rPr>
          <w:i/>
          <w:sz w:val="28"/>
          <w:szCs w:val="28"/>
          <w:lang w:val="ru-RU"/>
        </w:rPr>
        <w:t xml:space="preserve">8. </w:t>
      </w:r>
      <w:proofErr w:type="spellStart"/>
      <w:r w:rsidRPr="008F1CE8">
        <w:rPr>
          <w:i/>
          <w:sz w:val="28"/>
          <w:szCs w:val="28"/>
          <w:lang w:val="ru-RU"/>
        </w:rPr>
        <w:t>Өзге</w:t>
      </w:r>
      <w:proofErr w:type="spellEnd"/>
      <w:r w:rsidRPr="008F1CE8">
        <w:rPr>
          <w:i/>
          <w:sz w:val="28"/>
          <w:szCs w:val="28"/>
          <w:lang w:val="ru-RU"/>
        </w:rPr>
        <w:t xml:space="preserve"> де </w:t>
      </w:r>
      <w:proofErr w:type="spellStart"/>
      <w:r w:rsidRPr="008F1CE8">
        <w:rPr>
          <w:i/>
          <w:sz w:val="28"/>
          <w:szCs w:val="28"/>
          <w:lang w:val="ru-RU"/>
        </w:rPr>
        <w:t>құжаттар</w:t>
      </w:r>
      <w:proofErr w:type="spellEnd"/>
      <w:r w:rsidRPr="008F1CE8">
        <w:rPr>
          <w:i/>
          <w:sz w:val="28"/>
          <w:szCs w:val="28"/>
          <w:lang w:val="ru-RU"/>
        </w:rPr>
        <w:t>.</w:t>
      </w:r>
    </w:p>
    <w:p w:rsidR="00B3145C" w:rsidRPr="00863C5D" w:rsidRDefault="00B3145C" w:rsidP="008F1CE8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</w:p>
    <w:p w:rsidR="00B3145C" w:rsidRDefault="008F1CE8" w:rsidP="008F1CE8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proofErr w:type="spellStart"/>
      <w:r w:rsidRPr="008F1CE8">
        <w:rPr>
          <w:b/>
          <w:sz w:val="28"/>
          <w:szCs w:val="28"/>
          <w:lang w:val="ru-RU"/>
        </w:rPr>
        <w:t>Талап</w:t>
      </w:r>
      <w:proofErr w:type="spellEnd"/>
      <w:r w:rsidRPr="008F1CE8">
        <w:rPr>
          <w:b/>
          <w:sz w:val="28"/>
          <w:szCs w:val="28"/>
          <w:lang w:val="ru-RU"/>
        </w:rPr>
        <w:t xml:space="preserve"> </w:t>
      </w:r>
      <w:proofErr w:type="spellStart"/>
      <w:r w:rsidRPr="008F1CE8">
        <w:rPr>
          <w:b/>
          <w:sz w:val="28"/>
          <w:szCs w:val="28"/>
          <w:lang w:val="ru-RU"/>
        </w:rPr>
        <w:t>қоюшы</w:t>
      </w:r>
      <w:proofErr w:type="spellEnd"/>
      <w:r w:rsidRPr="008F1CE8">
        <w:rPr>
          <w:b/>
          <w:sz w:val="28"/>
          <w:szCs w:val="28"/>
          <w:lang w:val="ru-RU"/>
        </w:rPr>
        <w:t>:</w:t>
      </w:r>
      <w:r w:rsidRPr="00863C5D">
        <w:rPr>
          <w:sz w:val="28"/>
          <w:szCs w:val="28"/>
          <w:lang w:val="ru-RU"/>
        </w:rPr>
        <w:t xml:space="preserve"> ______________ </w:t>
      </w:r>
      <w:r>
        <w:rPr>
          <w:sz w:val="28"/>
          <w:szCs w:val="28"/>
          <w:lang w:val="ru-RU"/>
        </w:rPr>
        <w:t xml:space="preserve">                                                     </w:t>
      </w:r>
      <w:r w:rsidRPr="00863C5D">
        <w:rPr>
          <w:sz w:val="28"/>
          <w:szCs w:val="28"/>
          <w:lang w:val="ru-RU"/>
        </w:rPr>
        <w:t>______________</w:t>
      </w:r>
    </w:p>
    <w:p w:rsidR="00B3145C" w:rsidRPr="008F1CE8" w:rsidRDefault="008F1CE8" w:rsidP="008F1CE8">
      <w:pPr>
        <w:spacing w:after="0" w:line="240" w:lineRule="auto"/>
        <w:ind w:firstLine="720"/>
        <w:jc w:val="both"/>
        <w:rPr>
          <w:i/>
          <w:sz w:val="28"/>
          <w:szCs w:val="28"/>
          <w:lang w:val="ru-RU"/>
        </w:rPr>
      </w:pPr>
      <w:r w:rsidRPr="008F1CE8">
        <w:rPr>
          <w:i/>
          <w:sz w:val="28"/>
          <w:szCs w:val="28"/>
          <w:lang w:val="ru-RU"/>
        </w:rPr>
        <w:t xml:space="preserve">                                        </w:t>
      </w:r>
      <w:r w:rsidRPr="008F1CE8">
        <w:rPr>
          <w:i/>
          <w:sz w:val="28"/>
          <w:szCs w:val="28"/>
          <w:lang w:val="ru-RU"/>
        </w:rPr>
        <w:t xml:space="preserve"> </w:t>
      </w:r>
      <w:proofErr w:type="spellStart"/>
      <w:r w:rsidRPr="008F1CE8">
        <w:rPr>
          <w:i/>
          <w:sz w:val="28"/>
          <w:szCs w:val="28"/>
          <w:lang w:val="ru-RU"/>
        </w:rPr>
        <w:t>Қолы</w:t>
      </w:r>
      <w:proofErr w:type="spellEnd"/>
      <w:r w:rsidRPr="008F1CE8">
        <w:rPr>
          <w:i/>
          <w:sz w:val="28"/>
          <w:szCs w:val="28"/>
          <w:lang w:val="ru-RU"/>
        </w:rPr>
        <w:t xml:space="preserve">                                                                      </w:t>
      </w:r>
      <w:r w:rsidRPr="008F1CE8">
        <w:rPr>
          <w:i/>
          <w:sz w:val="28"/>
          <w:szCs w:val="28"/>
          <w:lang w:val="ru-RU"/>
        </w:rPr>
        <w:t>Т.А.Ә.</w:t>
      </w:r>
    </w:p>
    <w:p w:rsidR="00B3145C" w:rsidRPr="008F1CE8" w:rsidRDefault="008F1CE8" w:rsidP="008F1CE8">
      <w:pPr>
        <w:spacing w:after="0" w:line="240" w:lineRule="auto"/>
        <w:ind w:firstLine="720"/>
        <w:jc w:val="both"/>
        <w:rPr>
          <w:i/>
          <w:sz w:val="28"/>
          <w:szCs w:val="28"/>
          <w:lang w:val="ru-RU"/>
        </w:rPr>
      </w:pPr>
      <w:r w:rsidRPr="008F1CE8">
        <w:rPr>
          <w:i/>
          <w:sz w:val="28"/>
          <w:szCs w:val="28"/>
          <w:lang w:val="ru-RU"/>
        </w:rPr>
        <w:t xml:space="preserve">                                                                                                                </w:t>
      </w:r>
      <w:r w:rsidRPr="008F1CE8">
        <w:rPr>
          <w:i/>
          <w:sz w:val="28"/>
          <w:szCs w:val="28"/>
          <w:lang w:val="ru-RU"/>
        </w:rPr>
        <w:t>_____________</w:t>
      </w:r>
    </w:p>
    <w:p w:rsidR="00B3145C" w:rsidRPr="008F1CE8" w:rsidRDefault="008F1CE8" w:rsidP="008F1CE8">
      <w:pPr>
        <w:spacing w:after="0" w:line="240" w:lineRule="auto"/>
        <w:ind w:firstLine="720"/>
        <w:jc w:val="both"/>
        <w:rPr>
          <w:i/>
          <w:sz w:val="28"/>
          <w:szCs w:val="28"/>
          <w:lang w:val="ru-RU"/>
        </w:rPr>
      </w:pPr>
      <w:r w:rsidRPr="008F1CE8">
        <w:rPr>
          <w:i/>
          <w:sz w:val="28"/>
          <w:szCs w:val="28"/>
          <w:lang w:val="ru-RU"/>
        </w:rPr>
        <w:t xml:space="preserve">                                                                                                                           </w:t>
      </w:r>
      <w:proofErr w:type="spellStart"/>
      <w:r w:rsidRPr="008F1CE8">
        <w:rPr>
          <w:i/>
          <w:sz w:val="28"/>
          <w:szCs w:val="28"/>
          <w:lang w:val="ru-RU"/>
        </w:rPr>
        <w:t>Күні</w:t>
      </w:r>
      <w:proofErr w:type="spellEnd"/>
    </w:p>
    <w:sectPr w:rsidR="00B3145C" w:rsidRPr="008F1CE8" w:rsidSect="008F1CE8">
      <w:pgSz w:w="12240" w:h="15840"/>
      <w:pgMar w:top="1418" w:right="851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63C5D"/>
    <w:rsid w:val="008F1CE8"/>
    <w:rsid w:val="00AA1D8D"/>
    <w:rsid w:val="00B3145C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970460"/>
  <w14:defaultImageDpi w14:val="300"/>
  <w15:docId w15:val="{F56D5403-F646-4ED8-9E3C-EC1495717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7ED0E5-65E5-488A-9E75-12D179DA2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Ысқақ Жайдар Жұмағазыұлы</cp:lastModifiedBy>
  <cp:revision>3</cp:revision>
  <dcterms:created xsi:type="dcterms:W3CDTF">2013-12-23T23:15:00Z</dcterms:created>
  <dcterms:modified xsi:type="dcterms:W3CDTF">2026-10-01T04:43:00Z</dcterms:modified>
  <cp:category/>
</cp:coreProperties>
</file>