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AC523" w14:textId="77777777" w:rsidR="002E6790" w:rsidRDefault="00B96B27" w:rsidP="002E6790">
      <w:pPr>
        <w:spacing w:after="0" w:line="240" w:lineRule="auto"/>
        <w:jc w:val="center"/>
        <w:rPr>
          <w:b/>
          <w:bCs/>
          <w:lang w:val="ru-RU"/>
        </w:rPr>
      </w:pPr>
      <w:r w:rsidRPr="0017611F">
        <w:rPr>
          <w:b/>
          <w:bCs/>
          <w:lang w:val="ru-RU"/>
        </w:rPr>
        <w:br/>
      </w:r>
      <w:proofErr w:type="spellStart"/>
      <w:r w:rsidR="002E6790" w:rsidRPr="002E6790">
        <w:rPr>
          <w:b/>
          <w:bCs/>
          <w:lang w:val="ru-RU"/>
        </w:rPr>
        <w:t>Өнеркәсіп</w:t>
      </w:r>
      <w:proofErr w:type="spellEnd"/>
      <w:r w:rsidR="002E6790" w:rsidRPr="002E6790">
        <w:rPr>
          <w:b/>
          <w:bCs/>
          <w:lang w:val="ru-RU"/>
        </w:rPr>
        <w:t xml:space="preserve"> </w:t>
      </w:r>
      <w:proofErr w:type="spellStart"/>
      <w:r w:rsidR="002E6790" w:rsidRPr="002E6790">
        <w:rPr>
          <w:b/>
          <w:bCs/>
          <w:lang w:val="ru-RU"/>
        </w:rPr>
        <w:t>және</w:t>
      </w:r>
      <w:proofErr w:type="spellEnd"/>
      <w:r w:rsidR="002E6790" w:rsidRPr="002E6790">
        <w:rPr>
          <w:b/>
          <w:bCs/>
          <w:lang w:val="ru-RU"/>
        </w:rPr>
        <w:t xml:space="preserve"> </w:t>
      </w:r>
      <w:proofErr w:type="spellStart"/>
      <w:r w:rsidR="002E6790" w:rsidRPr="002E6790">
        <w:rPr>
          <w:b/>
          <w:bCs/>
          <w:lang w:val="ru-RU"/>
        </w:rPr>
        <w:t>құрылыс</w:t>
      </w:r>
      <w:proofErr w:type="spellEnd"/>
      <w:r w:rsidR="002E6790" w:rsidRPr="002E6790">
        <w:rPr>
          <w:b/>
          <w:bCs/>
          <w:lang w:val="ru-RU"/>
        </w:rPr>
        <w:t xml:space="preserve"> вице-</w:t>
      </w:r>
      <w:proofErr w:type="spellStart"/>
      <w:r w:rsidR="002E6790" w:rsidRPr="002E6790">
        <w:rPr>
          <w:b/>
          <w:bCs/>
          <w:lang w:val="ru-RU"/>
        </w:rPr>
        <w:t>министрі</w:t>
      </w:r>
      <w:proofErr w:type="spellEnd"/>
      <w:r w:rsidR="002E6790" w:rsidRPr="002E6790">
        <w:rPr>
          <w:b/>
          <w:bCs/>
          <w:lang w:val="ru-RU"/>
        </w:rPr>
        <w:t xml:space="preserve"> Д. Т. </w:t>
      </w:r>
      <w:proofErr w:type="spellStart"/>
      <w:r w:rsidR="002E6790" w:rsidRPr="002E6790">
        <w:rPr>
          <w:b/>
          <w:bCs/>
          <w:lang w:val="ru-RU"/>
        </w:rPr>
        <w:t>Мырзабаевтың</w:t>
      </w:r>
      <w:proofErr w:type="spellEnd"/>
      <w:r w:rsidR="002E6790" w:rsidRPr="002E6790">
        <w:rPr>
          <w:b/>
          <w:bCs/>
          <w:lang w:val="ru-RU"/>
        </w:rPr>
        <w:t xml:space="preserve"> </w:t>
      </w:r>
    </w:p>
    <w:p w14:paraId="677E3BEE" w14:textId="77777777" w:rsidR="002E6790" w:rsidRDefault="002E6790" w:rsidP="002E6790">
      <w:pPr>
        <w:spacing w:after="0" w:line="240" w:lineRule="auto"/>
        <w:jc w:val="center"/>
        <w:rPr>
          <w:b/>
          <w:bCs/>
          <w:lang w:val="ru-RU"/>
        </w:rPr>
      </w:pPr>
      <w:r w:rsidRPr="002E6790">
        <w:rPr>
          <w:b/>
          <w:bCs/>
          <w:lang w:val="ru-RU"/>
        </w:rPr>
        <w:t xml:space="preserve">2026 </w:t>
      </w:r>
      <w:proofErr w:type="spellStart"/>
      <w:r w:rsidRPr="002E6790">
        <w:rPr>
          <w:b/>
          <w:bCs/>
          <w:lang w:val="ru-RU"/>
        </w:rPr>
        <w:t>жылғы</w:t>
      </w:r>
      <w:proofErr w:type="spellEnd"/>
      <w:r w:rsidRPr="002E6790">
        <w:rPr>
          <w:b/>
          <w:bCs/>
          <w:lang w:val="ru-RU"/>
        </w:rPr>
        <w:t xml:space="preserve"> 23 </w:t>
      </w:r>
      <w:proofErr w:type="spellStart"/>
      <w:r w:rsidRPr="002E6790">
        <w:rPr>
          <w:b/>
          <w:bCs/>
          <w:lang w:val="ru-RU"/>
        </w:rPr>
        <w:t>қыркүйектегі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Қостанай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облысының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халқымен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кездесуі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барысында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көтерілген</w:t>
      </w:r>
      <w:proofErr w:type="spellEnd"/>
      <w:r w:rsidRPr="002E6790">
        <w:rPr>
          <w:b/>
          <w:bCs/>
          <w:lang w:val="ru-RU"/>
        </w:rPr>
        <w:t xml:space="preserve"> </w:t>
      </w:r>
    </w:p>
    <w:p w14:paraId="3FAA1200" w14:textId="06D9AAE8" w:rsidR="0011405C" w:rsidRDefault="002E6790" w:rsidP="002E6790">
      <w:pPr>
        <w:spacing w:after="0" w:line="240" w:lineRule="auto"/>
        <w:jc w:val="center"/>
        <w:rPr>
          <w:lang w:val="ru-RU"/>
        </w:rPr>
      </w:pPr>
      <w:proofErr w:type="spellStart"/>
      <w:r w:rsidRPr="002E6790">
        <w:rPr>
          <w:b/>
          <w:bCs/>
          <w:lang w:val="ru-RU"/>
        </w:rPr>
        <w:t>проблемалық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мәселелерді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шешу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жөніндегі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іс-қимыл</w:t>
      </w:r>
      <w:proofErr w:type="spellEnd"/>
      <w:r w:rsidRPr="002E6790">
        <w:rPr>
          <w:b/>
          <w:bCs/>
          <w:lang w:val="ru-RU"/>
        </w:rPr>
        <w:t xml:space="preserve"> </w:t>
      </w:r>
      <w:proofErr w:type="spellStart"/>
      <w:r w:rsidRPr="002E6790">
        <w:rPr>
          <w:b/>
          <w:bCs/>
          <w:lang w:val="ru-RU"/>
        </w:rPr>
        <w:t>жоспары</w:t>
      </w:r>
      <w:proofErr w:type="spellEnd"/>
      <w:r w:rsidR="0017611F" w:rsidRPr="0017611F">
        <w:rPr>
          <w:lang w:val="ru-RU"/>
        </w:rPr>
        <w:br/>
      </w:r>
    </w:p>
    <w:tbl>
      <w:tblPr>
        <w:tblW w:w="0" w:type="auto"/>
        <w:tblCellSpacing w:w="15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5716"/>
        <w:gridCol w:w="3936"/>
        <w:gridCol w:w="1944"/>
        <w:gridCol w:w="1516"/>
      </w:tblGrid>
      <w:tr w:rsidR="002E6790" w14:paraId="78B96F5C" w14:textId="77777777" w:rsidTr="002E6790">
        <w:trPr>
          <w:trHeight w:val="445"/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C5890" w14:textId="77777777" w:rsidR="002E6790" w:rsidRDefault="002E6790" w:rsidP="002E6790">
            <w:pPr>
              <w:spacing w:after="0" w:line="240" w:lineRule="auto"/>
            </w:pPr>
            <w:r>
              <w:rPr>
                <w:rStyle w:val="af6"/>
              </w:rPr>
              <w:t>№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E2C88" w14:textId="77777777" w:rsidR="002E6790" w:rsidRDefault="002E6790" w:rsidP="002E6790">
            <w:pPr>
              <w:spacing w:after="0" w:line="240" w:lineRule="auto"/>
              <w:jc w:val="center"/>
            </w:pPr>
            <w:proofErr w:type="spellStart"/>
            <w:r>
              <w:rPr>
                <w:rStyle w:val="af6"/>
              </w:rPr>
              <w:t>Проблемалық</w:t>
            </w:r>
            <w:proofErr w:type="spellEnd"/>
            <w:r>
              <w:rPr>
                <w:rStyle w:val="af6"/>
              </w:rPr>
              <w:t xml:space="preserve"> </w:t>
            </w:r>
            <w:proofErr w:type="spellStart"/>
            <w:r>
              <w:rPr>
                <w:rStyle w:val="af6"/>
              </w:rPr>
              <w:t>мәселе</w:t>
            </w:r>
            <w:proofErr w:type="spellEnd"/>
            <w:r>
              <w:rPr>
                <w:rStyle w:val="af6"/>
              </w:rPr>
              <w:t xml:space="preserve"> / </w:t>
            </w:r>
            <w:proofErr w:type="spellStart"/>
            <w:r>
              <w:rPr>
                <w:rStyle w:val="af6"/>
              </w:rPr>
              <w:t>іс-шара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F3B4B" w14:textId="77777777" w:rsidR="002E6790" w:rsidRDefault="002E6790" w:rsidP="002E6790">
            <w:pPr>
              <w:spacing w:after="0" w:line="240" w:lineRule="auto"/>
              <w:jc w:val="center"/>
            </w:pPr>
            <w:proofErr w:type="spellStart"/>
            <w:r>
              <w:rPr>
                <w:rStyle w:val="af6"/>
              </w:rPr>
              <w:t>Жауапты</w:t>
            </w:r>
            <w:proofErr w:type="spellEnd"/>
            <w:r>
              <w:rPr>
                <w:rStyle w:val="af6"/>
              </w:rPr>
              <w:t xml:space="preserve"> </w:t>
            </w:r>
            <w:proofErr w:type="spellStart"/>
            <w:r>
              <w:rPr>
                <w:rStyle w:val="af6"/>
              </w:rPr>
              <w:t>орындаушы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28D93" w14:textId="77777777" w:rsidR="002E6790" w:rsidRDefault="002E6790" w:rsidP="002E6790">
            <w:pPr>
              <w:spacing w:after="0" w:line="240" w:lineRule="auto"/>
              <w:jc w:val="center"/>
            </w:pPr>
            <w:proofErr w:type="spellStart"/>
            <w:r>
              <w:rPr>
                <w:rStyle w:val="af6"/>
              </w:rPr>
              <w:t>Шешу</w:t>
            </w:r>
            <w:proofErr w:type="spellEnd"/>
            <w:r>
              <w:rPr>
                <w:rStyle w:val="af6"/>
              </w:rPr>
              <w:t xml:space="preserve"> </w:t>
            </w:r>
            <w:proofErr w:type="spellStart"/>
            <w:r>
              <w:rPr>
                <w:rStyle w:val="af6"/>
              </w:rPr>
              <w:t>мерзімі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E3EBC" w14:textId="77777777" w:rsidR="002E6790" w:rsidRDefault="002E6790" w:rsidP="002E6790">
            <w:pPr>
              <w:spacing w:after="0" w:line="240" w:lineRule="auto"/>
            </w:pPr>
            <w:proofErr w:type="spellStart"/>
            <w:r>
              <w:rPr>
                <w:rStyle w:val="af6"/>
              </w:rPr>
              <w:t>Мәртебесі</w:t>
            </w:r>
            <w:proofErr w:type="spellEnd"/>
          </w:p>
        </w:tc>
      </w:tr>
      <w:tr w:rsidR="002E6790" w14:paraId="49B1552F" w14:textId="77777777" w:rsidTr="002E6790">
        <w:trPr>
          <w:trHeight w:val="1574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21E0B" w14:textId="77777777" w:rsidR="002E6790" w:rsidRDefault="002E6790" w:rsidP="002E6790">
            <w:pPr>
              <w:spacing w:after="0" w:line="240" w:lineRule="auto"/>
            </w:pP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7957D" w14:textId="77777777" w:rsidR="002E6790" w:rsidRPr="002E6790" w:rsidRDefault="002E6790" w:rsidP="002E6790">
            <w:pPr>
              <w:pStyle w:val="aff8"/>
              <w:spacing w:after="0" w:afterAutospacing="0"/>
              <w:jc w:val="both"/>
              <w:rPr>
                <w:lang w:val="en-US"/>
              </w:rPr>
            </w:pPr>
            <w:proofErr w:type="spellStart"/>
            <w:r>
              <w:t>Мүдделі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мемлекеттік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органдармен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ұйымдармен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бірлесіп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өнеркәсіптік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кәсіпорындарға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жасанды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интеллект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шешімдерін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әзірлеу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апробациялау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үшін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оның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ішінде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құрылып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жатқан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есептеу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кластерін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ескере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отырып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есептеу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қуаттарын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беру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мүмкіндігін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пысықтау</w:t>
            </w:r>
            <w:proofErr w:type="spellEnd"/>
            <w:r w:rsidRPr="002E6790">
              <w:rPr>
                <w:lang w:val="en-US"/>
              </w:rPr>
              <w:t xml:space="preserve">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EC23D" w14:textId="77777777" w:rsidR="002E6790" w:rsidRDefault="002E6790" w:rsidP="002E6790">
            <w:pPr>
              <w:pStyle w:val="aff8"/>
              <w:spacing w:after="0" w:afterAutospacing="0"/>
            </w:pPr>
            <w:proofErr w:type="spellStart"/>
            <w:r>
              <w:t>Цифрлық</w:t>
            </w:r>
            <w:proofErr w:type="spellEnd"/>
            <w:r>
              <w:t xml:space="preserve"> трансформация </w:t>
            </w:r>
            <w:proofErr w:type="spellStart"/>
            <w:r>
              <w:t>департаменті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E724F" w14:textId="77777777" w:rsidR="002E6790" w:rsidRDefault="002E6790" w:rsidP="002E6790">
            <w:pPr>
              <w:pStyle w:val="aff8"/>
              <w:spacing w:after="0" w:afterAutospacing="0"/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қазанға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3F380" w14:textId="77777777" w:rsidR="002E6790" w:rsidRDefault="002E6790" w:rsidP="002E6790">
            <w:pPr>
              <w:spacing w:after="0" w:line="240" w:lineRule="auto"/>
            </w:pPr>
          </w:p>
        </w:tc>
      </w:tr>
      <w:tr w:rsidR="002E6790" w14:paraId="7B2003C9" w14:textId="77777777" w:rsidTr="002E6790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1DC431" w14:textId="77777777" w:rsidR="002E6790" w:rsidRDefault="002E6790" w:rsidP="002E6790">
            <w:pPr>
              <w:spacing w:after="0" w:line="240" w:lineRule="auto"/>
              <w:rPr>
                <w:szCs w:val="24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FC56A8" w14:textId="77777777" w:rsidR="002E6790" w:rsidRPr="002E6790" w:rsidRDefault="002E6790" w:rsidP="002E6790">
            <w:pPr>
              <w:pStyle w:val="aff8"/>
              <w:spacing w:after="0" w:afterAutospacing="0"/>
              <w:jc w:val="both"/>
              <w:rPr>
                <w:lang w:val="en-US"/>
              </w:rPr>
            </w:pPr>
            <w:proofErr w:type="spellStart"/>
            <w:r>
              <w:t>Ақпараттық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қауіпсіздік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саласындағы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уәкілетті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органмен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бірлесіп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өнеркәсіптік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кәсіпорындардың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технологиялық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контурын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қорғауға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қойылатын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қолданыстағы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талаптарды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түсіндіру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мәселесін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пысықтау</w:t>
            </w:r>
            <w:proofErr w:type="spellEnd"/>
            <w:r w:rsidRPr="002E6790">
              <w:rPr>
                <w:lang w:val="en-US"/>
              </w:rPr>
              <w:t xml:space="preserve">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95301D" w14:textId="77777777" w:rsidR="002E6790" w:rsidRDefault="002E6790" w:rsidP="002E6790">
            <w:pPr>
              <w:pStyle w:val="aff8"/>
              <w:spacing w:after="0" w:afterAutospacing="0"/>
            </w:pPr>
            <w:proofErr w:type="spellStart"/>
            <w:r>
              <w:t>Цифрлық</w:t>
            </w:r>
            <w:proofErr w:type="spellEnd"/>
            <w:r>
              <w:t xml:space="preserve"> трансформация </w:t>
            </w:r>
            <w:proofErr w:type="spellStart"/>
            <w:r>
              <w:t>департаменті</w:t>
            </w:r>
            <w:proofErr w:type="spellEnd"/>
            <w:r>
              <w:t xml:space="preserve"> «</w:t>
            </w:r>
            <w:proofErr w:type="spellStart"/>
            <w:r>
              <w:t>QazIndustry</w:t>
            </w:r>
            <w:proofErr w:type="spellEnd"/>
            <w:r>
              <w:t xml:space="preserve">» АҚ-мен </w:t>
            </w:r>
            <w:proofErr w:type="spellStart"/>
            <w:r>
              <w:t>бірлесіп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3B481" w14:textId="77777777" w:rsidR="002E6790" w:rsidRDefault="002E6790" w:rsidP="002E6790">
            <w:pPr>
              <w:pStyle w:val="aff8"/>
              <w:spacing w:after="0" w:afterAutospacing="0"/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қазанға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0AF40" w14:textId="77777777" w:rsidR="002E6790" w:rsidRDefault="002E6790" w:rsidP="002E6790">
            <w:pPr>
              <w:spacing w:after="0" w:line="240" w:lineRule="auto"/>
            </w:pPr>
          </w:p>
        </w:tc>
      </w:tr>
      <w:tr w:rsidR="002E6790" w14:paraId="26B4A08B" w14:textId="77777777" w:rsidTr="002E6790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3E388C" w14:textId="77777777" w:rsidR="002E6790" w:rsidRDefault="002E6790" w:rsidP="002E6790">
            <w:pPr>
              <w:spacing w:after="0" w:line="240" w:lineRule="auto"/>
              <w:rPr>
                <w:szCs w:val="24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C1684" w14:textId="77777777" w:rsidR="002E6790" w:rsidRPr="002E6790" w:rsidRDefault="002E6790" w:rsidP="002E6790">
            <w:pPr>
              <w:pStyle w:val="aff8"/>
              <w:spacing w:after="0" w:afterAutospacing="0"/>
              <w:jc w:val="both"/>
              <w:rPr>
                <w:lang w:val="en-US"/>
              </w:rPr>
            </w:pPr>
            <w:proofErr w:type="spellStart"/>
            <w:r>
              <w:t>Өтініш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берушіге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оны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қызықтырған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елді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мекендердегі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ұялы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байланыс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пен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талшықты</w:t>
            </w:r>
            <w:proofErr w:type="spellEnd"/>
            <w:r w:rsidRPr="002E6790">
              <w:rPr>
                <w:lang w:val="en-US"/>
              </w:rPr>
              <w:t>-</w:t>
            </w:r>
            <w:proofErr w:type="spellStart"/>
            <w:r>
              <w:t>оптикалық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байланыс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желілерін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дамыту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жоспарлары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туралы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ақпарат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беру</w:t>
            </w:r>
            <w:r w:rsidRPr="002E6790">
              <w:rPr>
                <w:lang w:val="en-US"/>
              </w:rPr>
              <w:t xml:space="preserve">; </w:t>
            </w:r>
            <w:proofErr w:type="spellStart"/>
            <w:r>
              <w:t>өңірлік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жоспарды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түсіндіру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үшін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жеке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кездесу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ұйымдастыру</w:t>
            </w:r>
            <w:proofErr w:type="spellEnd"/>
            <w:r w:rsidRPr="002E6790">
              <w:rPr>
                <w:lang w:val="en-US"/>
              </w:rPr>
              <w:t xml:space="preserve">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8C6FB" w14:textId="77777777" w:rsidR="002E6790" w:rsidRPr="002E6790" w:rsidRDefault="002E6790" w:rsidP="002E6790">
            <w:pPr>
              <w:pStyle w:val="aff8"/>
              <w:spacing w:after="0" w:afterAutospacing="0"/>
              <w:rPr>
                <w:lang w:val="en-US"/>
              </w:rPr>
            </w:pPr>
            <w:proofErr w:type="spellStart"/>
            <w:r>
              <w:t>Қостанай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облысының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әкімдігі</w:t>
            </w:r>
            <w:proofErr w:type="spellEnd"/>
            <w:r w:rsidRPr="002E6790">
              <w:rPr>
                <w:lang w:val="en-US"/>
              </w:rPr>
              <w:t xml:space="preserve"> </w:t>
            </w:r>
            <w:r w:rsidRPr="002E6790">
              <w:rPr>
                <w:i/>
                <w:iCs/>
                <w:lang w:val="en-US"/>
              </w:rPr>
              <w:t>(</w:t>
            </w:r>
            <w:proofErr w:type="spellStart"/>
            <w:r>
              <w:rPr>
                <w:i/>
                <w:iCs/>
              </w:rPr>
              <w:t>келісу</w:t>
            </w:r>
            <w:proofErr w:type="spellEnd"/>
            <w:r w:rsidRPr="002E6790"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</w:rPr>
              <w:t>бойынша</w:t>
            </w:r>
            <w:proofErr w:type="spellEnd"/>
            <w:r w:rsidRPr="002E6790">
              <w:rPr>
                <w:i/>
                <w:iCs/>
                <w:lang w:val="en-US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65CED" w14:textId="77777777" w:rsidR="002E6790" w:rsidRDefault="002E6790" w:rsidP="002E6790">
            <w:pPr>
              <w:pStyle w:val="aff8"/>
              <w:spacing w:after="0" w:afterAutospacing="0"/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қазанға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A7F6D1" w14:textId="77777777" w:rsidR="002E6790" w:rsidRDefault="002E6790" w:rsidP="002E6790">
            <w:pPr>
              <w:spacing w:after="0" w:line="240" w:lineRule="auto"/>
            </w:pPr>
          </w:p>
        </w:tc>
      </w:tr>
      <w:tr w:rsidR="002E6790" w14:paraId="12283B8C" w14:textId="77777777" w:rsidTr="002E6790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7FCE8F" w14:textId="77777777" w:rsidR="002E6790" w:rsidRDefault="002E6790" w:rsidP="002E6790">
            <w:pPr>
              <w:spacing w:after="0" w:line="240" w:lineRule="auto"/>
              <w:rPr>
                <w:szCs w:val="24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42A87" w14:textId="77777777" w:rsidR="002E6790" w:rsidRPr="002E6790" w:rsidRDefault="002E6790" w:rsidP="002E6790">
            <w:pPr>
              <w:pStyle w:val="aff8"/>
              <w:spacing w:after="0" w:afterAutospacing="0"/>
              <w:jc w:val="both"/>
              <w:rPr>
                <w:lang w:val="en-US"/>
              </w:rPr>
            </w:pPr>
            <w:proofErr w:type="spellStart"/>
            <w:r>
              <w:t>Цифрландыру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саласындағы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уәкілетті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органмен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бірлесіп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жылжымайтын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мүлік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иесі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ауысқан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кезде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коммуналдық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қызметтерге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шарттарды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электрондық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түрде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қайта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ресімдеудің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өңірлер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үшін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бірыңғай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тетігін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пысықтау</w:t>
            </w:r>
            <w:proofErr w:type="spellEnd"/>
            <w:r w:rsidRPr="002E6790">
              <w:rPr>
                <w:lang w:val="en-US"/>
              </w:rPr>
              <w:t xml:space="preserve">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804A25" w14:textId="77777777" w:rsidR="002E6790" w:rsidRPr="002E6790" w:rsidRDefault="002E6790" w:rsidP="002E6790">
            <w:pPr>
              <w:pStyle w:val="aff8"/>
              <w:spacing w:after="0" w:afterAutospacing="0"/>
              <w:rPr>
                <w:lang w:val="en-US"/>
              </w:rPr>
            </w:pPr>
            <w:proofErr w:type="spellStart"/>
            <w:r>
              <w:t>Құрылыс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ТҮКШ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істері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комитеті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Цифрлық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трансформация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департаментімен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«</w:t>
            </w:r>
            <w:proofErr w:type="spellStart"/>
            <w:r>
              <w:t>Қазцентр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ТҮКШ</w:t>
            </w:r>
            <w:r w:rsidRPr="002E6790">
              <w:rPr>
                <w:lang w:val="en-US"/>
              </w:rPr>
              <w:t xml:space="preserve">» </w:t>
            </w:r>
            <w:r>
              <w:t>АҚ</w:t>
            </w:r>
            <w:r w:rsidRPr="002E6790">
              <w:rPr>
                <w:lang w:val="en-US"/>
              </w:rPr>
              <w:t>-</w:t>
            </w:r>
            <w:r>
              <w:t>мен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бірлесіп</w:t>
            </w:r>
            <w:proofErr w:type="spellEnd"/>
            <w:r w:rsidRPr="002E6790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943C2" w14:textId="77777777" w:rsidR="002E6790" w:rsidRDefault="002E6790" w:rsidP="002E6790">
            <w:pPr>
              <w:pStyle w:val="aff8"/>
              <w:spacing w:after="0" w:afterAutospacing="0"/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желтоқсанға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994CE9" w14:textId="77777777" w:rsidR="002E6790" w:rsidRDefault="002E6790" w:rsidP="002E6790">
            <w:pPr>
              <w:spacing w:after="0" w:line="240" w:lineRule="auto"/>
            </w:pPr>
          </w:p>
        </w:tc>
      </w:tr>
      <w:tr w:rsidR="002E6790" w14:paraId="15B13F52" w14:textId="77777777" w:rsidTr="002E6790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81267A" w14:textId="77777777" w:rsidR="002E6790" w:rsidRDefault="002E6790" w:rsidP="002E6790">
            <w:pPr>
              <w:spacing w:after="0" w:line="240" w:lineRule="auto"/>
              <w:rPr>
                <w:szCs w:val="24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DEE22" w14:textId="658F3F6E" w:rsidR="002E6790" w:rsidRPr="002E6790" w:rsidRDefault="002E6790" w:rsidP="002E6790">
            <w:pPr>
              <w:pStyle w:val="aff8"/>
              <w:spacing w:after="0" w:afterAutospacing="0"/>
              <w:jc w:val="both"/>
              <w:rPr>
                <w:lang w:val="en-US"/>
              </w:rPr>
            </w:pPr>
            <w:proofErr w:type="spellStart"/>
            <w:r>
              <w:t>Өтініш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берушіні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пилоттық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жобаны</w:t>
            </w:r>
            <w:proofErr w:type="spellEnd"/>
            <w:r w:rsidRPr="002E6790">
              <w:rPr>
                <w:lang w:val="en-US"/>
              </w:rPr>
              <w:t xml:space="preserve"> 2026 </w:t>
            </w:r>
            <w:proofErr w:type="spellStart"/>
            <w:r>
              <w:t>жылғы</w:t>
            </w:r>
            <w:proofErr w:type="spellEnd"/>
            <w:r w:rsidRPr="002E6790">
              <w:rPr>
                <w:lang w:val="en-US"/>
              </w:rPr>
              <w:t xml:space="preserve"> 1 </w:t>
            </w:r>
            <w:proofErr w:type="spellStart"/>
            <w:r>
              <w:lastRenderedPageBreak/>
              <w:t>қарашадан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бастап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іске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қосуды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сондай</w:t>
            </w:r>
            <w:proofErr w:type="spellEnd"/>
            <w:r w:rsidRPr="002E6790">
              <w:rPr>
                <w:lang w:val="en-US"/>
              </w:rPr>
              <w:t>-</w:t>
            </w:r>
            <w:proofErr w:type="spellStart"/>
            <w:r>
              <w:t>ақ</w:t>
            </w:r>
            <w:proofErr w:type="spellEnd"/>
            <w:r w:rsidRPr="002E6790">
              <w:rPr>
                <w:lang w:val="en-US"/>
              </w:rPr>
              <w:t xml:space="preserve"> 2027 </w:t>
            </w:r>
            <w:proofErr w:type="spellStart"/>
            <w:r>
              <w:t>жылғы</w:t>
            </w:r>
            <w:proofErr w:type="spellEnd"/>
            <w:r w:rsidRPr="002E6790">
              <w:rPr>
                <w:lang w:val="en-US"/>
              </w:rPr>
              <w:t xml:space="preserve"> 1 </w:t>
            </w:r>
            <w:proofErr w:type="spellStart"/>
            <w:r>
              <w:t>қаңтардан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бастап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бастапқы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тіркеу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кезінде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ӨЖМЭП</w:t>
            </w:r>
            <w:r w:rsidRPr="002E6790">
              <w:rPr>
                <w:lang w:val="en-US"/>
              </w:rPr>
              <w:t xml:space="preserve"> (</w:t>
            </w:r>
            <w:proofErr w:type="spellStart"/>
            <w:r>
              <w:t>өзі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жүретін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машиналардың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электрондық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паспорты</w:t>
            </w:r>
            <w:proofErr w:type="spellEnd"/>
            <w:r w:rsidRPr="002E6790">
              <w:rPr>
                <w:lang w:val="en-US"/>
              </w:rPr>
              <w:t xml:space="preserve">) </w:t>
            </w:r>
            <w:proofErr w:type="spellStart"/>
            <w:r>
              <w:t>ұсыну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талабын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көздейтін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электрондық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паспорттар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негізінде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өзі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жүретін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машиналарды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бастапқы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мемлекеттік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тіркеу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пилоттық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жобаны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іске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асыру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жөніндегі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әзірленген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бұйрық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жобасы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туралы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хабардар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ету</w:t>
            </w:r>
            <w:proofErr w:type="spellEnd"/>
            <w:r w:rsidRPr="002E6790">
              <w:rPr>
                <w:lang w:val="en-US"/>
              </w:rPr>
              <w:t xml:space="preserve">; </w:t>
            </w:r>
          </w:p>
          <w:p w14:paraId="5BDE3717" w14:textId="2C7CBB48" w:rsidR="002E6790" w:rsidRPr="002E6790" w:rsidRDefault="002E6790" w:rsidP="002E6790">
            <w:pPr>
              <w:spacing w:after="0" w:line="240" w:lineRule="auto"/>
              <w:jc w:val="both"/>
            </w:pPr>
            <w:r>
              <w:br/>
            </w:r>
            <w:proofErr w:type="spellStart"/>
            <w:r>
              <w:t>Өзі</w:t>
            </w:r>
            <w:proofErr w:type="spellEnd"/>
            <w:r w:rsidRPr="002E6790">
              <w:t xml:space="preserve"> </w:t>
            </w:r>
            <w:proofErr w:type="spellStart"/>
            <w:r>
              <w:t>жүретін</w:t>
            </w:r>
            <w:proofErr w:type="spellEnd"/>
            <w:r w:rsidRPr="002E6790">
              <w:t xml:space="preserve"> </w:t>
            </w:r>
            <w:proofErr w:type="spellStart"/>
            <w:r>
              <w:t>машиналар</w:t>
            </w:r>
            <w:proofErr w:type="spellEnd"/>
            <w:r w:rsidRPr="002E6790">
              <w:t xml:space="preserve"> </w:t>
            </w:r>
            <w:proofErr w:type="spellStart"/>
            <w:r>
              <w:t>бөлігінде</w:t>
            </w:r>
            <w:proofErr w:type="spellEnd"/>
            <w:r w:rsidRPr="002E6790">
              <w:t xml:space="preserve"> </w:t>
            </w:r>
            <w:proofErr w:type="spellStart"/>
            <w:r>
              <w:t>электрондық</w:t>
            </w:r>
            <w:proofErr w:type="spellEnd"/>
            <w:r w:rsidRPr="002E6790">
              <w:t xml:space="preserve"> </w:t>
            </w:r>
            <w:proofErr w:type="spellStart"/>
            <w:r>
              <w:t>паспорттар</w:t>
            </w:r>
            <w:proofErr w:type="spellEnd"/>
            <w:r w:rsidRPr="002E6790">
              <w:t xml:space="preserve"> </w:t>
            </w:r>
            <w:proofErr w:type="spellStart"/>
            <w:r>
              <w:t>жүйесін</w:t>
            </w:r>
            <w:proofErr w:type="spellEnd"/>
            <w:r w:rsidRPr="002E6790">
              <w:t xml:space="preserve"> «</w:t>
            </w:r>
            <w:r>
              <w:t>Е</w:t>
            </w:r>
            <w:r w:rsidRPr="002E6790">
              <w:t>-</w:t>
            </w:r>
            <w:r>
              <w:t>КТРМ</w:t>
            </w:r>
            <w:r w:rsidRPr="002E6790">
              <w:t>»-</w:t>
            </w:r>
            <w:r>
              <w:t>мен</w:t>
            </w:r>
            <w:r w:rsidRPr="002E6790">
              <w:t xml:space="preserve"> </w:t>
            </w:r>
            <w:proofErr w:type="spellStart"/>
            <w:r>
              <w:t>интеграциялау</w:t>
            </w:r>
            <w:proofErr w:type="spellEnd"/>
            <w:r w:rsidRPr="002E6790"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t xml:space="preserve"> </w:t>
            </w:r>
            <w:proofErr w:type="spellStart"/>
            <w:r>
              <w:t>сәйкестік</w:t>
            </w:r>
            <w:proofErr w:type="spellEnd"/>
            <w:r w:rsidRPr="002E6790">
              <w:t xml:space="preserve"> </w:t>
            </w:r>
            <w:proofErr w:type="spellStart"/>
            <w:r>
              <w:t>сертификаттары</w:t>
            </w:r>
            <w:proofErr w:type="spellEnd"/>
            <w:r w:rsidRPr="002E6790">
              <w:t xml:space="preserve"> </w:t>
            </w:r>
            <w:proofErr w:type="spellStart"/>
            <w:r>
              <w:t>туралы</w:t>
            </w:r>
            <w:proofErr w:type="spellEnd"/>
            <w:r w:rsidRPr="002E6790">
              <w:t xml:space="preserve"> </w:t>
            </w:r>
            <w:proofErr w:type="spellStart"/>
            <w:r>
              <w:t>мәліметтерді</w:t>
            </w:r>
            <w:proofErr w:type="spellEnd"/>
            <w:r w:rsidRPr="002E6790">
              <w:t xml:space="preserve"> </w:t>
            </w:r>
            <w:r>
              <w:t>беру</w:t>
            </w:r>
            <w:r w:rsidRPr="002E6790">
              <w:t xml:space="preserve"> </w:t>
            </w:r>
            <w:proofErr w:type="spellStart"/>
            <w:r>
              <w:t>бойынша</w:t>
            </w:r>
            <w:proofErr w:type="spellEnd"/>
            <w:r w:rsidRPr="002E6790">
              <w:t xml:space="preserve"> </w:t>
            </w:r>
            <w:proofErr w:type="spellStart"/>
            <w:r>
              <w:t>түсініктеме</w:t>
            </w:r>
            <w:proofErr w:type="spellEnd"/>
            <w:r w:rsidRPr="002E6790">
              <w:t xml:space="preserve"> </w:t>
            </w:r>
            <w:proofErr w:type="spellStart"/>
            <w:r>
              <w:t>алу</w:t>
            </w:r>
            <w:proofErr w:type="spellEnd"/>
            <w:r w:rsidRPr="002E6790">
              <w:t xml:space="preserve"> </w:t>
            </w:r>
            <w:proofErr w:type="spellStart"/>
            <w:r>
              <w:t>мәселесін</w:t>
            </w:r>
            <w:proofErr w:type="spellEnd"/>
            <w:r w:rsidRPr="002E6790">
              <w:t xml:space="preserve"> </w:t>
            </w:r>
            <w:proofErr w:type="spellStart"/>
            <w:r>
              <w:t>қарау</w:t>
            </w:r>
            <w:proofErr w:type="spellEnd"/>
            <w:r w:rsidRPr="002E6790">
              <w:t xml:space="preserve"> </w:t>
            </w:r>
            <w:proofErr w:type="spellStart"/>
            <w:r>
              <w:t>үшін</w:t>
            </w:r>
            <w:proofErr w:type="spellEnd"/>
            <w:r w:rsidRPr="002E6790">
              <w:t xml:space="preserve"> «</w:t>
            </w:r>
            <w:proofErr w:type="spellStart"/>
            <w:r>
              <w:t>АгромашХолдинг</w:t>
            </w:r>
            <w:proofErr w:type="spellEnd"/>
            <w:r w:rsidRPr="002E6790">
              <w:t xml:space="preserve"> KZ» </w:t>
            </w:r>
            <w:r>
              <w:t>АҚ</w:t>
            </w:r>
            <w:r w:rsidRPr="002E6790">
              <w:t>-</w:t>
            </w:r>
            <w:proofErr w:type="spellStart"/>
            <w:r>
              <w:t>ның</w:t>
            </w:r>
            <w:proofErr w:type="spellEnd"/>
            <w:r w:rsidRPr="002E6790">
              <w:t xml:space="preserve"> </w:t>
            </w:r>
            <w:proofErr w:type="spellStart"/>
            <w:r>
              <w:t>өтінішін</w:t>
            </w:r>
            <w:proofErr w:type="spellEnd"/>
            <w:r w:rsidRPr="002E6790">
              <w:t xml:space="preserve"> </w:t>
            </w:r>
            <w:proofErr w:type="spellStart"/>
            <w:r>
              <w:t>Қазақстан</w:t>
            </w:r>
            <w:proofErr w:type="spellEnd"/>
            <w:r w:rsidRPr="002E6790">
              <w:t xml:space="preserve"> </w:t>
            </w:r>
            <w:proofErr w:type="spellStart"/>
            <w:r>
              <w:t>Республикасы</w:t>
            </w:r>
            <w:proofErr w:type="spellEnd"/>
            <w:r w:rsidRPr="002E6790">
              <w:t xml:space="preserve"> </w:t>
            </w:r>
            <w:proofErr w:type="spellStart"/>
            <w:r>
              <w:t>Сауда</w:t>
            </w:r>
            <w:proofErr w:type="spellEnd"/>
            <w:r w:rsidRPr="002E6790"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t xml:space="preserve"> </w:t>
            </w:r>
            <w:r>
              <w:t>интеграция</w:t>
            </w:r>
            <w:r w:rsidRPr="002E6790">
              <w:t xml:space="preserve"> </w:t>
            </w:r>
            <w:proofErr w:type="spellStart"/>
            <w:r>
              <w:t>министрлігіне</w:t>
            </w:r>
            <w:proofErr w:type="spellEnd"/>
            <w:r w:rsidRPr="002E6790">
              <w:t xml:space="preserve"> </w:t>
            </w:r>
            <w:proofErr w:type="spellStart"/>
            <w:r>
              <w:t>жолдау</w:t>
            </w:r>
            <w:proofErr w:type="spellEnd"/>
            <w:r w:rsidRPr="002E6790">
              <w:t xml:space="preserve">, </w:t>
            </w:r>
            <w:proofErr w:type="spellStart"/>
            <w:r>
              <w:t>нәтижелері</w:t>
            </w:r>
            <w:proofErr w:type="spellEnd"/>
            <w:r w:rsidRPr="002E6790">
              <w:t xml:space="preserve"> </w:t>
            </w:r>
            <w:proofErr w:type="spellStart"/>
            <w:r>
              <w:t>туралы</w:t>
            </w:r>
            <w:proofErr w:type="spellEnd"/>
            <w:r w:rsidRPr="002E6790">
              <w:t xml:space="preserve"> </w:t>
            </w:r>
            <w:proofErr w:type="spellStart"/>
            <w:r>
              <w:t>өтініш</w:t>
            </w:r>
            <w:proofErr w:type="spellEnd"/>
            <w:r w:rsidRPr="002E6790">
              <w:t xml:space="preserve"> </w:t>
            </w:r>
            <w:proofErr w:type="spellStart"/>
            <w:r>
              <w:t>берушіні</w:t>
            </w:r>
            <w:proofErr w:type="spellEnd"/>
            <w:r w:rsidRPr="002E6790">
              <w:t xml:space="preserve"> </w:t>
            </w:r>
            <w:proofErr w:type="spellStart"/>
            <w:r>
              <w:t>хабардар</w:t>
            </w:r>
            <w:proofErr w:type="spellEnd"/>
            <w:r w:rsidRPr="002E6790">
              <w:t xml:space="preserve"> </w:t>
            </w:r>
            <w:proofErr w:type="spellStart"/>
            <w:r>
              <w:t>ету</w:t>
            </w:r>
            <w:proofErr w:type="spellEnd"/>
            <w:r w:rsidRPr="002E6790">
              <w:t xml:space="preserve">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45ECB" w14:textId="77777777" w:rsidR="002E6790" w:rsidRPr="002E6790" w:rsidRDefault="002E6790" w:rsidP="002E6790">
            <w:pPr>
              <w:pStyle w:val="aff8"/>
              <w:spacing w:after="0" w:afterAutospacing="0"/>
              <w:rPr>
                <w:lang w:val="en-US"/>
              </w:rPr>
            </w:pPr>
            <w:proofErr w:type="spellStart"/>
            <w:r>
              <w:lastRenderedPageBreak/>
              <w:t>Өнеркәсіп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комитеті</w:t>
            </w:r>
            <w:proofErr w:type="spellEnd"/>
            <w:r w:rsidRPr="002E6790">
              <w:rPr>
                <w:lang w:val="en-US"/>
              </w:rPr>
              <w:t xml:space="preserve"> «</w:t>
            </w:r>
            <w:proofErr w:type="spellStart"/>
            <w:r w:rsidRPr="002E6790">
              <w:rPr>
                <w:lang w:val="en-US"/>
              </w:rPr>
              <w:t>QazIndustry</w:t>
            </w:r>
            <w:proofErr w:type="spellEnd"/>
            <w:r w:rsidRPr="002E6790">
              <w:rPr>
                <w:lang w:val="en-US"/>
              </w:rPr>
              <w:t xml:space="preserve">» </w:t>
            </w:r>
            <w:r>
              <w:lastRenderedPageBreak/>
              <w:t>АҚ</w:t>
            </w:r>
            <w:r w:rsidRPr="002E6790">
              <w:rPr>
                <w:lang w:val="en-US"/>
              </w:rPr>
              <w:t>-</w:t>
            </w:r>
            <w:r>
              <w:t>мен</w:t>
            </w:r>
            <w:r w:rsidRPr="002E6790">
              <w:rPr>
                <w:lang w:val="en-US"/>
              </w:rPr>
              <w:t xml:space="preserve"> </w:t>
            </w:r>
            <w:r w:rsidRPr="002E6790">
              <w:rPr>
                <w:i/>
                <w:iCs/>
                <w:lang w:val="en-US"/>
              </w:rPr>
              <w:t>(</w:t>
            </w:r>
            <w:proofErr w:type="spellStart"/>
            <w:r>
              <w:rPr>
                <w:i/>
                <w:iCs/>
              </w:rPr>
              <w:t>келісу</w:t>
            </w:r>
            <w:proofErr w:type="spellEnd"/>
            <w:r w:rsidRPr="002E6790"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</w:rPr>
              <w:t>бойынша</w:t>
            </w:r>
            <w:proofErr w:type="spellEnd"/>
            <w:r w:rsidRPr="002E6790">
              <w:rPr>
                <w:i/>
                <w:iCs/>
                <w:lang w:val="en-US"/>
              </w:rPr>
              <w:t>)</w:t>
            </w:r>
            <w:r w:rsidRPr="002E6790">
              <w:rPr>
                <w:lang w:val="en-US"/>
              </w:rPr>
              <w:t xml:space="preserve">, </w:t>
            </w:r>
            <w:r>
              <w:t>ЭПЖ</w:t>
            </w:r>
            <w:r w:rsidRPr="002E6790">
              <w:rPr>
                <w:lang w:val="en-US"/>
              </w:rPr>
              <w:t xml:space="preserve"> (</w:t>
            </w:r>
            <w:proofErr w:type="spellStart"/>
            <w:r>
              <w:t>электрондық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паспорттар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жүйесі</w:t>
            </w:r>
            <w:proofErr w:type="spellEnd"/>
            <w:r w:rsidRPr="002E6790">
              <w:rPr>
                <w:lang w:val="en-US"/>
              </w:rPr>
              <w:t xml:space="preserve">) </w:t>
            </w:r>
            <w:proofErr w:type="spellStart"/>
            <w:r>
              <w:t>операторымен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мүдделі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органдармен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r w:rsidRPr="002E6790">
              <w:rPr>
                <w:i/>
                <w:iCs/>
                <w:lang w:val="en-US"/>
              </w:rPr>
              <w:t>(</w:t>
            </w:r>
            <w:proofErr w:type="spellStart"/>
            <w:r>
              <w:rPr>
                <w:i/>
                <w:iCs/>
              </w:rPr>
              <w:t>келісу</w:t>
            </w:r>
            <w:proofErr w:type="spellEnd"/>
            <w:r w:rsidRPr="002E6790"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</w:rPr>
              <w:t>бойынша</w:t>
            </w:r>
            <w:proofErr w:type="spellEnd"/>
            <w:r w:rsidRPr="002E6790">
              <w:rPr>
                <w:i/>
                <w:iCs/>
                <w:lang w:val="en-US"/>
              </w:rPr>
              <w:t>)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бірлесіп</w:t>
            </w:r>
            <w:proofErr w:type="spellEnd"/>
            <w:r w:rsidRPr="002E6790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5921A" w14:textId="77777777" w:rsidR="002E6790" w:rsidRDefault="002E6790" w:rsidP="002E6790">
            <w:pPr>
              <w:pStyle w:val="aff8"/>
              <w:spacing w:after="0" w:afterAutospacing="0"/>
            </w:pPr>
            <w:r>
              <w:lastRenderedPageBreak/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</w:t>
            </w:r>
            <w:r>
              <w:lastRenderedPageBreak/>
              <w:t xml:space="preserve">15 </w:t>
            </w:r>
            <w:proofErr w:type="spellStart"/>
            <w:r>
              <w:t>желтоқсанға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2A8C4" w14:textId="77777777" w:rsidR="002E6790" w:rsidRDefault="002E6790" w:rsidP="002E6790">
            <w:pPr>
              <w:spacing w:after="0" w:line="240" w:lineRule="auto"/>
            </w:pPr>
          </w:p>
        </w:tc>
      </w:tr>
      <w:tr w:rsidR="002E6790" w14:paraId="4ED50EC4" w14:textId="77777777" w:rsidTr="002E6790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6F7A4" w14:textId="77777777" w:rsidR="002E6790" w:rsidRDefault="002E6790" w:rsidP="002E6790">
            <w:pPr>
              <w:spacing w:after="0" w:line="240" w:lineRule="auto"/>
              <w:rPr>
                <w:szCs w:val="24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E73A07" w14:textId="77777777" w:rsidR="002E6790" w:rsidRPr="002E6790" w:rsidRDefault="002E6790" w:rsidP="002E6790">
            <w:pPr>
              <w:pStyle w:val="aff8"/>
              <w:spacing w:after="0" w:afterAutospacing="0"/>
              <w:jc w:val="both"/>
              <w:rPr>
                <w:lang w:val="en-US"/>
              </w:rPr>
            </w:pPr>
            <w:proofErr w:type="spellStart"/>
            <w:r>
              <w:t>Цифрландыру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қажеттіліктерін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ұсыну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кәсіпорынмен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өзара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іс</w:t>
            </w:r>
            <w:proofErr w:type="spellEnd"/>
            <w:r w:rsidRPr="002E6790">
              <w:rPr>
                <w:lang w:val="en-US"/>
              </w:rPr>
              <w:t>-</w:t>
            </w:r>
            <w:proofErr w:type="spellStart"/>
            <w:r>
              <w:t>қимылды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ұйымдастыру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оның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базасында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отандық</w:t>
            </w:r>
            <w:proofErr w:type="spellEnd"/>
            <w:r w:rsidRPr="002E6790">
              <w:rPr>
                <w:lang w:val="en-US"/>
              </w:rPr>
              <w:t xml:space="preserve"> IT-</w:t>
            </w:r>
            <w:proofErr w:type="spellStart"/>
            <w:r>
              <w:t>шешімдерді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апробациялау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</w:t>
            </w:r>
            <w:r>
              <w:t>апробация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нәтижелерін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экономикалық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тиімділікті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тираждау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мүмкіндігін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ескере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отырып</w:t>
            </w:r>
            <w:proofErr w:type="spellEnd"/>
            <w:r w:rsidRPr="002E6790">
              <w:rPr>
                <w:lang w:val="en-US"/>
              </w:rPr>
              <w:t xml:space="preserve">, </w:t>
            </w:r>
            <w:proofErr w:type="spellStart"/>
            <w:r>
              <w:t>өнеркәсіпке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арналған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отандық</w:t>
            </w:r>
            <w:proofErr w:type="spellEnd"/>
            <w:r w:rsidRPr="002E6790">
              <w:rPr>
                <w:lang w:val="en-US"/>
              </w:rPr>
              <w:t xml:space="preserve"> IT-</w:t>
            </w:r>
            <w:proofErr w:type="spellStart"/>
            <w:r>
              <w:t>шешімдердің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қолданыстағы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Тізілімін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одан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әрі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дамыту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мүмкіндігін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қарастыру</w:t>
            </w:r>
            <w:proofErr w:type="spellEnd"/>
            <w:r w:rsidRPr="002E6790">
              <w:rPr>
                <w:lang w:val="en-US"/>
              </w:rPr>
              <w:t xml:space="preserve">.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9E428" w14:textId="77777777" w:rsidR="002E6790" w:rsidRPr="002E6790" w:rsidRDefault="002E6790" w:rsidP="002E6790">
            <w:pPr>
              <w:pStyle w:val="aff8"/>
              <w:spacing w:after="0" w:afterAutospacing="0"/>
              <w:rPr>
                <w:lang w:val="en-US"/>
              </w:rPr>
            </w:pPr>
            <w:proofErr w:type="spellStart"/>
            <w:r>
              <w:t>Өнеркәсіп</w:t>
            </w:r>
            <w:proofErr w:type="spellEnd"/>
            <w:r w:rsidRPr="002E6790">
              <w:rPr>
                <w:lang w:val="en-US"/>
              </w:rPr>
              <w:t xml:space="preserve"> </w:t>
            </w:r>
            <w:proofErr w:type="spellStart"/>
            <w:r>
              <w:t>комитеті</w:t>
            </w:r>
            <w:proofErr w:type="spellEnd"/>
            <w:r w:rsidRPr="002E6790">
              <w:rPr>
                <w:lang w:val="en-US"/>
              </w:rPr>
              <w:t xml:space="preserve"> «</w:t>
            </w:r>
            <w:proofErr w:type="spellStart"/>
            <w:r w:rsidRPr="002E6790">
              <w:rPr>
                <w:lang w:val="en-US"/>
              </w:rPr>
              <w:t>QazIndustry</w:t>
            </w:r>
            <w:proofErr w:type="spellEnd"/>
            <w:r w:rsidRPr="002E6790">
              <w:rPr>
                <w:lang w:val="en-US"/>
              </w:rPr>
              <w:t xml:space="preserve">» </w:t>
            </w:r>
            <w:r>
              <w:t>АҚ</w:t>
            </w:r>
            <w:r w:rsidRPr="002E6790">
              <w:rPr>
                <w:lang w:val="en-US"/>
              </w:rPr>
              <w:t>-</w:t>
            </w:r>
            <w:r>
              <w:t>мен</w:t>
            </w:r>
            <w:r w:rsidRPr="002E6790">
              <w:rPr>
                <w:lang w:val="en-US"/>
              </w:rPr>
              <w:t xml:space="preserve"> </w:t>
            </w:r>
            <w:proofErr w:type="spellStart"/>
            <w:r>
              <w:t>бірлесіп</w:t>
            </w:r>
            <w:proofErr w:type="spellEnd"/>
            <w:r w:rsidRPr="002E6790">
              <w:rPr>
                <w:lang w:val="en-US"/>
              </w:rPr>
              <w:t xml:space="preserve"> </w:t>
            </w:r>
            <w:r w:rsidRPr="002E6790">
              <w:rPr>
                <w:i/>
                <w:iCs/>
                <w:lang w:val="en-US"/>
              </w:rPr>
              <w:t>(</w:t>
            </w:r>
            <w:proofErr w:type="spellStart"/>
            <w:r>
              <w:rPr>
                <w:i/>
                <w:iCs/>
              </w:rPr>
              <w:t>келісу</w:t>
            </w:r>
            <w:proofErr w:type="spellEnd"/>
            <w:r w:rsidRPr="002E6790"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</w:rPr>
              <w:t>бойынша</w:t>
            </w:r>
            <w:proofErr w:type="spellEnd"/>
            <w:r w:rsidRPr="002E6790">
              <w:rPr>
                <w:i/>
                <w:iCs/>
                <w:lang w:val="en-US"/>
              </w:rPr>
              <w:t>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27C31" w14:textId="77777777" w:rsidR="002E6790" w:rsidRDefault="002E6790" w:rsidP="002E6790">
            <w:pPr>
              <w:pStyle w:val="aff8"/>
              <w:spacing w:after="0" w:afterAutospacing="0"/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қарашаға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33D58" w14:textId="77777777" w:rsidR="002E6790" w:rsidRDefault="002E6790" w:rsidP="002E6790">
            <w:pPr>
              <w:spacing w:after="0" w:line="240" w:lineRule="auto"/>
            </w:pPr>
          </w:p>
        </w:tc>
      </w:tr>
    </w:tbl>
    <w:p w14:paraId="6BF3D850" w14:textId="77777777" w:rsidR="0017611F" w:rsidRPr="0017611F" w:rsidRDefault="0017611F" w:rsidP="0017611F">
      <w:pPr>
        <w:spacing w:after="0" w:line="240" w:lineRule="auto"/>
        <w:jc w:val="center"/>
        <w:rPr>
          <w:lang w:val="ru-RU"/>
        </w:rPr>
      </w:pPr>
    </w:p>
    <w:sectPr w:rsidR="0017611F" w:rsidRPr="0017611F" w:rsidSect="0017611F">
      <w:pgSz w:w="15840" w:h="12240" w:orient="landscape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EF0"/>
    <w:rsid w:val="0011405C"/>
    <w:rsid w:val="0015074B"/>
    <w:rsid w:val="0017611F"/>
    <w:rsid w:val="0029639D"/>
    <w:rsid w:val="002E6790"/>
    <w:rsid w:val="00326F90"/>
    <w:rsid w:val="00AA1D8D"/>
    <w:rsid w:val="00B47730"/>
    <w:rsid w:val="00B96B27"/>
    <w:rsid w:val="00C53FD4"/>
    <w:rsid w:val="00CB0664"/>
    <w:rsid w:val="00F52ED6"/>
    <w:rsid w:val="00F877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B6F6E"/>
  <w14:defaultImageDpi w14:val="300"/>
  <w15:docId w15:val="{2A877C79-BC16-47A5-A5DE-206A91B1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2E679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6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Әсел Макаримова</cp:lastModifiedBy>
  <cp:revision>4</cp:revision>
  <dcterms:created xsi:type="dcterms:W3CDTF">2013-12-23T23:15:00Z</dcterms:created>
  <dcterms:modified xsi:type="dcterms:W3CDTF">2026-09-24T06:01:00Z</dcterms:modified>
  <cp:category/>
</cp:coreProperties>
</file>