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A3B" w:rsidRDefault="000633CE">
      <w:pPr>
        <w:keepNext/>
        <w:jc w:val="center"/>
        <w:rPr>
          <w:b/>
          <w:szCs w:val="28"/>
        </w:rPr>
      </w:pPr>
      <w:r w:rsidRPr="000633CE">
        <w:rPr>
          <w:b/>
          <w:szCs w:val="28"/>
        </w:rPr>
        <w:t xml:space="preserve">«Қазақ ұлттық су шаруашылығы және ирригация университеті» коммерциялық емес акционерлік қоғамы Басқарма мүшесі – Индустриялық әріптестік, әлеуметтік және тәрбие жұмысы жөніндегі проректордың бос </w:t>
      </w:r>
      <w:bookmarkStart w:id="0" w:name="_GoBack"/>
      <w:bookmarkEnd w:id="0"/>
      <w:r w:rsidRPr="000633CE">
        <w:rPr>
          <w:b/>
          <w:szCs w:val="28"/>
        </w:rPr>
        <w:t xml:space="preserve">лауазымына орналасуға </w:t>
      </w:r>
      <w:proofErr w:type="spellStart"/>
      <w:r w:rsidRPr="000633CE">
        <w:rPr>
          <w:b/>
          <w:szCs w:val="28"/>
        </w:rPr>
        <w:t>ашық</w:t>
      </w:r>
      <w:proofErr w:type="spellEnd"/>
      <w:r w:rsidRPr="000633CE">
        <w:rPr>
          <w:b/>
          <w:szCs w:val="28"/>
        </w:rPr>
        <w:t xml:space="preserve"> </w:t>
      </w:r>
      <w:proofErr w:type="spellStart"/>
      <w:r w:rsidRPr="000633CE">
        <w:rPr>
          <w:b/>
          <w:szCs w:val="28"/>
        </w:rPr>
        <w:t>конкурс</w:t>
      </w:r>
      <w:proofErr w:type="spellEnd"/>
      <w:r w:rsidRPr="000633CE">
        <w:rPr>
          <w:b/>
          <w:szCs w:val="28"/>
        </w:rPr>
        <w:t xml:space="preserve"> </w:t>
      </w:r>
      <w:proofErr w:type="spellStart"/>
      <w:r w:rsidRPr="000633CE">
        <w:rPr>
          <w:b/>
          <w:szCs w:val="28"/>
        </w:rPr>
        <w:t>өткізу</w:t>
      </w:r>
      <w:proofErr w:type="spellEnd"/>
      <w:r w:rsidRPr="000633CE">
        <w:rPr>
          <w:b/>
          <w:szCs w:val="28"/>
        </w:rPr>
        <w:t xml:space="preserve"> </w:t>
      </w:r>
      <w:proofErr w:type="spellStart"/>
      <w:r w:rsidRPr="000633CE">
        <w:rPr>
          <w:b/>
          <w:szCs w:val="28"/>
        </w:rPr>
        <w:t>туралы</w:t>
      </w:r>
      <w:proofErr w:type="spellEnd"/>
    </w:p>
    <w:p w:rsidR="000633CE" w:rsidRPr="000633CE" w:rsidRDefault="000633CE">
      <w:pPr>
        <w:keepNext/>
        <w:jc w:val="center"/>
        <w:rPr>
          <w:b/>
          <w:szCs w:val="28"/>
        </w:rPr>
      </w:pPr>
    </w:p>
    <w:p w:rsidR="00147A3B" w:rsidRDefault="000633CE">
      <w:pPr>
        <w:jc w:val="center"/>
      </w:pPr>
      <w:r>
        <w:rPr>
          <w:b/>
        </w:rPr>
        <w:t>ХАБАРЛАНДЫРУ</w:t>
      </w:r>
    </w:p>
    <w:p w:rsidR="00147A3B" w:rsidRDefault="00147A3B"/>
    <w:p w:rsidR="00147A3B" w:rsidRDefault="000633CE">
      <w:pPr>
        <w:ind w:firstLine="567"/>
        <w:jc w:val="both"/>
      </w:pPr>
      <w:r>
        <w:t>«Қазақ ұлттық су шаруашылығы және ирригация университеті» коммерциялық емес акционерлік қоғамының Директорлар кеңесі, 080000, Тараз қаласы, Қаныш Сәтбаев көшесі, 28 мекенжайы, «Қазақ ұлттық су шаруашылығы және ирригация университеті» коммерци</w:t>
      </w:r>
      <w:r>
        <w:t>ялық емес акционерлік қоғамының (бұдан әрі – Қоғам) Басқарма мүшесі – Индустриялық әріптестік, әлеуметтік және тәрбие жұмысы жөніндегі проректордың бос лауазымына орналасуға ашық конкурс жариялайды.</w:t>
      </w:r>
    </w:p>
    <w:p w:rsidR="00147A3B" w:rsidRDefault="000633CE">
      <w:pPr>
        <w:ind w:firstLine="567"/>
        <w:jc w:val="both"/>
      </w:pPr>
      <w:r>
        <w:t xml:space="preserve">Қоғам қызметінің негізгі нысанасы жоғары және жоғары оқу </w:t>
      </w:r>
      <w:r>
        <w:t>орнынан кейінгі білім беру саласында білім беру қызметтерін көрсету болып табылады.</w:t>
      </w:r>
    </w:p>
    <w:p w:rsidR="00147A3B" w:rsidRDefault="00147A3B"/>
    <w:p w:rsidR="00147A3B" w:rsidRDefault="000633CE">
      <w:pPr>
        <w:keepNext/>
        <w:ind w:firstLine="567"/>
        <w:jc w:val="both"/>
      </w:pPr>
      <w:r>
        <w:rPr>
          <w:b/>
        </w:rPr>
        <w:t>Конкурсқа қатысушыларға қойылатын талаптар:</w:t>
      </w:r>
    </w:p>
    <w:p w:rsidR="00147A3B" w:rsidRDefault="00147A3B"/>
    <w:p w:rsidR="00147A3B" w:rsidRDefault="000633CE">
      <w:pPr>
        <w:keepNext/>
        <w:ind w:firstLine="567"/>
        <w:jc w:val="both"/>
      </w:pPr>
      <w:r>
        <w:rPr>
          <w:b/>
        </w:rPr>
        <w:t>Басқарма мүшесі – Индустриялық әріптестік, әлеуметтік және тәрбие жұмысы жөніндегі проректор лауазымы бойынша:</w:t>
      </w:r>
    </w:p>
    <w:p w:rsidR="00147A3B" w:rsidRDefault="000633CE">
      <w:pPr>
        <w:ind w:firstLine="567"/>
        <w:jc w:val="both"/>
      </w:pPr>
      <w:r>
        <w:t>1) Қоғам қызмет</w:t>
      </w:r>
      <w:r>
        <w:t>інің бейініне сәйкес келетін педагогикалық және (немесе) бейіндік инженерлік-техникалық не жаратылыстану бағыты бойынша жоғары және (немесе) жоғары оқу орнынан кейінгі білімінің болуы. Ғылыми дәрежесінің болуы артықшылық болып табылады;</w:t>
      </w:r>
    </w:p>
    <w:p w:rsidR="00147A3B" w:rsidRDefault="000633CE">
      <w:pPr>
        <w:ind w:firstLine="567"/>
        <w:jc w:val="both"/>
      </w:pPr>
      <w:r>
        <w:t>2) білім беру ұйымд</w:t>
      </w:r>
      <w:r>
        <w:t>арында, ғылыми ұйымдарда, мемлекеттік органдарда, квазимемлекеттік сектор субъектілерінде және (немесе) өзге де ұйымдарда басшылық лауазымдардағы жұмыс өтілі кемінде 3 (үш) жыл, бұл ретте көрсетілген басшылық тәжірибесі мынадай бағыттардың біреуімен немесе</w:t>
      </w:r>
      <w:r>
        <w:t xml:space="preserve"> бірнешеуімен байланысты болуы тиіс: білім беру қызметі, индустриялық әріптестік және жұмыс берушілермен өзара іс-қимыл, дуальды оқытуды және кәсіптік практиканы ұйымдастыру, білім алушылар мен түлектерді жұмысқа орналастыру және кәсіптік даярлау, әлеуметт</w:t>
      </w:r>
      <w:r>
        <w:t>ік және (немесе) тәрбие жұмысы, жастар саясаты, кәсіптік оқыту және (немесе) біліктілікті арттыру.</w:t>
      </w:r>
    </w:p>
    <w:p w:rsidR="00147A3B" w:rsidRDefault="00147A3B"/>
    <w:p w:rsidR="00147A3B" w:rsidRDefault="000633CE">
      <w:pPr>
        <w:keepNext/>
        <w:ind w:firstLine="567"/>
        <w:jc w:val="both"/>
      </w:pPr>
      <w:r>
        <w:rPr>
          <w:b/>
        </w:rPr>
        <w:t>Конкурсқа қатысуға мынадай тұлғалар жіберілмейді:</w:t>
      </w:r>
    </w:p>
    <w:p w:rsidR="00147A3B" w:rsidRPr="007B1658" w:rsidRDefault="000633CE">
      <w:pPr>
        <w:ind w:firstLine="567"/>
        <w:jc w:val="both"/>
        <w:rPr>
          <w:lang w:val="ru-RU"/>
        </w:rPr>
      </w:pPr>
      <w:r w:rsidRPr="007B1658">
        <w:rPr>
          <w:lang w:val="ru-RU"/>
        </w:rPr>
        <w:t xml:space="preserve">1) </w:t>
      </w:r>
      <w:proofErr w:type="spellStart"/>
      <w:r w:rsidRPr="007B1658">
        <w:rPr>
          <w:lang w:val="ru-RU"/>
        </w:rPr>
        <w:t>жасы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жиырма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беске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толмаған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тұлғалар</w:t>
      </w:r>
      <w:proofErr w:type="spellEnd"/>
      <w:r w:rsidRPr="007B1658">
        <w:rPr>
          <w:lang w:val="ru-RU"/>
        </w:rPr>
        <w:t>;</w:t>
      </w:r>
    </w:p>
    <w:p w:rsidR="00147A3B" w:rsidRPr="007B1658" w:rsidRDefault="000633CE">
      <w:pPr>
        <w:ind w:firstLine="567"/>
        <w:jc w:val="both"/>
        <w:rPr>
          <w:lang w:val="ru-RU"/>
        </w:rPr>
      </w:pPr>
      <w:r w:rsidRPr="007B1658">
        <w:rPr>
          <w:lang w:val="ru-RU"/>
        </w:rPr>
        <w:t xml:space="preserve">2) </w:t>
      </w:r>
      <w:proofErr w:type="spellStart"/>
      <w:r w:rsidRPr="007B1658">
        <w:rPr>
          <w:lang w:val="ru-RU"/>
        </w:rPr>
        <w:t>бұрын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сыбайлас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жемқорлық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құқық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бұзушылық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жасаған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тұлғалар</w:t>
      </w:r>
      <w:proofErr w:type="spellEnd"/>
      <w:r w:rsidRPr="007B1658">
        <w:rPr>
          <w:lang w:val="ru-RU"/>
        </w:rPr>
        <w:t>;</w:t>
      </w:r>
    </w:p>
    <w:p w:rsidR="00147A3B" w:rsidRPr="007B1658" w:rsidRDefault="000633CE">
      <w:pPr>
        <w:ind w:firstLine="567"/>
        <w:jc w:val="both"/>
        <w:rPr>
          <w:lang w:val="ru-RU"/>
        </w:rPr>
      </w:pPr>
      <w:r w:rsidRPr="007B1658">
        <w:rPr>
          <w:lang w:val="ru-RU"/>
        </w:rPr>
        <w:t xml:space="preserve">3) </w:t>
      </w:r>
      <w:proofErr w:type="spellStart"/>
      <w:r w:rsidRPr="007B1658">
        <w:rPr>
          <w:lang w:val="ru-RU"/>
        </w:rPr>
        <w:t>ө</w:t>
      </w:r>
      <w:r w:rsidRPr="007B1658">
        <w:rPr>
          <w:lang w:val="ru-RU"/>
        </w:rPr>
        <w:t>телмеген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немесе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алынбаған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соттылығы</w:t>
      </w:r>
      <w:proofErr w:type="spellEnd"/>
      <w:r w:rsidRPr="007B1658">
        <w:rPr>
          <w:lang w:val="ru-RU"/>
        </w:rPr>
        <w:t xml:space="preserve"> бар </w:t>
      </w:r>
      <w:proofErr w:type="spellStart"/>
      <w:r w:rsidRPr="007B1658">
        <w:rPr>
          <w:lang w:val="ru-RU"/>
        </w:rPr>
        <w:t>тұлғалар</w:t>
      </w:r>
      <w:proofErr w:type="spellEnd"/>
      <w:r w:rsidRPr="007B1658">
        <w:rPr>
          <w:lang w:val="ru-RU"/>
        </w:rPr>
        <w:t>;</w:t>
      </w:r>
    </w:p>
    <w:p w:rsidR="00147A3B" w:rsidRPr="007B1658" w:rsidRDefault="000633CE">
      <w:pPr>
        <w:ind w:firstLine="567"/>
        <w:jc w:val="both"/>
        <w:rPr>
          <w:lang w:val="ru-RU"/>
        </w:rPr>
      </w:pPr>
      <w:r w:rsidRPr="007B1658">
        <w:rPr>
          <w:lang w:val="ru-RU"/>
        </w:rPr>
        <w:t xml:space="preserve">4) </w:t>
      </w:r>
      <w:proofErr w:type="spellStart"/>
      <w:r w:rsidRPr="007B1658">
        <w:rPr>
          <w:lang w:val="ru-RU"/>
        </w:rPr>
        <w:t>арнаулы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медициналық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мекемелерде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есепте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тұрған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тұлғалар</w:t>
      </w:r>
      <w:proofErr w:type="spellEnd"/>
      <w:r w:rsidRPr="007B1658">
        <w:rPr>
          <w:lang w:val="ru-RU"/>
        </w:rPr>
        <w:t>;</w:t>
      </w:r>
    </w:p>
    <w:p w:rsidR="00147A3B" w:rsidRPr="007B1658" w:rsidRDefault="000633CE">
      <w:pPr>
        <w:ind w:firstLine="567"/>
        <w:jc w:val="both"/>
        <w:rPr>
          <w:lang w:val="ru-RU"/>
        </w:rPr>
      </w:pPr>
      <w:r w:rsidRPr="007B1658">
        <w:rPr>
          <w:lang w:val="ru-RU"/>
        </w:rPr>
        <w:t xml:space="preserve">5) </w:t>
      </w:r>
      <w:proofErr w:type="spellStart"/>
      <w:r w:rsidRPr="007B1658">
        <w:rPr>
          <w:lang w:val="ru-RU"/>
        </w:rPr>
        <w:t>Қазақстан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Республикасының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заңнамасында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көзделген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өзге</w:t>
      </w:r>
      <w:proofErr w:type="spellEnd"/>
      <w:r w:rsidRPr="007B1658">
        <w:rPr>
          <w:lang w:val="ru-RU"/>
        </w:rPr>
        <w:t xml:space="preserve"> де </w:t>
      </w:r>
      <w:proofErr w:type="spellStart"/>
      <w:r w:rsidRPr="007B1658">
        <w:rPr>
          <w:lang w:val="ru-RU"/>
        </w:rPr>
        <w:t>жағдайларда</w:t>
      </w:r>
      <w:proofErr w:type="spellEnd"/>
      <w:r w:rsidRPr="007B1658">
        <w:rPr>
          <w:lang w:val="ru-RU"/>
        </w:rPr>
        <w:t>.</w:t>
      </w:r>
    </w:p>
    <w:p w:rsidR="00147A3B" w:rsidRPr="007B1658" w:rsidRDefault="00147A3B">
      <w:pPr>
        <w:rPr>
          <w:lang w:val="ru-RU"/>
        </w:rPr>
      </w:pPr>
    </w:p>
    <w:p w:rsidR="00147A3B" w:rsidRPr="007B1658" w:rsidRDefault="000633CE">
      <w:pPr>
        <w:keepNext/>
        <w:ind w:firstLine="567"/>
        <w:jc w:val="both"/>
        <w:rPr>
          <w:lang w:val="ru-RU"/>
        </w:rPr>
      </w:pPr>
      <w:proofErr w:type="spellStart"/>
      <w:r w:rsidRPr="007B1658">
        <w:rPr>
          <w:b/>
          <w:lang w:val="ru-RU"/>
        </w:rPr>
        <w:lastRenderedPageBreak/>
        <w:t>Конкурсқа</w:t>
      </w:r>
      <w:proofErr w:type="spellEnd"/>
      <w:r w:rsidRPr="007B1658">
        <w:rPr>
          <w:b/>
          <w:lang w:val="ru-RU"/>
        </w:rPr>
        <w:t xml:space="preserve"> </w:t>
      </w:r>
      <w:proofErr w:type="spellStart"/>
      <w:r w:rsidRPr="007B1658">
        <w:rPr>
          <w:b/>
          <w:lang w:val="ru-RU"/>
        </w:rPr>
        <w:t>қатысу</w:t>
      </w:r>
      <w:proofErr w:type="spellEnd"/>
      <w:r w:rsidRPr="007B1658">
        <w:rPr>
          <w:b/>
          <w:lang w:val="ru-RU"/>
        </w:rPr>
        <w:t xml:space="preserve"> </w:t>
      </w:r>
      <w:proofErr w:type="spellStart"/>
      <w:r w:rsidRPr="007B1658">
        <w:rPr>
          <w:b/>
          <w:lang w:val="ru-RU"/>
        </w:rPr>
        <w:t>үшін</w:t>
      </w:r>
      <w:proofErr w:type="spellEnd"/>
      <w:r w:rsidRPr="007B1658">
        <w:rPr>
          <w:b/>
          <w:lang w:val="ru-RU"/>
        </w:rPr>
        <w:t xml:space="preserve"> кандидат </w:t>
      </w:r>
      <w:proofErr w:type="spellStart"/>
      <w:r w:rsidRPr="007B1658">
        <w:rPr>
          <w:b/>
          <w:lang w:val="ru-RU"/>
        </w:rPr>
        <w:t>Қоғамның</w:t>
      </w:r>
      <w:proofErr w:type="spellEnd"/>
      <w:r w:rsidRPr="007B1658">
        <w:rPr>
          <w:b/>
          <w:lang w:val="ru-RU"/>
        </w:rPr>
        <w:t xml:space="preserve"> </w:t>
      </w:r>
      <w:proofErr w:type="spellStart"/>
      <w:r w:rsidRPr="007B1658">
        <w:rPr>
          <w:b/>
          <w:lang w:val="ru-RU"/>
        </w:rPr>
        <w:t>Корпоративтік</w:t>
      </w:r>
      <w:proofErr w:type="spellEnd"/>
      <w:r w:rsidRPr="007B1658">
        <w:rPr>
          <w:b/>
          <w:lang w:val="ru-RU"/>
        </w:rPr>
        <w:t xml:space="preserve"> </w:t>
      </w:r>
      <w:proofErr w:type="spellStart"/>
      <w:r w:rsidRPr="007B1658">
        <w:rPr>
          <w:b/>
          <w:lang w:val="ru-RU"/>
        </w:rPr>
        <w:t>хатшысына</w:t>
      </w:r>
      <w:proofErr w:type="spellEnd"/>
      <w:r w:rsidRPr="007B1658">
        <w:rPr>
          <w:b/>
          <w:lang w:val="ru-RU"/>
        </w:rPr>
        <w:t xml:space="preserve"> </w:t>
      </w:r>
      <w:proofErr w:type="spellStart"/>
      <w:r w:rsidRPr="007B1658">
        <w:rPr>
          <w:b/>
          <w:lang w:val="ru-RU"/>
        </w:rPr>
        <w:t>қағаз</w:t>
      </w:r>
      <w:proofErr w:type="spellEnd"/>
      <w:r w:rsidRPr="007B1658">
        <w:rPr>
          <w:b/>
          <w:lang w:val="ru-RU"/>
        </w:rPr>
        <w:t xml:space="preserve"> </w:t>
      </w:r>
      <w:proofErr w:type="spellStart"/>
      <w:r w:rsidRPr="007B1658">
        <w:rPr>
          <w:b/>
          <w:lang w:val="ru-RU"/>
        </w:rPr>
        <w:t>жән</w:t>
      </w:r>
      <w:r w:rsidRPr="007B1658">
        <w:rPr>
          <w:b/>
          <w:lang w:val="ru-RU"/>
        </w:rPr>
        <w:t>е</w:t>
      </w:r>
      <w:proofErr w:type="spellEnd"/>
      <w:r w:rsidRPr="007B1658">
        <w:rPr>
          <w:b/>
          <w:lang w:val="ru-RU"/>
        </w:rPr>
        <w:t xml:space="preserve"> </w:t>
      </w:r>
      <w:proofErr w:type="spellStart"/>
      <w:r w:rsidRPr="007B1658">
        <w:rPr>
          <w:b/>
          <w:lang w:val="ru-RU"/>
        </w:rPr>
        <w:t>электрондық</w:t>
      </w:r>
      <w:proofErr w:type="spellEnd"/>
      <w:r w:rsidRPr="007B1658">
        <w:rPr>
          <w:b/>
          <w:lang w:val="ru-RU"/>
        </w:rPr>
        <w:t xml:space="preserve"> </w:t>
      </w:r>
      <w:proofErr w:type="spellStart"/>
      <w:r w:rsidRPr="007B1658">
        <w:rPr>
          <w:b/>
          <w:lang w:val="ru-RU"/>
        </w:rPr>
        <w:t>тасымалдағыштарда</w:t>
      </w:r>
      <w:proofErr w:type="spellEnd"/>
      <w:r w:rsidRPr="007B1658">
        <w:rPr>
          <w:b/>
          <w:lang w:val="ru-RU"/>
        </w:rPr>
        <w:t xml:space="preserve"> </w:t>
      </w:r>
      <w:proofErr w:type="spellStart"/>
      <w:r w:rsidRPr="007B1658">
        <w:rPr>
          <w:b/>
          <w:lang w:val="ru-RU"/>
        </w:rPr>
        <w:t>мынадай</w:t>
      </w:r>
      <w:proofErr w:type="spellEnd"/>
      <w:r w:rsidRPr="007B1658">
        <w:rPr>
          <w:b/>
          <w:lang w:val="ru-RU"/>
        </w:rPr>
        <w:t xml:space="preserve"> </w:t>
      </w:r>
      <w:proofErr w:type="spellStart"/>
      <w:r w:rsidRPr="007B1658">
        <w:rPr>
          <w:b/>
          <w:lang w:val="ru-RU"/>
        </w:rPr>
        <w:t>құжаттарды</w:t>
      </w:r>
      <w:proofErr w:type="spellEnd"/>
      <w:r w:rsidRPr="007B1658">
        <w:rPr>
          <w:b/>
          <w:lang w:val="ru-RU"/>
        </w:rPr>
        <w:t xml:space="preserve"> </w:t>
      </w:r>
      <w:proofErr w:type="spellStart"/>
      <w:r w:rsidRPr="007B1658">
        <w:rPr>
          <w:b/>
          <w:lang w:val="ru-RU"/>
        </w:rPr>
        <w:t>ұсынады</w:t>
      </w:r>
      <w:proofErr w:type="spellEnd"/>
      <w:r w:rsidRPr="007B1658">
        <w:rPr>
          <w:b/>
          <w:lang w:val="ru-RU"/>
        </w:rPr>
        <w:t>:</w:t>
      </w:r>
    </w:p>
    <w:p w:rsidR="00147A3B" w:rsidRPr="007B1658" w:rsidRDefault="000633CE">
      <w:pPr>
        <w:ind w:firstLine="567"/>
        <w:jc w:val="both"/>
        <w:rPr>
          <w:lang w:val="ru-RU"/>
        </w:rPr>
      </w:pPr>
      <w:r w:rsidRPr="007B1658">
        <w:rPr>
          <w:lang w:val="ru-RU"/>
        </w:rPr>
        <w:t xml:space="preserve">1) </w:t>
      </w:r>
      <w:proofErr w:type="spellStart"/>
      <w:r w:rsidRPr="007B1658">
        <w:rPr>
          <w:lang w:val="ru-RU"/>
        </w:rPr>
        <w:t>өтініш</w:t>
      </w:r>
      <w:proofErr w:type="spellEnd"/>
      <w:r w:rsidRPr="007B1658">
        <w:rPr>
          <w:lang w:val="ru-RU"/>
        </w:rPr>
        <w:t>;</w:t>
      </w:r>
    </w:p>
    <w:p w:rsidR="00147A3B" w:rsidRPr="007B1658" w:rsidRDefault="000633CE">
      <w:pPr>
        <w:ind w:firstLine="567"/>
        <w:jc w:val="both"/>
        <w:rPr>
          <w:lang w:val="ru-RU"/>
        </w:rPr>
      </w:pPr>
      <w:r w:rsidRPr="007B1658">
        <w:rPr>
          <w:lang w:val="ru-RU"/>
        </w:rPr>
        <w:t xml:space="preserve">2) </w:t>
      </w:r>
      <w:proofErr w:type="spellStart"/>
      <w:r w:rsidRPr="007B1658">
        <w:rPr>
          <w:lang w:val="ru-RU"/>
        </w:rPr>
        <w:t>конкурсқа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қатысушының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жеке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басын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куәландыратын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құжаттың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көшірмесі</w:t>
      </w:r>
      <w:proofErr w:type="spellEnd"/>
      <w:r w:rsidRPr="007B1658">
        <w:rPr>
          <w:lang w:val="ru-RU"/>
        </w:rPr>
        <w:t>;</w:t>
      </w:r>
    </w:p>
    <w:p w:rsidR="00147A3B" w:rsidRPr="007B1658" w:rsidRDefault="000633CE">
      <w:pPr>
        <w:ind w:firstLine="567"/>
        <w:jc w:val="both"/>
        <w:rPr>
          <w:lang w:val="ru-RU"/>
        </w:rPr>
      </w:pPr>
      <w:r w:rsidRPr="007B1658">
        <w:rPr>
          <w:lang w:val="ru-RU"/>
        </w:rPr>
        <w:t xml:space="preserve">3) </w:t>
      </w:r>
      <w:proofErr w:type="spellStart"/>
      <w:r w:rsidRPr="007B1658">
        <w:rPr>
          <w:lang w:val="ru-RU"/>
        </w:rPr>
        <w:t>көлемі</w:t>
      </w:r>
      <w:proofErr w:type="spellEnd"/>
      <w:r w:rsidRPr="007B1658">
        <w:rPr>
          <w:lang w:val="ru-RU"/>
        </w:rPr>
        <w:t xml:space="preserve"> 3х4 </w:t>
      </w:r>
      <w:proofErr w:type="spellStart"/>
      <w:r w:rsidRPr="007B1658">
        <w:rPr>
          <w:lang w:val="ru-RU"/>
        </w:rPr>
        <w:t>түрлі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түсті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фотосуреті</w:t>
      </w:r>
      <w:proofErr w:type="spellEnd"/>
      <w:r w:rsidRPr="007B1658">
        <w:rPr>
          <w:lang w:val="ru-RU"/>
        </w:rPr>
        <w:t xml:space="preserve"> бар </w:t>
      </w:r>
      <w:proofErr w:type="spellStart"/>
      <w:r w:rsidRPr="007B1658">
        <w:rPr>
          <w:lang w:val="ru-RU"/>
        </w:rPr>
        <w:t>конкурсқа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қатысушының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қызметтік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тізімі</w:t>
      </w:r>
      <w:proofErr w:type="spellEnd"/>
      <w:r w:rsidRPr="007B1658">
        <w:rPr>
          <w:lang w:val="ru-RU"/>
        </w:rPr>
        <w:t>;</w:t>
      </w:r>
    </w:p>
    <w:p w:rsidR="00147A3B" w:rsidRPr="007B1658" w:rsidRDefault="000633CE">
      <w:pPr>
        <w:ind w:firstLine="567"/>
        <w:jc w:val="both"/>
        <w:rPr>
          <w:lang w:val="ru-RU"/>
        </w:rPr>
      </w:pPr>
      <w:r w:rsidRPr="007B1658">
        <w:rPr>
          <w:lang w:val="ru-RU"/>
        </w:rPr>
        <w:t xml:space="preserve">4) </w:t>
      </w:r>
      <w:proofErr w:type="spellStart"/>
      <w:r w:rsidRPr="007B1658">
        <w:rPr>
          <w:lang w:val="ru-RU"/>
        </w:rPr>
        <w:t>салыстырып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тексеру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үшін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түпнұсқ</w:t>
      </w:r>
      <w:r w:rsidRPr="007B1658">
        <w:rPr>
          <w:lang w:val="ru-RU"/>
        </w:rPr>
        <w:t>аларын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ұсына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отырып</w:t>
      </w:r>
      <w:proofErr w:type="spellEnd"/>
      <w:r w:rsidRPr="007B1658">
        <w:rPr>
          <w:lang w:val="ru-RU"/>
        </w:rPr>
        <w:t xml:space="preserve">, </w:t>
      </w:r>
      <w:proofErr w:type="spellStart"/>
      <w:r w:rsidRPr="007B1658">
        <w:rPr>
          <w:lang w:val="ru-RU"/>
        </w:rPr>
        <w:t>білімі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туралы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құжаттардың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және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оларға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қосымшалардың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көшірмелері</w:t>
      </w:r>
      <w:proofErr w:type="spellEnd"/>
      <w:r w:rsidRPr="007B1658">
        <w:rPr>
          <w:lang w:val="ru-RU"/>
        </w:rPr>
        <w:t>:</w:t>
      </w:r>
    </w:p>
    <w:p w:rsidR="00147A3B" w:rsidRPr="007B1658" w:rsidRDefault="000633CE">
      <w:pPr>
        <w:ind w:firstLine="567"/>
        <w:jc w:val="both"/>
        <w:rPr>
          <w:lang w:val="ru-RU"/>
        </w:rPr>
      </w:pPr>
      <w:r w:rsidRPr="007B1658">
        <w:rPr>
          <w:lang w:val="ru-RU"/>
        </w:rPr>
        <w:t xml:space="preserve">– </w:t>
      </w:r>
      <w:proofErr w:type="spellStart"/>
      <w:r w:rsidRPr="007B1658">
        <w:rPr>
          <w:lang w:val="ru-RU"/>
        </w:rPr>
        <w:t>Қазақстан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Республикасының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азаматтары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шетелдік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білім</w:t>
      </w:r>
      <w:proofErr w:type="spellEnd"/>
      <w:r w:rsidRPr="007B1658">
        <w:rPr>
          <w:lang w:val="ru-RU"/>
        </w:rPr>
        <w:t xml:space="preserve"> беру </w:t>
      </w:r>
      <w:proofErr w:type="spellStart"/>
      <w:r w:rsidRPr="007B1658">
        <w:rPr>
          <w:lang w:val="ru-RU"/>
        </w:rPr>
        <w:t>ұйымдарында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алған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білімі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туралы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құжаттардың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көшірмелеріне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білім</w:t>
      </w:r>
      <w:proofErr w:type="spellEnd"/>
      <w:r w:rsidRPr="007B1658">
        <w:rPr>
          <w:lang w:val="ru-RU"/>
        </w:rPr>
        <w:t xml:space="preserve"> беру </w:t>
      </w:r>
      <w:proofErr w:type="spellStart"/>
      <w:r w:rsidRPr="007B1658">
        <w:rPr>
          <w:lang w:val="ru-RU"/>
        </w:rPr>
        <w:t>саласындағы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уәкілетті</w:t>
      </w:r>
      <w:proofErr w:type="spellEnd"/>
      <w:r w:rsidRPr="007B1658">
        <w:rPr>
          <w:lang w:val="ru-RU"/>
        </w:rPr>
        <w:t xml:space="preserve"> орган </w:t>
      </w:r>
      <w:proofErr w:type="spellStart"/>
      <w:r w:rsidRPr="007B1658">
        <w:rPr>
          <w:lang w:val="ru-RU"/>
        </w:rPr>
        <w:t>берген</w:t>
      </w:r>
      <w:proofErr w:type="spellEnd"/>
      <w:r w:rsidRPr="007B1658">
        <w:rPr>
          <w:lang w:val="ru-RU"/>
        </w:rPr>
        <w:t xml:space="preserve"> осы </w:t>
      </w:r>
      <w:proofErr w:type="spellStart"/>
      <w:r w:rsidRPr="007B1658">
        <w:rPr>
          <w:lang w:val="ru-RU"/>
        </w:rPr>
        <w:t>біл</w:t>
      </w:r>
      <w:r w:rsidRPr="007B1658">
        <w:rPr>
          <w:lang w:val="ru-RU"/>
        </w:rPr>
        <w:t>ім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туралы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құжаттарды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тану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немесе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нострификациялау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туралы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куәліктердің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көшірмелері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қоса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беріледі</w:t>
      </w:r>
      <w:proofErr w:type="spellEnd"/>
      <w:r w:rsidRPr="007B1658">
        <w:rPr>
          <w:lang w:val="ru-RU"/>
        </w:rPr>
        <w:t xml:space="preserve">. </w:t>
      </w:r>
      <w:proofErr w:type="spellStart"/>
      <w:r w:rsidRPr="007B1658">
        <w:rPr>
          <w:lang w:val="ru-RU"/>
        </w:rPr>
        <w:t>Бұл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талап</w:t>
      </w:r>
      <w:proofErr w:type="spellEnd"/>
      <w:r w:rsidRPr="007B1658">
        <w:rPr>
          <w:lang w:val="ru-RU"/>
        </w:rPr>
        <w:t xml:space="preserve"> «</w:t>
      </w:r>
      <w:proofErr w:type="spellStart"/>
      <w:r w:rsidRPr="007B1658">
        <w:rPr>
          <w:lang w:val="ru-RU"/>
        </w:rPr>
        <w:t>Болашақ</w:t>
      </w:r>
      <w:proofErr w:type="spellEnd"/>
      <w:r w:rsidRPr="007B1658">
        <w:rPr>
          <w:lang w:val="ru-RU"/>
        </w:rPr>
        <w:t xml:space="preserve">» </w:t>
      </w:r>
      <w:proofErr w:type="spellStart"/>
      <w:r w:rsidRPr="007B1658">
        <w:rPr>
          <w:lang w:val="ru-RU"/>
        </w:rPr>
        <w:t>халықаралық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стипендиясының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иегерлері</w:t>
      </w:r>
      <w:proofErr w:type="spellEnd"/>
      <w:r w:rsidRPr="007B1658">
        <w:rPr>
          <w:lang w:val="ru-RU"/>
        </w:rPr>
        <w:t xml:space="preserve"> – </w:t>
      </w:r>
      <w:proofErr w:type="spellStart"/>
      <w:r w:rsidRPr="007B1658">
        <w:rPr>
          <w:lang w:val="ru-RU"/>
        </w:rPr>
        <w:t>Қазақстан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Республикасының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азаматтарына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шетелдік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жоғары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оқу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орындары</w:t>
      </w:r>
      <w:proofErr w:type="spellEnd"/>
      <w:r w:rsidRPr="007B1658">
        <w:rPr>
          <w:lang w:val="ru-RU"/>
        </w:rPr>
        <w:t xml:space="preserve">, </w:t>
      </w:r>
      <w:proofErr w:type="spellStart"/>
      <w:r w:rsidRPr="007B1658">
        <w:rPr>
          <w:lang w:val="ru-RU"/>
        </w:rPr>
        <w:t>ғылыми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орталықтар</w:t>
      </w:r>
      <w:proofErr w:type="spellEnd"/>
      <w:r w:rsidRPr="007B1658">
        <w:rPr>
          <w:lang w:val="ru-RU"/>
        </w:rPr>
        <w:t xml:space="preserve"> мен </w:t>
      </w:r>
      <w:proofErr w:type="spellStart"/>
      <w:r w:rsidRPr="007B1658">
        <w:rPr>
          <w:lang w:val="ru-RU"/>
        </w:rPr>
        <w:t>зертханал</w:t>
      </w:r>
      <w:r w:rsidRPr="007B1658">
        <w:rPr>
          <w:lang w:val="ru-RU"/>
        </w:rPr>
        <w:t>ар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берген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білім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туралы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құжаттарға</w:t>
      </w:r>
      <w:proofErr w:type="spellEnd"/>
      <w:r w:rsidRPr="007B1658">
        <w:rPr>
          <w:lang w:val="ru-RU"/>
        </w:rPr>
        <w:t xml:space="preserve">, </w:t>
      </w:r>
      <w:proofErr w:type="spellStart"/>
      <w:r w:rsidRPr="007B1658">
        <w:rPr>
          <w:lang w:val="ru-RU"/>
        </w:rPr>
        <w:t>сондай-ақ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өзара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тану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және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баламалылық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туралы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халықаралық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шарттың</w:t>
      </w:r>
      <w:proofErr w:type="spellEnd"/>
      <w:r w:rsidRPr="007B1658">
        <w:rPr>
          <w:lang w:val="ru-RU"/>
        </w:rPr>
        <w:t xml:space="preserve"> (</w:t>
      </w:r>
      <w:proofErr w:type="spellStart"/>
      <w:r w:rsidRPr="007B1658">
        <w:rPr>
          <w:lang w:val="ru-RU"/>
        </w:rPr>
        <w:t>келісімнің</w:t>
      </w:r>
      <w:proofErr w:type="spellEnd"/>
      <w:r w:rsidRPr="007B1658">
        <w:rPr>
          <w:lang w:val="ru-RU"/>
        </w:rPr>
        <w:t xml:space="preserve">) </w:t>
      </w:r>
      <w:proofErr w:type="spellStart"/>
      <w:r w:rsidRPr="007B1658">
        <w:rPr>
          <w:lang w:val="ru-RU"/>
        </w:rPr>
        <w:t>қолданысына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жататын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білім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туралы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құжаттарға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қолданылмайды</w:t>
      </w:r>
      <w:proofErr w:type="spellEnd"/>
      <w:r w:rsidRPr="007B1658">
        <w:rPr>
          <w:lang w:val="ru-RU"/>
        </w:rPr>
        <w:t>;</w:t>
      </w:r>
    </w:p>
    <w:p w:rsidR="00147A3B" w:rsidRPr="007B1658" w:rsidRDefault="000633CE">
      <w:pPr>
        <w:ind w:firstLine="567"/>
        <w:jc w:val="both"/>
        <w:rPr>
          <w:lang w:val="ru-RU"/>
        </w:rPr>
      </w:pPr>
      <w:r w:rsidRPr="007B1658">
        <w:rPr>
          <w:lang w:val="ru-RU"/>
        </w:rPr>
        <w:t>– «</w:t>
      </w:r>
      <w:proofErr w:type="spellStart"/>
      <w:r w:rsidRPr="007B1658">
        <w:rPr>
          <w:lang w:val="ru-RU"/>
        </w:rPr>
        <w:t>Болашақ</w:t>
      </w:r>
      <w:proofErr w:type="spellEnd"/>
      <w:r w:rsidRPr="007B1658">
        <w:rPr>
          <w:lang w:val="ru-RU"/>
        </w:rPr>
        <w:t xml:space="preserve">» </w:t>
      </w:r>
      <w:proofErr w:type="spellStart"/>
      <w:r w:rsidRPr="007B1658">
        <w:rPr>
          <w:lang w:val="ru-RU"/>
        </w:rPr>
        <w:t>халықаралық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стипендиясының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иегерлеріне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берілген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білім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туралы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құжаттардың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көшірмелеріне</w:t>
      </w:r>
      <w:proofErr w:type="spellEnd"/>
      <w:r w:rsidRPr="007B1658">
        <w:rPr>
          <w:lang w:val="ru-RU"/>
        </w:rPr>
        <w:t xml:space="preserve"> «</w:t>
      </w:r>
      <w:proofErr w:type="spellStart"/>
      <w:r w:rsidRPr="007B1658">
        <w:rPr>
          <w:lang w:val="ru-RU"/>
        </w:rPr>
        <w:t>Халықаралық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бағдарламалар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орталығы</w:t>
      </w:r>
      <w:proofErr w:type="spellEnd"/>
      <w:r w:rsidRPr="007B1658">
        <w:rPr>
          <w:lang w:val="ru-RU"/>
        </w:rPr>
        <w:t xml:space="preserve">» </w:t>
      </w:r>
      <w:proofErr w:type="spellStart"/>
      <w:r w:rsidRPr="007B1658">
        <w:rPr>
          <w:lang w:val="ru-RU"/>
        </w:rPr>
        <w:t>акционерлік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қоғамы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берген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Қазақстан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Республикасы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Президентінің</w:t>
      </w:r>
      <w:proofErr w:type="spellEnd"/>
      <w:r w:rsidRPr="007B1658">
        <w:rPr>
          <w:lang w:val="ru-RU"/>
        </w:rPr>
        <w:t xml:space="preserve"> «</w:t>
      </w:r>
      <w:proofErr w:type="spellStart"/>
      <w:r w:rsidRPr="007B1658">
        <w:rPr>
          <w:lang w:val="ru-RU"/>
        </w:rPr>
        <w:t>Болашақ</w:t>
      </w:r>
      <w:proofErr w:type="spellEnd"/>
      <w:r w:rsidRPr="007B1658">
        <w:rPr>
          <w:lang w:val="ru-RU"/>
        </w:rPr>
        <w:t xml:space="preserve">» </w:t>
      </w:r>
      <w:proofErr w:type="spellStart"/>
      <w:r w:rsidRPr="007B1658">
        <w:rPr>
          <w:lang w:val="ru-RU"/>
        </w:rPr>
        <w:t>халықаралық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стипендиясы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бойынша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оқуды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аяқтағаны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туралы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анықтаманың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көшірмесі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қоса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беріледі</w:t>
      </w:r>
      <w:proofErr w:type="spellEnd"/>
      <w:r w:rsidRPr="007B1658">
        <w:rPr>
          <w:lang w:val="ru-RU"/>
        </w:rPr>
        <w:t>;</w:t>
      </w:r>
    </w:p>
    <w:p w:rsidR="00147A3B" w:rsidRPr="007B1658" w:rsidRDefault="000633CE">
      <w:pPr>
        <w:ind w:firstLine="567"/>
        <w:jc w:val="both"/>
        <w:rPr>
          <w:lang w:val="ru-RU"/>
        </w:rPr>
      </w:pPr>
      <w:r w:rsidRPr="007B1658">
        <w:rPr>
          <w:lang w:val="ru-RU"/>
        </w:rPr>
        <w:t xml:space="preserve">– </w:t>
      </w:r>
      <w:proofErr w:type="spellStart"/>
      <w:r w:rsidRPr="007B1658">
        <w:rPr>
          <w:lang w:val="ru-RU"/>
        </w:rPr>
        <w:t>өзара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тану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және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баламалылық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туралы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халықаралық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шарттың</w:t>
      </w:r>
      <w:proofErr w:type="spellEnd"/>
      <w:r w:rsidRPr="007B1658">
        <w:rPr>
          <w:lang w:val="ru-RU"/>
        </w:rPr>
        <w:t xml:space="preserve"> (</w:t>
      </w:r>
      <w:proofErr w:type="spellStart"/>
      <w:r w:rsidRPr="007B1658">
        <w:rPr>
          <w:lang w:val="ru-RU"/>
        </w:rPr>
        <w:t>келісімнің</w:t>
      </w:r>
      <w:proofErr w:type="spellEnd"/>
      <w:r w:rsidRPr="007B1658">
        <w:rPr>
          <w:lang w:val="ru-RU"/>
        </w:rPr>
        <w:t xml:space="preserve">) </w:t>
      </w:r>
      <w:proofErr w:type="spellStart"/>
      <w:r w:rsidRPr="007B1658">
        <w:rPr>
          <w:lang w:val="ru-RU"/>
        </w:rPr>
        <w:t>қолданысына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жататын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білім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туралы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құжаттардың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көшірмелеріне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білім</w:t>
      </w:r>
      <w:proofErr w:type="spellEnd"/>
      <w:r w:rsidRPr="007B1658">
        <w:rPr>
          <w:lang w:val="ru-RU"/>
        </w:rPr>
        <w:t xml:space="preserve"> беру </w:t>
      </w:r>
      <w:proofErr w:type="spellStart"/>
      <w:r w:rsidRPr="007B1658">
        <w:rPr>
          <w:lang w:val="ru-RU"/>
        </w:rPr>
        <w:t>саласындағы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уәкілетті</w:t>
      </w:r>
      <w:proofErr w:type="spellEnd"/>
      <w:r w:rsidRPr="007B1658">
        <w:rPr>
          <w:lang w:val="ru-RU"/>
        </w:rPr>
        <w:t xml:space="preserve"> орган </w:t>
      </w:r>
      <w:proofErr w:type="spellStart"/>
      <w:r w:rsidRPr="007B1658">
        <w:rPr>
          <w:lang w:val="ru-RU"/>
        </w:rPr>
        <w:t>берген</w:t>
      </w:r>
      <w:proofErr w:type="spellEnd"/>
      <w:r w:rsidRPr="007B1658">
        <w:rPr>
          <w:lang w:val="ru-RU"/>
        </w:rPr>
        <w:t xml:space="preserve"> осы </w:t>
      </w:r>
      <w:proofErr w:type="spellStart"/>
      <w:r w:rsidRPr="007B1658">
        <w:rPr>
          <w:lang w:val="ru-RU"/>
        </w:rPr>
        <w:t>білім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туралы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құжаттарды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тану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туралы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анықтамалардың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көшірмелері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қоса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беріледі</w:t>
      </w:r>
      <w:proofErr w:type="spellEnd"/>
      <w:r w:rsidRPr="007B1658">
        <w:rPr>
          <w:lang w:val="ru-RU"/>
        </w:rPr>
        <w:t>;</w:t>
      </w:r>
    </w:p>
    <w:p w:rsidR="00147A3B" w:rsidRPr="007B1658" w:rsidRDefault="000633CE">
      <w:pPr>
        <w:ind w:firstLine="567"/>
        <w:jc w:val="both"/>
        <w:rPr>
          <w:lang w:val="ru-RU"/>
        </w:rPr>
      </w:pPr>
      <w:r w:rsidRPr="007B1658">
        <w:rPr>
          <w:lang w:val="ru-RU"/>
        </w:rPr>
        <w:t xml:space="preserve">5) </w:t>
      </w:r>
      <w:proofErr w:type="spellStart"/>
      <w:r w:rsidRPr="007B1658">
        <w:rPr>
          <w:lang w:val="ru-RU"/>
        </w:rPr>
        <w:t>қазіргі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немесе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соңғы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жұмыс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орны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б</w:t>
      </w:r>
      <w:r w:rsidRPr="007B1658">
        <w:rPr>
          <w:lang w:val="ru-RU"/>
        </w:rPr>
        <w:t>ойынша</w:t>
      </w:r>
      <w:proofErr w:type="spellEnd"/>
      <w:r w:rsidRPr="007B1658">
        <w:rPr>
          <w:lang w:val="ru-RU"/>
        </w:rPr>
        <w:t xml:space="preserve"> кадр </w:t>
      </w:r>
      <w:proofErr w:type="spellStart"/>
      <w:r w:rsidRPr="007B1658">
        <w:rPr>
          <w:lang w:val="ru-RU"/>
        </w:rPr>
        <w:t>қызметі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куәландырған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еңбек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қызметін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растайтын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құжаттың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көшірмесі</w:t>
      </w:r>
      <w:proofErr w:type="spellEnd"/>
      <w:r w:rsidRPr="007B1658">
        <w:rPr>
          <w:lang w:val="ru-RU"/>
        </w:rPr>
        <w:t>;</w:t>
      </w:r>
    </w:p>
    <w:p w:rsidR="00147A3B" w:rsidRPr="007B1658" w:rsidRDefault="000633CE">
      <w:pPr>
        <w:ind w:firstLine="567"/>
        <w:jc w:val="both"/>
        <w:rPr>
          <w:lang w:val="ru-RU"/>
        </w:rPr>
      </w:pPr>
      <w:r w:rsidRPr="007B1658">
        <w:rPr>
          <w:lang w:val="ru-RU"/>
        </w:rPr>
        <w:t xml:space="preserve">6) </w:t>
      </w:r>
      <w:proofErr w:type="spellStart"/>
      <w:r w:rsidRPr="007B1658">
        <w:rPr>
          <w:lang w:val="ru-RU"/>
        </w:rPr>
        <w:t>құжаттарды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ұсынған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күнге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дейін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бір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жылдан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аспайтын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мерзімде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берілген</w:t>
      </w:r>
      <w:proofErr w:type="spellEnd"/>
      <w:r w:rsidRPr="007B1658">
        <w:rPr>
          <w:lang w:val="ru-RU"/>
        </w:rPr>
        <w:t xml:space="preserve">, </w:t>
      </w:r>
      <w:proofErr w:type="spellStart"/>
      <w:r w:rsidRPr="007B1658">
        <w:rPr>
          <w:lang w:val="ru-RU"/>
        </w:rPr>
        <w:t>мемлекеттік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көрсетілетін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қызметтер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туралы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заңнамаға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сәйкес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психоневрологиялық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ұйымнан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алынған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анықтама</w:t>
      </w:r>
      <w:proofErr w:type="spellEnd"/>
      <w:r w:rsidRPr="007B1658">
        <w:rPr>
          <w:lang w:val="ru-RU"/>
        </w:rPr>
        <w:t>;</w:t>
      </w:r>
    </w:p>
    <w:p w:rsidR="00147A3B" w:rsidRPr="007B1658" w:rsidRDefault="000633CE">
      <w:pPr>
        <w:ind w:firstLine="567"/>
        <w:jc w:val="both"/>
        <w:rPr>
          <w:lang w:val="ru-RU"/>
        </w:rPr>
      </w:pPr>
      <w:r w:rsidRPr="007B1658">
        <w:rPr>
          <w:lang w:val="ru-RU"/>
        </w:rPr>
        <w:t>7</w:t>
      </w:r>
      <w:r w:rsidRPr="007B1658">
        <w:rPr>
          <w:lang w:val="ru-RU"/>
        </w:rPr>
        <w:t xml:space="preserve">) </w:t>
      </w:r>
      <w:proofErr w:type="spellStart"/>
      <w:r w:rsidRPr="007B1658">
        <w:rPr>
          <w:lang w:val="ru-RU"/>
        </w:rPr>
        <w:t>құжаттарды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ұсынған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күнге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дейін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бір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жылдан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аспайтын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мерзімде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берілген</w:t>
      </w:r>
      <w:proofErr w:type="spellEnd"/>
      <w:r w:rsidRPr="007B1658">
        <w:rPr>
          <w:lang w:val="ru-RU"/>
        </w:rPr>
        <w:t xml:space="preserve">, </w:t>
      </w:r>
      <w:proofErr w:type="spellStart"/>
      <w:r w:rsidRPr="007B1658">
        <w:rPr>
          <w:lang w:val="ru-RU"/>
        </w:rPr>
        <w:t>мемлекеттік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көрсетілетін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қызметтер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туралы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заңнамаға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сәйкес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наркологиялық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ұйымнан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алынған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анықтама</w:t>
      </w:r>
      <w:proofErr w:type="spellEnd"/>
      <w:r w:rsidRPr="007B1658">
        <w:rPr>
          <w:lang w:val="ru-RU"/>
        </w:rPr>
        <w:t>;</w:t>
      </w:r>
    </w:p>
    <w:p w:rsidR="00147A3B" w:rsidRPr="007B1658" w:rsidRDefault="000633CE">
      <w:pPr>
        <w:ind w:firstLine="567"/>
        <w:jc w:val="both"/>
        <w:rPr>
          <w:lang w:val="ru-RU"/>
        </w:rPr>
      </w:pPr>
      <w:r w:rsidRPr="007B1658">
        <w:rPr>
          <w:lang w:val="ru-RU"/>
        </w:rPr>
        <w:t xml:space="preserve">8) </w:t>
      </w:r>
      <w:proofErr w:type="spellStart"/>
      <w:r w:rsidRPr="007B1658">
        <w:rPr>
          <w:lang w:val="ru-RU"/>
        </w:rPr>
        <w:t>қылмыстық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заңнамаға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сәйкес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лауазымды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атқаруға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тыйым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салынбағанын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растайтын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құжат</w:t>
      </w:r>
      <w:proofErr w:type="spellEnd"/>
      <w:r w:rsidRPr="007B1658">
        <w:rPr>
          <w:lang w:val="ru-RU"/>
        </w:rPr>
        <w:t>.</w:t>
      </w:r>
    </w:p>
    <w:p w:rsidR="00147A3B" w:rsidRPr="007B1658" w:rsidRDefault="000633CE">
      <w:pPr>
        <w:ind w:firstLine="567"/>
        <w:jc w:val="both"/>
        <w:rPr>
          <w:lang w:val="ru-RU"/>
        </w:rPr>
      </w:pPr>
      <w:proofErr w:type="spellStart"/>
      <w:r w:rsidRPr="007B1658">
        <w:rPr>
          <w:lang w:val="ru-RU"/>
        </w:rPr>
        <w:t>Тиісті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мемлекеттік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органдар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шектеу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іс-шараларын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жүзеге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асырған</w:t>
      </w:r>
      <w:proofErr w:type="spellEnd"/>
      <w:r w:rsidRPr="007B1658">
        <w:rPr>
          <w:lang w:val="ru-RU"/>
        </w:rPr>
        <w:t xml:space="preserve">, </w:t>
      </w:r>
      <w:proofErr w:type="spellStart"/>
      <w:r w:rsidRPr="007B1658">
        <w:rPr>
          <w:lang w:val="ru-RU"/>
        </w:rPr>
        <w:t>төтенше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жағдай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енгізілген</w:t>
      </w:r>
      <w:proofErr w:type="spellEnd"/>
      <w:r w:rsidRPr="007B1658">
        <w:rPr>
          <w:lang w:val="ru-RU"/>
        </w:rPr>
        <w:t xml:space="preserve">, </w:t>
      </w:r>
      <w:proofErr w:type="spellStart"/>
      <w:r w:rsidRPr="007B1658">
        <w:rPr>
          <w:lang w:val="ru-RU"/>
        </w:rPr>
        <w:t>әлеуметтік</w:t>
      </w:r>
      <w:proofErr w:type="spellEnd"/>
      <w:r w:rsidRPr="007B1658">
        <w:rPr>
          <w:lang w:val="ru-RU"/>
        </w:rPr>
        <w:t xml:space="preserve">, </w:t>
      </w:r>
      <w:proofErr w:type="spellStart"/>
      <w:r w:rsidRPr="007B1658">
        <w:rPr>
          <w:lang w:val="ru-RU"/>
        </w:rPr>
        <w:t>табиғи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және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техногендік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сипаттағы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төтенше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жағдайлар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туындаған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кезде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конкурсқа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қатысушылар</w:t>
      </w:r>
      <w:proofErr w:type="spellEnd"/>
      <w:r w:rsidRPr="007B1658">
        <w:rPr>
          <w:lang w:val="ru-RU"/>
        </w:rPr>
        <w:t xml:space="preserve"> 6), 7) </w:t>
      </w:r>
      <w:proofErr w:type="spellStart"/>
      <w:r w:rsidRPr="007B1658">
        <w:rPr>
          <w:lang w:val="ru-RU"/>
        </w:rPr>
        <w:t>және</w:t>
      </w:r>
      <w:proofErr w:type="spellEnd"/>
      <w:r w:rsidRPr="007B1658">
        <w:rPr>
          <w:lang w:val="ru-RU"/>
        </w:rPr>
        <w:t xml:space="preserve"> 8) </w:t>
      </w:r>
      <w:proofErr w:type="spellStart"/>
      <w:r w:rsidRPr="007B1658">
        <w:rPr>
          <w:lang w:val="ru-RU"/>
        </w:rPr>
        <w:t>тармақшаларда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көрсетілген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құжаттарды</w:t>
      </w:r>
      <w:proofErr w:type="spellEnd"/>
      <w:r w:rsidRPr="007B1658">
        <w:rPr>
          <w:lang w:val="ru-RU"/>
        </w:rPr>
        <w:t xml:space="preserve"> </w:t>
      </w:r>
      <w:proofErr w:type="spellStart"/>
      <w:r w:rsidRPr="007B1658">
        <w:rPr>
          <w:lang w:val="ru-RU"/>
        </w:rPr>
        <w:t>ұсынбайды</w:t>
      </w:r>
      <w:proofErr w:type="spellEnd"/>
      <w:r w:rsidRPr="007B1658">
        <w:rPr>
          <w:lang w:val="ru-RU"/>
        </w:rPr>
        <w:t>.</w:t>
      </w:r>
    </w:p>
    <w:p w:rsidR="00147A3B" w:rsidRDefault="000633CE">
      <w:pPr>
        <w:ind w:firstLine="567"/>
        <w:jc w:val="both"/>
      </w:pPr>
      <w:proofErr w:type="spellStart"/>
      <w:r>
        <w:lastRenderedPageBreak/>
        <w:t>Конкурсқа</w:t>
      </w:r>
      <w:proofErr w:type="spellEnd"/>
      <w:r>
        <w:t xml:space="preserve"> </w:t>
      </w:r>
      <w:proofErr w:type="spellStart"/>
      <w:r>
        <w:t>қатысуға</w:t>
      </w:r>
      <w:proofErr w:type="spellEnd"/>
      <w:r>
        <w:t xml:space="preserve"> </w:t>
      </w:r>
      <w:proofErr w:type="spellStart"/>
      <w:r>
        <w:t>үміткер</w:t>
      </w:r>
      <w:proofErr w:type="spellEnd"/>
      <w:r>
        <w:t xml:space="preserve"> </w:t>
      </w:r>
      <w:proofErr w:type="spellStart"/>
      <w:r>
        <w:t>тұлғалар</w:t>
      </w:r>
      <w:proofErr w:type="spellEnd"/>
      <w:r>
        <w:t xml:space="preserve"> өздерінің біліміне, жұмыс тәжірибесіне, кәсіби деңгейі мен беделіне қатысты қосымша ақпаратты (біліктілігін арттыру, ғылыми дәрежелер мен атақтар беру туралы құжаттардың көшірмелері, мінездемелер, ұсынымдар, ғылыми жария</w:t>
      </w:r>
      <w:r>
        <w:t>ланымдар және олардың кәсіби қызметі мен біліктілігін сипаттайтын өзге де мәліметтер) ұсына алады.</w:t>
      </w:r>
    </w:p>
    <w:p w:rsidR="00147A3B" w:rsidRDefault="00147A3B"/>
    <w:p w:rsidR="00147A3B" w:rsidRDefault="000633CE">
      <w:pPr>
        <w:ind w:firstLine="567"/>
        <w:jc w:val="both"/>
      </w:pPr>
      <w:r>
        <w:rPr>
          <w:b/>
        </w:rPr>
        <w:t>Конкурсқа қатысу үшін құжаттарды қабылдау осы хабарландыру жарияланған күннен бастап 10 (он) күнтізбелік күн ішінде жүргізіледі.</w:t>
      </w:r>
    </w:p>
    <w:p w:rsidR="00147A3B" w:rsidRDefault="000633CE">
      <w:pPr>
        <w:ind w:firstLine="567"/>
        <w:jc w:val="both"/>
      </w:pPr>
      <w:r>
        <w:t>Әңгімелесудің күні, уақыты,</w:t>
      </w:r>
      <w:r>
        <w:t xml:space="preserve"> орны және форматы конкурсқа жіберілген кандидаттарға қосымша хабарланады.</w:t>
      </w:r>
    </w:p>
    <w:p w:rsidR="00147A3B" w:rsidRPr="007B1658" w:rsidRDefault="000633CE">
      <w:pPr>
        <w:ind w:firstLine="567"/>
        <w:jc w:val="both"/>
        <w:rPr>
          <w:b/>
        </w:rPr>
      </w:pPr>
      <w:r w:rsidRPr="007B1658">
        <w:rPr>
          <w:b/>
        </w:rPr>
        <w:t>Құжаттар мына мекенжай бойынша қабылданады: 080000, Тараз қаласы, Қаныш Сәтбаев көшесі, 28, бас ғимарат, 213 кабинет, Қоғамның Директорлар кеңесінің Корпоративтік хатшысы Джабаилдае</w:t>
      </w:r>
      <w:r w:rsidRPr="007B1658">
        <w:rPr>
          <w:b/>
        </w:rPr>
        <w:t>ва Гульнар Токсанбаевна. Тел.: +7 778 169 06 26, +7 707 171 32 47. Электрондық пошта: g.jabaildayeva@kaznuvhi.edu.kz.</w:t>
      </w:r>
    </w:p>
    <w:p w:rsidR="00147A3B" w:rsidRDefault="000633CE">
      <w:pPr>
        <w:ind w:firstLine="567"/>
        <w:jc w:val="both"/>
      </w:pPr>
      <w:r>
        <w:t>«Қазақ ұлттық су шаруашылығы және ирригация университеті» коммерциялық емес акционерлік қоғамының Басқарма Төрағасын – Ректорын іріктеу жә</w:t>
      </w:r>
      <w:r>
        <w:t>не тағайындау және Басқарма мүшелерін сайлау тәртібімен Қоғамның https://kaznuvhi.edu.kz/ ресми сайтында немесе Қоғамның Корпоративтік хатшысынан танысуға болады.</w:t>
      </w:r>
    </w:p>
    <w:sectPr w:rsidR="00147A3B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633CE"/>
    <w:rsid w:val="00147A3B"/>
    <w:rsid w:val="0015074B"/>
    <w:rsid w:val="0029639D"/>
    <w:rsid w:val="00326F90"/>
    <w:rsid w:val="007B165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8E9569"/>
  <w14:defaultImageDpi w14:val="300"/>
  <w15:docId w15:val="{F91876CD-FDF7-4299-BA36-4EB401EAA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E34277C-DFDF-4BD1-B2D2-9FACFBA3D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862</Words>
  <Characters>4920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ҚазҰСШИУ Басқарма мүшелері лауазымдарына конкурс туралы хабарландыру</vt:lpstr>
      <vt:lpstr/>
    </vt:vector>
  </TitlesOfParts>
  <Manager/>
  <Company/>
  <LinksUpToDate>false</LinksUpToDate>
  <CharactersWithSpaces>5771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ҚазҰСШИУ Басқарма мүшелері лауазымдарына конкурс туралы хабарландыру</dc:title>
  <dc:subject/>
  <dc:creator>«Қазақ ұлттық су шаруашылығы және ирригация университеті» КЕАҚ</dc:creator>
  <cp:keywords/>
  <dc:description>generated by python-docx</dc:description>
  <cp:lastModifiedBy>Абдыгалиева Улболсын</cp:lastModifiedBy>
  <cp:revision>2</cp:revision>
  <dcterms:created xsi:type="dcterms:W3CDTF">2026-09-22T11:27:00Z</dcterms:created>
  <dcterms:modified xsi:type="dcterms:W3CDTF">2026-09-22T11:27:00Z</dcterms:modified>
  <cp:category/>
</cp:coreProperties>
</file>