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14BC" w14:textId="77777777" w:rsidR="008C6E51" w:rsidRPr="00556898" w:rsidRDefault="00556898" w:rsidP="00556898">
      <w:pPr>
        <w:spacing w:after="0" w:line="240" w:lineRule="auto"/>
        <w:jc w:val="center"/>
        <w:rPr>
          <w:b/>
        </w:rPr>
      </w:pPr>
      <w:r w:rsidRPr="00556898">
        <w:rPr>
          <w:b/>
        </w:rPr>
        <w:t>TF0B9097 №-ші грант</w:t>
      </w:r>
    </w:p>
    <w:p w14:paraId="05FD3F46" w14:textId="77777777" w:rsidR="008C6E51" w:rsidRDefault="00556898" w:rsidP="00556898">
      <w:pPr>
        <w:spacing w:after="0" w:line="240" w:lineRule="auto"/>
        <w:jc w:val="center"/>
      </w:pPr>
      <w:r>
        <w:rPr>
          <w:b/>
        </w:rPr>
        <w:t>«Шығарындылар саудасы нарығын іске асыру жөніндегі әріптестік» жобасы</w:t>
      </w:r>
    </w:p>
    <w:p w14:paraId="5F712523" w14:textId="77777777" w:rsidR="008C6E51" w:rsidRPr="00556898" w:rsidRDefault="00556898" w:rsidP="00556898">
      <w:pPr>
        <w:spacing w:after="0" w:line="240" w:lineRule="auto"/>
        <w:jc w:val="center"/>
        <w:rPr>
          <w:b/>
        </w:rPr>
      </w:pPr>
      <w:proofErr w:type="spellStart"/>
      <w:r w:rsidRPr="00556898">
        <w:rPr>
          <w:b/>
        </w:rPr>
        <w:t>Астана</w:t>
      </w:r>
      <w:proofErr w:type="spellEnd"/>
      <w:r w:rsidRPr="00556898">
        <w:rPr>
          <w:b/>
        </w:rPr>
        <w:t xml:space="preserve"> қ.</w:t>
      </w:r>
    </w:p>
    <w:p w14:paraId="12AA9F36" w14:textId="77777777" w:rsidR="00556898" w:rsidRDefault="00556898" w:rsidP="00556898">
      <w:pPr>
        <w:spacing w:after="0" w:line="240" w:lineRule="auto"/>
        <w:jc w:val="center"/>
      </w:pPr>
    </w:p>
    <w:p w14:paraId="36AA98E2" w14:textId="77777777" w:rsidR="008C6E51" w:rsidRDefault="00556898" w:rsidP="00556898">
      <w:pPr>
        <w:spacing w:after="0" w:line="240" w:lineRule="auto"/>
        <w:jc w:val="center"/>
      </w:pPr>
      <w:r>
        <w:rPr>
          <w:b/>
        </w:rPr>
        <w:t>Заңнамалық саясат жөніндегі салааралық кеңесші (фонд биржасы және қаржы) қызметтерін көрсетуге жеке консультантты таңдау нәтижелері</w:t>
      </w:r>
    </w:p>
    <w:p w14:paraId="49B7EDC4" w14:textId="77777777" w:rsidR="008C6E51" w:rsidRDefault="00556898" w:rsidP="00556898">
      <w:pPr>
        <w:spacing w:after="0" w:line="240" w:lineRule="auto"/>
        <w:jc w:val="center"/>
        <w:rPr>
          <w:b/>
        </w:rPr>
      </w:pPr>
      <w:r>
        <w:rPr>
          <w:b/>
        </w:rPr>
        <w:t>(№ KZPMI-IC-03)</w:t>
      </w:r>
    </w:p>
    <w:p w14:paraId="302965F9" w14:textId="77777777" w:rsidR="00556898" w:rsidRDefault="00556898" w:rsidP="00556898">
      <w:pPr>
        <w:spacing w:after="0" w:line="240" w:lineRule="auto"/>
        <w:jc w:val="center"/>
      </w:pPr>
    </w:p>
    <w:p w14:paraId="3F39DF45" w14:textId="77777777" w:rsidR="008C6E51" w:rsidRPr="00556898" w:rsidRDefault="00556898" w:rsidP="00556898">
      <w:pPr>
        <w:spacing w:after="0" w:line="240" w:lineRule="auto"/>
      </w:pPr>
      <w:r w:rsidRPr="00556898">
        <w:t xml:space="preserve">Жоба: </w:t>
      </w:r>
      <w:r w:rsidRPr="00556898">
        <w:rPr>
          <w:b/>
        </w:rPr>
        <w:t>Шығарындылар саудасы нарығын іске асыру жөніндегі әріптестік</w:t>
      </w:r>
    </w:p>
    <w:p w14:paraId="2A371D6E" w14:textId="77777777" w:rsidR="008C6E51" w:rsidRPr="00556898" w:rsidRDefault="00556898" w:rsidP="00556898">
      <w:pPr>
        <w:spacing w:after="0" w:line="240" w:lineRule="auto"/>
      </w:pPr>
      <w:r w:rsidRPr="00556898">
        <w:t xml:space="preserve">Келісімшарт жасалған күн: </w:t>
      </w:r>
      <w:r w:rsidRPr="00556898">
        <w:rPr>
          <w:b/>
        </w:rPr>
        <w:t>2026 жылғы 3 тамыз</w:t>
      </w:r>
    </w:p>
    <w:p w14:paraId="1F70C3C1" w14:textId="77777777" w:rsidR="008C6E51" w:rsidRPr="00556898" w:rsidRDefault="00556898" w:rsidP="00556898">
      <w:pPr>
        <w:spacing w:after="0" w:line="240" w:lineRule="auto"/>
        <w:rPr>
          <w:b/>
        </w:rPr>
      </w:pPr>
      <w:r w:rsidRPr="00556898">
        <w:t xml:space="preserve">Сатып алу әдісі: </w:t>
      </w:r>
      <w:r w:rsidRPr="00556898">
        <w:rPr>
          <w:b/>
        </w:rPr>
        <w:t>Жеке консультантты таңдау</w:t>
      </w:r>
    </w:p>
    <w:p w14:paraId="44127ED5" w14:textId="77777777" w:rsidR="008C6E51" w:rsidRPr="00556898" w:rsidRDefault="00556898" w:rsidP="00556898">
      <w:pPr>
        <w:spacing w:after="0" w:line="240" w:lineRule="auto"/>
      </w:pPr>
      <w:r w:rsidRPr="00556898">
        <w:t xml:space="preserve">Келісімшарттың ұзақтығы: </w:t>
      </w:r>
      <w:r w:rsidRPr="00556898">
        <w:rPr>
          <w:b/>
        </w:rPr>
        <w:t>3 ай</w:t>
      </w:r>
    </w:p>
    <w:p w14:paraId="1498824E" w14:textId="77777777" w:rsidR="008C6E51" w:rsidRPr="00556898" w:rsidRDefault="00556898" w:rsidP="00556898">
      <w:pPr>
        <w:spacing w:after="0" w:line="240" w:lineRule="auto"/>
        <w:rPr>
          <w:b/>
        </w:rPr>
      </w:pPr>
      <w:r w:rsidRPr="00556898">
        <w:t xml:space="preserve">Келісімшарттың атауы: </w:t>
      </w:r>
      <w:r w:rsidRPr="00556898">
        <w:rPr>
          <w:b/>
        </w:rPr>
        <w:t>№ KZPMI-IC-03 Келісімшарты - Заңнамалық саясат жөніндегі салааралық кеңесші (фонд биржасы және қаржы)</w:t>
      </w:r>
    </w:p>
    <w:p w14:paraId="39CBA468" w14:textId="77777777" w:rsidR="008C6E51" w:rsidRPr="00556898" w:rsidRDefault="00556898" w:rsidP="00556898">
      <w:pPr>
        <w:spacing w:after="0" w:line="240" w:lineRule="auto"/>
        <w:rPr>
          <w:b/>
          <w:lang w:val="ru-RU"/>
        </w:rPr>
      </w:pPr>
      <w:r w:rsidRPr="00556898">
        <w:rPr>
          <w:lang w:val="ru-RU"/>
        </w:rPr>
        <w:t xml:space="preserve">Консультант: </w:t>
      </w:r>
      <w:r w:rsidRPr="00556898">
        <w:rPr>
          <w:b/>
          <w:lang w:val="ru-RU"/>
        </w:rPr>
        <w:t>Жеке консультант</w:t>
      </w:r>
    </w:p>
    <w:p w14:paraId="546EFADA" w14:textId="77777777" w:rsidR="008C6E51" w:rsidRDefault="00556898" w:rsidP="00556898">
      <w:pPr>
        <w:spacing w:after="0" w:line="240" w:lineRule="auto"/>
        <w:rPr>
          <w:b/>
          <w:lang w:val="ru-RU"/>
        </w:rPr>
      </w:pPr>
      <w:proofErr w:type="spellStart"/>
      <w:r w:rsidRPr="00556898">
        <w:rPr>
          <w:lang w:val="ru-RU"/>
        </w:rPr>
        <w:t>Келісімшарт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құны</w:t>
      </w:r>
      <w:proofErr w:type="spellEnd"/>
      <w:r w:rsidRPr="00556898">
        <w:rPr>
          <w:lang w:val="ru-RU"/>
        </w:rPr>
        <w:t xml:space="preserve">: </w:t>
      </w:r>
      <w:r w:rsidRPr="00556898">
        <w:rPr>
          <w:b/>
          <w:lang w:val="ru-RU"/>
        </w:rPr>
        <w:t xml:space="preserve">3 551 925 </w:t>
      </w:r>
      <w:proofErr w:type="spellStart"/>
      <w:r w:rsidRPr="00556898">
        <w:rPr>
          <w:b/>
          <w:lang w:val="ru-RU"/>
        </w:rPr>
        <w:t>теңге</w:t>
      </w:r>
      <w:proofErr w:type="spellEnd"/>
    </w:p>
    <w:p w14:paraId="409A6B91" w14:textId="77777777" w:rsidR="00556898" w:rsidRPr="00556898" w:rsidRDefault="00556898" w:rsidP="00556898">
      <w:pPr>
        <w:spacing w:after="0" w:line="240" w:lineRule="auto"/>
        <w:rPr>
          <w:b/>
          <w:lang w:val="ru-RU"/>
        </w:rPr>
      </w:pPr>
    </w:p>
    <w:p w14:paraId="7F1D6281" w14:textId="77777777" w:rsidR="008C6E51" w:rsidRPr="00556898" w:rsidRDefault="008C6E51" w:rsidP="00556898">
      <w:pPr>
        <w:spacing w:after="0" w:line="240" w:lineRule="auto"/>
        <w:rPr>
          <w:lang w:val="ru-RU"/>
        </w:rPr>
      </w:pPr>
    </w:p>
    <w:p w14:paraId="2558DDFC" w14:textId="77777777" w:rsidR="008C6E51" w:rsidRPr="00556898" w:rsidRDefault="00556898" w:rsidP="00556898">
      <w:pPr>
        <w:spacing w:after="0" w:line="240" w:lineRule="auto"/>
        <w:jc w:val="center"/>
        <w:rPr>
          <w:lang w:val="ru-RU"/>
        </w:rPr>
      </w:pPr>
      <w:proofErr w:type="spellStart"/>
      <w:r w:rsidRPr="00556898">
        <w:rPr>
          <w:b/>
          <w:lang w:val="ru-RU"/>
        </w:rPr>
        <w:t>Заңнамалық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саясат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мәселелері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жөніндегі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салааралық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кеңесші</w:t>
      </w:r>
      <w:proofErr w:type="spellEnd"/>
      <w:r w:rsidRPr="00556898">
        <w:rPr>
          <w:b/>
          <w:lang w:val="ru-RU"/>
        </w:rPr>
        <w:t xml:space="preserve"> (климат, </w:t>
      </w:r>
      <w:proofErr w:type="spellStart"/>
      <w:r w:rsidRPr="00556898">
        <w:rPr>
          <w:b/>
          <w:lang w:val="ru-RU"/>
        </w:rPr>
        <w:t>қоршаған</w:t>
      </w:r>
      <w:proofErr w:type="spellEnd"/>
      <w:r w:rsidRPr="00556898">
        <w:rPr>
          <w:b/>
          <w:lang w:val="ru-RU"/>
        </w:rPr>
        <w:t xml:space="preserve"> орта </w:t>
      </w:r>
      <w:proofErr w:type="spellStart"/>
      <w:r w:rsidRPr="00556898">
        <w:rPr>
          <w:b/>
          <w:lang w:val="ru-RU"/>
        </w:rPr>
        <w:t>және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қаржы</w:t>
      </w:r>
      <w:proofErr w:type="spellEnd"/>
      <w:r w:rsidRPr="00556898">
        <w:rPr>
          <w:b/>
          <w:lang w:val="ru-RU"/>
        </w:rPr>
        <w:t xml:space="preserve">) </w:t>
      </w:r>
      <w:proofErr w:type="spellStart"/>
      <w:r w:rsidRPr="00556898">
        <w:rPr>
          <w:b/>
          <w:lang w:val="ru-RU"/>
        </w:rPr>
        <w:t>қызметтерін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көрсетуге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жеке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консультантты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таңдау</w:t>
      </w:r>
      <w:proofErr w:type="spellEnd"/>
      <w:r w:rsidRPr="00556898">
        <w:rPr>
          <w:b/>
          <w:lang w:val="ru-RU"/>
        </w:rPr>
        <w:t xml:space="preserve"> </w:t>
      </w:r>
      <w:proofErr w:type="spellStart"/>
      <w:r w:rsidRPr="00556898">
        <w:rPr>
          <w:b/>
          <w:lang w:val="ru-RU"/>
        </w:rPr>
        <w:t>нәтижелері</w:t>
      </w:r>
      <w:proofErr w:type="spellEnd"/>
    </w:p>
    <w:p w14:paraId="5D48CE68" w14:textId="77777777" w:rsidR="008C6E51" w:rsidRDefault="00556898" w:rsidP="00556898">
      <w:pPr>
        <w:spacing w:after="0" w:line="240" w:lineRule="auto"/>
        <w:jc w:val="center"/>
        <w:rPr>
          <w:b/>
          <w:lang w:val="ru-RU"/>
        </w:rPr>
      </w:pPr>
      <w:r w:rsidRPr="00556898">
        <w:rPr>
          <w:b/>
          <w:lang w:val="ru-RU"/>
        </w:rPr>
        <w:t xml:space="preserve">(№ </w:t>
      </w:r>
      <w:r>
        <w:rPr>
          <w:b/>
        </w:rPr>
        <w:t>KZPMI</w:t>
      </w:r>
      <w:r w:rsidRPr="00556898">
        <w:rPr>
          <w:b/>
          <w:lang w:val="ru-RU"/>
        </w:rPr>
        <w:t>-</w:t>
      </w:r>
      <w:r>
        <w:rPr>
          <w:b/>
        </w:rPr>
        <w:t>IC</w:t>
      </w:r>
      <w:r w:rsidRPr="00556898">
        <w:rPr>
          <w:b/>
          <w:lang w:val="ru-RU"/>
        </w:rPr>
        <w:t>-04)</w:t>
      </w:r>
    </w:p>
    <w:p w14:paraId="4D235F05" w14:textId="77777777" w:rsidR="00556898" w:rsidRPr="00556898" w:rsidRDefault="00556898" w:rsidP="00556898">
      <w:pPr>
        <w:spacing w:after="0" w:line="240" w:lineRule="auto"/>
        <w:jc w:val="center"/>
        <w:rPr>
          <w:lang w:val="ru-RU"/>
        </w:rPr>
      </w:pPr>
    </w:p>
    <w:p w14:paraId="61012A97" w14:textId="77777777" w:rsidR="008C6E51" w:rsidRPr="00556898" w:rsidRDefault="00556898" w:rsidP="00556898">
      <w:pPr>
        <w:spacing w:after="0" w:line="240" w:lineRule="auto"/>
        <w:ind w:firstLine="720"/>
        <w:jc w:val="both"/>
        <w:rPr>
          <w:lang w:val="ru-RU"/>
        </w:rPr>
      </w:pPr>
      <w:proofErr w:type="spellStart"/>
      <w:r w:rsidRPr="00556898">
        <w:rPr>
          <w:lang w:val="ru-RU"/>
        </w:rPr>
        <w:t>Өткізілген</w:t>
      </w:r>
      <w:proofErr w:type="spellEnd"/>
      <w:r w:rsidRPr="00556898">
        <w:rPr>
          <w:lang w:val="ru-RU"/>
        </w:rPr>
        <w:t xml:space="preserve"> конкурс </w:t>
      </w:r>
      <w:proofErr w:type="spellStart"/>
      <w:r w:rsidRPr="00556898">
        <w:rPr>
          <w:lang w:val="ru-RU"/>
        </w:rPr>
        <w:t>нәтижелері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бойынша</w:t>
      </w:r>
      <w:proofErr w:type="spellEnd"/>
      <w:r w:rsidRPr="00556898">
        <w:rPr>
          <w:lang w:val="ru-RU"/>
        </w:rPr>
        <w:t xml:space="preserve">, </w:t>
      </w:r>
      <w:proofErr w:type="spellStart"/>
      <w:r w:rsidRPr="00556898">
        <w:rPr>
          <w:lang w:val="ru-RU"/>
        </w:rPr>
        <w:t>ең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үздік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кандидаттармен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келіссөздер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сәтсіз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аяқталғанын</w:t>
      </w:r>
      <w:proofErr w:type="spellEnd"/>
      <w:r w:rsidRPr="00556898">
        <w:rPr>
          <w:lang w:val="ru-RU"/>
        </w:rPr>
        <w:t xml:space="preserve">, ал </w:t>
      </w:r>
      <w:proofErr w:type="spellStart"/>
      <w:r w:rsidRPr="00556898">
        <w:rPr>
          <w:lang w:val="ru-RU"/>
        </w:rPr>
        <w:t>қалған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кандидаттардың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тапсырманы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орындау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үшін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тиісті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тәжірибесі</w:t>
      </w:r>
      <w:proofErr w:type="spellEnd"/>
      <w:r w:rsidRPr="00556898">
        <w:rPr>
          <w:lang w:val="ru-RU"/>
        </w:rPr>
        <w:t xml:space="preserve"> мен </w:t>
      </w:r>
      <w:proofErr w:type="spellStart"/>
      <w:r w:rsidRPr="00556898">
        <w:rPr>
          <w:lang w:val="ru-RU"/>
        </w:rPr>
        <w:t>құзыреттілігі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жоқ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екенін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ескере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отырып</w:t>
      </w:r>
      <w:proofErr w:type="spellEnd"/>
      <w:r w:rsidRPr="00556898">
        <w:rPr>
          <w:lang w:val="ru-RU"/>
        </w:rPr>
        <w:t xml:space="preserve">, конкурс </w:t>
      </w:r>
      <w:proofErr w:type="spellStart"/>
      <w:r w:rsidRPr="00556898">
        <w:rPr>
          <w:lang w:val="ru-RU"/>
        </w:rPr>
        <w:t>комиссиясы</w:t>
      </w:r>
      <w:proofErr w:type="spellEnd"/>
      <w:r w:rsidRPr="00556898">
        <w:rPr>
          <w:lang w:val="ru-RU"/>
        </w:rPr>
        <w:t xml:space="preserve"> осы </w:t>
      </w:r>
      <w:proofErr w:type="spellStart"/>
      <w:r w:rsidRPr="00556898">
        <w:rPr>
          <w:lang w:val="ru-RU"/>
        </w:rPr>
        <w:t>процедураларды</w:t>
      </w:r>
      <w:proofErr w:type="spellEnd"/>
      <w:r w:rsidRPr="00556898">
        <w:rPr>
          <w:lang w:val="ru-RU"/>
        </w:rPr>
        <w:t xml:space="preserve"> (</w:t>
      </w:r>
      <w:r>
        <w:t>KZPMI</w:t>
      </w:r>
      <w:r w:rsidRPr="00556898">
        <w:rPr>
          <w:lang w:val="ru-RU"/>
        </w:rPr>
        <w:t>-</w:t>
      </w:r>
      <w:r>
        <w:t>IC</w:t>
      </w:r>
      <w:r w:rsidRPr="00556898">
        <w:rPr>
          <w:lang w:val="ru-RU"/>
        </w:rPr>
        <w:t xml:space="preserve">-04) </w:t>
      </w:r>
      <w:proofErr w:type="spellStart"/>
      <w:r w:rsidRPr="00556898">
        <w:rPr>
          <w:lang w:val="ru-RU"/>
        </w:rPr>
        <w:t>тоқтату</w:t>
      </w:r>
      <w:proofErr w:type="spellEnd"/>
      <w:r w:rsidRPr="00556898">
        <w:rPr>
          <w:lang w:val="ru-RU"/>
        </w:rPr>
        <w:t xml:space="preserve"> (</w:t>
      </w:r>
      <w:proofErr w:type="spellStart"/>
      <w:r w:rsidRPr="00556898">
        <w:rPr>
          <w:lang w:val="ru-RU"/>
        </w:rPr>
        <w:t>аяқтау</w:t>
      </w:r>
      <w:proofErr w:type="spellEnd"/>
      <w:r w:rsidRPr="00556898">
        <w:rPr>
          <w:lang w:val="ru-RU"/>
        </w:rPr>
        <w:t xml:space="preserve">) </w:t>
      </w:r>
      <w:proofErr w:type="spellStart"/>
      <w:r w:rsidRPr="00556898">
        <w:rPr>
          <w:lang w:val="ru-RU"/>
        </w:rPr>
        <w:t>туралы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шешім</w:t>
      </w:r>
      <w:proofErr w:type="spellEnd"/>
      <w:r w:rsidRPr="00556898">
        <w:rPr>
          <w:lang w:val="ru-RU"/>
        </w:rPr>
        <w:t xml:space="preserve"> </w:t>
      </w:r>
      <w:proofErr w:type="spellStart"/>
      <w:r w:rsidRPr="00556898">
        <w:rPr>
          <w:lang w:val="ru-RU"/>
        </w:rPr>
        <w:t>қабылдады</w:t>
      </w:r>
      <w:proofErr w:type="spellEnd"/>
      <w:r w:rsidRPr="00556898">
        <w:rPr>
          <w:lang w:val="ru-RU"/>
        </w:rPr>
        <w:t>.</w:t>
      </w:r>
    </w:p>
    <w:sectPr w:rsidR="008C6E51" w:rsidRPr="0055689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6898"/>
    <w:rsid w:val="008C6E51"/>
    <w:rsid w:val="009E16A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D0472"/>
  <w14:defaultImageDpi w14:val="300"/>
  <w15:docId w15:val="{7FF2CB02-E54E-4CFD-B9A8-A1CB207A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6D5CB8-2388-4ABC-89B8-EEC425E6F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Балжан Макашева</cp:lastModifiedBy>
  <cp:revision>2</cp:revision>
  <dcterms:created xsi:type="dcterms:W3CDTF">2026-09-18T07:10:00Z</dcterms:created>
  <dcterms:modified xsi:type="dcterms:W3CDTF">2026-09-18T07:10:00Z</dcterms:modified>
  <cp:category/>
</cp:coreProperties>
</file>