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064" w:rsidRPr="00C04B4F" w:rsidRDefault="00DD4282" w:rsidP="00DD4282">
      <w:pPr>
        <w:pStyle w:val="21"/>
        <w:jc w:val="both"/>
        <w:rPr>
          <w:sz w:val="28"/>
          <w:szCs w:val="28"/>
          <w:lang w:val="kk-KZ"/>
        </w:rPr>
      </w:pPr>
      <w:proofErr w:type="spellStart"/>
      <w:r w:rsidRPr="00C04B4F">
        <w:rPr>
          <w:sz w:val="28"/>
          <w:szCs w:val="28"/>
          <w:lang w:val="ru-RU"/>
        </w:rPr>
        <w:t>Аны</w:t>
      </w:r>
      <w:proofErr w:type="spellEnd"/>
      <w:r w:rsidRPr="00C04B4F">
        <w:rPr>
          <w:sz w:val="28"/>
          <w:szCs w:val="28"/>
          <w:lang w:val="kk-KZ"/>
        </w:rPr>
        <w:t>қтама</w:t>
      </w:r>
    </w:p>
    <w:p w:rsidR="00616704" w:rsidRPr="00616704" w:rsidRDefault="00246ACB" w:rsidP="00616704">
      <w:pPr>
        <w:ind w:firstLine="709"/>
        <w:jc w:val="both"/>
        <w:rPr>
          <w:sz w:val="28"/>
          <w:szCs w:val="28"/>
          <w:lang w:val="ru-RU"/>
        </w:rPr>
      </w:pPr>
      <w:r w:rsidRPr="00C04B4F">
        <w:rPr>
          <w:sz w:val="28"/>
          <w:szCs w:val="28"/>
          <w:lang w:val="kk-KZ"/>
        </w:rPr>
        <w:br/>
      </w:r>
      <w:r w:rsidR="00DD4282" w:rsidRPr="00C04B4F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 xml:space="preserve">  </w:t>
      </w:r>
      <w:r w:rsidR="00616704" w:rsidRPr="00616704">
        <w:rPr>
          <w:sz w:val="28"/>
          <w:szCs w:val="28"/>
          <w:lang w:val="ru-RU"/>
        </w:rPr>
        <w:t xml:space="preserve">2026 </w:t>
      </w:r>
      <w:proofErr w:type="spellStart"/>
      <w:r w:rsidR="00616704" w:rsidRPr="00616704">
        <w:rPr>
          <w:sz w:val="28"/>
          <w:szCs w:val="28"/>
          <w:lang w:val="ru-RU"/>
        </w:rPr>
        <w:t>жылғы</w:t>
      </w:r>
      <w:proofErr w:type="spellEnd"/>
      <w:r w:rsidR="00616704" w:rsidRPr="00616704">
        <w:rPr>
          <w:sz w:val="28"/>
          <w:szCs w:val="28"/>
          <w:lang w:val="ru-RU"/>
        </w:rPr>
        <w:t xml:space="preserve"> 10 </w:t>
      </w:r>
      <w:proofErr w:type="spellStart"/>
      <w:r w:rsidR="00616704" w:rsidRPr="00616704">
        <w:rPr>
          <w:sz w:val="28"/>
          <w:szCs w:val="28"/>
          <w:lang w:val="ru-RU"/>
        </w:rPr>
        <w:t>қыркүйекте</w:t>
      </w:r>
      <w:proofErr w:type="spellEnd"/>
      <w:r w:rsidR="00616704" w:rsidRPr="00616704">
        <w:rPr>
          <w:sz w:val="28"/>
          <w:szCs w:val="28"/>
          <w:lang w:val="ru-RU"/>
        </w:rPr>
        <w:t xml:space="preserve"> </w:t>
      </w:r>
      <w:proofErr w:type="spellStart"/>
      <w:r w:rsidR="00616704" w:rsidRPr="00616704">
        <w:rPr>
          <w:sz w:val="28"/>
          <w:szCs w:val="28"/>
          <w:lang w:val="ru-RU"/>
        </w:rPr>
        <w:t>Министрліктің</w:t>
      </w:r>
      <w:proofErr w:type="spellEnd"/>
      <w:r w:rsidR="00616704" w:rsidRPr="00616704">
        <w:rPr>
          <w:sz w:val="28"/>
          <w:szCs w:val="28"/>
          <w:lang w:val="ru-RU"/>
        </w:rPr>
        <w:t xml:space="preserve"> </w:t>
      </w:r>
      <w:proofErr w:type="spellStart"/>
      <w:r w:rsidR="00616704" w:rsidRPr="00616704">
        <w:rPr>
          <w:sz w:val="28"/>
          <w:szCs w:val="28"/>
          <w:lang w:val="ru-RU"/>
        </w:rPr>
        <w:t>әдеп</w:t>
      </w:r>
      <w:proofErr w:type="spellEnd"/>
      <w:r w:rsidR="00616704" w:rsidRPr="00616704">
        <w:rPr>
          <w:sz w:val="28"/>
          <w:szCs w:val="28"/>
          <w:lang w:val="ru-RU"/>
        </w:rPr>
        <w:t xml:space="preserve"> </w:t>
      </w:r>
      <w:proofErr w:type="spellStart"/>
      <w:r w:rsidR="00616704" w:rsidRPr="00616704">
        <w:rPr>
          <w:sz w:val="28"/>
          <w:szCs w:val="28"/>
          <w:lang w:val="ru-RU"/>
        </w:rPr>
        <w:t>жөніндегі</w:t>
      </w:r>
      <w:proofErr w:type="spellEnd"/>
      <w:r w:rsidR="00616704" w:rsidRPr="00616704">
        <w:rPr>
          <w:sz w:val="28"/>
          <w:szCs w:val="28"/>
          <w:lang w:val="ru-RU"/>
        </w:rPr>
        <w:t xml:space="preserve"> </w:t>
      </w:r>
      <w:proofErr w:type="spellStart"/>
      <w:r w:rsidR="00616704" w:rsidRPr="00616704">
        <w:rPr>
          <w:sz w:val="28"/>
          <w:szCs w:val="28"/>
          <w:lang w:val="ru-RU"/>
        </w:rPr>
        <w:t>уәкілі</w:t>
      </w:r>
      <w:proofErr w:type="spellEnd"/>
      <w:r w:rsidR="00616704" w:rsidRPr="00616704">
        <w:rPr>
          <w:sz w:val="28"/>
          <w:szCs w:val="28"/>
          <w:lang w:val="ru-RU"/>
        </w:rPr>
        <w:t xml:space="preserve"> </w:t>
      </w:r>
      <w:proofErr w:type="spellStart"/>
      <w:r w:rsidR="00616704" w:rsidRPr="00616704">
        <w:rPr>
          <w:sz w:val="28"/>
          <w:szCs w:val="28"/>
          <w:lang w:val="ru-RU"/>
        </w:rPr>
        <w:t>заң</w:t>
      </w:r>
      <w:proofErr w:type="spellEnd"/>
      <w:r w:rsidR="00616704" w:rsidRPr="00616704">
        <w:rPr>
          <w:sz w:val="28"/>
          <w:szCs w:val="28"/>
          <w:lang w:val="ru-RU"/>
        </w:rPr>
        <w:t xml:space="preserve"> </w:t>
      </w:r>
      <w:proofErr w:type="spellStart"/>
      <w:r w:rsidR="00616704" w:rsidRPr="00616704">
        <w:rPr>
          <w:sz w:val="28"/>
          <w:szCs w:val="28"/>
          <w:lang w:val="ru-RU"/>
        </w:rPr>
        <w:t>департаментімен</w:t>
      </w:r>
      <w:proofErr w:type="spellEnd"/>
      <w:r w:rsidR="00616704" w:rsidRPr="00616704">
        <w:rPr>
          <w:sz w:val="28"/>
          <w:szCs w:val="28"/>
          <w:lang w:val="ru-RU"/>
        </w:rPr>
        <w:t xml:space="preserve"> </w:t>
      </w:r>
      <w:proofErr w:type="spellStart"/>
      <w:r w:rsidR="00616704" w:rsidRPr="00616704">
        <w:rPr>
          <w:sz w:val="28"/>
          <w:szCs w:val="28"/>
          <w:lang w:val="ru-RU"/>
        </w:rPr>
        <w:t>бірлесіп</w:t>
      </w:r>
      <w:proofErr w:type="spellEnd"/>
      <w:r w:rsidR="00616704" w:rsidRPr="00616704">
        <w:rPr>
          <w:sz w:val="28"/>
          <w:szCs w:val="28"/>
          <w:lang w:val="ru-RU"/>
        </w:rPr>
        <w:t xml:space="preserve"> </w:t>
      </w:r>
      <w:proofErr w:type="spellStart"/>
      <w:r w:rsidR="00616704" w:rsidRPr="00616704">
        <w:rPr>
          <w:sz w:val="28"/>
          <w:szCs w:val="28"/>
          <w:lang w:val="ru-RU"/>
        </w:rPr>
        <w:t>мемлекеттік</w:t>
      </w:r>
      <w:proofErr w:type="spellEnd"/>
      <w:r w:rsidR="00616704" w:rsidRPr="00616704">
        <w:rPr>
          <w:sz w:val="28"/>
          <w:szCs w:val="28"/>
          <w:lang w:val="ru-RU"/>
        </w:rPr>
        <w:t xml:space="preserve"> </w:t>
      </w:r>
      <w:proofErr w:type="spellStart"/>
      <w:r w:rsidR="00616704" w:rsidRPr="00616704">
        <w:rPr>
          <w:sz w:val="28"/>
          <w:szCs w:val="28"/>
          <w:lang w:val="ru-RU"/>
        </w:rPr>
        <w:t>қызметшілерге</w:t>
      </w:r>
      <w:proofErr w:type="spellEnd"/>
      <w:r w:rsidR="00616704" w:rsidRPr="00616704">
        <w:rPr>
          <w:sz w:val="28"/>
          <w:szCs w:val="28"/>
          <w:lang w:val="ru-RU"/>
        </w:rPr>
        <w:t xml:space="preserve"> </w:t>
      </w:r>
      <w:proofErr w:type="spellStart"/>
      <w:r w:rsidR="00616704" w:rsidRPr="00616704">
        <w:rPr>
          <w:sz w:val="28"/>
          <w:szCs w:val="28"/>
          <w:lang w:val="ru-RU"/>
        </w:rPr>
        <w:t>арналған</w:t>
      </w:r>
      <w:proofErr w:type="spellEnd"/>
      <w:r w:rsidR="00616704" w:rsidRPr="00616704">
        <w:rPr>
          <w:sz w:val="28"/>
          <w:szCs w:val="28"/>
          <w:lang w:val="ru-RU"/>
        </w:rPr>
        <w:t xml:space="preserve"> семинар </w:t>
      </w:r>
      <w:proofErr w:type="spellStart"/>
      <w:r w:rsidR="00616704" w:rsidRPr="00616704">
        <w:rPr>
          <w:sz w:val="28"/>
          <w:szCs w:val="28"/>
          <w:lang w:val="ru-RU"/>
        </w:rPr>
        <w:t>өткізді</w:t>
      </w:r>
      <w:proofErr w:type="spellEnd"/>
      <w:r w:rsidR="00616704" w:rsidRPr="00616704">
        <w:rPr>
          <w:sz w:val="28"/>
          <w:szCs w:val="28"/>
          <w:lang w:val="ru-RU"/>
        </w:rPr>
        <w:t>.</w:t>
      </w:r>
    </w:p>
    <w:p w:rsidR="00616704" w:rsidRPr="00616704" w:rsidRDefault="00616704" w:rsidP="00616704">
      <w:pPr>
        <w:ind w:firstLine="709"/>
        <w:jc w:val="both"/>
        <w:rPr>
          <w:sz w:val="28"/>
          <w:szCs w:val="28"/>
          <w:lang w:val="ru-RU"/>
        </w:rPr>
      </w:pPr>
      <w:r w:rsidRPr="00616704">
        <w:rPr>
          <w:sz w:val="28"/>
          <w:szCs w:val="28"/>
          <w:lang w:val="ru-RU"/>
        </w:rPr>
        <w:t xml:space="preserve">Семинар </w:t>
      </w:r>
      <w:proofErr w:type="spellStart"/>
      <w:r w:rsidRPr="00616704">
        <w:rPr>
          <w:sz w:val="28"/>
          <w:szCs w:val="28"/>
          <w:lang w:val="ru-RU"/>
        </w:rPr>
        <w:t>барысында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мемлекеттік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қызметшілердің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көпшілік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алдында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өзін-өзі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ұстауы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және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қарым-қатынас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мәдениеті</w:t>
      </w:r>
      <w:proofErr w:type="spellEnd"/>
      <w:r w:rsidRPr="00616704">
        <w:rPr>
          <w:sz w:val="28"/>
          <w:szCs w:val="28"/>
          <w:lang w:val="ru-RU"/>
        </w:rPr>
        <w:t xml:space="preserve">, </w:t>
      </w:r>
      <w:proofErr w:type="spellStart"/>
      <w:r w:rsidRPr="00616704">
        <w:rPr>
          <w:sz w:val="28"/>
          <w:szCs w:val="28"/>
          <w:lang w:val="ru-RU"/>
        </w:rPr>
        <w:t>көпшілік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алдында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сөз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сөйлеу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талаптары</w:t>
      </w:r>
      <w:proofErr w:type="spellEnd"/>
      <w:r w:rsidRPr="00616704">
        <w:rPr>
          <w:sz w:val="28"/>
          <w:szCs w:val="28"/>
          <w:lang w:val="ru-RU"/>
        </w:rPr>
        <w:t xml:space="preserve">, </w:t>
      </w:r>
      <w:proofErr w:type="spellStart"/>
      <w:r w:rsidRPr="00616704">
        <w:rPr>
          <w:sz w:val="28"/>
          <w:szCs w:val="28"/>
          <w:lang w:val="ru-RU"/>
        </w:rPr>
        <w:t>сондай-ақ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әлеуметтік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желілердегі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және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цифрлық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ортадағы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мінез-құлық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қағидалары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қаралды</w:t>
      </w:r>
      <w:proofErr w:type="spellEnd"/>
      <w:r w:rsidRPr="00616704">
        <w:rPr>
          <w:sz w:val="28"/>
          <w:szCs w:val="28"/>
          <w:lang w:val="ru-RU"/>
        </w:rPr>
        <w:t>.</w:t>
      </w:r>
    </w:p>
    <w:p w:rsidR="00616704" w:rsidRPr="00616704" w:rsidRDefault="00616704" w:rsidP="00616704">
      <w:pPr>
        <w:ind w:firstLine="709"/>
        <w:jc w:val="both"/>
        <w:rPr>
          <w:sz w:val="28"/>
          <w:szCs w:val="28"/>
          <w:lang w:val="ru-RU"/>
        </w:rPr>
      </w:pPr>
      <w:proofErr w:type="spellStart"/>
      <w:r w:rsidRPr="00616704">
        <w:rPr>
          <w:sz w:val="28"/>
          <w:szCs w:val="28"/>
          <w:lang w:val="ru-RU"/>
        </w:rPr>
        <w:t>Белгіленген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b/>
          <w:bCs/>
          <w:sz w:val="28"/>
          <w:szCs w:val="28"/>
          <w:lang w:val="ru-RU"/>
        </w:rPr>
        <w:t>тыйымдар</w:t>
      </w:r>
      <w:proofErr w:type="spellEnd"/>
      <w:r w:rsidRPr="00616704">
        <w:rPr>
          <w:b/>
          <w:bCs/>
          <w:sz w:val="28"/>
          <w:szCs w:val="28"/>
          <w:lang w:val="ru-RU"/>
        </w:rPr>
        <w:t xml:space="preserve"> мен </w:t>
      </w:r>
      <w:proofErr w:type="spellStart"/>
      <w:r w:rsidRPr="00616704">
        <w:rPr>
          <w:b/>
          <w:bCs/>
          <w:sz w:val="28"/>
          <w:szCs w:val="28"/>
          <w:lang w:val="ru-RU"/>
        </w:rPr>
        <w:t>шектеулерді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сақтау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мәселелеріне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ерекше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назар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аударылды</w:t>
      </w:r>
      <w:proofErr w:type="spellEnd"/>
      <w:r w:rsidRPr="00616704">
        <w:rPr>
          <w:sz w:val="28"/>
          <w:szCs w:val="28"/>
          <w:lang w:val="ru-RU"/>
        </w:rPr>
        <w:t xml:space="preserve">, </w:t>
      </w:r>
      <w:proofErr w:type="spellStart"/>
      <w:r w:rsidRPr="00616704">
        <w:rPr>
          <w:sz w:val="28"/>
          <w:szCs w:val="28"/>
          <w:lang w:val="ru-RU"/>
        </w:rPr>
        <w:t>оның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ішінде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құмар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ойындарға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қатысуға</w:t>
      </w:r>
      <w:proofErr w:type="spellEnd"/>
      <w:r w:rsidRPr="00616704">
        <w:rPr>
          <w:sz w:val="28"/>
          <w:szCs w:val="28"/>
          <w:lang w:val="ru-RU"/>
        </w:rPr>
        <w:t xml:space="preserve">, </w:t>
      </w:r>
      <w:proofErr w:type="spellStart"/>
      <w:r w:rsidRPr="00616704">
        <w:rPr>
          <w:sz w:val="28"/>
          <w:szCs w:val="28"/>
          <w:lang w:val="ru-RU"/>
        </w:rPr>
        <w:t>кемсітушілікке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жол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беруге</w:t>
      </w:r>
      <w:proofErr w:type="spellEnd"/>
      <w:r w:rsidRPr="00616704">
        <w:rPr>
          <w:sz w:val="28"/>
          <w:szCs w:val="28"/>
          <w:lang w:val="ru-RU"/>
        </w:rPr>
        <w:t xml:space="preserve">, </w:t>
      </w:r>
      <w:proofErr w:type="spellStart"/>
      <w:r w:rsidRPr="00616704">
        <w:rPr>
          <w:sz w:val="28"/>
          <w:szCs w:val="28"/>
          <w:lang w:val="ru-RU"/>
        </w:rPr>
        <w:t>қоғамдық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орындарда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алкогольдік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немесе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өзге</w:t>
      </w:r>
      <w:proofErr w:type="spellEnd"/>
      <w:r w:rsidRPr="00616704">
        <w:rPr>
          <w:sz w:val="28"/>
          <w:szCs w:val="28"/>
          <w:lang w:val="ru-RU"/>
        </w:rPr>
        <w:t xml:space="preserve"> де </w:t>
      </w:r>
      <w:proofErr w:type="spellStart"/>
      <w:r w:rsidRPr="00616704">
        <w:rPr>
          <w:sz w:val="28"/>
          <w:szCs w:val="28"/>
          <w:lang w:val="ru-RU"/>
        </w:rPr>
        <w:t>масаң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күйде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болуға</w:t>
      </w:r>
      <w:proofErr w:type="spellEnd"/>
      <w:r w:rsidRPr="00616704">
        <w:rPr>
          <w:sz w:val="28"/>
          <w:szCs w:val="28"/>
          <w:lang w:val="ru-RU"/>
        </w:rPr>
        <w:t xml:space="preserve">, </w:t>
      </w:r>
      <w:proofErr w:type="spellStart"/>
      <w:r w:rsidRPr="00616704">
        <w:rPr>
          <w:sz w:val="28"/>
          <w:szCs w:val="28"/>
          <w:lang w:val="ru-RU"/>
        </w:rPr>
        <w:t>сондай-ақ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діни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наным-сенімдерді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таңуға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тыйым</w:t>
      </w:r>
      <w:proofErr w:type="spellEnd"/>
      <w:r w:rsidRPr="00616704">
        <w:rPr>
          <w:sz w:val="28"/>
          <w:szCs w:val="28"/>
          <w:lang w:val="ru-RU"/>
        </w:rPr>
        <w:t xml:space="preserve"> салу </w:t>
      </w:r>
      <w:proofErr w:type="spellStart"/>
      <w:r w:rsidRPr="00616704">
        <w:rPr>
          <w:sz w:val="28"/>
          <w:szCs w:val="28"/>
          <w:lang w:val="ru-RU"/>
        </w:rPr>
        <w:t>талаптары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түсіндірілді</w:t>
      </w:r>
      <w:proofErr w:type="spellEnd"/>
      <w:r w:rsidRPr="00616704">
        <w:rPr>
          <w:sz w:val="28"/>
          <w:szCs w:val="28"/>
          <w:lang w:val="ru-RU"/>
        </w:rPr>
        <w:t>.</w:t>
      </w:r>
    </w:p>
    <w:p w:rsidR="00616704" w:rsidRPr="00616704" w:rsidRDefault="00616704" w:rsidP="00616704">
      <w:pPr>
        <w:ind w:firstLine="709"/>
        <w:jc w:val="both"/>
        <w:rPr>
          <w:sz w:val="28"/>
          <w:szCs w:val="28"/>
          <w:lang w:val="ru-RU"/>
        </w:rPr>
      </w:pPr>
      <w:proofErr w:type="spellStart"/>
      <w:r w:rsidRPr="00616704">
        <w:rPr>
          <w:sz w:val="28"/>
          <w:szCs w:val="28"/>
          <w:lang w:val="ru-RU"/>
        </w:rPr>
        <w:t>Сонымен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қатар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мүдделер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қақтығысының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алдын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алу</w:t>
      </w:r>
      <w:proofErr w:type="spellEnd"/>
      <w:r w:rsidRPr="00616704">
        <w:rPr>
          <w:sz w:val="28"/>
          <w:szCs w:val="28"/>
          <w:lang w:val="ru-RU"/>
        </w:rPr>
        <w:t xml:space="preserve">, </w:t>
      </w:r>
      <w:proofErr w:type="spellStart"/>
      <w:r w:rsidRPr="00616704">
        <w:rPr>
          <w:sz w:val="28"/>
          <w:szCs w:val="28"/>
          <w:lang w:val="ru-RU"/>
        </w:rPr>
        <w:t>сыйлықтарды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қабылдауға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жол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бермеу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және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қызметтік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әдеп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нормаларын</w:t>
      </w:r>
      <w:proofErr w:type="spellEnd"/>
      <w:r w:rsidRPr="00616704">
        <w:rPr>
          <w:sz w:val="28"/>
          <w:szCs w:val="28"/>
          <w:lang w:val="ru-RU"/>
        </w:rPr>
        <w:t xml:space="preserve">, </w:t>
      </w:r>
      <w:proofErr w:type="spellStart"/>
      <w:r w:rsidRPr="00616704">
        <w:rPr>
          <w:sz w:val="28"/>
          <w:szCs w:val="28"/>
          <w:lang w:val="ru-RU"/>
        </w:rPr>
        <w:t>оның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ішінде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қызметтік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іссапарлар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кезінде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сақтау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талаптары</w:t>
      </w:r>
      <w:proofErr w:type="spellEnd"/>
      <w:r w:rsidRPr="00616704">
        <w:rPr>
          <w:sz w:val="28"/>
          <w:szCs w:val="28"/>
          <w:lang w:val="ru-RU"/>
        </w:rPr>
        <w:t xml:space="preserve"> </w:t>
      </w:r>
      <w:proofErr w:type="spellStart"/>
      <w:r w:rsidRPr="00616704">
        <w:rPr>
          <w:sz w:val="28"/>
          <w:szCs w:val="28"/>
          <w:lang w:val="ru-RU"/>
        </w:rPr>
        <w:t>түсіндірілді</w:t>
      </w:r>
      <w:proofErr w:type="spellEnd"/>
      <w:r w:rsidRPr="00616704">
        <w:rPr>
          <w:sz w:val="28"/>
          <w:szCs w:val="28"/>
          <w:lang w:val="ru-RU"/>
        </w:rPr>
        <w:t>.</w:t>
      </w:r>
    </w:p>
    <w:p w:rsidR="00C743E7" w:rsidRDefault="001B5DBD" w:rsidP="00616704">
      <w:pPr>
        <w:ind w:firstLine="709"/>
        <w:jc w:val="both"/>
        <w:rPr>
          <w:lang w:val="ru-RU"/>
        </w:rPr>
      </w:pPr>
      <w:hyperlink r:id="rId6" w:history="1">
        <w:r w:rsidRPr="00054BF4">
          <w:rPr>
            <w:rStyle w:val="aff8"/>
            <w:lang w:val="ru-RU"/>
          </w:rPr>
          <w:t>https://www.gov.kz/memleket/entities/mti/press/news/details/1290105?lang=kk</w:t>
        </w:r>
      </w:hyperlink>
    </w:p>
    <w:p w:rsidR="001B5DBD" w:rsidRPr="00616704" w:rsidRDefault="001B5DBD" w:rsidP="00616704">
      <w:pPr>
        <w:ind w:firstLine="709"/>
        <w:jc w:val="both"/>
        <w:rPr>
          <w:lang w:val="ru-RU"/>
        </w:rPr>
      </w:pPr>
      <w:bookmarkStart w:id="0" w:name="_GoBack"/>
      <w:bookmarkEnd w:id="0"/>
    </w:p>
    <w:sectPr w:rsidR="001B5DBD" w:rsidRPr="00616704" w:rsidSect="00C04B4F">
      <w:pgSz w:w="12240" w:h="15840"/>
      <w:pgMar w:top="709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62064"/>
    <w:rsid w:val="001B5DBD"/>
    <w:rsid w:val="00246ACB"/>
    <w:rsid w:val="0029639D"/>
    <w:rsid w:val="00326F90"/>
    <w:rsid w:val="004E19A3"/>
    <w:rsid w:val="00616704"/>
    <w:rsid w:val="00AA1D8D"/>
    <w:rsid w:val="00B15145"/>
    <w:rsid w:val="00B47730"/>
    <w:rsid w:val="00C04B4F"/>
    <w:rsid w:val="00C743E7"/>
    <w:rsid w:val="00CB0664"/>
    <w:rsid w:val="00DD42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F4340FE-DA74-4D95-BD1F-4068E8720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3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1B5D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67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kz/memleket/entities/mti/press/news/details/1290105?lang=k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1E24B7-3E9C-4A6B-9B84-1F623BD19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Bauyrzhan Abylkasymov</cp:lastModifiedBy>
  <cp:revision>9</cp:revision>
  <dcterms:created xsi:type="dcterms:W3CDTF">2013-12-23T23:15:00Z</dcterms:created>
  <dcterms:modified xsi:type="dcterms:W3CDTF">2026-09-11T09:58:00Z</dcterms:modified>
  <cp:category/>
</cp:coreProperties>
</file>