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457 от 03.09.2026</w:t>
      </w:r>
    </w:p>
    <w:p w:rsidR="00411853" w:rsidRPr="00411853" w:rsidRDefault="00411853" w:rsidP="00411853">
      <w:pPr>
        <w:spacing w:after="0" w:line="240" w:lineRule="auto"/>
        <w:ind w:firstLine="6237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41185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Қазақстан Республикасы</w:t>
      </w:r>
    </w:p>
    <w:p w:rsidR="00411853" w:rsidRPr="00AA1421" w:rsidRDefault="00411853" w:rsidP="00411853">
      <w:pPr>
        <w:overflowPunct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A142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Денсаулық сақтау министр</w:t>
      </w:r>
      <w:r w:rsidR="00E41C3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лігінің</w:t>
      </w:r>
      <w:bookmarkStart w:id="0" w:name="_GoBack"/>
      <w:bookmarkEnd w:id="0"/>
      <w:r w:rsidRPr="00AA142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</w:p>
    <w:p w:rsidR="00411853" w:rsidRPr="00AA1421" w:rsidRDefault="00411853" w:rsidP="00411853">
      <w:pPr>
        <w:overflowPunct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A142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2026 жылғы «___ »________ №___</w:t>
      </w:r>
    </w:p>
    <w:p w:rsidR="00411853" w:rsidRPr="00AA1421" w:rsidRDefault="00411853" w:rsidP="00411853">
      <w:pPr>
        <w:overflowPunct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A142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бұйрығына қосымша</w:t>
      </w:r>
    </w:p>
    <w:p w:rsidR="00AA1421" w:rsidRPr="00AA1421" w:rsidRDefault="00AA1421" w:rsidP="00411853">
      <w:pPr>
        <w:overflowPunct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AA1421" w:rsidRPr="00AA1421" w:rsidRDefault="00AA1421" w:rsidP="00AA1421">
      <w:pPr>
        <w:overflowPunct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A142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Қазақстан Республикасы </w:t>
      </w:r>
    </w:p>
    <w:p w:rsidR="00AA1421" w:rsidRPr="00AA1421" w:rsidRDefault="00AA1421" w:rsidP="00AA1421">
      <w:pPr>
        <w:overflowPunct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A142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Денсаулық сақтау министрлігінің</w:t>
      </w:r>
    </w:p>
    <w:p w:rsidR="00AA1421" w:rsidRPr="00AA1421" w:rsidRDefault="00AA1421" w:rsidP="00AA1421">
      <w:pPr>
        <w:overflowPunct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A142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AA142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«19» қаңтардағы № 27</w:t>
      </w:r>
    </w:p>
    <w:p w:rsidR="00AA1421" w:rsidRPr="00AA1421" w:rsidRDefault="00AA1421" w:rsidP="00AA1421">
      <w:pPr>
        <w:overflowPunct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A142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бұйрығына қосымша</w:t>
      </w:r>
    </w:p>
    <w:p w:rsidR="00411853" w:rsidRPr="00411853" w:rsidRDefault="00411853" w:rsidP="00411853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11853" w:rsidRPr="00411853" w:rsidRDefault="00411853" w:rsidP="0041185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1185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Референттік денсаулық сақтау субъектілерінің тізбесі</w:t>
      </w:r>
    </w:p>
    <w:p w:rsidR="00411853" w:rsidRPr="007F0E2A" w:rsidRDefault="00411853" w:rsidP="00411853">
      <w:pPr>
        <w:tabs>
          <w:tab w:val="left" w:pos="80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ff0"/>
        <w:tblW w:w="10031" w:type="dxa"/>
        <w:tblLayout w:type="fixed"/>
        <w:tblLook w:val="04A0" w:firstRow="1" w:lastRow="0" w:firstColumn="1" w:lastColumn="0" w:noHBand="0" w:noVBand="1"/>
      </w:tblPr>
      <w:tblGrid>
        <w:gridCol w:w="675"/>
        <w:gridCol w:w="9356"/>
      </w:tblGrid>
      <w:tr w:rsidR="00411853" w:rsidRPr="007F0E2A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9356" w:type="dxa"/>
          </w:tcPr>
          <w:p w:rsidR="00411853" w:rsidRDefault="00411853" w:rsidP="004118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  <w:r w:rsidRPr="007F0E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Денсаулық сақтау субъектісінің атауы</w:t>
            </w:r>
          </w:p>
          <w:p w:rsidR="00AA1421" w:rsidRPr="007F0E2A" w:rsidRDefault="00AA1421" w:rsidP="004118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</w:pP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Ақмола облысы денсаулық сақтау басқармасының жанындағы «Көпбейінді облыстық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Ақмола облысы денсаулық сақтау басқармасының жанындағы «Көпбейінді облыстық балалар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Ақмола облысы денсаулық сақтау басқармасының жанындағы «Ерейментау аудандық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Ақмола облысы денсаулық сақтау басқармасының жанындағы «Қалалық емхана»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Ақмола облысы денсаулық сақтау басқармасының жанындағы «Облыстық жедел медициналық жәрдем станциясы»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Ақмола облысы денсаулық сақтау басқармасының жанындағы «Бурабай» облыстық балалар оңалту орталығы»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Ақмола облысы денсаулық сақтау басқармасының жанындағы «Алғашқы медициналық-санитариялық көмек көрсету орталығы»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Ақтөбе облысының денсаулық сақтау басқармасы мемлекеттік мекемесінің жанындағы «Облыстық перинаталдық орталық»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Ақтөбе облысының денсаулық сақтау басқармасы мемлекеттік мекемесінің жанындағы «№4 қалалық емхана»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Ақтөбе облысының денсаулық сақтау басқармасы мемлекеттік мекемесінің жанындағы «Хромтау аудандық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Ақтөбе облысының денсаулық сақтау басқармасы мемлекеттік мекемесінің жанындағы «Көпбейінді облыстық аурухана»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Ақтөбе облысының денсаулық сақтау басқармасы мемлекеттік мекемесінің жанындағы </w:t>
            </w: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«Көпбейінді облыстық балалар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Ақтөбе облысының денсаулық сақтау басқармасы мемлекеттік мекемесінің жанындағы «Ақтөбе медициналық орталығы» (Aktobe medical center)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«Марат Оспанов атындағы Батыс Қазақстан медицина университеті» коммерциялық емес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Ақтөбе облысының денсаулық сақтау басқармасы мемлекеттік мекемесінің жанындағы «Облыстық жедел медициналық жәрдем станциясы»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облысының денсаулық сақтау басқармасы мемлекеттік мекемесінің жанындағы «Облыстық балалар клиникалық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облысының денсаулық сақтау басқармасы мемлекеттік мекемесінің жанындағы «Талғар орталық аудандық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облысы әкімдігінің Алматы облысының денсаулық сақтау басқармасы мемлекеттік мекемесінің жанындағы «Алматы өңірлік көпбейінді клиникасы»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облысының денсаулық сақтау басқармасы мемлекеттік мекемесінің жанындағы «Алматы облыстық тері-венерологиялық диспансері»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облысының денсаулық сақтау басқармасы мемлекеттік мекемесінің жанындағы «Қонаев қаласының қалалық көпбейінді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«№2 балалар қалалық клиникалық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«Қалалық кардиологиялық орталық»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«Педиатрия және балалар хирургиясы ғылыми орталығы»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«Балаларға шұғыл медициналық көмек көрсету орталығы»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«Алматы онкология орталығы»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«Қазақ онкология және радиология ғылыми-зерттеу институты»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«Кардиология және ішкі аурулар ғылыми-зерттеу институты»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«Жедел және шұғыл медициналық көмек қалалық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денсаулық сақтау басқармасының жанындағы «№1 қалалық клиникалық аурухана»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«Қалалық перинаталдық орталық»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«Балалар қалалық клиникалық инфекциялық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«№17 қалалық емхана»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«№4 қалалық емхана»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«Акушерия, гинекология және перинатология ғылыми орталығы»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«А.Н. Сызғанов атындағы Ұлттық хирургия ғылыми орталығы»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денсаулық сақтау басқармасының жанындағы «Қалалық паллиативтік көмек орталығы»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 Денсаулық сақтау министрлігінің жанындағы «Қазақстан Республикасының фтизиопульмонология ұлттық ғылыми орталығы» шаруашылық жүргізу құқығындағы республикалық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 Денсаулық сақтау министрлігінің жанындағы «Психикалық денсаулық республикалық ғылыми-практикалық орталығы» шаруашылық жүргізу құқығындағы республикалық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«Академик Б.У. Жарбусынов атындағы Урология ғылыми орталығы»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«Орталық клиникалық аурухана»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қаласының қоғамдық денсаулық сақтау басқармасының жанындағы «Жедел медициналық жәрдем қызметі»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«Отан соғысы мүгедектеріне арналған республикалық клиникалық госпиталь» шаруашылық жүргізу құқығындағы республикалық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«Балбұлақ» республикалық балалар оңалту орталығы» республикалық мемлекеттік қазыналық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«Алатау» балалар клиникалық санаторийі» республикалық мемлекеттік қазыналық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Атырау облысының денсаулық сақтау басқармасының жанындағы «Атырау облыстық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Атырау облысының денсаулық сақтау басқармасының жанындағы «Атырау облыстық кардиологиялық орталығы»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Атырау облысының денсаулық сақтау басқармасының жанындағы «Атырау қалалық перзентханасы»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Атырау облысының денсаулық сақтау басқармасының жанындағы «Атырау облыстық жедел медициналық жәрдем станциясы»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49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Атырау облысының денсаулық сақтау басқармасының жанындағы «Жылыой орталық аудандық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Атырау облысының денсаулық сақтау басқармасының жанындағы «Атырау облыстық онкологиялық диспансері»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Атырау облысының денсаулық сақтау басқармасының жанындағы «Атырау қалалық №4 емханасы»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Атырау облысының денсаулық сақтау басқармасының жанындағы «Атырау облыстық балалар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облыстық әкімдігінің денсаулық сақтау басқармасының жанындағы «Шығыс Қазақстан облыстық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облыстық әкімдігінің денсаулық сақтау басқармасының жанындағы «Ана мен бала орталығы»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облысының денсаулық сақтау басқармасының жанындағы «Зайсан ауданының аудандық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облысының денсаулық сақтау басқармасының жанындағы «Өскемен қаласының №1 емханасы»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облысының денсаулық сақтау басқармасының жанындағы «Шығыс Қазақстан облыстық көпбейінді онкология және хирургия орталығы»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облысының денсаулық сақтау басқармасының жанындағы «Шығыс Қазақстан облыстық жедел медициналық жәрдем станциясы»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облысының денсаулық сақтау басқармасының жанындағы «Шығыс Қазақстан облыстық оңалту орталығы»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«Ұлттық ғылыми медициналық орталық»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«Ұлттық нейрохирургия орталығы»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Астана қаласы әкімдігінің жанындағы «№3 көпбейінді қалалық аурухана» шаруашылық жүргізу құқығындағы мемлекеттік коммуналдық кәсіпорын</w:t>
            </w:r>
          </w:p>
        </w:tc>
      </w:tr>
      <w:tr w:rsidR="00411853" w:rsidRPr="007F0E2A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«University Medical Center» корпоративтік қоры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«Қазақстан Республикасы Президенті Іс басқармасының Медициналық орталығының ауруханасы» шаруашылық жүргізу құқығындағы республикалық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«Ұлттық ғылыми онкология орталығы» жауапкершілігі шектеулі серіктестігі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Астана қаласы әкімдігінің жанындағы «Көпбейінді медициналық орталық»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«CITY емханасы» жауапкершілігі шектеулі серіктестігі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Астана қаласы әкімдігінің жанындағы «№9 қалалық емхана»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Республикасы Денсаулық сақтау министрлігінің жанындағы «Отан соғысы </w:t>
            </w: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ардагерлеріне арналған орталық клиникалық госпиталь» шаруашылық жүргізу құқығындағы республикалық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70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Астана қаласы әкімдігінің жанындағы «№2 көпбейінді қалалық балалар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Астана қаласы әкімдігінің жанындағы «Қалалық перинаталдық орталық»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 Денсаулық сақтау министрлігінің жанындағы «Жедел медициналық көмекті ұлттық үйлестіру орталығы» шаруашылық жүргізу құқығындағы республикалық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 Денсаулық сақтау министрлігінің жанындағы «Академик Н.Д. Батпенов атындағы Травматология және ортопедия ұлттық ғылыми орталығы» шаруашылық жүргізу құқығындағы республикалық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Астана қаласы әкімдігінің жанындағы «Көпбейінді медициналық орталық»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Астана қаласы әкімдігінің жанындағы «Қалалық психикалық денсаулық орталығы»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«Курортология және медициналық оңалту ғылыми-зерттеу институты» шаруашылық жүргізу құқығындағы республикалық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«Балалар оңалтудың ұлттық орталығы» коммерциялық емес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Астана қаласы әкімдігінің жанындағы «Қалалық жедел медициналық жәрдем станциясы»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Шымкент қаласының денсаулық сақтау басқармасының жанындағы «№1 қалалық клиникалық аурухана»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Шымкент қаласының денсаулық сақтау басқармасының жанындағы «Қалалық балалар клиникалық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Шымкент қаласының денсаулық сақтау басқармасының жанындағы «Онкологиялық орталығы бар қалалық көпбейінді аурухана»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Шымкент қаласының денсаулық сақтау басқармасының жанындағы «Қалалық перинаталдық орталық»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«Шымкент жүрек орталығы» коммерциялық емес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Шымкент қаласының денсаулық сақтау басқармасының жанындағы «Т.О. Орынбаев атындағы гипербариялық оксигенация орталығы»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Шымкент қаласының денсаулық сақтау басқармасының жанындағы «№12 қалалық емхана»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Шымкент қаласының денсаулық сақтау басқармасының жанындағы «№6 қалалық емхана»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Шымкент қаласының денсаулық сақтау басқармасының жанындағы «Ана мен бала» оңалту орталығы» мемлекеттік коммуналдық қазыналық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Шымкент қаласының денсаулық сақтау басқармасының жанындағы «Жедел медициналық жәрдем станциясы»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89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Жамбыл облысы әкімдігінің денсаулық сақтау басқармасының жанындағы «Жамбыл облыстық көпбейінді балалар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Жамбыл облысы әкімдігінің денсаулық сақтау басқармасының жанындағы «№2 қалалық емхана»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Жамбыл облысы әкімдігінің денсаулық сақтау басқармасының жанындағы «Қордай орталық аудандық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Жамбыл облысы әкімдігінің денсаулық сақтау басқармасының жанындағы «Жамбыл облыстық көпбейінді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Жамбыл облысы әкімдігінің денсаулық сақтау басқармасының жанындағы «Жамбыл облыстық перинаталдық орталығы»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«Кардиохирургия және трансплантология ғылыми-клиникалық орталығы» жауапкершілігі шектеулі серіктестігі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Жамбыл облысы әкімдігінің денсаулық сақтау басқармасының жанындағы «Жамбыл облыстық көпбейінді онкология және хирургия орталығы»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Жамбыл облысы әкімдігінің денсаулық сақтау басқармасының жанындағы «Жамбыл облыстық жедел медициналық жәрдем станциясы»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«Облыстық онкологиялық диспансер»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«Облыстық тері-венерологиялық диспансер»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99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«Облыстық перинаталдық орталық»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«Облыстық кардиологиялық орталық»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«Облыстық балалар көпбейінді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«Облыстық инфекциялық аурухана»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«Облыстық көпбейінді аурухана»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«№6 қалалық емхана»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105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«Бөрілі аудандық ауруханасы»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Батыс Қазақстан облысы әкімдігінің денсаулық сақтау басқармасының жанындағы «Облыстық жедел медициналық жәрдем станциясы» шаруашылық жүргізу құқығындағы мемлекеттік коммуналдық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Қарағанды облысының денсаулық сақтау басқармасының жанындағы «Облыстық клиникалық аурухана»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Қарағанды облысының денсаулық сақтау басқармасының жанындағы «Қарағанды қаласының №3 көпбейінді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109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«Қарағанды медициналық университеті» коммерциялық емес акционерлік қоғамы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Қарағанды облысының денсаулық сақтау басқармасының жанындағы «Профессор Х.Ж. Мақажанов атындағы көпбейінді аурухана»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Қарағанды облысының денсаулық сақтау басқармасының жанындағы «Қарағанды қаласының №3 емханасы»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Қарағанды облысының денсаулық сақтау басқармасының жанындағы «Бұқар жырау ауданының аудандық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Қарағанды облысының денсаулық сақтау басқармасының жанындағы «Қарағанды қаласының көпбейінді балалар ауруханасы» шаруашылық жүргізу құқығындағы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Қарағанды облысының денсаулық сақтау басқармасының жанындағы «Облыстық жедел медициналық жәрдем станциясы»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Қостанай облысы әкімдігінің денсаулық сақтау басқармасының жанындағы «Рудный қалалық көпбейінді ауруханасы»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Қостанай облысы әкімдігінің денсаулық сақтау басқармасының жанындағы «Қостанай қалалық ауруханасы»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Қостанай облысы әкімдігінің денсаулық сақтау басқармасының жанындағы «Қостанай облыстық ауруханасы» коммуналдық мемлекеттік кәсіпорын</w:t>
            </w:r>
          </w:p>
        </w:tc>
      </w:tr>
      <w:tr w:rsidR="00411853" w:rsidRPr="00E41C30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Қостанай облысы әкімдігінің денсаулық сақтау басқармасының жанындағы «Қостанай қалалық онкологиялық көпбейінді ауруханасы»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119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Қостанай облысы әкімдігінің денсаулық сақтау басқармасының жанындағы «Қостанай аудандық ауруханасы»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Қостанай облысы әкімдігінің денсаулық сақтау басқармасының жанындағы «Қостанай облыстық жедел және шұғыл медициналық жәрдем станциясы»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облысының денсаулық сақтау басқармасының жанындағы «Қызылорда облыстық онкология орталығы»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облысының денсаулық сақтау басқармасының жанындағы «№6 қалалық емхана»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облысының денсаулық сақтау басқармасының жанындағы «Шиелі көпбейінді орталық аудандық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124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облысының денсаулық сақтау басқармасының жанындағы «Көпбейінді облыстық аурухана»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облысының денсаулық сақтау басқармасының жанындағы «Көпбейінді қалалық аурухана»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облысының денсаулық сақтау басқармасының жанындағы «Көпбейінді облыстық балалар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облысының денсаулық сақтау басқармасының жанындағы «Облыстық перинаталдық орталық»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облысының денсаулық сақтау басқармасының жанындағы «Қызылорда облыстық инфекциялық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129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«Қазалы теміржол ауруханасы» жауапкершілігі шектеулі серіктестігі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«Балалар оңалтудың ұлттық орталығы» коммерциялық емес акционерлік қоғамының Қызылорда филиалы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облысының денсаулық сақтау басқармасының жанындағы «Қызылорда облыстық жедел медициналық жәрдем станциясы»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Маңғыстау облысының денсаулық сақтау басқармасының жанындағы «Маңғыстау облыстық көпбейінді балалар ауруханасы»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Маңғыстау облысының денсаулық сақтау басқармасының жанындағы «Облыстық онкологиялық диспансер»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«ARCHIMED» кардиология және ішкі аурулар медициналық орталығы» жауапкершілігі шектеулі серіктестігі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Маңғыстау облысының денсаулық сақтау басқармасының жанындағы «Ақтау қалалық №2 емханасы»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Маңғыстау облысының денсаулық сақтау басқармасының жанындағы «Мұнайлы аудандық ауруханасы»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Маңғыстау облысы әкімдігінің Маңғыстау облысының денсаулық сақтау басқармасының жанындағы «Облыстық перинаталдық орталық»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Маңғыстау облысының денсаулық сақтау басқармасының жанындағы «Маңғыстау облыстық көпбейінді ауруханасы»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139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Маңғыстау облысының денсаулық сақтау басқармасы мемлекеттік мекемесінің жанындағы «Маңғыстау облыстық жедел және шұғыл медициналық жәрдем станциясы»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Абай облысының денсаулық сақтау басқармасының жанындағы «Ядролық медицина және онкология орталығы» шаруашылық жүргізу құқығындағы коммуналдық </w:t>
            </w: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141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Абай облысының денсаулық сақтау басқармасының жанындағы «Жедел медициналық жәрдем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«Семей қаласының №6 емханасы» жауапкершілігі шектеулі серіктестігі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Абай облысының денсаулық сақтау басқармасының жанындағы «Аягөз ауданының көпбейінді орталық аудандық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Абай облысының денсаулық сақтау басқармасының жанындағы «Семей қаласының хосписі» коммуналдық мемлекеттік қазыналық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«Семей қаласының паллиативтік көмек және мейіргерлік күтім ауруханасы» мекемесі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«Семей медициналық университеті» коммерциялық емес акционерлік қоғамы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Абай облысының денсаулық сақтау басқармасының жанындағы «Облыстық перинаталдық орталық»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Абай облысының денсаулық сақтау басқармасының жанындағы «Облыстық жедел медициналық жәрдем станциясы»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149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Жетісу облысы әкімдігінің Жетісу облысының денсаулық сақтау басқармасы мемлекеттік мекемесінің жанындағы «Талдықорған қаласының облыстық ауруханасы»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Жетісу облысының денсаулық сақтау басқармасы мемлекеттік мекемесінің жанындағы «Облыстық кардиологиялық орталық»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Жетісу облысының денсаулық сақтау басқармасы мемлекеттік мекемесінің жанындағы «Облыстық көпбейінді клиника»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Жетісу облысы әкімдігінің Жетісу облысының денсаулық сақтау басқармасы мемлекеттік мекемесінің жанындағы «Көксу орталық аудандық ауруханасы»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Алматы облысының денсаулық сақтау басқармасының жанындағы «Талдықорған қалалық емханасы»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Жетісу облысының денсаулық сақтау басқармасының жанындағы «Панфилов көпбейінді ауданаралық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Жетісу облысының денсаулық сақтау басқармасы мемлекеттік мекемесінің жанындағы «Облыстық жедел және шұғыл медициналық жәрдем станциясы»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«Жезқазған медициналық орталығы» жауапкершілігі шектеулі серіктестігі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Ұлытау облысының денсаулық сақтау басқармасының жанындағы «Сәтбаев қаласының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Ұлытау облысының денсаулық сақтау басқармасының жанындағы «Жезқазған қаласының облыстық көпбейінді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159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Ұлытау облысының денсаулық сақтау басқармасының жанындағы «Облыстық жедел </w:t>
            </w: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медициналық жәрдем станциясы» коммуналдық мемлекеттік қазыналық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160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Павлодар облысы әкімдігінің денсаулық сақтау басқармасының жанындағы «Павлодар облыстық кардиологиялық орталығы»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Павлодар облысы әкімдігінің денсаулық сақтау басқармасының жанындағы «Павлодар облыстық балалар ауруханасы» шаруашылық жүргізу құқығындағы коммуналдық мемлекеттік кәсіпорын</w:t>
            </w:r>
          </w:p>
        </w:tc>
      </w:tr>
      <w:tr w:rsidR="00411853" w:rsidRPr="007F0E2A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«Poliklinika №1» жауапкершілігі шектеулі серіктестігі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Павлодар облысы әкімдігінің денсаулық сақтау басқармасының жанындағы «Ақсу қалалық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Павлодар облысының денсаулық сақтау басқармасының жанындағы «Павлодар облысының хосписі»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Павлодар облысы әкімдігінің денсаулық сақтау басқармасының жанындағы «Павлодар облыстық онкологиялық диспансері»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Павлодар облысы әкімдігінің денсаулық сақтау басқармасының жанындағы «Г. Сұлтанов атындағы Павлодар облыстық ауруханасы»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Павлодар облысы әкімдігінің денсаулық сақтау басқармасының жанындағы «Павлодар облыстық №1 перинаталдық орталығы»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Павлодар облысы әкімдігінің денсаулық сақтау басқармасының жанындағы «Павлодар облыстық жедел медициналық жәрдем станциясы»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169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Солтүстік Қазақстан облысы әкімдігінің денсаулық сақтау басқармасының жанындағы «Көпбейінді облыстық аурухана» коммуналдық мемлекеттік мекемесінің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Солтүстік Қазақстан облысы әкімдігінің денсаулық сақтау басқармасының жанындағы «Көпбейінді облыстық балалар ауруханасы» коммуналдық мемлекеттік мекемесінің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Солтүстік Қазақстан облысы әкімдігінің денсаулық сақтау басқармасының жанындағы «Көпбейінді қалалық жедел медициналық жәрдем ауруханасы» коммуналдық мемлекеттік мекемесінің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Солтүстік Қазақстан облысы әкімдігінің денсаулық сақтау басқармасының жанындағы «Тайынша көпбейінді ауданаралық ауруханасы» коммуналдық мемлекеттік мекемесінің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173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Солтүстік Қазақстан облысы әкімдігінің денсаулық сақтау басқармасының жанындағы «№3 қалалық емхана» коммуналдық мемлекеттік мекемесінің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174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Солтүстік Қазақстан облысы әкімдігінің денсаулық сақтау басқармасының жанындағы «Облыстық жедел медициналық көмек орталығы» коммуналдық мемлекеттік мекемесінің шаруашылық жүргізу құқығындағы коммуналдық мемлекеттік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175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Түркістан облысының денсаулық сақтау басқармасының жанындағы «Облыстық </w:t>
            </w: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 ауруханасы»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176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Түркістан облысының денсаулық сақтау басқармасының жанындағы «№3 облыстық перинаталдық орталық»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177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Түркістан облысының денсаулық сақтау басқармасының жанындағы «Облыстық клиникалық аурухана»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178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Түркістан облысының қоғамдық денсаулық басқармасының жанындағы «Облыстық дермато-венерологиялық диспансер»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179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Түркістан облысының қоғамдық денсаулық басқармасының жанындағы «№1 облыстық перинаталдық орталық»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180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Түркістан облысының денсаулық сақтау басқармасының жанындағы «Түркістан қалалық емханасы»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181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Түркістан облысының денсаулық сақтау басқармасының жанындағы «Облыстық жедел медициналық жәрдем станциясы» шаруашылық жүргізу құқығындағы мемлекеттік коммуналдық кәсіпорын</w:t>
            </w:r>
          </w:p>
        </w:tc>
      </w:tr>
      <w:tr w:rsidR="00411853" w:rsidRPr="00AA1421" w:rsidTr="00AA1421">
        <w:tc>
          <w:tcPr>
            <w:tcW w:w="675" w:type="dxa"/>
          </w:tcPr>
          <w:p w:rsidR="00411853" w:rsidRPr="007F0E2A" w:rsidRDefault="00411853" w:rsidP="00411853">
            <w:pPr>
              <w:jc w:val="center"/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182</w:t>
            </w:r>
          </w:p>
        </w:tc>
        <w:tc>
          <w:tcPr>
            <w:tcW w:w="9356" w:type="dxa"/>
          </w:tcPr>
          <w:p w:rsidR="00411853" w:rsidRPr="007F0E2A" w:rsidRDefault="00411853" w:rsidP="00411853">
            <w:pPr>
              <w:rPr>
                <w:sz w:val="24"/>
                <w:szCs w:val="24"/>
                <w:lang w:val="kk-KZ"/>
              </w:rPr>
            </w:pPr>
            <w:r w:rsidRPr="007F0E2A">
              <w:rPr>
                <w:rFonts w:ascii="Times New Roman" w:hAnsi="Times New Roman"/>
                <w:sz w:val="24"/>
                <w:szCs w:val="24"/>
                <w:lang w:val="kk-KZ"/>
              </w:rPr>
              <w:t>Түркістан облысының денсаулық сақтау басқармасының жанындағы «Сарыағаш көпбейінді орталық аудандық ауруханасы» шаруашылық жүргізу құқығындағы мемлекеттік коммуналдық кәсіпорын</w:t>
            </w:r>
          </w:p>
        </w:tc>
      </w:tr>
    </w:tbl>
    <w:p w:rsidR="00245E94" w:rsidRPr="007F0E2A" w:rsidRDefault="00245E94" w:rsidP="00411853">
      <w:pPr>
        <w:rPr>
          <w:sz w:val="24"/>
          <w:szCs w:val="24"/>
          <w:lang w:val="kk-KZ"/>
        </w:rPr>
      </w:pPr>
    </w:p>
    <w:sectPr w:rsidR="00245E94" w:rsidRPr="007F0E2A" w:rsidSect="00411853">
      <w:headerReference w:type="default" r:id="rId8"/>
      <w:pgSz w:w="12240" w:h="15840"/>
      <w:pgMar w:top="1418" w:right="851" w:bottom="1418" w:left="1418" w:header="720" w:footer="720" w:gutter="0"/>
      <w:cols w:space="720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03.09.2026 09:51 Алдияров Асылбек Утегулович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03.09.2026 11:33 Шонаева Елена Геннадьевна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03.09.2026 11:34 Шоманова Ляззат Асетовна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03.09.2026 16:12 Балтабекова Д.Ж ((и.о Темирханов С.Т.))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03.09.2026 18:43 Муратов Тимур Муратович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7087" w:rsidRDefault="00167087" w:rsidP="00411853">
      <w:pPr>
        <w:spacing w:after="0" w:line="240" w:lineRule="auto"/>
      </w:pPr>
      <w:r>
        <w:separator/>
      </w:r>
    </w:p>
  </w:endnote>
  <w:endnote w:type="continuationSeparator" w:id="0">
    <w:p w:rsidR="00167087" w:rsidRDefault="00167087" w:rsidP="00411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10:36.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10:36.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7087" w:rsidRDefault="00167087" w:rsidP="00411853">
      <w:pPr>
        <w:spacing w:after="0" w:line="240" w:lineRule="auto"/>
      </w:pPr>
      <w:r>
        <w:separator/>
      </w:r>
    </w:p>
  </w:footnote>
  <w:footnote w:type="continuationSeparator" w:id="0">
    <w:p w:rsidR="00167087" w:rsidRDefault="00167087" w:rsidP="00411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54529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11853" w:rsidRPr="00411853" w:rsidRDefault="0041185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118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185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118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11853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1185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11853" w:rsidRDefault="00411853">
    <w:pPr>
      <w:pStyle w:val="a5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Рашитов Е.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7087"/>
    <w:rsid w:val="001C1AB9"/>
    <w:rsid w:val="00245E94"/>
    <w:rsid w:val="00272881"/>
    <w:rsid w:val="0029639D"/>
    <w:rsid w:val="00326F90"/>
    <w:rsid w:val="00411853"/>
    <w:rsid w:val="007F0E2A"/>
    <w:rsid w:val="009D4C86"/>
    <w:rsid w:val="00AA1421"/>
    <w:rsid w:val="00AA1D8D"/>
    <w:rsid w:val="00B47730"/>
    <w:rsid w:val="00CB0664"/>
    <w:rsid w:val="00E41C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F9C56B"/>
  <w14:defaultImageDpi w14:val="300"/>
  <w15:docId w15:val="{FD6B0E66-7B63-41D9-820D-C44849B321A3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9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75" Type="http://schemas.openxmlformats.org/officeDocument/2006/relationships/image" Target="media/image975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DDF010-9198-412C-B454-D804E1D4C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4372</Words>
  <Characters>24926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Ermek R. Rashitov</cp:lastModifiedBy>
  <cp:revision>8</cp:revision>
  <dcterms:created xsi:type="dcterms:W3CDTF">2013-12-23T23:15:00Z</dcterms:created>
  <dcterms:modified xsi:type="dcterms:W3CDTF">2026-09-03T04:05:00Z</dcterms:modified>
  <cp:category/>
</cp:coreProperties>
</file>