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3DB8F" w14:textId="46AF3D63" w:rsidR="00BB2874" w:rsidRPr="00583223" w:rsidRDefault="004709B1" w:rsidP="00FA15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832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Қостанай</w:t>
      </w:r>
      <w:r w:rsidR="00BB2874" w:rsidRP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P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қаласы</w:t>
      </w:r>
      <w:r w:rsidR="00BB2874" w:rsidRP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ның аумақтық сайлау</w:t>
      </w:r>
      <w:r w:rsidR="00BB2874" w:rsidRPr="005832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комиссиясының хабарламасы</w:t>
      </w:r>
    </w:p>
    <w:p w14:paraId="39A72FD0" w14:textId="77777777" w:rsidR="00FA15AC" w:rsidRPr="00583223" w:rsidRDefault="00FA15AC" w:rsidP="00FA15AC">
      <w:pPr>
        <w:tabs>
          <w:tab w:val="left" w:pos="7176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62E47AA9" w14:textId="5DE21E3F" w:rsidR="00FA15AC" w:rsidRPr="00583223" w:rsidRDefault="00FA15AC" w:rsidP="00FA15AC">
      <w:pPr>
        <w:tabs>
          <w:tab w:val="left" w:pos="7176"/>
        </w:tabs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583223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2026 жылғы 29 қарашаға Қазақстан Республикасы мәслихаттары депутаттарының кезектен тыс сайлауын тағайындауға байланысты, «Қазақстан Республикасындағы сайлау туралы» Қазақстан Республикасы Конституциялық заңының 17-бабының 2-тармағына сәйкес учаскелік сайлау комиссияларының құрамдарын жариялаймыз:</w:t>
      </w:r>
    </w:p>
    <w:p w14:paraId="3C811771" w14:textId="77777777" w:rsidR="00BB2874" w:rsidRPr="00583223" w:rsidRDefault="00BB2874" w:rsidP="00790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F6D0C7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832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сайлау учаскесі </w:t>
      </w:r>
    </w:p>
    <w:p w14:paraId="5582FBFA" w14:textId="4B861084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83223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5832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43FB1" w:rsidRPr="00583223">
        <w:rPr>
          <w:rFonts w:ascii="Times New Roman" w:hAnsi="Times New Roman" w:cs="Times New Roman"/>
          <w:sz w:val="28"/>
          <w:szCs w:val="28"/>
          <w:lang w:val="kk-KZ"/>
        </w:rPr>
        <w:t xml:space="preserve"> Кобжасаров Тулеген Жумашкенович;</w:t>
      </w:r>
    </w:p>
    <w:p w14:paraId="1D09971D" w14:textId="181391DB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</w:t>
      </w:r>
      <w:r w:rsidR="00143FB1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Алдабергенова</w:t>
      </w:r>
      <w:proofErr w:type="spellEnd"/>
      <w:r w:rsidR="00143FB1" w:rsidRPr="00583223">
        <w:rPr>
          <w:rFonts w:ascii="Times New Roman" w:hAnsi="Times New Roman" w:cs="Times New Roman"/>
          <w:sz w:val="28"/>
          <w:szCs w:val="28"/>
        </w:rPr>
        <w:t xml:space="preserve"> Айгуль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Ибрахимовна</w:t>
      </w:r>
      <w:proofErr w:type="spellEnd"/>
      <w:r w:rsidR="00143FB1"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3F6FF9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Хасанова Мадина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Асылхановна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5B80559" w14:textId="03E2D831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Жунусова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Боранбаева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Ажаркуль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Кошековна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Данекенова</w:t>
      </w:r>
      <w:proofErr w:type="spellEnd"/>
      <w:r w:rsidR="00143FB1" w:rsidRPr="00583223">
        <w:rPr>
          <w:rFonts w:ascii="Times New Roman" w:hAnsi="Times New Roman" w:cs="Times New Roman"/>
          <w:sz w:val="28"/>
          <w:szCs w:val="28"/>
        </w:rPr>
        <w:t xml:space="preserve"> Асель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Бакитжановна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Дауылбай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Дауылбайұлы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7FB1D15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B9D92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CD0E2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Хрипушина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Минихатовна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4A5C01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Жаксыбаев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5C73A5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Ганжа Ольга Владимировна;</w:t>
      </w:r>
    </w:p>
    <w:p w14:paraId="57165C2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Боков Виталий Витальевич,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Бекбулатова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Рауза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Фазылхановна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Беспальчук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Владимировна, Иващенко Максим Васильевич,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Бейсенова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Ляззат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Серикова Анастасия Валерьевна.</w:t>
      </w:r>
    </w:p>
    <w:p w14:paraId="0FDAD6C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6E857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039CD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Кучикова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Бряновна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5A3F5A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Бирмаганбетова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Темирхановна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E14384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Айекинова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Владимировна;</w:t>
      </w:r>
    </w:p>
    <w:p w14:paraId="6E4E84F7" w14:textId="77777777" w:rsidR="00393488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Тытюкова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Лариса Александровна,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Кодмановна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Сейдахметова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Виктория Анатольевна, </w:t>
      </w:r>
      <w:proofErr w:type="spellStart"/>
      <w:r w:rsidR="00393488" w:rsidRPr="00583223">
        <w:rPr>
          <w:rFonts w:ascii="Times New Roman" w:hAnsi="Times New Roman" w:cs="Times New Roman"/>
          <w:sz w:val="28"/>
          <w:szCs w:val="28"/>
        </w:rPr>
        <w:t>Бисингалиева</w:t>
      </w:r>
      <w:proofErr w:type="spellEnd"/>
      <w:r w:rsidR="00393488" w:rsidRPr="00583223">
        <w:rPr>
          <w:rFonts w:ascii="Times New Roman" w:hAnsi="Times New Roman" w:cs="Times New Roman"/>
          <w:sz w:val="28"/>
          <w:szCs w:val="28"/>
        </w:rPr>
        <w:t xml:space="preserve"> Гаухар </w:t>
      </w:r>
      <w:proofErr w:type="spellStart"/>
      <w:r w:rsidR="00393488" w:rsidRPr="00583223">
        <w:rPr>
          <w:rFonts w:ascii="Times New Roman" w:hAnsi="Times New Roman" w:cs="Times New Roman"/>
          <w:sz w:val="28"/>
          <w:szCs w:val="28"/>
        </w:rPr>
        <w:t>Аюповна</w:t>
      </w:r>
      <w:proofErr w:type="spellEnd"/>
      <w:r w:rsidR="00393488" w:rsidRPr="00583223">
        <w:rPr>
          <w:rFonts w:ascii="Times New Roman" w:hAnsi="Times New Roman" w:cs="Times New Roman"/>
          <w:sz w:val="28"/>
          <w:szCs w:val="28"/>
        </w:rPr>
        <w:t>.</w:t>
      </w:r>
    </w:p>
    <w:p w14:paraId="08BFC1F8" w14:textId="60E62EDC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80EB7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D64EC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4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B98BA9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Бурбаева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Жансеитовна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D3A7F8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Жаркенова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Аида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Кенжегариевна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83B4E1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Жараспаева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Салтанат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62E847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Костенюк Виталина Романовна,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Тумурзина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Альбина Маратовна,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Жантлеуова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Бахытгуль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Зейнуллаевна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Токмурзин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Батыржан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Ермаккалиевич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Курданина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Асель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Захаряевна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Касымова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Тимертасовна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19DB6F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809F0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5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61E16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Гаврилова Светлана Витальевна;</w:t>
      </w:r>
    </w:p>
    <w:p w14:paraId="2D12058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Бровкина Надежда Петровна;</w:t>
      </w:r>
    </w:p>
    <w:p w14:paraId="276B4B0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Искужинова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A2A722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Лясота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Владислава Вячеславовна,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Алёнова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Куляш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Воеводина Людмила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Сегизбаев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Аскар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296B4DB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913AC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6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87A65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Хамзина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Бектенкызы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90592E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Утарбаева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Ардак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5E26BD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Кенжегул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Балтабайқызы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A4FAD2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Садвокасова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Кайырбековна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Мантуленко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Владимир Николаевич, Бабий Оксана Валентиновна, Коваленко Есения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Айбаровна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Умарова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Аксенова Анастасия Александровна.</w:t>
      </w:r>
    </w:p>
    <w:p w14:paraId="2DB1DAC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22CD9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7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1354C9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Кушнарева Лариса Анатольевна;</w:t>
      </w:r>
    </w:p>
    <w:p w14:paraId="14C8A5B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Соловьева Светлана Владимировна;</w:t>
      </w:r>
    </w:p>
    <w:p w14:paraId="708AE57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Лещенко Анастасия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B9169E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Новикова Людмила Викторовна, Капустина Светлана Сергеевна, Степаненко Дарья Васильевна,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Рыхтер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Снежана Григорьевна.</w:t>
      </w:r>
    </w:p>
    <w:p w14:paraId="3498D04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7C372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8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95D6FF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Янцен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Иван Абрамович;</w:t>
      </w:r>
    </w:p>
    <w:p w14:paraId="409D66E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Гусаченко Ирина Николаевна;</w:t>
      </w:r>
    </w:p>
    <w:p w14:paraId="718124F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Искакова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Айдархановна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2735C3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Сатаева Заида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Ромазанова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Аманжуловна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1EA6619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FB622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9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F18A2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Алимбаев Султан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Айдырханович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24CAF2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Лукьянченко Валентина Николаевна;</w:t>
      </w:r>
    </w:p>
    <w:p w14:paraId="32E99BC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Шаповалова Илона Валерьевна;</w:t>
      </w:r>
    </w:p>
    <w:p w14:paraId="470AFFB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: Залесский Владислав Валерьевич, Севергина Наталья Александровна.</w:t>
      </w:r>
    </w:p>
    <w:p w14:paraId="0C01973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13744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10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961547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Исмайлова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Жансая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Бахытбековна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5F300D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Имагулова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Тулендиновна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673681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Нурманова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Гулдер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Рахымбековна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46CC7C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Ташанова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Толкын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Адилбековна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Айман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Исенгалиловна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Медебаева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Миндаловна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Кожахметова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Акмарал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Кошкинбайкызы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0C3897C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2269C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11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41E17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Гаппаров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Жахонгир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Абдразакович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374A11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Джантасова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Салтанат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Нурлыбековна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C542AD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Жумагалиева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3FD861B" w14:textId="24FFB660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Сивухина Ирина Ивановна,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Сейдалинов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Аюпович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Назаровас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Альберт Валерьевич,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Капишева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Абилгазыевна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Баталина Лариса Викторовна,</w:t>
      </w:r>
      <w:r w:rsidR="00143FB1" w:rsidRPr="00583223">
        <w:rPr>
          <w:rFonts w:ascii="Times New Roman" w:hAnsi="Times New Roman" w:cs="Times New Roman"/>
          <w:sz w:val="28"/>
          <w:szCs w:val="28"/>
        </w:rPr>
        <w:t xml:space="preserve"> Жусупова Бану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Давлетовна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00E6C2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583D2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12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2E0BD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Закалюжный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Владимир Иванович;</w:t>
      </w:r>
    </w:p>
    <w:p w14:paraId="5988B2FC" w14:textId="6B9CFCBE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7B00A8" w:rsidRPr="00583223">
        <w:rPr>
          <w:rFonts w:ascii="Times New Roman" w:hAnsi="Times New Roman" w:cs="Times New Roman"/>
          <w:sz w:val="28"/>
          <w:szCs w:val="28"/>
        </w:rPr>
        <w:t>Альмагамбетов</w:t>
      </w:r>
      <w:proofErr w:type="spellEnd"/>
      <w:r w:rsidR="007B00A8" w:rsidRPr="00583223">
        <w:rPr>
          <w:rFonts w:ascii="Times New Roman" w:hAnsi="Times New Roman" w:cs="Times New Roman"/>
          <w:sz w:val="28"/>
          <w:szCs w:val="28"/>
        </w:rPr>
        <w:t xml:space="preserve"> Талгат </w:t>
      </w:r>
      <w:proofErr w:type="spellStart"/>
      <w:r w:rsidR="007B00A8" w:rsidRPr="00583223">
        <w:rPr>
          <w:rFonts w:ascii="Times New Roman" w:hAnsi="Times New Roman" w:cs="Times New Roman"/>
          <w:sz w:val="28"/>
          <w:szCs w:val="28"/>
        </w:rPr>
        <w:t>Мнайдарович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C4747C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Сейлханова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Аида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Ерикбаевна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598D1F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Александров Виталий Иванович,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Мустипаненко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Владимир Викторович, Гончарова Ольга Владимировна, Каргина Людмила Павловна.</w:t>
      </w:r>
    </w:p>
    <w:p w14:paraId="52BCC22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70696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13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890A4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Ремезова Елена Васильевна;</w:t>
      </w:r>
    </w:p>
    <w:p w14:paraId="095B5E6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Маленко Елена Анатольевна;</w:t>
      </w:r>
    </w:p>
    <w:p w14:paraId="1141090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Фаустова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Геннадьевна;</w:t>
      </w:r>
    </w:p>
    <w:p w14:paraId="0705390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Туркестанова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Сайлаувна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Досмаилова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Амина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Бейсенбаевна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Касицкая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Сергеевна, Нургалиева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Габиденовна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Казиева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Улжан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Исаевна,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Купфер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Анастасия Валерьевна.</w:t>
      </w:r>
    </w:p>
    <w:p w14:paraId="6E6A6ED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2AA35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14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72C82E4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Ерденова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Козыбаевна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4A3F0B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Муздибаева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Тажиевна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056B32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Сахалова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Сания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924107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Кабдыбекова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Гульнур Муратовна, Пономарева Анна Леонидовна, Абуева Самал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Искаков Канат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Фазылович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Багитжановна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Даирова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Гульжаухар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Турсуновна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797DC7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F1FFD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15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9F1054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Нурманова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Ботагоз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Жанабыловна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E63EEF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Абилова Асия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Касымбековна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AD2B3D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Ибраева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Сайрангул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Адильжановна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0496D7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Метенова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Балау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Каирбаевна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Крелевец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Аманжоловна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Сакаев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Дархан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Бауржанович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Рахимова Эльмира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Ерсалимовна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BF8159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61FD2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16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539A83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Баймагамбетова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Карлыгаш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Клышбаевна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FF656A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Зайнуллина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Адилжановна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866885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Комиссарова Марина Юрьевна;</w:t>
      </w:r>
    </w:p>
    <w:p w14:paraId="4089B61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Айсабаева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Азель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Фазылахметовна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Жанайдарова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Тилегеновна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Мехтиева Эльмира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Музафаровна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Кожахметова Маншук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Касымхановна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7E1A8E0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C88DC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17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F4955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Унайбеков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Буранбаевич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D12EAD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Феоктистова Татьяна Владимировна;</w:t>
      </w:r>
    </w:p>
    <w:p w14:paraId="19C86D6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Бурцева Алла Петровна;</w:t>
      </w:r>
    </w:p>
    <w:p w14:paraId="391A222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Усембаева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Зухра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Мырзахметовна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Сон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Людсия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Давритовна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Дарига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Кобыловна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Галиева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Жибек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Курмашевна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A9DC15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0EC16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18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1F73D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Шаймердинова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Курмангалеевна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7AC325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Рахимжанова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Умитжан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Сайрановна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413D34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Курмантаева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Акимбековна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79E047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Казиева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Айткужинова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Фисенко Елена Александровна, Макина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Шинар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Елгоновна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Иманова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Гульназым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Ерлановна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41D4A3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B5717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19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5CF506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Рабатова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Сакеновна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D4D5025" w14:textId="51F75AB1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B00A0A" w:rsidRPr="00583223">
        <w:rPr>
          <w:rFonts w:ascii="Times New Roman" w:hAnsi="Times New Roman" w:cs="Times New Roman"/>
          <w:sz w:val="28"/>
          <w:szCs w:val="28"/>
        </w:rPr>
        <w:t>Бектасова</w:t>
      </w:r>
      <w:proofErr w:type="spellEnd"/>
      <w:r w:rsidR="00B00A0A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0A0A" w:rsidRPr="00583223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="00B00A0A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0A0A" w:rsidRPr="00583223">
        <w:rPr>
          <w:rFonts w:ascii="Times New Roman" w:hAnsi="Times New Roman" w:cs="Times New Roman"/>
          <w:sz w:val="28"/>
          <w:szCs w:val="28"/>
        </w:rPr>
        <w:t>Жанасбаевна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A08978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Глушань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Ивановна;</w:t>
      </w:r>
    </w:p>
    <w:p w14:paraId="56A965DD" w14:textId="09F0EE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Гаскарова Айнур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Милехина Татьяна Владимировна,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Абилева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Аида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Артыковна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Ничипуренко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Валерия Васильевна,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Зауреш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Каиржановна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</w:t>
      </w:r>
      <w:r w:rsidR="004C7A69" w:rsidRPr="00583223">
        <w:rPr>
          <w:rFonts w:ascii="Times New Roman" w:hAnsi="Times New Roman" w:cs="Times New Roman"/>
          <w:sz w:val="28"/>
          <w:szCs w:val="28"/>
        </w:rPr>
        <w:t xml:space="preserve"> Хуснутдинова Сауле </w:t>
      </w:r>
      <w:proofErr w:type="spellStart"/>
      <w:r w:rsidR="004C7A69" w:rsidRPr="00583223">
        <w:rPr>
          <w:rFonts w:ascii="Times New Roman" w:hAnsi="Times New Roman" w:cs="Times New Roman"/>
          <w:sz w:val="28"/>
          <w:szCs w:val="28"/>
        </w:rPr>
        <w:t>Салаватовна</w:t>
      </w:r>
      <w:proofErr w:type="spellEnd"/>
      <w:r w:rsidR="004C7A69"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BB5B0F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53D4B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20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5F14658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Шайхыбеков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Поездович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C876E8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Лясота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Светлана Вячеславовна;</w:t>
      </w:r>
    </w:p>
    <w:p w14:paraId="62A7979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Муратова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Шариповна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3879622" w14:textId="77777777" w:rsidR="00393488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Касымов Канат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Марденович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Жарбулова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Ниязбековна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Қуанышбаева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Гүлсезім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Шоқанқызы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Ражанов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Қанат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Қонысбайұлы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Тулебаева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Фазылхановна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r w:rsidR="00393488" w:rsidRPr="00583223">
        <w:rPr>
          <w:rFonts w:ascii="Times New Roman" w:hAnsi="Times New Roman" w:cs="Times New Roman"/>
          <w:sz w:val="28"/>
          <w:szCs w:val="28"/>
        </w:rPr>
        <w:t xml:space="preserve">Нургалиева </w:t>
      </w:r>
      <w:proofErr w:type="spellStart"/>
      <w:r w:rsidR="00393488" w:rsidRPr="00583223">
        <w:rPr>
          <w:rFonts w:ascii="Times New Roman" w:hAnsi="Times New Roman" w:cs="Times New Roman"/>
          <w:sz w:val="28"/>
          <w:szCs w:val="28"/>
        </w:rPr>
        <w:t>Жанара</w:t>
      </w:r>
      <w:proofErr w:type="spellEnd"/>
      <w:r w:rsidR="00393488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3488" w:rsidRPr="00583223">
        <w:rPr>
          <w:rFonts w:ascii="Times New Roman" w:hAnsi="Times New Roman" w:cs="Times New Roman"/>
          <w:sz w:val="28"/>
          <w:szCs w:val="28"/>
        </w:rPr>
        <w:t>Бауржановна</w:t>
      </w:r>
      <w:proofErr w:type="spellEnd"/>
      <w:r w:rsidR="00393488" w:rsidRPr="00583223">
        <w:rPr>
          <w:rFonts w:ascii="Times New Roman" w:hAnsi="Times New Roman" w:cs="Times New Roman"/>
          <w:sz w:val="28"/>
          <w:szCs w:val="28"/>
        </w:rPr>
        <w:t>.</w:t>
      </w:r>
    </w:p>
    <w:p w14:paraId="731D5C9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75D9F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21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6C37626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Кажиякбаров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Бауржан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Касымулы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3C6A717" w14:textId="5B87E580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Минко Александр Геннадьевич;</w:t>
      </w:r>
    </w:p>
    <w:p w14:paraId="1704F48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Анна Владимировна;</w:t>
      </w:r>
    </w:p>
    <w:p w14:paraId="34248F7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Кужаниязова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Сагидаукасовна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Шушакова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Бакубаева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Рауза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Абдурахмановна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Таткенова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Гульбану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Хайдаровна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Баракатова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Сания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Садыиковна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Скворцова Елена Ивановна.</w:t>
      </w:r>
    </w:p>
    <w:p w14:paraId="79A1A91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DFD84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22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78F33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Брунер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Светлана Васильевна;</w:t>
      </w:r>
    </w:p>
    <w:p w14:paraId="5A181DA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Ляззат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Балтабаевна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A36C69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Честнейшина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Викторовна;</w:t>
      </w:r>
    </w:p>
    <w:p w14:paraId="526C914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Бармута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Александр Иванович, Урманова Татьяна Николаевна, Лукашина Татьяна Сергеевна, Блохин Роман Сергеевич,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Абдибекова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Назгуль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Сейдолаевна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Махамбетова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Жумадиловна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2A0E1A2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DF6F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23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04C8A02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Мадибаев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Аслан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Избасарович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FB3B43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Рахметкалиева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Бахитжамал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Кабатаевна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C1615A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Кожемуратова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Ляззат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Бурбаевна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6494F7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Нургазина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Жумасултановна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Сапарова Зауреш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Жолгасовна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Ахметжанова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Базаркуль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Жумабаева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Алимжановна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57A004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9E6F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24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CF0BB2" w14:textId="5E7A3088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816355" w:rsidRPr="00583223">
        <w:rPr>
          <w:rFonts w:ascii="Times New Roman" w:hAnsi="Times New Roman" w:cs="Times New Roman"/>
          <w:sz w:val="28"/>
          <w:szCs w:val="28"/>
        </w:rPr>
        <w:t>Уралбаева</w:t>
      </w:r>
      <w:proofErr w:type="spellEnd"/>
      <w:r w:rsidR="00816355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6355" w:rsidRPr="00583223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="00816355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6355" w:rsidRPr="00583223">
        <w:rPr>
          <w:rFonts w:ascii="Times New Roman" w:hAnsi="Times New Roman" w:cs="Times New Roman"/>
          <w:sz w:val="28"/>
          <w:szCs w:val="28"/>
        </w:rPr>
        <w:t>Ержановна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B005D5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Жаксыбаева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Гулшат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Жангабыловна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809BCD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Уайсова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Хакимбековна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89EE6C4" w14:textId="4458B3F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Абуева Наталья Юрьевна,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Туретаев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Куаныш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Файзулина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Салимхановна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16355" w:rsidRPr="00583223">
        <w:rPr>
          <w:rFonts w:ascii="Times New Roman" w:hAnsi="Times New Roman" w:cs="Times New Roman"/>
          <w:sz w:val="28"/>
          <w:szCs w:val="28"/>
        </w:rPr>
        <w:t>Балгынбаева</w:t>
      </w:r>
      <w:proofErr w:type="spellEnd"/>
      <w:r w:rsidR="00816355" w:rsidRPr="00583223">
        <w:rPr>
          <w:rFonts w:ascii="Times New Roman" w:hAnsi="Times New Roman" w:cs="Times New Roman"/>
          <w:sz w:val="28"/>
          <w:szCs w:val="28"/>
        </w:rPr>
        <w:t xml:space="preserve"> Куаныш </w:t>
      </w:r>
      <w:proofErr w:type="spellStart"/>
      <w:r w:rsidR="00816355" w:rsidRPr="00583223">
        <w:rPr>
          <w:rFonts w:ascii="Times New Roman" w:hAnsi="Times New Roman" w:cs="Times New Roman"/>
          <w:sz w:val="28"/>
          <w:szCs w:val="28"/>
        </w:rPr>
        <w:t>Галымбековна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307B27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55463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25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74339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Молдабеков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Айбек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Базаралыулы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FEB8F0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Исмаилова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Армангуль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ADBE147" w14:textId="7727FB11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</w:t>
      </w:r>
      <w:r w:rsidR="009B18F3" w:rsidRPr="00583223">
        <w:rPr>
          <w:rFonts w:ascii="Times New Roman" w:hAnsi="Times New Roman" w:cs="Times New Roman"/>
          <w:sz w:val="28"/>
          <w:szCs w:val="28"/>
        </w:rPr>
        <w:t xml:space="preserve"> Мирошник Марина Сергеевна</w:t>
      </w:r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05E4EC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Тансаевна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Хасенова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Кажалямовна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Серкебай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Меруерт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Сагдаткызы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Абдигапарова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Маркабаевна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D0167B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F574B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26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88C174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Чечина Диана Дмитриевна;</w:t>
      </w:r>
    </w:p>
    <w:p w14:paraId="0164F2F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Балабатыр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Сергеевна;</w:t>
      </w:r>
    </w:p>
    <w:p w14:paraId="18CA3CE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Шукенова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Азез-Абугалиевна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18F733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Новах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Дмитриевна, Белохвост Татьяна Владимировна,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Марзия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Мельник Роман Андреевич, Мохова Кристина Владимировна, Уразбаева Алия Владиславовна.</w:t>
      </w:r>
    </w:p>
    <w:p w14:paraId="1742D4C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EA0B2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27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B9ECF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Сараубеков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Ескендир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Умирбайевич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1C44DE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Аблайсов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Даулет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Калдарбекович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2ED0A5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Шарипбаев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Дулат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Ахметканович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AB224F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Ибрагимова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Сапабекова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Эльвира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Койшыбаевна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F3FDEB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509A1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28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F33CBB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Ажаргуль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Сийдалиевна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11A9B7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Иванько Любовь Васильевна;</w:t>
      </w:r>
    </w:p>
    <w:p w14:paraId="24CA519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Альмухамедова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0A8B40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Абилова Асель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Абдрашевна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Мирюбаева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Валентина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Байкеновна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Кульпеисова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Джамбуловна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Нурмухамбетова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Жаксылыковна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30E029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85791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29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A82B1A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Альмуханов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Алмат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Кадыржанулы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2E564A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Бейсенбеков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Мирас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552209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Ашимова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Гульмаржан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Какимовна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ABA4D13" w14:textId="0297E2E8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Корнева Виктория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Абдухалимов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Досбол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Аитов Адиль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Муратбекович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Мирманова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Гульсум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Казымбековна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Мунсузбаева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Айган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Оспановна</w:t>
      </w:r>
      <w:proofErr w:type="spellEnd"/>
      <w:r w:rsidR="00BB0272" w:rsidRPr="00583223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234318672"/>
      <w:proofErr w:type="spellStart"/>
      <w:r w:rsidR="00BB0272" w:rsidRPr="00583223">
        <w:rPr>
          <w:rFonts w:ascii="Times New Roman" w:hAnsi="Times New Roman" w:cs="Times New Roman"/>
          <w:sz w:val="28"/>
          <w:szCs w:val="28"/>
        </w:rPr>
        <w:t>Утигенов</w:t>
      </w:r>
      <w:proofErr w:type="spellEnd"/>
      <w:r w:rsidR="00BB0272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0272" w:rsidRPr="00583223">
        <w:rPr>
          <w:rFonts w:ascii="Times New Roman" w:hAnsi="Times New Roman" w:cs="Times New Roman"/>
          <w:sz w:val="28"/>
          <w:szCs w:val="28"/>
        </w:rPr>
        <w:t>Еркегали</w:t>
      </w:r>
      <w:proofErr w:type="spellEnd"/>
      <w:r w:rsidR="00BB0272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0272" w:rsidRPr="00583223">
        <w:rPr>
          <w:rFonts w:ascii="Times New Roman" w:hAnsi="Times New Roman" w:cs="Times New Roman"/>
          <w:sz w:val="28"/>
          <w:szCs w:val="28"/>
        </w:rPr>
        <w:t>Баяндинович</w:t>
      </w:r>
      <w:proofErr w:type="spellEnd"/>
      <w:r w:rsidR="00BB0272" w:rsidRPr="00583223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082BBF8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5F478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30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48DE3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Дюсекеева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Людмила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Кабдулаевна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980BBD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Журсиналина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Гульсум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Сайлаукановна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AB3103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Казиева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Умут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2827B4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Распекова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Сабина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Елеусизова Маржан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Насибуловна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Альмагамбетова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Бексультановна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Захарова Людмила Александровна,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Каркинбаева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Гаухар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Ахмеилова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Мирасовна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02C0367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F5A39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31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9161C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Молдахаликов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Нуртазинович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85FCC55" w14:textId="51A8B47C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Әубәкір</w:t>
      </w:r>
      <w:proofErr w:type="spellEnd"/>
      <w:r w:rsidR="00143FB1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Гүлнар</w:t>
      </w:r>
      <w:proofErr w:type="spellEnd"/>
      <w:r w:rsidR="00143FB1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Сайлаубайқызы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E2E9A9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Пономаренко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Ботагоз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Абдималиковна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CED7828" w14:textId="15C2E61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:</w:t>
      </w:r>
      <w:r w:rsidR="00143FB1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Жортекина</w:t>
      </w:r>
      <w:proofErr w:type="spellEnd"/>
      <w:r w:rsidR="00143FB1" w:rsidRPr="00583223">
        <w:rPr>
          <w:rFonts w:ascii="Times New Roman" w:hAnsi="Times New Roman" w:cs="Times New Roman"/>
          <w:sz w:val="28"/>
          <w:szCs w:val="28"/>
        </w:rPr>
        <w:t xml:space="preserve"> Гульназ </w:t>
      </w:r>
      <w:proofErr w:type="spellStart"/>
      <w:r w:rsidR="00143FB1" w:rsidRPr="00583223">
        <w:rPr>
          <w:rFonts w:ascii="Times New Roman" w:hAnsi="Times New Roman" w:cs="Times New Roman"/>
          <w:sz w:val="28"/>
          <w:szCs w:val="28"/>
        </w:rPr>
        <w:t>Ахметбековна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Каирбаевна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Рахимова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Шынар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Оразалыевна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Ибрашева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Гулайхан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Рахимжановна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Биржикенов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Нурсултан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Амандыкович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Мощенко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Александра Сергеевна.</w:t>
      </w:r>
    </w:p>
    <w:p w14:paraId="4D27868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6197E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32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0D5A1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Сагнаева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Катима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Амиргалиевна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A46617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Шияпова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Маруа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Бахитжановна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91658D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Досмагулова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Кунсулу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95C046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Аубакирова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Балгабаевна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Александрова Марина Леонидовна, Борисова Анна Петровна,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Киалбекова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Жилгельдыевна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Муканова Асель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Хабдуллина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Беккужиновна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A22CA4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B5CE7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33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BDB30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Ковлюшенко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Светлана Анатольевна;</w:t>
      </w:r>
    </w:p>
    <w:p w14:paraId="388A9FB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Амандыковна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91DE68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Проскурина Валентина Игоревна;</w:t>
      </w:r>
    </w:p>
    <w:p w14:paraId="4B229C7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Джумабеков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Амиржан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Закариевич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Ниязбаева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Салтанат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Калкамановна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Кункенова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Амангельдиновна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Сакаева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Дарина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Есенгельдиновна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Мирманова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Жулдазай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Саитбековна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Чернов Максим Александрович.</w:t>
      </w:r>
    </w:p>
    <w:p w14:paraId="09D97AF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501C1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34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538D6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Берекетова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Владимировна;</w:t>
      </w:r>
    </w:p>
    <w:p w14:paraId="3B65896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Хажаева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Кенжигуль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Урунтаевна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155297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Петряшева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Людмила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Бекбулатовна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B243CB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Бекмурзина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Кабдрашовна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Осипова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Гульжанат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Сеильхановна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Сабира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Мукашевна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Мырзалиева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Улжалгас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Толыбаевна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Ершова Ольга Александровна,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Лобас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Петровна.</w:t>
      </w:r>
    </w:p>
    <w:p w14:paraId="38399F0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95CC7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35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D2E38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Байжанов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Ербол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Атымтаевич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B6F7F2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Молдасалыкова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Жанерке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Танатхановна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F6D84C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Фазылова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78AE9E9" w14:textId="4CF1C872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Жуламанова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Шакпутова</w:t>
      </w:r>
      <w:proofErr w:type="spellEnd"/>
      <w:r w:rsidR="009B18F3" w:rsidRPr="00583223">
        <w:rPr>
          <w:rFonts w:ascii="Times New Roman" w:hAnsi="Times New Roman" w:cs="Times New Roman"/>
          <w:sz w:val="28"/>
          <w:szCs w:val="28"/>
        </w:rPr>
        <w:t xml:space="preserve"> Ирина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Кужаковна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Камбарова Салтанат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Базилина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Аскеровна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Муканова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Куляйхан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Балгановна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Карпец Юлия Викторовна.</w:t>
      </w:r>
    </w:p>
    <w:p w14:paraId="473C448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1E6B7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36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</w:p>
    <w:p w14:paraId="200DFF2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Жамберкеновна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401B70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Дитаева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Жанна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0D8900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Васильева Ольга Михайловна;</w:t>
      </w:r>
    </w:p>
    <w:p w14:paraId="6F19D3E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Ибраев Кайрат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Ормантаевич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Ткаченко Татьяна Сергеевна,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Макаева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Ашимовна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Қайрбек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Оразғанқызы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Михайличенко Инна Александровна, Жумабаев Сапарбек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Апушулы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CE4093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2157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37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93F311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Саенко Ирина Сергеевна;</w:t>
      </w:r>
    </w:p>
    <w:p w14:paraId="084AAFD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Кухаренко Ольга Александровна;</w:t>
      </w:r>
    </w:p>
    <w:p w14:paraId="3448DAB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Набиркина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Татьяна Владимировна;</w:t>
      </w:r>
    </w:p>
    <w:p w14:paraId="69FC8CB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Кислица Ирина Николаевна, Тур Андрей Сергеевич,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Зарихина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Гульжан Николаевна, Березкина Елена Валерьевна,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Шегенова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Ботагоз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Булатовна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Егорова Наталья Борисовна.</w:t>
      </w:r>
    </w:p>
    <w:p w14:paraId="18AFB66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F475E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38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85C613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Ткаченко Владимир Николаевич;</w:t>
      </w:r>
    </w:p>
    <w:p w14:paraId="3B0A07D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Алексенцев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Константин Иванович;</w:t>
      </w:r>
    </w:p>
    <w:p w14:paraId="0ADCB2C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Лазоренко Ольга Александровна;</w:t>
      </w:r>
    </w:p>
    <w:p w14:paraId="4FC3620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Карпенко Ольга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Кенжегарина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Альмукановна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Алдашева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Карлыга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Совхозбайевна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Дусекеева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Назира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1595337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E40C3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№ 39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B44A8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Рыспаева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99B121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Попович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Галихановна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D13389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Новикова Анастасия Викторовна;</w:t>
      </w:r>
    </w:p>
    <w:p w14:paraId="756F6A3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Марденова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Гаухар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Хасимхановна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Мищенко Лариса Александровна, Пасько Ирина Ивановна,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Чешук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Николаевна.</w:t>
      </w:r>
    </w:p>
    <w:p w14:paraId="4E4A02D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5BC38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40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69E312" w14:textId="5AB9F0FB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</w:t>
      </w:r>
      <w:r w:rsidR="009B18F3" w:rsidRPr="00583223">
        <w:rPr>
          <w:rFonts w:ascii="Times New Roman" w:hAnsi="Times New Roman" w:cs="Times New Roman"/>
          <w:sz w:val="28"/>
          <w:szCs w:val="28"/>
        </w:rPr>
        <w:t xml:space="preserve"> Ахмет Аслан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Ақанұлы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039042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Саулебаева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Сабира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660309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Исмагулова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Умут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Биляловна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335F3F1" w14:textId="2D03A770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Ахметов Асхат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Тахиржанович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bookmarkStart w:id="1" w:name="_Hlk234316706"/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Байжанов</w:t>
      </w:r>
      <w:proofErr w:type="spellEnd"/>
      <w:r w:rsidR="009B18F3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Кайржан</w:t>
      </w:r>
      <w:proofErr w:type="spellEnd"/>
      <w:r w:rsidR="009B18F3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Еркебуланович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</w:t>
      </w:r>
      <w:bookmarkEnd w:id="1"/>
      <w:r w:rsidRPr="00583223">
        <w:rPr>
          <w:rFonts w:ascii="Times New Roman" w:hAnsi="Times New Roman" w:cs="Times New Roman"/>
          <w:sz w:val="28"/>
          <w:szCs w:val="28"/>
        </w:rPr>
        <w:t xml:space="preserve"> Югай Анжела Владимировна,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Байжанов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Джангельды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Аманжолович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7DC368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24819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41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18BEED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Хасенов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Нургелды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Салимжанович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057AE4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Ивановна;</w:t>
      </w:r>
    </w:p>
    <w:p w14:paraId="2EC52498" w14:textId="6ABCFECB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Есентемирова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Аузкановна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C19B66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Жантугулов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Талгат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Жаксубаевич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Аубакиров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Танатхан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Келденович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Сейтенов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Маргулан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Турсынбековия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Ильясова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Мажитовна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Аскарова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Мейербековна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Белоглазова Василя Михайловна.</w:t>
      </w:r>
    </w:p>
    <w:p w14:paraId="61778FC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3AA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42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2DC208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Инертбаева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1D94D9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Айсин Каир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Негиматович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8824C3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Терновая Ольга Валерьевна;</w:t>
      </w:r>
    </w:p>
    <w:p w14:paraId="39B2697E" w14:textId="79F36E70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Рычагова Любовь Ивановна,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Жиенгазина</w:t>
      </w:r>
      <w:proofErr w:type="spellEnd"/>
      <w:r w:rsidR="009B18F3"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Дулатовна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Әлібек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Бағдат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Сақұлы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Вдовикова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Анна Александровна,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Мурзахметова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Бибигуль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Смолева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Васильевна.</w:t>
      </w:r>
    </w:p>
    <w:p w14:paraId="0C85D15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BC531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43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7CC6F7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Аймаганбетова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Маржан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Толепбергеновна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8DC5D4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Пономарева Татьяна Александровна;</w:t>
      </w:r>
    </w:p>
    <w:p w14:paraId="08F43A9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Кутумбекова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Ислямгалиевна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C78E17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Кошкумбаева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Балтабаевна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Лапшина Лариса Васильевна,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Кадырбекова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Жадра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Жараспаевна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Тофан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Валентина Владимировна,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Жайсенбаева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Берешовна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Досмаилова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Бакитбековна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46D681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3E40F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44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4F606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Утегенова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Лазат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Сабиржанвоа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732485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Абеуова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Сирекпаевна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F0E852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Рамазанова Гульшат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Бауржановна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B16141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Усенова Бахыт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Айтмагамбетовна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Карамергенова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Батыртаевна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Бекова Шолпан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Тюлюгеновна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Ибраева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Кенжекуль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Муратовна.</w:t>
      </w:r>
    </w:p>
    <w:p w14:paraId="390C71F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7D0DD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45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8997C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Досаева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Габитовна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691560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Сейлханова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Кульжан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Жолтаевна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09D6FF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Сарсенбаева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Айслу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Бахтияровна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2DCCCB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Нурмухамбетова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Акылбек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Тулигенович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Ибраева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Рсалды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Кабилмажитовна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Кажбулова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Гульжанат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Жусупова Мадина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Оспанова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Сулейменова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Лазат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Мадиевна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BA56F1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A4194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46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69B73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Шинбулатова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Канзада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Бектыбаевна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0A79D3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Кужумсугурова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Кинжитай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Мулдагалеевна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946283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Нургалиева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Габдоллаевна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381571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Бекмурзина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Инбергеновна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Билялова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Айткаш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Ермаганбетова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Акбота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Жаналыковна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Карамергенова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Анель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Киясовна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Ахметов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Радхан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Магомедович,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Бекмагамбетова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Шапеновна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23F5F60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EB3B2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47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487F1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Бектасова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Алтынай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Аргынгельдиновна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C4052D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Кулатаева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Карашаш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Зоиновна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AB813B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Елеусизова Айнур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Асхатовна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2D96A75" w14:textId="29086E9E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Галаган Наталья Ивановна, Алимова Жанна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Куанышовна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Кукенов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Арман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Утебаева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Айнагуль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Абдикаримовна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Сайпенова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Бахытжановна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Пак Дана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Маулетовна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19D60AE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6E333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48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5AE936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Муслипов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Манарбек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Женисханович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5599D8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Сәдібай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Эльмира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Төлегенқызы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9FD060F" w14:textId="7FADDAC3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Сердюк Наталья Сергеевна;</w:t>
      </w:r>
    </w:p>
    <w:p w14:paraId="1ADE21E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Страмаус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Екатерина Сергеевна,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Балтенова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Салтанат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Закировна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6C7541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F1C08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49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0741AD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Шагабутдинова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Серафимовна;</w:t>
      </w:r>
    </w:p>
    <w:p w14:paraId="11377AF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Женгисов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Жалгас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Сарварович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875E23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Карибаева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Булатовна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D739165" w14:textId="22AC9875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Беисова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Асель Сергеевна, Кенжетаева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Ботагоз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Ермекбаевна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Письмак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Каспаровна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Кенжетаева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Сапаргалиевна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Мантулина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Татьяна Петровна,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Багытов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Науан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Берикович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59DCBD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A21CE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50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3C627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Шарипов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Аркабай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Сабыржанович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E99B20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Семерюк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Александр Петрович;</w:t>
      </w:r>
    </w:p>
    <w:p w14:paraId="094F0DE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Пегалева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Васильевна;</w:t>
      </w:r>
    </w:p>
    <w:p w14:paraId="38D6526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Шамшина Гульшат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Бейсембаевна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Фольверт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Любовь Михайловна,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Цымбалюк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Сергеевна, Байназарова Жанна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Сухомлин Андрей Николаевич,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Кунщикова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Васильевна.</w:t>
      </w:r>
    </w:p>
    <w:p w14:paraId="1125202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502C7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51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C7EF4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Салыкбаева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Рита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Касымкановна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F33939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Бакыт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Сагимбаевна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8B2F4E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Байтасова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Куляш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Хамитовна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46A405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Каримова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Зибагуль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Кажимкановна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Тен Марина.</w:t>
      </w:r>
    </w:p>
    <w:p w14:paraId="4B32740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9A6CD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52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44E395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Раисов Рамазан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Елеусизович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7FA9227" w14:textId="6038A95D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r w:rsidR="009B18F3" w:rsidRPr="00583223">
        <w:rPr>
          <w:rFonts w:ascii="Times New Roman" w:hAnsi="Times New Roman" w:cs="Times New Roman"/>
          <w:sz w:val="28"/>
          <w:szCs w:val="28"/>
        </w:rPr>
        <w:t xml:space="preserve">Шаяхметова Куляш </w:t>
      </w:r>
      <w:proofErr w:type="spellStart"/>
      <w:r w:rsidR="009B18F3" w:rsidRPr="00583223">
        <w:rPr>
          <w:rFonts w:ascii="Times New Roman" w:hAnsi="Times New Roman" w:cs="Times New Roman"/>
          <w:sz w:val="28"/>
          <w:szCs w:val="28"/>
        </w:rPr>
        <w:t>Мыкымовна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2C5A9F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Идрисова Жанна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415A992" w14:textId="312F8D65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Алитанова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Мадина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Сиренко Татьяна Ивановна,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Кумажанова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Камила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Кутепова Анжелика Вячеславовна.</w:t>
      </w:r>
    </w:p>
    <w:p w14:paraId="4E16F4C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B9F6C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53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3CDA6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Кандалина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Татьяна Валентиновна;</w:t>
      </w:r>
    </w:p>
    <w:p w14:paraId="57937E6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Щетинкина Светлана Ефимовна;</w:t>
      </w:r>
    </w:p>
    <w:p w14:paraId="50651F3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Лисогурская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Оксана Михайловна;</w:t>
      </w:r>
    </w:p>
    <w:p w14:paraId="526B6D1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Авдеенко Лариса Владимировна,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Кокорхоева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Галина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Суламбековна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Жуламанова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Нурлановна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Кинтаева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Зауреш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Сункаровна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Досумов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Арман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Сабыржанович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Купеев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Ерболат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Сексенбекович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7E455C6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F6D31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54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0C834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Травкина Галина Николаевна;</w:t>
      </w:r>
    </w:p>
    <w:p w14:paraId="6014180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Зауреш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Рыскильдиевна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DEB707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Оразақ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Нұрбол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Темірболатұлы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C46FCA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Шуханова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Сабиржановна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Елекеев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Аскар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Дильдабекович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Актасова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Алтыншаш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Заркыновна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Дмитриева Татьяна Викторовна, Лунева Татьяна Вячеславовна,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Ахметбекова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Сайлаубайқызы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A57176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291BD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55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1CD52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Ельжасов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Ильяс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Болатханович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B2A03C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Абдыкадыров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Омиртай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Жуматаевич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5E07FA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Бекентаева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Валентина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Тенизбаевна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08DFBA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Бокова Наталья Ивановна, Байрамов Рустам Владимирович, Муханова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Саулегул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Куандыковна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Богдановна, Пащенко Александр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Абасович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Кинтаев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Медет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Сункарович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1FB917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08D96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56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89F7D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Мустафаева Земфира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Гаджимахмудкызы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0F6241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Хазеева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Лилия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Хакимовна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DD33B2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Жантлесова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Мадина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Хамзаевна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B922FB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Кужеков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Талгат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Бертазина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Куляй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Мухаметвалеевна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Нурпеисов Казбек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Сундетович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Дуйсембаева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Темировна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Губайдулина Надежда Анатольевна, Кошелева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723DA82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68686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57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A7A5D6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Бимаганбетов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Ерлангали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Амиргалиевич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35D5F4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Утемисова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Камажай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Сардарбековна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01C149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Абдикаликова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Журсуновна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04F6FE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Комиссарова Екатерина Александровна, Романюк Екатерина Петровна,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Баймұхан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Оразгүл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Қайыржанқызы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Семикоз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Валентина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Исмагиловна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284B27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BFF00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58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68F49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Сабитова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Бейбигуль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Бектурсыновна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A7D3FC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Иманбаева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Тауэкеловна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204316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Муратовна;</w:t>
      </w:r>
    </w:p>
    <w:p w14:paraId="55E7DEC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Жарова Олеся Анатольевна,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Досмакова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Багрий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Юлия Анатольевна,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Ахметбекова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Ажар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Больтириковна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B5B935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30A99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59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E764D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Абишева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Тюлюгеновна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4147B8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Торина Самал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Аблайкановна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0D3A15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Сатымбаева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Жансая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Нағашыбайқызы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1E16266" w14:textId="159539D2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Рогач Светлана Петровна,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Темих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Николаевна,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Уразбекова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Кульбарам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Жаксылыковна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Кудабаева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Гульзат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Темиржановна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bookmarkStart w:id="2" w:name="_Hlk234317006"/>
      <w:r w:rsidR="009B18F3" w:rsidRPr="00583223">
        <w:rPr>
          <w:rFonts w:ascii="Times New Roman" w:hAnsi="Times New Roman" w:cs="Times New Roman"/>
          <w:sz w:val="28"/>
          <w:szCs w:val="28"/>
          <w:lang w:val="kk-KZ"/>
        </w:rPr>
        <w:t>Өмірбаев Дамир Серік</w:t>
      </w:r>
      <w:r w:rsidR="0045375E" w:rsidRPr="00583223">
        <w:rPr>
          <w:rFonts w:ascii="Times New Roman" w:hAnsi="Times New Roman" w:cs="Times New Roman"/>
          <w:sz w:val="28"/>
          <w:szCs w:val="28"/>
          <w:lang w:val="kk-KZ"/>
        </w:rPr>
        <w:t>ұлы</w:t>
      </w:r>
      <w:bookmarkEnd w:id="2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Гедзур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Екатерина Алексеевна.</w:t>
      </w:r>
    </w:p>
    <w:p w14:paraId="3E8883C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35116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60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E9D3FF" w14:textId="504A9E91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Гаджиева Мехрибан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Мехмановна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17691D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Тулепбаева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Жулдызай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CC695E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Нурпеисова Маншук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Женисовна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972088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Арыстан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Нұралы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Нұрланұлы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Рыспаев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Жалгас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Алмасович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Жубанова Айсулу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Баланчивадзе Диана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Онисевна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Возная Екатерина Викторовна, Ершова Елена Васильевна.</w:t>
      </w:r>
    </w:p>
    <w:p w14:paraId="16BEE6A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A3A84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61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57B7F3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Айсина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DCB34A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Салимов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Русланбек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Андарбекович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7AF807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Багрова Наталья Евгеньевна;</w:t>
      </w:r>
    </w:p>
    <w:p w14:paraId="12E0766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Бисимбаева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Советовна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Исимбаева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Раушан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Булатхановна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Проценко Анастасия Петровна,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Инертбаева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Эльмира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Бирюк Елена Алексеевна,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Ерсарина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Лаззат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Евсеевна.</w:t>
      </w:r>
    </w:p>
    <w:p w14:paraId="482B1C1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E193E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62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F477F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Иманова Зухра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Утепбергеновна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DABE1AC" w14:textId="1750E726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r w:rsidR="007907D5" w:rsidRPr="00583223">
        <w:rPr>
          <w:rFonts w:ascii="Times New Roman" w:hAnsi="Times New Roman" w:cs="Times New Roman"/>
          <w:sz w:val="28"/>
          <w:szCs w:val="28"/>
        </w:rPr>
        <w:t>Краснощекова Наталья Николаевна</w:t>
      </w:r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5FD8F9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Степанова Валентина Михайловна;</w:t>
      </w:r>
    </w:p>
    <w:p w14:paraId="2B7AD433" w14:textId="15C06A49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Умурзакова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Камитжановна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r w:rsidR="0045375E" w:rsidRPr="00583223">
        <w:rPr>
          <w:rFonts w:ascii="Times New Roman" w:hAnsi="Times New Roman" w:cs="Times New Roman"/>
          <w:sz w:val="28"/>
          <w:szCs w:val="28"/>
          <w:lang w:val="kk-KZ"/>
        </w:rPr>
        <w:t>Бекжигитова Султана Олеговна</w:t>
      </w:r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r w:rsidR="007907D5" w:rsidRPr="00583223">
        <w:rPr>
          <w:rFonts w:ascii="Times New Roman" w:hAnsi="Times New Roman" w:cs="Times New Roman"/>
          <w:sz w:val="28"/>
          <w:szCs w:val="28"/>
          <w:lang w:val="kk-KZ"/>
        </w:rPr>
        <w:t>Боголюбов Николай Михайлович</w:t>
      </w:r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Узембаева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Кенжеш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Жагипаровна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222B666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04F20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63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C7057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Ещанова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Ануарбековна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C295BC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Увалеева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Исабековна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9B3C2C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Окасова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04531E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Тулепова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Маликовна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Шимбулатова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Гульшат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Закировна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Өтегенова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Айкерім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Қонысбайқызы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Ушкулакова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Гульдана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Акижанова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Асель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Жаксыбаевна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Байтемиров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Мурат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Нурланович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299929D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E5ECC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64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6BA3EF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Кабдулинова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Алибаевна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20DDF6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Бримжанова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Бауржановна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9400DD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Баранник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Айнагуль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Куандыковна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95FDD6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Алгужина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Айгерим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Амировна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Байкужаева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Жанна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Нурлановна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Бажакова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Михайловна, Семашко Анна Александровна, Султанова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Еркебулановна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Дощанов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Талгат Муратович.</w:t>
      </w:r>
    </w:p>
    <w:p w14:paraId="0DBC97C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174FF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65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464543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Белоусова Светлана Борисовна;</w:t>
      </w:r>
    </w:p>
    <w:p w14:paraId="47FF510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Житчаева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Бахитжамал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Ауесхановна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8D4DA1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Москаленко Анастасия Сергеевна;</w:t>
      </w:r>
    </w:p>
    <w:p w14:paraId="08BFFFC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Аршинцева Полина Николаевна, Дрожжина Юлия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Бутугарина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Арайлым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Ирбулатовна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Еркенов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Абирович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8C3163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38B91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66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21712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Тулеубаева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Дамеш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Тулендыевна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3FF089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Сыздыкова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9F9426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Кадырова Жулдыз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Тулеухановна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A75301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Бакиева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Жиханкуль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Ибраимовна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Рыспаева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CC22DC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6231B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67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218E7F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Берсугурова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Зауре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Кундекызыковна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088671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Аманжоловна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BE8D77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Филатова Алла Николаевна;</w:t>
      </w:r>
    </w:p>
    <w:p w14:paraId="1E9DF95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: Мычко Елена Ивановна, Ким Елена Вячеславовна, Валяева Александра Александровна, Захарова Елена Александровна.</w:t>
      </w:r>
    </w:p>
    <w:p w14:paraId="2D728E8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D21B9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68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D7A690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Майленова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Аида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Аяшевна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C1CB35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Шершень Жанна Леонидовна;</w:t>
      </w:r>
    </w:p>
    <w:p w14:paraId="541A1E6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Миргалиева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Султановнв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90D158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Жаксыбаева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Жулдуз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Муратқызы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Купеев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Ермек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Сексенбекович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Анцупова Светлана Николаевна, Иманова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Дейнер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Касымбековна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600D50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F8813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69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81425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Талтакова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Мадина Назаровна;</w:t>
      </w:r>
    </w:p>
    <w:p w14:paraId="29DAE21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Староконь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Марина Михайловна;</w:t>
      </w:r>
    </w:p>
    <w:p w14:paraId="4D20682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Воронкова Анастасия Михайловна;</w:t>
      </w:r>
    </w:p>
    <w:p w14:paraId="6F481A7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Полуносик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Елена Михайловна, Тюрина Кристина Сергеевна, Пивнева Лариса Владимировна, Наумова Наталья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Киякбаева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Лаиковна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Карякина Наталья Владимировна.</w:t>
      </w:r>
    </w:p>
    <w:p w14:paraId="3C2C754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9C6FE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70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7E9AF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Горбачевская Татьяна Андреевна;</w:t>
      </w:r>
    </w:p>
    <w:p w14:paraId="000C7EC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Шерер Наталья Сергеевна;</w:t>
      </w:r>
    </w:p>
    <w:p w14:paraId="7A67775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Смадьярова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Сатыбалдыевна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E5A64E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Тюрин Александр Николаевич, Костюкевич Владлена Владимировна, Власова Любовь Николаевна,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Карашулакова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Айткуль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Сулейменова Лариса Михайловна,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Мнайдарова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Асемкул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Оразгалиевна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1CDCE13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9780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71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3DF44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Джаканова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Айнаш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Мусабаевна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1D1959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Кравченко Дмитрий Геннадьевич;</w:t>
      </w:r>
    </w:p>
    <w:p w14:paraId="7065CD5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Бупежанова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Жулдуз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Амангильдиновна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C82DDD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Мендыкулова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Муратовна, Корниенко Марина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Наурзбеков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Амангельды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Петрова Татьяна Викторовна, Панафидина Ольга Юрьевна,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Марина Сергеевна.</w:t>
      </w:r>
    </w:p>
    <w:p w14:paraId="13846DB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72210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72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76A0D0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Салыков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Амангельды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Сапышович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A83305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Исергепова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Салтанат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Душановна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5E36A0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Зубко Наталья Николаевна;</w:t>
      </w:r>
    </w:p>
    <w:p w14:paraId="40676D4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Жунусова Оксана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Мироновна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Казбекова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Калимжанкызы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Оралбаев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Серик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Абилкайырович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Оспанов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Адлет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Сабыржанович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AD720D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14BEB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73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E532B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Мустафина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Даметкен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Габдувахитовна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BD6A3B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Нурписова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Райхан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Нурахметовна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4528CA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Энна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Инна Александровна;</w:t>
      </w:r>
    </w:p>
    <w:p w14:paraId="0DEAA3EF" w14:textId="2CAFB784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Ткаченко Владимир Игоревич, </w:t>
      </w:r>
      <w:bookmarkStart w:id="3" w:name="_Hlk234317308"/>
      <w:proofErr w:type="spellStart"/>
      <w:r w:rsidR="0045375E" w:rsidRPr="00583223">
        <w:rPr>
          <w:rFonts w:ascii="Times New Roman" w:hAnsi="Times New Roman" w:cs="Times New Roman"/>
          <w:sz w:val="28"/>
          <w:szCs w:val="28"/>
        </w:rPr>
        <w:t>Койшибаев</w:t>
      </w:r>
      <w:proofErr w:type="spellEnd"/>
      <w:r w:rsidR="0045375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375E" w:rsidRPr="00583223">
        <w:rPr>
          <w:rFonts w:ascii="Times New Roman" w:hAnsi="Times New Roman" w:cs="Times New Roman"/>
          <w:sz w:val="28"/>
          <w:szCs w:val="28"/>
        </w:rPr>
        <w:t>Аянберген</w:t>
      </w:r>
      <w:proofErr w:type="spellEnd"/>
      <w:r w:rsidR="0045375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375E" w:rsidRPr="00583223">
        <w:rPr>
          <w:rFonts w:ascii="Times New Roman" w:hAnsi="Times New Roman" w:cs="Times New Roman"/>
          <w:sz w:val="28"/>
          <w:szCs w:val="28"/>
        </w:rPr>
        <w:t>Мухамеджанович</w:t>
      </w:r>
      <w:bookmarkEnd w:id="3"/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Смагулова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Мухтаровна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Ермагамбетова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Камшат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7D9FC35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4DCC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74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67B7B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Жақия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Мөлдір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Маратқызы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1FF71B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Алтай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Қайырхан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Тоқбайқызы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FBB81C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Ермекбаева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Айтмолдиевна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76F986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Чарандаева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Ирина Ивановна, Абишева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Ботагоз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Асылбаевна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Асанова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Бахыткул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Кайпеновна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Молдашева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Лаззат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Коянбаева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Шынар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Есенбаевна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Молдахмет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Ақжол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Ерболұлы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F355AF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EE8EA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75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E3012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Кетебаева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Каламкас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Какимбековна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DB0B56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Казиев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Нуркен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Бауржанович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F2CD22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Федоровская Есения Александровна;</w:t>
      </w:r>
    </w:p>
    <w:p w14:paraId="45877E9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Мурзагалиева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Абдулловна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Бекмагамбетова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Мариям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Талгатовна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Нургалиева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Нарзангуль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Каиржановна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Кусаинова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Гульшат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Тураловна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Кусеубаев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Азамат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Бралинович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Айнабекова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Акмарал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7A10E8F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C6DBD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76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8EDC90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Нуржанов Мурат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Турсынбаевич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547369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Мун Наталья Ивановна;</w:t>
      </w:r>
    </w:p>
    <w:p w14:paraId="180524A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Гуляева Лидия Дмитриевна;</w:t>
      </w:r>
    </w:p>
    <w:p w14:paraId="185BFB8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Таутенова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Аяна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Какимжановна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Бурков Игорь Сергеевич, Имамов Эльдар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Мосагитович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Ажигалиева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Валерьевна.</w:t>
      </w:r>
    </w:p>
    <w:p w14:paraId="1BCE24B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6462A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77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C2A053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Ислямов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Темирбек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Ислямович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3164F8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Бибигуль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Орынбасаровна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9F55AA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Рахилина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Жагипаровна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4A2F76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Жиенгазина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Ажгереевна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Саренова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Роза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Мурзашевна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Айтбаева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Сандугаш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Габдулловна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Туликенова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Сапаровна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AFA229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0E554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78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5EA246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Дисюков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Данияр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Аскербекович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283C32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Галеев Алмат Булатович;</w:t>
      </w:r>
    </w:p>
    <w:p w14:paraId="43E2CEC4" w14:textId="1EA86919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Карпушка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Абилбековна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F230B2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Никитина Наталья Николаевна,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Едигенова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Мухамеджановна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2E6F716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5DF95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851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33940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Сейіт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Ербол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Қанатұлы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9C2184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Майшина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Касымбековна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629FF7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Серикова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Айзада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Алданышовна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43A170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Бигазина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Танаткановна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Кудасова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Шынар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Оспанов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Койман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Сактаганович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Есингожина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Зибагуль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Пишенбаевна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Исергепов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Курманай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Шаймагамбетович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Замира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Куанышпаевна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392341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6552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852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5E062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Карлыгаш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Аманжоловна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F1F9EA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Скачкова Татьяна Михайловна;</w:t>
      </w:r>
    </w:p>
    <w:p w14:paraId="3B15357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Джумабаева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Зоя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Есимжановна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7B1122A" w14:textId="5E87CAA1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Шарипбаева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Ахметкановна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r w:rsidR="0045375E" w:rsidRPr="00583223">
        <w:rPr>
          <w:rFonts w:ascii="Times New Roman" w:hAnsi="Times New Roman" w:cs="Times New Roman"/>
          <w:sz w:val="28"/>
          <w:szCs w:val="28"/>
        </w:rPr>
        <w:t>Нестерова Ирина Вячеславовна</w:t>
      </w:r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Кауметова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Танзиля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Хасмановна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Тургунова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Айнакуль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1F12995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92894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853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A8883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Даненова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Аида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Сайрановна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B7E544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Файзуллаевна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874581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Данагуль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Касмхановна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264A04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Джузикеева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Айнагуль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Бакитжановна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Романенко Ирина Николаевна, Мартынова Светлана Николаевна, Асанов Аскар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Альтиевич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965C4E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3F5DC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854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9FCA9C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Баймолдина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Балтабаевна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D0A0A0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Бектемиров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Эльнур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Нурланович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52F034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Галымжанова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Гульмай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Мергеновна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79ECEF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Бузанова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Лямзия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Байкадамова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Асель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Серикказыевна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Тихонова Лидия Владимировна,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Кабимуллина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Гулбану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Аширхановна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2765E0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010D6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855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6BF55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Надырова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Кинесархановна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1B105F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Алдабергенова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Гуляим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F3EC76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Дуспаева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Бейсенбаевна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6735DE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Алекенова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Амантаевна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Сулейменова Гульнар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Шакировна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Куанышевна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Тапашева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Кинесархановна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Досова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Жанылдык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Ергалеевна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, Гаврилюк Дмитрий Григорьевич.</w:t>
      </w:r>
    </w:p>
    <w:p w14:paraId="52E6515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CA679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856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F4090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Тарасенко Ирина Юрьевна;</w:t>
      </w:r>
    </w:p>
    <w:p w14:paraId="280B4C3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Сивохин Алексей Викторович;</w:t>
      </w:r>
    </w:p>
    <w:p w14:paraId="547727A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Исатаева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Канапьяновна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A3822E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Кыпшакбаев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Аслан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Тыныштыкович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Шаталова Ирина Васильевна,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Таряшинова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Екатерина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Орманбекова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Оразбековна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6A0DD5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57A37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857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274F7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Оспанов Багдат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Сырбаевич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C217C6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Грязнова Наталья Владимировна;</w:t>
      </w:r>
    </w:p>
    <w:p w14:paraId="6BAE36E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Арыстанбекова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Базаркуль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Тулендиевна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57D6B07" w14:textId="7CFB94BC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Ильясова Жулдыз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Алимгазиевна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Турсунова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Жаксылыковна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Тлеугабылов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Мурат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Жанбыршыевич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Жакаев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Арман Муратович,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Алимгазинов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Мендыбаевич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r w:rsidR="0045375E" w:rsidRPr="00583223">
        <w:rPr>
          <w:rFonts w:ascii="Times New Roman" w:hAnsi="Times New Roman" w:cs="Times New Roman"/>
          <w:sz w:val="28"/>
          <w:szCs w:val="28"/>
        </w:rPr>
        <w:t xml:space="preserve">Аренова </w:t>
      </w:r>
      <w:proofErr w:type="spellStart"/>
      <w:r w:rsidR="0045375E" w:rsidRPr="00583223">
        <w:rPr>
          <w:rFonts w:ascii="Times New Roman" w:hAnsi="Times New Roman" w:cs="Times New Roman"/>
          <w:sz w:val="28"/>
          <w:szCs w:val="28"/>
        </w:rPr>
        <w:t>Айгул</w:t>
      </w:r>
      <w:proofErr w:type="spellEnd"/>
      <w:r w:rsidR="0045375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375E" w:rsidRPr="00583223">
        <w:rPr>
          <w:rFonts w:ascii="Times New Roman" w:hAnsi="Times New Roman" w:cs="Times New Roman"/>
          <w:sz w:val="28"/>
          <w:szCs w:val="28"/>
        </w:rPr>
        <w:t>Бакытовна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077FB20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DE73A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858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907290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Будилова Елена Михайловна;</w:t>
      </w:r>
    </w:p>
    <w:p w14:paraId="42BDD23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Кулак Светлана Ивановна;</w:t>
      </w:r>
    </w:p>
    <w:p w14:paraId="0735D48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Симонян Евгения Викторовна;</w:t>
      </w:r>
    </w:p>
    <w:p w14:paraId="37263AD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Малышко Юлия Васильевна, Дегтярева Людмила Григорьевна,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Токтарова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Марта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Сигуева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Ирина Викторовна,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Танатканова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Нуркина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Батима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Ауезхановна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0AD46F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88564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859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62FF3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Белисарова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Зулькарнаевна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67E5D2D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Шерстюк Галина Игоревна;</w:t>
      </w:r>
    </w:p>
    <w:p w14:paraId="76D7927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Швыдченко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Федоровна;</w:t>
      </w:r>
    </w:p>
    <w:p w14:paraId="471A0CA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Аймаганбетов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Медет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Акбасович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Ихсанова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Самал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Сейлкановна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Омарова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Еркинбековна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Саламатова Гульшат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Ескеновна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Матанцева Александра Геннадиевна,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Турсумбаева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Гаухар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4D6482F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001F5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860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BEDA2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Аймухамедов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Казиханович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BC478B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Тасов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Булат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Кабжанович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B58D1A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Акбота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Каримовна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9711D6A" w14:textId="599CC213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Бакубаева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Хосмановна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Жумасаева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Бибигуль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Сагандыковна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Абдуллина Гульнара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Мергенбаевна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Койшибаева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lastRenderedPageBreak/>
        <w:t>Торехановна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Тулешова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Зарина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Сапаргалиевна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Нургалеева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Айнура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Турекановна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2382224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9F58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861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5FD1FE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Карина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Аманатовна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ABE7F7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Исмагилова Марина Николаевна;</w:t>
      </w:r>
    </w:p>
    <w:p w14:paraId="192C02A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Рахимжанова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Аюповна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86F342F" w14:textId="7D9CC6CB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r w:rsidR="00583223" w:rsidRPr="00583223">
        <w:rPr>
          <w:rFonts w:ascii="Times New Roman" w:hAnsi="Times New Roman" w:cs="Times New Roman"/>
          <w:sz w:val="28"/>
          <w:szCs w:val="28"/>
        </w:rPr>
        <w:t xml:space="preserve">Хусаинов </w:t>
      </w:r>
      <w:proofErr w:type="spellStart"/>
      <w:r w:rsidR="00583223" w:rsidRPr="00583223">
        <w:rPr>
          <w:rFonts w:ascii="Times New Roman" w:hAnsi="Times New Roman" w:cs="Times New Roman"/>
          <w:sz w:val="28"/>
          <w:szCs w:val="28"/>
        </w:rPr>
        <w:t>Жаслан</w:t>
      </w:r>
      <w:proofErr w:type="spellEnd"/>
      <w:r w:rsidR="00583223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3223" w:rsidRPr="00583223">
        <w:rPr>
          <w:rFonts w:ascii="Times New Roman" w:hAnsi="Times New Roman" w:cs="Times New Roman"/>
          <w:sz w:val="28"/>
          <w:szCs w:val="28"/>
        </w:rPr>
        <w:t>Ертаргинович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Нурмахина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Абильтаева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Шолпан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Елегеновна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Дастан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Женисович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Ли Диана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Кунаевна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Бекпанова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Зауреш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Айтмагамбетовна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6D31D5A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DE34B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862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98600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Бекбулатова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Акмарал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Балгабаевна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EA83AA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Кудесова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Гульдира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Максутовна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6DE807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Пірімбетова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Оразәліқызы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0F33BB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Халыков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Бахытжан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Есенович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Нурмухамбетова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Акмарал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Сакеновна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Абильтаев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Жанболат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Бисекенова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Айкенже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Гульбана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Жанвековна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Козка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Асем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Калдыбековна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E47615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6EB38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863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8EA293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Гурак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Сергеевна;</w:t>
      </w:r>
    </w:p>
    <w:p w14:paraId="4A3C27D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Молдагалиева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Айсулу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0D0CBC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Дубовик Ольга Валерьевна;</w:t>
      </w:r>
    </w:p>
    <w:p w14:paraId="652764D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Жалмендина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Лейла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Косылбаевна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Рамазанов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Шынгыс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Жуматаевич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Жүсіпбек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Айнаш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Қойшыбекқызы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Тажина Дина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Елубаевна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35579F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35759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864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AEDE34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Кулмагамбетова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Ботагоз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Жумагалиевна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335BDB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Ефремова Наталья Ивановна;</w:t>
      </w:r>
    </w:p>
    <w:p w14:paraId="3FBCE16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Хусаинова Макпал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Боранбаевна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C206C9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Исинтай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Ермухан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Токтарулы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Молдрахметова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Кундыз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Бултриковна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Калиев Самат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Каратаевич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Иралинова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Ляззат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Мирамбековна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12F389F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01AFA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866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BBDC4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Искакова Гульжан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4FF58E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Алпысбаева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Назым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Сартонкызы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301809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Сальменова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Галимгазовна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BAED3F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Тулегенова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Зейнегул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Тулендиевна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Жумасаева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Асель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Сагандыковна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Танатова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Ботакоз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Омирханкызы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Мантуленко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Антон Владимирович.</w:t>
      </w:r>
    </w:p>
    <w:p w14:paraId="4D06333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E6F32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874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0B384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Баяхметова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Орынкул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Балгабаевна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D79A64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Байжанов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Жеткерген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Асилович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EEBBC2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Отеген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346F62A" w14:textId="0A4D1742" w:rsidR="000E64CE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Ислямгалиев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Серик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Нурсултанович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Исмагулова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Гульнур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Ундосыновна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Аманжолова Сауле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Тынышпайкызы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Ташмагамбетова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Гулбану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Иргебаева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Гульсая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Суйеубаева</w:t>
      </w:r>
      <w:proofErr w:type="spellEnd"/>
      <w:r w:rsidR="000E64C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Гульдана</w:t>
      </w:r>
      <w:proofErr w:type="spellEnd"/>
      <w:r w:rsidR="000E64C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Амангельдиновна</w:t>
      </w:r>
      <w:proofErr w:type="spellEnd"/>
      <w:r w:rsidR="000E64CE" w:rsidRPr="00583223">
        <w:rPr>
          <w:rFonts w:ascii="Times New Roman" w:hAnsi="Times New Roman" w:cs="Times New Roman"/>
          <w:sz w:val="28"/>
          <w:szCs w:val="28"/>
        </w:rPr>
        <w:t>.</w:t>
      </w:r>
    </w:p>
    <w:p w14:paraId="51706F32" w14:textId="545E5AB6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66B72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875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8CC21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Койшибаева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Гульмира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Шегебаевна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EFE8FF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Куптурганова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Бахитгуль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Сабижановна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06E51B79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Иманкулова Раушан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Аскаровна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E5B9B72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Мауданова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Бахыт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Жарасбаевна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Бекеев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Арман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Бахытович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Брахметова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Сауле Муратовна, Заикина Оксана Васильевна.</w:t>
      </w:r>
    </w:p>
    <w:p w14:paraId="3B67178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FDF82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876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259170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Белянцева Оксана Юрьевна;</w:t>
      </w:r>
    </w:p>
    <w:p w14:paraId="5A49420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Матышев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Темирлан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Берикович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77756F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Кузнецова Екатерина Анатольевна;</w:t>
      </w:r>
    </w:p>
    <w:p w14:paraId="4851348D" w14:textId="4E2BBC52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Токмаганбет</w:t>
      </w:r>
      <w:proofErr w:type="spellEnd"/>
      <w:r w:rsidR="000E64C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 w:rsidR="000E64C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Мажитовна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Испамбетова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Жанна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Шектубаева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Алтынай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Азирхановна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Шеванова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Алина Олеговна.</w:t>
      </w:r>
    </w:p>
    <w:p w14:paraId="6E59DCB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761E7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877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7CADE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Гринькова Людмила Николаевна;</w:t>
      </w:r>
    </w:p>
    <w:p w14:paraId="6828407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Краснова Дарья Сергеевна;</w:t>
      </w:r>
    </w:p>
    <w:p w14:paraId="6B3F303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Будиловская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Юрьевна;</w:t>
      </w:r>
    </w:p>
    <w:p w14:paraId="72296CEB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Глытнева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Ольга Анатольевна, Сарсенов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Бекзат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Даниярович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Данияров Серик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Ислямович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Сулькеева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Дюсембаевна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Бабчинец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Ильяс Андреевич,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Сералиев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Султан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Кайратович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3A44636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A5BC1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878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2D59C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Мирамова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Жумабике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Жумабековна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3FDA13B7" w14:textId="332ED3E6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bookmarkStart w:id="4" w:name="_Hlk234317924"/>
      <w:r w:rsidR="000E64CE" w:rsidRPr="00583223">
        <w:rPr>
          <w:rFonts w:ascii="Times New Roman" w:hAnsi="Times New Roman" w:cs="Times New Roman"/>
          <w:sz w:val="28"/>
          <w:szCs w:val="28"/>
        </w:rPr>
        <w:t xml:space="preserve">Ибраева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Нургуль</w:t>
      </w:r>
      <w:proofErr w:type="spellEnd"/>
      <w:r w:rsidR="000E64CE"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64CE" w:rsidRPr="00583223">
        <w:rPr>
          <w:rFonts w:ascii="Times New Roman" w:hAnsi="Times New Roman" w:cs="Times New Roman"/>
          <w:sz w:val="28"/>
          <w:szCs w:val="28"/>
        </w:rPr>
        <w:t>Куантаевна</w:t>
      </w:r>
      <w:bookmarkEnd w:id="4"/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C3326F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Кыздарбекова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Акжибек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Орынбаевна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416A1F7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Жанабаева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Фариза Муратовна,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Кульбабенова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Самал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Назарбаевна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Шалдыбаева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Аида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Кадырхановна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Сұлтанов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Қабдрахман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Қабдікәрімұлы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Джумадилова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Гулден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Есеновна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Сатпаев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Галымбекович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1F45838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D48CF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879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30CA4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Жиенгалиева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Динара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Сагидукасовна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3CCEAD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Нукешов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Ринат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Каскырбаевич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175B482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Шайсултанов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Адилет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Бауржанович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3EAC8AC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Шагатаев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Салмагамбет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Елеубаевич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Тугельбаев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Тенизбаевич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Рахымов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Турар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Балтабаевич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Байтенова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Алма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Дарменовна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.</w:t>
      </w:r>
    </w:p>
    <w:p w14:paraId="0121282F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0F414D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880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4929F4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lastRenderedPageBreak/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- Цыганова Татьяна Евгеньевна;</w:t>
      </w:r>
    </w:p>
    <w:p w14:paraId="55DB21C6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Төлеген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Айман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Әзімбекқызы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52AB823E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Валюс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Наталья Николаевна;</w:t>
      </w:r>
    </w:p>
    <w:p w14:paraId="18B07225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Макубаева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Айслу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Маратовна,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Жетпспаева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Асель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Болатовна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Белоцерковская Валентина Васильевна,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Тукешова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Анастасия Викторовна.</w:t>
      </w:r>
    </w:p>
    <w:p w14:paraId="4417C551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98007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30C55" w:rsidRPr="00583223">
        <w:rPr>
          <w:rFonts w:ascii="Times New Roman" w:hAnsi="Times New Roman" w:cs="Times New Roman"/>
          <w:b/>
          <w:sz w:val="28"/>
          <w:szCs w:val="28"/>
        </w:rPr>
        <w:t>882</w:t>
      </w:r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учаскесі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4B170F3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Сакиева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Жадыра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Олеговна;</w:t>
      </w:r>
    </w:p>
    <w:p w14:paraId="4646DD0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Төраға</w:t>
      </w:r>
      <w:proofErr w:type="spellEnd"/>
      <w:r w:rsidRPr="005832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Елеуов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Канат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Даулетович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279A9C68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Авбакирова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Айшагуль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Жансултановна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>;</w:t>
      </w:r>
    </w:p>
    <w:p w14:paraId="716EF81A" w14:textId="77777777" w:rsidR="009F4643" w:rsidRPr="00583223" w:rsidRDefault="009F4643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223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583223">
        <w:rPr>
          <w:rFonts w:ascii="Times New Roman" w:hAnsi="Times New Roman" w:cs="Times New Roman"/>
          <w:b/>
          <w:sz w:val="28"/>
          <w:szCs w:val="28"/>
        </w:rPr>
        <w:t>мүшелері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Адильбекова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Кымбат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Алпыспаева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Гульбану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Нурахметовна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Байтаева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Гаухар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Нурлановна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83223">
        <w:rPr>
          <w:rFonts w:ascii="Times New Roman" w:hAnsi="Times New Roman" w:cs="Times New Roman"/>
          <w:sz w:val="28"/>
          <w:szCs w:val="28"/>
        </w:rPr>
        <w:t>Масалимова</w:t>
      </w:r>
      <w:proofErr w:type="spellEnd"/>
      <w:r w:rsidRPr="00583223">
        <w:rPr>
          <w:rFonts w:ascii="Times New Roman" w:hAnsi="Times New Roman" w:cs="Times New Roman"/>
          <w:sz w:val="28"/>
          <w:szCs w:val="28"/>
        </w:rPr>
        <w:t xml:space="preserve"> Гульмира Муратовна.</w:t>
      </w:r>
    </w:p>
    <w:p w14:paraId="4930F1BC" w14:textId="77777777" w:rsidR="00BB2874" w:rsidRPr="00583223" w:rsidRDefault="00BB2874" w:rsidP="00790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75B68F89" w14:textId="77777777" w:rsidR="00BB2874" w:rsidRPr="00583223" w:rsidRDefault="00BB2874" w:rsidP="00790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77AD7D97" w14:textId="41099C20" w:rsidR="00BB2874" w:rsidRPr="00583223" w:rsidRDefault="00BB2874" w:rsidP="007907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Дауыс беру 2026 жылғы 2</w:t>
      </w:r>
      <w:r w:rsid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9</w:t>
      </w:r>
      <w:r w:rsidRP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</w:t>
      </w:r>
      <w:r w:rsid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>қарашада</w:t>
      </w:r>
      <w:r w:rsidRPr="00583223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  <w:t xml:space="preserve"> сағат 7.00-ден бастап сағат 20.00-ге дейін өтеді.</w:t>
      </w:r>
    </w:p>
    <w:p w14:paraId="55B80FC0" w14:textId="77777777" w:rsidR="00BB2874" w:rsidRPr="00583223" w:rsidRDefault="00BB2874" w:rsidP="007907D5">
      <w:pPr>
        <w:tabs>
          <w:tab w:val="left" w:pos="180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kk-KZ" w:eastAsia="ru-RU"/>
        </w:rPr>
      </w:pPr>
    </w:p>
    <w:p w14:paraId="1141295F" w14:textId="77777777" w:rsidR="00BB2874" w:rsidRPr="00583223" w:rsidRDefault="005B1F86" w:rsidP="00790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322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Қостанай қаласының </w:t>
      </w:r>
      <w:r w:rsidR="00BB2874" w:rsidRPr="005832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аумақтық </w:t>
      </w:r>
    </w:p>
    <w:p w14:paraId="0BDCD537" w14:textId="77777777" w:rsidR="00BB2874" w:rsidRPr="00583223" w:rsidRDefault="00BB2874" w:rsidP="007907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832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комиссиясының төрағасы</w:t>
      </w:r>
    </w:p>
    <w:p w14:paraId="31EC5F32" w14:textId="77777777" w:rsidR="00816770" w:rsidRPr="00583223" w:rsidRDefault="00816770" w:rsidP="007907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0CCE30" w14:textId="77777777" w:rsidR="00BB2874" w:rsidRPr="00583223" w:rsidRDefault="00BB2874" w:rsidP="007907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4EFD27" w14:textId="77777777" w:rsidR="0033640A" w:rsidRPr="00583223" w:rsidRDefault="0033640A" w:rsidP="007907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352825C" w14:textId="77777777" w:rsidR="000E42A1" w:rsidRPr="00583223" w:rsidRDefault="000E42A1" w:rsidP="007907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5FB7F2" w14:textId="77777777" w:rsidR="0071490A" w:rsidRPr="00583223" w:rsidRDefault="0071490A" w:rsidP="007907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20A56A" w14:textId="77777777" w:rsidR="000E42A1" w:rsidRPr="00583223" w:rsidRDefault="000E42A1" w:rsidP="007907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76BFED" w14:textId="77777777" w:rsidR="000E42A1" w:rsidRPr="00583223" w:rsidRDefault="000E42A1" w:rsidP="007907D5">
      <w:pPr>
        <w:tabs>
          <w:tab w:val="left" w:pos="6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83223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2FADE102" w14:textId="77777777" w:rsidR="00300E0F" w:rsidRPr="00583223" w:rsidRDefault="00300E0F" w:rsidP="007907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00E0F" w:rsidRPr="00583223" w:rsidSect="00692CD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6472180">
    <w:abstractNumId w:val="8"/>
  </w:num>
  <w:num w:numId="2" w16cid:durableId="865868356">
    <w:abstractNumId w:val="6"/>
  </w:num>
  <w:num w:numId="3" w16cid:durableId="1489784755">
    <w:abstractNumId w:val="5"/>
  </w:num>
  <w:num w:numId="4" w16cid:durableId="708603257">
    <w:abstractNumId w:val="4"/>
  </w:num>
  <w:num w:numId="5" w16cid:durableId="24183756">
    <w:abstractNumId w:val="7"/>
  </w:num>
  <w:num w:numId="6" w16cid:durableId="547761010">
    <w:abstractNumId w:val="3"/>
  </w:num>
  <w:num w:numId="7" w16cid:durableId="1606768313">
    <w:abstractNumId w:val="2"/>
  </w:num>
  <w:num w:numId="8" w16cid:durableId="1261254754">
    <w:abstractNumId w:val="1"/>
  </w:num>
  <w:num w:numId="9" w16cid:durableId="391580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CD1"/>
    <w:rsid w:val="00013CB6"/>
    <w:rsid w:val="0001488D"/>
    <w:rsid w:val="000207C1"/>
    <w:rsid w:val="0002637B"/>
    <w:rsid w:val="00080F3D"/>
    <w:rsid w:val="00092F09"/>
    <w:rsid w:val="000A75F2"/>
    <w:rsid w:val="000C0673"/>
    <w:rsid w:val="000C2DEF"/>
    <w:rsid w:val="000C3353"/>
    <w:rsid w:val="000C40BA"/>
    <w:rsid w:val="000D7CBC"/>
    <w:rsid w:val="000E42A1"/>
    <w:rsid w:val="000E64CE"/>
    <w:rsid w:val="000E6C87"/>
    <w:rsid w:val="00105AD1"/>
    <w:rsid w:val="001075E0"/>
    <w:rsid w:val="00110977"/>
    <w:rsid w:val="00143FB1"/>
    <w:rsid w:val="0014674D"/>
    <w:rsid w:val="00150DCC"/>
    <w:rsid w:val="00154E8A"/>
    <w:rsid w:val="0015503A"/>
    <w:rsid w:val="00165D86"/>
    <w:rsid w:val="00181206"/>
    <w:rsid w:val="001927FF"/>
    <w:rsid w:val="001A06BB"/>
    <w:rsid w:val="001B22B6"/>
    <w:rsid w:val="001C364B"/>
    <w:rsid w:val="001E0D8F"/>
    <w:rsid w:val="001E1C45"/>
    <w:rsid w:val="001E50F4"/>
    <w:rsid w:val="00204422"/>
    <w:rsid w:val="00207F8B"/>
    <w:rsid w:val="00215070"/>
    <w:rsid w:val="00220EBD"/>
    <w:rsid w:val="00226666"/>
    <w:rsid w:val="0023225F"/>
    <w:rsid w:val="0024105D"/>
    <w:rsid w:val="002433CD"/>
    <w:rsid w:val="00247B21"/>
    <w:rsid w:val="00262DB9"/>
    <w:rsid w:val="002676A1"/>
    <w:rsid w:val="00267AA9"/>
    <w:rsid w:val="00270180"/>
    <w:rsid w:val="0027367A"/>
    <w:rsid w:val="0027466C"/>
    <w:rsid w:val="00276C8F"/>
    <w:rsid w:val="002952BE"/>
    <w:rsid w:val="002C0F24"/>
    <w:rsid w:val="002D0BEE"/>
    <w:rsid w:val="002D1A1B"/>
    <w:rsid w:val="002F095E"/>
    <w:rsid w:val="002F4B4E"/>
    <w:rsid w:val="00300E0F"/>
    <w:rsid w:val="00324337"/>
    <w:rsid w:val="003330CE"/>
    <w:rsid w:val="0033640A"/>
    <w:rsid w:val="003423A9"/>
    <w:rsid w:val="00355249"/>
    <w:rsid w:val="00356EA6"/>
    <w:rsid w:val="00364818"/>
    <w:rsid w:val="00372165"/>
    <w:rsid w:val="003722FA"/>
    <w:rsid w:val="003736D0"/>
    <w:rsid w:val="00380DA9"/>
    <w:rsid w:val="00384003"/>
    <w:rsid w:val="00392E1C"/>
    <w:rsid w:val="00393488"/>
    <w:rsid w:val="00396A71"/>
    <w:rsid w:val="003A0D58"/>
    <w:rsid w:val="003B1369"/>
    <w:rsid w:val="003B2364"/>
    <w:rsid w:val="003D44F2"/>
    <w:rsid w:val="003D5D0A"/>
    <w:rsid w:val="003E0673"/>
    <w:rsid w:val="003E5E1A"/>
    <w:rsid w:val="003F3DF2"/>
    <w:rsid w:val="004032D7"/>
    <w:rsid w:val="004069E2"/>
    <w:rsid w:val="004145F3"/>
    <w:rsid w:val="00417A74"/>
    <w:rsid w:val="00433226"/>
    <w:rsid w:val="00451158"/>
    <w:rsid w:val="0045375E"/>
    <w:rsid w:val="00453C01"/>
    <w:rsid w:val="00455CF8"/>
    <w:rsid w:val="004619A7"/>
    <w:rsid w:val="004709B1"/>
    <w:rsid w:val="00472241"/>
    <w:rsid w:val="00472E9F"/>
    <w:rsid w:val="00484DB3"/>
    <w:rsid w:val="004A7FFE"/>
    <w:rsid w:val="004C57FA"/>
    <w:rsid w:val="004C7A69"/>
    <w:rsid w:val="004D0102"/>
    <w:rsid w:val="004D5DDC"/>
    <w:rsid w:val="004E5C07"/>
    <w:rsid w:val="004F13F0"/>
    <w:rsid w:val="004F2FC9"/>
    <w:rsid w:val="004F4854"/>
    <w:rsid w:val="004F68B3"/>
    <w:rsid w:val="00530C55"/>
    <w:rsid w:val="005342BB"/>
    <w:rsid w:val="0054178A"/>
    <w:rsid w:val="00575A57"/>
    <w:rsid w:val="00577F7C"/>
    <w:rsid w:val="00583223"/>
    <w:rsid w:val="00586FD2"/>
    <w:rsid w:val="005A276F"/>
    <w:rsid w:val="005A5BB8"/>
    <w:rsid w:val="005B1F86"/>
    <w:rsid w:val="005B5951"/>
    <w:rsid w:val="005B5B75"/>
    <w:rsid w:val="005B5CDE"/>
    <w:rsid w:val="005C010E"/>
    <w:rsid w:val="005C53DB"/>
    <w:rsid w:val="005D7CF5"/>
    <w:rsid w:val="005E1BDE"/>
    <w:rsid w:val="005E6D31"/>
    <w:rsid w:val="005F1115"/>
    <w:rsid w:val="005F2BE9"/>
    <w:rsid w:val="005F433B"/>
    <w:rsid w:val="005F7FDE"/>
    <w:rsid w:val="00601470"/>
    <w:rsid w:val="00633457"/>
    <w:rsid w:val="00642DFA"/>
    <w:rsid w:val="00645B25"/>
    <w:rsid w:val="006538FD"/>
    <w:rsid w:val="00656050"/>
    <w:rsid w:val="00666034"/>
    <w:rsid w:val="00671805"/>
    <w:rsid w:val="00672D37"/>
    <w:rsid w:val="00692CD1"/>
    <w:rsid w:val="00696B69"/>
    <w:rsid w:val="00697C7E"/>
    <w:rsid w:val="006A1115"/>
    <w:rsid w:val="006A2C55"/>
    <w:rsid w:val="006B0679"/>
    <w:rsid w:val="006B4518"/>
    <w:rsid w:val="006C4CF9"/>
    <w:rsid w:val="006E773E"/>
    <w:rsid w:val="006F3542"/>
    <w:rsid w:val="00711E50"/>
    <w:rsid w:val="00713850"/>
    <w:rsid w:val="0071490A"/>
    <w:rsid w:val="007236B5"/>
    <w:rsid w:val="007267E0"/>
    <w:rsid w:val="007300E6"/>
    <w:rsid w:val="00731B43"/>
    <w:rsid w:val="00745E0E"/>
    <w:rsid w:val="00753724"/>
    <w:rsid w:val="00753868"/>
    <w:rsid w:val="007602A8"/>
    <w:rsid w:val="007856BA"/>
    <w:rsid w:val="007907D5"/>
    <w:rsid w:val="007A7B4F"/>
    <w:rsid w:val="007B00A8"/>
    <w:rsid w:val="007B64E9"/>
    <w:rsid w:val="007C4CED"/>
    <w:rsid w:val="007D7EA8"/>
    <w:rsid w:val="00802186"/>
    <w:rsid w:val="0080649B"/>
    <w:rsid w:val="008148C1"/>
    <w:rsid w:val="00816355"/>
    <w:rsid w:val="00816770"/>
    <w:rsid w:val="008230F7"/>
    <w:rsid w:val="00840DCA"/>
    <w:rsid w:val="008450D4"/>
    <w:rsid w:val="00847B41"/>
    <w:rsid w:val="00855B98"/>
    <w:rsid w:val="0085710B"/>
    <w:rsid w:val="0086609B"/>
    <w:rsid w:val="00880BE9"/>
    <w:rsid w:val="00887116"/>
    <w:rsid w:val="00893166"/>
    <w:rsid w:val="00896070"/>
    <w:rsid w:val="008B257B"/>
    <w:rsid w:val="008C1307"/>
    <w:rsid w:val="008C1DD1"/>
    <w:rsid w:val="008C2AD9"/>
    <w:rsid w:val="008C75A6"/>
    <w:rsid w:val="00907A3C"/>
    <w:rsid w:val="0092098F"/>
    <w:rsid w:val="00974A05"/>
    <w:rsid w:val="00981EE9"/>
    <w:rsid w:val="009A4A88"/>
    <w:rsid w:val="009A7970"/>
    <w:rsid w:val="009B18F3"/>
    <w:rsid w:val="009C6DA9"/>
    <w:rsid w:val="009D21B3"/>
    <w:rsid w:val="009D31B5"/>
    <w:rsid w:val="009D762A"/>
    <w:rsid w:val="009E08B6"/>
    <w:rsid w:val="009F0A66"/>
    <w:rsid w:val="009F1C0B"/>
    <w:rsid w:val="009F4643"/>
    <w:rsid w:val="00A000DE"/>
    <w:rsid w:val="00A037FB"/>
    <w:rsid w:val="00A30778"/>
    <w:rsid w:val="00A55FC1"/>
    <w:rsid w:val="00A71538"/>
    <w:rsid w:val="00AB27F8"/>
    <w:rsid w:val="00AB34AF"/>
    <w:rsid w:val="00AB689D"/>
    <w:rsid w:val="00AD2C70"/>
    <w:rsid w:val="00AD4D29"/>
    <w:rsid w:val="00AE12E4"/>
    <w:rsid w:val="00AE4BBD"/>
    <w:rsid w:val="00AF0B5C"/>
    <w:rsid w:val="00B00A0A"/>
    <w:rsid w:val="00B01D65"/>
    <w:rsid w:val="00B04BFA"/>
    <w:rsid w:val="00B17C53"/>
    <w:rsid w:val="00B86654"/>
    <w:rsid w:val="00B9094B"/>
    <w:rsid w:val="00BB0272"/>
    <w:rsid w:val="00BB13F9"/>
    <w:rsid w:val="00BB27CA"/>
    <w:rsid w:val="00BB2874"/>
    <w:rsid w:val="00BB4E9A"/>
    <w:rsid w:val="00BB60C2"/>
    <w:rsid w:val="00BB7AB1"/>
    <w:rsid w:val="00BD176A"/>
    <w:rsid w:val="00BF03E0"/>
    <w:rsid w:val="00BF4F91"/>
    <w:rsid w:val="00C029B6"/>
    <w:rsid w:val="00C0472C"/>
    <w:rsid w:val="00C102A0"/>
    <w:rsid w:val="00C2778C"/>
    <w:rsid w:val="00C36695"/>
    <w:rsid w:val="00C42EFD"/>
    <w:rsid w:val="00C76E45"/>
    <w:rsid w:val="00C80542"/>
    <w:rsid w:val="00C8373E"/>
    <w:rsid w:val="00C857AB"/>
    <w:rsid w:val="00C90224"/>
    <w:rsid w:val="00C91A0F"/>
    <w:rsid w:val="00CA113D"/>
    <w:rsid w:val="00CA16FE"/>
    <w:rsid w:val="00CB6DAB"/>
    <w:rsid w:val="00CB785C"/>
    <w:rsid w:val="00CD5142"/>
    <w:rsid w:val="00CE7DC7"/>
    <w:rsid w:val="00CF3D99"/>
    <w:rsid w:val="00CF6A59"/>
    <w:rsid w:val="00D13B4F"/>
    <w:rsid w:val="00D33D1F"/>
    <w:rsid w:val="00D3652C"/>
    <w:rsid w:val="00D43198"/>
    <w:rsid w:val="00D51BD2"/>
    <w:rsid w:val="00D71F62"/>
    <w:rsid w:val="00D74E56"/>
    <w:rsid w:val="00D8242E"/>
    <w:rsid w:val="00DA7298"/>
    <w:rsid w:val="00DE37AD"/>
    <w:rsid w:val="00DE6C28"/>
    <w:rsid w:val="00DF07F8"/>
    <w:rsid w:val="00E06DF7"/>
    <w:rsid w:val="00E16FAF"/>
    <w:rsid w:val="00E170DC"/>
    <w:rsid w:val="00E243EB"/>
    <w:rsid w:val="00E35B10"/>
    <w:rsid w:val="00E40733"/>
    <w:rsid w:val="00E624E0"/>
    <w:rsid w:val="00E67338"/>
    <w:rsid w:val="00E83908"/>
    <w:rsid w:val="00E84DED"/>
    <w:rsid w:val="00E86308"/>
    <w:rsid w:val="00E86AB5"/>
    <w:rsid w:val="00E872D1"/>
    <w:rsid w:val="00E873A4"/>
    <w:rsid w:val="00EA06A8"/>
    <w:rsid w:val="00EB0D99"/>
    <w:rsid w:val="00EB2868"/>
    <w:rsid w:val="00EC2DCD"/>
    <w:rsid w:val="00EC3CA2"/>
    <w:rsid w:val="00EC6BDE"/>
    <w:rsid w:val="00ED1563"/>
    <w:rsid w:val="00ED23F2"/>
    <w:rsid w:val="00ED5A19"/>
    <w:rsid w:val="00EE5516"/>
    <w:rsid w:val="00EF3A15"/>
    <w:rsid w:val="00EF5CB7"/>
    <w:rsid w:val="00F10FF1"/>
    <w:rsid w:val="00F127AF"/>
    <w:rsid w:val="00F20499"/>
    <w:rsid w:val="00F358C4"/>
    <w:rsid w:val="00F4302E"/>
    <w:rsid w:val="00F51730"/>
    <w:rsid w:val="00F623B0"/>
    <w:rsid w:val="00F62870"/>
    <w:rsid w:val="00F64413"/>
    <w:rsid w:val="00FA15AC"/>
    <w:rsid w:val="00FA2445"/>
    <w:rsid w:val="00FB27A6"/>
    <w:rsid w:val="00FC3D9C"/>
    <w:rsid w:val="00FD2A25"/>
    <w:rsid w:val="00FE1162"/>
    <w:rsid w:val="00FE7573"/>
    <w:rsid w:val="00FF16D3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9712"/>
  <w15:docId w15:val="{56A5DBF4-1928-4416-8859-A83AE89F0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00E0F"/>
  </w:style>
  <w:style w:type="paragraph" w:styleId="1">
    <w:name w:val="heading 1"/>
    <w:basedOn w:val="a1"/>
    <w:next w:val="a1"/>
    <w:link w:val="10"/>
    <w:uiPriority w:val="9"/>
    <w:qFormat/>
    <w:rsid w:val="009F46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1">
    <w:name w:val="heading 2"/>
    <w:basedOn w:val="a1"/>
    <w:next w:val="a1"/>
    <w:link w:val="22"/>
    <w:uiPriority w:val="9"/>
    <w:unhideWhenUsed/>
    <w:qFormat/>
    <w:rsid w:val="009F46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1">
    <w:name w:val="heading 3"/>
    <w:basedOn w:val="a1"/>
    <w:next w:val="a1"/>
    <w:link w:val="32"/>
    <w:uiPriority w:val="9"/>
    <w:unhideWhenUsed/>
    <w:qFormat/>
    <w:rsid w:val="009F46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val="en-US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9F46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9F464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F464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F464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F464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F464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692CD1"/>
    <w:rPr>
      <w:color w:val="0000FF" w:themeColor="hyperlink"/>
      <w:u w:val="single"/>
    </w:rPr>
  </w:style>
  <w:style w:type="paragraph" w:styleId="a6">
    <w:name w:val="Revision"/>
    <w:hidden/>
    <w:uiPriority w:val="99"/>
    <w:semiHidden/>
    <w:rsid w:val="00207F8B"/>
    <w:pPr>
      <w:spacing w:after="0" w:line="240" w:lineRule="auto"/>
    </w:pPr>
  </w:style>
  <w:style w:type="paragraph" w:styleId="a7">
    <w:name w:val="Balloon Text"/>
    <w:basedOn w:val="a1"/>
    <w:link w:val="a8"/>
    <w:uiPriority w:val="99"/>
    <w:semiHidden/>
    <w:unhideWhenUsed/>
    <w:rsid w:val="00207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2"/>
    <w:link w:val="a7"/>
    <w:uiPriority w:val="99"/>
    <w:semiHidden/>
    <w:rsid w:val="00207F8B"/>
    <w:rPr>
      <w:rFonts w:ascii="Tahoma" w:hAnsi="Tahoma" w:cs="Tahoma"/>
      <w:sz w:val="16"/>
      <w:szCs w:val="16"/>
    </w:rPr>
  </w:style>
  <w:style w:type="paragraph" w:styleId="HTML">
    <w:name w:val="HTML Preformatted"/>
    <w:basedOn w:val="a1"/>
    <w:link w:val="HTML0"/>
    <w:uiPriority w:val="99"/>
    <w:semiHidden/>
    <w:unhideWhenUsed/>
    <w:rsid w:val="00E16F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semiHidden/>
    <w:rsid w:val="00E16FA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2"/>
    <w:rsid w:val="00E16FAF"/>
  </w:style>
  <w:style w:type="character" w:customStyle="1" w:styleId="10">
    <w:name w:val="Заголовок 1 Знак"/>
    <w:basedOn w:val="a2"/>
    <w:link w:val="1"/>
    <w:uiPriority w:val="9"/>
    <w:rsid w:val="009F46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2">
    <w:name w:val="Заголовок 2 Знак"/>
    <w:basedOn w:val="a2"/>
    <w:link w:val="21"/>
    <w:uiPriority w:val="9"/>
    <w:rsid w:val="009F46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2">
    <w:name w:val="Заголовок 3 Знак"/>
    <w:basedOn w:val="a2"/>
    <w:link w:val="31"/>
    <w:uiPriority w:val="9"/>
    <w:rsid w:val="009F4643"/>
    <w:rPr>
      <w:rFonts w:asciiTheme="majorHAnsi" w:eastAsiaTheme="majorEastAsia" w:hAnsiTheme="majorHAnsi" w:cstheme="majorBidi"/>
      <w:b/>
      <w:bCs/>
      <w:color w:val="4F81BD" w:themeColor="accent1"/>
      <w:sz w:val="28"/>
      <w:lang w:val="en-US"/>
    </w:rPr>
  </w:style>
  <w:style w:type="character" w:customStyle="1" w:styleId="40">
    <w:name w:val="Заголовок 4 Знак"/>
    <w:basedOn w:val="a2"/>
    <w:link w:val="4"/>
    <w:uiPriority w:val="9"/>
    <w:semiHidden/>
    <w:rsid w:val="009F4643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val="en-US"/>
    </w:rPr>
  </w:style>
  <w:style w:type="character" w:customStyle="1" w:styleId="50">
    <w:name w:val="Заголовок 5 Знак"/>
    <w:basedOn w:val="a2"/>
    <w:link w:val="5"/>
    <w:uiPriority w:val="9"/>
    <w:semiHidden/>
    <w:rsid w:val="009F4643"/>
    <w:rPr>
      <w:rFonts w:asciiTheme="majorHAnsi" w:eastAsiaTheme="majorEastAsia" w:hAnsiTheme="majorHAnsi" w:cstheme="majorBidi"/>
      <w:color w:val="243F60" w:themeColor="accent1" w:themeShade="7F"/>
      <w:sz w:val="28"/>
      <w:lang w:val="en-US"/>
    </w:rPr>
  </w:style>
  <w:style w:type="character" w:customStyle="1" w:styleId="60">
    <w:name w:val="Заголовок 6 Знак"/>
    <w:basedOn w:val="a2"/>
    <w:link w:val="6"/>
    <w:uiPriority w:val="9"/>
    <w:semiHidden/>
    <w:rsid w:val="009F4643"/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val="en-US"/>
    </w:rPr>
  </w:style>
  <w:style w:type="character" w:customStyle="1" w:styleId="70">
    <w:name w:val="Заголовок 7 Знак"/>
    <w:basedOn w:val="a2"/>
    <w:link w:val="7"/>
    <w:uiPriority w:val="9"/>
    <w:semiHidden/>
    <w:rsid w:val="009F4643"/>
    <w:rPr>
      <w:rFonts w:asciiTheme="majorHAnsi" w:eastAsiaTheme="majorEastAsia" w:hAnsiTheme="majorHAnsi" w:cstheme="majorBidi"/>
      <w:i/>
      <w:iCs/>
      <w:color w:val="404040" w:themeColor="text1" w:themeTint="BF"/>
      <w:sz w:val="28"/>
      <w:lang w:val="en-US"/>
    </w:rPr>
  </w:style>
  <w:style w:type="character" w:customStyle="1" w:styleId="80">
    <w:name w:val="Заголовок 8 Знак"/>
    <w:basedOn w:val="a2"/>
    <w:link w:val="8"/>
    <w:uiPriority w:val="9"/>
    <w:semiHidden/>
    <w:rsid w:val="009F4643"/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character" w:customStyle="1" w:styleId="90">
    <w:name w:val="Заголовок 9 Знак"/>
    <w:basedOn w:val="a2"/>
    <w:link w:val="9"/>
    <w:uiPriority w:val="9"/>
    <w:semiHidden/>
    <w:rsid w:val="009F46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a9">
    <w:name w:val="header"/>
    <w:basedOn w:val="a1"/>
    <w:link w:val="aa"/>
    <w:uiPriority w:val="99"/>
    <w:unhideWhenUsed/>
    <w:rsid w:val="009F46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8"/>
      <w:lang w:val="en-US"/>
    </w:rPr>
  </w:style>
  <w:style w:type="character" w:customStyle="1" w:styleId="aa">
    <w:name w:val="Верхний колонтитул Знак"/>
    <w:basedOn w:val="a2"/>
    <w:link w:val="a9"/>
    <w:uiPriority w:val="99"/>
    <w:rsid w:val="009F4643"/>
    <w:rPr>
      <w:rFonts w:ascii="Times New Roman" w:eastAsia="Times New Roman" w:hAnsi="Times New Roman"/>
      <w:sz w:val="28"/>
      <w:lang w:val="en-US"/>
    </w:rPr>
  </w:style>
  <w:style w:type="paragraph" w:styleId="ab">
    <w:name w:val="footer"/>
    <w:basedOn w:val="a1"/>
    <w:link w:val="ac"/>
    <w:uiPriority w:val="99"/>
    <w:unhideWhenUsed/>
    <w:rsid w:val="009F464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8"/>
      <w:lang w:val="en-US"/>
    </w:rPr>
  </w:style>
  <w:style w:type="character" w:customStyle="1" w:styleId="ac">
    <w:name w:val="Нижний колонтитул Знак"/>
    <w:basedOn w:val="a2"/>
    <w:link w:val="ab"/>
    <w:uiPriority w:val="99"/>
    <w:rsid w:val="009F4643"/>
    <w:rPr>
      <w:rFonts w:ascii="Times New Roman" w:eastAsia="Times New Roman" w:hAnsi="Times New Roman"/>
      <w:sz w:val="28"/>
      <w:lang w:val="en-US"/>
    </w:rPr>
  </w:style>
  <w:style w:type="paragraph" w:styleId="ad">
    <w:name w:val="No Spacing"/>
    <w:uiPriority w:val="1"/>
    <w:qFormat/>
    <w:rsid w:val="009F4643"/>
    <w:pPr>
      <w:spacing w:after="0" w:line="240" w:lineRule="auto"/>
    </w:pPr>
    <w:rPr>
      <w:rFonts w:eastAsiaTheme="minorEastAsia"/>
      <w:lang w:val="en-US"/>
    </w:rPr>
  </w:style>
  <w:style w:type="paragraph" w:styleId="ae">
    <w:name w:val="Title"/>
    <w:basedOn w:val="a1"/>
    <w:next w:val="a1"/>
    <w:link w:val="af"/>
    <w:uiPriority w:val="10"/>
    <w:qFormat/>
    <w:rsid w:val="009F46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Заголовок Знак"/>
    <w:basedOn w:val="a2"/>
    <w:link w:val="ae"/>
    <w:uiPriority w:val="10"/>
    <w:rsid w:val="009F46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f0">
    <w:name w:val="Subtitle"/>
    <w:basedOn w:val="a1"/>
    <w:next w:val="a1"/>
    <w:link w:val="af1"/>
    <w:uiPriority w:val="11"/>
    <w:qFormat/>
    <w:rsid w:val="009F46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2"/>
    <w:link w:val="af0"/>
    <w:uiPriority w:val="11"/>
    <w:rsid w:val="009F46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f2">
    <w:name w:val="List Paragraph"/>
    <w:basedOn w:val="a1"/>
    <w:uiPriority w:val="34"/>
    <w:qFormat/>
    <w:rsid w:val="009F4643"/>
    <w:pPr>
      <w:ind w:left="720"/>
      <w:contextualSpacing/>
    </w:pPr>
    <w:rPr>
      <w:rFonts w:ascii="Times New Roman" w:eastAsia="Times New Roman" w:hAnsi="Times New Roman"/>
      <w:sz w:val="28"/>
      <w:lang w:val="en-US"/>
    </w:rPr>
  </w:style>
  <w:style w:type="paragraph" w:styleId="af3">
    <w:name w:val="Body Text"/>
    <w:basedOn w:val="a1"/>
    <w:link w:val="af4"/>
    <w:uiPriority w:val="99"/>
    <w:unhideWhenUsed/>
    <w:rsid w:val="009F4643"/>
    <w:pPr>
      <w:spacing w:after="120"/>
    </w:pPr>
    <w:rPr>
      <w:rFonts w:ascii="Times New Roman" w:eastAsia="Times New Roman" w:hAnsi="Times New Roman"/>
      <w:sz w:val="28"/>
      <w:lang w:val="en-US"/>
    </w:rPr>
  </w:style>
  <w:style w:type="character" w:customStyle="1" w:styleId="af4">
    <w:name w:val="Основной текст Знак"/>
    <w:basedOn w:val="a2"/>
    <w:link w:val="af3"/>
    <w:uiPriority w:val="99"/>
    <w:rsid w:val="009F4643"/>
    <w:rPr>
      <w:rFonts w:ascii="Times New Roman" w:eastAsia="Times New Roman" w:hAnsi="Times New Roman"/>
      <w:sz w:val="28"/>
      <w:lang w:val="en-US"/>
    </w:rPr>
  </w:style>
  <w:style w:type="paragraph" w:styleId="23">
    <w:name w:val="Body Text 2"/>
    <w:basedOn w:val="a1"/>
    <w:link w:val="24"/>
    <w:uiPriority w:val="99"/>
    <w:unhideWhenUsed/>
    <w:rsid w:val="009F4643"/>
    <w:pPr>
      <w:spacing w:after="120" w:line="480" w:lineRule="auto"/>
    </w:pPr>
    <w:rPr>
      <w:rFonts w:ascii="Times New Roman" w:eastAsia="Times New Roman" w:hAnsi="Times New Roman"/>
      <w:sz w:val="28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9F4643"/>
    <w:rPr>
      <w:rFonts w:ascii="Times New Roman" w:eastAsia="Times New Roman" w:hAnsi="Times New Roman"/>
      <w:sz w:val="28"/>
      <w:lang w:val="en-US"/>
    </w:rPr>
  </w:style>
  <w:style w:type="paragraph" w:styleId="33">
    <w:name w:val="Body Text 3"/>
    <w:basedOn w:val="a1"/>
    <w:link w:val="34"/>
    <w:uiPriority w:val="99"/>
    <w:unhideWhenUsed/>
    <w:rsid w:val="009F4643"/>
    <w:pPr>
      <w:spacing w:after="120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9F4643"/>
    <w:rPr>
      <w:rFonts w:ascii="Times New Roman" w:eastAsia="Times New Roman" w:hAnsi="Times New Roman"/>
      <w:sz w:val="16"/>
      <w:szCs w:val="16"/>
      <w:lang w:val="en-US"/>
    </w:rPr>
  </w:style>
  <w:style w:type="paragraph" w:styleId="af5">
    <w:name w:val="List"/>
    <w:basedOn w:val="a1"/>
    <w:uiPriority w:val="99"/>
    <w:unhideWhenUsed/>
    <w:rsid w:val="009F4643"/>
    <w:pPr>
      <w:ind w:left="360" w:hanging="360"/>
      <w:contextualSpacing/>
    </w:pPr>
    <w:rPr>
      <w:rFonts w:ascii="Times New Roman" w:eastAsia="Times New Roman" w:hAnsi="Times New Roman"/>
      <w:sz w:val="28"/>
      <w:lang w:val="en-US"/>
    </w:rPr>
  </w:style>
  <w:style w:type="paragraph" w:styleId="25">
    <w:name w:val="List 2"/>
    <w:basedOn w:val="a1"/>
    <w:uiPriority w:val="99"/>
    <w:unhideWhenUsed/>
    <w:rsid w:val="009F4643"/>
    <w:pPr>
      <w:ind w:left="720" w:hanging="360"/>
      <w:contextualSpacing/>
    </w:pPr>
    <w:rPr>
      <w:rFonts w:ascii="Times New Roman" w:eastAsia="Times New Roman" w:hAnsi="Times New Roman"/>
      <w:sz w:val="28"/>
      <w:lang w:val="en-US"/>
    </w:rPr>
  </w:style>
  <w:style w:type="paragraph" w:styleId="35">
    <w:name w:val="List 3"/>
    <w:basedOn w:val="a1"/>
    <w:uiPriority w:val="99"/>
    <w:unhideWhenUsed/>
    <w:rsid w:val="009F4643"/>
    <w:pPr>
      <w:ind w:left="1080" w:hanging="360"/>
      <w:contextualSpacing/>
    </w:pPr>
    <w:rPr>
      <w:rFonts w:ascii="Times New Roman" w:eastAsia="Times New Roman" w:hAnsi="Times New Roman"/>
      <w:sz w:val="28"/>
      <w:lang w:val="en-US"/>
    </w:rPr>
  </w:style>
  <w:style w:type="paragraph" w:styleId="a0">
    <w:name w:val="List Bullet"/>
    <w:basedOn w:val="a1"/>
    <w:uiPriority w:val="99"/>
    <w:unhideWhenUsed/>
    <w:rsid w:val="009F4643"/>
    <w:pPr>
      <w:numPr>
        <w:numId w:val="1"/>
      </w:numPr>
      <w:contextualSpacing/>
    </w:pPr>
    <w:rPr>
      <w:rFonts w:ascii="Times New Roman" w:eastAsia="Times New Roman" w:hAnsi="Times New Roman"/>
      <w:sz w:val="28"/>
      <w:lang w:val="en-US"/>
    </w:rPr>
  </w:style>
  <w:style w:type="paragraph" w:styleId="20">
    <w:name w:val="List Bullet 2"/>
    <w:basedOn w:val="a1"/>
    <w:uiPriority w:val="99"/>
    <w:unhideWhenUsed/>
    <w:rsid w:val="009F4643"/>
    <w:pPr>
      <w:numPr>
        <w:numId w:val="2"/>
      </w:numPr>
      <w:contextualSpacing/>
    </w:pPr>
    <w:rPr>
      <w:rFonts w:ascii="Times New Roman" w:eastAsia="Times New Roman" w:hAnsi="Times New Roman"/>
      <w:sz w:val="28"/>
      <w:lang w:val="en-US"/>
    </w:rPr>
  </w:style>
  <w:style w:type="paragraph" w:styleId="30">
    <w:name w:val="List Bullet 3"/>
    <w:basedOn w:val="a1"/>
    <w:uiPriority w:val="99"/>
    <w:unhideWhenUsed/>
    <w:rsid w:val="009F4643"/>
    <w:pPr>
      <w:numPr>
        <w:numId w:val="3"/>
      </w:numPr>
      <w:contextualSpacing/>
    </w:pPr>
    <w:rPr>
      <w:rFonts w:ascii="Times New Roman" w:eastAsia="Times New Roman" w:hAnsi="Times New Roman"/>
      <w:sz w:val="28"/>
      <w:lang w:val="en-US"/>
    </w:rPr>
  </w:style>
  <w:style w:type="paragraph" w:styleId="a">
    <w:name w:val="List Number"/>
    <w:basedOn w:val="a1"/>
    <w:uiPriority w:val="99"/>
    <w:unhideWhenUsed/>
    <w:rsid w:val="009F4643"/>
    <w:pPr>
      <w:numPr>
        <w:numId w:val="5"/>
      </w:numPr>
      <w:contextualSpacing/>
    </w:pPr>
    <w:rPr>
      <w:rFonts w:ascii="Times New Roman" w:eastAsia="Times New Roman" w:hAnsi="Times New Roman"/>
      <w:sz w:val="28"/>
      <w:lang w:val="en-US"/>
    </w:rPr>
  </w:style>
  <w:style w:type="paragraph" w:styleId="2">
    <w:name w:val="List Number 2"/>
    <w:basedOn w:val="a1"/>
    <w:uiPriority w:val="99"/>
    <w:unhideWhenUsed/>
    <w:rsid w:val="009F4643"/>
    <w:pPr>
      <w:numPr>
        <w:numId w:val="6"/>
      </w:numPr>
      <w:contextualSpacing/>
    </w:pPr>
    <w:rPr>
      <w:rFonts w:ascii="Times New Roman" w:eastAsia="Times New Roman" w:hAnsi="Times New Roman"/>
      <w:sz w:val="28"/>
      <w:lang w:val="en-US"/>
    </w:rPr>
  </w:style>
  <w:style w:type="paragraph" w:styleId="3">
    <w:name w:val="List Number 3"/>
    <w:basedOn w:val="a1"/>
    <w:uiPriority w:val="99"/>
    <w:unhideWhenUsed/>
    <w:rsid w:val="009F4643"/>
    <w:pPr>
      <w:numPr>
        <w:numId w:val="7"/>
      </w:numPr>
      <w:contextualSpacing/>
    </w:pPr>
    <w:rPr>
      <w:rFonts w:ascii="Times New Roman" w:eastAsia="Times New Roman" w:hAnsi="Times New Roman"/>
      <w:sz w:val="28"/>
      <w:lang w:val="en-US"/>
    </w:rPr>
  </w:style>
  <w:style w:type="paragraph" w:styleId="af6">
    <w:name w:val="List Continue"/>
    <w:basedOn w:val="a1"/>
    <w:uiPriority w:val="99"/>
    <w:unhideWhenUsed/>
    <w:rsid w:val="009F4643"/>
    <w:pPr>
      <w:spacing w:after="120"/>
      <w:ind w:left="360"/>
      <w:contextualSpacing/>
    </w:pPr>
    <w:rPr>
      <w:rFonts w:ascii="Times New Roman" w:eastAsia="Times New Roman" w:hAnsi="Times New Roman"/>
      <w:sz w:val="28"/>
      <w:lang w:val="en-US"/>
    </w:rPr>
  </w:style>
  <w:style w:type="paragraph" w:styleId="26">
    <w:name w:val="List Continue 2"/>
    <w:basedOn w:val="a1"/>
    <w:uiPriority w:val="99"/>
    <w:unhideWhenUsed/>
    <w:rsid w:val="009F4643"/>
    <w:pPr>
      <w:spacing w:after="120"/>
      <w:ind w:left="720"/>
      <w:contextualSpacing/>
    </w:pPr>
    <w:rPr>
      <w:rFonts w:ascii="Times New Roman" w:eastAsia="Times New Roman" w:hAnsi="Times New Roman"/>
      <w:sz w:val="28"/>
      <w:lang w:val="en-US"/>
    </w:rPr>
  </w:style>
  <w:style w:type="paragraph" w:styleId="36">
    <w:name w:val="List Continue 3"/>
    <w:basedOn w:val="a1"/>
    <w:uiPriority w:val="99"/>
    <w:unhideWhenUsed/>
    <w:rsid w:val="009F4643"/>
    <w:pPr>
      <w:spacing w:after="120"/>
      <w:ind w:left="1080"/>
      <w:contextualSpacing/>
    </w:pPr>
    <w:rPr>
      <w:rFonts w:ascii="Times New Roman" w:eastAsia="Times New Roman" w:hAnsi="Times New Roman"/>
      <w:sz w:val="28"/>
      <w:lang w:val="en-US"/>
    </w:rPr>
  </w:style>
  <w:style w:type="paragraph" w:styleId="af7">
    <w:name w:val="macro"/>
    <w:link w:val="af8"/>
    <w:uiPriority w:val="99"/>
    <w:unhideWhenUsed/>
    <w:rsid w:val="009F4643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  <w:lang w:val="en-US"/>
    </w:rPr>
  </w:style>
  <w:style w:type="character" w:customStyle="1" w:styleId="af8">
    <w:name w:val="Текст макроса Знак"/>
    <w:basedOn w:val="a2"/>
    <w:link w:val="af7"/>
    <w:uiPriority w:val="99"/>
    <w:rsid w:val="009F4643"/>
    <w:rPr>
      <w:rFonts w:ascii="Courier" w:eastAsiaTheme="minorEastAsia" w:hAnsi="Courier"/>
      <w:sz w:val="20"/>
      <w:szCs w:val="20"/>
      <w:lang w:val="en-US"/>
    </w:rPr>
  </w:style>
  <w:style w:type="paragraph" w:styleId="27">
    <w:name w:val="Quote"/>
    <w:basedOn w:val="a1"/>
    <w:next w:val="a1"/>
    <w:link w:val="28"/>
    <w:uiPriority w:val="29"/>
    <w:qFormat/>
    <w:rsid w:val="009F4643"/>
    <w:rPr>
      <w:rFonts w:ascii="Times New Roman" w:eastAsia="Times New Roman" w:hAnsi="Times New Roman"/>
      <w:i/>
      <w:iCs/>
      <w:color w:val="000000" w:themeColor="text1"/>
      <w:sz w:val="28"/>
      <w:lang w:val="en-US"/>
    </w:rPr>
  </w:style>
  <w:style w:type="character" w:customStyle="1" w:styleId="28">
    <w:name w:val="Цитата 2 Знак"/>
    <w:basedOn w:val="a2"/>
    <w:link w:val="27"/>
    <w:uiPriority w:val="29"/>
    <w:rsid w:val="009F4643"/>
    <w:rPr>
      <w:rFonts w:ascii="Times New Roman" w:eastAsia="Times New Roman" w:hAnsi="Times New Roman"/>
      <w:i/>
      <w:iCs/>
      <w:color w:val="000000" w:themeColor="text1"/>
      <w:sz w:val="28"/>
      <w:lang w:val="en-US"/>
    </w:rPr>
  </w:style>
  <w:style w:type="paragraph" w:styleId="af9">
    <w:name w:val="caption"/>
    <w:basedOn w:val="a1"/>
    <w:next w:val="a1"/>
    <w:uiPriority w:val="35"/>
    <w:semiHidden/>
    <w:unhideWhenUsed/>
    <w:qFormat/>
    <w:rsid w:val="009F4643"/>
    <w:pPr>
      <w:spacing w:line="240" w:lineRule="auto"/>
    </w:pPr>
    <w:rPr>
      <w:rFonts w:ascii="Times New Roman" w:eastAsia="Times New Roman" w:hAnsi="Times New Roman"/>
      <w:b/>
      <w:bCs/>
      <w:color w:val="4F81BD" w:themeColor="accent1"/>
      <w:sz w:val="18"/>
      <w:szCs w:val="18"/>
      <w:lang w:val="en-US"/>
    </w:rPr>
  </w:style>
  <w:style w:type="character" w:styleId="afa">
    <w:name w:val="Strong"/>
    <w:basedOn w:val="a2"/>
    <w:uiPriority w:val="22"/>
    <w:qFormat/>
    <w:rsid w:val="009F4643"/>
    <w:rPr>
      <w:b/>
      <w:bCs/>
    </w:rPr>
  </w:style>
  <w:style w:type="character" w:styleId="afb">
    <w:name w:val="Emphasis"/>
    <w:basedOn w:val="a2"/>
    <w:uiPriority w:val="20"/>
    <w:qFormat/>
    <w:rsid w:val="009F4643"/>
    <w:rPr>
      <w:i/>
      <w:iCs/>
    </w:rPr>
  </w:style>
  <w:style w:type="paragraph" w:styleId="afc">
    <w:name w:val="Intense Quote"/>
    <w:basedOn w:val="a1"/>
    <w:next w:val="a1"/>
    <w:link w:val="afd"/>
    <w:uiPriority w:val="30"/>
    <w:qFormat/>
    <w:rsid w:val="009F4643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 w:themeColor="accent1"/>
      <w:sz w:val="28"/>
      <w:lang w:val="en-US"/>
    </w:rPr>
  </w:style>
  <w:style w:type="character" w:customStyle="1" w:styleId="afd">
    <w:name w:val="Выделенная цитата Знак"/>
    <w:basedOn w:val="a2"/>
    <w:link w:val="afc"/>
    <w:uiPriority w:val="30"/>
    <w:rsid w:val="009F4643"/>
    <w:rPr>
      <w:rFonts w:ascii="Times New Roman" w:eastAsia="Times New Roman" w:hAnsi="Times New Roman"/>
      <w:b/>
      <w:bCs/>
      <w:i/>
      <w:iCs/>
      <w:color w:val="4F81BD" w:themeColor="accent1"/>
      <w:sz w:val="28"/>
      <w:lang w:val="en-US"/>
    </w:rPr>
  </w:style>
  <w:style w:type="character" w:styleId="afe">
    <w:name w:val="Subtle Emphasis"/>
    <w:basedOn w:val="a2"/>
    <w:uiPriority w:val="19"/>
    <w:qFormat/>
    <w:rsid w:val="009F4643"/>
    <w:rPr>
      <w:i/>
      <w:iCs/>
      <w:color w:val="808080" w:themeColor="text1" w:themeTint="7F"/>
    </w:rPr>
  </w:style>
  <w:style w:type="character" w:styleId="aff">
    <w:name w:val="Intense Emphasis"/>
    <w:basedOn w:val="a2"/>
    <w:uiPriority w:val="21"/>
    <w:qFormat/>
    <w:rsid w:val="009F4643"/>
    <w:rPr>
      <w:b/>
      <w:bCs/>
      <w:i/>
      <w:iCs/>
      <w:color w:val="4F81BD" w:themeColor="accent1"/>
    </w:rPr>
  </w:style>
  <w:style w:type="character" w:styleId="aff0">
    <w:name w:val="Subtle Reference"/>
    <w:basedOn w:val="a2"/>
    <w:uiPriority w:val="31"/>
    <w:qFormat/>
    <w:rsid w:val="009F4643"/>
    <w:rPr>
      <w:smallCaps/>
      <w:color w:val="C0504D" w:themeColor="accent2"/>
      <w:u w:val="single"/>
    </w:rPr>
  </w:style>
  <w:style w:type="character" w:styleId="aff1">
    <w:name w:val="Intense Reference"/>
    <w:basedOn w:val="a2"/>
    <w:uiPriority w:val="32"/>
    <w:qFormat/>
    <w:rsid w:val="009F4643"/>
    <w:rPr>
      <w:b/>
      <w:bCs/>
      <w:smallCaps/>
      <w:color w:val="C0504D" w:themeColor="accent2"/>
      <w:spacing w:val="5"/>
      <w:u w:val="single"/>
    </w:rPr>
  </w:style>
  <w:style w:type="character" w:styleId="aff2">
    <w:name w:val="Book Title"/>
    <w:basedOn w:val="a2"/>
    <w:uiPriority w:val="33"/>
    <w:qFormat/>
    <w:rsid w:val="009F4643"/>
    <w:rPr>
      <w:b/>
      <w:bCs/>
      <w:smallCaps/>
      <w:spacing w:val="5"/>
    </w:rPr>
  </w:style>
  <w:style w:type="paragraph" w:styleId="aff3">
    <w:name w:val="TOC Heading"/>
    <w:basedOn w:val="1"/>
    <w:next w:val="a1"/>
    <w:uiPriority w:val="39"/>
    <w:semiHidden/>
    <w:unhideWhenUsed/>
    <w:qFormat/>
    <w:rsid w:val="009F4643"/>
    <w:pPr>
      <w:outlineLvl w:val="9"/>
    </w:pPr>
  </w:style>
  <w:style w:type="table" w:styleId="aff4">
    <w:name w:val="Table Grid"/>
    <w:basedOn w:val="a3"/>
    <w:uiPriority w:val="59"/>
    <w:rsid w:val="009F4643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5">
    <w:name w:val="Light Shading"/>
    <w:basedOn w:val="a3"/>
    <w:uiPriority w:val="60"/>
    <w:rsid w:val="009F4643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9F4643"/>
    <w:pPr>
      <w:spacing w:after="0" w:line="240" w:lineRule="auto"/>
    </w:pPr>
    <w:rPr>
      <w:rFonts w:eastAsiaTheme="minorEastAsia"/>
      <w:color w:val="365F91" w:themeColor="accent1" w:themeShade="BF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9F4643"/>
    <w:pPr>
      <w:spacing w:after="0" w:line="240" w:lineRule="auto"/>
    </w:pPr>
    <w:rPr>
      <w:rFonts w:eastAsiaTheme="minorEastAsia"/>
      <w:color w:val="943634" w:themeColor="accent2" w:themeShade="BF"/>
      <w:lang w:val="en-US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9F4643"/>
    <w:pPr>
      <w:spacing w:after="0" w:line="240" w:lineRule="auto"/>
    </w:pPr>
    <w:rPr>
      <w:rFonts w:eastAsiaTheme="minorEastAsia"/>
      <w:color w:val="76923C" w:themeColor="accent3" w:themeShade="BF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9F4643"/>
    <w:pPr>
      <w:spacing w:after="0" w:line="240" w:lineRule="auto"/>
    </w:pPr>
    <w:rPr>
      <w:rFonts w:eastAsiaTheme="minorEastAsia"/>
      <w:color w:val="5F497A" w:themeColor="accent4" w:themeShade="BF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9F4643"/>
    <w:pPr>
      <w:spacing w:after="0" w:line="240" w:lineRule="auto"/>
    </w:pPr>
    <w:rPr>
      <w:rFonts w:eastAsiaTheme="minorEastAsia"/>
      <w:color w:val="31849B" w:themeColor="accent5" w:themeShade="BF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9F4643"/>
    <w:pPr>
      <w:spacing w:after="0" w:line="240" w:lineRule="auto"/>
    </w:pPr>
    <w:rPr>
      <w:rFonts w:eastAsiaTheme="minorEastAsia"/>
      <w:color w:val="E36C0A" w:themeColor="accent6" w:themeShade="BF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6">
    <w:name w:val="Light List"/>
    <w:basedOn w:val="a3"/>
    <w:uiPriority w:val="61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7">
    <w:name w:val="Light Grid"/>
    <w:basedOn w:val="a3"/>
    <w:uiPriority w:val="62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9F464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9F4643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8">
    <w:name w:val="Dark List"/>
    <w:basedOn w:val="a3"/>
    <w:uiPriority w:val="70"/>
    <w:rsid w:val="009F464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9F464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9F464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9F464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9F464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9F464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9F4643"/>
    <w:pPr>
      <w:spacing w:after="0" w:line="240" w:lineRule="auto"/>
    </w:pPr>
    <w:rPr>
      <w:rFonts w:eastAsiaTheme="minorEastAsia"/>
      <w:color w:val="FFFFFF" w:themeColor="background1"/>
      <w:lang w:val="en-US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9">
    <w:name w:val="Colorful Shading"/>
    <w:basedOn w:val="a3"/>
    <w:uiPriority w:val="71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a">
    <w:name w:val="Colorful List"/>
    <w:basedOn w:val="a3"/>
    <w:uiPriority w:val="72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b">
    <w:name w:val="Colorful Grid"/>
    <w:basedOn w:val="a3"/>
    <w:uiPriority w:val="73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9F4643"/>
    <w:pPr>
      <w:spacing w:after="0" w:line="240" w:lineRule="auto"/>
    </w:pPr>
    <w:rPr>
      <w:rFonts w:eastAsiaTheme="minorEastAsia"/>
      <w:color w:val="000000" w:themeColor="text1"/>
      <w:lang w:val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D3609-2C1C-46C9-9F7F-634C02EE7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19</Pages>
  <Words>4737</Words>
  <Characters>27003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39</cp:revision>
  <cp:lastPrinted>2024-08-19T09:41:00Z</cp:lastPrinted>
  <dcterms:created xsi:type="dcterms:W3CDTF">2026-06-08T11:47:00Z</dcterms:created>
  <dcterms:modified xsi:type="dcterms:W3CDTF">2026-10-15T06:54:00Z</dcterms:modified>
</cp:coreProperties>
</file>