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958" w:rsidRPr="00A65958" w:rsidRDefault="00A65958" w:rsidP="00A65958">
      <w:pPr>
        <w:ind w:firstLine="709"/>
        <w:jc w:val="center"/>
        <w:rPr>
          <w:b/>
          <w:sz w:val="28"/>
          <w:lang w:val="ru-RU"/>
        </w:rPr>
      </w:pPr>
      <w:proofErr w:type="spellStart"/>
      <w:r w:rsidRPr="00A65958">
        <w:rPr>
          <w:b/>
          <w:sz w:val="28"/>
          <w:lang w:val="ru-RU"/>
        </w:rPr>
        <w:t>Хабарландыру</w:t>
      </w:r>
      <w:proofErr w:type="spellEnd"/>
    </w:p>
    <w:p w:rsidR="00A65958" w:rsidRPr="00A65958" w:rsidRDefault="00A65958" w:rsidP="00A65958">
      <w:pPr>
        <w:ind w:firstLine="709"/>
        <w:jc w:val="both"/>
        <w:rPr>
          <w:sz w:val="28"/>
          <w:lang w:val="ru-RU"/>
        </w:rPr>
      </w:pPr>
    </w:p>
    <w:p w:rsidR="00CF1850" w:rsidRPr="00A65958" w:rsidRDefault="00CF1850" w:rsidP="00A65958">
      <w:pPr>
        <w:ind w:firstLine="709"/>
        <w:jc w:val="both"/>
        <w:rPr>
          <w:sz w:val="28"/>
          <w:lang w:val="ru-RU"/>
        </w:rPr>
      </w:pPr>
      <w:r w:rsidRPr="00A65958">
        <w:rPr>
          <w:sz w:val="28"/>
          <w:lang w:val="ru-RU"/>
        </w:rPr>
        <w:t>«С.</w:t>
      </w:r>
      <w:r w:rsidR="00A65958">
        <w:rPr>
          <w:sz w:val="28"/>
          <w:lang w:val="ru-RU"/>
        </w:rPr>
        <w:t xml:space="preserve"> </w:t>
      </w:r>
      <w:r w:rsidRPr="00A65958">
        <w:rPr>
          <w:sz w:val="28"/>
          <w:lang w:val="ru-RU"/>
        </w:rPr>
        <w:t xml:space="preserve">Сейфуллин </w:t>
      </w:r>
      <w:proofErr w:type="spellStart"/>
      <w:r w:rsidRPr="00A65958">
        <w:rPr>
          <w:sz w:val="28"/>
          <w:lang w:val="ru-RU"/>
        </w:rPr>
        <w:t>атындағы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Қазақ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агротехникалық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зерттеу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университеті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КеАҚ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жанындағы</w:t>
      </w:r>
      <w:proofErr w:type="spellEnd"/>
      <w:r w:rsidRPr="00A65958">
        <w:rPr>
          <w:sz w:val="28"/>
          <w:lang w:val="ru-RU"/>
        </w:rPr>
        <w:t xml:space="preserve"> 8D087 – «</w:t>
      </w:r>
      <w:proofErr w:type="spellStart"/>
      <w:r w:rsidRPr="00A65958">
        <w:rPr>
          <w:sz w:val="28"/>
          <w:lang w:val="ru-RU"/>
        </w:rPr>
        <w:t>Агроинженерия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дайындау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бағыты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бойынша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диссертациялық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кеңесте</w:t>
      </w:r>
      <w:proofErr w:type="spellEnd"/>
      <w:r w:rsidRPr="00A65958">
        <w:rPr>
          <w:sz w:val="28"/>
          <w:lang w:val="ru-RU"/>
        </w:rPr>
        <w:t xml:space="preserve"> 8D08701 – «</w:t>
      </w:r>
      <w:proofErr w:type="spellStart"/>
      <w:r w:rsidRPr="00A65958">
        <w:rPr>
          <w:sz w:val="28"/>
          <w:lang w:val="ru-RU"/>
        </w:rPr>
        <w:t>Агроинженерия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білім</w:t>
      </w:r>
      <w:proofErr w:type="spellEnd"/>
      <w:r w:rsidRPr="00A65958">
        <w:rPr>
          <w:sz w:val="28"/>
          <w:lang w:val="ru-RU"/>
        </w:rPr>
        <w:t xml:space="preserve"> беру </w:t>
      </w:r>
      <w:proofErr w:type="spellStart"/>
      <w:r w:rsidRPr="00A65958">
        <w:rPr>
          <w:sz w:val="28"/>
          <w:lang w:val="ru-RU"/>
        </w:rPr>
        <w:t>бағдарламасы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білім</w:t>
      </w:r>
      <w:proofErr w:type="spellEnd"/>
      <w:r w:rsidRPr="00A65958">
        <w:rPr>
          <w:sz w:val="28"/>
          <w:lang w:val="ru-RU"/>
        </w:rPr>
        <w:t xml:space="preserve"> беру </w:t>
      </w:r>
      <w:proofErr w:type="spellStart"/>
      <w:r w:rsidRPr="00A65958">
        <w:rPr>
          <w:sz w:val="28"/>
          <w:lang w:val="ru-RU"/>
        </w:rPr>
        <w:t>бағдарламасы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бойыншафилософия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докторы</w:t>
      </w:r>
      <w:proofErr w:type="spellEnd"/>
      <w:r w:rsidRPr="00A65958">
        <w:rPr>
          <w:sz w:val="28"/>
          <w:lang w:val="ru-RU"/>
        </w:rPr>
        <w:t xml:space="preserve"> (</w:t>
      </w:r>
      <w:proofErr w:type="spellStart"/>
      <w:r w:rsidRPr="00A65958">
        <w:rPr>
          <w:sz w:val="28"/>
          <w:lang w:val="ru-RU"/>
        </w:rPr>
        <w:t>PhD</w:t>
      </w:r>
      <w:proofErr w:type="spellEnd"/>
      <w:r w:rsidRPr="00A65958">
        <w:rPr>
          <w:sz w:val="28"/>
          <w:lang w:val="ru-RU"/>
        </w:rPr>
        <w:t xml:space="preserve">) </w:t>
      </w:r>
      <w:proofErr w:type="spellStart"/>
      <w:r w:rsidRPr="00A65958">
        <w:rPr>
          <w:sz w:val="28"/>
          <w:lang w:val="ru-RU"/>
        </w:rPr>
        <w:t>дәрежесін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алу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үшін</w:t>
      </w:r>
      <w:proofErr w:type="spellEnd"/>
      <w:r w:rsidRPr="00A65958">
        <w:rPr>
          <w:sz w:val="28"/>
          <w:lang w:val="ru-RU"/>
        </w:rPr>
        <w:t xml:space="preserve"> </w:t>
      </w:r>
      <w:r w:rsidRPr="00A65958">
        <w:rPr>
          <w:b/>
          <w:bCs/>
          <w:sz w:val="28"/>
          <w:lang w:val="ru-RU"/>
        </w:rPr>
        <w:t xml:space="preserve">Бакиров </w:t>
      </w:r>
      <w:proofErr w:type="spellStart"/>
      <w:r w:rsidRPr="00A65958">
        <w:rPr>
          <w:b/>
          <w:bCs/>
          <w:sz w:val="28"/>
          <w:lang w:val="ru-RU"/>
        </w:rPr>
        <w:t>Алдияр</w:t>
      </w:r>
      <w:proofErr w:type="spellEnd"/>
      <w:r w:rsidRPr="00A65958">
        <w:rPr>
          <w:b/>
          <w:bCs/>
          <w:sz w:val="28"/>
          <w:lang w:val="ru-RU"/>
        </w:rPr>
        <w:t xml:space="preserve"> </w:t>
      </w:r>
      <w:proofErr w:type="spellStart"/>
      <w:r w:rsidRPr="00A65958">
        <w:rPr>
          <w:b/>
          <w:bCs/>
          <w:sz w:val="28"/>
          <w:lang w:val="ru-RU"/>
        </w:rPr>
        <w:t>Ералиевичтің</w:t>
      </w:r>
      <w:proofErr w:type="spellEnd"/>
      <w:r w:rsidRPr="00A65958">
        <w:rPr>
          <w:sz w:val="28"/>
          <w:lang w:val="ru-RU"/>
        </w:rPr>
        <w:t xml:space="preserve"> </w:t>
      </w:r>
      <w:r w:rsidRPr="00A65958">
        <w:rPr>
          <w:b/>
          <w:bCs/>
          <w:sz w:val="28"/>
          <w:lang w:val="ru-RU"/>
        </w:rPr>
        <w:t>«</w:t>
      </w:r>
      <w:proofErr w:type="spellStart"/>
      <w:r w:rsidRPr="00A65958">
        <w:rPr>
          <w:b/>
          <w:bCs/>
          <w:color w:val="000000"/>
          <w:sz w:val="28"/>
          <w:lang w:val="ru-RU"/>
        </w:rPr>
        <w:t>Тұқымдардың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себілмейқалуын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алдын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алуға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арналған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интеллектуалды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жүйесі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бар </w:t>
      </w:r>
      <w:proofErr w:type="spellStart"/>
      <w:r w:rsidRPr="00A65958">
        <w:rPr>
          <w:b/>
          <w:bCs/>
          <w:color w:val="000000"/>
          <w:sz w:val="28"/>
          <w:lang w:val="ru-RU"/>
        </w:rPr>
        <w:t>механикалық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себу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аппараты </w:t>
      </w:r>
      <w:proofErr w:type="spellStart"/>
      <w:r w:rsidRPr="00A65958">
        <w:rPr>
          <w:b/>
          <w:bCs/>
          <w:color w:val="000000"/>
          <w:sz w:val="28"/>
          <w:lang w:val="ru-RU"/>
        </w:rPr>
        <w:t>жетегі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жұмысының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технологиялық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үрдісін</w:t>
      </w:r>
      <w:proofErr w:type="spellEnd"/>
      <w:r w:rsidRPr="00A65958">
        <w:rPr>
          <w:b/>
          <w:bCs/>
          <w:color w:val="000000"/>
          <w:sz w:val="28"/>
          <w:lang w:val="ru-RU"/>
        </w:rPr>
        <w:t xml:space="preserve"> </w:t>
      </w:r>
      <w:proofErr w:type="spellStart"/>
      <w:r w:rsidRPr="00A65958">
        <w:rPr>
          <w:b/>
          <w:bCs/>
          <w:color w:val="000000"/>
          <w:sz w:val="28"/>
          <w:lang w:val="ru-RU"/>
        </w:rPr>
        <w:t>негіздеу</w:t>
      </w:r>
      <w:proofErr w:type="spellEnd"/>
      <w:r w:rsidRPr="00A65958">
        <w:rPr>
          <w:b/>
          <w:bCs/>
          <w:sz w:val="28"/>
          <w:lang w:val="ru-RU"/>
        </w:rPr>
        <w:t>»</w:t>
      </w:r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тақырыбындағы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диссертациясы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қорғалады</w:t>
      </w:r>
      <w:proofErr w:type="spellEnd"/>
      <w:r w:rsidRPr="00A65958">
        <w:rPr>
          <w:sz w:val="28"/>
          <w:lang w:val="ru-RU"/>
        </w:rPr>
        <w:t>.</w:t>
      </w:r>
    </w:p>
    <w:p w:rsidR="00CF1850" w:rsidRPr="00A65958" w:rsidRDefault="00CF1850" w:rsidP="00A65958">
      <w:pPr>
        <w:ind w:firstLine="709"/>
        <w:jc w:val="both"/>
        <w:rPr>
          <w:sz w:val="28"/>
          <w:lang w:val="ru-RU"/>
        </w:rPr>
      </w:pPr>
      <w:r w:rsidRPr="00A65958">
        <w:rPr>
          <w:sz w:val="28"/>
          <w:lang w:val="ru-RU"/>
        </w:rPr>
        <w:t>Диссертация «</w:t>
      </w:r>
      <w:proofErr w:type="spellStart"/>
      <w:r w:rsidRPr="00A65958">
        <w:rPr>
          <w:sz w:val="28"/>
          <w:lang w:val="ru-RU"/>
        </w:rPr>
        <w:t>Агроинженерия</w:t>
      </w:r>
      <w:proofErr w:type="spellEnd"/>
      <w:r w:rsidRPr="00A65958">
        <w:rPr>
          <w:sz w:val="28"/>
          <w:lang w:val="ru-RU"/>
        </w:rPr>
        <w:t xml:space="preserve">, механика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металл </w:t>
      </w:r>
      <w:proofErr w:type="spellStart"/>
      <w:r w:rsidRPr="00A65958">
        <w:rPr>
          <w:sz w:val="28"/>
          <w:lang w:val="ru-RU"/>
        </w:rPr>
        <w:t>өңдеу</w:t>
      </w:r>
      <w:proofErr w:type="spellEnd"/>
      <w:r w:rsidRPr="00A65958">
        <w:rPr>
          <w:sz w:val="28"/>
          <w:lang w:val="ru-RU"/>
        </w:rPr>
        <w:t xml:space="preserve">» БББТ </w:t>
      </w:r>
      <w:proofErr w:type="spellStart"/>
      <w:r w:rsidRPr="00A65958">
        <w:rPr>
          <w:sz w:val="28"/>
          <w:lang w:val="ru-RU"/>
        </w:rPr>
        <w:t>тобы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базасында</w:t>
      </w:r>
      <w:proofErr w:type="spellEnd"/>
      <w:r w:rsidRPr="00A65958">
        <w:rPr>
          <w:sz w:val="28"/>
          <w:lang w:val="ru-RU"/>
        </w:rPr>
        <w:t xml:space="preserve">, «С. Сейфуллин </w:t>
      </w:r>
      <w:proofErr w:type="spellStart"/>
      <w:r w:rsidRPr="00A65958">
        <w:rPr>
          <w:sz w:val="28"/>
          <w:lang w:val="ru-RU"/>
        </w:rPr>
        <w:t>атындағы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Қазақ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агротехникалық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зерттеу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университеті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КеАҚ</w:t>
      </w:r>
      <w:proofErr w:type="spellEnd"/>
      <w:r w:rsidRPr="00A65958">
        <w:rPr>
          <w:sz w:val="28"/>
          <w:lang w:val="ru-RU"/>
        </w:rPr>
        <w:t xml:space="preserve"> Инжиниринг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тағам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өндірісі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технологиялары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институтында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орындалды</w:t>
      </w:r>
      <w:proofErr w:type="spellEnd"/>
      <w:r w:rsidRPr="00A65958">
        <w:rPr>
          <w:sz w:val="28"/>
          <w:lang w:val="ru-RU"/>
        </w:rPr>
        <w:t>.</w:t>
      </w:r>
    </w:p>
    <w:p w:rsidR="00CF1850" w:rsidRPr="00A65958" w:rsidRDefault="00CF1850" w:rsidP="00A65958">
      <w:pPr>
        <w:ind w:firstLine="709"/>
        <w:jc w:val="both"/>
        <w:rPr>
          <w:sz w:val="28"/>
          <w:lang w:val="ru-RU"/>
        </w:rPr>
      </w:pPr>
      <w:proofErr w:type="spellStart"/>
      <w:r w:rsidRPr="00A65958">
        <w:rPr>
          <w:b/>
          <w:bCs/>
          <w:sz w:val="28"/>
          <w:lang w:val="ru-RU"/>
        </w:rPr>
        <w:t>Қорғау</w:t>
      </w:r>
      <w:proofErr w:type="spellEnd"/>
      <w:r w:rsidRPr="00A65958">
        <w:rPr>
          <w:b/>
          <w:bCs/>
          <w:sz w:val="28"/>
          <w:lang w:val="ru-RU"/>
        </w:rPr>
        <w:t xml:space="preserve"> </w:t>
      </w:r>
      <w:proofErr w:type="spellStart"/>
      <w:r w:rsidRPr="00A65958">
        <w:rPr>
          <w:b/>
          <w:bCs/>
          <w:sz w:val="28"/>
          <w:lang w:val="ru-RU"/>
        </w:rPr>
        <w:t>тілі</w:t>
      </w:r>
      <w:proofErr w:type="spellEnd"/>
      <w:r w:rsidRPr="00A65958">
        <w:rPr>
          <w:b/>
          <w:bCs/>
          <w:sz w:val="28"/>
          <w:lang w:val="ru-RU"/>
        </w:rPr>
        <w:t>:</w:t>
      </w:r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орыс</w:t>
      </w:r>
      <w:proofErr w:type="spellEnd"/>
      <w:r w:rsidR="000E1523">
        <w:rPr>
          <w:sz w:val="28"/>
          <w:lang w:val="ru-RU"/>
        </w:rPr>
        <w:t xml:space="preserve"> тілінде</w:t>
      </w:r>
      <w:bookmarkStart w:id="0" w:name="_GoBack"/>
      <w:bookmarkEnd w:id="0"/>
      <w:r w:rsidRPr="00A65958">
        <w:rPr>
          <w:sz w:val="28"/>
          <w:lang w:val="ru-RU"/>
        </w:rPr>
        <w:t>.</w:t>
      </w:r>
    </w:p>
    <w:p w:rsidR="00CF1850" w:rsidRPr="00A65958" w:rsidRDefault="00CF1850" w:rsidP="00A65958">
      <w:pPr>
        <w:ind w:firstLine="709"/>
        <w:jc w:val="both"/>
        <w:rPr>
          <w:b/>
          <w:bCs/>
          <w:sz w:val="28"/>
          <w:lang w:val="ru-RU"/>
        </w:rPr>
      </w:pPr>
      <w:proofErr w:type="spellStart"/>
      <w:r w:rsidRPr="00A65958">
        <w:rPr>
          <w:b/>
          <w:bCs/>
          <w:sz w:val="28"/>
          <w:lang w:val="ru-RU"/>
        </w:rPr>
        <w:t>Ғылыми</w:t>
      </w:r>
      <w:proofErr w:type="spellEnd"/>
      <w:r w:rsidRPr="00A65958">
        <w:rPr>
          <w:b/>
          <w:bCs/>
          <w:sz w:val="28"/>
          <w:lang w:val="ru-RU"/>
        </w:rPr>
        <w:t xml:space="preserve"> </w:t>
      </w:r>
      <w:proofErr w:type="spellStart"/>
      <w:r w:rsidRPr="00A65958">
        <w:rPr>
          <w:b/>
          <w:bCs/>
          <w:sz w:val="28"/>
          <w:lang w:val="ru-RU"/>
        </w:rPr>
        <w:t>кеңесшілері</w:t>
      </w:r>
      <w:proofErr w:type="spellEnd"/>
      <w:r w:rsidRPr="00A65958">
        <w:rPr>
          <w:b/>
          <w:bCs/>
          <w:sz w:val="28"/>
          <w:lang w:val="ru-RU"/>
        </w:rPr>
        <w:t>:</w:t>
      </w:r>
    </w:p>
    <w:p w:rsidR="00A65958" w:rsidRDefault="00CF1850" w:rsidP="00A65958">
      <w:pPr>
        <w:pStyle w:val="ae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r w:rsidRPr="00A65958">
        <w:rPr>
          <w:b/>
          <w:sz w:val="28"/>
          <w:lang w:val="ru-RU"/>
        </w:rPr>
        <w:t>Костюченков Николай Васильевич,</w:t>
      </w:r>
      <w:r w:rsidRPr="00A65958">
        <w:rPr>
          <w:sz w:val="28"/>
          <w:lang w:val="ru-RU"/>
        </w:rPr>
        <w:t xml:space="preserve"> техника </w:t>
      </w:r>
      <w:proofErr w:type="spellStart"/>
      <w:r w:rsidRPr="00A65958">
        <w:rPr>
          <w:sz w:val="28"/>
          <w:lang w:val="ru-RU"/>
        </w:rPr>
        <w:t>ғылымдарының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докторы</w:t>
      </w:r>
      <w:proofErr w:type="spellEnd"/>
      <w:r w:rsidRPr="00A65958">
        <w:rPr>
          <w:sz w:val="28"/>
          <w:lang w:val="ru-RU"/>
        </w:rPr>
        <w:t>, «</w:t>
      </w:r>
      <w:proofErr w:type="spellStart"/>
      <w:r w:rsidRPr="00A65958">
        <w:rPr>
          <w:sz w:val="28"/>
          <w:lang w:val="ru-RU"/>
        </w:rPr>
        <w:t>Агроинженерия</w:t>
      </w:r>
      <w:proofErr w:type="spellEnd"/>
      <w:r w:rsidRPr="00A65958">
        <w:rPr>
          <w:sz w:val="28"/>
          <w:lang w:val="ru-RU"/>
        </w:rPr>
        <w:t xml:space="preserve">, механика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металл </w:t>
      </w:r>
      <w:proofErr w:type="spellStart"/>
      <w:r w:rsidRPr="00A65958">
        <w:rPr>
          <w:sz w:val="28"/>
          <w:lang w:val="ru-RU"/>
        </w:rPr>
        <w:t>өңдеу</w:t>
      </w:r>
      <w:proofErr w:type="spellEnd"/>
      <w:r w:rsidRPr="00A65958">
        <w:rPr>
          <w:sz w:val="28"/>
          <w:lang w:val="ru-RU"/>
        </w:rPr>
        <w:t xml:space="preserve">» БББ </w:t>
      </w:r>
      <w:proofErr w:type="spellStart"/>
      <w:r w:rsidRPr="00A65958">
        <w:rPr>
          <w:sz w:val="28"/>
          <w:lang w:val="ru-RU"/>
        </w:rPr>
        <w:t>тобының</w:t>
      </w:r>
      <w:proofErr w:type="spellEnd"/>
      <w:r w:rsidRPr="00A65958">
        <w:rPr>
          <w:sz w:val="28"/>
          <w:lang w:val="ru-RU"/>
        </w:rPr>
        <w:t xml:space="preserve"> профессоры, «С. Сейфуллин </w:t>
      </w:r>
      <w:proofErr w:type="spellStart"/>
      <w:r w:rsidRPr="00A65958">
        <w:rPr>
          <w:sz w:val="28"/>
          <w:lang w:val="ru-RU"/>
        </w:rPr>
        <w:t>атындағы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Қазақ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агротехникалық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зерттеу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университеті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КеАҚ</w:t>
      </w:r>
      <w:proofErr w:type="spellEnd"/>
      <w:r w:rsidRPr="00A65958">
        <w:rPr>
          <w:sz w:val="28"/>
          <w:lang w:val="ru-RU"/>
        </w:rPr>
        <w:t>, Астана қ.</w:t>
      </w:r>
      <w:r w:rsidR="00A65958">
        <w:rPr>
          <w:sz w:val="28"/>
          <w:lang w:val="ru-RU"/>
        </w:rPr>
        <w:t>;</w:t>
      </w:r>
    </w:p>
    <w:p w:rsidR="00CF1850" w:rsidRPr="00A65958" w:rsidRDefault="00CF1850" w:rsidP="00A65958">
      <w:pPr>
        <w:pStyle w:val="ae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r w:rsidRPr="00A65958">
        <w:rPr>
          <w:b/>
          <w:bCs/>
          <w:sz w:val="28"/>
          <w:lang w:val="ru-RU"/>
        </w:rPr>
        <w:t>Загайнов Николай,</w:t>
      </w:r>
      <w:r w:rsidRPr="00A65958">
        <w:rPr>
          <w:sz w:val="28"/>
          <w:lang w:val="ru-RU"/>
        </w:rPr>
        <w:t xml:space="preserve"> </w:t>
      </w:r>
      <w:r w:rsidRPr="00A65958">
        <w:rPr>
          <w:rStyle w:val="af6"/>
          <w:b w:val="0"/>
          <w:bCs w:val="0"/>
          <w:sz w:val="28"/>
          <w:lang w:val="ru-RU"/>
        </w:rPr>
        <w:t xml:space="preserve">философия </w:t>
      </w:r>
      <w:proofErr w:type="spellStart"/>
      <w:r w:rsidRPr="00A65958">
        <w:rPr>
          <w:rStyle w:val="af6"/>
          <w:b w:val="0"/>
          <w:bCs w:val="0"/>
          <w:sz w:val="28"/>
          <w:lang w:val="ru-RU"/>
        </w:rPr>
        <w:t>докторы</w:t>
      </w:r>
      <w:proofErr w:type="spellEnd"/>
      <w:r w:rsidRPr="00A65958">
        <w:rPr>
          <w:rStyle w:val="af6"/>
          <w:b w:val="0"/>
          <w:bCs w:val="0"/>
          <w:sz w:val="28"/>
          <w:lang w:val="ru-RU"/>
        </w:rPr>
        <w:t xml:space="preserve"> (</w:t>
      </w:r>
      <w:r w:rsidRPr="00A65958">
        <w:rPr>
          <w:rStyle w:val="af6"/>
          <w:b w:val="0"/>
          <w:bCs w:val="0"/>
          <w:sz w:val="28"/>
        </w:rPr>
        <w:t>PhD</w:t>
      </w:r>
      <w:r w:rsidRPr="00A65958">
        <w:rPr>
          <w:rStyle w:val="af6"/>
          <w:b w:val="0"/>
          <w:bCs w:val="0"/>
          <w:sz w:val="28"/>
          <w:lang w:val="ru-RU"/>
        </w:rPr>
        <w:t xml:space="preserve">), </w:t>
      </w:r>
      <w:proofErr w:type="spellStart"/>
      <w:r w:rsidRPr="00A65958">
        <w:rPr>
          <w:rStyle w:val="af6"/>
          <w:b w:val="0"/>
          <w:bCs w:val="0"/>
          <w:sz w:val="28"/>
          <w:lang w:val="ru-RU"/>
        </w:rPr>
        <w:t>Хоэнхайм</w:t>
      </w:r>
      <w:proofErr w:type="spellEnd"/>
      <w:r w:rsidRPr="00A65958">
        <w:rPr>
          <w:rStyle w:val="af6"/>
          <w:b w:val="0"/>
          <w:bCs w:val="0"/>
          <w:sz w:val="28"/>
          <w:lang w:val="ru-RU"/>
        </w:rPr>
        <w:t xml:space="preserve"> </w:t>
      </w:r>
      <w:proofErr w:type="spellStart"/>
      <w:r w:rsidRPr="00A65958">
        <w:rPr>
          <w:rStyle w:val="af6"/>
          <w:b w:val="0"/>
          <w:bCs w:val="0"/>
          <w:sz w:val="28"/>
          <w:lang w:val="ru-RU"/>
        </w:rPr>
        <w:t>университетінің</w:t>
      </w:r>
      <w:proofErr w:type="spellEnd"/>
      <w:r w:rsidRPr="00A65958">
        <w:rPr>
          <w:rStyle w:val="af6"/>
          <w:b w:val="0"/>
          <w:bCs w:val="0"/>
          <w:sz w:val="28"/>
          <w:lang w:val="ru-RU"/>
        </w:rPr>
        <w:t xml:space="preserve"> </w:t>
      </w:r>
      <w:proofErr w:type="spellStart"/>
      <w:r w:rsidRPr="00A65958">
        <w:rPr>
          <w:rStyle w:val="af6"/>
          <w:b w:val="0"/>
          <w:bCs w:val="0"/>
          <w:sz w:val="28"/>
          <w:lang w:val="ru-RU"/>
        </w:rPr>
        <w:t>зерттеушісі</w:t>
      </w:r>
      <w:proofErr w:type="spellEnd"/>
      <w:r w:rsidRPr="00A65958">
        <w:rPr>
          <w:rStyle w:val="af6"/>
          <w:b w:val="0"/>
          <w:bCs w:val="0"/>
          <w:sz w:val="28"/>
          <w:lang w:val="ru-RU"/>
        </w:rPr>
        <w:t>, Штутгарт қ., Германия.</w:t>
      </w:r>
    </w:p>
    <w:p w:rsidR="00CF1850" w:rsidRPr="00A65958" w:rsidRDefault="00CF1850" w:rsidP="00A65958">
      <w:pPr>
        <w:ind w:firstLine="709"/>
        <w:jc w:val="both"/>
        <w:rPr>
          <w:b/>
          <w:sz w:val="28"/>
          <w:lang w:val="ru-RU"/>
        </w:rPr>
      </w:pPr>
      <w:proofErr w:type="spellStart"/>
      <w:r w:rsidRPr="00A65958">
        <w:rPr>
          <w:b/>
          <w:sz w:val="28"/>
          <w:lang w:val="ru-RU"/>
        </w:rPr>
        <w:t>Ресми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рецензенттер</w:t>
      </w:r>
      <w:proofErr w:type="spellEnd"/>
      <w:r w:rsidRPr="00A65958">
        <w:rPr>
          <w:b/>
          <w:sz w:val="28"/>
          <w:lang w:val="ru-RU"/>
        </w:rPr>
        <w:t>:</w:t>
      </w:r>
    </w:p>
    <w:p w:rsidR="00A65958" w:rsidRDefault="00CF1850" w:rsidP="00A65958">
      <w:pPr>
        <w:pStyle w:val="ae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r w:rsidRPr="00A65958">
        <w:rPr>
          <w:b/>
          <w:sz w:val="28"/>
          <w:lang w:val="ru-RU"/>
        </w:rPr>
        <w:t>Золотухин Евгений Александрович,</w:t>
      </w:r>
      <w:r w:rsidRPr="00A65958">
        <w:rPr>
          <w:sz w:val="28"/>
          <w:lang w:val="ru-RU"/>
        </w:rPr>
        <w:t xml:space="preserve"> машина </w:t>
      </w:r>
      <w:proofErr w:type="spellStart"/>
      <w:r w:rsidRPr="00A65958">
        <w:rPr>
          <w:sz w:val="28"/>
          <w:lang w:val="ru-RU"/>
        </w:rPr>
        <w:t>жасау</w:t>
      </w:r>
      <w:proofErr w:type="spellEnd"/>
      <w:r w:rsidRPr="00A65958">
        <w:rPr>
          <w:sz w:val="28"/>
          <w:lang w:val="ru-RU"/>
        </w:rPr>
        <w:t xml:space="preserve">, энергетика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ақпараттық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технологиялар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факультетінің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аграрлық</w:t>
      </w:r>
      <w:proofErr w:type="spellEnd"/>
      <w:r w:rsidRPr="00A65958">
        <w:rPr>
          <w:sz w:val="28"/>
          <w:lang w:val="ru-RU"/>
        </w:rPr>
        <w:t xml:space="preserve"> техника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көлік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кафедрасының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қауымдастырылған</w:t>
      </w:r>
      <w:proofErr w:type="spellEnd"/>
      <w:r w:rsidRPr="00A65958">
        <w:rPr>
          <w:sz w:val="28"/>
          <w:lang w:val="ru-RU"/>
        </w:rPr>
        <w:t xml:space="preserve"> профессоры, </w:t>
      </w:r>
      <w:proofErr w:type="spellStart"/>
      <w:r w:rsidRPr="00A65958">
        <w:rPr>
          <w:sz w:val="28"/>
          <w:lang w:val="ru-RU"/>
        </w:rPr>
        <w:t>Қостанай</w:t>
      </w:r>
      <w:proofErr w:type="spellEnd"/>
      <w:r w:rsidRPr="00A65958">
        <w:rPr>
          <w:sz w:val="28"/>
          <w:lang w:val="ru-RU"/>
        </w:rPr>
        <w:t xml:space="preserve"> қ.</w:t>
      </w:r>
      <w:r w:rsidR="00A65958">
        <w:rPr>
          <w:sz w:val="28"/>
          <w:lang w:val="ru-RU"/>
        </w:rPr>
        <w:t>;</w:t>
      </w:r>
    </w:p>
    <w:p w:rsidR="00CF1850" w:rsidRPr="00A65958" w:rsidRDefault="00CF1850" w:rsidP="00A65958">
      <w:pPr>
        <w:pStyle w:val="ae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proofErr w:type="spellStart"/>
      <w:r w:rsidRPr="00A65958">
        <w:rPr>
          <w:b/>
          <w:sz w:val="28"/>
          <w:lang w:val="ru-RU"/>
        </w:rPr>
        <w:t>Какабаев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Нурбол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Аязбаевич</w:t>
      </w:r>
      <w:proofErr w:type="spellEnd"/>
      <w:r w:rsidRPr="00A65958">
        <w:rPr>
          <w:b/>
          <w:sz w:val="28"/>
          <w:lang w:val="ru-RU"/>
        </w:rPr>
        <w:t>,</w:t>
      </w:r>
      <w:r w:rsidRPr="00A65958">
        <w:rPr>
          <w:sz w:val="28"/>
          <w:lang w:val="ru-RU"/>
        </w:rPr>
        <w:t xml:space="preserve"> философия </w:t>
      </w:r>
      <w:proofErr w:type="spellStart"/>
      <w:r w:rsidRPr="00A65958">
        <w:rPr>
          <w:sz w:val="28"/>
          <w:lang w:val="ru-RU"/>
        </w:rPr>
        <w:t>докторы</w:t>
      </w:r>
      <w:proofErr w:type="spellEnd"/>
      <w:r w:rsidRPr="00A65958">
        <w:rPr>
          <w:sz w:val="28"/>
          <w:lang w:val="ru-RU"/>
        </w:rPr>
        <w:t xml:space="preserve"> (</w:t>
      </w:r>
      <w:r w:rsidRPr="00A65958">
        <w:rPr>
          <w:sz w:val="28"/>
        </w:rPr>
        <w:t>PhD</w:t>
      </w:r>
      <w:r w:rsidRPr="00A65958">
        <w:rPr>
          <w:sz w:val="28"/>
          <w:lang w:val="ru-RU"/>
        </w:rPr>
        <w:t xml:space="preserve">), </w:t>
      </w:r>
      <w:proofErr w:type="spellStart"/>
      <w:r w:rsidRPr="00A65958">
        <w:rPr>
          <w:sz w:val="28"/>
          <w:lang w:val="ru-RU"/>
        </w:rPr>
        <w:t>инженерлік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технологиялар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көлік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кафедрасының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меңгерушісі</w:t>
      </w:r>
      <w:proofErr w:type="spellEnd"/>
      <w:r w:rsidRPr="00A65958">
        <w:rPr>
          <w:sz w:val="28"/>
          <w:lang w:val="ru-RU"/>
        </w:rPr>
        <w:t xml:space="preserve">, «Ш. </w:t>
      </w:r>
      <w:proofErr w:type="spellStart"/>
      <w:r w:rsidRPr="00A65958">
        <w:rPr>
          <w:sz w:val="28"/>
          <w:lang w:val="ru-RU"/>
        </w:rPr>
        <w:t>Уәлиханов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атындағы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Көкшетау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университеті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КеАҚ</w:t>
      </w:r>
      <w:proofErr w:type="spellEnd"/>
      <w:r w:rsidRPr="00A65958">
        <w:rPr>
          <w:sz w:val="28"/>
          <w:lang w:val="ru-RU"/>
        </w:rPr>
        <w:t xml:space="preserve">, </w:t>
      </w:r>
      <w:proofErr w:type="spellStart"/>
      <w:r w:rsidRPr="00A65958">
        <w:rPr>
          <w:sz w:val="28"/>
          <w:lang w:val="ru-RU"/>
        </w:rPr>
        <w:t>Көкшетау</w:t>
      </w:r>
      <w:proofErr w:type="spellEnd"/>
      <w:r w:rsidRPr="00A65958">
        <w:rPr>
          <w:sz w:val="28"/>
          <w:lang w:val="ru-RU"/>
        </w:rPr>
        <w:t xml:space="preserve"> қ.</w:t>
      </w:r>
    </w:p>
    <w:p w:rsidR="00CF1850" w:rsidRPr="00A65958" w:rsidRDefault="00CF1850" w:rsidP="00A65958">
      <w:pPr>
        <w:ind w:firstLine="709"/>
        <w:jc w:val="both"/>
        <w:rPr>
          <w:sz w:val="28"/>
          <w:lang w:val="ru-RU"/>
        </w:rPr>
      </w:pPr>
      <w:proofErr w:type="spellStart"/>
      <w:r w:rsidRPr="00A65958">
        <w:rPr>
          <w:b/>
          <w:sz w:val="28"/>
          <w:lang w:val="ru-RU"/>
        </w:rPr>
        <w:t>Диссертациялық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кеңестің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уақытша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мүшелері</w:t>
      </w:r>
      <w:proofErr w:type="spellEnd"/>
      <w:r w:rsidRPr="00A65958">
        <w:rPr>
          <w:b/>
          <w:sz w:val="28"/>
          <w:lang w:val="ru-RU"/>
        </w:rPr>
        <w:t>:</w:t>
      </w:r>
    </w:p>
    <w:p w:rsidR="00CF1850" w:rsidRPr="00A65958" w:rsidRDefault="00CF1850" w:rsidP="00A65958">
      <w:pPr>
        <w:pStyle w:val="ae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proofErr w:type="spellStart"/>
      <w:r w:rsidRPr="00A65958">
        <w:rPr>
          <w:b/>
          <w:sz w:val="28"/>
          <w:lang w:val="ru-RU"/>
        </w:rPr>
        <w:t>Астанакулов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Комил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Дуллиевич</w:t>
      </w:r>
      <w:proofErr w:type="spellEnd"/>
      <w:r w:rsidRPr="00A65958">
        <w:rPr>
          <w:b/>
          <w:sz w:val="28"/>
          <w:lang w:val="ru-RU"/>
        </w:rPr>
        <w:t>,</w:t>
      </w:r>
      <w:r w:rsidRPr="00A65958">
        <w:rPr>
          <w:sz w:val="28"/>
          <w:lang w:val="ru-RU"/>
        </w:rPr>
        <w:t xml:space="preserve"> техника </w:t>
      </w:r>
      <w:proofErr w:type="spellStart"/>
      <w:r w:rsidRPr="00A65958">
        <w:rPr>
          <w:sz w:val="28"/>
          <w:lang w:val="ru-RU"/>
        </w:rPr>
        <w:t>ғылымдарының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докторы</w:t>
      </w:r>
      <w:proofErr w:type="spellEnd"/>
      <w:r w:rsidRPr="00A65958">
        <w:rPr>
          <w:sz w:val="28"/>
          <w:lang w:val="ru-RU"/>
        </w:rPr>
        <w:t>, профессор, «</w:t>
      </w:r>
      <w:proofErr w:type="spellStart"/>
      <w:r w:rsidRPr="00A65958">
        <w:rPr>
          <w:sz w:val="28"/>
          <w:lang w:val="ru-RU"/>
        </w:rPr>
        <w:t>Ұлттық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зерттеу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университеті</w:t>
      </w:r>
      <w:proofErr w:type="spellEnd"/>
      <w:r w:rsidRPr="00A65958">
        <w:rPr>
          <w:sz w:val="28"/>
          <w:lang w:val="ru-RU"/>
        </w:rPr>
        <w:t xml:space="preserve">» «Ташкент ирригация </w:t>
      </w:r>
      <w:proofErr w:type="spellStart"/>
      <w:r w:rsidRPr="00A65958">
        <w:rPr>
          <w:sz w:val="28"/>
          <w:lang w:val="ru-RU"/>
        </w:rPr>
        <w:t>және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ауыл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шаруашылығынмеханикаландыру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инженерлері</w:t>
      </w:r>
      <w:proofErr w:type="spellEnd"/>
      <w:r w:rsidRPr="00A65958">
        <w:rPr>
          <w:sz w:val="28"/>
          <w:lang w:val="ru-RU"/>
        </w:rPr>
        <w:t>» институты, «</w:t>
      </w:r>
      <w:proofErr w:type="spellStart"/>
      <w:r w:rsidRPr="00A65958">
        <w:rPr>
          <w:sz w:val="28"/>
          <w:lang w:val="ru-RU"/>
        </w:rPr>
        <w:t>Ауыл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шаруашылығы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техникасы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жәнетехнологиялары</w:t>
      </w:r>
      <w:proofErr w:type="spellEnd"/>
      <w:r w:rsidRPr="00A65958">
        <w:rPr>
          <w:sz w:val="28"/>
          <w:lang w:val="ru-RU"/>
        </w:rPr>
        <w:t xml:space="preserve">» </w:t>
      </w:r>
      <w:proofErr w:type="spellStart"/>
      <w:r w:rsidRPr="00A65958">
        <w:rPr>
          <w:sz w:val="28"/>
          <w:lang w:val="ru-RU"/>
        </w:rPr>
        <w:t>кафедрасының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меңгерушісі</w:t>
      </w:r>
      <w:proofErr w:type="spellEnd"/>
      <w:r w:rsidRPr="00A65958">
        <w:rPr>
          <w:sz w:val="28"/>
          <w:lang w:val="ru-RU"/>
        </w:rPr>
        <w:t xml:space="preserve">, Ташкент қ. </w:t>
      </w:r>
      <w:proofErr w:type="spellStart"/>
      <w:r w:rsidRPr="00A65958">
        <w:rPr>
          <w:sz w:val="28"/>
          <w:lang w:val="ru-RU"/>
        </w:rPr>
        <w:t>Өзбекістан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Республикасы</w:t>
      </w:r>
      <w:proofErr w:type="spellEnd"/>
      <w:r w:rsidRPr="00A65958">
        <w:rPr>
          <w:sz w:val="28"/>
          <w:lang w:val="ru-RU"/>
        </w:rPr>
        <w:t>.</w:t>
      </w:r>
    </w:p>
    <w:p w:rsidR="00A65958" w:rsidRDefault="00CF1850" w:rsidP="00A65958">
      <w:pPr>
        <w:pStyle w:val="ae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proofErr w:type="spellStart"/>
      <w:r w:rsidRPr="00A65958">
        <w:rPr>
          <w:b/>
          <w:bCs/>
          <w:sz w:val="28"/>
          <w:lang w:val="ru-RU"/>
        </w:rPr>
        <w:t>Куваев</w:t>
      </w:r>
      <w:proofErr w:type="spellEnd"/>
      <w:r w:rsidRPr="00A65958">
        <w:rPr>
          <w:b/>
          <w:bCs/>
          <w:sz w:val="28"/>
          <w:lang w:val="ru-RU"/>
        </w:rPr>
        <w:t xml:space="preserve"> Антон Николаевич,</w:t>
      </w:r>
      <w:r w:rsidRPr="00A65958">
        <w:rPr>
          <w:sz w:val="28"/>
          <w:lang w:val="ru-RU"/>
        </w:rPr>
        <w:t xml:space="preserve"> философия </w:t>
      </w:r>
      <w:proofErr w:type="spellStart"/>
      <w:r w:rsidRPr="00A65958">
        <w:rPr>
          <w:sz w:val="28"/>
          <w:lang w:val="ru-RU"/>
        </w:rPr>
        <w:t>докторы</w:t>
      </w:r>
      <w:proofErr w:type="spellEnd"/>
      <w:r w:rsidRPr="00A65958">
        <w:rPr>
          <w:sz w:val="28"/>
          <w:lang w:val="ru-RU"/>
        </w:rPr>
        <w:t xml:space="preserve"> (</w:t>
      </w:r>
      <w:proofErr w:type="spellStart"/>
      <w:r w:rsidRPr="00A65958">
        <w:rPr>
          <w:sz w:val="28"/>
          <w:lang w:val="ru-RU"/>
        </w:rPr>
        <w:t>PhD</w:t>
      </w:r>
      <w:proofErr w:type="spellEnd"/>
      <w:r w:rsidRPr="00A65958">
        <w:rPr>
          <w:sz w:val="28"/>
          <w:lang w:val="ru-RU"/>
        </w:rPr>
        <w:t>), «</w:t>
      </w:r>
      <w:proofErr w:type="spellStart"/>
      <w:r w:rsidRPr="00A65958">
        <w:rPr>
          <w:sz w:val="28"/>
          <w:lang w:val="ru-RU"/>
        </w:rPr>
        <w:t>Агроинженерия</w:t>
      </w:r>
      <w:proofErr w:type="spellEnd"/>
      <w:r w:rsidRPr="00A65958">
        <w:rPr>
          <w:sz w:val="28"/>
          <w:lang w:val="ru-RU"/>
        </w:rPr>
        <w:t xml:space="preserve"> ҒӨО» ЖШС </w:t>
      </w:r>
      <w:proofErr w:type="spellStart"/>
      <w:r w:rsidRPr="00A65958">
        <w:rPr>
          <w:sz w:val="28"/>
          <w:lang w:val="ru-RU"/>
        </w:rPr>
        <w:t>Қостанай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proofErr w:type="gramStart"/>
      <w:r w:rsidRPr="00A65958">
        <w:rPr>
          <w:sz w:val="28"/>
          <w:lang w:val="ru-RU"/>
        </w:rPr>
        <w:t>филиалы,з</w:t>
      </w:r>
      <w:proofErr w:type="spellEnd"/>
      <w:proofErr w:type="gram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ертхана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меңгерушісі</w:t>
      </w:r>
      <w:proofErr w:type="spellEnd"/>
      <w:r w:rsidRPr="00A65958">
        <w:rPr>
          <w:sz w:val="28"/>
          <w:lang w:val="ru-RU"/>
        </w:rPr>
        <w:t xml:space="preserve">, </w:t>
      </w:r>
      <w:proofErr w:type="spellStart"/>
      <w:r w:rsidRPr="00A65958">
        <w:rPr>
          <w:sz w:val="28"/>
          <w:lang w:val="ru-RU"/>
        </w:rPr>
        <w:t>Қостанай</w:t>
      </w:r>
      <w:proofErr w:type="spellEnd"/>
      <w:r w:rsidRPr="00A65958">
        <w:rPr>
          <w:sz w:val="28"/>
          <w:lang w:val="ru-RU"/>
        </w:rPr>
        <w:t xml:space="preserve"> қ.</w:t>
      </w:r>
      <w:r w:rsidR="00A65958">
        <w:rPr>
          <w:sz w:val="28"/>
          <w:lang w:val="ru-RU"/>
        </w:rPr>
        <w:t>;</w:t>
      </w:r>
    </w:p>
    <w:p w:rsidR="00D5199C" w:rsidRPr="00A65958" w:rsidRDefault="00CF1850" w:rsidP="00A65958">
      <w:pPr>
        <w:pStyle w:val="ae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sz w:val="28"/>
          <w:lang w:val="ru-RU"/>
        </w:rPr>
      </w:pPr>
      <w:proofErr w:type="spellStart"/>
      <w:r w:rsidRPr="00A65958">
        <w:rPr>
          <w:b/>
          <w:sz w:val="28"/>
          <w:lang w:val="ru-RU"/>
        </w:rPr>
        <w:t>Нуралин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Бекет</w:t>
      </w:r>
      <w:proofErr w:type="spellEnd"/>
      <w:r w:rsidRPr="00A65958">
        <w:rPr>
          <w:b/>
          <w:sz w:val="28"/>
          <w:lang w:val="ru-RU"/>
        </w:rPr>
        <w:t xml:space="preserve"> </w:t>
      </w:r>
      <w:proofErr w:type="spellStart"/>
      <w:r w:rsidRPr="00A65958">
        <w:rPr>
          <w:b/>
          <w:sz w:val="28"/>
          <w:lang w:val="ru-RU"/>
        </w:rPr>
        <w:t>Нургалиевич</w:t>
      </w:r>
      <w:proofErr w:type="spellEnd"/>
      <w:r w:rsidRPr="00A65958">
        <w:rPr>
          <w:b/>
          <w:sz w:val="28"/>
          <w:lang w:val="ru-RU"/>
        </w:rPr>
        <w:t>,</w:t>
      </w:r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техникалық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ғылымдар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докторы</w:t>
      </w:r>
      <w:proofErr w:type="spellEnd"/>
      <w:r w:rsidRPr="00A65958">
        <w:rPr>
          <w:sz w:val="28"/>
          <w:lang w:val="ru-RU"/>
        </w:rPr>
        <w:t>, «</w:t>
      </w:r>
      <w:proofErr w:type="spellStart"/>
      <w:r w:rsidRPr="00A65958">
        <w:rPr>
          <w:sz w:val="28"/>
          <w:lang w:val="ru-RU"/>
        </w:rPr>
        <w:t>Жәңгір</w:t>
      </w:r>
      <w:proofErr w:type="spellEnd"/>
      <w:r w:rsidRPr="00A65958">
        <w:rPr>
          <w:sz w:val="28"/>
          <w:lang w:val="ru-RU"/>
        </w:rPr>
        <w:t xml:space="preserve"> хан </w:t>
      </w:r>
      <w:proofErr w:type="spellStart"/>
      <w:r w:rsidRPr="00A65958">
        <w:rPr>
          <w:sz w:val="28"/>
          <w:lang w:val="ru-RU"/>
        </w:rPr>
        <w:t>атындағы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sz w:val="28"/>
          <w:lang w:val="ru-RU"/>
        </w:rPr>
        <w:t>Батыс</w:t>
      </w:r>
      <w:proofErr w:type="spellEnd"/>
      <w:r w:rsidRPr="00A65958">
        <w:rPr>
          <w:sz w:val="28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Қазақстан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аграрлық-техникалық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университеті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»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КеАҚ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Политехникалық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институтының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профессоры, Орал қ.</w:t>
      </w:r>
    </w:p>
    <w:p w:rsidR="00D5199C" w:rsidRPr="00A65958" w:rsidRDefault="00D5199C" w:rsidP="00A65958">
      <w:pPr>
        <w:ind w:firstLine="709"/>
        <w:jc w:val="both"/>
        <w:rPr>
          <w:rFonts w:cs="Times New Roman"/>
          <w:sz w:val="28"/>
          <w:szCs w:val="24"/>
          <w:lang w:val="ru-RU"/>
        </w:rPr>
      </w:pPr>
      <w:proofErr w:type="spellStart"/>
      <w:r w:rsidRPr="00A65958">
        <w:rPr>
          <w:rFonts w:cs="Times New Roman"/>
          <w:sz w:val="28"/>
          <w:szCs w:val="24"/>
          <w:lang w:val="ru-RU"/>
        </w:rPr>
        <w:lastRenderedPageBreak/>
        <w:t>Қорғау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r w:rsidRPr="00A65958">
        <w:rPr>
          <w:rFonts w:cs="Times New Roman"/>
          <w:b/>
          <w:sz w:val="28"/>
          <w:szCs w:val="24"/>
          <w:lang w:val="ru-RU"/>
        </w:rPr>
        <w:t xml:space="preserve">2026 </w:t>
      </w:r>
      <w:proofErr w:type="spellStart"/>
      <w:r w:rsidRPr="00A65958">
        <w:rPr>
          <w:rFonts w:cs="Times New Roman"/>
          <w:b/>
          <w:sz w:val="28"/>
          <w:szCs w:val="24"/>
          <w:lang w:val="ru-RU"/>
        </w:rPr>
        <w:t>жылғы</w:t>
      </w:r>
      <w:proofErr w:type="spellEnd"/>
      <w:r w:rsidRPr="00A65958">
        <w:rPr>
          <w:rFonts w:cs="Times New Roman"/>
          <w:b/>
          <w:sz w:val="28"/>
          <w:szCs w:val="24"/>
          <w:lang w:val="ru-RU"/>
        </w:rPr>
        <w:t xml:space="preserve"> 2</w:t>
      </w:r>
      <w:r w:rsidR="00636408" w:rsidRPr="00A65958">
        <w:rPr>
          <w:rFonts w:cs="Times New Roman"/>
          <w:b/>
          <w:sz w:val="28"/>
          <w:szCs w:val="24"/>
          <w:lang w:val="ru-RU"/>
        </w:rPr>
        <w:t>7</w:t>
      </w:r>
      <w:r w:rsidRPr="00A65958">
        <w:rPr>
          <w:rFonts w:cs="Times New Roman"/>
          <w:b/>
          <w:sz w:val="28"/>
          <w:szCs w:val="24"/>
          <w:lang w:val="ru-RU"/>
        </w:rPr>
        <w:t xml:space="preserve"> </w:t>
      </w:r>
      <w:proofErr w:type="spellStart"/>
      <w:r w:rsidR="00636408" w:rsidRPr="00A65958">
        <w:rPr>
          <w:rFonts w:cs="Times New Roman"/>
          <w:b/>
          <w:sz w:val="28"/>
          <w:szCs w:val="24"/>
          <w:lang w:val="ru-RU"/>
        </w:rPr>
        <w:t>қарашада</w:t>
      </w:r>
      <w:proofErr w:type="spellEnd"/>
      <w:r w:rsidRPr="00A65958">
        <w:rPr>
          <w:rFonts w:cs="Times New Roman"/>
          <w:b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b/>
          <w:sz w:val="28"/>
          <w:szCs w:val="24"/>
          <w:lang w:val="ru-RU"/>
        </w:rPr>
        <w:t>сағат</w:t>
      </w:r>
      <w:proofErr w:type="spellEnd"/>
      <w:r w:rsidRPr="00A65958">
        <w:rPr>
          <w:rFonts w:cs="Times New Roman"/>
          <w:b/>
          <w:sz w:val="28"/>
          <w:szCs w:val="24"/>
          <w:lang w:val="ru-RU"/>
        </w:rPr>
        <w:t xml:space="preserve"> </w:t>
      </w:r>
      <w:r w:rsidR="00636408" w:rsidRPr="00A65958">
        <w:rPr>
          <w:rFonts w:cs="Times New Roman"/>
          <w:b/>
          <w:sz w:val="28"/>
          <w:szCs w:val="24"/>
          <w:lang w:val="ru-RU"/>
        </w:rPr>
        <w:t>10</w:t>
      </w:r>
      <w:r w:rsidRPr="00A65958">
        <w:rPr>
          <w:rFonts w:cs="Times New Roman"/>
          <w:b/>
          <w:sz w:val="28"/>
          <w:szCs w:val="24"/>
          <w:lang w:val="ru-RU"/>
        </w:rPr>
        <w:t>.00-де</w:t>
      </w:r>
      <w:r w:rsidRPr="00A65958">
        <w:rPr>
          <w:rFonts w:cs="Times New Roman"/>
          <w:sz w:val="28"/>
          <w:szCs w:val="24"/>
          <w:lang w:val="ru-RU"/>
        </w:rPr>
        <w:t xml:space="preserve"> «С.</w:t>
      </w:r>
      <w:r w:rsidR="00A65958">
        <w:rPr>
          <w:rFonts w:cs="Times New Roman"/>
          <w:sz w:val="28"/>
          <w:szCs w:val="24"/>
          <w:lang w:val="ru-RU"/>
        </w:rPr>
        <w:t xml:space="preserve"> </w:t>
      </w:r>
      <w:r w:rsidRPr="00A65958">
        <w:rPr>
          <w:rFonts w:cs="Times New Roman"/>
          <w:sz w:val="28"/>
          <w:szCs w:val="24"/>
          <w:lang w:val="ru-RU"/>
        </w:rPr>
        <w:t xml:space="preserve">Сейфуллин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атындағы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Қазақ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агротехникалық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зерттеу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университеті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» КЕАҚ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жанындағы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«</w:t>
      </w:r>
      <w:proofErr w:type="spellStart"/>
      <w:r w:rsidRPr="00A65958">
        <w:rPr>
          <w:rFonts w:cs="Times New Roman"/>
          <w:sz w:val="28"/>
          <w:szCs w:val="24"/>
          <w:lang w:val="ru-RU"/>
        </w:rPr>
        <w:t>Агроинженерия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» (8D087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білім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беру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бағдарламасы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) 8D08701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даярлау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бағыты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бойынша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Диссертациялық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кеңесте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өтеді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.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Жеңіс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даңғылы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, 62Б, </w:t>
      </w:r>
      <w:proofErr w:type="spellStart"/>
      <w:r w:rsidRPr="00A65958">
        <w:rPr>
          <w:rFonts w:cs="Times New Roman"/>
          <w:sz w:val="28"/>
          <w:szCs w:val="24"/>
          <w:lang w:val="ru-RU"/>
        </w:rPr>
        <w:t>техникалық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факультеттің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ғимараты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, № 4204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мәжіліс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залы.</w:t>
      </w:r>
    </w:p>
    <w:p w:rsidR="00D5199C" w:rsidRPr="00A65958" w:rsidRDefault="00D5199C" w:rsidP="00A65958">
      <w:pPr>
        <w:ind w:firstLine="709"/>
        <w:jc w:val="both"/>
        <w:rPr>
          <w:rFonts w:cs="Times New Roman"/>
          <w:sz w:val="28"/>
          <w:szCs w:val="24"/>
          <w:lang w:val="ru-RU"/>
        </w:rPr>
      </w:pPr>
      <w:r w:rsidRPr="00A65958">
        <w:rPr>
          <w:rFonts w:cs="Times New Roman"/>
          <w:sz w:val="28"/>
          <w:szCs w:val="24"/>
          <w:lang w:val="ru-RU"/>
        </w:rPr>
        <w:t xml:space="preserve">Онлайн трансляция ZOOM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платформасында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өтеді</w:t>
      </w:r>
      <w:proofErr w:type="spellEnd"/>
      <w:r w:rsidRPr="00A65958">
        <w:rPr>
          <w:rFonts w:cs="Times New Roman"/>
          <w:sz w:val="28"/>
          <w:szCs w:val="24"/>
          <w:lang w:val="ru-RU"/>
        </w:rPr>
        <w:t>:</w:t>
      </w:r>
    </w:p>
    <w:p w:rsidR="00D5199C" w:rsidRPr="00A65958" w:rsidRDefault="00D5199C" w:rsidP="00A65958">
      <w:pPr>
        <w:ind w:firstLine="709"/>
        <w:jc w:val="both"/>
        <w:rPr>
          <w:rFonts w:cs="Times New Roman"/>
          <w:sz w:val="28"/>
          <w:szCs w:val="24"/>
          <w:lang w:val="ru-RU"/>
        </w:rPr>
      </w:pPr>
      <w:r w:rsidRPr="00A65958">
        <w:rPr>
          <w:rFonts w:cs="Times New Roman"/>
          <w:sz w:val="28"/>
          <w:szCs w:val="24"/>
          <w:lang w:val="ru-RU"/>
        </w:rPr>
        <w:t xml:space="preserve">Конференция идентификаторы: </w:t>
      </w:r>
      <w:r w:rsidR="00F95157" w:rsidRPr="00A65958">
        <w:rPr>
          <w:rFonts w:cs="Times New Roman"/>
          <w:color w:val="000000"/>
          <w:spacing w:val="4"/>
          <w:sz w:val="28"/>
          <w:szCs w:val="24"/>
          <w:shd w:val="clear" w:color="auto" w:fill="FFFFFF"/>
          <w:lang w:val="ru-RU"/>
        </w:rPr>
        <w:t>936 3575 0523</w:t>
      </w:r>
    </w:p>
    <w:p w:rsidR="00D5199C" w:rsidRPr="00A65958" w:rsidRDefault="00D5199C" w:rsidP="00A65958">
      <w:pPr>
        <w:ind w:firstLine="709"/>
        <w:jc w:val="both"/>
        <w:rPr>
          <w:rFonts w:cs="Times New Roman"/>
          <w:sz w:val="28"/>
          <w:szCs w:val="24"/>
          <w:lang w:val="ru-RU"/>
        </w:rPr>
      </w:pPr>
      <w:proofErr w:type="spellStart"/>
      <w:r w:rsidRPr="00A65958">
        <w:rPr>
          <w:rFonts w:cs="Times New Roman"/>
          <w:sz w:val="28"/>
          <w:szCs w:val="24"/>
          <w:lang w:val="ru-RU"/>
        </w:rPr>
        <w:t>Қол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жеткізу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 коды: </w:t>
      </w:r>
      <w:r w:rsidR="00636408" w:rsidRPr="00A65958">
        <w:rPr>
          <w:rFonts w:cs="Times New Roman"/>
          <w:color w:val="000000"/>
          <w:spacing w:val="4"/>
          <w:sz w:val="28"/>
          <w:szCs w:val="24"/>
          <w:shd w:val="clear" w:color="auto" w:fill="FFFFFF"/>
          <w:lang w:val="ru-RU"/>
        </w:rPr>
        <w:t>740832</w:t>
      </w:r>
    </w:p>
    <w:p w:rsidR="00D5199C" w:rsidRPr="00A65958" w:rsidRDefault="00D5199C" w:rsidP="00A65958">
      <w:pPr>
        <w:ind w:firstLine="709"/>
        <w:jc w:val="both"/>
        <w:rPr>
          <w:rFonts w:cs="Times New Roman"/>
          <w:sz w:val="28"/>
          <w:szCs w:val="24"/>
          <w:lang w:val="ru-RU"/>
        </w:rPr>
      </w:pPr>
      <w:r w:rsidRPr="00A65958">
        <w:rPr>
          <w:rFonts w:cs="Times New Roman"/>
          <w:sz w:val="28"/>
          <w:szCs w:val="24"/>
          <w:lang w:val="ru-RU"/>
        </w:rPr>
        <w:t xml:space="preserve">Сайт </w:t>
      </w:r>
      <w:proofErr w:type="spellStart"/>
      <w:r w:rsidRPr="00A65958">
        <w:rPr>
          <w:rFonts w:cs="Times New Roman"/>
          <w:sz w:val="28"/>
          <w:szCs w:val="24"/>
          <w:lang w:val="ru-RU"/>
        </w:rPr>
        <w:t>мекенжайы</w:t>
      </w:r>
      <w:proofErr w:type="spellEnd"/>
      <w:r w:rsidRPr="00A65958">
        <w:rPr>
          <w:rFonts w:cs="Times New Roman"/>
          <w:sz w:val="28"/>
          <w:szCs w:val="24"/>
          <w:lang w:val="ru-RU"/>
        </w:rPr>
        <w:t xml:space="preserve">: </w:t>
      </w:r>
      <w:hyperlink r:id="rId8" w:history="1">
        <w:r w:rsidRPr="00A65958">
          <w:rPr>
            <w:rStyle w:val="aff9"/>
            <w:rFonts w:cs="Times New Roman"/>
            <w:sz w:val="28"/>
            <w:szCs w:val="24"/>
            <w:lang w:val="ru-RU"/>
          </w:rPr>
          <w:t>www.kazatu.edu.kz</w:t>
        </w:r>
      </w:hyperlink>
      <w:r w:rsidRPr="00A65958">
        <w:rPr>
          <w:rFonts w:cs="Times New Roman"/>
          <w:sz w:val="28"/>
          <w:szCs w:val="24"/>
          <w:lang w:val="ru-RU"/>
        </w:rPr>
        <w:t>;</w:t>
      </w:r>
    </w:p>
    <w:p w:rsidR="00A439F8" w:rsidRPr="00A65958" w:rsidRDefault="00D5199C" w:rsidP="00A65958">
      <w:pPr>
        <w:ind w:firstLine="709"/>
        <w:jc w:val="both"/>
        <w:rPr>
          <w:rFonts w:cs="Times New Roman"/>
          <w:sz w:val="28"/>
          <w:szCs w:val="24"/>
        </w:rPr>
      </w:pPr>
      <w:r w:rsidRPr="00A65958">
        <w:rPr>
          <w:rFonts w:cs="Times New Roman"/>
          <w:sz w:val="28"/>
          <w:szCs w:val="24"/>
        </w:rPr>
        <w:t>e-mail: p.madi@kazatu.edu.kz</w:t>
      </w:r>
    </w:p>
    <w:sectPr w:rsidR="00A439F8" w:rsidRPr="00A65958" w:rsidSect="00A65958">
      <w:headerReference w:type="default" r:id="rId9"/>
      <w:pgSz w:w="12240" w:h="15840"/>
      <w:pgMar w:top="1418" w:right="851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908" w:rsidRDefault="00081908" w:rsidP="00FB1918">
      <w:r>
        <w:separator/>
      </w:r>
    </w:p>
  </w:endnote>
  <w:endnote w:type="continuationSeparator" w:id="0">
    <w:p w:rsidR="00081908" w:rsidRDefault="00081908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908" w:rsidRDefault="00081908" w:rsidP="00FB1918">
      <w:r>
        <w:separator/>
      </w:r>
    </w:p>
  </w:footnote>
  <w:footnote w:type="continuationSeparator" w:id="0">
    <w:p w:rsidR="00081908" w:rsidRDefault="00081908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1982263"/>
      <w:docPartObj>
        <w:docPartGallery w:val="Page Numbers (Top of Page)"/>
        <w:docPartUnique/>
      </w:docPartObj>
    </w:sdtPr>
    <w:sdtContent>
      <w:p w:rsidR="00A65958" w:rsidRDefault="00A659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65958">
          <w:rPr>
            <w:noProof/>
            <w:lang w:val="ru-RU"/>
          </w:rPr>
          <w:t>2</w:t>
        </w:r>
        <w:r>
          <w:fldChar w:fldCharType="end"/>
        </w:r>
      </w:p>
    </w:sdtContent>
  </w:sdt>
  <w:p w:rsidR="00A65958" w:rsidRDefault="00A659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5110A46"/>
    <w:multiLevelType w:val="hybridMultilevel"/>
    <w:tmpl w:val="897603CC"/>
    <w:lvl w:ilvl="0" w:tplc="1186B970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6835BE1"/>
    <w:multiLevelType w:val="hybridMultilevel"/>
    <w:tmpl w:val="ECDC5C4E"/>
    <w:lvl w:ilvl="0" w:tplc="45261772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5D46A2"/>
    <w:multiLevelType w:val="hybridMultilevel"/>
    <w:tmpl w:val="C74C3FE8"/>
    <w:lvl w:ilvl="0" w:tplc="D2E4141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1908"/>
    <w:rsid w:val="000E1523"/>
    <w:rsid w:val="0015074B"/>
    <w:rsid w:val="0027490D"/>
    <w:rsid w:val="0029639D"/>
    <w:rsid w:val="00326F90"/>
    <w:rsid w:val="00636408"/>
    <w:rsid w:val="009501A2"/>
    <w:rsid w:val="00A439F8"/>
    <w:rsid w:val="00A65958"/>
    <w:rsid w:val="00A70010"/>
    <w:rsid w:val="00AA1D8D"/>
    <w:rsid w:val="00B47730"/>
    <w:rsid w:val="00CB0664"/>
    <w:rsid w:val="00CF1850"/>
    <w:rsid w:val="00D5199C"/>
    <w:rsid w:val="00DB48E3"/>
    <w:rsid w:val="00DE3018"/>
    <w:rsid w:val="00F201CC"/>
    <w:rsid w:val="00F951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2288B195-7F5B-974C-887F-3906B47C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F201CC"/>
    <w:pPr>
      <w:spacing w:before="100" w:beforeAutospacing="1" w:after="100" w:afterAutospacing="1"/>
    </w:pPr>
    <w:rPr>
      <w:rFonts w:cs="Times New Roman"/>
      <w:szCs w:val="24"/>
    </w:rPr>
  </w:style>
  <w:style w:type="character" w:styleId="aff9">
    <w:name w:val="Hyperlink"/>
    <w:basedOn w:val="a2"/>
    <w:uiPriority w:val="99"/>
    <w:unhideWhenUsed/>
    <w:rsid w:val="00A70010"/>
    <w:rPr>
      <w:color w:val="0000FF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D51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zatu.edu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4D2A71-EFD7-44C2-A820-9183BCBB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Сатаева Жайна</cp:lastModifiedBy>
  <cp:revision>13</cp:revision>
  <dcterms:created xsi:type="dcterms:W3CDTF">2013-12-23T23:15:00Z</dcterms:created>
  <dcterms:modified xsi:type="dcterms:W3CDTF">2026-10-14T10:42:00Z</dcterms:modified>
  <cp:category/>
</cp:coreProperties>
</file>