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AD" w:rsidRDefault="003918AD" w:rsidP="009A4F40">
      <w:pPr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bookmarkStart w:id="0" w:name="_GoBack"/>
      <w:r w:rsidRPr="009A4F40">
        <w:rPr>
          <w:rFonts w:cs="Times New Roman"/>
          <w:b/>
          <w:sz w:val="28"/>
          <w:szCs w:val="28"/>
        </w:rPr>
        <w:t>ХАБАРЛАНДЫРУ</w:t>
      </w:r>
    </w:p>
    <w:p w:rsidR="009A4F40" w:rsidRPr="009A4F40" w:rsidRDefault="009A4F40" w:rsidP="009A4F40">
      <w:pPr>
        <w:spacing w:after="0" w:line="240" w:lineRule="auto"/>
        <w:ind w:firstLine="709"/>
        <w:jc w:val="center"/>
        <w:rPr>
          <w:rFonts w:cs="Times New Roman"/>
          <w:sz w:val="28"/>
          <w:szCs w:val="28"/>
        </w:rPr>
      </w:pPr>
    </w:p>
    <w:p w:rsidR="001531A4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A4F40">
        <w:rPr>
          <w:rFonts w:cs="Times New Roman"/>
          <w:sz w:val="28"/>
          <w:szCs w:val="28"/>
        </w:rPr>
        <w:t xml:space="preserve">«Марат Оспанов атындағы Батыс Қазақстан медицина университеті» КеАҚ жанындағы 6D110100 - 8D10102 «Медицина» білім беру бағдарламасы бойынша </w:t>
      </w:r>
      <w:r w:rsidR="009A4F40">
        <w:rPr>
          <w:rFonts w:cs="Times New Roman"/>
          <w:sz w:val="28"/>
          <w:szCs w:val="28"/>
          <w:lang w:val="kk-KZ"/>
        </w:rPr>
        <w:t>д</w:t>
      </w:r>
      <w:r w:rsidRPr="009A4F40">
        <w:rPr>
          <w:rFonts w:cs="Times New Roman"/>
          <w:sz w:val="28"/>
          <w:szCs w:val="28"/>
        </w:rPr>
        <w:t>иссертациялық кеңес</w:t>
      </w:r>
      <w:r w:rsidR="009A4F40">
        <w:rPr>
          <w:rFonts w:cs="Times New Roman"/>
          <w:sz w:val="28"/>
          <w:szCs w:val="28"/>
          <w:lang w:val="kk-KZ"/>
        </w:rPr>
        <w:t xml:space="preserve">те </w:t>
      </w:r>
      <w:r w:rsidR="009A4F40" w:rsidRPr="009A4F40">
        <w:rPr>
          <w:rFonts w:cs="Times New Roman"/>
          <w:sz w:val="28"/>
          <w:szCs w:val="28"/>
        </w:rPr>
        <w:t>8D10102 «Медицина» білім беру бағдарламасы бойынша</w:t>
      </w:r>
      <w:r w:rsidR="009A4F40">
        <w:rPr>
          <w:rFonts w:cs="Times New Roman"/>
          <w:sz w:val="28"/>
          <w:szCs w:val="28"/>
          <w:lang w:val="kk-KZ"/>
        </w:rPr>
        <w:t xml:space="preserve"> ф</w:t>
      </w:r>
      <w:r w:rsidRPr="009A4F40">
        <w:rPr>
          <w:rFonts w:cs="Times New Roman"/>
          <w:sz w:val="28"/>
          <w:szCs w:val="28"/>
        </w:rPr>
        <w:t xml:space="preserve">илософия докторы (PhD) дәрежесін алу үшін </w:t>
      </w:r>
      <w:r w:rsidR="009A4F40">
        <w:rPr>
          <w:rFonts w:cs="Times New Roman"/>
          <w:sz w:val="28"/>
          <w:szCs w:val="28"/>
          <w:lang w:val="kk-KZ"/>
        </w:rPr>
        <w:t xml:space="preserve">ұсынылған </w:t>
      </w:r>
      <w:r w:rsidR="00A57862" w:rsidRPr="009A4F40">
        <w:rPr>
          <w:rFonts w:cs="Times New Roman"/>
          <w:b/>
          <w:bCs/>
          <w:sz w:val="28"/>
          <w:szCs w:val="28"/>
          <w:lang w:val="kk-KZ"/>
        </w:rPr>
        <w:t>Маденбаева Ақжан Мүсілімбекқызының</w:t>
      </w:r>
      <w:r w:rsidRPr="009A4F40">
        <w:rPr>
          <w:rFonts w:cs="Times New Roman"/>
          <w:sz w:val="28"/>
          <w:szCs w:val="28"/>
        </w:rPr>
        <w:t xml:space="preserve"> «</w:t>
      </w:r>
      <w:r w:rsidR="00A57862" w:rsidRPr="009A4F40">
        <w:rPr>
          <w:rFonts w:cs="Times New Roman"/>
          <w:sz w:val="28"/>
          <w:szCs w:val="28"/>
        </w:rPr>
        <w:t xml:space="preserve">QazCovid-in вакцинасымен вакцинацияланған </w:t>
      </w:r>
      <w:r w:rsidR="00A57862" w:rsidRPr="009A4F40">
        <w:rPr>
          <w:rFonts w:cs="Times New Roman"/>
          <w:sz w:val="28"/>
          <w:szCs w:val="28"/>
          <w:lang w:val="kk-KZ"/>
        </w:rPr>
        <w:t>науқастардағы</w:t>
      </w:r>
      <w:r w:rsidR="00A57862" w:rsidRPr="009A4F40">
        <w:rPr>
          <w:rFonts w:cs="Times New Roman"/>
          <w:sz w:val="28"/>
          <w:szCs w:val="28"/>
        </w:rPr>
        <w:t xml:space="preserve"> COVID-19-дан кейінгі жағдайдың клиникалық-иммунологиялық ерекшеліктері және оның даму қаупінің факторлары</w:t>
      </w:r>
      <w:r w:rsidRPr="009A4F40">
        <w:rPr>
          <w:rFonts w:cs="Times New Roman"/>
          <w:sz w:val="28"/>
          <w:szCs w:val="28"/>
        </w:rPr>
        <w:t>»</w:t>
      </w:r>
      <w:r w:rsidR="00A57862" w:rsidRPr="009A4F40">
        <w:rPr>
          <w:rFonts w:cs="Times New Roman"/>
          <w:sz w:val="28"/>
          <w:szCs w:val="28"/>
          <w:lang w:val="kk-KZ"/>
        </w:rPr>
        <w:t xml:space="preserve"> </w:t>
      </w:r>
      <w:r w:rsidRPr="009A4F40">
        <w:rPr>
          <w:rFonts w:cs="Times New Roman"/>
          <w:sz w:val="28"/>
          <w:szCs w:val="28"/>
        </w:rPr>
        <w:t>тақырыб</w:t>
      </w:r>
      <w:r w:rsidR="009A4F40">
        <w:rPr>
          <w:rFonts w:cs="Times New Roman"/>
          <w:sz w:val="28"/>
          <w:szCs w:val="28"/>
        </w:rPr>
        <w:t>ындағы диссертациясын</w:t>
      </w:r>
      <w:r w:rsidR="009A4F40">
        <w:rPr>
          <w:rFonts w:cs="Times New Roman"/>
          <w:sz w:val="28"/>
          <w:szCs w:val="28"/>
          <w:lang w:val="kk-KZ"/>
        </w:rPr>
        <w:t>ың</w:t>
      </w:r>
      <w:r w:rsidR="009A4F40">
        <w:rPr>
          <w:rFonts w:cs="Times New Roman"/>
          <w:sz w:val="28"/>
          <w:szCs w:val="28"/>
        </w:rPr>
        <w:t xml:space="preserve"> қорға</w:t>
      </w:r>
      <w:r w:rsidR="009A4F40">
        <w:rPr>
          <w:rFonts w:cs="Times New Roman"/>
          <w:sz w:val="28"/>
          <w:szCs w:val="28"/>
          <w:lang w:val="kk-KZ"/>
        </w:rPr>
        <w:t>уы өтеді</w:t>
      </w:r>
      <w:r w:rsidRPr="009A4F40">
        <w:rPr>
          <w:rFonts w:cs="Times New Roman"/>
          <w:sz w:val="28"/>
          <w:szCs w:val="28"/>
        </w:rPr>
        <w:t>.</w:t>
      </w:r>
    </w:p>
    <w:p w:rsidR="00AC3CD5" w:rsidRPr="009A4F40" w:rsidRDefault="00AC3CD5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A4F40">
        <w:rPr>
          <w:rFonts w:cs="Times New Roman"/>
          <w:sz w:val="28"/>
          <w:szCs w:val="28"/>
          <w:lang w:val="ru-RU"/>
        </w:rPr>
        <w:t>Диссертациялық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жұмыс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Марат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Оспанов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атындағы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Батыс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Қазақстан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медицина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университетінің</w:t>
      </w:r>
      <w:r w:rsidRPr="009A4F40">
        <w:rPr>
          <w:rFonts w:cs="Times New Roman"/>
          <w:sz w:val="28"/>
          <w:szCs w:val="28"/>
        </w:rPr>
        <w:t xml:space="preserve"> </w:t>
      </w:r>
      <w:r w:rsidR="00A57862" w:rsidRPr="009A4F40">
        <w:rPr>
          <w:rFonts w:cs="Times New Roman"/>
          <w:sz w:val="28"/>
          <w:szCs w:val="28"/>
          <w:lang w:val="kk-KZ"/>
        </w:rPr>
        <w:t>микробиология</w:t>
      </w:r>
      <w:r w:rsidR="00A57862" w:rsidRPr="009A4F40">
        <w:rPr>
          <w:rFonts w:cs="Times New Roman"/>
          <w:sz w:val="28"/>
          <w:szCs w:val="28"/>
        </w:rPr>
        <w:t>,</w:t>
      </w:r>
      <w:r w:rsidR="00D500F9" w:rsidRPr="009A4F40">
        <w:rPr>
          <w:rFonts w:cs="Times New Roman"/>
          <w:sz w:val="28"/>
          <w:szCs w:val="28"/>
        </w:rPr>
        <w:t xml:space="preserve"> </w:t>
      </w:r>
      <w:r w:rsidR="00A57862" w:rsidRPr="009A4F40">
        <w:rPr>
          <w:rFonts w:cs="Times New Roman"/>
          <w:sz w:val="28"/>
          <w:szCs w:val="28"/>
          <w:lang w:val="ru-RU"/>
        </w:rPr>
        <w:t>вирусология</w:t>
      </w:r>
      <w:r w:rsidR="00A57862" w:rsidRPr="009A4F40">
        <w:rPr>
          <w:rFonts w:cs="Times New Roman"/>
          <w:sz w:val="28"/>
          <w:szCs w:val="28"/>
        </w:rPr>
        <w:t xml:space="preserve"> </w:t>
      </w:r>
      <w:r w:rsidR="00A57862" w:rsidRPr="009A4F40">
        <w:rPr>
          <w:rFonts w:cs="Times New Roman"/>
          <w:sz w:val="28"/>
          <w:szCs w:val="28"/>
          <w:lang w:val="ru-RU"/>
        </w:rPr>
        <w:t>ж</w:t>
      </w:r>
      <w:r w:rsidR="00A57862" w:rsidRPr="009A4F40">
        <w:rPr>
          <w:rFonts w:cs="Times New Roman"/>
          <w:sz w:val="28"/>
          <w:szCs w:val="28"/>
          <w:lang w:val="kk-KZ"/>
        </w:rPr>
        <w:t xml:space="preserve">әне иммунология </w:t>
      </w:r>
      <w:r w:rsidRPr="009A4F40">
        <w:rPr>
          <w:rFonts w:cs="Times New Roman"/>
          <w:sz w:val="28"/>
          <w:szCs w:val="28"/>
          <w:lang w:val="ru-RU"/>
        </w:rPr>
        <w:t>кафедрасында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орындалды</w:t>
      </w:r>
      <w:r w:rsidRPr="009A4F40">
        <w:rPr>
          <w:rFonts w:cs="Times New Roman"/>
          <w:sz w:val="28"/>
          <w:szCs w:val="28"/>
        </w:rPr>
        <w:t xml:space="preserve">, </w:t>
      </w:r>
      <w:r w:rsidRPr="009A4F40">
        <w:rPr>
          <w:rFonts w:cs="Times New Roman"/>
          <w:sz w:val="28"/>
          <w:szCs w:val="28"/>
          <w:lang w:val="ru-RU"/>
        </w:rPr>
        <w:t>Ақтөбе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қ</w:t>
      </w:r>
      <w:r w:rsidRPr="009A4F40">
        <w:rPr>
          <w:rFonts w:cs="Times New Roman"/>
          <w:sz w:val="28"/>
          <w:szCs w:val="28"/>
        </w:rPr>
        <w:t>.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A4F40">
        <w:rPr>
          <w:rFonts w:cs="Times New Roman"/>
          <w:sz w:val="28"/>
          <w:szCs w:val="28"/>
          <w:lang w:val="ru-RU"/>
        </w:rPr>
        <w:t>Қорғау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нысаны</w:t>
      </w:r>
      <w:r w:rsidRPr="009A4F40">
        <w:rPr>
          <w:rFonts w:cs="Times New Roman"/>
          <w:sz w:val="28"/>
          <w:szCs w:val="28"/>
        </w:rPr>
        <w:t xml:space="preserve"> – </w:t>
      </w:r>
      <w:r w:rsidRPr="009A4F40">
        <w:rPr>
          <w:rFonts w:cs="Times New Roman"/>
          <w:sz w:val="28"/>
          <w:szCs w:val="28"/>
          <w:lang w:val="ru-RU"/>
        </w:rPr>
        <w:t>диссертациялық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жұмыс</w:t>
      </w:r>
      <w:r w:rsidRPr="009A4F40">
        <w:rPr>
          <w:rFonts w:cs="Times New Roman"/>
          <w:sz w:val="28"/>
          <w:szCs w:val="28"/>
        </w:rPr>
        <w:t>.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A4F40">
        <w:rPr>
          <w:rFonts w:cs="Times New Roman"/>
          <w:sz w:val="28"/>
          <w:szCs w:val="28"/>
          <w:lang w:val="ru-RU"/>
        </w:rPr>
        <w:t>Қорғау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тілі</w:t>
      </w:r>
      <w:r w:rsidRPr="009A4F40">
        <w:rPr>
          <w:rFonts w:cs="Times New Roman"/>
          <w:sz w:val="28"/>
          <w:szCs w:val="28"/>
        </w:rPr>
        <w:t xml:space="preserve"> – </w:t>
      </w:r>
      <w:r w:rsidRPr="009A4F40">
        <w:rPr>
          <w:rFonts w:cs="Times New Roman"/>
          <w:sz w:val="28"/>
          <w:szCs w:val="28"/>
          <w:lang w:val="ru-RU"/>
        </w:rPr>
        <w:t>орыс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тілі</w:t>
      </w:r>
      <w:r w:rsidRPr="009A4F40">
        <w:rPr>
          <w:rFonts w:cs="Times New Roman"/>
          <w:sz w:val="28"/>
          <w:szCs w:val="28"/>
        </w:rPr>
        <w:t>.</w:t>
      </w:r>
    </w:p>
    <w:p w:rsidR="00AC3CD5" w:rsidRPr="009A4F40" w:rsidRDefault="00AC3CD5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9A4F40">
        <w:rPr>
          <w:rFonts w:cs="Times New Roman"/>
          <w:b/>
          <w:bCs/>
          <w:sz w:val="28"/>
          <w:szCs w:val="28"/>
          <w:lang w:val="ru-RU"/>
        </w:rPr>
        <w:t>Ғылыми</w:t>
      </w:r>
      <w:r w:rsidRPr="009A4F40">
        <w:rPr>
          <w:rFonts w:cs="Times New Roman"/>
          <w:b/>
          <w:bCs/>
          <w:sz w:val="28"/>
          <w:szCs w:val="28"/>
        </w:rPr>
        <w:t xml:space="preserve"> </w:t>
      </w:r>
      <w:r w:rsidRPr="009A4F40">
        <w:rPr>
          <w:rFonts w:cs="Times New Roman"/>
          <w:b/>
          <w:bCs/>
          <w:sz w:val="28"/>
          <w:szCs w:val="28"/>
          <w:lang w:val="ru-RU"/>
        </w:rPr>
        <w:t>кеңесшілер</w:t>
      </w:r>
      <w:r w:rsidRPr="009A4F40">
        <w:rPr>
          <w:rFonts w:cs="Times New Roman"/>
          <w:b/>
          <w:bCs/>
          <w:sz w:val="28"/>
          <w:szCs w:val="28"/>
        </w:rPr>
        <w:t>:</w:t>
      </w:r>
    </w:p>
    <w:p w:rsidR="00A57862" w:rsidRPr="00027915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</w:rPr>
        <w:t>1.</w:t>
      </w:r>
      <w:r w:rsidRPr="009A4F40">
        <w:rPr>
          <w:rFonts w:cs="Times New Roman"/>
          <w:sz w:val="28"/>
          <w:szCs w:val="28"/>
        </w:rPr>
        <w:t xml:space="preserve"> </w:t>
      </w:r>
      <w:r w:rsidR="00A57862" w:rsidRPr="009A4F40">
        <w:rPr>
          <w:rFonts w:cs="Times New Roman"/>
          <w:b/>
          <w:bCs/>
          <w:sz w:val="28"/>
          <w:szCs w:val="28"/>
          <w:lang w:val="ru-RU"/>
        </w:rPr>
        <w:t>Курмангалиева</w:t>
      </w:r>
      <w:r w:rsidR="00A57862" w:rsidRPr="009A4F40">
        <w:rPr>
          <w:rFonts w:cs="Times New Roman"/>
          <w:b/>
          <w:bCs/>
          <w:sz w:val="28"/>
          <w:szCs w:val="28"/>
        </w:rPr>
        <w:t xml:space="preserve"> </w:t>
      </w:r>
      <w:r w:rsidR="00A57862" w:rsidRPr="009A4F40">
        <w:rPr>
          <w:rFonts w:cs="Times New Roman"/>
          <w:b/>
          <w:bCs/>
          <w:sz w:val="28"/>
          <w:szCs w:val="28"/>
          <w:lang w:val="kk-KZ"/>
        </w:rPr>
        <w:t>Саулеш Сейтжановна</w:t>
      </w:r>
      <w:r w:rsidRPr="009A4F40">
        <w:rPr>
          <w:rFonts w:cs="Times New Roman"/>
          <w:sz w:val="28"/>
          <w:szCs w:val="28"/>
        </w:rPr>
        <w:t xml:space="preserve"> – </w:t>
      </w:r>
      <w:r w:rsidRPr="009A4F40">
        <w:rPr>
          <w:rFonts w:cs="Times New Roman"/>
          <w:sz w:val="28"/>
          <w:szCs w:val="28"/>
          <w:lang w:val="ru-RU"/>
        </w:rPr>
        <w:t>медицина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ғылымдарының</w:t>
      </w:r>
      <w:r w:rsidRPr="009A4F40">
        <w:rPr>
          <w:rFonts w:cs="Times New Roman"/>
          <w:sz w:val="28"/>
          <w:szCs w:val="28"/>
        </w:rPr>
        <w:t xml:space="preserve"> </w:t>
      </w:r>
      <w:r w:rsidRPr="009A4F40">
        <w:rPr>
          <w:rFonts w:cs="Times New Roman"/>
          <w:sz w:val="28"/>
          <w:szCs w:val="28"/>
          <w:lang w:val="ru-RU"/>
        </w:rPr>
        <w:t>кандидаты</w:t>
      </w:r>
      <w:r w:rsidRPr="009A4F40">
        <w:rPr>
          <w:rFonts w:cs="Times New Roman"/>
          <w:sz w:val="28"/>
          <w:szCs w:val="28"/>
        </w:rPr>
        <w:t xml:space="preserve">, </w:t>
      </w:r>
      <w:r w:rsidR="00A57862" w:rsidRPr="009A4F40">
        <w:rPr>
          <w:rFonts w:cs="Times New Roman"/>
          <w:sz w:val="28"/>
          <w:szCs w:val="28"/>
        </w:rPr>
        <w:t>қауымдастырылған профессор, Марат Оспанов атындағы Батыс Қазақстан медицина университетінің дипломнан кейінгі білім беру институтының басшысы, Ақтөбе қ</w:t>
      </w:r>
      <w:r w:rsidR="00A57862" w:rsidRPr="009A4F40">
        <w:rPr>
          <w:rFonts w:cs="Times New Roman"/>
          <w:sz w:val="28"/>
          <w:szCs w:val="28"/>
          <w:lang w:val="kk-KZ"/>
        </w:rPr>
        <w:t>.</w:t>
      </w:r>
      <w:r w:rsidR="00027915">
        <w:rPr>
          <w:rFonts w:cs="Times New Roman"/>
          <w:sz w:val="28"/>
          <w:szCs w:val="28"/>
        </w:rPr>
        <w:t>, Қазақстан Республикасы</w:t>
      </w:r>
      <w:r w:rsidR="00027915">
        <w:rPr>
          <w:rFonts w:cs="Times New Roman"/>
          <w:sz w:val="28"/>
          <w:szCs w:val="28"/>
          <w:lang w:val="kk-KZ"/>
        </w:rPr>
        <w:t>;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>2. Базаргалиев Ерлан Шаймерденович</w:t>
      </w:r>
      <w:r w:rsidRPr="009A4F40">
        <w:rPr>
          <w:rFonts w:cs="Times New Roman"/>
          <w:sz w:val="28"/>
          <w:szCs w:val="28"/>
          <w:lang w:val="kk-KZ"/>
        </w:rPr>
        <w:t xml:space="preserve"> – медицина ғылымдарының кандидаты, профессор, Марат Оспанов атындағы Батыс Қазақстан медицина университетінің №1 ішкі аурулар кафедрасының </w:t>
      </w:r>
      <w:r w:rsidR="000D4CD2" w:rsidRPr="009A4F40">
        <w:rPr>
          <w:rFonts w:cs="Times New Roman"/>
          <w:sz w:val="28"/>
          <w:szCs w:val="28"/>
          <w:lang w:val="kk-KZ"/>
        </w:rPr>
        <w:t>жетекшісі</w:t>
      </w:r>
      <w:r w:rsidRPr="009A4F40">
        <w:rPr>
          <w:rFonts w:cs="Times New Roman"/>
          <w:sz w:val="28"/>
          <w:szCs w:val="28"/>
          <w:lang w:val="kk-KZ"/>
        </w:rPr>
        <w:t>, Ақтөбе қ., Қазақстан Республикасы.</w:t>
      </w:r>
    </w:p>
    <w:p w:rsidR="00AC3CD5" w:rsidRPr="009A4F40" w:rsidRDefault="00AC3CD5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>Шетелдік кеңесшілер:</w:t>
      </w:r>
    </w:p>
    <w:p w:rsidR="00A57862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>1.</w:t>
      </w:r>
      <w:r w:rsidRPr="009A4F40">
        <w:rPr>
          <w:rFonts w:cs="Times New Roman"/>
          <w:sz w:val="28"/>
          <w:szCs w:val="28"/>
          <w:lang w:val="kk-KZ"/>
        </w:rPr>
        <w:t xml:space="preserve"> </w:t>
      </w:r>
      <w:r w:rsidR="00A57862" w:rsidRPr="009A4F40">
        <w:rPr>
          <w:rFonts w:cs="Times New Roman"/>
          <w:b/>
          <w:sz w:val="28"/>
          <w:szCs w:val="28"/>
          <w:lang w:val="kk-KZ"/>
        </w:rPr>
        <w:t xml:space="preserve">Гржибовский Андрей Мечиславович  </w:t>
      </w:r>
      <w:r w:rsidRPr="009A4F40">
        <w:rPr>
          <w:rFonts w:cs="Times New Roman"/>
          <w:sz w:val="28"/>
          <w:szCs w:val="28"/>
          <w:lang w:val="kk-KZ"/>
        </w:rPr>
        <w:t xml:space="preserve">– </w:t>
      </w:r>
      <w:r w:rsidR="00A57862" w:rsidRPr="009A4F40">
        <w:rPr>
          <w:rFonts w:cs="Times New Roman"/>
          <w:sz w:val="28"/>
          <w:szCs w:val="28"/>
          <w:lang w:val="kk-KZ"/>
        </w:rPr>
        <w:t xml:space="preserve">PhD, MPhil, </w:t>
      </w:r>
      <w:r w:rsidR="004B348A" w:rsidRPr="009A4F40">
        <w:rPr>
          <w:rFonts w:cs="Times New Roman"/>
          <w:sz w:val="28"/>
          <w:szCs w:val="28"/>
          <w:lang w:val="kk-KZ"/>
        </w:rPr>
        <w:t>«Реавиз» университеті ректорының ғылыми және инновациялық қызмет жөніндегі кеңесшісі, Санкт-Петербург қ.</w:t>
      </w:r>
      <w:r w:rsidR="005C489B" w:rsidRPr="009A4F40">
        <w:rPr>
          <w:rFonts w:cs="Times New Roman"/>
          <w:sz w:val="28"/>
          <w:szCs w:val="28"/>
          <w:lang w:val="kk-KZ"/>
        </w:rPr>
        <w:t xml:space="preserve">, </w:t>
      </w:r>
      <w:r w:rsidR="00A57862" w:rsidRPr="009A4F40">
        <w:rPr>
          <w:rFonts w:cs="Times New Roman"/>
          <w:sz w:val="28"/>
          <w:szCs w:val="28"/>
          <w:lang w:val="kk-KZ"/>
        </w:rPr>
        <w:t>Ресей Федерациясы.</w:t>
      </w:r>
    </w:p>
    <w:p w:rsidR="003C74AD" w:rsidRPr="009A4F40" w:rsidRDefault="003C74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 xml:space="preserve">Ресми </w:t>
      </w:r>
      <w:r w:rsidR="001531A4" w:rsidRPr="009A4F40">
        <w:rPr>
          <w:rFonts w:cs="Times New Roman"/>
          <w:b/>
          <w:bCs/>
          <w:sz w:val="28"/>
          <w:szCs w:val="28"/>
          <w:lang w:val="kk-KZ"/>
        </w:rPr>
        <w:t>рецензенттер</w:t>
      </w:r>
      <w:r w:rsidRPr="009A4F40">
        <w:rPr>
          <w:rFonts w:cs="Times New Roman"/>
          <w:b/>
          <w:bCs/>
          <w:sz w:val="28"/>
          <w:szCs w:val="28"/>
          <w:lang w:val="kk-KZ"/>
        </w:rPr>
        <w:t>: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 xml:space="preserve">1. </w:t>
      </w:r>
      <w:r w:rsidR="00A57862" w:rsidRPr="009A4F40">
        <w:rPr>
          <w:rFonts w:cs="Times New Roman"/>
          <w:b/>
          <w:sz w:val="28"/>
          <w:szCs w:val="28"/>
          <w:lang w:val="kk-KZ"/>
        </w:rPr>
        <w:t xml:space="preserve">Механцева Ирина Викторовна </w:t>
      </w:r>
      <w:r w:rsidRPr="009A4F40">
        <w:rPr>
          <w:rFonts w:cs="Times New Roman"/>
          <w:sz w:val="28"/>
          <w:szCs w:val="28"/>
          <w:lang w:val="kk-KZ"/>
        </w:rPr>
        <w:t xml:space="preserve">– </w:t>
      </w:r>
      <w:r w:rsidR="00A57862" w:rsidRPr="009A4F40">
        <w:rPr>
          <w:rFonts w:cs="Times New Roman"/>
          <w:sz w:val="28"/>
          <w:szCs w:val="28"/>
          <w:lang w:val="kk-KZ"/>
        </w:rPr>
        <w:t xml:space="preserve">PhD, «Қарағанды медицина университеті» КеАҚ ішкі аурулар және кәсіптік патология кафедрасының қауымдастырылған профессоры, Қарағанды </w:t>
      </w:r>
      <w:r w:rsidR="003E2732" w:rsidRPr="009A4F40">
        <w:rPr>
          <w:rFonts w:cs="Times New Roman"/>
          <w:sz w:val="28"/>
          <w:szCs w:val="28"/>
          <w:lang w:val="kk-KZ"/>
        </w:rPr>
        <w:t>қ.</w:t>
      </w:r>
      <w:r w:rsidR="00A57862" w:rsidRPr="009A4F40">
        <w:rPr>
          <w:rFonts w:cs="Times New Roman"/>
          <w:sz w:val="28"/>
          <w:szCs w:val="28"/>
          <w:lang w:val="kk-KZ"/>
        </w:rPr>
        <w:t>, Қазақстан Республикасы</w:t>
      </w:r>
      <w:r w:rsidR="00027915">
        <w:rPr>
          <w:rFonts w:cs="Times New Roman"/>
          <w:sz w:val="28"/>
          <w:szCs w:val="28"/>
          <w:lang w:val="kk-KZ"/>
        </w:rPr>
        <w:t>;</w:t>
      </w:r>
    </w:p>
    <w:p w:rsidR="00E172A0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 xml:space="preserve">2. </w:t>
      </w:r>
      <w:r w:rsidR="00A57862" w:rsidRPr="009A4F40">
        <w:rPr>
          <w:rFonts w:cs="Times New Roman"/>
          <w:b/>
          <w:sz w:val="28"/>
          <w:szCs w:val="28"/>
          <w:lang w:val="kk-KZ"/>
        </w:rPr>
        <w:t xml:space="preserve">Тюрин Антон Викторович </w:t>
      </w:r>
      <w:r w:rsidRPr="009A4F40">
        <w:rPr>
          <w:rFonts w:cs="Times New Roman"/>
          <w:sz w:val="28"/>
          <w:szCs w:val="28"/>
          <w:lang w:val="kk-KZ"/>
        </w:rPr>
        <w:t>–</w:t>
      </w:r>
      <w:r w:rsidR="003E2732" w:rsidRPr="009A4F40">
        <w:rPr>
          <w:rFonts w:cs="Times New Roman"/>
          <w:sz w:val="28"/>
          <w:szCs w:val="28"/>
          <w:lang w:val="kk-KZ"/>
        </w:rPr>
        <w:t xml:space="preserve"> </w:t>
      </w:r>
      <w:r w:rsidR="00E172A0" w:rsidRPr="009A4F40">
        <w:rPr>
          <w:rFonts w:cs="Times New Roman"/>
          <w:sz w:val="28"/>
          <w:szCs w:val="28"/>
          <w:lang w:val="kk-KZ"/>
        </w:rPr>
        <w:t>медицина ғылымдарының докторы, доцент, «Башқұрт мемлекеттік медицина университеті» жоғары білім берудің федералдық мемлекеттік бюджеттік білім беру мекемесінің ішкі аурулар және клиникалық психология кафедрасының меңгерушісі, Уфа қ., Ресей Федерациясы.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lastRenderedPageBreak/>
        <w:t>Диссертациялық кеңестің уақытша мүшелері:</w:t>
      </w:r>
    </w:p>
    <w:p w:rsidR="00E172A0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 xml:space="preserve">1. </w:t>
      </w:r>
      <w:r w:rsidR="003E2732" w:rsidRPr="009A4F40">
        <w:rPr>
          <w:rFonts w:cs="Times New Roman"/>
          <w:b/>
          <w:sz w:val="28"/>
          <w:szCs w:val="28"/>
          <w:lang w:val="kk-KZ"/>
        </w:rPr>
        <w:t xml:space="preserve">Мусабаев Эркин Исакович </w:t>
      </w:r>
      <w:r w:rsidRPr="009A4F40">
        <w:rPr>
          <w:rFonts w:cs="Times New Roman"/>
          <w:sz w:val="28"/>
          <w:szCs w:val="28"/>
          <w:lang w:val="kk-KZ"/>
        </w:rPr>
        <w:t xml:space="preserve">– </w:t>
      </w:r>
      <w:r w:rsidR="00E172A0" w:rsidRPr="009A4F40">
        <w:rPr>
          <w:rFonts w:cs="Times New Roman"/>
          <w:sz w:val="28"/>
          <w:szCs w:val="28"/>
          <w:lang w:val="kk-KZ"/>
        </w:rPr>
        <w:t xml:space="preserve">медицина ғылымдарының докторы, профессор, Өзбекстан Республикасы Ғылым академиясының академигі, Өзбекстан Республикасы Денсаулық сақтау министрлігінің </w:t>
      </w:r>
      <w:r w:rsidR="005C489B" w:rsidRPr="009A4F40">
        <w:rPr>
          <w:rFonts w:cs="Times New Roman"/>
          <w:sz w:val="28"/>
          <w:szCs w:val="28"/>
          <w:lang w:val="kk-KZ"/>
        </w:rPr>
        <w:t>э</w:t>
      </w:r>
      <w:r w:rsidR="00E172A0" w:rsidRPr="009A4F40">
        <w:rPr>
          <w:rFonts w:cs="Times New Roman"/>
          <w:sz w:val="28"/>
          <w:szCs w:val="28"/>
          <w:lang w:val="kk-KZ"/>
        </w:rPr>
        <w:t xml:space="preserve">пидемиология, микробиология, инфекциялық және паразиттік аурулар жөніндегі республикалық мамандандырылған ғылыми-практикалық медициналық орталығы </w:t>
      </w:r>
      <w:r w:rsidR="005C489B" w:rsidRPr="009A4F40">
        <w:rPr>
          <w:rFonts w:cs="Times New Roman"/>
          <w:sz w:val="28"/>
          <w:szCs w:val="28"/>
          <w:lang w:val="kk-KZ"/>
        </w:rPr>
        <w:t>в</w:t>
      </w:r>
      <w:r w:rsidR="00E172A0" w:rsidRPr="009A4F40">
        <w:rPr>
          <w:rFonts w:cs="Times New Roman"/>
          <w:sz w:val="28"/>
          <w:szCs w:val="28"/>
          <w:lang w:val="kk-KZ"/>
        </w:rPr>
        <w:t>ирусология ғылыми-зерттеу институтының директоры, Таш</w:t>
      </w:r>
      <w:r w:rsidR="00027915">
        <w:rPr>
          <w:rFonts w:cs="Times New Roman"/>
          <w:sz w:val="28"/>
          <w:szCs w:val="28"/>
          <w:lang w:val="kk-KZ"/>
        </w:rPr>
        <w:t>кент қ., Өзбекстан Республикасы;</w:t>
      </w:r>
    </w:p>
    <w:p w:rsidR="004B348A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>2.</w:t>
      </w:r>
      <w:r w:rsidR="00CB00AD" w:rsidRPr="009A4F40">
        <w:rPr>
          <w:rFonts w:cs="Times New Roman"/>
          <w:b/>
          <w:bCs/>
          <w:sz w:val="28"/>
          <w:szCs w:val="28"/>
          <w:lang w:val="kk-KZ"/>
        </w:rPr>
        <w:t xml:space="preserve"> </w:t>
      </w:r>
      <w:r w:rsidR="00FA0B07" w:rsidRPr="009A4F40">
        <w:rPr>
          <w:rFonts w:cs="Times New Roman"/>
          <w:b/>
          <w:sz w:val="28"/>
          <w:szCs w:val="28"/>
          <w:lang w:val="kk-KZ"/>
        </w:rPr>
        <w:t xml:space="preserve">Кушугулова Алмагуль Рахимберлиевна </w:t>
      </w:r>
      <w:r w:rsidRPr="009A4F40">
        <w:rPr>
          <w:rFonts w:cs="Times New Roman"/>
          <w:sz w:val="28"/>
          <w:szCs w:val="28"/>
          <w:lang w:val="kk-KZ"/>
        </w:rPr>
        <w:t xml:space="preserve">– </w:t>
      </w:r>
      <w:r w:rsidR="00FA0B07" w:rsidRPr="009A4F40">
        <w:rPr>
          <w:rFonts w:cs="Times New Roman"/>
          <w:sz w:val="28"/>
          <w:szCs w:val="28"/>
          <w:lang w:val="kk-KZ"/>
        </w:rPr>
        <w:t xml:space="preserve">медицина ғылымдарының докторы, профессор, </w:t>
      </w:r>
      <w:r w:rsidR="005C489B" w:rsidRPr="009A4F40">
        <w:rPr>
          <w:rFonts w:cs="Times New Roman"/>
          <w:sz w:val="28"/>
          <w:szCs w:val="28"/>
          <w:lang w:val="kk-KZ"/>
        </w:rPr>
        <w:t xml:space="preserve">Назарбаев Университетінің </w:t>
      </w:r>
      <w:r w:rsidR="00FA0B07" w:rsidRPr="009A4F40">
        <w:rPr>
          <w:rFonts w:cs="Times New Roman"/>
          <w:sz w:val="28"/>
          <w:szCs w:val="28"/>
          <w:lang w:val="kk-KZ"/>
        </w:rPr>
        <w:t xml:space="preserve">«National Laboratory Astana» </w:t>
      </w:r>
      <w:r w:rsidR="004B348A" w:rsidRPr="009A4F40">
        <w:rPr>
          <w:rFonts w:cs="Times New Roman"/>
          <w:sz w:val="28"/>
          <w:szCs w:val="28"/>
          <w:lang w:val="kk-KZ"/>
        </w:rPr>
        <w:t>жеке мекемесі</w:t>
      </w:r>
      <w:r w:rsidR="00FA0B07" w:rsidRPr="009A4F40">
        <w:rPr>
          <w:rFonts w:cs="Times New Roman"/>
          <w:sz w:val="28"/>
          <w:szCs w:val="28"/>
          <w:lang w:val="kk-KZ"/>
        </w:rPr>
        <w:t xml:space="preserve"> Өмір туралы ғылымдар орталығының микробиом зертханасының жетекшісі, Ас</w:t>
      </w:r>
      <w:r w:rsidR="00027915">
        <w:rPr>
          <w:rFonts w:cs="Times New Roman"/>
          <w:sz w:val="28"/>
          <w:szCs w:val="28"/>
          <w:lang w:val="kk-KZ"/>
        </w:rPr>
        <w:t>тана қ., Қазақстан Республикасы;</w:t>
      </w:r>
    </w:p>
    <w:p w:rsidR="00FA0B07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bookmarkStart w:id="1" w:name="OLE_LINK13"/>
      <w:r w:rsidRPr="009A4F40">
        <w:rPr>
          <w:rFonts w:cs="Times New Roman"/>
          <w:b/>
          <w:bCs/>
          <w:sz w:val="28"/>
          <w:szCs w:val="28"/>
          <w:lang w:val="kk-KZ"/>
        </w:rPr>
        <w:t xml:space="preserve">3. </w:t>
      </w:r>
      <w:r w:rsidR="00FA0B07" w:rsidRPr="009A4F40">
        <w:rPr>
          <w:rFonts w:cs="Times New Roman"/>
          <w:b/>
          <w:sz w:val="28"/>
          <w:szCs w:val="28"/>
          <w:lang w:val="kk-KZ"/>
        </w:rPr>
        <w:t xml:space="preserve">Кулжанова Шолпан Адлгазыевна </w:t>
      </w:r>
      <w:r w:rsidRPr="009A4F40">
        <w:rPr>
          <w:rFonts w:cs="Times New Roman"/>
          <w:sz w:val="28"/>
          <w:szCs w:val="28"/>
          <w:lang w:val="kk-KZ"/>
        </w:rPr>
        <w:t xml:space="preserve">– </w:t>
      </w:r>
      <w:r w:rsidR="00FA0B07" w:rsidRPr="009A4F40">
        <w:rPr>
          <w:rFonts w:cs="Times New Roman"/>
          <w:sz w:val="28"/>
          <w:szCs w:val="28"/>
          <w:lang w:val="kk-KZ"/>
        </w:rPr>
        <w:t>медицина ғылымдарының докторы, профессор, «Астана медицина университеті» КеАҚ жұқпалы аурулар және фтизиатрия кафедрасының меңгерушісі, Астана қ., Қазақстан Республикасы.</w:t>
      </w:r>
    </w:p>
    <w:p w:rsidR="003C74AD" w:rsidRPr="009A4F40" w:rsidRDefault="003C74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</w:p>
    <w:bookmarkEnd w:id="1"/>
    <w:p w:rsidR="00AC3CD5" w:rsidRPr="009A4F40" w:rsidRDefault="00AC3CD5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b/>
          <w:bCs/>
          <w:sz w:val="28"/>
          <w:szCs w:val="28"/>
          <w:lang w:val="kk-KZ"/>
        </w:rPr>
        <w:t xml:space="preserve">Қорғау 2026 жылғы </w:t>
      </w:r>
      <w:r w:rsidR="00FA0B07" w:rsidRPr="009A4F40">
        <w:rPr>
          <w:rFonts w:cs="Times New Roman"/>
          <w:b/>
          <w:bCs/>
          <w:sz w:val="28"/>
          <w:szCs w:val="28"/>
          <w:lang w:val="kk-KZ"/>
        </w:rPr>
        <w:t>14</w:t>
      </w:r>
      <w:r w:rsidRPr="009A4F40">
        <w:rPr>
          <w:rFonts w:cs="Times New Roman"/>
          <w:b/>
          <w:bCs/>
          <w:sz w:val="28"/>
          <w:szCs w:val="28"/>
          <w:lang w:val="kk-KZ"/>
        </w:rPr>
        <w:t xml:space="preserve"> </w:t>
      </w:r>
      <w:r w:rsidR="00FA0B07" w:rsidRPr="009A4F40">
        <w:rPr>
          <w:rFonts w:cs="Times New Roman"/>
          <w:b/>
          <w:bCs/>
          <w:sz w:val="28"/>
          <w:szCs w:val="28"/>
          <w:lang w:val="kk-KZ"/>
        </w:rPr>
        <w:t>қазан</w:t>
      </w:r>
      <w:r w:rsidRPr="009A4F40">
        <w:rPr>
          <w:rFonts w:cs="Times New Roman"/>
          <w:b/>
          <w:bCs/>
          <w:sz w:val="28"/>
          <w:szCs w:val="28"/>
          <w:lang w:val="kk-KZ"/>
        </w:rPr>
        <w:t xml:space="preserve"> сағат 12:00-де</w:t>
      </w:r>
      <w:r w:rsidRPr="009A4F40">
        <w:rPr>
          <w:rFonts w:cs="Times New Roman"/>
          <w:sz w:val="28"/>
          <w:szCs w:val="28"/>
          <w:lang w:val="kk-KZ"/>
        </w:rPr>
        <w:t xml:space="preserve"> «Марат Оспанов атындағы БҚМУ» КеАҚ жанындағы </w:t>
      </w:r>
      <w:r w:rsidR="007F03EE" w:rsidRPr="009A4F40">
        <w:rPr>
          <w:rFonts w:cs="Times New Roman"/>
          <w:sz w:val="28"/>
          <w:szCs w:val="28"/>
          <w:lang w:val="kk-KZ"/>
        </w:rPr>
        <w:t xml:space="preserve">6D110100 </w:t>
      </w:r>
      <w:r w:rsidR="009A4F40">
        <w:rPr>
          <w:rFonts w:cs="Times New Roman"/>
          <w:sz w:val="28"/>
          <w:szCs w:val="28"/>
          <w:lang w:val="kk-KZ"/>
        </w:rPr>
        <w:t>–</w:t>
      </w:r>
      <w:r w:rsidR="007F03EE" w:rsidRPr="009A4F40">
        <w:rPr>
          <w:rFonts w:cs="Times New Roman"/>
          <w:sz w:val="28"/>
          <w:szCs w:val="28"/>
          <w:lang w:val="kk-KZ"/>
        </w:rPr>
        <w:t xml:space="preserve"> </w:t>
      </w:r>
      <w:r w:rsidRPr="009A4F40">
        <w:rPr>
          <w:rFonts w:cs="Times New Roman"/>
          <w:sz w:val="28"/>
          <w:szCs w:val="28"/>
          <w:lang w:val="kk-KZ"/>
        </w:rPr>
        <w:t>8D10102 «Медицина» мамандығы бойынша диссертациялық кеңесте, 030019, Ақтөбе қаласы, Маресьев көшесі, 68, конференц залында өтеді.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sz w:val="28"/>
          <w:szCs w:val="28"/>
          <w:lang w:val="kk-KZ"/>
        </w:rPr>
        <w:t>Хабарландыру мен қосымшаның мәтіні орналастырылған диссертациялық кеңес сайтының мекен-жайы: https://ospanov.university/</w:t>
      </w:r>
    </w:p>
    <w:p w:rsidR="003C74AD" w:rsidRPr="009A4F40" w:rsidRDefault="003918AD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sz w:val="28"/>
          <w:szCs w:val="28"/>
          <w:lang w:val="kk-KZ"/>
        </w:rPr>
        <w:t xml:space="preserve">Диссертациялық Кеңестің отырысына online (онлайн) режимде қатысу үшін сілтеме: </w:t>
      </w:r>
    </w:p>
    <w:p w:rsidR="00EE7566" w:rsidRPr="009A4F40" w:rsidRDefault="00027915" w:rsidP="009A4F40">
      <w:pPr>
        <w:pStyle w:val="aff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EE7566" w:rsidRPr="009A4F40">
          <w:rPr>
            <w:rStyle w:val="aff9"/>
            <w:rFonts w:ascii="Times New Roman" w:hAnsi="Times New Roman" w:cs="Times New Roman"/>
            <w:sz w:val="28"/>
            <w:szCs w:val="28"/>
            <w:lang w:val="kk-KZ"/>
          </w:rPr>
          <w:t>https://zoom.us/j/4740296638?pwd=k9yeQF8PaQCltjnrSOh2KEJFcwb2PV.1&amp;omn=91546050672</w:t>
        </w:r>
      </w:hyperlink>
    </w:p>
    <w:p w:rsidR="00731C49" w:rsidRPr="009A4F40" w:rsidRDefault="00731C49" w:rsidP="009A4F40">
      <w:pPr>
        <w:pStyle w:val="aff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1C49" w:rsidRPr="009A4F40" w:rsidRDefault="00731C49" w:rsidP="009A4F40">
      <w:pPr>
        <w:pStyle w:val="aff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4F40">
        <w:rPr>
          <w:rFonts w:ascii="Times New Roman" w:hAnsi="Times New Roman" w:cs="Times New Roman"/>
          <w:sz w:val="28"/>
          <w:szCs w:val="28"/>
          <w:lang w:val="kk-KZ"/>
        </w:rPr>
        <w:t xml:space="preserve">Чат конференциясына сілтеме </w:t>
      </w:r>
      <w:hyperlink r:id="rId9" w:history="1">
        <w:r w:rsidRPr="009A4F40">
          <w:rPr>
            <w:rStyle w:val="aff9"/>
            <w:rFonts w:ascii="Times New Roman" w:hAnsi="Times New Roman" w:cs="Times New Roman"/>
            <w:sz w:val="28"/>
            <w:szCs w:val="28"/>
            <w:lang w:val="kk-KZ"/>
          </w:rPr>
          <w:t>https://zoom.us/launch/jc/91546050672</w:t>
        </w:r>
      </w:hyperlink>
    </w:p>
    <w:p w:rsidR="00731C49" w:rsidRPr="009A4F40" w:rsidRDefault="00731C49" w:rsidP="009A4F40">
      <w:pPr>
        <w:pStyle w:val="aff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7566" w:rsidRPr="009A4F40" w:rsidRDefault="00EE7566" w:rsidP="009A4F40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9A4F40">
        <w:rPr>
          <w:rFonts w:cs="Times New Roman"/>
          <w:sz w:val="28"/>
          <w:szCs w:val="28"/>
          <w:lang w:val="kk-KZ"/>
        </w:rPr>
        <w:t>Конференция идентификаторы:</w:t>
      </w:r>
      <w:r w:rsidRPr="009A4F40">
        <w:rPr>
          <w:rFonts w:cs="Times New Roman"/>
          <w:sz w:val="28"/>
          <w:szCs w:val="28"/>
          <w:lang w:val="ru-RU"/>
        </w:rPr>
        <w:t xml:space="preserve"> 474 029 6638</w:t>
      </w:r>
    </w:p>
    <w:p w:rsidR="00EE7566" w:rsidRPr="009A4F40" w:rsidRDefault="00EE7566" w:rsidP="009A4F40">
      <w:pPr>
        <w:pStyle w:val="aff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color="212529"/>
          <w:lang w:val="kk-KZ"/>
        </w:rPr>
      </w:pPr>
      <w:r w:rsidRPr="009A4F40">
        <w:rPr>
          <w:rFonts w:ascii="Times New Roman" w:hAnsi="Times New Roman" w:cs="Times New Roman"/>
          <w:sz w:val="28"/>
          <w:szCs w:val="28"/>
        </w:rPr>
        <w:t>Кіру коды: 19882026</w:t>
      </w:r>
    </w:p>
    <w:p w:rsidR="003C74AD" w:rsidRPr="009A4F40" w:rsidRDefault="003C74AD" w:rsidP="009A4F40">
      <w:pPr>
        <w:spacing w:after="0" w:line="240" w:lineRule="auto"/>
        <w:ind w:firstLine="709"/>
        <w:rPr>
          <w:rFonts w:cs="Times New Roman"/>
          <w:sz w:val="28"/>
          <w:szCs w:val="28"/>
          <w:lang w:val="kk-KZ"/>
        </w:rPr>
      </w:pPr>
    </w:p>
    <w:p w:rsidR="00730F86" w:rsidRDefault="003918AD" w:rsidP="009A4F40">
      <w:pPr>
        <w:spacing w:after="0" w:line="240" w:lineRule="auto"/>
        <w:ind w:firstLine="709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sz w:val="28"/>
          <w:szCs w:val="28"/>
          <w:lang w:val="kk-KZ"/>
        </w:rPr>
        <w:t>Ғылыми хатшы: Мусина Айг</w:t>
      </w:r>
      <w:r w:rsidR="00CB00AD" w:rsidRPr="009A4F40">
        <w:rPr>
          <w:rFonts w:cs="Times New Roman"/>
          <w:sz w:val="28"/>
          <w:szCs w:val="28"/>
          <w:lang w:val="kk-KZ"/>
        </w:rPr>
        <w:t>у</w:t>
      </w:r>
      <w:r w:rsidRPr="009A4F40">
        <w:rPr>
          <w:rFonts w:cs="Times New Roman"/>
          <w:sz w:val="28"/>
          <w:szCs w:val="28"/>
          <w:lang w:val="kk-KZ"/>
        </w:rPr>
        <w:t>л</w:t>
      </w:r>
      <w:r w:rsidR="00CB00AD" w:rsidRPr="009A4F40">
        <w:rPr>
          <w:rFonts w:cs="Times New Roman"/>
          <w:sz w:val="28"/>
          <w:szCs w:val="28"/>
          <w:lang w:val="kk-KZ"/>
        </w:rPr>
        <w:t>ь</w:t>
      </w:r>
      <w:r w:rsidRPr="009A4F40">
        <w:rPr>
          <w:rFonts w:cs="Times New Roman"/>
          <w:sz w:val="28"/>
          <w:szCs w:val="28"/>
          <w:lang w:val="kk-KZ"/>
        </w:rPr>
        <w:t xml:space="preserve"> Зака</w:t>
      </w:r>
      <w:r w:rsidR="007559B9" w:rsidRPr="009A4F40">
        <w:rPr>
          <w:rFonts w:cs="Times New Roman"/>
          <w:sz w:val="28"/>
          <w:szCs w:val="28"/>
          <w:lang w:val="kk-KZ"/>
        </w:rPr>
        <w:t>риевна</w:t>
      </w:r>
      <w:r w:rsidRPr="009A4F40">
        <w:rPr>
          <w:rFonts w:cs="Times New Roman"/>
          <w:sz w:val="28"/>
          <w:szCs w:val="28"/>
          <w:lang w:val="kk-KZ"/>
        </w:rPr>
        <w:t xml:space="preserve">,(ұялы телефон нөмірі) </w:t>
      </w:r>
    </w:p>
    <w:p w:rsidR="003C74AD" w:rsidRPr="009A4F40" w:rsidRDefault="003918AD" w:rsidP="009A4F40">
      <w:pPr>
        <w:spacing w:after="0" w:line="240" w:lineRule="auto"/>
        <w:ind w:firstLine="709"/>
        <w:rPr>
          <w:rFonts w:cs="Times New Roman"/>
          <w:sz w:val="28"/>
          <w:szCs w:val="28"/>
          <w:lang w:val="kk-KZ"/>
        </w:rPr>
      </w:pPr>
      <w:r w:rsidRPr="009A4F40">
        <w:rPr>
          <w:rFonts w:cs="Times New Roman"/>
          <w:sz w:val="28"/>
          <w:szCs w:val="28"/>
          <w:lang w:val="kk-KZ"/>
        </w:rPr>
        <w:t>+7 777 965 01 49; e-mail: ds@zkmu.kz; info@zkmu.kz.</w:t>
      </w:r>
      <w:bookmarkEnd w:id="0"/>
    </w:p>
    <w:sectPr w:rsidR="003C74AD" w:rsidRPr="009A4F40" w:rsidSect="005C489B">
      <w:pgSz w:w="12240" w:h="15840"/>
      <w:pgMar w:top="1361" w:right="96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77F" w:rsidRDefault="004B477F" w:rsidP="00FB1918">
      <w:pPr>
        <w:spacing w:after="0" w:line="240" w:lineRule="auto"/>
      </w:pPr>
      <w:r>
        <w:separator/>
      </w:r>
    </w:p>
  </w:endnote>
  <w:endnote w:type="continuationSeparator" w:id="0">
    <w:p w:rsidR="004B477F" w:rsidRDefault="004B477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77F" w:rsidRDefault="004B477F" w:rsidP="00FB1918">
      <w:pPr>
        <w:spacing w:after="0" w:line="240" w:lineRule="auto"/>
      </w:pPr>
      <w:r>
        <w:separator/>
      </w:r>
    </w:p>
  </w:footnote>
  <w:footnote w:type="continuationSeparator" w:id="0">
    <w:p w:rsidR="004B477F" w:rsidRDefault="004B477F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7915"/>
    <w:rsid w:val="00034616"/>
    <w:rsid w:val="0006063C"/>
    <w:rsid w:val="000A0050"/>
    <w:rsid w:val="000D4CD2"/>
    <w:rsid w:val="0015074B"/>
    <w:rsid w:val="001531A4"/>
    <w:rsid w:val="00156C67"/>
    <w:rsid w:val="001575F0"/>
    <w:rsid w:val="0029639D"/>
    <w:rsid w:val="002C6A00"/>
    <w:rsid w:val="00326F90"/>
    <w:rsid w:val="00331D72"/>
    <w:rsid w:val="003918AD"/>
    <w:rsid w:val="003C74AD"/>
    <w:rsid w:val="003E2732"/>
    <w:rsid w:val="004A37E7"/>
    <w:rsid w:val="004B348A"/>
    <w:rsid w:val="004B477F"/>
    <w:rsid w:val="00557A18"/>
    <w:rsid w:val="00566966"/>
    <w:rsid w:val="005C489B"/>
    <w:rsid w:val="005F21CD"/>
    <w:rsid w:val="00730F86"/>
    <w:rsid w:val="00731C49"/>
    <w:rsid w:val="007559B9"/>
    <w:rsid w:val="007A6365"/>
    <w:rsid w:val="007B5F3C"/>
    <w:rsid w:val="007F03EE"/>
    <w:rsid w:val="00963CF6"/>
    <w:rsid w:val="009A4F40"/>
    <w:rsid w:val="00A57862"/>
    <w:rsid w:val="00AA1D8D"/>
    <w:rsid w:val="00AC3CD5"/>
    <w:rsid w:val="00B47730"/>
    <w:rsid w:val="00B7347E"/>
    <w:rsid w:val="00B745EA"/>
    <w:rsid w:val="00B9262B"/>
    <w:rsid w:val="00CB00AD"/>
    <w:rsid w:val="00CB0664"/>
    <w:rsid w:val="00D500F9"/>
    <w:rsid w:val="00D709CF"/>
    <w:rsid w:val="00E172A0"/>
    <w:rsid w:val="00E83B8A"/>
    <w:rsid w:val="00EE7566"/>
    <w:rsid w:val="00FA0B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300"/>
  <w15:docId w15:val="{A9B97B5E-64BB-4AD6-A7AD-E7DB9EBF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A57862"/>
    <w:rPr>
      <w:rFonts w:cs="Times New Roman"/>
      <w:szCs w:val="24"/>
    </w:rPr>
  </w:style>
  <w:style w:type="character" w:styleId="aff9">
    <w:name w:val="Hyperlink"/>
    <w:rsid w:val="00EE7566"/>
    <w:rPr>
      <w:u w:val="single"/>
    </w:rPr>
  </w:style>
  <w:style w:type="paragraph" w:customStyle="1" w:styleId="affa">
    <w:name w:val="Текстовый блок"/>
    <w:rsid w:val="00EE75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ru-RU" w:eastAsia="ru-RU"/>
    </w:rPr>
  </w:style>
  <w:style w:type="character" w:customStyle="1" w:styleId="affb">
    <w:name w:val="Нет"/>
    <w:rsid w:val="00EE7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4740296638?pwd=k9yeQF8PaQCltjnrSOh2KEJFcwb2PV.1&amp;omn=915460506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oom.us/launch/jc/915460506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3EFCAC-30B6-4DA4-9CAD-B38CDA5CB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Жайна Сатаева</cp:lastModifiedBy>
  <cp:revision>20</cp:revision>
  <dcterms:created xsi:type="dcterms:W3CDTF">2026-09-03T04:47:00Z</dcterms:created>
  <dcterms:modified xsi:type="dcterms:W3CDTF">2026-09-10T07:12:00Z</dcterms:modified>
  <cp:category/>
</cp:coreProperties>
</file>